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38B65" w14:textId="4C56691F" w:rsidR="00BB0F51" w:rsidRDefault="00E76892" w:rsidP="005639FC">
      <w:pPr>
        <w:spacing w:line="360" w:lineRule="auto"/>
        <w:jc w:val="center"/>
        <w:rPr>
          <w:rFonts w:ascii="Arial" w:eastAsiaTheme="majorEastAsia" w:hAnsi="Arial" w:cs="Arial"/>
          <w:b/>
          <w:sz w:val="32"/>
          <w:szCs w:val="40"/>
        </w:rPr>
      </w:pPr>
      <w:bookmarkStart w:id="0" w:name="_Toc173915052"/>
      <w:bookmarkStart w:id="1" w:name="_Toc173915288"/>
      <w:bookmarkStart w:id="2" w:name="_Toc173919564"/>
      <w:bookmarkStart w:id="3" w:name="_Toc173925834"/>
      <w:bookmarkStart w:id="4" w:name="_Toc194677825"/>
      <w:r w:rsidRPr="00E76892">
        <w:rPr>
          <w:rFonts w:ascii="Arial" w:eastAsiaTheme="majorEastAsia" w:hAnsi="Arial" w:cs="Arial"/>
          <w:b/>
          <w:sz w:val="32"/>
          <w:szCs w:val="40"/>
        </w:rPr>
        <w:t>Additional_file_2_Search_strategies</w:t>
      </w:r>
    </w:p>
    <w:p w14:paraId="7B233527" w14:textId="77777777" w:rsidR="00E76892" w:rsidRPr="00BF194F" w:rsidRDefault="00E76892" w:rsidP="00BF194F">
      <w:pPr>
        <w:spacing w:line="360" w:lineRule="auto"/>
        <w:rPr>
          <w:rFonts w:ascii="Arial" w:hAnsi="Arial" w:cs="Arial"/>
        </w:rPr>
      </w:pPr>
    </w:p>
    <w:p w14:paraId="3D9BAD27" w14:textId="2AFE033D" w:rsidR="00BB0F51" w:rsidRPr="00BF194F" w:rsidRDefault="00BB0F51" w:rsidP="00BF194F">
      <w:pPr>
        <w:pStyle w:val="NormalWeb"/>
        <w:spacing w:line="360" w:lineRule="auto"/>
        <w:jc w:val="both"/>
        <w:rPr>
          <w:rFonts w:ascii="Arial" w:hAnsi="Arial" w:cs="Arial"/>
          <w:sz w:val="20"/>
          <w:szCs w:val="20"/>
        </w:rPr>
      </w:pPr>
      <w:r w:rsidRPr="00BF194F">
        <w:rPr>
          <w:rFonts w:ascii="Arial" w:hAnsi="Arial" w:cs="Arial"/>
          <w:sz w:val="20"/>
          <w:szCs w:val="20"/>
        </w:rPr>
        <w:t xml:space="preserve">This </w:t>
      </w:r>
      <w:proofErr w:type="spellStart"/>
      <w:r w:rsidRPr="00BF194F">
        <w:rPr>
          <w:rFonts w:ascii="Arial" w:hAnsi="Arial" w:cs="Arial"/>
          <w:sz w:val="20"/>
          <w:szCs w:val="20"/>
        </w:rPr>
        <w:t>appendix</w:t>
      </w:r>
      <w:proofErr w:type="spellEnd"/>
      <w:r w:rsidRPr="00BF194F">
        <w:rPr>
          <w:rFonts w:ascii="Arial" w:hAnsi="Arial" w:cs="Arial"/>
          <w:sz w:val="20"/>
          <w:szCs w:val="20"/>
        </w:rPr>
        <w:t xml:space="preserve"> </w:t>
      </w:r>
      <w:proofErr w:type="spellStart"/>
      <w:r w:rsidRPr="00BF194F">
        <w:rPr>
          <w:rFonts w:ascii="Arial" w:hAnsi="Arial" w:cs="Arial"/>
          <w:sz w:val="20"/>
          <w:szCs w:val="20"/>
        </w:rPr>
        <w:t>details</w:t>
      </w:r>
      <w:proofErr w:type="spellEnd"/>
      <w:r w:rsidRPr="00BF194F">
        <w:rPr>
          <w:rFonts w:ascii="Arial" w:hAnsi="Arial" w:cs="Arial"/>
          <w:sz w:val="20"/>
          <w:szCs w:val="20"/>
        </w:rPr>
        <w:t xml:space="preserve"> the </w:t>
      </w:r>
      <w:proofErr w:type="spellStart"/>
      <w:r w:rsidRPr="00BF194F">
        <w:rPr>
          <w:rFonts w:ascii="Arial" w:hAnsi="Arial" w:cs="Arial"/>
          <w:sz w:val="20"/>
          <w:szCs w:val="20"/>
        </w:rPr>
        <w:t>comprehensive</w:t>
      </w:r>
      <w:proofErr w:type="spellEnd"/>
      <w:r w:rsidRPr="00BF194F">
        <w:rPr>
          <w:rFonts w:ascii="Arial" w:hAnsi="Arial" w:cs="Arial"/>
          <w:sz w:val="20"/>
          <w:szCs w:val="20"/>
        </w:rPr>
        <w:t xml:space="preserve"> </w:t>
      </w:r>
      <w:proofErr w:type="spellStart"/>
      <w:r w:rsidRPr="00BF194F">
        <w:rPr>
          <w:rFonts w:ascii="Arial" w:hAnsi="Arial" w:cs="Arial"/>
          <w:sz w:val="20"/>
          <w:szCs w:val="20"/>
        </w:rPr>
        <w:t>literature</w:t>
      </w:r>
      <w:proofErr w:type="spellEnd"/>
      <w:r w:rsidRPr="00BF194F">
        <w:rPr>
          <w:rFonts w:ascii="Arial" w:hAnsi="Arial" w:cs="Arial"/>
          <w:sz w:val="20"/>
          <w:szCs w:val="20"/>
        </w:rPr>
        <w:t xml:space="preserv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strategy</w:t>
      </w:r>
      <w:proofErr w:type="spellEnd"/>
      <w:r w:rsidRPr="00BF194F">
        <w:rPr>
          <w:rFonts w:ascii="Arial" w:hAnsi="Arial" w:cs="Arial"/>
          <w:sz w:val="20"/>
          <w:szCs w:val="20"/>
        </w:rPr>
        <w:t xml:space="preserve"> </w:t>
      </w:r>
      <w:proofErr w:type="spellStart"/>
      <w:r w:rsidRPr="00BF194F">
        <w:rPr>
          <w:rFonts w:ascii="Arial" w:hAnsi="Arial" w:cs="Arial"/>
          <w:sz w:val="20"/>
          <w:szCs w:val="20"/>
        </w:rPr>
        <w:t>used</w:t>
      </w:r>
      <w:proofErr w:type="spellEnd"/>
      <w:r w:rsidRPr="00BF194F">
        <w:rPr>
          <w:rFonts w:ascii="Arial" w:hAnsi="Arial" w:cs="Arial"/>
          <w:sz w:val="20"/>
          <w:szCs w:val="20"/>
        </w:rPr>
        <w:t xml:space="preserve"> to </w:t>
      </w:r>
      <w:proofErr w:type="spellStart"/>
      <w:r w:rsidRPr="00BF194F">
        <w:rPr>
          <w:rFonts w:ascii="Arial" w:hAnsi="Arial" w:cs="Arial"/>
          <w:sz w:val="20"/>
          <w:szCs w:val="20"/>
        </w:rPr>
        <w:t>identify</w:t>
      </w:r>
      <w:proofErr w:type="spellEnd"/>
      <w:r w:rsidRPr="00BF194F">
        <w:rPr>
          <w:rFonts w:ascii="Arial" w:hAnsi="Arial" w:cs="Arial"/>
          <w:sz w:val="20"/>
          <w:szCs w:val="20"/>
        </w:rPr>
        <w:t xml:space="preserve"> relevant </w:t>
      </w:r>
      <w:proofErr w:type="spellStart"/>
      <w:r w:rsidRPr="00BF194F">
        <w:rPr>
          <w:rFonts w:ascii="Arial" w:hAnsi="Arial" w:cs="Arial"/>
          <w:sz w:val="20"/>
          <w:szCs w:val="20"/>
        </w:rPr>
        <w:t>studies</w:t>
      </w:r>
      <w:proofErr w:type="spellEnd"/>
      <w:r w:rsidRPr="00BF194F">
        <w:rPr>
          <w:rFonts w:ascii="Arial" w:hAnsi="Arial" w:cs="Arial"/>
          <w:sz w:val="20"/>
          <w:szCs w:val="20"/>
        </w:rPr>
        <w:t xml:space="preserve"> for </w:t>
      </w:r>
      <w:proofErr w:type="spellStart"/>
      <w:r w:rsidRPr="00BF194F">
        <w:rPr>
          <w:rFonts w:ascii="Arial" w:hAnsi="Arial" w:cs="Arial"/>
          <w:sz w:val="20"/>
          <w:szCs w:val="20"/>
        </w:rPr>
        <w:t>this</w:t>
      </w:r>
      <w:proofErr w:type="spellEnd"/>
      <w:r w:rsidRPr="00BF194F">
        <w:rPr>
          <w:rFonts w:ascii="Arial" w:hAnsi="Arial" w:cs="Arial"/>
          <w:sz w:val="20"/>
          <w:szCs w:val="20"/>
        </w:rPr>
        <w:t xml:space="preserve"> </w:t>
      </w:r>
      <w:proofErr w:type="spellStart"/>
      <w:r w:rsidRPr="00BF194F">
        <w:rPr>
          <w:rFonts w:ascii="Arial" w:hAnsi="Arial" w:cs="Arial"/>
          <w:sz w:val="20"/>
          <w:szCs w:val="20"/>
        </w:rPr>
        <w:t>systematic</w:t>
      </w:r>
      <w:proofErr w:type="spellEnd"/>
      <w:r w:rsidRPr="00BF194F">
        <w:rPr>
          <w:rFonts w:ascii="Arial" w:hAnsi="Arial" w:cs="Arial"/>
          <w:sz w:val="20"/>
          <w:szCs w:val="20"/>
        </w:rPr>
        <w:t xml:space="preserve"> </w:t>
      </w:r>
      <w:proofErr w:type="spellStart"/>
      <w:r w:rsidRPr="00BF194F">
        <w:rPr>
          <w:rFonts w:ascii="Arial" w:hAnsi="Arial" w:cs="Arial"/>
          <w:sz w:val="20"/>
          <w:szCs w:val="20"/>
        </w:rPr>
        <w:t>review</w:t>
      </w:r>
      <w:proofErr w:type="spellEnd"/>
      <w:r w:rsidRPr="00BF194F">
        <w:rPr>
          <w:rFonts w:ascii="Arial" w:hAnsi="Arial" w:cs="Arial"/>
          <w:sz w:val="20"/>
          <w:szCs w:val="20"/>
        </w:rPr>
        <w:t xml:space="preserve"> </w:t>
      </w:r>
      <w:proofErr w:type="spellStart"/>
      <w:r w:rsidRPr="00BF194F">
        <w:rPr>
          <w:rFonts w:ascii="Arial" w:hAnsi="Arial" w:cs="Arial"/>
          <w:sz w:val="20"/>
          <w:szCs w:val="20"/>
        </w:rPr>
        <w:t>with</w:t>
      </w:r>
      <w:proofErr w:type="spellEnd"/>
      <w:r w:rsidRPr="00BF194F">
        <w:rPr>
          <w:rFonts w:ascii="Arial" w:hAnsi="Arial" w:cs="Arial"/>
          <w:sz w:val="20"/>
          <w:szCs w:val="20"/>
        </w:rPr>
        <w:t xml:space="preserve"> </w:t>
      </w:r>
      <w:proofErr w:type="spellStart"/>
      <w:r w:rsidRPr="00BF194F">
        <w:rPr>
          <w:rFonts w:ascii="Arial" w:hAnsi="Arial" w:cs="Arial"/>
          <w:sz w:val="20"/>
          <w:szCs w:val="20"/>
        </w:rPr>
        <w:t>meta</w:t>
      </w:r>
      <w:proofErr w:type="spellEnd"/>
      <w:r w:rsidRPr="00BF194F">
        <w:rPr>
          <w:rFonts w:ascii="Arial" w:hAnsi="Arial" w:cs="Arial"/>
          <w:sz w:val="20"/>
          <w:szCs w:val="20"/>
        </w:rPr>
        <w:t xml:space="preserve">-analyses. The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was</w:t>
      </w:r>
      <w:proofErr w:type="spellEnd"/>
      <w:r w:rsidRPr="00BF194F">
        <w:rPr>
          <w:rFonts w:ascii="Arial" w:hAnsi="Arial" w:cs="Arial"/>
          <w:sz w:val="20"/>
          <w:szCs w:val="20"/>
        </w:rPr>
        <w:t xml:space="preserve"> </w:t>
      </w:r>
      <w:proofErr w:type="spellStart"/>
      <w:r w:rsidRPr="00BF194F">
        <w:rPr>
          <w:rFonts w:ascii="Arial" w:hAnsi="Arial" w:cs="Arial"/>
          <w:sz w:val="20"/>
          <w:szCs w:val="20"/>
        </w:rPr>
        <w:t>conducted</w:t>
      </w:r>
      <w:proofErr w:type="spellEnd"/>
      <w:r w:rsidRPr="00BF194F">
        <w:rPr>
          <w:rFonts w:ascii="Arial" w:hAnsi="Arial" w:cs="Arial"/>
          <w:sz w:val="20"/>
          <w:szCs w:val="20"/>
        </w:rPr>
        <w:t xml:space="preserve"> in accordance </w:t>
      </w:r>
      <w:proofErr w:type="spellStart"/>
      <w:r w:rsidRPr="00BF194F">
        <w:rPr>
          <w:rFonts w:ascii="Arial" w:hAnsi="Arial" w:cs="Arial"/>
          <w:sz w:val="20"/>
          <w:szCs w:val="20"/>
        </w:rPr>
        <w:t>with</w:t>
      </w:r>
      <w:proofErr w:type="spellEnd"/>
      <w:r w:rsidRPr="00BF194F">
        <w:rPr>
          <w:rFonts w:ascii="Arial" w:hAnsi="Arial" w:cs="Arial"/>
          <w:sz w:val="20"/>
          <w:szCs w:val="20"/>
        </w:rPr>
        <w:t xml:space="preserve"> the PRISMA (</w:t>
      </w:r>
      <w:proofErr w:type="spellStart"/>
      <w:r w:rsidRPr="00BF194F">
        <w:rPr>
          <w:rFonts w:ascii="Arial" w:hAnsi="Arial" w:cs="Arial"/>
          <w:sz w:val="20"/>
          <w:szCs w:val="20"/>
        </w:rPr>
        <w:t>Preferred</w:t>
      </w:r>
      <w:proofErr w:type="spellEnd"/>
      <w:r w:rsidRPr="00BF194F">
        <w:rPr>
          <w:rFonts w:ascii="Arial" w:hAnsi="Arial" w:cs="Arial"/>
          <w:sz w:val="20"/>
          <w:szCs w:val="20"/>
        </w:rPr>
        <w:t xml:space="preserve"> </w:t>
      </w:r>
      <w:proofErr w:type="spellStart"/>
      <w:r w:rsidRPr="00BF194F">
        <w:rPr>
          <w:rFonts w:ascii="Arial" w:hAnsi="Arial" w:cs="Arial"/>
          <w:sz w:val="20"/>
          <w:szCs w:val="20"/>
        </w:rPr>
        <w:t>Reporting</w:t>
      </w:r>
      <w:proofErr w:type="spellEnd"/>
      <w:r w:rsidRPr="00BF194F">
        <w:rPr>
          <w:rFonts w:ascii="Arial" w:hAnsi="Arial" w:cs="Arial"/>
          <w:sz w:val="20"/>
          <w:szCs w:val="20"/>
        </w:rPr>
        <w:t xml:space="preserve"> Items for </w:t>
      </w:r>
      <w:proofErr w:type="spellStart"/>
      <w:r w:rsidRPr="00BF194F">
        <w:rPr>
          <w:rFonts w:ascii="Arial" w:hAnsi="Arial" w:cs="Arial"/>
          <w:sz w:val="20"/>
          <w:szCs w:val="20"/>
        </w:rPr>
        <w:t>Systematic</w:t>
      </w:r>
      <w:proofErr w:type="spellEnd"/>
      <w:r w:rsidRPr="00BF194F">
        <w:rPr>
          <w:rFonts w:ascii="Arial" w:hAnsi="Arial" w:cs="Arial"/>
          <w:sz w:val="20"/>
          <w:szCs w:val="20"/>
        </w:rPr>
        <w:t xml:space="preserve"> </w:t>
      </w:r>
      <w:proofErr w:type="spellStart"/>
      <w:r w:rsidRPr="00BF194F">
        <w:rPr>
          <w:rFonts w:ascii="Arial" w:hAnsi="Arial" w:cs="Arial"/>
          <w:sz w:val="20"/>
          <w:szCs w:val="20"/>
        </w:rPr>
        <w:t>Reviews</w:t>
      </w:r>
      <w:proofErr w:type="spellEnd"/>
      <w:r w:rsidRPr="00BF194F">
        <w:rPr>
          <w:rFonts w:ascii="Arial" w:hAnsi="Arial" w:cs="Arial"/>
          <w:sz w:val="20"/>
          <w:szCs w:val="20"/>
        </w:rPr>
        <w:t xml:space="preserve"> and Meta-Analyses) guidelines, and the combinations of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terms</w:t>
      </w:r>
      <w:proofErr w:type="spellEnd"/>
      <w:r w:rsidRPr="00BF194F">
        <w:rPr>
          <w:rFonts w:ascii="Arial" w:hAnsi="Arial" w:cs="Arial"/>
          <w:sz w:val="20"/>
          <w:szCs w:val="20"/>
        </w:rPr>
        <w:t xml:space="preserve"> </w:t>
      </w:r>
      <w:proofErr w:type="spellStart"/>
      <w:r w:rsidRPr="00BF194F">
        <w:rPr>
          <w:rFonts w:ascii="Arial" w:hAnsi="Arial" w:cs="Arial"/>
          <w:sz w:val="20"/>
          <w:szCs w:val="20"/>
        </w:rPr>
        <w:t>used</w:t>
      </w:r>
      <w:proofErr w:type="spellEnd"/>
      <w:r w:rsidRPr="00BF194F">
        <w:rPr>
          <w:rFonts w:ascii="Arial" w:hAnsi="Arial" w:cs="Arial"/>
          <w:sz w:val="20"/>
          <w:szCs w:val="20"/>
        </w:rPr>
        <w:t xml:space="preserve"> are </w:t>
      </w:r>
      <w:proofErr w:type="spellStart"/>
      <w:r w:rsidRPr="00BF194F">
        <w:rPr>
          <w:rFonts w:ascii="Arial" w:hAnsi="Arial" w:cs="Arial"/>
          <w:sz w:val="20"/>
          <w:szCs w:val="20"/>
        </w:rPr>
        <w:t>presented</w:t>
      </w:r>
      <w:proofErr w:type="spellEnd"/>
      <w:r w:rsidRPr="00BF194F">
        <w:rPr>
          <w:rFonts w:ascii="Arial" w:hAnsi="Arial" w:cs="Arial"/>
          <w:sz w:val="20"/>
          <w:szCs w:val="20"/>
        </w:rPr>
        <w:t xml:space="preserve"> </w:t>
      </w:r>
      <w:proofErr w:type="spellStart"/>
      <w:r w:rsidRPr="00BF194F">
        <w:rPr>
          <w:rFonts w:ascii="Arial" w:hAnsi="Arial" w:cs="Arial"/>
          <w:sz w:val="20"/>
          <w:szCs w:val="20"/>
        </w:rPr>
        <w:t>here</w:t>
      </w:r>
      <w:proofErr w:type="spellEnd"/>
      <w:r w:rsidRPr="00BF194F">
        <w:rPr>
          <w:rFonts w:ascii="Arial" w:hAnsi="Arial" w:cs="Arial"/>
          <w:sz w:val="20"/>
          <w:szCs w:val="20"/>
        </w:rPr>
        <w:t xml:space="preserve"> to </w:t>
      </w:r>
      <w:proofErr w:type="spellStart"/>
      <w:r w:rsidRPr="00BF194F">
        <w:rPr>
          <w:rFonts w:ascii="Arial" w:hAnsi="Arial" w:cs="Arial"/>
          <w:sz w:val="20"/>
          <w:szCs w:val="20"/>
        </w:rPr>
        <w:t>ensure</w:t>
      </w:r>
      <w:proofErr w:type="spellEnd"/>
      <w:r w:rsidRPr="00BF194F">
        <w:rPr>
          <w:rFonts w:ascii="Arial" w:hAnsi="Arial" w:cs="Arial"/>
          <w:sz w:val="20"/>
          <w:szCs w:val="20"/>
        </w:rPr>
        <w:t xml:space="preserve"> </w:t>
      </w:r>
      <w:proofErr w:type="spellStart"/>
      <w:r w:rsidRPr="00BF194F">
        <w:rPr>
          <w:rFonts w:ascii="Arial" w:hAnsi="Arial" w:cs="Arial"/>
          <w:sz w:val="20"/>
          <w:szCs w:val="20"/>
        </w:rPr>
        <w:t>transparency</w:t>
      </w:r>
      <w:proofErr w:type="spellEnd"/>
      <w:r w:rsidRPr="00BF194F">
        <w:rPr>
          <w:rFonts w:ascii="Arial" w:hAnsi="Arial" w:cs="Arial"/>
          <w:sz w:val="20"/>
          <w:szCs w:val="20"/>
        </w:rPr>
        <w:t xml:space="preserve"> and </w:t>
      </w:r>
      <w:proofErr w:type="spellStart"/>
      <w:r w:rsidRPr="00BF194F">
        <w:rPr>
          <w:rFonts w:ascii="Arial" w:hAnsi="Arial" w:cs="Arial"/>
          <w:sz w:val="20"/>
          <w:szCs w:val="20"/>
        </w:rPr>
        <w:t>reproducibility</w:t>
      </w:r>
      <w:proofErr w:type="spellEnd"/>
      <w:r w:rsidRPr="00BF194F">
        <w:rPr>
          <w:rFonts w:ascii="Arial" w:hAnsi="Arial" w:cs="Arial"/>
          <w:sz w:val="20"/>
          <w:szCs w:val="20"/>
        </w:rPr>
        <w:t xml:space="preserve"> of the </w:t>
      </w:r>
      <w:proofErr w:type="spellStart"/>
      <w:r w:rsidRPr="00BF194F">
        <w:rPr>
          <w:rFonts w:ascii="Arial" w:hAnsi="Arial" w:cs="Arial"/>
          <w:sz w:val="20"/>
          <w:szCs w:val="20"/>
        </w:rPr>
        <w:t>research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methodology</w:t>
      </w:r>
      <w:proofErr w:type="spellEnd"/>
      <w:r w:rsidRPr="00BF194F">
        <w:rPr>
          <w:rFonts w:ascii="Arial" w:hAnsi="Arial" w:cs="Arial"/>
          <w:sz w:val="20"/>
          <w:szCs w:val="20"/>
        </w:rPr>
        <w:t>.</w:t>
      </w:r>
    </w:p>
    <w:p w14:paraId="184E9546" w14:textId="77777777" w:rsidR="00BB0F51" w:rsidRPr="00BF194F" w:rsidRDefault="00BB0F51" w:rsidP="00BF194F">
      <w:pPr>
        <w:spacing w:line="360" w:lineRule="auto"/>
        <w:rPr>
          <w:rFonts w:ascii="Arial" w:hAnsi="Arial" w:cs="Arial"/>
          <w:sz w:val="2"/>
          <w:szCs w:val="2"/>
        </w:rPr>
      </w:pPr>
    </w:p>
    <w:p w14:paraId="19C16BAF" w14:textId="77777777" w:rsidR="00BB0F51" w:rsidRPr="00BF194F" w:rsidRDefault="00BB0F51" w:rsidP="00BF194F">
      <w:pPr>
        <w:pStyle w:val="NormalWeb"/>
        <w:spacing w:line="360" w:lineRule="auto"/>
        <w:jc w:val="both"/>
        <w:rPr>
          <w:rFonts w:ascii="Arial" w:hAnsi="Arial" w:cs="Arial"/>
          <w:sz w:val="2"/>
          <w:szCs w:val="2"/>
        </w:rPr>
      </w:pPr>
    </w:p>
    <w:p w14:paraId="2C4CD677" w14:textId="62EE434C" w:rsidR="00BB0F51" w:rsidRPr="00BF194F" w:rsidRDefault="00BB0F51" w:rsidP="00BF194F">
      <w:pPr>
        <w:pStyle w:val="Titre2"/>
        <w:spacing w:line="360" w:lineRule="auto"/>
        <w:rPr>
          <w:rFonts w:cs="Arial"/>
        </w:rPr>
      </w:pPr>
      <w:proofErr w:type="spellStart"/>
      <w:r w:rsidRPr="00BF194F">
        <w:rPr>
          <w:rFonts w:cs="Arial"/>
        </w:rPr>
        <w:t>Databases</w:t>
      </w:r>
      <w:proofErr w:type="spellEnd"/>
      <w:r w:rsidRPr="00BF194F">
        <w:rPr>
          <w:rFonts w:cs="Arial"/>
        </w:rPr>
        <w:t xml:space="preserve"> </w:t>
      </w:r>
      <w:proofErr w:type="spellStart"/>
      <w:r w:rsidRPr="00BF194F">
        <w:rPr>
          <w:rFonts w:cs="Arial"/>
        </w:rPr>
        <w:t>searched</w:t>
      </w:r>
      <w:proofErr w:type="spellEnd"/>
    </w:p>
    <w:p w14:paraId="1ACC6E6C" w14:textId="77777777" w:rsidR="00BB0F51" w:rsidRPr="00BF194F" w:rsidRDefault="00BB0F51" w:rsidP="00BF194F">
      <w:pPr>
        <w:pStyle w:val="NormalWeb"/>
        <w:spacing w:line="360" w:lineRule="auto"/>
        <w:jc w:val="both"/>
        <w:rPr>
          <w:rFonts w:ascii="Arial" w:hAnsi="Arial" w:cs="Arial"/>
          <w:sz w:val="2"/>
          <w:szCs w:val="2"/>
        </w:rPr>
      </w:pPr>
    </w:p>
    <w:p w14:paraId="2FB4DAE2" w14:textId="7133F1EA" w:rsidR="00BB0F51" w:rsidRPr="00BF194F" w:rsidRDefault="00BB0F51" w:rsidP="00BF194F">
      <w:pPr>
        <w:pStyle w:val="NormalWeb"/>
        <w:spacing w:line="360" w:lineRule="auto"/>
        <w:jc w:val="both"/>
        <w:rPr>
          <w:rFonts w:ascii="Arial" w:hAnsi="Arial" w:cs="Arial"/>
          <w:sz w:val="20"/>
          <w:szCs w:val="20"/>
        </w:rPr>
      </w:pPr>
      <w:r w:rsidRPr="00BF194F">
        <w:rPr>
          <w:rFonts w:ascii="Arial" w:hAnsi="Arial" w:cs="Arial"/>
          <w:sz w:val="20"/>
          <w:szCs w:val="20"/>
        </w:rPr>
        <w:t xml:space="preserve">The </w:t>
      </w:r>
      <w:proofErr w:type="spellStart"/>
      <w:r w:rsidRPr="00BF194F">
        <w:rPr>
          <w:rFonts w:ascii="Arial" w:hAnsi="Arial" w:cs="Arial"/>
          <w:sz w:val="20"/>
          <w:szCs w:val="20"/>
        </w:rPr>
        <w:t>literature</w:t>
      </w:r>
      <w:proofErr w:type="spellEnd"/>
      <w:r w:rsidRPr="00BF194F">
        <w:rPr>
          <w:rFonts w:ascii="Arial" w:hAnsi="Arial" w:cs="Arial"/>
          <w:sz w:val="20"/>
          <w:szCs w:val="20"/>
        </w:rPr>
        <w:t xml:space="preserve"> </w:t>
      </w:r>
      <w:proofErr w:type="spellStart"/>
      <w:r w:rsidRPr="00BF194F">
        <w:rPr>
          <w:rFonts w:ascii="Arial" w:hAnsi="Arial" w:cs="Arial"/>
          <w:sz w:val="20"/>
          <w:szCs w:val="20"/>
        </w:rPr>
        <w:t>searches</w:t>
      </w:r>
      <w:proofErr w:type="spellEnd"/>
      <w:r w:rsidRPr="00BF194F">
        <w:rPr>
          <w:rFonts w:ascii="Arial" w:hAnsi="Arial" w:cs="Arial"/>
          <w:sz w:val="20"/>
          <w:szCs w:val="20"/>
        </w:rPr>
        <w:t xml:space="preserve"> </w:t>
      </w:r>
      <w:proofErr w:type="spellStart"/>
      <w:r w:rsidRPr="00BF194F">
        <w:rPr>
          <w:rFonts w:ascii="Arial" w:hAnsi="Arial" w:cs="Arial"/>
          <w:sz w:val="20"/>
          <w:szCs w:val="20"/>
        </w:rPr>
        <w:t>were</w:t>
      </w:r>
      <w:proofErr w:type="spellEnd"/>
      <w:r w:rsidRPr="00BF194F">
        <w:rPr>
          <w:rFonts w:ascii="Arial" w:hAnsi="Arial" w:cs="Arial"/>
          <w:sz w:val="20"/>
          <w:szCs w:val="20"/>
        </w:rPr>
        <w:t xml:space="preserve"> </w:t>
      </w:r>
      <w:proofErr w:type="spellStart"/>
      <w:r w:rsidRPr="00BF194F">
        <w:rPr>
          <w:rFonts w:ascii="Arial" w:hAnsi="Arial" w:cs="Arial"/>
          <w:sz w:val="20"/>
          <w:szCs w:val="20"/>
        </w:rPr>
        <w:t>conducted</w:t>
      </w:r>
      <w:proofErr w:type="spellEnd"/>
      <w:r w:rsidRPr="00BF194F">
        <w:rPr>
          <w:rFonts w:ascii="Arial" w:hAnsi="Arial" w:cs="Arial"/>
          <w:sz w:val="20"/>
          <w:szCs w:val="20"/>
        </w:rPr>
        <w:t xml:space="preserve"> in the </w:t>
      </w:r>
      <w:proofErr w:type="spellStart"/>
      <w:r w:rsidRPr="00BF194F">
        <w:rPr>
          <w:rFonts w:ascii="Arial" w:hAnsi="Arial" w:cs="Arial"/>
          <w:sz w:val="20"/>
          <w:szCs w:val="20"/>
        </w:rPr>
        <w:t>following</w:t>
      </w:r>
      <w:proofErr w:type="spellEnd"/>
      <w:r w:rsidRPr="00BF194F">
        <w:rPr>
          <w:rFonts w:ascii="Arial" w:hAnsi="Arial" w:cs="Arial"/>
          <w:sz w:val="20"/>
          <w:szCs w:val="20"/>
        </w:rPr>
        <w:t xml:space="preserve"> international and French-</w:t>
      </w:r>
      <w:proofErr w:type="spellStart"/>
      <w:r w:rsidRPr="00BF194F">
        <w:rPr>
          <w:rFonts w:ascii="Arial" w:hAnsi="Arial" w:cs="Arial"/>
          <w:sz w:val="20"/>
          <w:szCs w:val="20"/>
        </w:rPr>
        <w:t>language</w:t>
      </w:r>
      <w:proofErr w:type="spellEnd"/>
      <w:r w:rsidRPr="00BF194F">
        <w:rPr>
          <w:rFonts w:ascii="Arial" w:hAnsi="Arial" w:cs="Arial"/>
          <w:sz w:val="20"/>
          <w:szCs w:val="20"/>
        </w:rPr>
        <w:t xml:space="preserve"> </w:t>
      </w:r>
      <w:proofErr w:type="spellStart"/>
      <w:proofErr w:type="gramStart"/>
      <w:r w:rsidRPr="00BF194F">
        <w:rPr>
          <w:rFonts w:ascii="Arial" w:hAnsi="Arial" w:cs="Arial"/>
          <w:sz w:val="20"/>
          <w:szCs w:val="20"/>
        </w:rPr>
        <w:t>databases</w:t>
      </w:r>
      <w:proofErr w:type="spellEnd"/>
      <w:r w:rsidRPr="00BF194F">
        <w:rPr>
          <w:rFonts w:ascii="Arial" w:hAnsi="Arial" w:cs="Arial"/>
          <w:sz w:val="20"/>
          <w:szCs w:val="20"/>
        </w:rPr>
        <w:t>:</w:t>
      </w:r>
      <w:proofErr w:type="gramEnd"/>
    </w:p>
    <w:p w14:paraId="483DEC0A" w14:textId="4CF5B8DE" w:rsidR="00BB0F51" w:rsidRPr="00BF194F" w:rsidRDefault="00BB0F51" w:rsidP="00BF194F">
      <w:pPr>
        <w:numPr>
          <w:ilvl w:val="0"/>
          <w:numId w:val="29"/>
        </w:numPr>
        <w:spacing w:before="100" w:beforeAutospacing="1" w:after="100" w:afterAutospacing="1" w:line="360" w:lineRule="auto"/>
        <w:jc w:val="both"/>
        <w:rPr>
          <w:rFonts w:ascii="Arial" w:hAnsi="Arial" w:cs="Arial"/>
          <w:sz w:val="20"/>
          <w:szCs w:val="20"/>
        </w:rPr>
      </w:pPr>
      <w:r w:rsidRPr="00BF194F">
        <w:rPr>
          <w:rFonts w:ascii="Arial" w:hAnsi="Arial" w:cs="Arial"/>
          <w:b/>
          <w:bCs/>
          <w:sz w:val="20"/>
          <w:szCs w:val="20"/>
        </w:rPr>
        <w:t xml:space="preserve">International </w:t>
      </w:r>
      <w:proofErr w:type="spellStart"/>
      <w:proofErr w:type="gramStart"/>
      <w:r w:rsidRPr="00BF194F">
        <w:rPr>
          <w:rFonts w:ascii="Arial" w:hAnsi="Arial" w:cs="Arial"/>
          <w:b/>
          <w:bCs/>
          <w:sz w:val="20"/>
          <w:szCs w:val="20"/>
        </w:rPr>
        <w:t>databases</w:t>
      </w:r>
      <w:proofErr w:type="spellEnd"/>
      <w:r w:rsidRPr="00BF194F">
        <w:rPr>
          <w:rFonts w:ascii="Arial" w:hAnsi="Arial" w:cs="Arial"/>
          <w:b/>
          <w:bCs/>
          <w:sz w:val="20"/>
          <w:szCs w:val="20"/>
        </w:rPr>
        <w:t>:</w:t>
      </w:r>
      <w:proofErr w:type="gramEnd"/>
      <w:r w:rsidRPr="00BF194F">
        <w:rPr>
          <w:rFonts w:ascii="Arial" w:hAnsi="Arial" w:cs="Arial"/>
          <w:sz w:val="20"/>
          <w:szCs w:val="20"/>
        </w:rPr>
        <w:t xml:space="preserve"> PubMed, Embase, Science Direct, Cochrane Library, CINAHL, </w:t>
      </w:r>
      <w:proofErr w:type="spellStart"/>
      <w:r w:rsidRPr="00BF194F">
        <w:rPr>
          <w:rFonts w:ascii="Arial" w:hAnsi="Arial" w:cs="Arial"/>
          <w:sz w:val="20"/>
          <w:szCs w:val="20"/>
        </w:rPr>
        <w:t>PEDro</w:t>
      </w:r>
      <w:proofErr w:type="spellEnd"/>
      <w:r w:rsidRPr="00BF194F">
        <w:rPr>
          <w:rFonts w:ascii="Arial" w:hAnsi="Arial" w:cs="Arial"/>
          <w:sz w:val="20"/>
          <w:szCs w:val="20"/>
        </w:rPr>
        <w:t xml:space="preserve">, Web of Science, </w:t>
      </w:r>
      <w:proofErr w:type="spellStart"/>
      <w:r w:rsidRPr="00BF194F">
        <w:rPr>
          <w:rFonts w:ascii="Arial" w:hAnsi="Arial" w:cs="Arial"/>
          <w:sz w:val="20"/>
          <w:szCs w:val="20"/>
        </w:rPr>
        <w:t>Scopus</w:t>
      </w:r>
      <w:proofErr w:type="spellEnd"/>
      <w:r w:rsidRPr="00BF194F">
        <w:rPr>
          <w:rFonts w:ascii="Arial" w:hAnsi="Arial" w:cs="Arial"/>
          <w:sz w:val="20"/>
          <w:szCs w:val="20"/>
        </w:rPr>
        <w:t>, Google Scholar.</w:t>
      </w:r>
    </w:p>
    <w:p w14:paraId="0A95109B" w14:textId="0F0B8C27" w:rsidR="00BB0F51" w:rsidRPr="00BF194F" w:rsidRDefault="00BB0F51" w:rsidP="00BF194F">
      <w:pPr>
        <w:numPr>
          <w:ilvl w:val="0"/>
          <w:numId w:val="29"/>
        </w:numPr>
        <w:spacing w:before="100" w:beforeAutospacing="1" w:after="100" w:afterAutospacing="1" w:line="360" w:lineRule="auto"/>
        <w:jc w:val="both"/>
        <w:rPr>
          <w:rFonts w:ascii="Arial" w:hAnsi="Arial" w:cs="Arial"/>
          <w:sz w:val="20"/>
          <w:szCs w:val="20"/>
        </w:rPr>
      </w:pPr>
      <w:r w:rsidRPr="00BF194F">
        <w:rPr>
          <w:rFonts w:ascii="Arial" w:hAnsi="Arial" w:cs="Arial"/>
          <w:b/>
          <w:bCs/>
          <w:sz w:val="20"/>
          <w:szCs w:val="20"/>
        </w:rPr>
        <w:t>French-</w:t>
      </w:r>
      <w:proofErr w:type="spellStart"/>
      <w:r w:rsidRPr="00BF194F">
        <w:rPr>
          <w:rFonts w:ascii="Arial" w:hAnsi="Arial" w:cs="Arial"/>
          <w:b/>
          <w:bCs/>
          <w:sz w:val="20"/>
          <w:szCs w:val="20"/>
        </w:rPr>
        <w:t>language</w:t>
      </w:r>
      <w:proofErr w:type="spellEnd"/>
      <w:r w:rsidRPr="00BF194F">
        <w:rPr>
          <w:rFonts w:ascii="Arial" w:hAnsi="Arial" w:cs="Arial"/>
          <w:b/>
          <w:bCs/>
          <w:sz w:val="20"/>
          <w:szCs w:val="20"/>
        </w:rPr>
        <w:t xml:space="preserve"> </w:t>
      </w:r>
      <w:proofErr w:type="spellStart"/>
      <w:proofErr w:type="gramStart"/>
      <w:r w:rsidRPr="00BF194F">
        <w:rPr>
          <w:rFonts w:ascii="Arial" w:hAnsi="Arial" w:cs="Arial"/>
          <w:b/>
          <w:bCs/>
          <w:sz w:val="20"/>
          <w:szCs w:val="20"/>
        </w:rPr>
        <w:t>databases</w:t>
      </w:r>
      <w:proofErr w:type="spellEnd"/>
      <w:r w:rsidRPr="00BF194F">
        <w:rPr>
          <w:rFonts w:ascii="Arial" w:hAnsi="Arial" w:cs="Arial"/>
          <w:b/>
          <w:bCs/>
          <w:sz w:val="20"/>
          <w:szCs w:val="20"/>
        </w:rPr>
        <w:t>:</w:t>
      </w:r>
      <w:proofErr w:type="gramEnd"/>
      <w:r w:rsidRPr="00BF194F">
        <w:rPr>
          <w:rFonts w:ascii="Arial" w:hAnsi="Arial" w:cs="Arial"/>
          <w:b/>
          <w:bCs/>
          <w:sz w:val="20"/>
          <w:szCs w:val="20"/>
        </w:rPr>
        <w:t xml:space="preserve"> </w:t>
      </w:r>
      <w:r w:rsidRPr="00BF194F">
        <w:rPr>
          <w:rFonts w:ascii="Arial" w:hAnsi="Arial" w:cs="Arial"/>
          <w:sz w:val="20"/>
          <w:szCs w:val="20"/>
        </w:rPr>
        <w:t>Cairn.info, Érudit.</w:t>
      </w:r>
    </w:p>
    <w:p w14:paraId="13AABD0A" w14:textId="3B4F077C" w:rsidR="00BB0F51" w:rsidRPr="00BF194F" w:rsidRDefault="00BB0F51" w:rsidP="00BF194F">
      <w:pPr>
        <w:numPr>
          <w:ilvl w:val="0"/>
          <w:numId w:val="29"/>
        </w:numPr>
        <w:spacing w:before="100" w:beforeAutospacing="1" w:after="100" w:afterAutospacing="1" w:line="360" w:lineRule="auto"/>
        <w:jc w:val="both"/>
        <w:rPr>
          <w:rFonts w:ascii="Arial" w:hAnsi="Arial" w:cs="Arial"/>
          <w:sz w:val="20"/>
          <w:szCs w:val="20"/>
        </w:rPr>
      </w:pPr>
      <w:proofErr w:type="spellStart"/>
      <w:r w:rsidRPr="00BF194F">
        <w:rPr>
          <w:rFonts w:ascii="Arial" w:hAnsi="Arial" w:cs="Arial"/>
          <w:b/>
          <w:bCs/>
          <w:sz w:val="20"/>
          <w:szCs w:val="20"/>
        </w:rPr>
        <w:t>Clinical</w:t>
      </w:r>
      <w:proofErr w:type="spellEnd"/>
      <w:r w:rsidRPr="00BF194F">
        <w:rPr>
          <w:rFonts w:ascii="Arial" w:hAnsi="Arial" w:cs="Arial"/>
          <w:b/>
          <w:bCs/>
          <w:sz w:val="20"/>
          <w:szCs w:val="20"/>
        </w:rPr>
        <w:t xml:space="preserve"> trial </w:t>
      </w:r>
      <w:proofErr w:type="spellStart"/>
      <w:proofErr w:type="gramStart"/>
      <w:r w:rsidRPr="00BF194F">
        <w:rPr>
          <w:rFonts w:ascii="Arial" w:hAnsi="Arial" w:cs="Arial"/>
          <w:b/>
          <w:bCs/>
          <w:sz w:val="20"/>
          <w:szCs w:val="20"/>
        </w:rPr>
        <w:t>registries</w:t>
      </w:r>
      <w:proofErr w:type="spellEnd"/>
      <w:r w:rsidRPr="00BF194F">
        <w:rPr>
          <w:rFonts w:ascii="Arial" w:hAnsi="Arial" w:cs="Arial"/>
          <w:b/>
          <w:bCs/>
          <w:sz w:val="20"/>
          <w:szCs w:val="20"/>
        </w:rPr>
        <w:t>:</w:t>
      </w:r>
      <w:proofErr w:type="gramEnd"/>
      <w:r w:rsidRPr="00BF194F">
        <w:rPr>
          <w:rFonts w:ascii="Arial" w:hAnsi="Arial" w:cs="Arial"/>
          <w:b/>
          <w:bCs/>
          <w:sz w:val="20"/>
          <w:szCs w:val="20"/>
        </w:rPr>
        <w:t xml:space="preserve"> </w:t>
      </w:r>
      <w:r w:rsidRPr="00BF194F">
        <w:rPr>
          <w:rFonts w:ascii="Arial" w:hAnsi="Arial" w:cs="Arial"/>
          <w:sz w:val="20"/>
          <w:szCs w:val="20"/>
        </w:rPr>
        <w:t>ClinicalTrials.gov, WHO ICTRP.</w:t>
      </w:r>
    </w:p>
    <w:p w14:paraId="1822DAFD" w14:textId="77777777" w:rsidR="00BB0F51" w:rsidRPr="00BF194F" w:rsidRDefault="00BB0F51" w:rsidP="00BF194F">
      <w:pPr>
        <w:spacing w:before="100" w:beforeAutospacing="1" w:after="100" w:afterAutospacing="1" w:line="360" w:lineRule="auto"/>
        <w:ind w:left="720"/>
        <w:jc w:val="both"/>
        <w:rPr>
          <w:rFonts w:ascii="Arial" w:hAnsi="Arial" w:cs="Arial"/>
          <w:color w:val="FF0000"/>
          <w:sz w:val="20"/>
          <w:szCs w:val="20"/>
        </w:rPr>
      </w:pPr>
    </w:p>
    <w:p w14:paraId="0C37D1C9" w14:textId="29D07004" w:rsidR="00BB0F51" w:rsidRPr="00BF194F" w:rsidRDefault="00BB0F51" w:rsidP="00BF194F">
      <w:pPr>
        <w:pStyle w:val="Titre2"/>
        <w:spacing w:line="360" w:lineRule="auto"/>
        <w:rPr>
          <w:rFonts w:cs="Arial"/>
        </w:rPr>
      </w:pPr>
      <w:r w:rsidRPr="00BF194F">
        <w:rPr>
          <w:rFonts w:cs="Arial"/>
        </w:rPr>
        <w:t xml:space="preserve">Publication </w:t>
      </w:r>
      <w:proofErr w:type="spellStart"/>
      <w:r w:rsidRPr="00BF194F">
        <w:rPr>
          <w:rFonts w:cs="Arial"/>
        </w:rPr>
        <w:t>period</w:t>
      </w:r>
      <w:proofErr w:type="spellEnd"/>
      <w:r w:rsidRPr="00BF194F">
        <w:rPr>
          <w:rFonts w:cs="Arial"/>
        </w:rPr>
        <w:t xml:space="preserve"> and </w:t>
      </w:r>
      <w:proofErr w:type="spellStart"/>
      <w:r w:rsidRPr="00BF194F">
        <w:rPr>
          <w:rFonts w:cs="Arial"/>
        </w:rPr>
        <w:t>language</w:t>
      </w:r>
      <w:proofErr w:type="spellEnd"/>
    </w:p>
    <w:p w14:paraId="5477D67F" w14:textId="77777777" w:rsidR="00BB0F51" w:rsidRPr="00BF194F" w:rsidRDefault="00BB0F51" w:rsidP="00BF194F">
      <w:pPr>
        <w:pStyle w:val="NormalWeb"/>
        <w:spacing w:line="360" w:lineRule="auto"/>
        <w:jc w:val="both"/>
        <w:rPr>
          <w:rFonts w:ascii="Arial" w:hAnsi="Arial" w:cs="Arial"/>
          <w:sz w:val="2"/>
          <w:szCs w:val="2"/>
        </w:rPr>
      </w:pPr>
    </w:p>
    <w:p w14:paraId="146CB51C" w14:textId="3C2E96FF" w:rsidR="00BB0F51" w:rsidRPr="00BF194F" w:rsidRDefault="00BB0F51" w:rsidP="00BF194F">
      <w:pPr>
        <w:pStyle w:val="NormalWeb"/>
        <w:spacing w:line="360" w:lineRule="auto"/>
        <w:jc w:val="both"/>
        <w:rPr>
          <w:rFonts w:ascii="Arial" w:hAnsi="Arial" w:cs="Arial"/>
          <w:sz w:val="20"/>
          <w:szCs w:val="20"/>
        </w:rPr>
      </w:pPr>
      <w:r w:rsidRPr="00BF194F">
        <w:rPr>
          <w:rFonts w:ascii="Arial" w:hAnsi="Arial" w:cs="Arial"/>
          <w:sz w:val="20"/>
          <w:szCs w:val="20"/>
        </w:rPr>
        <w:t xml:space="preserve">The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was</w:t>
      </w:r>
      <w:proofErr w:type="spellEnd"/>
      <w:r w:rsidRPr="00BF194F">
        <w:rPr>
          <w:rFonts w:ascii="Arial" w:hAnsi="Arial" w:cs="Arial"/>
          <w:sz w:val="20"/>
          <w:szCs w:val="20"/>
        </w:rPr>
        <w:t xml:space="preserve"> </w:t>
      </w:r>
      <w:proofErr w:type="spellStart"/>
      <w:r w:rsidRPr="00BF194F">
        <w:rPr>
          <w:rFonts w:ascii="Arial" w:hAnsi="Arial" w:cs="Arial"/>
          <w:sz w:val="20"/>
          <w:szCs w:val="20"/>
        </w:rPr>
        <w:t>conducted</w:t>
      </w:r>
      <w:proofErr w:type="spellEnd"/>
      <w:r w:rsidRPr="00BF194F">
        <w:rPr>
          <w:rFonts w:ascii="Arial" w:hAnsi="Arial" w:cs="Arial"/>
          <w:sz w:val="20"/>
          <w:szCs w:val="20"/>
        </w:rPr>
        <w:t xml:space="preserve"> </w:t>
      </w:r>
      <w:proofErr w:type="spellStart"/>
      <w:r w:rsidRPr="00BF194F">
        <w:rPr>
          <w:rFonts w:ascii="Arial" w:hAnsi="Arial" w:cs="Arial"/>
          <w:sz w:val="20"/>
          <w:szCs w:val="20"/>
        </w:rPr>
        <w:t>between</w:t>
      </w:r>
      <w:proofErr w:type="spellEnd"/>
      <w:r w:rsidRPr="00BF194F">
        <w:rPr>
          <w:rFonts w:ascii="Arial" w:hAnsi="Arial" w:cs="Arial"/>
          <w:sz w:val="20"/>
          <w:szCs w:val="20"/>
        </w:rPr>
        <w:t xml:space="preserve"> July 15, 2024, and </w:t>
      </w:r>
      <w:proofErr w:type="spellStart"/>
      <w:r w:rsidRPr="00BF194F">
        <w:rPr>
          <w:rFonts w:ascii="Arial" w:hAnsi="Arial" w:cs="Arial"/>
          <w:sz w:val="20"/>
          <w:szCs w:val="20"/>
        </w:rPr>
        <w:t>October</w:t>
      </w:r>
      <w:proofErr w:type="spellEnd"/>
      <w:r w:rsidRPr="00BF194F">
        <w:rPr>
          <w:rFonts w:ascii="Arial" w:hAnsi="Arial" w:cs="Arial"/>
          <w:sz w:val="20"/>
          <w:szCs w:val="20"/>
        </w:rPr>
        <w:t xml:space="preserve"> 15, 2024, and </w:t>
      </w:r>
      <w:proofErr w:type="spellStart"/>
      <w:r w:rsidRPr="00BF194F">
        <w:rPr>
          <w:rFonts w:ascii="Arial" w:hAnsi="Arial" w:cs="Arial"/>
          <w:sz w:val="20"/>
          <w:szCs w:val="20"/>
        </w:rPr>
        <w:t>restricted</w:t>
      </w:r>
      <w:proofErr w:type="spellEnd"/>
      <w:r w:rsidRPr="00BF194F">
        <w:rPr>
          <w:rFonts w:ascii="Arial" w:hAnsi="Arial" w:cs="Arial"/>
          <w:sz w:val="20"/>
          <w:szCs w:val="20"/>
        </w:rPr>
        <w:t xml:space="preserve"> to articles </w:t>
      </w:r>
      <w:proofErr w:type="spellStart"/>
      <w:r w:rsidRPr="00BF194F">
        <w:rPr>
          <w:rFonts w:ascii="Arial" w:hAnsi="Arial" w:cs="Arial"/>
          <w:sz w:val="20"/>
          <w:szCs w:val="20"/>
        </w:rPr>
        <w:t>published</w:t>
      </w:r>
      <w:proofErr w:type="spellEnd"/>
      <w:r w:rsidRPr="00BF194F">
        <w:rPr>
          <w:rFonts w:ascii="Arial" w:hAnsi="Arial" w:cs="Arial"/>
          <w:sz w:val="20"/>
          <w:szCs w:val="20"/>
        </w:rPr>
        <w:t xml:space="preserve"> </w:t>
      </w:r>
      <w:proofErr w:type="spellStart"/>
      <w:r w:rsidRPr="00BF194F">
        <w:rPr>
          <w:rFonts w:ascii="Arial" w:hAnsi="Arial" w:cs="Arial"/>
          <w:sz w:val="20"/>
          <w:szCs w:val="20"/>
        </w:rPr>
        <w:t>between</w:t>
      </w:r>
      <w:proofErr w:type="spellEnd"/>
      <w:r w:rsidRPr="00BF194F">
        <w:rPr>
          <w:rFonts w:ascii="Arial" w:hAnsi="Arial" w:cs="Arial"/>
          <w:sz w:val="20"/>
          <w:szCs w:val="20"/>
        </w:rPr>
        <w:t xml:space="preserve"> 2004 and 2024 in French and English to </w:t>
      </w:r>
      <w:proofErr w:type="spellStart"/>
      <w:r w:rsidRPr="00BF194F">
        <w:rPr>
          <w:rFonts w:ascii="Arial" w:hAnsi="Arial" w:cs="Arial"/>
          <w:sz w:val="20"/>
          <w:szCs w:val="20"/>
        </w:rPr>
        <w:t>reflect</w:t>
      </w:r>
      <w:proofErr w:type="spellEnd"/>
      <w:r w:rsidRPr="00BF194F">
        <w:rPr>
          <w:rFonts w:ascii="Arial" w:hAnsi="Arial" w:cs="Arial"/>
          <w:sz w:val="20"/>
          <w:szCs w:val="20"/>
        </w:rPr>
        <w:t xml:space="preserve"> </w:t>
      </w:r>
      <w:proofErr w:type="spellStart"/>
      <w:r w:rsidRPr="00BF194F">
        <w:rPr>
          <w:rFonts w:ascii="Arial" w:hAnsi="Arial" w:cs="Arial"/>
          <w:sz w:val="20"/>
          <w:szCs w:val="20"/>
        </w:rPr>
        <w:t>current</w:t>
      </w:r>
      <w:proofErr w:type="spellEnd"/>
      <w:r w:rsidRPr="00BF194F">
        <w:rPr>
          <w:rFonts w:ascii="Arial" w:hAnsi="Arial" w:cs="Arial"/>
          <w:sz w:val="20"/>
          <w:szCs w:val="20"/>
        </w:rPr>
        <w:t xml:space="preserve"> practices and </w:t>
      </w:r>
      <w:proofErr w:type="spellStart"/>
      <w:r w:rsidRPr="00BF194F">
        <w:rPr>
          <w:rFonts w:ascii="Arial" w:hAnsi="Arial" w:cs="Arial"/>
          <w:sz w:val="20"/>
          <w:szCs w:val="20"/>
        </w:rPr>
        <w:t>recent</w:t>
      </w:r>
      <w:proofErr w:type="spellEnd"/>
      <w:r w:rsidRPr="00BF194F">
        <w:rPr>
          <w:rFonts w:ascii="Arial" w:hAnsi="Arial" w:cs="Arial"/>
          <w:sz w:val="20"/>
          <w:szCs w:val="20"/>
        </w:rPr>
        <w:t xml:space="preserve"> </w:t>
      </w:r>
      <w:proofErr w:type="spellStart"/>
      <w:r w:rsidRPr="00BF194F">
        <w:rPr>
          <w:rFonts w:ascii="Arial" w:hAnsi="Arial" w:cs="Arial"/>
          <w:sz w:val="20"/>
          <w:szCs w:val="20"/>
        </w:rPr>
        <w:t>developments</w:t>
      </w:r>
      <w:proofErr w:type="spellEnd"/>
      <w:r w:rsidRPr="00BF194F">
        <w:rPr>
          <w:rFonts w:ascii="Arial" w:hAnsi="Arial" w:cs="Arial"/>
          <w:sz w:val="20"/>
          <w:szCs w:val="20"/>
        </w:rPr>
        <w:t xml:space="preserve"> in the </w:t>
      </w:r>
      <w:proofErr w:type="spellStart"/>
      <w:r w:rsidRPr="00BF194F">
        <w:rPr>
          <w:rFonts w:ascii="Arial" w:hAnsi="Arial" w:cs="Arial"/>
          <w:sz w:val="20"/>
          <w:szCs w:val="20"/>
        </w:rPr>
        <w:t>field</w:t>
      </w:r>
      <w:proofErr w:type="spellEnd"/>
      <w:r w:rsidRPr="00BF194F">
        <w:rPr>
          <w:rFonts w:ascii="Arial" w:hAnsi="Arial" w:cs="Arial"/>
          <w:sz w:val="20"/>
          <w:szCs w:val="20"/>
        </w:rPr>
        <w:t>.</w:t>
      </w:r>
    </w:p>
    <w:p w14:paraId="296CA706" w14:textId="77777777" w:rsidR="00BB0F51" w:rsidRPr="00BF194F" w:rsidRDefault="00BB0F51" w:rsidP="00BF194F">
      <w:pPr>
        <w:pStyle w:val="NormalWeb"/>
        <w:spacing w:line="360" w:lineRule="auto"/>
        <w:rPr>
          <w:rFonts w:ascii="Arial" w:hAnsi="Arial" w:cs="Arial"/>
          <w:sz w:val="20"/>
          <w:szCs w:val="20"/>
        </w:rPr>
      </w:pPr>
    </w:p>
    <w:p w14:paraId="48505F54" w14:textId="011B7D68" w:rsidR="00BB0F51" w:rsidRPr="00BF194F" w:rsidRDefault="00BB0F51" w:rsidP="00BF194F">
      <w:pPr>
        <w:pStyle w:val="Titre2"/>
        <w:spacing w:line="360" w:lineRule="auto"/>
        <w:rPr>
          <w:rFonts w:cs="Arial"/>
        </w:rPr>
      </w:pPr>
      <w:r w:rsidRPr="00BF194F">
        <w:rPr>
          <w:rFonts w:cs="Arial"/>
        </w:rPr>
        <w:t xml:space="preserve">Keywords and MeSH </w:t>
      </w:r>
      <w:proofErr w:type="spellStart"/>
      <w:r w:rsidRPr="00BF194F">
        <w:rPr>
          <w:rFonts w:cs="Arial"/>
        </w:rPr>
        <w:t>terms</w:t>
      </w:r>
      <w:proofErr w:type="spellEnd"/>
    </w:p>
    <w:p w14:paraId="749F20DE" w14:textId="77777777" w:rsidR="00BF194F" w:rsidRPr="00BF194F" w:rsidRDefault="00BF194F" w:rsidP="00BF194F">
      <w:pPr>
        <w:pStyle w:val="NormalWeb"/>
        <w:spacing w:line="360" w:lineRule="auto"/>
        <w:jc w:val="both"/>
        <w:rPr>
          <w:rFonts w:ascii="Arial" w:hAnsi="Arial" w:cs="Arial"/>
          <w:sz w:val="2"/>
          <w:szCs w:val="2"/>
        </w:rPr>
      </w:pPr>
    </w:p>
    <w:p w14:paraId="5D8AC925" w14:textId="50BCC359" w:rsidR="00BB0F51" w:rsidRPr="00BF194F" w:rsidRDefault="00BB0F51" w:rsidP="00BF194F">
      <w:pPr>
        <w:pStyle w:val="NormalWeb"/>
        <w:spacing w:line="360" w:lineRule="auto"/>
        <w:jc w:val="both"/>
        <w:rPr>
          <w:rFonts w:ascii="Arial" w:hAnsi="Arial" w:cs="Arial"/>
          <w:sz w:val="20"/>
          <w:szCs w:val="20"/>
        </w:rPr>
      </w:pPr>
      <w:r w:rsidRPr="00BF194F">
        <w:rPr>
          <w:rFonts w:ascii="Arial" w:hAnsi="Arial" w:cs="Arial"/>
          <w:sz w:val="20"/>
          <w:szCs w:val="20"/>
        </w:rPr>
        <w:t xml:space="preserve">The </w:t>
      </w:r>
      <w:proofErr w:type="spellStart"/>
      <w:r w:rsidRPr="00BF194F">
        <w:rPr>
          <w:rFonts w:ascii="Arial" w:hAnsi="Arial" w:cs="Arial"/>
          <w:sz w:val="20"/>
          <w:szCs w:val="20"/>
        </w:rPr>
        <w:t>literature</w:t>
      </w:r>
      <w:proofErr w:type="spellEnd"/>
      <w:r w:rsidRPr="00BF194F">
        <w:rPr>
          <w:rFonts w:ascii="Arial" w:hAnsi="Arial" w:cs="Arial"/>
          <w:sz w:val="20"/>
          <w:szCs w:val="20"/>
        </w:rPr>
        <w:t xml:space="preserv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was</w:t>
      </w:r>
      <w:proofErr w:type="spellEnd"/>
      <w:r w:rsidRPr="00BF194F">
        <w:rPr>
          <w:rFonts w:ascii="Arial" w:hAnsi="Arial" w:cs="Arial"/>
          <w:sz w:val="20"/>
          <w:szCs w:val="20"/>
        </w:rPr>
        <w:t xml:space="preserve"> </w:t>
      </w:r>
      <w:proofErr w:type="spellStart"/>
      <w:r w:rsidRPr="00BF194F">
        <w:rPr>
          <w:rFonts w:ascii="Arial" w:hAnsi="Arial" w:cs="Arial"/>
          <w:sz w:val="20"/>
          <w:szCs w:val="20"/>
        </w:rPr>
        <w:t>performed</w:t>
      </w:r>
      <w:proofErr w:type="spellEnd"/>
      <w:r w:rsidRPr="00BF194F">
        <w:rPr>
          <w:rFonts w:ascii="Arial" w:hAnsi="Arial" w:cs="Arial"/>
          <w:sz w:val="20"/>
          <w:szCs w:val="20"/>
        </w:rPr>
        <w:t xml:space="preserve"> </w:t>
      </w:r>
      <w:proofErr w:type="spellStart"/>
      <w:r w:rsidRPr="00BF194F">
        <w:rPr>
          <w:rFonts w:ascii="Arial" w:hAnsi="Arial" w:cs="Arial"/>
          <w:sz w:val="20"/>
          <w:szCs w:val="20"/>
        </w:rPr>
        <w:t>using</w:t>
      </w:r>
      <w:proofErr w:type="spellEnd"/>
      <w:r w:rsidRPr="00BF194F">
        <w:rPr>
          <w:rFonts w:ascii="Arial" w:hAnsi="Arial" w:cs="Arial"/>
          <w:sz w:val="20"/>
          <w:szCs w:val="20"/>
        </w:rPr>
        <w:t xml:space="preserve"> a combination of official MeSH </w:t>
      </w:r>
      <w:proofErr w:type="spellStart"/>
      <w:r w:rsidRPr="00BF194F">
        <w:rPr>
          <w:rFonts w:ascii="Arial" w:hAnsi="Arial" w:cs="Arial"/>
          <w:sz w:val="20"/>
          <w:szCs w:val="20"/>
        </w:rPr>
        <w:t>descriptors</w:t>
      </w:r>
      <w:proofErr w:type="spellEnd"/>
      <w:r w:rsidRPr="00BF194F">
        <w:rPr>
          <w:rFonts w:ascii="Arial" w:hAnsi="Arial" w:cs="Arial"/>
          <w:sz w:val="20"/>
          <w:szCs w:val="20"/>
        </w:rPr>
        <w:t xml:space="preserve"> and free-</w:t>
      </w:r>
      <w:proofErr w:type="spellStart"/>
      <w:r w:rsidRPr="00BF194F">
        <w:rPr>
          <w:rFonts w:ascii="Arial" w:hAnsi="Arial" w:cs="Arial"/>
          <w:sz w:val="20"/>
          <w:szCs w:val="20"/>
        </w:rPr>
        <w:t>text</w:t>
      </w:r>
      <w:proofErr w:type="spellEnd"/>
      <w:r w:rsidRPr="00BF194F">
        <w:rPr>
          <w:rFonts w:ascii="Arial" w:hAnsi="Arial" w:cs="Arial"/>
          <w:sz w:val="20"/>
          <w:szCs w:val="20"/>
        </w:rPr>
        <w:t xml:space="preserve"> </w:t>
      </w:r>
      <w:proofErr w:type="spellStart"/>
      <w:r w:rsidRPr="00BF194F">
        <w:rPr>
          <w:rFonts w:ascii="Arial" w:hAnsi="Arial" w:cs="Arial"/>
          <w:sz w:val="20"/>
          <w:szCs w:val="20"/>
        </w:rPr>
        <w:t>terms</w:t>
      </w:r>
      <w:proofErr w:type="spellEnd"/>
      <w:r w:rsidRPr="00BF194F">
        <w:rPr>
          <w:rFonts w:ascii="Arial" w:hAnsi="Arial" w:cs="Arial"/>
          <w:sz w:val="20"/>
          <w:szCs w:val="20"/>
        </w:rPr>
        <w:t xml:space="preserve"> to </w:t>
      </w:r>
      <w:proofErr w:type="spellStart"/>
      <w:r w:rsidRPr="00BF194F">
        <w:rPr>
          <w:rFonts w:ascii="Arial" w:hAnsi="Arial" w:cs="Arial"/>
          <w:sz w:val="20"/>
          <w:szCs w:val="20"/>
        </w:rPr>
        <w:t>ensure</w:t>
      </w:r>
      <w:proofErr w:type="spellEnd"/>
      <w:r w:rsidRPr="00BF194F">
        <w:rPr>
          <w:rFonts w:ascii="Arial" w:hAnsi="Arial" w:cs="Arial"/>
          <w:sz w:val="20"/>
          <w:szCs w:val="20"/>
        </w:rPr>
        <w:t xml:space="preserve"> </w:t>
      </w:r>
      <w:proofErr w:type="spellStart"/>
      <w:r w:rsidRPr="00BF194F">
        <w:rPr>
          <w:rFonts w:ascii="Arial" w:hAnsi="Arial" w:cs="Arial"/>
          <w:sz w:val="20"/>
          <w:szCs w:val="20"/>
        </w:rPr>
        <w:t>comprehensive</w:t>
      </w:r>
      <w:proofErr w:type="spellEnd"/>
      <w:r w:rsidRPr="00BF194F">
        <w:rPr>
          <w:rFonts w:ascii="Arial" w:hAnsi="Arial" w:cs="Arial"/>
          <w:sz w:val="20"/>
          <w:szCs w:val="20"/>
        </w:rPr>
        <w:t xml:space="preserve"> </w:t>
      </w:r>
      <w:proofErr w:type="spellStart"/>
      <w:r w:rsidRPr="00BF194F">
        <w:rPr>
          <w:rFonts w:ascii="Arial" w:hAnsi="Arial" w:cs="Arial"/>
          <w:sz w:val="20"/>
          <w:szCs w:val="20"/>
        </w:rPr>
        <w:t>coverage</w:t>
      </w:r>
      <w:proofErr w:type="spellEnd"/>
      <w:r w:rsidRPr="00BF194F">
        <w:rPr>
          <w:rFonts w:ascii="Arial" w:hAnsi="Arial" w:cs="Arial"/>
          <w:sz w:val="20"/>
          <w:szCs w:val="20"/>
        </w:rPr>
        <w:t xml:space="preserve"> of the relevant </w:t>
      </w:r>
      <w:proofErr w:type="spellStart"/>
      <w:r w:rsidRPr="00BF194F">
        <w:rPr>
          <w:rFonts w:ascii="Arial" w:hAnsi="Arial" w:cs="Arial"/>
          <w:sz w:val="20"/>
          <w:szCs w:val="20"/>
        </w:rPr>
        <w:t>literature</w:t>
      </w:r>
      <w:proofErr w:type="spellEnd"/>
      <w:r w:rsidRPr="00BF194F">
        <w:rPr>
          <w:rFonts w:ascii="Arial" w:hAnsi="Arial" w:cs="Arial"/>
          <w:sz w:val="20"/>
          <w:szCs w:val="20"/>
        </w:rPr>
        <w:t xml:space="preserve">. [MeSH] </w:t>
      </w:r>
      <w:proofErr w:type="spellStart"/>
      <w:r w:rsidRPr="00BF194F">
        <w:rPr>
          <w:rFonts w:ascii="Arial" w:hAnsi="Arial" w:cs="Arial"/>
          <w:sz w:val="20"/>
          <w:szCs w:val="20"/>
        </w:rPr>
        <w:t>descriptors</w:t>
      </w:r>
      <w:proofErr w:type="spellEnd"/>
      <w:r w:rsidRPr="00BF194F">
        <w:rPr>
          <w:rFonts w:ascii="Arial" w:hAnsi="Arial" w:cs="Arial"/>
          <w:sz w:val="20"/>
          <w:szCs w:val="20"/>
        </w:rPr>
        <w:t xml:space="preserve"> </w:t>
      </w:r>
      <w:proofErr w:type="spellStart"/>
      <w:r w:rsidRPr="00BF194F">
        <w:rPr>
          <w:rFonts w:ascii="Arial" w:hAnsi="Arial" w:cs="Arial"/>
          <w:sz w:val="20"/>
          <w:szCs w:val="20"/>
        </w:rPr>
        <w:t>were</w:t>
      </w:r>
      <w:proofErr w:type="spellEnd"/>
      <w:r w:rsidRPr="00BF194F">
        <w:rPr>
          <w:rFonts w:ascii="Arial" w:hAnsi="Arial" w:cs="Arial"/>
          <w:sz w:val="20"/>
          <w:szCs w:val="20"/>
        </w:rPr>
        <w:t xml:space="preserve"> </w:t>
      </w:r>
      <w:proofErr w:type="spellStart"/>
      <w:r w:rsidRPr="00BF194F">
        <w:rPr>
          <w:rFonts w:ascii="Arial" w:hAnsi="Arial" w:cs="Arial"/>
          <w:sz w:val="20"/>
          <w:szCs w:val="20"/>
        </w:rPr>
        <w:t>prioritized</w:t>
      </w:r>
      <w:proofErr w:type="spellEnd"/>
      <w:r w:rsidRPr="00BF194F">
        <w:rPr>
          <w:rFonts w:ascii="Arial" w:hAnsi="Arial" w:cs="Arial"/>
          <w:sz w:val="20"/>
          <w:szCs w:val="20"/>
        </w:rPr>
        <w:t xml:space="preserve"> to </w:t>
      </w:r>
      <w:proofErr w:type="spellStart"/>
      <w:r w:rsidRPr="00BF194F">
        <w:rPr>
          <w:rFonts w:ascii="Arial" w:hAnsi="Arial" w:cs="Arial"/>
          <w:sz w:val="20"/>
          <w:szCs w:val="20"/>
        </w:rPr>
        <w:t>ensure</w:t>
      </w:r>
      <w:proofErr w:type="spellEnd"/>
      <w:r w:rsidRPr="00BF194F">
        <w:rPr>
          <w:rFonts w:ascii="Arial" w:hAnsi="Arial" w:cs="Arial"/>
          <w:sz w:val="20"/>
          <w:szCs w:val="20"/>
        </w:rPr>
        <w:t xml:space="preserv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specificity</w:t>
      </w:r>
      <w:proofErr w:type="spellEnd"/>
      <w:r w:rsidRPr="00BF194F">
        <w:rPr>
          <w:rFonts w:ascii="Arial" w:hAnsi="Arial" w:cs="Arial"/>
          <w:sz w:val="20"/>
          <w:szCs w:val="20"/>
        </w:rPr>
        <w:t xml:space="preserve"> and relevance, </w:t>
      </w:r>
      <w:proofErr w:type="spellStart"/>
      <w:r w:rsidRPr="00BF194F">
        <w:rPr>
          <w:rFonts w:ascii="Arial" w:hAnsi="Arial" w:cs="Arial"/>
          <w:sz w:val="20"/>
          <w:szCs w:val="20"/>
        </w:rPr>
        <w:t>whereas</w:t>
      </w:r>
      <w:proofErr w:type="spellEnd"/>
      <w:r w:rsidRPr="00BF194F">
        <w:rPr>
          <w:rFonts w:ascii="Arial" w:hAnsi="Arial" w:cs="Arial"/>
          <w:sz w:val="20"/>
          <w:szCs w:val="20"/>
        </w:rPr>
        <w:t xml:space="preserve"> free-</w:t>
      </w:r>
      <w:proofErr w:type="spellStart"/>
      <w:r w:rsidRPr="00BF194F">
        <w:rPr>
          <w:rFonts w:ascii="Arial" w:hAnsi="Arial" w:cs="Arial"/>
          <w:sz w:val="20"/>
          <w:szCs w:val="20"/>
        </w:rPr>
        <w:t>text</w:t>
      </w:r>
      <w:proofErr w:type="spellEnd"/>
      <w:r w:rsidRPr="00BF194F">
        <w:rPr>
          <w:rFonts w:ascii="Arial" w:hAnsi="Arial" w:cs="Arial"/>
          <w:sz w:val="20"/>
          <w:szCs w:val="20"/>
        </w:rPr>
        <w:t xml:space="preserve"> </w:t>
      </w:r>
      <w:proofErr w:type="spellStart"/>
      <w:r w:rsidRPr="00BF194F">
        <w:rPr>
          <w:rFonts w:ascii="Arial" w:hAnsi="Arial" w:cs="Arial"/>
          <w:sz w:val="20"/>
          <w:szCs w:val="20"/>
        </w:rPr>
        <w:t>terms</w:t>
      </w:r>
      <w:proofErr w:type="spellEnd"/>
      <w:r w:rsidRPr="00BF194F">
        <w:rPr>
          <w:rFonts w:ascii="Arial" w:hAnsi="Arial" w:cs="Arial"/>
          <w:sz w:val="20"/>
          <w:szCs w:val="20"/>
        </w:rPr>
        <w:t xml:space="preserve"> </w:t>
      </w:r>
      <w:proofErr w:type="spellStart"/>
      <w:r w:rsidRPr="00BF194F">
        <w:rPr>
          <w:rFonts w:ascii="Arial" w:hAnsi="Arial" w:cs="Arial"/>
          <w:sz w:val="20"/>
          <w:szCs w:val="20"/>
        </w:rPr>
        <w:t>were</w:t>
      </w:r>
      <w:proofErr w:type="spellEnd"/>
      <w:r w:rsidRPr="00BF194F">
        <w:rPr>
          <w:rFonts w:ascii="Arial" w:hAnsi="Arial" w:cs="Arial"/>
          <w:sz w:val="20"/>
          <w:szCs w:val="20"/>
        </w:rPr>
        <w:t xml:space="preserve"> </w:t>
      </w:r>
      <w:proofErr w:type="spellStart"/>
      <w:r w:rsidRPr="00BF194F">
        <w:rPr>
          <w:rFonts w:ascii="Arial" w:hAnsi="Arial" w:cs="Arial"/>
          <w:sz w:val="20"/>
          <w:szCs w:val="20"/>
        </w:rPr>
        <w:t>used</w:t>
      </w:r>
      <w:proofErr w:type="spellEnd"/>
      <w:r w:rsidRPr="00BF194F">
        <w:rPr>
          <w:rFonts w:ascii="Arial" w:hAnsi="Arial" w:cs="Arial"/>
          <w:sz w:val="20"/>
          <w:szCs w:val="20"/>
        </w:rPr>
        <w:t xml:space="preserve"> to capture </w:t>
      </w:r>
      <w:proofErr w:type="spellStart"/>
      <w:r w:rsidRPr="00BF194F">
        <w:rPr>
          <w:rFonts w:ascii="Arial" w:hAnsi="Arial" w:cs="Arial"/>
          <w:sz w:val="20"/>
          <w:szCs w:val="20"/>
        </w:rPr>
        <w:t>context-specific</w:t>
      </w:r>
      <w:proofErr w:type="spellEnd"/>
      <w:r w:rsidRPr="00BF194F">
        <w:rPr>
          <w:rFonts w:ascii="Arial" w:hAnsi="Arial" w:cs="Arial"/>
          <w:sz w:val="20"/>
          <w:szCs w:val="20"/>
        </w:rPr>
        <w:t xml:space="preserve"> concepts or </w:t>
      </w:r>
      <w:proofErr w:type="spellStart"/>
      <w:r w:rsidRPr="00BF194F">
        <w:rPr>
          <w:rFonts w:ascii="Arial" w:hAnsi="Arial" w:cs="Arial"/>
          <w:sz w:val="20"/>
          <w:szCs w:val="20"/>
        </w:rPr>
        <w:t>terms</w:t>
      </w:r>
      <w:proofErr w:type="spellEnd"/>
      <w:r w:rsidRPr="00BF194F">
        <w:rPr>
          <w:rFonts w:ascii="Arial" w:hAnsi="Arial" w:cs="Arial"/>
          <w:sz w:val="20"/>
          <w:szCs w:val="20"/>
        </w:rPr>
        <w:t xml:space="preserve"> </w:t>
      </w:r>
      <w:proofErr w:type="spellStart"/>
      <w:r w:rsidRPr="00BF194F">
        <w:rPr>
          <w:rFonts w:ascii="Arial" w:hAnsi="Arial" w:cs="Arial"/>
          <w:sz w:val="20"/>
          <w:szCs w:val="20"/>
        </w:rPr>
        <w:t>lacking</w:t>
      </w:r>
      <w:proofErr w:type="spellEnd"/>
      <w:r w:rsidRPr="00BF194F">
        <w:rPr>
          <w:rFonts w:ascii="Arial" w:hAnsi="Arial" w:cs="Arial"/>
          <w:sz w:val="20"/>
          <w:szCs w:val="20"/>
        </w:rPr>
        <w:t xml:space="preserve"> direct MeSH </w:t>
      </w:r>
      <w:proofErr w:type="spellStart"/>
      <w:r w:rsidRPr="00BF194F">
        <w:rPr>
          <w:rFonts w:ascii="Arial" w:hAnsi="Arial" w:cs="Arial"/>
          <w:sz w:val="20"/>
          <w:szCs w:val="20"/>
        </w:rPr>
        <w:t>equivalents</w:t>
      </w:r>
      <w:proofErr w:type="spellEnd"/>
      <w:r w:rsidRPr="00BF194F">
        <w:rPr>
          <w:rFonts w:ascii="Arial" w:hAnsi="Arial" w:cs="Arial"/>
          <w:sz w:val="20"/>
          <w:szCs w:val="20"/>
        </w:rPr>
        <w:t>.</w:t>
      </w:r>
    </w:p>
    <w:p w14:paraId="30537A04" w14:textId="77777777" w:rsidR="00BB0F51" w:rsidRPr="00BF194F" w:rsidRDefault="00BB0F51" w:rsidP="00BF194F">
      <w:pPr>
        <w:pStyle w:val="NormalWeb"/>
        <w:spacing w:line="360" w:lineRule="auto"/>
        <w:jc w:val="both"/>
        <w:rPr>
          <w:rFonts w:ascii="Arial" w:hAnsi="Arial" w:cs="Arial"/>
          <w:sz w:val="20"/>
          <w:szCs w:val="20"/>
        </w:rPr>
      </w:pPr>
      <w:r w:rsidRPr="00BF194F">
        <w:rPr>
          <w:rFonts w:ascii="Arial" w:hAnsi="Arial" w:cs="Arial"/>
          <w:sz w:val="20"/>
          <w:szCs w:val="20"/>
        </w:rPr>
        <w:lastRenderedPageBreak/>
        <w:t xml:space="preserve">The classification </w:t>
      </w:r>
      <w:proofErr w:type="spellStart"/>
      <w:r w:rsidRPr="00BF194F">
        <w:rPr>
          <w:rFonts w:ascii="Arial" w:hAnsi="Arial" w:cs="Arial"/>
          <w:sz w:val="20"/>
          <w:szCs w:val="20"/>
        </w:rPr>
        <w:t>provided</w:t>
      </w:r>
      <w:proofErr w:type="spellEnd"/>
      <w:r w:rsidRPr="00BF194F">
        <w:rPr>
          <w:rFonts w:ascii="Arial" w:hAnsi="Arial" w:cs="Arial"/>
          <w:sz w:val="20"/>
          <w:szCs w:val="20"/>
        </w:rPr>
        <w:t xml:space="preserve"> </w:t>
      </w:r>
      <w:proofErr w:type="spellStart"/>
      <w:r w:rsidRPr="00BF194F">
        <w:rPr>
          <w:rFonts w:ascii="Arial" w:hAnsi="Arial" w:cs="Arial"/>
          <w:sz w:val="20"/>
          <w:szCs w:val="20"/>
        </w:rPr>
        <w:t>below</w:t>
      </w:r>
      <w:proofErr w:type="spellEnd"/>
      <w:r w:rsidRPr="00BF194F">
        <w:rPr>
          <w:rFonts w:ascii="Arial" w:hAnsi="Arial" w:cs="Arial"/>
          <w:sz w:val="20"/>
          <w:szCs w:val="20"/>
        </w:rPr>
        <w:t xml:space="preserve"> </w:t>
      </w:r>
      <w:proofErr w:type="spellStart"/>
      <w:r w:rsidRPr="00BF194F">
        <w:rPr>
          <w:rFonts w:ascii="Arial" w:hAnsi="Arial" w:cs="Arial"/>
          <w:sz w:val="20"/>
          <w:szCs w:val="20"/>
        </w:rPr>
        <w:t>is</w:t>
      </w:r>
      <w:proofErr w:type="spellEnd"/>
      <w:r w:rsidRPr="00BF194F">
        <w:rPr>
          <w:rFonts w:ascii="Arial" w:hAnsi="Arial" w:cs="Arial"/>
          <w:sz w:val="20"/>
          <w:szCs w:val="20"/>
        </w:rPr>
        <w:t xml:space="preserve"> an </w:t>
      </w:r>
      <w:proofErr w:type="spellStart"/>
      <w:r w:rsidRPr="00BF194F">
        <w:rPr>
          <w:rFonts w:ascii="Arial" w:hAnsi="Arial" w:cs="Arial"/>
          <w:sz w:val="20"/>
          <w:szCs w:val="20"/>
        </w:rPr>
        <w:t>example</w:t>
      </w:r>
      <w:proofErr w:type="spellEnd"/>
      <w:r w:rsidRPr="00BF194F">
        <w:rPr>
          <w:rFonts w:ascii="Arial" w:hAnsi="Arial" w:cs="Arial"/>
          <w:sz w:val="20"/>
          <w:szCs w:val="20"/>
        </w:rPr>
        <w:t xml:space="preserve"> </w:t>
      </w:r>
      <w:proofErr w:type="spellStart"/>
      <w:r w:rsidRPr="00BF194F">
        <w:rPr>
          <w:rFonts w:ascii="Arial" w:hAnsi="Arial" w:cs="Arial"/>
          <w:sz w:val="20"/>
          <w:szCs w:val="20"/>
        </w:rPr>
        <w:t>specifically</w:t>
      </w:r>
      <w:proofErr w:type="spellEnd"/>
      <w:r w:rsidRPr="00BF194F">
        <w:rPr>
          <w:rFonts w:ascii="Arial" w:hAnsi="Arial" w:cs="Arial"/>
          <w:sz w:val="20"/>
          <w:szCs w:val="20"/>
        </w:rPr>
        <w:t xml:space="preserve"> applicable to PubMed and Cochrane Library, </w:t>
      </w:r>
      <w:proofErr w:type="spellStart"/>
      <w:r w:rsidRPr="00BF194F">
        <w:rPr>
          <w:rFonts w:ascii="Arial" w:hAnsi="Arial" w:cs="Arial"/>
          <w:sz w:val="20"/>
          <w:szCs w:val="20"/>
        </w:rPr>
        <w:t>which</w:t>
      </w:r>
      <w:proofErr w:type="spellEnd"/>
      <w:r w:rsidRPr="00BF194F">
        <w:rPr>
          <w:rFonts w:ascii="Arial" w:hAnsi="Arial" w:cs="Arial"/>
          <w:sz w:val="20"/>
          <w:szCs w:val="20"/>
        </w:rPr>
        <w:t xml:space="preserve"> use </w:t>
      </w:r>
      <w:proofErr w:type="spellStart"/>
      <w:r w:rsidRPr="00BF194F">
        <w:rPr>
          <w:rFonts w:ascii="Arial" w:hAnsi="Arial" w:cs="Arial"/>
          <w:sz w:val="20"/>
          <w:szCs w:val="20"/>
        </w:rPr>
        <w:t>these</w:t>
      </w:r>
      <w:proofErr w:type="spellEnd"/>
      <w:r w:rsidRPr="00BF194F">
        <w:rPr>
          <w:rFonts w:ascii="Arial" w:hAnsi="Arial" w:cs="Arial"/>
          <w:sz w:val="20"/>
          <w:szCs w:val="20"/>
        </w:rPr>
        <w:t xml:space="preserve"> </w:t>
      </w:r>
      <w:proofErr w:type="spellStart"/>
      <w:r w:rsidRPr="00BF194F">
        <w:rPr>
          <w:rFonts w:ascii="Arial" w:hAnsi="Arial" w:cs="Arial"/>
          <w:sz w:val="20"/>
          <w:szCs w:val="20"/>
        </w:rPr>
        <w:t>categorizations</w:t>
      </w:r>
      <w:proofErr w:type="spellEnd"/>
      <w:r w:rsidRPr="00BF194F">
        <w:rPr>
          <w:rFonts w:ascii="Arial" w:hAnsi="Arial" w:cs="Arial"/>
          <w:sz w:val="20"/>
          <w:szCs w:val="20"/>
        </w:rPr>
        <w:t xml:space="preserve">, </w:t>
      </w:r>
      <w:proofErr w:type="spellStart"/>
      <w:r w:rsidRPr="00BF194F">
        <w:rPr>
          <w:rFonts w:ascii="Arial" w:hAnsi="Arial" w:cs="Arial"/>
          <w:sz w:val="20"/>
          <w:szCs w:val="20"/>
        </w:rPr>
        <w:t>although</w:t>
      </w:r>
      <w:proofErr w:type="spellEnd"/>
      <w:r w:rsidRPr="00BF194F">
        <w:rPr>
          <w:rFonts w:ascii="Arial" w:hAnsi="Arial" w:cs="Arial"/>
          <w:sz w:val="20"/>
          <w:szCs w:val="20"/>
        </w:rPr>
        <w:t xml:space="preserve"> the exact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equations</w:t>
      </w:r>
      <w:proofErr w:type="spellEnd"/>
      <w:r w:rsidRPr="00BF194F">
        <w:rPr>
          <w:rFonts w:ascii="Arial" w:hAnsi="Arial" w:cs="Arial"/>
          <w:sz w:val="20"/>
          <w:szCs w:val="20"/>
        </w:rPr>
        <w:t xml:space="preserve"> </w:t>
      </w:r>
      <w:proofErr w:type="spellStart"/>
      <w:r w:rsidRPr="00BF194F">
        <w:rPr>
          <w:rFonts w:ascii="Arial" w:hAnsi="Arial" w:cs="Arial"/>
          <w:sz w:val="20"/>
          <w:szCs w:val="20"/>
        </w:rPr>
        <w:t>were</w:t>
      </w:r>
      <w:proofErr w:type="spellEnd"/>
      <w:r w:rsidRPr="00BF194F">
        <w:rPr>
          <w:rFonts w:ascii="Arial" w:hAnsi="Arial" w:cs="Arial"/>
          <w:sz w:val="20"/>
          <w:szCs w:val="20"/>
        </w:rPr>
        <w:t xml:space="preserve"> </w:t>
      </w:r>
      <w:proofErr w:type="spellStart"/>
      <w:r w:rsidRPr="00BF194F">
        <w:rPr>
          <w:rFonts w:ascii="Arial" w:hAnsi="Arial" w:cs="Arial"/>
          <w:sz w:val="20"/>
          <w:szCs w:val="20"/>
        </w:rPr>
        <w:t>adapted</w:t>
      </w:r>
      <w:proofErr w:type="spellEnd"/>
      <w:r w:rsidRPr="00BF194F">
        <w:rPr>
          <w:rFonts w:ascii="Arial" w:hAnsi="Arial" w:cs="Arial"/>
          <w:sz w:val="20"/>
          <w:szCs w:val="20"/>
        </w:rPr>
        <w:t xml:space="preserve"> to the </w:t>
      </w:r>
      <w:proofErr w:type="spellStart"/>
      <w:r w:rsidRPr="00BF194F">
        <w:rPr>
          <w:rFonts w:ascii="Arial" w:hAnsi="Arial" w:cs="Arial"/>
          <w:sz w:val="20"/>
          <w:szCs w:val="20"/>
        </w:rPr>
        <w:t>specific</w:t>
      </w:r>
      <w:proofErr w:type="spellEnd"/>
      <w:r w:rsidRPr="00BF194F">
        <w:rPr>
          <w:rFonts w:ascii="Arial" w:hAnsi="Arial" w:cs="Arial"/>
          <w:sz w:val="20"/>
          <w:szCs w:val="20"/>
        </w:rPr>
        <w:t xml:space="preserve"> </w:t>
      </w:r>
      <w:proofErr w:type="spellStart"/>
      <w:r w:rsidRPr="00BF194F">
        <w:rPr>
          <w:rFonts w:ascii="Arial" w:hAnsi="Arial" w:cs="Arial"/>
          <w:sz w:val="20"/>
          <w:szCs w:val="20"/>
        </w:rPr>
        <w:t>requirements</w:t>
      </w:r>
      <w:proofErr w:type="spellEnd"/>
      <w:r w:rsidRPr="00BF194F">
        <w:rPr>
          <w:rFonts w:ascii="Arial" w:hAnsi="Arial" w:cs="Arial"/>
          <w:sz w:val="20"/>
          <w:szCs w:val="20"/>
        </w:rPr>
        <w:t xml:space="preserve"> of </w:t>
      </w:r>
      <w:proofErr w:type="spellStart"/>
      <w:r w:rsidRPr="00BF194F">
        <w:rPr>
          <w:rFonts w:ascii="Arial" w:hAnsi="Arial" w:cs="Arial"/>
          <w:sz w:val="20"/>
          <w:szCs w:val="20"/>
        </w:rPr>
        <w:t>each</w:t>
      </w:r>
      <w:proofErr w:type="spellEnd"/>
      <w:r w:rsidRPr="00BF194F">
        <w:rPr>
          <w:rFonts w:ascii="Arial" w:hAnsi="Arial" w:cs="Arial"/>
          <w:sz w:val="20"/>
          <w:szCs w:val="20"/>
        </w:rPr>
        <w:t xml:space="preserve"> platform.</w:t>
      </w:r>
    </w:p>
    <w:p w14:paraId="0D7CC2AC" w14:textId="77777777" w:rsidR="00BB0F51" w:rsidRPr="00BF194F" w:rsidRDefault="00BB0F51" w:rsidP="00BF194F">
      <w:pPr>
        <w:pStyle w:val="NormalWeb"/>
        <w:spacing w:line="360" w:lineRule="auto"/>
        <w:jc w:val="both"/>
        <w:rPr>
          <w:rFonts w:ascii="Arial" w:hAnsi="Arial" w:cs="Arial"/>
          <w:sz w:val="20"/>
          <w:szCs w:val="20"/>
        </w:rPr>
      </w:pPr>
      <w:r w:rsidRPr="00BF194F">
        <w:rPr>
          <w:rFonts w:ascii="Arial" w:hAnsi="Arial" w:cs="Arial"/>
          <w:sz w:val="20"/>
          <w:szCs w:val="20"/>
        </w:rPr>
        <w:t xml:space="preserve">To </w:t>
      </w:r>
      <w:proofErr w:type="spellStart"/>
      <w:r w:rsidRPr="00BF194F">
        <w:rPr>
          <w:rFonts w:ascii="Arial" w:hAnsi="Arial" w:cs="Arial"/>
          <w:sz w:val="20"/>
          <w:szCs w:val="20"/>
        </w:rPr>
        <w:t>verify</w:t>
      </w:r>
      <w:proofErr w:type="spellEnd"/>
      <w:r w:rsidRPr="00BF194F">
        <w:rPr>
          <w:rFonts w:ascii="Arial" w:hAnsi="Arial" w:cs="Arial"/>
          <w:sz w:val="20"/>
          <w:szCs w:val="20"/>
        </w:rPr>
        <w:t xml:space="preserve"> the </w:t>
      </w:r>
      <w:proofErr w:type="spellStart"/>
      <w:r w:rsidRPr="00BF194F">
        <w:rPr>
          <w:rFonts w:ascii="Arial" w:hAnsi="Arial" w:cs="Arial"/>
          <w:sz w:val="20"/>
          <w:szCs w:val="20"/>
        </w:rPr>
        <w:t>validity</w:t>
      </w:r>
      <w:proofErr w:type="spellEnd"/>
      <w:r w:rsidRPr="00BF194F">
        <w:rPr>
          <w:rFonts w:ascii="Arial" w:hAnsi="Arial" w:cs="Arial"/>
          <w:sz w:val="20"/>
          <w:szCs w:val="20"/>
        </w:rPr>
        <w:t xml:space="preserve"> of MeSH </w:t>
      </w:r>
      <w:proofErr w:type="spellStart"/>
      <w:r w:rsidRPr="00BF194F">
        <w:rPr>
          <w:rFonts w:ascii="Arial" w:hAnsi="Arial" w:cs="Arial"/>
          <w:sz w:val="20"/>
          <w:szCs w:val="20"/>
        </w:rPr>
        <w:t>descriptors</w:t>
      </w:r>
      <w:proofErr w:type="spellEnd"/>
      <w:r w:rsidRPr="00BF194F">
        <w:rPr>
          <w:rFonts w:ascii="Arial" w:hAnsi="Arial" w:cs="Arial"/>
          <w:sz w:val="20"/>
          <w:szCs w:val="20"/>
        </w:rPr>
        <w:t xml:space="preserve">, consultation of the official MeSH thesaurus </w:t>
      </w:r>
      <w:proofErr w:type="spellStart"/>
      <w:r w:rsidRPr="00BF194F">
        <w:rPr>
          <w:rFonts w:ascii="Arial" w:hAnsi="Arial" w:cs="Arial"/>
          <w:sz w:val="20"/>
          <w:szCs w:val="20"/>
        </w:rPr>
        <w:t>website</w:t>
      </w:r>
      <w:proofErr w:type="spellEnd"/>
      <w:r w:rsidRPr="00BF194F">
        <w:rPr>
          <w:rFonts w:ascii="Arial" w:hAnsi="Arial" w:cs="Arial"/>
          <w:sz w:val="20"/>
          <w:szCs w:val="20"/>
        </w:rPr>
        <w:t xml:space="preserve"> (</w:t>
      </w:r>
      <w:hyperlink r:id="rId5" w:tgtFrame="_new" w:history="1">
        <w:r w:rsidRPr="00BF194F">
          <w:rPr>
            <w:rStyle w:val="Lienhypertexte"/>
            <w:rFonts w:ascii="Arial" w:hAnsi="Arial" w:cs="Arial"/>
            <w:sz w:val="20"/>
            <w:szCs w:val="20"/>
          </w:rPr>
          <w:t>https://meshb.nlm.nih.gov/</w:t>
        </w:r>
      </w:hyperlink>
      <w:r w:rsidRPr="00BF194F">
        <w:rPr>
          <w:rFonts w:ascii="Arial" w:hAnsi="Arial" w:cs="Arial"/>
          <w:sz w:val="20"/>
          <w:szCs w:val="20"/>
        </w:rPr>
        <w:t xml:space="preserve">) </w:t>
      </w:r>
      <w:proofErr w:type="spellStart"/>
      <w:r w:rsidRPr="00BF194F">
        <w:rPr>
          <w:rFonts w:ascii="Arial" w:hAnsi="Arial" w:cs="Arial"/>
          <w:sz w:val="20"/>
          <w:szCs w:val="20"/>
        </w:rPr>
        <w:t>was</w:t>
      </w:r>
      <w:proofErr w:type="spellEnd"/>
      <w:r w:rsidRPr="00BF194F">
        <w:rPr>
          <w:rFonts w:ascii="Arial" w:hAnsi="Arial" w:cs="Arial"/>
          <w:sz w:val="20"/>
          <w:szCs w:val="20"/>
        </w:rPr>
        <w:t xml:space="preserve"> </w:t>
      </w:r>
      <w:proofErr w:type="spellStart"/>
      <w:r w:rsidRPr="00BF194F">
        <w:rPr>
          <w:rFonts w:ascii="Arial" w:hAnsi="Arial" w:cs="Arial"/>
          <w:sz w:val="20"/>
          <w:szCs w:val="20"/>
        </w:rPr>
        <w:t>performed</w:t>
      </w:r>
      <w:proofErr w:type="spellEnd"/>
      <w:r w:rsidRPr="00BF194F">
        <w:rPr>
          <w:rFonts w:ascii="Arial" w:hAnsi="Arial" w:cs="Arial"/>
          <w:sz w:val="20"/>
          <w:szCs w:val="20"/>
        </w:rPr>
        <w:t xml:space="preserve">. </w:t>
      </w:r>
      <w:proofErr w:type="spellStart"/>
      <w:r w:rsidRPr="00BF194F">
        <w:rPr>
          <w:rFonts w:ascii="Arial" w:hAnsi="Arial" w:cs="Arial"/>
          <w:sz w:val="20"/>
          <w:szCs w:val="20"/>
        </w:rPr>
        <w:t>Regarding</w:t>
      </w:r>
      <w:proofErr w:type="spellEnd"/>
      <w:r w:rsidRPr="00BF194F">
        <w:rPr>
          <w:rFonts w:ascii="Arial" w:hAnsi="Arial" w:cs="Arial"/>
          <w:sz w:val="20"/>
          <w:szCs w:val="20"/>
        </w:rPr>
        <w:t xml:space="preserve"> </w:t>
      </w:r>
      <w:proofErr w:type="spellStart"/>
      <w:r w:rsidRPr="00BF194F">
        <w:rPr>
          <w:rFonts w:ascii="Arial" w:hAnsi="Arial" w:cs="Arial"/>
          <w:sz w:val="20"/>
          <w:szCs w:val="20"/>
        </w:rPr>
        <w:t>syntax</w:t>
      </w:r>
      <w:proofErr w:type="spellEnd"/>
      <w:r w:rsidRPr="00BF194F">
        <w:rPr>
          <w:rFonts w:ascii="Arial" w:hAnsi="Arial" w:cs="Arial"/>
          <w:sz w:val="20"/>
          <w:szCs w:val="20"/>
        </w:rPr>
        <w:t xml:space="preserve">, French </w:t>
      </w:r>
      <w:proofErr w:type="spellStart"/>
      <w:r w:rsidRPr="00BF194F">
        <w:rPr>
          <w:rFonts w:ascii="Arial" w:hAnsi="Arial" w:cs="Arial"/>
          <w:sz w:val="20"/>
          <w:szCs w:val="20"/>
        </w:rPr>
        <w:t>terms</w:t>
      </w:r>
      <w:proofErr w:type="spellEnd"/>
      <w:r w:rsidRPr="00BF194F">
        <w:rPr>
          <w:rFonts w:ascii="Arial" w:hAnsi="Arial" w:cs="Arial"/>
          <w:sz w:val="20"/>
          <w:szCs w:val="20"/>
        </w:rPr>
        <w:t xml:space="preserve">, </w:t>
      </w:r>
      <w:proofErr w:type="spellStart"/>
      <w:r w:rsidRPr="00BF194F">
        <w:rPr>
          <w:rFonts w:ascii="Arial" w:hAnsi="Arial" w:cs="Arial"/>
          <w:sz w:val="20"/>
          <w:szCs w:val="20"/>
        </w:rPr>
        <w:t>whether</w:t>
      </w:r>
      <w:proofErr w:type="spellEnd"/>
      <w:r w:rsidRPr="00BF194F">
        <w:rPr>
          <w:rFonts w:ascii="Arial" w:hAnsi="Arial" w:cs="Arial"/>
          <w:sz w:val="20"/>
          <w:szCs w:val="20"/>
        </w:rPr>
        <w:t xml:space="preserve"> MeSH or free-</w:t>
      </w:r>
      <w:proofErr w:type="spellStart"/>
      <w:r w:rsidRPr="00BF194F">
        <w:rPr>
          <w:rFonts w:ascii="Arial" w:hAnsi="Arial" w:cs="Arial"/>
          <w:sz w:val="20"/>
          <w:szCs w:val="20"/>
        </w:rPr>
        <w:t>text</w:t>
      </w:r>
      <w:proofErr w:type="spellEnd"/>
      <w:r w:rsidRPr="00BF194F">
        <w:rPr>
          <w:rFonts w:ascii="Arial" w:hAnsi="Arial" w:cs="Arial"/>
          <w:sz w:val="20"/>
          <w:szCs w:val="20"/>
        </w:rPr>
        <w:t xml:space="preserve">, </w:t>
      </w:r>
      <w:proofErr w:type="spellStart"/>
      <w:r w:rsidRPr="00BF194F">
        <w:rPr>
          <w:rFonts w:ascii="Arial" w:hAnsi="Arial" w:cs="Arial"/>
          <w:sz w:val="20"/>
          <w:szCs w:val="20"/>
        </w:rPr>
        <w:t>were</w:t>
      </w:r>
      <w:proofErr w:type="spellEnd"/>
      <w:r w:rsidRPr="00BF194F">
        <w:rPr>
          <w:rFonts w:ascii="Arial" w:hAnsi="Arial" w:cs="Arial"/>
          <w:sz w:val="20"/>
          <w:szCs w:val="20"/>
        </w:rPr>
        <w:t xml:space="preserve"> </w:t>
      </w:r>
      <w:proofErr w:type="spellStart"/>
      <w:r w:rsidRPr="00BF194F">
        <w:rPr>
          <w:rFonts w:ascii="Arial" w:hAnsi="Arial" w:cs="Arial"/>
          <w:sz w:val="20"/>
          <w:szCs w:val="20"/>
        </w:rPr>
        <w:t>written</w:t>
      </w:r>
      <w:proofErr w:type="spellEnd"/>
      <w:r w:rsidRPr="00BF194F">
        <w:rPr>
          <w:rFonts w:ascii="Arial" w:hAnsi="Arial" w:cs="Arial"/>
          <w:sz w:val="20"/>
          <w:szCs w:val="20"/>
        </w:rPr>
        <w:t xml:space="preserve"> in </w:t>
      </w:r>
      <w:proofErr w:type="spellStart"/>
      <w:r w:rsidRPr="00BF194F">
        <w:rPr>
          <w:rFonts w:ascii="Arial" w:hAnsi="Arial" w:cs="Arial"/>
          <w:sz w:val="20"/>
          <w:szCs w:val="20"/>
        </w:rPr>
        <w:t>lowercase</w:t>
      </w:r>
      <w:proofErr w:type="spellEnd"/>
      <w:r w:rsidRPr="00BF194F">
        <w:rPr>
          <w:rFonts w:ascii="Arial" w:hAnsi="Arial" w:cs="Arial"/>
          <w:sz w:val="20"/>
          <w:szCs w:val="20"/>
        </w:rPr>
        <w:t xml:space="preserve"> </w:t>
      </w:r>
      <w:proofErr w:type="spellStart"/>
      <w:r w:rsidRPr="00BF194F">
        <w:rPr>
          <w:rFonts w:ascii="Arial" w:hAnsi="Arial" w:cs="Arial"/>
          <w:sz w:val="20"/>
          <w:szCs w:val="20"/>
        </w:rPr>
        <w:t>according</w:t>
      </w:r>
      <w:proofErr w:type="spellEnd"/>
      <w:r w:rsidRPr="00BF194F">
        <w:rPr>
          <w:rFonts w:ascii="Arial" w:hAnsi="Arial" w:cs="Arial"/>
          <w:sz w:val="20"/>
          <w:szCs w:val="20"/>
        </w:rPr>
        <w:t xml:space="preserve"> to MeSH classification system </w:t>
      </w:r>
      <w:proofErr w:type="spellStart"/>
      <w:r w:rsidRPr="00BF194F">
        <w:rPr>
          <w:rFonts w:ascii="Arial" w:hAnsi="Arial" w:cs="Arial"/>
          <w:sz w:val="20"/>
          <w:szCs w:val="20"/>
        </w:rPr>
        <w:t>writing</w:t>
      </w:r>
      <w:proofErr w:type="spellEnd"/>
      <w:r w:rsidRPr="00BF194F">
        <w:rPr>
          <w:rFonts w:ascii="Arial" w:hAnsi="Arial" w:cs="Arial"/>
          <w:sz w:val="20"/>
          <w:szCs w:val="20"/>
        </w:rPr>
        <w:t xml:space="preserve"> </w:t>
      </w:r>
      <w:proofErr w:type="spellStart"/>
      <w:r w:rsidRPr="00BF194F">
        <w:rPr>
          <w:rFonts w:ascii="Arial" w:hAnsi="Arial" w:cs="Arial"/>
          <w:sz w:val="20"/>
          <w:szCs w:val="20"/>
        </w:rPr>
        <w:t>requirements</w:t>
      </w:r>
      <w:proofErr w:type="spellEnd"/>
      <w:r w:rsidRPr="00BF194F">
        <w:rPr>
          <w:rFonts w:ascii="Arial" w:hAnsi="Arial" w:cs="Arial"/>
          <w:sz w:val="20"/>
          <w:szCs w:val="20"/>
        </w:rPr>
        <w:t>. English free-</w:t>
      </w:r>
      <w:proofErr w:type="spellStart"/>
      <w:r w:rsidRPr="00BF194F">
        <w:rPr>
          <w:rFonts w:ascii="Arial" w:hAnsi="Arial" w:cs="Arial"/>
          <w:sz w:val="20"/>
          <w:szCs w:val="20"/>
        </w:rPr>
        <w:t>text</w:t>
      </w:r>
      <w:proofErr w:type="spellEnd"/>
      <w:r w:rsidRPr="00BF194F">
        <w:rPr>
          <w:rFonts w:ascii="Arial" w:hAnsi="Arial" w:cs="Arial"/>
          <w:sz w:val="20"/>
          <w:szCs w:val="20"/>
        </w:rPr>
        <w:t xml:space="preserve"> </w:t>
      </w:r>
      <w:proofErr w:type="spellStart"/>
      <w:r w:rsidRPr="00BF194F">
        <w:rPr>
          <w:rFonts w:ascii="Arial" w:hAnsi="Arial" w:cs="Arial"/>
          <w:sz w:val="20"/>
          <w:szCs w:val="20"/>
        </w:rPr>
        <w:t>terms</w:t>
      </w:r>
      <w:proofErr w:type="spellEnd"/>
      <w:r w:rsidRPr="00BF194F">
        <w:rPr>
          <w:rFonts w:ascii="Arial" w:hAnsi="Arial" w:cs="Arial"/>
          <w:sz w:val="20"/>
          <w:szCs w:val="20"/>
        </w:rPr>
        <w:t xml:space="preserve"> </w:t>
      </w:r>
      <w:proofErr w:type="spellStart"/>
      <w:r w:rsidRPr="00BF194F">
        <w:rPr>
          <w:rFonts w:ascii="Arial" w:hAnsi="Arial" w:cs="Arial"/>
          <w:sz w:val="20"/>
          <w:szCs w:val="20"/>
        </w:rPr>
        <w:t>were</w:t>
      </w:r>
      <w:proofErr w:type="spellEnd"/>
      <w:r w:rsidRPr="00BF194F">
        <w:rPr>
          <w:rFonts w:ascii="Arial" w:hAnsi="Arial" w:cs="Arial"/>
          <w:sz w:val="20"/>
          <w:szCs w:val="20"/>
        </w:rPr>
        <w:t xml:space="preserve"> </w:t>
      </w:r>
      <w:proofErr w:type="spellStart"/>
      <w:r w:rsidRPr="00BF194F">
        <w:rPr>
          <w:rFonts w:ascii="Arial" w:hAnsi="Arial" w:cs="Arial"/>
          <w:sz w:val="20"/>
          <w:szCs w:val="20"/>
        </w:rPr>
        <w:t>also</w:t>
      </w:r>
      <w:proofErr w:type="spellEnd"/>
      <w:r w:rsidRPr="00BF194F">
        <w:rPr>
          <w:rFonts w:ascii="Arial" w:hAnsi="Arial" w:cs="Arial"/>
          <w:sz w:val="20"/>
          <w:szCs w:val="20"/>
        </w:rPr>
        <w:t xml:space="preserve"> in </w:t>
      </w:r>
      <w:proofErr w:type="spellStart"/>
      <w:r w:rsidRPr="00BF194F">
        <w:rPr>
          <w:rFonts w:ascii="Arial" w:hAnsi="Arial" w:cs="Arial"/>
          <w:sz w:val="20"/>
          <w:szCs w:val="20"/>
        </w:rPr>
        <w:t>lowercase</w:t>
      </w:r>
      <w:proofErr w:type="spellEnd"/>
      <w:r w:rsidRPr="00BF194F">
        <w:rPr>
          <w:rFonts w:ascii="Arial" w:hAnsi="Arial" w:cs="Arial"/>
          <w:sz w:val="20"/>
          <w:szCs w:val="20"/>
        </w:rPr>
        <w:t xml:space="preserve">, </w:t>
      </w:r>
      <w:proofErr w:type="spellStart"/>
      <w:r w:rsidRPr="00BF194F">
        <w:rPr>
          <w:rFonts w:ascii="Arial" w:hAnsi="Arial" w:cs="Arial"/>
          <w:sz w:val="20"/>
          <w:szCs w:val="20"/>
        </w:rPr>
        <w:t>whereas</w:t>
      </w:r>
      <w:proofErr w:type="spellEnd"/>
      <w:r w:rsidRPr="00BF194F">
        <w:rPr>
          <w:rFonts w:ascii="Arial" w:hAnsi="Arial" w:cs="Arial"/>
          <w:sz w:val="20"/>
          <w:szCs w:val="20"/>
        </w:rPr>
        <w:t xml:space="preserve"> English MeSH </w:t>
      </w:r>
      <w:proofErr w:type="spellStart"/>
      <w:r w:rsidRPr="00BF194F">
        <w:rPr>
          <w:rFonts w:ascii="Arial" w:hAnsi="Arial" w:cs="Arial"/>
          <w:sz w:val="20"/>
          <w:szCs w:val="20"/>
        </w:rPr>
        <w:t>terms</w:t>
      </w:r>
      <w:proofErr w:type="spellEnd"/>
      <w:r w:rsidRPr="00BF194F">
        <w:rPr>
          <w:rFonts w:ascii="Arial" w:hAnsi="Arial" w:cs="Arial"/>
          <w:sz w:val="20"/>
          <w:szCs w:val="20"/>
        </w:rPr>
        <w:t xml:space="preserve"> </w:t>
      </w:r>
      <w:proofErr w:type="spellStart"/>
      <w:r w:rsidRPr="00BF194F">
        <w:rPr>
          <w:rFonts w:ascii="Arial" w:hAnsi="Arial" w:cs="Arial"/>
          <w:sz w:val="20"/>
          <w:szCs w:val="20"/>
        </w:rPr>
        <w:t>began</w:t>
      </w:r>
      <w:proofErr w:type="spellEnd"/>
      <w:r w:rsidRPr="00BF194F">
        <w:rPr>
          <w:rFonts w:ascii="Arial" w:hAnsi="Arial" w:cs="Arial"/>
          <w:sz w:val="20"/>
          <w:szCs w:val="20"/>
        </w:rPr>
        <w:t xml:space="preserve"> </w:t>
      </w:r>
      <w:proofErr w:type="spellStart"/>
      <w:r w:rsidRPr="00BF194F">
        <w:rPr>
          <w:rFonts w:ascii="Arial" w:hAnsi="Arial" w:cs="Arial"/>
          <w:sz w:val="20"/>
          <w:szCs w:val="20"/>
        </w:rPr>
        <w:t>with</w:t>
      </w:r>
      <w:proofErr w:type="spellEnd"/>
      <w:r w:rsidRPr="00BF194F">
        <w:rPr>
          <w:rFonts w:ascii="Arial" w:hAnsi="Arial" w:cs="Arial"/>
          <w:sz w:val="20"/>
          <w:szCs w:val="20"/>
        </w:rPr>
        <w:t xml:space="preserve"> a capital </w:t>
      </w:r>
      <w:proofErr w:type="spellStart"/>
      <w:r w:rsidRPr="00BF194F">
        <w:rPr>
          <w:rFonts w:ascii="Arial" w:hAnsi="Arial" w:cs="Arial"/>
          <w:sz w:val="20"/>
          <w:szCs w:val="20"/>
        </w:rPr>
        <w:t>letter</w:t>
      </w:r>
      <w:proofErr w:type="spellEnd"/>
      <w:r w:rsidRPr="00BF194F">
        <w:rPr>
          <w:rFonts w:ascii="Arial" w:hAnsi="Arial" w:cs="Arial"/>
          <w:sz w:val="20"/>
          <w:szCs w:val="20"/>
        </w:rPr>
        <w:t xml:space="preserve">. </w:t>
      </w:r>
      <w:proofErr w:type="spellStart"/>
      <w:r w:rsidRPr="00BF194F">
        <w:rPr>
          <w:rFonts w:ascii="Arial" w:hAnsi="Arial" w:cs="Arial"/>
          <w:sz w:val="20"/>
          <w:szCs w:val="20"/>
        </w:rPr>
        <w:t>Additionally</w:t>
      </w:r>
      <w:proofErr w:type="spellEnd"/>
      <w:r w:rsidRPr="00BF194F">
        <w:rPr>
          <w:rFonts w:ascii="Arial" w:hAnsi="Arial" w:cs="Arial"/>
          <w:sz w:val="20"/>
          <w:szCs w:val="20"/>
        </w:rPr>
        <w:t xml:space="preserve">, MeSH </w:t>
      </w:r>
      <w:proofErr w:type="spellStart"/>
      <w:r w:rsidRPr="00BF194F">
        <w:rPr>
          <w:rFonts w:ascii="Arial" w:hAnsi="Arial" w:cs="Arial"/>
          <w:sz w:val="20"/>
          <w:szCs w:val="20"/>
        </w:rPr>
        <w:t>terms</w:t>
      </w:r>
      <w:proofErr w:type="spellEnd"/>
      <w:r w:rsidRPr="00BF194F">
        <w:rPr>
          <w:rFonts w:ascii="Arial" w:hAnsi="Arial" w:cs="Arial"/>
          <w:sz w:val="20"/>
          <w:szCs w:val="20"/>
        </w:rPr>
        <w:t xml:space="preserve"> (</w:t>
      </w:r>
      <w:proofErr w:type="spellStart"/>
      <w:r w:rsidRPr="00BF194F">
        <w:rPr>
          <w:rFonts w:ascii="Arial" w:hAnsi="Arial" w:cs="Arial"/>
          <w:sz w:val="20"/>
          <w:szCs w:val="20"/>
        </w:rPr>
        <w:t>both</w:t>
      </w:r>
      <w:proofErr w:type="spellEnd"/>
      <w:r w:rsidRPr="00BF194F">
        <w:rPr>
          <w:rFonts w:ascii="Arial" w:hAnsi="Arial" w:cs="Arial"/>
          <w:sz w:val="20"/>
          <w:szCs w:val="20"/>
        </w:rPr>
        <w:t xml:space="preserve"> English and French) </w:t>
      </w:r>
      <w:proofErr w:type="spellStart"/>
      <w:r w:rsidRPr="00BF194F">
        <w:rPr>
          <w:rFonts w:ascii="Arial" w:hAnsi="Arial" w:cs="Arial"/>
          <w:sz w:val="20"/>
          <w:szCs w:val="20"/>
        </w:rPr>
        <w:t>were</w:t>
      </w:r>
      <w:proofErr w:type="spellEnd"/>
      <w:r w:rsidRPr="00BF194F">
        <w:rPr>
          <w:rFonts w:ascii="Arial" w:hAnsi="Arial" w:cs="Arial"/>
          <w:sz w:val="20"/>
          <w:szCs w:val="20"/>
        </w:rPr>
        <w:t xml:space="preserve"> </w:t>
      </w:r>
      <w:proofErr w:type="spellStart"/>
      <w:r w:rsidRPr="00BF194F">
        <w:rPr>
          <w:rFonts w:ascii="Arial" w:hAnsi="Arial" w:cs="Arial"/>
          <w:sz w:val="20"/>
          <w:szCs w:val="20"/>
        </w:rPr>
        <w:t>formatted</w:t>
      </w:r>
      <w:proofErr w:type="spellEnd"/>
      <w:r w:rsidRPr="00BF194F">
        <w:rPr>
          <w:rFonts w:ascii="Arial" w:hAnsi="Arial" w:cs="Arial"/>
          <w:sz w:val="20"/>
          <w:szCs w:val="20"/>
        </w:rPr>
        <w:t xml:space="preserve"> </w:t>
      </w:r>
      <w:proofErr w:type="spellStart"/>
      <w:r w:rsidRPr="00BF194F">
        <w:rPr>
          <w:rFonts w:ascii="Arial" w:hAnsi="Arial" w:cs="Arial"/>
          <w:sz w:val="20"/>
          <w:szCs w:val="20"/>
        </w:rPr>
        <w:t>without</w:t>
      </w:r>
      <w:proofErr w:type="spellEnd"/>
      <w:r w:rsidRPr="00BF194F">
        <w:rPr>
          <w:rFonts w:ascii="Arial" w:hAnsi="Arial" w:cs="Arial"/>
          <w:sz w:val="20"/>
          <w:szCs w:val="20"/>
        </w:rPr>
        <w:t xml:space="preserve"> </w:t>
      </w:r>
      <w:proofErr w:type="spellStart"/>
      <w:r w:rsidRPr="00BF194F">
        <w:rPr>
          <w:rFonts w:ascii="Arial" w:hAnsi="Arial" w:cs="Arial"/>
          <w:sz w:val="20"/>
          <w:szCs w:val="20"/>
        </w:rPr>
        <w:t>spaces</w:t>
      </w:r>
      <w:proofErr w:type="spellEnd"/>
      <w:r w:rsidRPr="00BF194F">
        <w:rPr>
          <w:rFonts w:ascii="Arial" w:hAnsi="Arial" w:cs="Arial"/>
          <w:sz w:val="20"/>
          <w:szCs w:val="20"/>
        </w:rPr>
        <w:t xml:space="preserve"> </w:t>
      </w:r>
      <w:proofErr w:type="spellStart"/>
      <w:r w:rsidRPr="00BF194F">
        <w:rPr>
          <w:rFonts w:ascii="Arial" w:hAnsi="Arial" w:cs="Arial"/>
          <w:sz w:val="20"/>
          <w:szCs w:val="20"/>
        </w:rPr>
        <w:t>between</w:t>
      </w:r>
      <w:proofErr w:type="spellEnd"/>
      <w:r w:rsidRPr="00BF194F">
        <w:rPr>
          <w:rFonts w:ascii="Arial" w:hAnsi="Arial" w:cs="Arial"/>
          <w:sz w:val="20"/>
          <w:szCs w:val="20"/>
        </w:rPr>
        <w:t xml:space="preserve"> </w:t>
      </w:r>
      <w:proofErr w:type="spellStart"/>
      <w:r w:rsidRPr="00BF194F">
        <w:rPr>
          <w:rFonts w:ascii="Arial" w:hAnsi="Arial" w:cs="Arial"/>
          <w:sz w:val="20"/>
          <w:szCs w:val="20"/>
        </w:rPr>
        <w:t>quotation</w:t>
      </w:r>
      <w:proofErr w:type="spellEnd"/>
      <w:r w:rsidRPr="00BF194F">
        <w:rPr>
          <w:rFonts w:ascii="Arial" w:hAnsi="Arial" w:cs="Arial"/>
          <w:sz w:val="20"/>
          <w:szCs w:val="20"/>
        </w:rPr>
        <w:t xml:space="preserve"> marks and MeSH </w:t>
      </w:r>
      <w:proofErr w:type="spellStart"/>
      <w:r w:rsidRPr="00BF194F">
        <w:rPr>
          <w:rFonts w:ascii="Arial" w:hAnsi="Arial" w:cs="Arial"/>
          <w:sz w:val="20"/>
          <w:szCs w:val="20"/>
        </w:rPr>
        <w:t>brackets</w:t>
      </w:r>
      <w:proofErr w:type="spellEnd"/>
      <w:r w:rsidRPr="00BF194F">
        <w:rPr>
          <w:rFonts w:ascii="Arial" w:hAnsi="Arial" w:cs="Arial"/>
          <w:sz w:val="20"/>
          <w:szCs w:val="20"/>
        </w:rPr>
        <w:t>.</w:t>
      </w:r>
    </w:p>
    <w:p w14:paraId="06450473" w14:textId="77777777" w:rsidR="00BB0F51" w:rsidRDefault="00BB0F51" w:rsidP="00BF194F">
      <w:pPr>
        <w:pStyle w:val="NormalWeb"/>
        <w:spacing w:line="360" w:lineRule="auto"/>
        <w:jc w:val="both"/>
        <w:rPr>
          <w:rFonts w:ascii="Arial" w:hAnsi="Arial" w:cs="Arial"/>
          <w:sz w:val="20"/>
          <w:szCs w:val="20"/>
        </w:rPr>
      </w:pPr>
      <w:r w:rsidRPr="00BF194F">
        <w:rPr>
          <w:rFonts w:ascii="Arial" w:hAnsi="Arial" w:cs="Arial"/>
          <w:sz w:val="20"/>
          <w:szCs w:val="20"/>
        </w:rPr>
        <w:t xml:space="preserve">The keywords and MeSH </w:t>
      </w:r>
      <w:proofErr w:type="spellStart"/>
      <w:r w:rsidRPr="00BF194F">
        <w:rPr>
          <w:rFonts w:ascii="Arial" w:hAnsi="Arial" w:cs="Arial"/>
          <w:sz w:val="20"/>
          <w:szCs w:val="20"/>
        </w:rPr>
        <w:t>terms</w:t>
      </w:r>
      <w:proofErr w:type="spellEnd"/>
      <w:r w:rsidRPr="00BF194F">
        <w:rPr>
          <w:rFonts w:ascii="Arial" w:hAnsi="Arial" w:cs="Arial"/>
          <w:sz w:val="20"/>
          <w:szCs w:val="20"/>
        </w:rPr>
        <w:t xml:space="preserve"> </w:t>
      </w:r>
      <w:proofErr w:type="spellStart"/>
      <w:r w:rsidRPr="00BF194F">
        <w:rPr>
          <w:rFonts w:ascii="Arial" w:hAnsi="Arial" w:cs="Arial"/>
          <w:sz w:val="20"/>
          <w:szCs w:val="20"/>
        </w:rPr>
        <w:t>used</w:t>
      </w:r>
      <w:proofErr w:type="spellEnd"/>
      <w:r w:rsidRPr="00BF194F">
        <w:rPr>
          <w:rFonts w:ascii="Arial" w:hAnsi="Arial" w:cs="Arial"/>
          <w:sz w:val="20"/>
          <w:szCs w:val="20"/>
        </w:rPr>
        <w:t xml:space="preserve"> for the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were</w:t>
      </w:r>
      <w:proofErr w:type="spellEnd"/>
      <w:r w:rsidRPr="00BF194F">
        <w:rPr>
          <w:rFonts w:ascii="Arial" w:hAnsi="Arial" w:cs="Arial"/>
          <w:sz w:val="20"/>
          <w:szCs w:val="20"/>
        </w:rPr>
        <w:t xml:space="preserve"> </w:t>
      </w:r>
      <w:proofErr w:type="spellStart"/>
      <w:r w:rsidRPr="00BF194F">
        <w:rPr>
          <w:rFonts w:ascii="Arial" w:hAnsi="Arial" w:cs="Arial"/>
          <w:sz w:val="20"/>
          <w:szCs w:val="20"/>
        </w:rPr>
        <w:t>organized</w:t>
      </w:r>
      <w:proofErr w:type="spellEnd"/>
      <w:r w:rsidRPr="00BF194F">
        <w:rPr>
          <w:rFonts w:ascii="Arial" w:hAnsi="Arial" w:cs="Arial"/>
          <w:sz w:val="20"/>
          <w:szCs w:val="20"/>
        </w:rPr>
        <w:t xml:space="preserve"> by concept as </w:t>
      </w:r>
      <w:proofErr w:type="spellStart"/>
      <w:proofErr w:type="gramStart"/>
      <w:r w:rsidRPr="00BF194F">
        <w:rPr>
          <w:rFonts w:ascii="Arial" w:hAnsi="Arial" w:cs="Arial"/>
          <w:sz w:val="20"/>
          <w:szCs w:val="20"/>
        </w:rPr>
        <w:t>follows</w:t>
      </w:r>
      <w:proofErr w:type="spellEnd"/>
      <w:r w:rsidRPr="00BF194F">
        <w:rPr>
          <w:rFonts w:ascii="Arial" w:hAnsi="Arial" w:cs="Arial"/>
          <w:sz w:val="20"/>
          <w:szCs w:val="20"/>
        </w:rPr>
        <w:t>:</w:t>
      </w:r>
      <w:proofErr w:type="gramEnd"/>
    </w:p>
    <w:p w14:paraId="2EF4981C" w14:textId="77777777" w:rsidR="00BB0F51" w:rsidRPr="00BF194F" w:rsidRDefault="00BB0F51" w:rsidP="00BF194F">
      <w:pPr>
        <w:pStyle w:val="NormalWeb"/>
        <w:spacing w:line="360" w:lineRule="auto"/>
        <w:jc w:val="both"/>
        <w:rPr>
          <w:rFonts w:ascii="Arial" w:hAnsi="Arial" w:cs="Arial"/>
          <w:sz w:val="2"/>
          <w:szCs w:val="2"/>
        </w:rPr>
      </w:pPr>
    </w:p>
    <w:p w14:paraId="51782234" w14:textId="4D23A4C2" w:rsidR="00BB0F51" w:rsidRPr="00BF194F" w:rsidRDefault="00BB0F51" w:rsidP="00BF194F">
      <w:pPr>
        <w:pStyle w:val="NormalWeb"/>
        <w:spacing w:line="360" w:lineRule="auto"/>
        <w:jc w:val="both"/>
        <w:rPr>
          <w:rFonts w:ascii="Arial" w:hAnsi="Arial" w:cs="Arial"/>
          <w:sz w:val="2"/>
          <w:szCs w:val="2"/>
          <w:u w:val="single"/>
        </w:rPr>
      </w:pPr>
      <w:r w:rsidRPr="00BF194F">
        <w:rPr>
          <w:rFonts w:ascii="Arial" w:eastAsiaTheme="majorEastAsia" w:hAnsi="Arial" w:cs="Arial"/>
          <w:b/>
          <w:bCs/>
          <w:sz w:val="22"/>
          <w:szCs w:val="22"/>
        </w:rPr>
        <w:t xml:space="preserve">Concept </w:t>
      </w:r>
      <w:proofErr w:type="gramStart"/>
      <w:r w:rsidRPr="00BF194F">
        <w:rPr>
          <w:rFonts w:ascii="Arial" w:eastAsiaTheme="majorEastAsia" w:hAnsi="Arial" w:cs="Arial"/>
          <w:b/>
          <w:bCs/>
          <w:sz w:val="22"/>
          <w:szCs w:val="22"/>
        </w:rPr>
        <w:t>1:</w:t>
      </w:r>
      <w:proofErr w:type="gramEnd"/>
      <w:r w:rsidRPr="00BF194F">
        <w:rPr>
          <w:rFonts w:ascii="Arial" w:eastAsiaTheme="majorEastAsia" w:hAnsi="Arial" w:cs="Arial"/>
          <w:b/>
          <w:bCs/>
          <w:sz w:val="22"/>
          <w:szCs w:val="22"/>
        </w:rPr>
        <w:t xml:space="preserve"> </w:t>
      </w:r>
      <w:proofErr w:type="spellStart"/>
      <w:r w:rsidRPr="00BF194F">
        <w:rPr>
          <w:rFonts w:ascii="Arial" w:eastAsiaTheme="majorEastAsia" w:hAnsi="Arial" w:cs="Arial"/>
          <w:b/>
          <w:bCs/>
          <w:sz w:val="22"/>
          <w:szCs w:val="22"/>
          <w:u w:val="single"/>
        </w:rPr>
        <w:t>Musculoskeletal</w:t>
      </w:r>
      <w:proofErr w:type="spellEnd"/>
      <w:r w:rsidRPr="00BF194F">
        <w:rPr>
          <w:rFonts w:ascii="Arial" w:eastAsiaTheme="majorEastAsia" w:hAnsi="Arial" w:cs="Arial"/>
          <w:b/>
          <w:bCs/>
          <w:sz w:val="22"/>
          <w:szCs w:val="22"/>
          <w:u w:val="single"/>
        </w:rPr>
        <w:t xml:space="preserve"> </w:t>
      </w:r>
      <w:proofErr w:type="spellStart"/>
      <w:r w:rsidRPr="00BF194F">
        <w:rPr>
          <w:rFonts w:ascii="Arial" w:eastAsiaTheme="majorEastAsia" w:hAnsi="Arial" w:cs="Arial"/>
          <w:b/>
          <w:bCs/>
          <w:sz w:val="22"/>
          <w:szCs w:val="22"/>
          <w:u w:val="single"/>
        </w:rPr>
        <w:t>Disorders</w:t>
      </w:r>
      <w:proofErr w:type="spellEnd"/>
    </w:p>
    <w:p w14:paraId="08C4F84A" w14:textId="2473985B" w:rsidR="00BB0F51" w:rsidRPr="00BF194F" w:rsidRDefault="00BB0F51" w:rsidP="00BF194F">
      <w:pPr>
        <w:pStyle w:val="NormalWeb"/>
        <w:numPr>
          <w:ilvl w:val="0"/>
          <w:numId w:val="35"/>
        </w:numPr>
        <w:spacing w:line="360" w:lineRule="auto"/>
        <w:jc w:val="both"/>
        <w:rPr>
          <w:rFonts w:ascii="Arial" w:hAnsi="Arial" w:cs="Arial"/>
          <w:sz w:val="20"/>
          <w:szCs w:val="20"/>
        </w:rPr>
      </w:pPr>
      <w:r w:rsidRPr="00BF194F">
        <w:rPr>
          <w:rFonts w:ascii="Arial" w:hAnsi="Arial" w:cs="Arial"/>
          <w:b/>
          <w:bCs/>
          <w:sz w:val="20"/>
          <w:szCs w:val="20"/>
        </w:rPr>
        <w:t>French :</w:t>
      </w:r>
      <w:r w:rsidRPr="00BF194F">
        <w:rPr>
          <w:rFonts w:ascii="Arial" w:hAnsi="Arial" w:cs="Arial"/>
          <w:sz w:val="20"/>
          <w:szCs w:val="20"/>
        </w:rPr>
        <w:t xml:space="preserve"> </w:t>
      </w:r>
    </w:p>
    <w:p w14:paraId="0775E8BB" w14:textId="77777777" w:rsidR="00BB0F51" w:rsidRPr="00BF194F" w:rsidRDefault="00BB0F51" w:rsidP="00BF194F">
      <w:pPr>
        <w:pStyle w:val="NormalWeb"/>
        <w:numPr>
          <w:ilvl w:val="1"/>
          <w:numId w:val="35"/>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"pathologies musculosquelettiques"</w:t>
      </w:r>
    </w:p>
    <w:p w14:paraId="516E0A1A" w14:textId="77777777" w:rsidR="00BB0F51" w:rsidRPr="00BF194F" w:rsidRDefault="00BB0F51" w:rsidP="00BF194F">
      <w:pPr>
        <w:pStyle w:val="NormalWeb"/>
        <w:numPr>
          <w:ilvl w:val="1"/>
          <w:numId w:val="35"/>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 xml:space="preserve">"troubles musculosquelettiques" </w:t>
      </w:r>
    </w:p>
    <w:p w14:paraId="05865BD2" w14:textId="77777777" w:rsidR="00BB0F51" w:rsidRPr="00BF194F" w:rsidRDefault="00BB0F51" w:rsidP="00BF194F">
      <w:pPr>
        <w:pStyle w:val="NormalWeb"/>
        <w:numPr>
          <w:ilvl w:val="1"/>
          <w:numId w:val="35"/>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 xml:space="preserve">"douleurs musculosquelettiques" </w:t>
      </w:r>
    </w:p>
    <w:p w14:paraId="0E7D28A3" w14:textId="77777777" w:rsidR="00BB0F51" w:rsidRPr="00BF194F" w:rsidRDefault="00BB0F51" w:rsidP="00BF194F">
      <w:pPr>
        <w:pStyle w:val="NormalWeb"/>
        <w:numPr>
          <w:ilvl w:val="1"/>
          <w:numId w:val="35"/>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 xml:space="preserve">"affections musculosquelettiques" </w:t>
      </w:r>
    </w:p>
    <w:p w14:paraId="18364B3A" w14:textId="783737CB" w:rsidR="00BB0F51" w:rsidRPr="00BF194F" w:rsidRDefault="00BB0F51" w:rsidP="00BF194F">
      <w:pPr>
        <w:pStyle w:val="NormalWeb"/>
        <w:numPr>
          <w:ilvl w:val="0"/>
          <w:numId w:val="35"/>
        </w:numPr>
        <w:spacing w:line="360" w:lineRule="auto"/>
        <w:jc w:val="both"/>
        <w:rPr>
          <w:rFonts w:ascii="Arial" w:hAnsi="Arial" w:cs="Arial"/>
          <w:sz w:val="20"/>
          <w:szCs w:val="20"/>
        </w:rPr>
      </w:pPr>
      <w:r w:rsidRPr="00BF194F">
        <w:rPr>
          <w:rFonts w:ascii="Arial" w:hAnsi="Arial" w:cs="Arial"/>
          <w:b/>
          <w:bCs/>
          <w:sz w:val="20"/>
          <w:szCs w:val="20"/>
        </w:rPr>
        <w:t>English :</w:t>
      </w:r>
    </w:p>
    <w:p w14:paraId="75F0B06E" w14:textId="77777777" w:rsidR="00BB0F51" w:rsidRPr="00BF194F" w:rsidRDefault="00BB0F51" w:rsidP="00BF194F">
      <w:pPr>
        <w:pStyle w:val="NormalWeb"/>
        <w:numPr>
          <w:ilvl w:val="1"/>
          <w:numId w:val="35"/>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w:t>
      </w:r>
      <w:proofErr w:type="spellStart"/>
      <w:r w:rsidRPr="00BF194F">
        <w:rPr>
          <w:rFonts w:ascii="Arial" w:hAnsi="Arial" w:cs="Arial"/>
          <w:sz w:val="20"/>
          <w:szCs w:val="20"/>
        </w:rPr>
        <w:t>Musculoskeletal</w:t>
      </w:r>
      <w:proofErr w:type="spellEnd"/>
      <w:r w:rsidRPr="00BF194F">
        <w:rPr>
          <w:rFonts w:ascii="Arial" w:hAnsi="Arial" w:cs="Arial"/>
          <w:sz w:val="20"/>
          <w:szCs w:val="20"/>
        </w:rPr>
        <w:t xml:space="preserve"> </w:t>
      </w:r>
      <w:proofErr w:type="spellStart"/>
      <w:r w:rsidRPr="00BF194F">
        <w:rPr>
          <w:rFonts w:ascii="Arial" w:hAnsi="Arial" w:cs="Arial"/>
          <w:sz w:val="20"/>
          <w:szCs w:val="20"/>
        </w:rPr>
        <w:t>Diseases</w:t>
      </w:r>
      <w:proofErr w:type="spellEnd"/>
      <w:r w:rsidRPr="00BF194F">
        <w:rPr>
          <w:rFonts w:ascii="Arial" w:hAnsi="Arial" w:cs="Arial"/>
          <w:sz w:val="20"/>
          <w:szCs w:val="20"/>
        </w:rPr>
        <w:t>"[MeSH]</w:t>
      </w:r>
    </w:p>
    <w:p w14:paraId="2DAD6D4A" w14:textId="77777777" w:rsidR="00BB0F51" w:rsidRPr="00BF194F" w:rsidRDefault="00BB0F51" w:rsidP="00BF194F">
      <w:pPr>
        <w:pStyle w:val="NormalWeb"/>
        <w:numPr>
          <w:ilvl w:val="1"/>
          <w:numId w:val="35"/>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w:t>
      </w:r>
      <w:proofErr w:type="spellStart"/>
      <w:r w:rsidRPr="00BF194F">
        <w:rPr>
          <w:rFonts w:ascii="Arial" w:hAnsi="Arial" w:cs="Arial"/>
          <w:sz w:val="20"/>
          <w:szCs w:val="20"/>
        </w:rPr>
        <w:t>Musculoskeletal</w:t>
      </w:r>
      <w:proofErr w:type="spellEnd"/>
      <w:r w:rsidRPr="00BF194F">
        <w:rPr>
          <w:rFonts w:ascii="Arial" w:hAnsi="Arial" w:cs="Arial"/>
          <w:sz w:val="20"/>
          <w:szCs w:val="20"/>
        </w:rPr>
        <w:t xml:space="preserve"> Pain"[MeSH]</w:t>
      </w:r>
    </w:p>
    <w:p w14:paraId="71467723" w14:textId="77777777" w:rsidR="00BB0F51" w:rsidRPr="00BF194F" w:rsidRDefault="00BB0F51" w:rsidP="00BF194F">
      <w:pPr>
        <w:pStyle w:val="NormalWeb"/>
        <w:numPr>
          <w:ilvl w:val="1"/>
          <w:numId w:val="35"/>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w:t>
      </w:r>
      <w:proofErr w:type="spellStart"/>
      <w:r w:rsidRPr="00BF194F">
        <w:rPr>
          <w:rFonts w:ascii="Arial" w:hAnsi="Arial" w:cs="Arial"/>
          <w:sz w:val="20"/>
          <w:szCs w:val="20"/>
        </w:rPr>
        <w:t>musculoskeletal</w:t>
      </w:r>
      <w:proofErr w:type="spellEnd"/>
      <w:r w:rsidRPr="00BF194F">
        <w:rPr>
          <w:rFonts w:ascii="Arial" w:hAnsi="Arial" w:cs="Arial"/>
          <w:sz w:val="20"/>
          <w:szCs w:val="20"/>
        </w:rPr>
        <w:t xml:space="preserve"> conditions" </w:t>
      </w:r>
    </w:p>
    <w:p w14:paraId="37556FF4" w14:textId="77777777" w:rsidR="00BB0F51" w:rsidRPr="00BF194F" w:rsidRDefault="00BB0F51" w:rsidP="00BF194F">
      <w:pPr>
        <w:pStyle w:val="NormalWeb"/>
        <w:numPr>
          <w:ilvl w:val="1"/>
          <w:numId w:val="35"/>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w:t>
      </w:r>
      <w:proofErr w:type="spellStart"/>
      <w:r w:rsidRPr="00BF194F">
        <w:rPr>
          <w:rFonts w:ascii="Arial" w:hAnsi="Arial" w:cs="Arial"/>
          <w:sz w:val="20"/>
          <w:szCs w:val="20"/>
        </w:rPr>
        <w:t>musculoskeletal</w:t>
      </w:r>
      <w:proofErr w:type="spellEnd"/>
      <w:r w:rsidRPr="00BF194F">
        <w:rPr>
          <w:rFonts w:ascii="Arial" w:hAnsi="Arial" w:cs="Arial"/>
          <w:sz w:val="20"/>
          <w:szCs w:val="20"/>
        </w:rPr>
        <w:t xml:space="preserve"> </w:t>
      </w:r>
      <w:proofErr w:type="spellStart"/>
      <w:r w:rsidRPr="00BF194F">
        <w:rPr>
          <w:rFonts w:ascii="Arial" w:hAnsi="Arial" w:cs="Arial"/>
          <w:sz w:val="20"/>
          <w:szCs w:val="20"/>
        </w:rPr>
        <w:t>disorders</w:t>
      </w:r>
      <w:proofErr w:type="spellEnd"/>
      <w:r w:rsidRPr="00BF194F">
        <w:rPr>
          <w:rFonts w:ascii="Arial" w:hAnsi="Arial" w:cs="Arial"/>
          <w:sz w:val="20"/>
          <w:szCs w:val="20"/>
        </w:rPr>
        <w:t xml:space="preserve">" </w:t>
      </w:r>
    </w:p>
    <w:p w14:paraId="63B4AF64" w14:textId="77777777" w:rsidR="00BB0F51" w:rsidRPr="00BF194F" w:rsidRDefault="00BB0F51" w:rsidP="00BF194F">
      <w:pPr>
        <w:pStyle w:val="NormalWeb"/>
        <w:numPr>
          <w:ilvl w:val="1"/>
          <w:numId w:val="35"/>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w:t>
      </w:r>
      <w:proofErr w:type="spellStart"/>
      <w:r w:rsidRPr="00BF194F">
        <w:rPr>
          <w:rFonts w:ascii="Arial" w:hAnsi="Arial" w:cs="Arial"/>
          <w:sz w:val="20"/>
          <w:szCs w:val="20"/>
        </w:rPr>
        <w:t>musculoskeletal</w:t>
      </w:r>
      <w:proofErr w:type="spellEnd"/>
      <w:r w:rsidRPr="00BF194F">
        <w:rPr>
          <w:rFonts w:ascii="Arial" w:hAnsi="Arial" w:cs="Arial"/>
          <w:sz w:val="20"/>
          <w:szCs w:val="20"/>
        </w:rPr>
        <w:t xml:space="preserve"> </w:t>
      </w:r>
      <w:proofErr w:type="spellStart"/>
      <w:r w:rsidRPr="00BF194F">
        <w:rPr>
          <w:rFonts w:ascii="Arial" w:hAnsi="Arial" w:cs="Arial"/>
          <w:sz w:val="20"/>
          <w:szCs w:val="20"/>
        </w:rPr>
        <w:t>symptoms</w:t>
      </w:r>
      <w:proofErr w:type="spellEnd"/>
      <w:r w:rsidRPr="00BF194F">
        <w:rPr>
          <w:rFonts w:ascii="Arial" w:hAnsi="Arial" w:cs="Arial"/>
          <w:sz w:val="20"/>
          <w:szCs w:val="20"/>
        </w:rPr>
        <w:t xml:space="preserve">" </w:t>
      </w:r>
    </w:p>
    <w:p w14:paraId="25B981AC" w14:textId="77777777" w:rsidR="00BB0F51" w:rsidRPr="00BF194F" w:rsidRDefault="00BB0F51" w:rsidP="00BF194F">
      <w:pPr>
        <w:pStyle w:val="NormalWeb"/>
        <w:spacing w:line="360" w:lineRule="auto"/>
        <w:ind w:left="1276"/>
        <w:jc w:val="both"/>
        <w:rPr>
          <w:rFonts w:ascii="Arial" w:hAnsi="Arial" w:cs="Arial"/>
          <w:sz w:val="10"/>
          <w:szCs w:val="10"/>
        </w:rPr>
      </w:pPr>
    </w:p>
    <w:p w14:paraId="011320E3" w14:textId="353F195D" w:rsidR="00BB0F51" w:rsidRPr="00BF194F" w:rsidRDefault="00BB0F51" w:rsidP="00BF194F">
      <w:pPr>
        <w:pStyle w:val="NormalWeb"/>
        <w:spacing w:line="360" w:lineRule="auto"/>
        <w:jc w:val="both"/>
        <w:rPr>
          <w:rFonts w:ascii="Arial" w:eastAsiaTheme="majorEastAsia" w:hAnsi="Arial" w:cs="Arial"/>
          <w:b/>
          <w:bCs/>
          <w:sz w:val="22"/>
          <w:szCs w:val="22"/>
          <w:u w:val="single"/>
        </w:rPr>
      </w:pPr>
      <w:r w:rsidRPr="00BF194F">
        <w:rPr>
          <w:rStyle w:val="lev"/>
          <w:rFonts w:ascii="Arial" w:eastAsiaTheme="majorEastAsia" w:hAnsi="Arial" w:cs="Arial"/>
          <w:sz w:val="22"/>
          <w:szCs w:val="22"/>
        </w:rPr>
        <w:t xml:space="preserve">Concept 2 : </w:t>
      </w:r>
      <w:r w:rsidRPr="00BF194F">
        <w:rPr>
          <w:rFonts w:ascii="Arial" w:eastAsiaTheme="majorEastAsia" w:hAnsi="Arial" w:cs="Arial"/>
          <w:b/>
          <w:bCs/>
          <w:sz w:val="22"/>
          <w:szCs w:val="22"/>
          <w:u w:val="single"/>
        </w:rPr>
        <w:t>Direct Access</w:t>
      </w:r>
      <w:r w:rsidRPr="00BF194F">
        <w:rPr>
          <w:rStyle w:val="lev"/>
          <w:rFonts w:ascii="Arial" w:eastAsiaTheme="majorEastAsia" w:hAnsi="Arial" w:cs="Arial"/>
          <w:sz w:val="22"/>
          <w:szCs w:val="22"/>
          <w:u w:val="single"/>
        </w:rPr>
        <w:t xml:space="preserve">  </w:t>
      </w:r>
    </w:p>
    <w:p w14:paraId="0353A1A5" w14:textId="77777777" w:rsidR="00BB0F51" w:rsidRPr="00BF194F" w:rsidRDefault="00BB0F51" w:rsidP="00BF194F">
      <w:pPr>
        <w:pStyle w:val="NormalWeb"/>
        <w:numPr>
          <w:ilvl w:val="0"/>
          <w:numId w:val="35"/>
        </w:numPr>
        <w:spacing w:line="360" w:lineRule="auto"/>
        <w:jc w:val="both"/>
        <w:rPr>
          <w:rFonts w:ascii="Arial" w:hAnsi="Arial" w:cs="Arial"/>
          <w:sz w:val="20"/>
          <w:szCs w:val="20"/>
        </w:rPr>
      </w:pPr>
      <w:r w:rsidRPr="00BF194F">
        <w:rPr>
          <w:rFonts w:ascii="Arial" w:hAnsi="Arial" w:cs="Arial"/>
          <w:b/>
          <w:bCs/>
          <w:sz w:val="20"/>
          <w:szCs w:val="20"/>
        </w:rPr>
        <w:t>French :</w:t>
      </w:r>
      <w:r w:rsidRPr="00BF194F">
        <w:rPr>
          <w:rFonts w:ascii="Arial" w:hAnsi="Arial" w:cs="Arial"/>
          <w:sz w:val="20"/>
          <w:szCs w:val="20"/>
        </w:rPr>
        <w:t xml:space="preserve"> </w:t>
      </w:r>
    </w:p>
    <w:p w14:paraId="40569177" w14:textId="77777777" w:rsidR="00BB0F51" w:rsidRPr="00BF194F" w:rsidRDefault="00BB0F51" w:rsidP="00BF194F">
      <w:pPr>
        <w:pStyle w:val="NormalWeb"/>
        <w:numPr>
          <w:ilvl w:val="1"/>
          <w:numId w:val="35"/>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 xml:space="preserve">"accès direct" </w:t>
      </w:r>
    </w:p>
    <w:p w14:paraId="541767AF" w14:textId="77777777" w:rsidR="00BB0F51" w:rsidRPr="00BF194F" w:rsidRDefault="00BB0F51" w:rsidP="00BF194F">
      <w:pPr>
        <w:pStyle w:val="NormalWeb"/>
        <w:numPr>
          <w:ilvl w:val="1"/>
          <w:numId w:val="35"/>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 xml:space="preserve">"accès direct à la kinésithérapie" </w:t>
      </w:r>
    </w:p>
    <w:p w14:paraId="4717BDCF" w14:textId="5060899A" w:rsidR="00BB0F51" w:rsidRDefault="00BB0F51" w:rsidP="00BF194F">
      <w:pPr>
        <w:pStyle w:val="NormalWeb"/>
        <w:numPr>
          <w:ilvl w:val="1"/>
          <w:numId w:val="35"/>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 xml:space="preserve">"auto-référence" </w:t>
      </w:r>
    </w:p>
    <w:p w14:paraId="6B353E0F" w14:textId="28840AA1" w:rsidR="00BB0F51" w:rsidRPr="00BF194F" w:rsidRDefault="00BB0F51" w:rsidP="00BF194F">
      <w:pPr>
        <w:pStyle w:val="NormalWeb"/>
        <w:numPr>
          <w:ilvl w:val="0"/>
          <w:numId w:val="35"/>
        </w:numPr>
        <w:tabs>
          <w:tab w:val="left" w:pos="3261"/>
        </w:tabs>
        <w:spacing w:line="360" w:lineRule="auto"/>
        <w:jc w:val="both"/>
        <w:rPr>
          <w:rFonts w:ascii="Arial" w:hAnsi="Arial" w:cs="Arial"/>
          <w:sz w:val="20"/>
          <w:szCs w:val="20"/>
        </w:rPr>
      </w:pPr>
      <w:r w:rsidRPr="00BF194F">
        <w:rPr>
          <w:rFonts w:ascii="Arial" w:hAnsi="Arial" w:cs="Arial"/>
          <w:b/>
          <w:bCs/>
          <w:sz w:val="20"/>
          <w:szCs w:val="20"/>
        </w:rPr>
        <w:t>English :</w:t>
      </w:r>
    </w:p>
    <w:p w14:paraId="749AA761" w14:textId="77777777" w:rsidR="00BB0F51" w:rsidRPr="00BF194F" w:rsidRDefault="00BB0F51" w:rsidP="00BF194F">
      <w:pPr>
        <w:pStyle w:val="NormalWeb"/>
        <w:numPr>
          <w:ilvl w:val="1"/>
          <w:numId w:val="35"/>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 xml:space="preserve">"Direct Access" </w:t>
      </w:r>
    </w:p>
    <w:p w14:paraId="6C141DA9" w14:textId="77777777" w:rsidR="00BB0F51" w:rsidRPr="00BF194F" w:rsidRDefault="00BB0F51" w:rsidP="00BF194F">
      <w:pPr>
        <w:pStyle w:val="NormalWeb"/>
        <w:numPr>
          <w:ilvl w:val="1"/>
          <w:numId w:val="35"/>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"Self-</w:t>
      </w:r>
      <w:proofErr w:type="spellStart"/>
      <w:r w:rsidRPr="00BF194F">
        <w:rPr>
          <w:rFonts w:ascii="Arial" w:hAnsi="Arial" w:cs="Arial"/>
          <w:sz w:val="20"/>
          <w:szCs w:val="20"/>
        </w:rPr>
        <w:t>Referral</w:t>
      </w:r>
      <w:proofErr w:type="spellEnd"/>
      <w:r w:rsidRPr="00BF194F">
        <w:rPr>
          <w:rFonts w:ascii="Arial" w:hAnsi="Arial" w:cs="Arial"/>
          <w:sz w:val="20"/>
          <w:szCs w:val="20"/>
        </w:rPr>
        <w:t xml:space="preserve">" </w:t>
      </w:r>
    </w:p>
    <w:p w14:paraId="5AC2CC1C" w14:textId="77777777" w:rsidR="00BB0F51" w:rsidRPr="00BF194F" w:rsidRDefault="00BB0F51" w:rsidP="00BF194F">
      <w:pPr>
        <w:pStyle w:val="NormalWeb"/>
        <w:numPr>
          <w:ilvl w:val="1"/>
          <w:numId w:val="35"/>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 xml:space="preserve">"Direct Access to </w:t>
      </w:r>
      <w:proofErr w:type="spellStart"/>
      <w:r w:rsidRPr="00BF194F">
        <w:rPr>
          <w:rFonts w:ascii="Arial" w:hAnsi="Arial" w:cs="Arial"/>
          <w:sz w:val="20"/>
          <w:szCs w:val="20"/>
        </w:rPr>
        <w:t>Physiotherapy</w:t>
      </w:r>
      <w:proofErr w:type="spellEnd"/>
      <w:r w:rsidRPr="00BF194F">
        <w:rPr>
          <w:rFonts w:ascii="Arial" w:hAnsi="Arial" w:cs="Arial"/>
          <w:sz w:val="20"/>
          <w:szCs w:val="20"/>
        </w:rPr>
        <w:t xml:space="preserve">" </w:t>
      </w:r>
    </w:p>
    <w:p w14:paraId="7E1D47C7" w14:textId="77777777" w:rsidR="00BB0F51" w:rsidRPr="00BF194F" w:rsidRDefault="00BB0F51" w:rsidP="00BF194F">
      <w:pPr>
        <w:pStyle w:val="NormalWeb"/>
        <w:numPr>
          <w:ilvl w:val="1"/>
          <w:numId w:val="35"/>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"Patient-</w:t>
      </w:r>
      <w:proofErr w:type="spellStart"/>
      <w:r w:rsidRPr="00BF194F">
        <w:rPr>
          <w:rFonts w:ascii="Arial" w:hAnsi="Arial" w:cs="Arial"/>
          <w:sz w:val="20"/>
          <w:szCs w:val="20"/>
        </w:rPr>
        <w:t>initiated</w:t>
      </w:r>
      <w:proofErr w:type="spellEnd"/>
      <w:r w:rsidRPr="00BF194F">
        <w:rPr>
          <w:rFonts w:ascii="Arial" w:hAnsi="Arial" w:cs="Arial"/>
          <w:sz w:val="20"/>
          <w:szCs w:val="20"/>
        </w:rPr>
        <w:t xml:space="preserve"> </w:t>
      </w:r>
      <w:proofErr w:type="spellStart"/>
      <w:r w:rsidRPr="00BF194F">
        <w:rPr>
          <w:rFonts w:ascii="Arial" w:hAnsi="Arial" w:cs="Arial"/>
          <w:sz w:val="20"/>
          <w:szCs w:val="20"/>
        </w:rPr>
        <w:t>access</w:t>
      </w:r>
      <w:proofErr w:type="spellEnd"/>
      <w:r w:rsidRPr="00BF194F">
        <w:rPr>
          <w:rFonts w:ascii="Arial" w:hAnsi="Arial" w:cs="Arial"/>
          <w:sz w:val="20"/>
          <w:szCs w:val="20"/>
        </w:rPr>
        <w:t xml:space="preserve">" </w:t>
      </w:r>
    </w:p>
    <w:p w14:paraId="445795ED" w14:textId="77777777" w:rsidR="00BB0F51" w:rsidRPr="00BF194F" w:rsidRDefault="00BB0F51" w:rsidP="00BF194F">
      <w:pPr>
        <w:pStyle w:val="NormalWeb"/>
        <w:numPr>
          <w:ilvl w:val="1"/>
          <w:numId w:val="35"/>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 xml:space="preserve">"First-contact </w:t>
      </w:r>
      <w:proofErr w:type="spellStart"/>
      <w:r w:rsidRPr="00BF194F">
        <w:rPr>
          <w:rFonts w:ascii="Arial" w:hAnsi="Arial" w:cs="Arial"/>
          <w:sz w:val="20"/>
          <w:szCs w:val="20"/>
        </w:rPr>
        <w:t>physiotherapy</w:t>
      </w:r>
      <w:proofErr w:type="spellEnd"/>
      <w:r w:rsidRPr="00BF194F">
        <w:rPr>
          <w:rFonts w:ascii="Arial" w:hAnsi="Arial" w:cs="Arial"/>
          <w:sz w:val="20"/>
          <w:szCs w:val="20"/>
        </w:rPr>
        <w:t xml:space="preserve">" </w:t>
      </w:r>
    </w:p>
    <w:p w14:paraId="28E4F160" w14:textId="1CDC8DBE" w:rsidR="00BB0F51" w:rsidRPr="00BF194F" w:rsidRDefault="00BB0F51" w:rsidP="00BF194F">
      <w:pPr>
        <w:pStyle w:val="NormalWeb"/>
        <w:spacing w:line="360" w:lineRule="auto"/>
        <w:jc w:val="both"/>
        <w:rPr>
          <w:rStyle w:val="lev"/>
          <w:rFonts w:ascii="Arial" w:eastAsiaTheme="majorEastAsia" w:hAnsi="Arial" w:cs="Arial"/>
          <w:sz w:val="22"/>
          <w:szCs w:val="22"/>
          <w:u w:val="single"/>
        </w:rPr>
      </w:pPr>
      <w:r w:rsidRPr="00BF194F">
        <w:rPr>
          <w:rStyle w:val="lev"/>
          <w:rFonts w:ascii="Arial" w:eastAsiaTheme="majorEastAsia" w:hAnsi="Arial" w:cs="Arial"/>
          <w:sz w:val="22"/>
          <w:szCs w:val="22"/>
        </w:rPr>
        <w:lastRenderedPageBreak/>
        <w:t xml:space="preserve">Concept 3 : </w:t>
      </w:r>
      <w:proofErr w:type="spellStart"/>
      <w:r w:rsidRPr="00BF194F">
        <w:rPr>
          <w:rFonts w:ascii="Arial" w:eastAsiaTheme="majorEastAsia" w:hAnsi="Arial" w:cs="Arial"/>
          <w:b/>
          <w:bCs/>
          <w:sz w:val="22"/>
          <w:szCs w:val="22"/>
          <w:u w:val="single"/>
        </w:rPr>
        <w:t>Physiotherapy</w:t>
      </w:r>
      <w:proofErr w:type="spellEnd"/>
    </w:p>
    <w:p w14:paraId="3A6CF6C8" w14:textId="77777777" w:rsidR="00BB0F51" w:rsidRPr="00BF194F" w:rsidRDefault="00BB0F51" w:rsidP="00BF194F">
      <w:pPr>
        <w:pStyle w:val="NormalWeb"/>
        <w:numPr>
          <w:ilvl w:val="0"/>
          <w:numId w:val="35"/>
        </w:numPr>
        <w:spacing w:line="360" w:lineRule="auto"/>
        <w:jc w:val="both"/>
        <w:rPr>
          <w:rFonts w:ascii="Arial" w:hAnsi="Arial" w:cs="Arial"/>
          <w:sz w:val="20"/>
          <w:szCs w:val="20"/>
        </w:rPr>
      </w:pPr>
      <w:r w:rsidRPr="00BF194F">
        <w:rPr>
          <w:rFonts w:ascii="Arial" w:hAnsi="Arial" w:cs="Arial"/>
          <w:b/>
          <w:bCs/>
          <w:sz w:val="20"/>
          <w:szCs w:val="20"/>
        </w:rPr>
        <w:t>French :</w:t>
      </w:r>
      <w:r w:rsidRPr="00BF194F">
        <w:rPr>
          <w:rFonts w:ascii="Arial" w:hAnsi="Arial" w:cs="Arial"/>
          <w:sz w:val="20"/>
          <w:szCs w:val="20"/>
        </w:rPr>
        <w:t xml:space="preserve"> </w:t>
      </w:r>
    </w:p>
    <w:p w14:paraId="1EEA24B3" w14:textId="77777777" w:rsidR="00BB0F51" w:rsidRPr="00BF194F" w:rsidRDefault="00BB0F51" w:rsidP="00BF194F">
      <w:pPr>
        <w:pStyle w:val="NormalWeb"/>
        <w:numPr>
          <w:ilvl w:val="1"/>
          <w:numId w:val="35"/>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 xml:space="preserve">"kinésithérapie" </w:t>
      </w:r>
    </w:p>
    <w:p w14:paraId="178EB016" w14:textId="77777777" w:rsidR="00BB0F51" w:rsidRPr="00BF194F" w:rsidRDefault="00BB0F51" w:rsidP="00BF194F">
      <w:pPr>
        <w:pStyle w:val="NormalWeb"/>
        <w:numPr>
          <w:ilvl w:val="1"/>
          <w:numId w:val="35"/>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"physiothérapie"[MeSH]</w:t>
      </w:r>
    </w:p>
    <w:p w14:paraId="5805F34A" w14:textId="1184172E" w:rsidR="00BB0F51" w:rsidRPr="00BF194F" w:rsidRDefault="00BB0F51" w:rsidP="00BF194F">
      <w:pPr>
        <w:pStyle w:val="Paragraphedeliste"/>
        <w:numPr>
          <w:ilvl w:val="0"/>
          <w:numId w:val="36"/>
        </w:numPr>
        <w:spacing w:before="100" w:beforeAutospacing="1" w:after="100" w:afterAutospacing="1" w:line="360" w:lineRule="auto"/>
        <w:jc w:val="both"/>
        <w:rPr>
          <w:rFonts w:ascii="Arial" w:hAnsi="Arial" w:cs="Arial"/>
          <w:sz w:val="20"/>
          <w:szCs w:val="20"/>
        </w:rPr>
      </w:pPr>
      <w:r w:rsidRPr="00BF194F">
        <w:rPr>
          <w:rFonts w:ascii="Arial" w:hAnsi="Arial" w:cs="Arial"/>
          <w:b/>
          <w:bCs/>
          <w:sz w:val="20"/>
          <w:szCs w:val="20"/>
        </w:rPr>
        <w:t>English :</w:t>
      </w:r>
      <w:r w:rsidRPr="00BF194F">
        <w:rPr>
          <w:rFonts w:ascii="Arial" w:hAnsi="Arial" w:cs="Arial"/>
          <w:sz w:val="20"/>
          <w:szCs w:val="20"/>
        </w:rPr>
        <w:t xml:space="preserve"> </w:t>
      </w:r>
    </w:p>
    <w:p w14:paraId="775339AB" w14:textId="77777777" w:rsidR="00BB0F51" w:rsidRPr="00BF194F" w:rsidRDefault="00BB0F51" w:rsidP="00BF194F">
      <w:pPr>
        <w:pStyle w:val="NormalWeb"/>
        <w:numPr>
          <w:ilvl w:val="1"/>
          <w:numId w:val="36"/>
        </w:numPr>
        <w:tabs>
          <w:tab w:val="clear" w:pos="1440"/>
        </w:tabs>
        <w:spacing w:line="360" w:lineRule="auto"/>
        <w:jc w:val="both"/>
        <w:rPr>
          <w:rFonts w:ascii="Arial" w:hAnsi="Arial" w:cs="Arial"/>
          <w:sz w:val="20"/>
          <w:szCs w:val="20"/>
        </w:rPr>
      </w:pPr>
      <w:r w:rsidRPr="00BF194F">
        <w:rPr>
          <w:rFonts w:ascii="Arial" w:hAnsi="Arial" w:cs="Arial"/>
          <w:sz w:val="20"/>
          <w:szCs w:val="20"/>
        </w:rPr>
        <w:t xml:space="preserve">"Physical </w:t>
      </w:r>
      <w:proofErr w:type="spellStart"/>
      <w:r w:rsidRPr="00BF194F">
        <w:rPr>
          <w:rFonts w:ascii="Arial" w:hAnsi="Arial" w:cs="Arial"/>
          <w:sz w:val="20"/>
          <w:szCs w:val="20"/>
        </w:rPr>
        <w:t>Therapy</w:t>
      </w:r>
      <w:proofErr w:type="spellEnd"/>
      <w:r w:rsidRPr="00BF194F">
        <w:rPr>
          <w:rFonts w:ascii="Arial" w:hAnsi="Arial" w:cs="Arial"/>
          <w:sz w:val="20"/>
          <w:szCs w:val="20"/>
        </w:rPr>
        <w:t xml:space="preserve"> </w:t>
      </w:r>
      <w:proofErr w:type="spellStart"/>
      <w:r w:rsidRPr="00BF194F">
        <w:rPr>
          <w:rFonts w:ascii="Arial" w:hAnsi="Arial" w:cs="Arial"/>
          <w:sz w:val="20"/>
          <w:szCs w:val="20"/>
        </w:rPr>
        <w:t>Modalities</w:t>
      </w:r>
      <w:proofErr w:type="spellEnd"/>
      <w:r w:rsidRPr="00BF194F">
        <w:rPr>
          <w:rFonts w:ascii="Arial" w:hAnsi="Arial" w:cs="Arial"/>
          <w:sz w:val="20"/>
          <w:szCs w:val="20"/>
        </w:rPr>
        <w:t>"[MeSH]</w:t>
      </w:r>
    </w:p>
    <w:p w14:paraId="4ED84284" w14:textId="77777777" w:rsidR="00BB0F51" w:rsidRPr="00BF194F" w:rsidRDefault="00BB0F51" w:rsidP="00BF194F">
      <w:pPr>
        <w:pStyle w:val="NormalWeb"/>
        <w:numPr>
          <w:ilvl w:val="1"/>
          <w:numId w:val="36"/>
        </w:numPr>
        <w:tabs>
          <w:tab w:val="clear" w:pos="1440"/>
        </w:tabs>
        <w:spacing w:line="360" w:lineRule="auto"/>
        <w:jc w:val="both"/>
        <w:rPr>
          <w:rFonts w:ascii="Arial" w:hAnsi="Arial" w:cs="Arial"/>
          <w:sz w:val="20"/>
          <w:szCs w:val="20"/>
        </w:rPr>
      </w:pPr>
      <w:r w:rsidRPr="00BF194F">
        <w:rPr>
          <w:rFonts w:ascii="Arial" w:hAnsi="Arial" w:cs="Arial"/>
          <w:sz w:val="20"/>
          <w:szCs w:val="20"/>
        </w:rPr>
        <w:t xml:space="preserve">"Physical </w:t>
      </w:r>
      <w:proofErr w:type="spellStart"/>
      <w:r w:rsidRPr="00BF194F">
        <w:rPr>
          <w:rFonts w:ascii="Arial" w:hAnsi="Arial" w:cs="Arial"/>
          <w:sz w:val="20"/>
          <w:szCs w:val="20"/>
        </w:rPr>
        <w:t>Therapy</w:t>
      </w:r>
      <w:proofErr w:type="spellEnd"/>
      <w:r w:rsidRPr="00BF194F">
        <w:rPr>
          <w:rFonts w:ascii="Arial" w:hAnsi="Arial" w:cs="Arial"/>
          <w:sz w:val="20"/>
          <w:szCs w:val="20"/>
        </w:rPr>
        <w:t xml:space="preserve"> Specialty"[MeSH]</w:t>
      </w:r>
    </w:p>
    <w:p w14:paraId="597CA349" w14:textId="77777777" w:rsidR="00BB0F51" w:rsidRPr="00BF194F" w:rsidRDefault="00BB0F51" w:rsidP="00BF194F">
      <w:pPr>
        <w:pStyle w:val="NormalWeb"/>
        <w:numPr>
          <w:ilvl w:val="1"/>
          <w:numId w:val="36"/>
        </w:numPr>
        <w:tabs>
          <w:tab w:val="clear" w:pos="1440"/>
        </w:tabs>
        <w:spacing w:line="360" w:lineRule="auto"/>
        <w:jc w:val="both"/>
        <w:rPr>
          <w:rFonts w:ascii="Arial" w:hAnsi="Arial" w:cs="Arial"/>
          <w:sz w:val="20"/>
          <w:szCs w:val="20"/>
        </w:rPr>
      </w:pPr>
      <w:r w:rsidRPr="00BF194F">
        <w:rPr>
          <w:rFonts w:ascii="Arial" w:hAnsi="Arial" w:cs="Arial"/>
          <w:sz w:val="20"/>
          <w:szCs w:val="20"/>
        </w:rPr>
        <w:t>"</w:t>
      </w:r>
      <w:proofErr w:type="spellStart"/>
      <w:r w:rsidRPr="00BF194F">
        <w:rPr>
          <w:rFonts w:ascii="Arial" w:hAnsi="Arial" w:cs="Arial"/>
          <w:sz w:val="20"/>
          <w:szCs w:val="20"/>
        </w:rPr>
        <w:t>Physiotherapy</w:t>
      </w:r>
      <w:proofErr w:type="spellEnd"/>
      <w:r w:rsidRPr="00BF194F">
        <w:rPr>
          <w:rFonts w:ascii="Arial" w:hAnsi="Arial" w:cs="Arial"/>
          <w:sz w:val="20"/>
          <w:szCs w:val="20"/>
        </w:rPr>
        <w:t xml:space="preserve">" </w:t>
      </w:r>
    </w:p>
    <w:p w14:paraId="1D90FF7D" w14:textId="77777777" w:rsidR="00BB0F51" w:rsidRPr="00BF194F" w:rsidRDefault="00BB0F51" w:rsidP="00BF194F">
      <w:pPr>
        <w:pStyle w:val="NormalWeb"/>
        <w:numPr>
          <w:ilvl w:val="1"/>
          <w:numId w:val="36"/>
        </w:numPr>
        <w:tabs>
          <w:tab w:val="clear" w:pos="1440"/>
        </w:tabs>
        <w:spacing w:line="360" w:lineRule="auto"/>
        <w:jc w:val="both"/>
        <w:rPr>
          <w:rFonts w:ascii="Arial" w:hAnsi="Arial" w:cs="Arial"/>
          <w:sz w:val="20"/>
          <w:szCs w:val="20"/>
        </w:rPr>
      </w:pPr>
      <w:r w:rsidRPr="00BF194F">
        <w:rPr>
          <w:rFonts w:ascii="Arial" w:hAnsi="Arial" w:cs="Arial"/>
          <w:sz w:val="20"/>
          <w:szCs w:val="20"/>
        </w:rPr>
        <w:t xml:space="preserve">"Physical </w:t>
      </w:r>
      <w:proofErr w:type="spellStart"/>
      <w:r w:rsidRPr="00BF194F">
        <w:rPr>
          <w:rFonts w:ascii="Arial" w:hAnsi="Arial" w:cs="Arial"/>
          <w:sz w:val="20"/>
          <w:szCs w:val="20"/>
        </w:rPr>
        <w:t>Therapy</w:t>
      </w:r>
      <w:proofErr w:type="spellEnd"/>
      <w:r w:rsidRPr="00BF194F">
        <w:rPr>
          <w:rFonts w:ascii="Arial" w:hAnsi="Arial" w:cs="Arial"/>
          <w:sz w:val="20"/>
          <w:szCs w:val="20"/>
        </w:rPr>
        <w:t xml:space="preserve">" </w:t>
      </w:r>
    </w:p>
    <w:p w14:paraId="5EA61B53" w14:textId="77777777" w:rsidR="00BB0F51" w:rsidRPr="00BF194F" w:rsidRDefault="00BB0F51" w:rsidP="00BF194F">
      <w:pPr>
        <w:pStyle w:val="NormalWeb"/>
        <w:numPr>
          <w:ilvl w:val="1"/>
          <w:numId w:val="36"/>
        </w:numPr>
        <w:tabs>
          <w:tab w:val="clear" w:pos="1440"/>
        </w:tabs>
        <w:spacing w:line="360" w:lineRule="auto"/>
        <w:jc w:val="both"/>
        <w:rPr>
          <w:rFonts w:ascii="Arial" w:hAnsi="Arial" w:cs="Arial"/>
          <w:sz w:val="20"/>
          <w:szCs w:val="20"/>
        </w:rPr>
      </w:pPr>
      <w:r w:rsidRPr="00BF194F">
        <w:rPr>
          <w:rFonts w:ascii="Arial" w:hAnsi="Arial" w:cs="Arial"/>
          <w:sz w:val="20"/>
          <w:szCs w:val="20"/>
        </w:rPr>
        <w:t>"</w:t>
      </w:r>
      <w:proofErr w:type="spellStart"/>
      <w:r w:rsidRPr="00BF194F">
        <w:rPr>
          <w:rFonts w:ascii="Arial" w:hAnsi="Arial" w:cs="Arial"/>
          <w:sz w:val="20"/>
          <w:szCs w:val="20"/>
        </w:rPr>
        <w:t>Rehabilitation</w:t>
      </w:r>
      <w:proofErr w:type="spellEnd"/>
      <w:r w:rsidRPr="00BF194F">
        <w:rPr>
          <w:rFonts w:ascii="Arial" w:hAnsi="Arial" w:cs="Arial"/>
          <w:sz w:val="20"/>
          <w:szCs w:val="20"/>
        </w:rPr>
        <w:t>"[MeSH]</w:t>
      </w:r>
    </w:p>
    <w:p w14:paraId="5F560852" w14:textId="77777777" w:rsidR="00BF194F" w:rsidRPr="00BF194F" w:rsidRDefault="00BF194F" w:rsidP="00BF194F">
      <w:pPr>
        <w:pStyle w:val="NormalWeb"/>
        <w:spacing w:line="360" w:lineRule="auto"/>
        <w:jc w:val="both"/>
        <w:rPr>
          <w:rStyle w:val="lev"/>
          <w:rFonts w:ascii="Arial" w:eastAsiaTheme="majorEastAsia" w:hAnsi="Arial" w:cs="Arial"/>
          <w:sz w:val="20"/>
          <w:szCs w:val="20"/>
        </w:rPr>
      </w:pPr>
    </w:p>
    <w:p w14:paraId="4F724D54" w14:textId="74D98CAE" w:rsidR="00BB0F51" w:rsidRPr="00BF194F" w:rsidRDefault="00BB0F51" w:rsidP="00BF194F">
      <w:pPr>
        <w:pStyle w:val="NormalWeb"/>
        <w:spacing w:line="360" w:lineRule="auto"/>
        <w:jc w:val="both"/>
        <w:rPr>
          <w:rStyle w:val="lev"/>
          <w:rFonts w:ascii="Arial" w:eastAsiaTheme="majorEastAsia" w:hAnsi="Arial" w:cs="Arial"/>
          <w:sz w:val="22"/>
          <w:szCs w:val="22"/>
        </w:rPr>
      </w:pPr>
      <w:r w:rsidRPr="00BF194F">
        <w:rPr>
          <w:rStyle w:val="lev"/>
          <w:rFonts w:ascii="Arial" w:eastAsiaTheme="majorEastAsia" w:hAnsi="Arial" w:cs="Arial"/>
          <w:sz w:val="22"/>
          <w:szCs w:val="22"/>
        </w:rPr>
        <w:t xml:space="preserve">Concept 4 : </w:t>
      </w:r>
      <w:r w:rsidRPr="00BF194F">
        <w:rPr>
          <w:rFonts w:ascii="Arial" w:eastAsiaTheme="majorEastAsia" w:hAnsi="Arial" w:cs="Arial"/>
          <w:b/>
          <w:bCs/>
          <w:sz w:val="22"/>
          <w:szCs w:val="22"/>
          <w:u w:val="single"/>
        </w:rPr>
        <w:t xml:space="preserve">General </w:t>
      </w:r>
      <w:proofErr w:type="spellStart"/>
      <w:r w:rsidRPr="00BF194F">
        <w:rPr>
          <w:rFonts w:ascii="Arial" w:eastAsiaTheme="majorEastAsia" w:hAnsi="Arial" w:cs="Arial"/>
          <w:b/>
          <w:bCs/>
          <w:sz w:val="22"/>
          <w:szCs w:val="22"/>
          <w:u w:val="single"/>
        </w:rPr>
        <w:t>Practitioners</w:t>
      </w:r>
      <w:proofErr w:type="spellEnd"/>
      <w:r w:rsidRPr="00BF194F">
        <w:rPr>
          <w:rFonts w:ascii="Arial" w:eastAsiaTheme="majorEastAsia" w:hAnsi="Arial" w:cs="Arial"/>
          <w:b/>
          <w:bCs/>
          <w:sz w:val="22"/>
          <w:szCs w:val="22"/>
          <w:u w:val="single"/>
        </w:rPr>
        <w:t xml:space="preserve"> and </w:t>
      </w:r>
      <w:proofErr w:type="spellStart"/>
      <w:r w:rsidRPr="00BF194F">
        <w:rPr>
          <w:rFonts w:ascii="Arial" w:eastAsiaTheme="majorEastAsia" w:hAnsi="Arial" w:cs="Arial"/>
          <w:b/>
          <w:bCs/>
          <w:sz w:val="22"/>
          <w:szCs w:val="22"/>
          <w:u w:val="single"/>
        </w:rPr>
        <w:t>Primary</w:t>
      </w:r>
      <w:proofErr w:type="spellEnd"/>
      <w:r w:rsidRPr="00BF194F">
        <w:rPr>
          <w:rFonts w:ascii="Arial" w:eastAsiaTheme="majorEastAsia" w:hAnsi="Arial" w:cs="Arial"/>
          <w:b/>
          <w:bCs/>
          <w:sz w:val="22"/>
          <w:szCs w:val="22"/>
          <w:u w:val="single"/>
        </w:rPr>
        <w:t xml:space="preserve"> Care</w:t>
      </w:r>
    </w:p>
    <w:p w14:paraId="01442736" w14:textId="77777777" w:rsidR="00BB0F51" w:rsidRPr="00BF194F" w:rsidRDefault="00BB0F51" w:rsidP="00BF194F">
      <w:pPr>
        <w:pStyle w:val="NormalWeb"/>
        <w:numPr>
          <w:ilvl w:val="0"/>
          <w:numId w:val="35"/>
        </w:numPr>
        <w:spacing w:line="360" w:lineRule="auto"/>
        <w:jc w:val="both"/>
        <w:rPr>
          <w:rFonts w:ascii="Arial" w:hAnsi="Arial" w:cs="Arial"/>
          <w:sz w:val="20"/>
          <w:szCs w:val="20"/>
        </w:rPr>
      </w:pPr>
      <w:r w:rsidRPr="00BF194F">
        <w:rPr>
          <w:rFonts w:ascii="Arial" w:hAnsi="Arial" w:cs="Arial"/>
          <w:b/>
          <w:bCs/>
          <w:sz w:val="20"/>
          <w:szCs w:val="20"/>
        </w:rPr>
        <w:t>French :</w:t>
      </w:r>
      <w:r w:rsidRPr="00BF194F">
        <w:rPr>
          <w:rFonts w:ascii="Arial" w:hAnsi="Arial" w:cs="Arial"/>
          <w:sz w:val="20"/>
          <w:szCs w:val="20"/>
        </w:rPr>
        <w:t xml:space="preserve"> </w:t>
      </w:r>
    </w:p>
    <w:p w14:paraId="5FDC2671" w14:textId="77777777" w:rsidR="00BB0F51" w:rsidRPr="00BF194F" w:rsidRDefault="00BB0F51" w:rsidP="00BF194F">
      <w:pPr>
        <w:pStyle w:val="NormalWeb"/>
        <w:numPr>
          <w:ilvl w:val="1"/>
          <w:numId w:val="35"/>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"médecin généraliste"[MeSH]</w:t>
      </w:r>
    </w:p>
    <w:p w14:paraId="1BBBAAD3" w14:textId="77777777" w:rsidR="00BB0F51" w:rsidRPr="00BF194F" w:rsidRDefault="00BB0F51" w:rsidP="00BF194F">
      <w:pPr>
        <w:pStyle w:val="NormalWeb"/>
        <w:numPr>
          <w:ilvl w:val="1"/>
          <w:numId w:val="35"/>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"médecin de famille"[MeSH]</w:t>
      </w:r>
    </w:p>
    <w:p w14:paraId="0995181A" w14:textId="77777777" w:rsidR="00BB0F51" w:rsidRPr="00BF194F" w:rsidRDefault="00BB0F51" w:rsidP="00BF194F">
      <w:pPr>
        <w:pStyle w:val="NormalWeb"/>
        <w:numPr>
          <w:ilvl w:val="1"/>
          <w:numId w:val="35"/>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"soins primaires"[MeSH]</w:t>
      </w:r>
    </w:p>
    <w:p w14:paraId="37CA60CF" w14:textId="77777777" w:rsidR="00BB0F51" w:rsidRPr="00BF194F" w:rsidRDefault="00BB0F51" w:rsidP="00BF194F">
      <w:pPr>
        <w:pStyle w:val="NormalWeb"/>
        <w:numPr>
          <w:ilvl w:val="1"/>
          <w:numId w:val="35"/>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 xml:space="preserve">"médecine de premier recours" </w:t>
      </w:r>
    </w:p>
    <w:p w14:paraId="69F0A3FD" w14:textId="363168D2" w:rsidR="00BB0F51" w:rsidRPr="00BF194F" w:rsidRDefault="00BB0F51" w:rsidP="00BF194F">
      <w:pPr>
        <w:pStyle w:val="Paragraphedeliste"/>
        <w:numPr>
          <w:ilvl w:val="0"/>
          <w:numId w:val="36"/>
        </w:numPr>
        <w:spacing w:before="100" w:beforeAutospacing="1" w:after="0" w:line="360" w:lineRule="auto"/>
        <w:ind w:left="714" w:hanging="357"/>
        <w:jc w:val="both"/>
        <w:rPr>
          <w:rFonts w:ascii="Arial" w:hAnsi="Arial" w:cs="Arial"/>
          <w:sz w:val="20"/>
          <w:szCs w:val="20"/>
        </w:rPr>
      </w:pPr>
      <w:r w:rsidRPr="00BF194F">
        <w:rPr>
          <w:rFonts w:ascii="Arial" w:hAnsi="Arial" w:cs="Arial"/>
          <w:b/>
          <w:bCs/>
          <w:sz w:val="20"/>
          <w:szCs w:val="20"/>
        </w:rPr>
        <w:t>English :</w:t>
      </w:r>
      <w:r w:rsidRPr="00BF194F">
        <w:rPr>
          <w:rFonts w:ascii="Arial" w:hAnsi="Arial" w:cs="Arial"/>
          <w:sz w:val="20"/>
          <w:szCs w:val="20"/>
        </w:rPr>
        <w:t xml:space="preserve">  </w:t>
      </w:r>
    </w:p>
    <w:p w14:paraId="4FD002FE" w14:textId="77777777" w:rsidR="00BB0F51" w:rsidRPr="00BF194F" w:rsidRDefault="00BB0F51" w:rsidP="00BF194F">
      <w:pPr>
        <w:pStyle w:val="NormalWeb"/>
        <w:numPr>
          <w:ilvl w:val="1"/>
          <w:numId w:val="36"/>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 xml:space="preserve">"General </w:t>
      </w:r>
      <w:proofErr w:type="spellStart"/>
      <w:r w:rsidRPr="00BF194F">
        <w:rPr>
          <w:rFonts w:ascii="Arial" w:hAnsi="Arial" w:cs="Arial"/>
          <w:sz w:val="20"/>
          <w:szCs w:val="20"/>
        </w:rPr>
        <w:t>Practitioners</w:t>
      </w:r>
      <w:proofErr w:type="spellEnd"/>
      <w:r w:rsidRPr="00BF194F">
        <w:rPr>
          <w:rFonts w:ascii="Arial" w:hAnsi="Arial" w:cs="Arial"/>
          <w:sz w:val="20"/>
          <w:szCs w:val="20"/>
        </w:rPr>
        <w:t>"[MeSH]</w:t>
      </w:r>
    </w:p>
    <w:p w14:paraId="7A0F9B31" w14:textId="77777777" w:rsidR="00BB0F51" w:rsidRPr="00BF194F" w:rsidRDefault="00BB0F51" w:rsidP="00BF194F">
      <w:pPr>
        <w:pStyle w:val="NormalWeb"/>
        <w:numPr>
          <w:ilvl w:val="1"/>
          <w:numId w:val="36"/>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 xml:space="preserve">"Family </w:t>
      </w:r>
      <w:proofErr w:type="spellStart"/>
      <w:r w:rsidRPr="00BF194F">
        <w:rPr>
          <w:rFonts w:ascii="Arial" w:hAnsi="Arial" w:cs="Arial"/>
          <w:sz w:val="20"/>
          <w:szCs w:val="20"/>
        </w:rPr>
        <w:t>Physicians</w:t>
      </w:r>
      <w:proofErr w:type="spellEnd"/>
      <w:r w:rsidRPr="00BF194F">
        <w:rPr>
          <w:rFonts w:ascii="Arial" w:hAnsi="Arial" w:cs="Arial"/>
          <w:sz w:val="20"/>
          <w:szCs w:val="20"/>
        </w:rPr>
        <w:t>"[MeSH]</w:t>
      </w:r>
    </w:p>
    <w:p w14:paraId="43C1AD99" w14:textId="77777777" w:rsidR="00BB0F51" w:rsidRPr="00BF194F" w:rsidRDefault="00BB0F51" w:rsidP="00BF194F">
      <w:pPr>
        <w:pStyle w:val="NormalWeb"/>
        <w:numPr>
          <w:ilvl w:val="1"/>
          <w:numId w:val="36"/>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w:t>
      </w:r>
      <w:proofErr w:type="spellStart"/>
      <w:r w:rsidRPr="00BF194F">
        <w:rPr>
          <w:rFonts w:ascii="Arial" w:hAnsi="Arial" w:cs="Arial"/>
          <w:sz w:val="20"/>
          <w:szCs w:val="20"/>
        </w:rPr>
        <w:t>Primary</w:t>
      </w:r>
      <w:proofErr w:type="spellEnd"/>
      <w:r w:rsidRPr="00BF194F">
        <w:rPr>
          <w:rFonts w:ascii="Arial" w:hAnsi="Arial" w:cs="Arial"/>
          <w:sz w:val="20"/>
          <w:szCs w:val="20"/>
        </w:rPr>
        <w:t xml:space="preserve"> </w:t>
      </w:r>
      <w:proofErr w:type="spellStart"/>
      <w:r w:rsidRPr="00BF194F">
        <w:rPr>
          <w:rFonts w:ascii="Arial" w:hAnsi="Arial" w:cs="Arial"/>
          <w:sz w:val="20"/>
          <w:szCs w:val="20"/>
        </w:rPr>
        <w:t>Health</w:t>
      </w:r>
      <w:proofErr w:type="spellEnd"/>
      <w:r w:rsidRPr="00BF194F">
        <w:rPr>
          <w:rFonts w:ascii="Arial" w:hAnsi="Arial" w:cs="Arial"/>
          <w:sz w:val="20"/>
          <w:szCs w:val="20"/>
        </w:rPr>
        <w:t xml:space="preserve"> Care"[MeSH]</w:t>
      </w:r>
    </w:p>
    <w:p w14:paraId="782D97BA" w14:textId="77777777" w:rsidR="00BB0F51" w:rsidRPr="00BF194F" w:rsidRDefault="00BB0F51" w:rsidP="00BF194F">
      <w:pPr>
        <w:pStyle w:val="NormalWeb"/>
        <w:numPr>
          <w:ilvl w:val="1"/>
          <w:numId w:val="36"/>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"General Practice"[MeSH]</w:t>
      </w:r>
    </w:p>
    <w:p w14:paraId="0822AFE9" w14:textId="77777777" w:rsidR="00BB0F51" w:rsidRPr="00BF194F" w:rsidRDefault="00BB0F51" w:rsidP="00BF194F">
      <w:pPr>
        <w:pStyle w:val="NormalWeb"/>
        <w:numPr>
          <w:ilvl w:val="1"/>
          <w:numId w:val="36"/>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w:t>
      </w:r>
      <w:proofErr w:type="spellStart"/>
      <w:r w:rsidRPr="00BF194F">
        <w:rPr>
          <w:rFonts w:ascii="Arial" w:hAnsi="Arial" w:cs="Arial"/>
          <w:sz w:val="20"/>
          <w:szCs w:val="20"/>
        </w:rPr>
        <w:t>primary</w:t>
      </w:r>
      <w:proofErr w:type="spellEnd"/>
      <w:r w:rsidRPr="00BF194F">
        <w:rPr>
          <w:rFonts w:ascii="Arial" w:hAnsi="Arial" w:cs="Arial"/>
          <w:sz w:val="20"/>
          <w:szCs w:val="20"/>
        </w:rPr>
        <w:t xml:space="preserve"> care </w:t>
      </w:r>
      <w:proofErr w:type="spellStart"/>
      <w:r w:rsidRPr="00BF194F">
        <w:rPr>
          <w:rFonts w:ascii="Arial" w:hAnsi="Arial" w:cs="Arial"/>
          <w:sz w:val="20"/>
          <w:szCs w:val="20"/>
        </w:rPr>
        <w:t>physician</w:t>
      </w:r>
      <w:proofErr w:type="spellEnd"/>
      <w:r w:rsidRPr="00BF194F">
        <w:rPr>
          <w:rFonts w:ascii="Arial" w:hAnsi="Arial" w:cs="Arial"/>
          <w:sz w:val="20"/>
          <w:szCs w:val="20"/>
        </w:rPr>
        <w:t xml:space="preserve">" </w:t>
      </w:r>
    </w:p>
    <w:p w14:paraId="35C34281" w14:textId="77777777" w:rsidR="00BB0F51" w:rsidRPr="00BF194F" w:rsidRDefault="00BB0F51" w:rsidP="00BF194F">
      <w:pPr>
        <w:pStyle w:val="NormalWeb"/>
        <w:numPr>
          <w:ilvl w:val="1"/>
          <w:numId w:val="36"/>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w:t>
      </w:r>
      <w:proofErr w:type="spellStart"/>
      <w:r w:rsidRPr="00BF194F">
        <w:rPr>
          <w:rFonts w:ascii="Arial" w:hAnsi="Arial" w:cs="Arial"/>
          <w:sz w:val="20"/>
          <w:szCs w:val="20"/>
        </w:rPr>
        <w:t>family</w:t>
      </w:r>
      <w:proofErr w:type="spellEnd"/>
      <w:r w:rsidRPr="00BF194F">
        <w:rPr>
          <w:rFonts w:ascii="Arial" w:hAnsi="Arial" w:cs="Arial"/>
          <w:sz w:val="20"/>
          <w:szCs w:val="20"/>
        </w:rPr>
        <w:t xml:space="preserve"> </w:t>
      </w:r>
      <w:proofErr w:type="spellStart"/>
      <w:r w:rsidRPr="00BF194F">
        <w:rPr>
          <w:rFonts w:ascii="Arial" w:hAnsi="Arial" w:cs="Arial"/>
          <w:sz w:val="20"/>
          <w:szCs w:val="20"/>
        </w:rPr>
        <w:t>doctor</w:t>
      </w:r>
      <w:proofErr w:type="spellEnd"/>
      <w:r w:rsidRPr="00BF194F">
        <w:rPr>
          <w:rFonts w:ascii="Arial" w:hAnsi="Arial" w:cs="Arial"/>
          <w:sz w:val="20"/>
          <w:szCs w:val="20"/>
        </w:rPr>
        <w:t xml:space="preserve">" </w:t>
      </w:r>
    </w:p>
    <w:p w14:paraId="1EDB25EF" w14:textId="77777777" w:rsidR="00BB0F51" w:rsidRDefault="00BB0F51" w:rsidP="00BF194F">
      <w:pPr>
        <w:pStyle w:val="NormalWeb"/>
        <w:numPr>
          <w:ilvl w:val="1"/>
          <w:numId w:val="36"/>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w:t>
      </w:r>
      <w:proofErr w:type="spellStart"/>
      <w:r w:rsidRPr="00BF194F">
        <w:rPr>
          <w:rFonts w:ascii="Arial" w:hAnsi="Arial" w:cs="Arial"/>
          <w:sz w:val="20"/>
          <w:szCs w:val="20"/>
        </w:rPr>
        <w:t>general</w:t>
      </w:r>
      <w:proofErr w:type="spellEnd"/>
      <w:r w:rsidRPr="00BF194F">
        <w:rPr>
          <w:rFonts w:ascii="Arial" w:hAnsi="Arial" w:cs="Arial"/>
          <w:sz w:val="20"/>
          <w:szCs w:val="20"/>
        </w:rPr>
        <w:t xml:space="preserve"> </w:t>
      </w:r>
      <w:proofErr w:type="spellStart"/>
      <w:r w:rsidRPr="00BF194F">
        <w:rPr>
          <w:rFonts w:ascii="Arial" w:hAnsi="Arial" w:cs="Arial"/>
          <w:sz w:val="20"/>
          <w:szCs w:val="20"/>
        </w:rPr>
        <w:t>medical</w:t>
      </w:r>
      <w:proofErr w:type="spellEnd"/>
      <w:r w:rsidRPr="00BF194F">
        <w:rPr>
          <w:rFonts w:ascii="Arial" w:hAnsi="Arial" w:cs="Arial"/>
          <w:sz w:val="20"/>
          <w:szCs w:val="20"/>
        </w:rPr>
        <w:t xml:space="preserve"> practice" </w:t>
      </w:r>
    </w:p>
    <w:p w14:paraId="086DC8D0" w14:textId="77777777" w:rsidR="00BF194F" w:rsidRDefault="00BF194F" w:rsidP="00BF194F">
      <w:pPr>
        <w:pStyle w:val="NormalWeb"/>
        <w:spacing w:line="360" w:lineRule="auto"/>
        <w:jc w:val="both"/>
        <w:rPr>
          <w:rFonts w:ascii="Arial" w:hAnsi="Arial" w:cs="Arial"/>
          <w:sz w:val="20"/>
          <w:szCs w:val="20"/>
        </w:rPr>
      </w:pPr>
    </w:p>
    <w:p w14:paraId="584AF7D9" w14:textId="589C4810" w:rsidR="00BB0F51" w:rsidRPr="00BF194F" w:rsidRDefault="00BB0F51" w:rsidP="00BF194F">
      <w:pPr>
        <w:pStyle w:val="NormalWeb"/>
        <w:spacing w:line="360" w:lineRule="auto"/>
        <w:jc w:val="both"/>
        <w:rPr>
          <w:rStyle w:val="lev"/>
          <w:rFonts w:ascii="Arial" w:eastAsiaTheme="majorEastAsia" w:hAnsi="Arial" w:cs="Arial"/>
          <w:sz w:val="22"/>
          <w:szCs w:val="22"/>
          <w:u w:val="single"/>
        </w:rPr>
      </w:pPr>
      <w:r w:rsidRPr="00BF194F">
        <w:rPr>
          <w:rStyle w:val="lev"/>
          <w:rFonts w:ascii="Arial" w:eastAsiaTheme="majorEastAsia" w:hAnsi="Arial" w:cs="Arial"/>
          <w:sz w:val="22"/>
          <w:szCs w:val="22"/>
        </w:rPr>
        <w:t xml:space="preserve">Concept 5 : </w:t>
      </w:r>
      <w:r w:rsidRPr="00BF194F">
        <w:rPr>
          <w:rFonts w:ascii="Arial" w:eastAsiaTheme="majorEastAsia" w:hAnsi="Arial" w:cs="Arial"/>
          <w:b/>
          <w:bCs/>
          <w:sz w:val="22"/>
          <w:szCs w:val="22"/>
          <w:u w:val="single"/>
        </w:rPr>
        <w:t xml:space="preserve">Evaluation </w:t>
      </w:r>
      <w:proofErr w:type="spellStart"/>
      <w:r w:rsidRPr="00BF194F">
        <w:rPr>
          <w:rFonts w:ascii="Arial" w:eastAsiaTheme="majorEastAsia" w:hAnsi="Arial" w:cs="Arial"/>
          <w:b/>
          <w:bCs/>
          <w:sz w:val="22"/>
          <w:szCs w:val="22"/>
          <w:u w:val="single"/>
        </w:rPr>
        <w:t>Criteria</w:t>
      </w:r>
      <w:proofErr w:type="spellEnd"/>
    </w:p>
    <w:p w14:paraId="2EA0F0D9" w14:textId="77777777" w:rsidR="00BB0F51" w:rsidRPr="00BF194F" w:rsidRDefault="00BB0F51" w:rsidP="00BF194F">
      <w:pPr>
        <w:pStyle w:val="NormalWeb"/>
        <w:numPr>
          <w:ilvl w:val="0"/>
          <w:numId w:val="35"/>
        </w:numPr>
        <w:spacing w:line="360" w:lineRule="auto"/>
        <w:jc w:val="both"/>
        <w:rPr>
          <w:rFonts w:ascii="Arial" w:hAnsi="Arial" w:cs="Arial"/>
          <w:sz w:val="20"/>
          <w:szCs w:val="20"/>
        </w:rPr>
      </w:pPr>
      <w:r w:rsidRPr="00BF194F">
        <w:rPr>
          <w:rFonts w:ascii="Arial" w:hAnsi="Arial" w:cs="Arial"/>
          <w:b/>
          <w:bCs/>
          <w:sz w:val="20"/>
          <w:szCs w:val="20"/>
        </w:rPr>
        <w:t>French :</w:t>
      </w:r>
      <w:r w:rsidRPr="00BF194F">
        <w:rPr>
          <w:rFonts w:ascii="Arial" w:hAnsi="Arial" w:cs="Arial"/>
          <w:sz w:val="20"/>
          <w:szCs w:val="20"/>
        </w:rPr>
        <w:t xml:space="preserve"> </w:t>
      </w:r>
    </w:p>
    <w:p w14:paraId="59E1D4FF" w14:textId="77777777" w:rsidR="00BB0F51" w:rsidRPr="00BF194F" w:rsidRDefault="00BB0F51" w:rsidP="00BF194F">
      <w:pPr>
        <w:pStyle w:val="NormalWeb"/>
        <w:numPr>
          <w:ilvl w:val="1"/>
          <w:numId w:val="35"/>
        </w:numPr>
        <w:tabs>
          <w:tab w:val="clear" w:pos="1440"/>
        </w:tabs>
        <w:spacing w:after="0" w:afterAutospacing="0" w:line="360" w:lineRule="auto"/>
        <w:ind w:left="1276" w:hanging="357"/>
        <w:jc w:val="both"/>
        <w:rPr>
          <w:rFonts w:ascii="Arial" w:hAnsi="Arial" w:cs="Arial"/>
          <w:sz w:val="20"/>
          <w:szCs w:val="20"/>
        </w:rPr>
      </w:pPr>
      <w:r w:rsidRPr="00BF194F">
        <w:rPr>
          <w:rFonts w:ascii="Arial" w:hAnsi="Arial" w:cs="Arial"/>
          <w:sz w:val="20"/>
          <w:szCs w:val="20"/>
        </w:rPr>
        <w:t>"médecin généraliste"[MeSH]</w:t>
      </w:r>
    </w:p>
    <w:p w14:paraId="47B5281B" w14:textId="77777777" w:rsidR="00BB0F51" w:rsidRPr="00BF194F" w:rsidRDefault="00BB0F51" w:rsidP="00BF194F">
      <w:pPr>
        <w:pStyle w:val="NormalWeb"/>
        <w:numPr>
          <w:ilvl w:val="1"/>
          <w:numId w:val="35"/>
        </w:numPr>
        <w:tabs>
          <w:tab w:val="clear" w:pos="1440"/>
        </w:tabs>
        <w:spacing w:after="0" w:afterAutospacing="0" w:line="360" w:lineRule="auto"/>
        <w:ind w:left="1276" w:hanging="357"/>
        <w:jc w:val="both"/>
        <w:rPr>
          <w:rFonts w:ascii="Arial" w:hAnsi="Arial" w:cs="Arial"/>
          <w:sz w:val="20"/>
          <w:szCs w:val="20"/>
        </w:rPr>
      </w:pPr>
      <w:r w:rsidRPr="00BF194F">
        <w:rPr>
          <w:rFonts w:ascii="Arial" w:hAnsi="Arial" w:cs="Arial"/>
          <w:sz w:val="20"/>
          <w:szCs w:val="20"/>
        </w:rPr>
        <w:t xml:space="preserve">"temps de consultation" </w:t>
      </w:r>
    </w:p>
    <w:p w14:paraId="0BD07C1D" w14:textId="77777777" w:rsidR="00BB0F51" w:rsidRPr="00BF194F" w:rsidRDefault="00BB0F51" w:rsidP="00BF194F">
      <w:pPr>
        <w:pStyle w:val="NormalWeb"/>
        <w:numPr>
          <w:ilvl w:val="1"/>
          <w:numId w:val="35"/>
        </w:numPr>
        <w:tabs>
          <w:tab w:val="clear" w:pos="1440"/>
        </w:tabs>
        <w:spacing w:after="0" w:afterAutospacing="0" w:line="360" w:lineRule="auto"/>
        <w:ind w:left="1276" w:hanging="357"/>
        <w:jc w:val="both"/>
        <w:rPr>
          <w:rFonts w:ascii="Arial" w:hAnsi="Arial" w:cs="Arial"/>
          <w:sz w:val="20"/>
          <w:szCs w:val="20"/>
        </w:rPr>
      </w:pPr>
      <w:r w:rsidRPr="00BF194F">
        <w:rPr>
          <w:rFonts w:ascii="Arial" w:hAnsi="Arial" w:cs="Arial"/>
          <w:sz w:val="20"/>
          <w:szCs w:val="20"/>
        </w:rPr>
        <w:t xml:space="preserve">"nombre de consultations" </w:t>
      </w:r>
    </w:p>
    <w:p w14:paraId="58361204" w14:textId="77777777" w:rsidR="00BB0F51" w:rsidRPr="00BF194F" w:rsidRDefault="00BB0F51" w:rsidP="00BF194F">
      <w:pPr>
        <w:pStyle w:val="NormalWeb"/>
        <w:numPr>
          <w:ilvl w:val="1"/>
          <w:numId w:val="35"/>
        </w:numPr>
        <w:tabs>
          <w:tab w:val="clear" w:pos="1440"/>
        </w:tabs>
        <w:spacing w:after="0" w:afterAutospacing="0" w:line="360" w:lineRule="auto"/>
        <w:ind w:left="1276" w:hanging="357"/>
        <w:jc w:val="both"/>
        <w:rPr>
          <w:rFonts w:ascii="Arial" w:hAnsi="Arial" w:cs="Arial"/>
          <w:sz w:val="20"/>
          <w:szCs w:val="20"/>
        </w:rPr>
      </w:pPr>
      <w:r w:rsidRPr="00BF194F">
        <w:rPr>
          <w:rFonts w:ascii="Arial" w:hAnsi="Arial" w:cs="Arial"/>
          <w:sz w:val="20"/>
          <w:szCs w:val="20"/>
        </w:rPr>
        <w:t xml:space="preserve">"durée de consultation" </w:t>
      </w:r>
    </w:p>
    <w:p w14:paraId="2D5E071C" w14:textId="77777777" w:rsidR="00BB0F51" w:rsidRPr="00BF194F" w:rsidRDefault="00BB0F51" w:rsidP="00BF194F">
      <w:pPr>
        <w:pStyle w:val="NormalWeb"/>
        <w:numPr>
          <w:ilvl w:val="1"/>
          <w:numId w:val="35"/>
        </w:numPr>
        <w:tabs>
          <w:tab w:val="clear" w:pos="1440"/>
        </w:tabs>
        <w:spacing w:after="0" w:afterAutospacing="0" w:line="360" w:lineRule="auto"/>
        <w:ind w:left="1276" w:hanging="357"/>
        <w:jc w:val="both"/>
        <w:rPr>
          <w:rFonts w:ascii="Arial" w:hAnsi="Arial" w:cs="Arial"/>
          <w:sz w:val="20"/>
          <w:szCs w:val="20"/>
        </w:rPr>
      </w:pPr>
      <w:r w:rsidRPr="00BF194F">
        <w:rPr>
          <w:rFonts w:ascii="Arial" w:hAnsi="Arial" w:cs="Arial"/>
          <w:sz w:val="20"/>
          <w:szCs w:val="20"/>
        </w:rPr>
        <w:t>"charge de travail"[MeSH]</w:t>
      </w:r>
    </w:p>
    <w:p w14:paraId="0B4386FB" w14:textId="77777777" w:rsidR="00BB0F51" w:rsidRPr="00BF194F" w:rsidRDefault="00BB0F51" w:rsidP="00BF194F">
      <w:pPr>
        <w:pStyle w:val="NormalWeb"/>
        <w:numPr>
          <w:ilvl w:val="1"/>
          <w:numId w:val="35"/>
        </w:numPr>
        <w:tabs>
          <w:tab w:val="clear" w:pos="1440"/>
        </w:tabs>
        <w:spacing w:after="0" w:afterAutospacing="0" w:line="360" w:lineRule="auto"/>
        <w:ind w:left="1276" w:hanging="357"/>
        <w:jc w:val="both"/>
        <w:rPr>
          <w:rFonts w:ascii="Arial" w:hAnsi="Arial" w:cs="Arial"/>
          <w:sz w:val="20"/>
          <w:szCs w:val="20"/>
        </w:rPr>
      </w:pPr>
      <w:r w:rsidRPr="00BF194F">
        <w:rPr>
          <w:rFonts w:ascii="Arial" w:hAnsi="Arial" w:cs="Arial"/>
          <w:sz w:val="20"/>
          <w:szCs w:val="20"/>
        </w:rPr>
        <w:lastRenderedPageBreak/>
        <w:t xml:space="preserve">"consultation" </w:t>
      </w:r>
    </w:p>
    <w:p w14:paraId="389DFB70" w14:textId="77777777" w:rsidR="00BB0F51" w:rsidRPr="00BF194F" w:rsidRDefault="00BB0F51" w:rsidP="00BF194F">
      <w:pPr>
        <w:pStyle w:val="NormalWeb"/>
        <w:numPr>
          <w:ilvl w:val="1"/>
          <w:numId w:val="35"/>
        </w:numPr>
        <w:tabs>
          <w:tab w:val="clear" w:pos="1440"/>
        </w:tabs>
        <w:spacing w:after="0" w:afterAutospacing="0" w:line="360" w:lineRule="auto"/>
        <w:ind w:left="1276" w:hanging="357"/>
        <w:jc w:val="both"/>
        <w:rPr>
          <w:rFonts w:ascii="Arial" w:hAnsi="Arial" w:cs="Arial"/>
          <w:sz w:val="20"/>
          <w:szCs w:val="20"/>
        </w:rPr>
      </w:pPr>
      <w:r w:rsidRPr="00BF194F">
        <w:rPr>
          <w:rFonts w:ascii="Arial" w:hAnsi="Arial" w:cs="Arial"/>
          <w:sz w:val="20"/>
          <w:szCs w:val="20"/>
        </w:rPr>
        <w:t>"prescription"[MeSH]</w:t>
      </w:r>
    </w:p>
    <w:p w14:paraId="1FC3D0A1" w14:textId="77777777" w:rsidR="00BB0F51" w:rsidRPr="00BF194F" w:rsidRDefault="00BB0F51" w:rsidP="00BF194F">
      <w:pPr>
        <w:pStyle w:val="NormalWeb"/>
        <w:numPr>
          <w:ilvl w:val="1"/>
          <w:numId w:val="35"/>
        </w:numPr>
        <w:tabs>
          <w:tab w:val="clear" w:pos="1440"/>
        </w:tabs>
        <w:spacing w:after="0" w:afterAutospacing="0" w:line="360" w:lineRule="auto"/>
        <w:ind w:left="1276" w:hanging="357"/>
        <w:jc w:val="both"/>
        <w:rPr>
          <w:rFonts w:ascii="Arial" w:hAnsi="Arial" w:cs="Arial"/>
          <w:sz w:val="20"/>
          <w:szCs w:val="20"/>
        </w:rPr>
      </w:pPr>
      <w:r w:rsidRPr="00BF194F">
        <w:rPr>
          <w:rFonts w:ascii="Arial" w:hAnsi="Arial" w:cs="Arial"/>
          <w:sz w:val="20"/>
          <w:szCs w:val="20"/>
        </w:rPr>
        <w:t xml:space="preserve">"ordonnance" </w:t>
      </w:r>
    </w:p>
    <w:p w14:paraId="36277B45" w14:textId="77777777" w:rsidR="00BB0F51" w:rsidRPr="00BF194F" w:rsidRDefault="00BB0F51" w:rsidP="00BF194F">
      <w:pPr>
        <w:pStyle w:val="NormalWeb"/>
        <w:numPr>
          <w:ilvl w:val="1"/>
          <w:numId w:val="35"/>
        </w:numPr>
        <w:tabs>
          <w:tab w:val="clear" w:pos="1440"/>
        </w:tabs>
        <w:spacing w:after="0" w:afterAutospacing="0" w:line="360" w:lineRule="auto"/>
        <w:ind w:left="1276" w:hanging="357"/>
        <w:jc w:val="both"/>
        <w:rPr>
          <w:rFonts w:ascii="Arial" w:hAnsi="Arial" w:cs="Arial"/>
          <w:sz w:val="20"/>
          <w:szCs w:val="20"/>
        </w:rPr>
      </w:pPr>
      <w:r w:rsidRPr="00BF194F">
        <w:rPr>
          <w:rFonts w:ascii="Arial" w:hAnsi="Arial" w:cs="Arial"/>
          <w:sz w:val="20"/>
          <w:szCs w:val="20"/>
        </w:rPr>
        <w:t>"médicament"[MeSH]</w:t>
      </w:r>
    </w:p>
    <w:p w14:paraId="23B0C42F" w14:textId="77777777" w:rsidR="00BB0F51" w:rsidRPr="00BF194F" w:rsidRDefault="00BB0F51" w:rsidP="00BF194F">
      <w:pPr>
        <w:pStyle w:val="NormalWeb"/>
        <w:numPr>
          <w:ilvl w:val="1"/>
          <w:numId w:val="35"/>
        </w:numPr>
        <w:tabs>
          <w:tab w:val="clear" w:pos="1440"/>
        </w:tabs>
        <w:spacing w:after="0" w:afterAutospacing="0" w:line="360" w:lineRule="auto"/>
        <w:ind w:left="1276" w:hanging="357"/>
        <w:jc w:val="both"/>
        <w:rPr>
          <w:rFonts w:ascii="Arial" w:hAnsi="Arial" w:cs="Arial"/>
          <w:sz w:val="20"/>
          <w:szCs w:val="20"/>
        </w:rPr>
      </w:pPr>
      <w:r w:rsidRPr="00BF194F">
        <w:rPr>
          <w:rFonts w:ascii="Arial" w:hAnsi="Arial" w:cs="Arial"/>
          <w:sz w:val="20"/>
          <w:szCs w:val="20"/>
        </w:rPr>
        <w:t>"imagerie diagnostique"[MeSH]</w:t>
      </w:r>
    </w:p>
    <w:p w14:paraId="4F6308CE" w14:textId="77777777" w:rsidR="00BB0F51" w:rsidRPr="00BF194F" w:rsidRDefault="00BB0F51" w:rsidP="00BF194F">
      <w:pPr>
        <w:pStyle w:val="NormalWeb"/>
        <w:numPr>
          <w:ilvl w:val="1"/>
          <w:numId w:val="35"/>
        </w:numPr>
        <w:tabs>
          <w:tab w:val="clear" w:pos="1440"/>
        </w:tabs>
        <w:spacing w:after="0" w:afterAutospacing="0" w:line="360" w:lineRule="auto"/>
        <w:ind w:left="1276" w:hanging="357"/>
        <w:jc w:val="both"/>
        <w:rPr>
          <w:rFonts w:ascii="Arial" w:hAnsi="Arial" w:cs="Arial"/>
          <w:sz w:val="20"/>
          <w:szCs w:val="20"/>
        </w:rPr>
      </w:pPr>
      <w:r w:rsidRPr="00BF194F">
        <w:rPr>
          <w:rFonts w:ascii="Arial" w:hAnsi="Arial" w:cs="Arial"/>
          <w:sz w:val="20"/>
          <w:szCs w:val="20"/>
        </w:rPr>
        <w:t>"relations interprofessionnelles"[MeSH]</w:t>
      </w:r>
    </w:p>
    <w:p w14:paraId="2555967D" w14:textId="77777777" w:rsidR="00BB0F51" w:rsidRPr="00BF194F" w:rsidRDefault="00BB0F51" w:rsidP="00BF194F">
      <w:pPr>
        <w:pStyle w:val="NormalWeb"/>
        <w:numPr>
          <w:ilvl w:val="1"/>
          <w:numId w:val="35"/>
        </w:numPr>
        <w:tabs>
          <w:tab w:val="clear" w:pos="1440"/>
        </w:tabs>
        <w:spacing w:after="0" w:afterAutospacing="0" w:line="360" w:lineRule="auto"/>
        <w:ind w:left="1276" w:hanging="357"/>
        <w:jc w:val="both"/>
        <w:rPr>
          <w:rFonts w:ascii="Arial" w:hAnsi="Arial" w:cs="Arial"/>
          <w:sz w:val="20"/>
          <w:szCs w:val="20"/>
        </w:rPr>
      </w:pPr>
      <w:r w:rsidRPr="00BF194F">
        <w:rPr>
          <w:rFonts w:ascii="Arial" w:hAnsi="Arial" w:cs="Arial"/>
          <w:sz w:val="20"/>
          <w:szCs w:val="20"/>
        </w:rPr>
        <w:t xml:space="preserve">"collaboration" </w:t>
      </w:r>
    </w:p>
    <w:p w14:paraId="5F7AF01B" w14:textId="77777777" w:rsidR="00BB0F51" w:rsidRPr="00BF194F" w:rsidRDefault="00BB0F51" w:rsidP="00BF194F">
      <w:pPr>
        <w:pStyle w:val="NormalWeb"/>
        <w:numPr>
          <w:ilvl w:val="1"/>
          <w:numId w:val="35"/>
        </w:numPr>
        <w:tabs>
          <w:tab w:val="clear" w:pos="1440"/>
        </w:tabs>
        <w:spacing w:after="0" w:afterAutospacing="0" w:line="360" w:lineRule="auto"/>
        <w:ind w:left="1276" w:hanging="357"/>
        <w:jc w:val="both"/>
        <w:rPr>
          <w:rFonts w:ascii="Arial" w:hAnsi="Arial" w:cs="Arial"/>
          <w:sz w:val="20"/>
          <w:szCs w:val="20"/>
        </w:rPr>
      </w:pPr>
      <w:r w:rsidRPr="00BF194F">
        <w:rPr>
          <w:rFonts w:ascii="Arial" w:hAnsi="Arial" w:cs="Arial"/>
          <w:sz w:val="20"/>
          <w:szCs w:val="20"/>
        </w:rPr>
        <w:t xml:space="preserve">"communication" </w:t>
      </w:r>
    </w:p>
    <w:p w14:paraId="0A5A2C94" w14:textId="77777777" w:rsidR="00BB0F51" w:rsidRPr="00BF194F" w:rsidRDefault="00BB0F51" w:rsidP="00BF194F">
      <w:pPr>
        <w:pStyle w:val="NormalWeb"/>
        <w:numPr>
          <w:ilvl w:val="1"/>
          <w:numId w:val="35"/>
        </w:numPr>
        <w:tabs>
          <w:tab w:val="clear" w:pos="1440"/>
        </w:tabs>
        <w:spacing w:after="0" w:afterAutospacing="0" w:line="360" w:lineRule="auto"/>
        <w:ind w:left="1276" w:hanging="357"/>
        <w:jc w:val="both"/>
        <w:rPr>
          <w:rFonts w:ascii="Arial" w:hAnsi="Arial" w:cs="Arial"/>
          <w:sz w:val="20"/>
          <w:szCs w:val="20"/>
        </w:rPr>
      </w:pPr>
      <w:r w:rsidRPr="00BF194F">
        <w:rPr>
          <w:rFonts w:ascii="Arial" w:hAnsi="Arial" w:cs="Arial"/>
          <w:sz w:val="20"/>
          <w:szCs w:val="20"/>
        </w:rPr>
        <w:t xml:space="preserve">"échange d'informations" </w:t>
      </w:r>
    </w:p>
    <w:p w14:paraId="406CEB67" w14:textId="77777777" w:rsidR="00BB0F51" w:rsidRPr="00BF194F" w:rsidRDefault="00BB0F51" w:rsidP="00BF194F">
      <w:pPr>
        <w:pStyle w:val="NormalWeb"/>
        <w:numPr>
          <w:ilvl w:val="1"/>
          <w:numId w:val="35"/>
        </w:numPr>
        <w:tabs>
          <w:tab w:val="clear" w:pos="1440"/>
        </w:tabs>
        <w:spacing w:after="0" w:afterAutospacing="0" w:line="360" w:lineRule="auto"/>
        <w:ind w:left="1276" w:hanging="357"/>
        <w:jc w:val="both"/>
        <w:rPr>
          <w:rFonts w:ascii="Arial" w:hAnsi="Arial" w:cs="Arial"/>
          <w:sz w:val="20"/>
          <w:szCs w:val="20"/>
        </w:rPr>
      </w:pPr>
      <w:r w:rsidRPr="00BF194F">
        <w:rPr>
          <w:rFonts w:ascii="Arial" w:hAnsi="Arial" w:cs="Arial"/>
          <w:sz w:val="20"/>
          <w:szCs w:val="20"/>
        </w:rPr>
        <w:t xml:space="preserve">"coordination des soins" </w:t>
      </w:r>
    </w:p>
    <w:p w14:paraId="2D8FACC1" w14:textId="77777777" w:rsidR="00BB0F51" w:rsidRPr="00BF194F" w:rsidRDefault="00BB0F51" w:rsidP="00BF194F">
      <w:pPr>
        <w:pStyle w:val="NormalWeb"/>
        <w:numPr>
          <w:ilvl w:val="1"/>
          <w:numId w:val="35"/>
        </w:numPr>
        <w:tabs>
          <w:tab w:val="clear" w:pos="1440"/>
        </w:tabs>
        <w:spacing w:after="0" w:afterAutospacing="0" w:line="360" w:lineRule="auto"/>
        <w:ind w:left="1276" w:hanging="357"/>
        <w:jc w:val="both"/>
        <w:rPr>
          <w:rFonts w:ascii="Arial" w:hAnsi="Arial" w:cs="Arial"/>
          <w:sz w:val="20"/>
          <w:szCs w:val="20"/>
        </w:rPr>
      </w:pPr>
      <w:r w:rsidRPr="00BF194F">
        <w:rPr>
          <w:rFonts w:ascii="Arial" w:hAnsi="Arial" w:cs="Arial"/>
          <w:sz w:val="20"/>
          <w:szCs w:val="20"/>
        </w:rPr>
        <w:t xml:space="preserve">"satisfaction professionnelle" </w:t>
      </w:r>
    </w:p>
    <w:p w14:paraId="7BE335E3" w14:textId="77777777" w:rsidR="00BB0F51" w:rsidRPr="00BF194F" w:rsidRDefault="00BB0F51" w:rsidP="00BF194F">
      <w:pPr>
        <w:pStyle w:val="NormalWeb"/>
        <w:numPr>
          <w:ilvl w:val="1"/>
          <w:numId w:val="35"/>
        </w:numPr>
        <w:tabs>
          <w:tab w:val="clear" w:pos="1440"/>
        </w:tabs>
        <w:spacing w:after="0" w:afterAutospacing="0" w:line="360" w:lineRule="auto"/>
        <w:ind w:left="1276" w:hanging="357"/>
        <w:jc w:val="both"/>
        <w:rPr>
          <w:rFonts w:ascii="Arial" w:hAnsi="Arial" w:cs="Arial"/>
          <w:sz w:val="20"/>
          <w:szCs w:val="20"/>
        </w:rPr>
      </w:pPr>
      <w:r w:rsidRPr="00BF194F">
        <w:rPr>
          <w:rFonts w:ascii="Arial" w:hAnsi="Arial" w:cs="Arial"/>
          <w:sz w:val="20"/>
          <w:szCs w:val="20"/>
        </w:rPr>
        <w:t>"épuisement professionnel"</w:t>
      </w:r>
    </w:p>
    <w:p w14:paraId="56973422" w14:textId="77777777" w:rsidR="00BB0F51" w:rsidRPr="00BF194F" w:rsidRDefault="00BB0F51" w:rsidP="00BF194F">
      <w:pPr>
        <w:pStyle w:val="NormalWeb"/>
        <w:numPr>
          <w:ilvl w:val="1"/>
          <w:numId w:val="35"/>
        </w:numPr>
        <w:tabs>
          <w:tab w:val="clear" w:pos="1440"/>
        </w:tabs>
        <w:spacing w:after="0" w:afterAutospacing="0" w:line="360" w:lineRule="auto"/>
        <w:ind w:left="1276" w:hanging="357"/>
        <w:jc w:val="both"/>
        <w:rPr>
          <w:rFonts w:ascii="Arial" w:hAnsi="Arial" w:cs="Arial"/>
          <w:sz w:val="20"/>
          <w:szCs w:val="20"/>
        </w:rPr>
      </w:pPr>
      <w:r w:rsidRPr="00BF194F">
        <w:rPr>
          <w:rFonts w:ascii="Arial" w:hAnsi="Arial" w:cs="Arial"/>
          <w:sz w:val="20"/>
          <w:szCs w:val="20"/>
        </w:rPr>
        <w:t>"qualité des soins"[MeSH]</w:t>
      </w:r>
    </w:p>
    <w:p w14:paraId="01B7E122" w14:textId="77777777" w:rsidR="00BB0F51" w:rsidRPr="00BF194F" w:rsidRDefault="00BB0F51" w:rsidP="00BF194F">
      <w:pPr>
        <w:pStyle w:val="NormalWeb"/>
        <w:numPr>
          <w:ilvl w:val="1"/>
          <w:numId w:val="35"/>
        </w:numPr>
        <w:tabs>
          <w:tab w:val="clear" w:pos="1440"/>
        </w:tabs>
        <w:spacing w:after="0" w:afterAutospacing="0" w:line="360" w:lineRule="auto"/>
        <w:ind w:left="1276" w:hanging="357"/>
        <w:jc w:val="both"/>
        <w:rPr>
          <w:rFonts w:ascii="Arial" w:hAnsi="Arial" w:cs="Arial"/>
          <w:sz w:val="20"/>
          <w:szCs w:val="20"/>
        </w:rPr>
      </w:pPr>
      <w:r w:rsidRPr="00BF194F">
        <w:rPr>
          <w:rFonts w:ascii="Arial" w:hAnsi="Arial" w:cs="Arial"/>
          <w:sz w:val="20"/>
          <w:szCs w:val="20"/>
        </w:rPr>
        <w:t xml:space="preserve">"évaluation de la qualité" </w:t>
      </w:r>
    </w:p>
    <w:p w14:paraId="06449498" w14:textId="77777777" w:rsidR="00BB0F51" w:rsidRPr="00BF194F" w:rsidRDefault="00BB0F51" w:rsidP="00BF194F">
      <w:pPr>
        <w:pStyle w:val="NormalWeb"/>
        <w:numPr>
          <w:ilvl w:val="1"/>
          <w:numId w:val="35"/>
        </w:numPr>
        <w:tabs>
          <w:tab w:val="clear" w:pos="1440"/>
        </w:tabs>
        <w:spacing w:after="0" w:afterAutospacing="0" w:line="360" w:lineRule="auto"/>
        <w:ind w:left="1276" w:hanging="357"/>
        <w:jc w:val="both"/>
        <w:rPr>
          <w:rFonts w:ascii="Arial" w:hAnsi="Arial" w:cs="Arial"/>
          <w:sz w:val="20"/>
          <w:szCs w:val="20"/>
        </w:rPr>
      </w:pPr>
      <w:r w:rsidRPr="00BF194F">
        <w:rPr>
          <w:rFonts w:ascii="Arial" w:hAnsi="Arial" w:cs="Arial"/>
          <w:sz w:val="20"/>
          <w:szCs w:val="20"/>
        </w:rPr>
        <w:t xml:space="preserve">"satisfaction du médecin" </w:t>
      </w:r>
    </w:p>
    <w:p w14:paraId="10054A64" w14:textId="77777777" w:rsidR="00BB0F51" w:rsidRPr="00BF194F" w:rsidRDefault="00BB0F51" w:rsidP="00BF194F">
      <w:pPr>
        <w:pStyle w:val="NormalWeb"/>
        <w:numPr>
          <w:ilvl w:val="1"/>
          <w:numId w:val="35"/>
        </w:numPr>
        <w:tabs>
          <w:tab w:val="clear" w:pos="1440"/>
        </w:tabs>
        <w:spacing w:after="0" w:afterAutospacing="0" w:line="360" w:lineRule="auto"/>
        <w:ind w:left="1276" w:hanging="357"/>
        <w:jc w:val="both"/>
        <w:rPr>
          <w:rFonts w:ascii="Arial" w:hAnsi="Arial" w:cs="Arial"/>
          <w:sz w:val="20"/>
          <w:szCs w:val="20"/>
        </w:rPr>
      </w:pPr>
      <w:r w:rsidRPr="00BF194F">
        <w:rPr>
          <w:rFonts w:ascii="Arial" w:hAnsi="Arial" w:cs="Arial"/>
          <w:sz w:val="20"/>
          <w:szCs w:val="20"/>
        </w:rPr>
        <w:t xml:space="preserve">"antalgiques" </w:t>
      </w:r>
    </w:p>
    <w:p w14:paraId="36038728" w14:textId="77777777" w:rsidR="00BB0F51" w:rsidRPr="00BF194F" w:rsidRDefault="00BB0F51" w:rsidP="00BF194F">
      <w:pPr>
        <w:pStyle w:val="NormalWeb"/>
        <w:numPr>
          <w:ilvl w:val="1"/>
          <w:numId w:val="35"/>
        </w:numPr>
        <w:tabs>
          <w:tab w:val="clear" w:pos="1440"/>
        </w:tabs>
        <w:spacing w:after="0" w:afterAutospacing="0" w:line="360" w:lineRule="auto"/>
        <w:ind w:left="1276" w:hanging="357"/>
        <w:jc w:val="both"/>
        <w:rPr>
          <w:rFonts w:ascii="Arial" w:hAnsi="Arial" w:cs="Arial"/>
          <w:sz w:val="20"/>
          <w:szCs w:val="20"/>
        </w:rPr>
      </w:pPr>
      <w:r w:rsidRPr="00BF194F">
        <w:rPr>
          <w:rFonts w:ascii="Arial" w:hAnsi="Arial" w:cs="Arial"/>
          <w:sz w:val="20"/>
          <w:szCs w:val="20"/>
        </w:rPr>
        <w:t xml:space="preserve">"anti-inflammatoires" </w:t>
      </w:r>
    </w:p>
    <w:p w14:paraId="4064D3E6" w14:textId="77777777" w:rsidR="00BB0F51" w:rsidRPr="00BF194F" w:rsidRDefault="00BB0F51" w:rsidP="00BF194F">
      <w:pPr>
        <w:pStyle w:val="NormalWeb"/>
        <w:numPr>
          <w:ilvl w:val="1"/>
          <w:numId w:val="35"/>
        </w:numPr>
        <w:tabs>
          <w:tab w:val="clear" w:pos="1440"/>
        </w:tabs>
        <w:spacing w:after="0" w:afterAutospacing="0" w:line="360" w:lineRule="auto"/>
        <w:ind w:left="1276" w:hanging="357"/>
        <w:jc w:val="both"/>
        <w:rPr>
          <w:rFonts w:ascii="Arial" w:hAnsi="Arial" w:cs="Arial"/>
          <w:sz w:val="20"/>
          <w:szCs w:val="20"/>
        </w:rPr>
      </w:pPr>
      <w:r w:rsidRPr="00BF194F">
        <w:rPr>
          <w:rFonts w:ascii="Arial" w:hAnsi="Arial" w:cs="Arial"/>
          <w:sz w:val="20"/>
          <w:szCs w:val="20"/>
        </w:rPr>
        <w:t xml:space="preserve">"examens complémentaires" </w:t>
      </w:r>
    </w:p>
    <w:p w14:paraId="45AF6ECC" w14:textId="77777777" w:rsidR="00BB0F51" w:rsidRPr="00BF194F" w:rsidRDefault="00BB0F51" w:rsidP="00BF194F">
      <w:pPr>
        <w:pStyle w:val="NormalWeb"/>
        <w:numPr>
          <w:ilvl w:val="0"/>
          <w:numId w:val="35"/>
        </w:numPr>
        <w:spacing w:line="360" w:lineRule="auto"/>
        <w:jc w:val="both"/>
        <w:rPr>
          <w:rFonts w:ascii="Arial" w:hAnsi="Arial" w:cs="Arial"/>
          <w:b/>
          <w:bCs/>
          <w:sz w:val="20"/>
          <w:szCs w:val="20"/>
        </w:rPr>
      </w:pPr>
      <w:r w:rsidRPr="00BF194F">
        <w:rPr>
          <w:rFonts w:ascii="Arial" w:hAnsi="Arial" w:cs="Arial"/>
          <w:b/>
          <w:bCs/>
          <w:sz w:val="20"/>
          <w:szCs w:val="20"/>
        </w:rPr>
        <w:t xml:space="preserve">English : </w:t>
      </w:r>
    </w:p>
    <w:p w14:paraId="466AF538" w14:textId="77777777" w:rsidR="00BB0F51" w:rsidRPr="00BF194F" w:rsidRDefault="00BB0F51" w:rsidP="00BF194F">
      <w:pPr>
        <w:pStyle w:val="NormalWeb"/>
        <w:numPr>
          <w:ilvl w:val="1"/>
          <w:numId w:val="35"/>
        </w:numPr>
        <w:tabs>
          <w:tab w:val="clear" w:pos="1440"/>
        </w:tabs>
        <w:spacing w:before="0" w:beforeAutospacing="0" w:after="0" w:afterAutospacing="0" w:line="360" w:lineRule="auto"/>
        <w:ind w:left="1276"/>
        <w:jc w:val="both"/>
        <w:rPr>
          <w:rFonts w:ascii="Arial" w:hAnsi="Arial" w:cs="Arial"/>
          <w:sz w:val="20"/>
          <w:szCs w:val="20"/>
        </w:rPr>
      </w:pPr>
      <w:r w:rsidRPr="00BF194F">
        <w:rPr>
          <w:rFonts w:ascii="Arial" w:hAnsi="Arial" w:cs="Arial"/>
          <w:sz w:val="20"/>
          <w:szCs w:val="20"/>
        </w:rPr>
        <w:t xml:space="preserve">"General </w:t>
      </w:r>
      <w:proofErr w:type="spellStart"/>
      <w:r w:rsidRPr="00BF194F">
        <w:rPr>
          <w:rFonts w:ascii="Arial" w:hAnsi="Arial" w:cs="Arial"/>
          <w:sz w:val="20"/>
          <w:szCs w:val="20"/>
        </w:rPr>
        <w:t>Practitioners</w:t>
      </w:r>
      <w:proofErr w:type="spellEnd"/>
      <w:r w:rsidRPr="00BF194F">
        <w:rPr>
          <w:rFonts w:ascii="Arial" w:hAnsi="Arial" w:cs="Arial"/>
          <w:sz w:val="20"/>
          <w:szCs w:val="20"/>
        </w:rPr>
        <w:t>"[MeSH]</w:t>
      </w:r>
    </w:p>
    <w:p w14:paraId="104E482D" w14:textId="77777777" w:rsidR="00BB0F51" w:rsidRPr="00BF194F" w:rsidRDefault="00BB0F51" w:rsidP="00BF194F">
      <w:pPr>
        <w:pStyle w:val="NormalWeb"/>
        <w:numPr>
          <w:ilvl w:val="1"/>
          <w:numId w:val="35"/>
        </w:numPr>
        <w:tabs>
          <w:tab w:val="clear" w:pos="1440"/>
        </w:tabs>
        <w:spacing w:before="0" w:beforeAutospacing="0" w:after="0" w:afterAutospacing="0" w:line="360" w:lineRule="auto"/>
        <w:ind w:left="1276"/>
        <w:jc w:val="both"/>
        <w:rPr>
          <w:rFonts w:ascii="Arial" w:hAnsi="Arial" w:cs="Arial"/>
          <w:sz w:val="20"/>
          <w:szCs w:val="20"/>
        </w:rPr>
      </w:pPr>
      <w:r w:rsidRPr="00BF194F">
        <w:rPr>
          <w:rFonts w:ascii="Arial" w:hAnsi="Arial" w:cs="Arial"/>
          <w:sz w:val="20"/>
          <w:szCs w:val="20"/>
        </w:rPr>
        <w:t>"</w:t>
      </w:r>
      <w:proofErr w:type="spellStart"/>
      <w:r w:rsidRPr="00BF194F">
        <w:rPr>
          <w:rFonts w:ascii="Arial" w:hAnsi="Arial" w:cs="Arial"/>
          <w:sz w:val="20"/>
          <w:szCs w:val="20"/>
        </w:rPr>
        <w:t>Workload</w:t>
      </w:r>
      <w:proofErr w:type="spellEnd"/>
      <w:r w:rsidRPr="00BF194F">
        <w:rPr>
          <w:rFonts w:ascii="Arial" w:hAnsi="Arial" w:cs="Arial"/>
          <w:sz w:val="20"/>
          <w:szCs w:val="20"/>
        </w:rPr>
        <w:t>"[MeSH]</w:t>
      </w:r>
    </w:p>
    <w:p w14:paraId="2633B03B" w14:textId="77777777" w:rsidR="00BB0F51" w:rsidRPr="00BF194F" w:rsidRDefault="00BB0F51" w:rsidP="00BF194F">
      <w:pPr>
        <w:pStyle w:val="NormalWeb"/>
        <w:numPr>
          <w:ilvl w:val="1"/>
          <w:numId w:val="35"/>
        </w:numPr>
        <w:tabs>
          <w:tab w:val="clear" w:pos="1440"/>
        </w:tabs>
        <w:spacing w:before="0" w:beforeAutospacing="0" w:after="0" w:afterAutospacing="0" w:line="360" w:lineRule="auto"/>
        <w:ind w:left="1276"/>
        <w:jc w:val="both"/>
        <w:rPr>
          <w:rFonts w:ascii="Arial" w:hAnsi="Arial" w:cs="Arial"/>
          <w:sz w:val="20"/>
          <w:szCs w:val="20"/>
        </w:rPr>
      </w:pPr>
      <w:r w:rsidRPr="00BF194F">
        <w:rPr>
          <w:rFonts w:ascii="Arial" w:hAnsi="Arial" w:cs="Arial"/>
          <w:sz w:val="20"/>
          <w:szCs w:val="20"/>
        </w:rPr>
        <w:t>"Prescription"[MeSH]</w:t>
      </w:r>
    </w:p>
    <w:p w14:paraId="27FC7EA8" w14:textId="77777777" w:rsidR="00BB0F51" w:rsidRPr="00BF194F" w:rsidRDefault="00BB0F51" w:rsidP="00BF194F">
      <w:pPr>
        <w:pStyle w:val="NormalWeb"/>
        <w:numPr>
          <w:ilvl w:val="1"/>
          <w:numId w:val="35"/>
        </w:numPr>
        <w:tabs>
          <w:tab w:val="clear" w:pos="1440"/>
        </w:tabs>
        <w:spacing w:before="0" w:beforeAutospacing="0" w:after="0" w:afterAutospacing="0" w:line="360" w:lineRule="auto"/>
        <w:ind w:left="1276"/>
        <w:jc w:val="both"/>
        <w:rPr>
          <w:rFonts w:ascii="Arial" w:hAnsi="Arial" w:cs="Arial"/>
          <w:sz w:val="20"/>
          <w:szCs w:val="20"/>
        </w:rPr>
      </w:pPr>
      <w:r w:rsidRPr="00BF194F">
        <w:rPr>
          <w:rFonts w:ascii="Arial" w:hAnsi="Arial" w:cs="Arial"/>
          <w:sz w:val="20"/>
          <w:szCs w:val="20"/>
        </w:rPr>
        <w:t>"</w:t>
      </w:r>
      <w:proofErr w:type="spellStart"/>
      <w:r w:rsidRPr="00BF194F">
        <w:rPr>
          <w:rFonts w:ascii="Arial" w:hAnsi="Arial" w:cs="Arial"/>
          <w:sz w:val="20"/>
          <w:szCs w:val="20"/>
        </w:rPr>
        <w:t>Medication</w:t>
      </w:r>
      <w:proofErr w:type="spellEnd"/>
      <w:r w:rsidRPr="00BF194F">
        <w:rPr>
          <w:rFonts w:ascii="Arial" w:hAnsi="Arial" w:cs="Arial"/>
          <w:sz w:val="20"/>
          <w:szCs w:val="20"/>
        </w:rPr>
        <w:t>"[MeSH]</w:t>
      </w:r>
    </w:p>
    <w:p w14:paraId="1C93C7DA" w14:textId="77777777" w:rsidR="00BB0F51" w:rsidRPr="00BF194F" w:rsidRDefault="00BB0F51" w:rsidP="00BF194F">
      <w:pPr>
        <w:pStyle w:val="NormalWeb"/>
        <w:numPr>
          <w:ilvl w:val="1"/>
          <w:numId w:val="35"/>
        </w:numPr>
        <w:tabs>
          <w:tab w:val="clear" w:pos="1440"/>
        </w:tabs>
        <w:spacing w:before="0" w:beforeAutospacing="0" w:after="0" w:afterAutospacing="0" w:line="360" w:lineRule="auto"/>
        <w:ind w:left="1276"/>
        <w:jc w:val="both"/>
        <w:rPr>
          <w:rFonts w:ascii="Arial" w:hAnsi="Arial" w:cs="Arial"/>
          <w:sz w:val="20"/>
          <w:szCs w:val="20"/>
        </w:rPr>
      </w:pPr>
      <w:r w:rsidRPr="00BF194F">
        <w:rPr>
          <w:rFonts w:ascii="Arial" w:hAnsi="Arial" w:cs="Arial"/>
          <w:sz w:val="20"/>
          <w:szCs w:val="20"/>
        </w:rPr>
        <w:t>"Diagnostic Imaging"[MeSH]</w:t>
      </w:r>
    </w:p>
    <w:p w14:paraId="6C66C159" w14:textId="77777777" w:rsidR="00BB0F51" w:rsidRPr="00BF194F" w:rsidRDefault="00BB0F51" w:rsidP="00BF194F">
      <w:pPr>
        <w:pStyle w:val="NormalWeb"/>
        <w:numPr>
          <w:ilvl w:val="1"/>
          <w:numId w:val="35"/>
        </w:numPr>
        <w:tabs>
          <w:tab w:val="clear" w:pos="1440"/>
        </w:tabs>
        <w:spacing w:before="0" w:beforeAutospacing="0" w:after="0" w:afterAutospacing="0" w:line="360" w:lineRule="auto"/>
        <w:ind w:left="1276"/>
        <w:jc w:val="both"/>
        <w:rPr>
          <w:rFonts w:ascii="Arial" w:hAnsi="Arial" w:cs="Arial"/>
          <w:sz w:val="20"/>
          <w:szCs w:val="20"/>
        </w:rPr>
      </w:pPr>
      <w:r w:rsidRPr="00BF194F">
        <w:rPr>
          <w:rFonts w:ascii="Arial" w:hAnsi="Arial" w:cs="Arial"/>
          <w:sz w:val="20"/>
          <w:szCs w:val="20"/>
        </w:rPr>
        <w:t>"</w:t>
      </w:r>
      <w:proofErr w:type="spellStart"/>
      <w:r w:rsidRPr="00BF194F">
        <w:rPr>
          <w:rFonts w:ascii="Arial" w:hAnsi="Arial" w:cs="Arial"/>
          <w:sz w:val="20"/>
          <w:szCs w:val="20"/>
        </w:rPr>
        <w:t>Interprofessional</w:t>
      </w:r>
      <w:proofErr w:type="spellEnd"/>
      <w:r w:rsidRPr="00BF194F">
        <w:rPr>
          <w:rFonts w:ascii="Arial" w:hAnsi="Arial" w:cs="Arial"/>
          <w:sz w:val="20"/>
          <w:szCs w:val="20"/>
        </w:rPr>
        <w:t xml:space="preserve"> Relations"[MeSH]</w:t>
      </w:r>
    </w:p>
    <w:p w14:paraId="3D14544A" w14:textId="77777777" w:rsidR="00BB0F51" w:rsidRPr="00BF194F" w:rsidRDefault="00BB0F51" w:rsidP="00BF194F">
      <w:pPr>
        <w:pStyle w:val="NormalWeb"/>
        <w:numPr>
          <w:ilvl w:val="1"/>
          <w:numId w:val="35"/>
        </w:numPr>
        <w:tabs>
          <w:tab w:val="clear" w:pos="1440"/>
        </w:tabs>
        <w:spacing w:before="0" w:beforeAutospacing="0" w:after="0" w:afterAutospacing="0" w:line="360" w:lineRule="auto"/>
        <w:ind w:left="1276"/>
        <w:jc w:val="both"/>
        <w:rPr>
          <w:rFonts w:ascii="Arial" w:hAnsi="Arial" w:cs="Arial"/>
          <w:sz w:val="20"/>
          <w:szCs w:val="20"/>
        </w:rPr>
      </w:pPr>
      <w:r w:rsidRPr="00BF194F">
        <w:rPr>
          <w:rFonts w:ascii="Arial" w:hAnsi="Arial" w:cs="Arial"/>
          <w:sz w:val="20"/>
          <w:szCs w:val="20"/>
        </w:rPr>
        <w:t>"</w:t>
      </w:r>
      <w:proofErr w:type="spellStart"/>
      <w:r w:rsidRPr="00BF194F">
        <w:rPr>
          <w:rFonts w:ascii="Arial" w:hAnsi="Arial" w:cs="Arial"/>
          <w:sz w:val="20"/>
          <w:szCs w:val="20"/>
        </w:rPr>
        <w:t>Quality</w:t>
      </w:r>
      <w:proofErr w:type="spellEnd"/>
      <w:r w:rsidRPr="00BF194F">
        <w:rPr>
          <w:rFonts w:ascii="Arial" w:hAnsi="Arial" w:cs="Arial"/>
          <w:sz w:val="20"/>
          <w:szCs w:val="20"/>
        </w:rPr>
        <w:t xml:space="preserve"> of </w:t>
      </w:r>
      <w:proofErr w:type="spellStart"/>
      <w:r w:rsidRPr="00BF194F">
        <w:rPr>
          <w:rFonts w:ascii="Arial" w:hAnsi="Arial" w:cs="Arial"/>
          <w:sz w:val="20"/>
          <w:szCs w:val="20"/>
        </w:rPr>
        <w:t>Health</w:t>
      </w:r>
      <w:proofErr w:type="spellEnd"/>
      <w:r w:rsidRPr="00BF194F">
        <w:rPr>
          <w:rFonts w:ascii="Arial" w:hAnsi="Arial" w:cs="Arial"/>
          <w:sz w:val="20"/>
          <w:szCs w:val="20"/>
        </w:rPr>
        <w:t xml:space="preserve"> Care"[MeSH]</w:t>
      </w:r>
    </w:p>
    <w:p w14:paraId="4FF27685" w14:textId="77777777" w:rsidR="00BB0F51" w:rsidRPr="00BF194F" w:rsidRDefault="00BB0F51" w:rsidP="00BF194F">
      <w:pPr>
        <w:pStyle w:val="NormalWeb"/>
        <w:numPr>
          <w:ilvl w:val="1"/>
          <w:numId w:val="35"/>
        </w:numPr>
        <w:tabs>
          <w:tab w:val="clear" w:pos="1440"/>
        </w:tabs>
        <w:spacing w:before="0" w:beforeAutospacing="0" w:after="0" w:afterAutospacing="0" w:line="360" w:lineRule="auto"/>
        <w:ind w:left="1276"/>
        <w:jc w:val="both"/>
        <w:rPr>
          <w:rFonts w:ascii="Arial" w:hAnsi="Arial" w:cs="Arial"/>
          <w:sz w:val="20"/>
          <w:szCs w:val="20"/>
        </w:rPr>
      </w:pPr>
      <w:r w:rsidRPr="00BF194F">
        <w:rPr>
          <w:rFonts w:ascii="Arial" w:hAnsi="Arial" w:cs="Arial"/>
          <w:sz w:val="20"/>
          <w:szCs w:val="20"/>
        </w:rPr>
        <w:t>"Job Satisfaction"[MeSH]</w:t>
      </w:r>
    </w:p>
    <w:p w14:paraId="23B9ABC7" w14:textId="77777777" w:rsidR="00BB0F51" w:rsidRPr="00BF194F" w:rsidRDefault="00BB0F51" w:rsidP="00BF194F">
      <w:pPr>
        <w:pStyle w:val="NormalWeb"/>
        <w:numPr>
          <w:ilvl w:val="1"/>
          <w:numId w:val="35"/>
        </w:numPr>
        <w:tabs>
          <w:tab w:val="clear" w:pos="1440"/>
        </w:tabs>
        <w:spacing w:before="0" w:beforeAutospacing="0" w:after="0" w:afterAutospacing="0" w:line="360" w:lineRule="auto"/>
        <w:ind w:left="1276"/>
        <w:jc w:val="both"/>
        <w:rPr>
          <w:rFonts w:ascii="Arial" w:hAnsi="Arial" w:cs="Arial"/>
          <w:sz w:val="20"/>
          <w:szCs w:val="20"/>
        </w:rPr>
      </w:pPr>
      <w:r w:rsidRPr="00BF194F">
        <w:rPr>
          <w:rFonts w:ascii="Arial" w:hAnsi="Arial" w:cs="Arial"/>
          <w:sz w:val="20"/>
          <w:szCs w:val="20"/>
        </w:rPr>
        <w:t>"</w:t>
      </w:r>
      <w:proofErr w:type="spellStart"/>
      <w:r w:rsidRPr="00BF194F">
        <w:rPr>
          <w:rFonts w:ascii="Arial" w:hAnsi="Arial" w:cs="Arial"/>
          <w:sz w:val="20"/>
          <w:szCs w:val="20"/>
        </w:rPr>
        <w:t>prescribing</w:t>
      </w:r>
      <w:proofErr w:type="spellEnd"/>
      <w:r w:rsidRPr="00BF194F">
        <w:rPr>
          <w:rFonts w:ascii="Arial" w:hAnsi="Arial" w:cs="Arial"/>
          <w:sz w:val="20"/>
          <w:szCs w:val="20"/>
        </w:rPr>
        <w:t xml:space="preserve"> patterns"</w:t>
      </w:r>
    </w:p>
    <w:p w14:paraId="24FFB481" w14:textId="77777777" w:rsidR="00BB0F51" w:rsidRPr="00BF194F" w:rsidRDefault="00BB0F51" w:rsidP="00BF194F">
      <w:pPr>
        <w:pStyle w:val="NormalWeb"/>
        <w:numPr>
          <w:ilvl w:val="1"/>
          <w:numId w:val="35"/>
        </w:numPr>
        <w:tabs>
          <w:tab w:val="clear" w:pos="1440"/>
        </w:tabs>
        <w:spacing w:before="0" w:beforeAutospacing="0" w:after="0" w:afterAutospacing="0" w:line="360" w:lineRule="auto"/>
        <w:ind w:left="1276"/>
        <w:jc w:val="both"/>
        <w:rPr>
          <w:rFonts w:ascii="Arial" w:hAnsi="Arial" w:cs="Arial"/>
          <w:sz w:val="20"/>
          <w:szCs w:val="20"/>
        </w:rPr>
      </w:pPr>
      <w:r w:rsidRPr="00BF194F">
        <w:rPr>
          <w:rFonts w:ascii="Arial" w:hAnsi="Arial" w:cs="Arial"/>
          <w:sz w:val="20"/>
          <w:szCs w:val="20"/>
        </w:rPr>
        <w:t>"</w:t>
      </w:r>
      <w:proofErr w:type="spellStart"/>
      <w:r w:rsidRPr="00BF194F">
        <w:rPr>
          <w:rFonts w:ascii="Arial" w:hAnsi="Arial" w:cs="Arial"/>
          <w:sz w:val="20"/>
          <w:szCs w:val="20"/>
        </w:rPr>
        <w:t>drug</w:t>
      </w:r>
      <w:proofErr w:type="spellEnd"/>
      <w:r w:rsidRPr="00BF194F">
        <w:rPr>
          <w:rFonts w:ascii="Arial" w:hAnsi="Arial" w:cs="Arial"/>
          <w:sz w:val="20"/>
          <w:szCs w:val="20"/>
        </w:rPr>
        <w:t xml:space="preserve"> </w:t>
      </w:r>
      <w:proofErr w:type="spellStart"/>
      <w:r w:rsidRPr="00BF194F">
        <w:rPr>
          <w:rFonts w:ascii="Arial" w:hAnsi="Arial" w:cs="Arial"/>
          <w:sz w:val="20"/>
          <w:szCs w:val="20"/>
        </w:rPr>
        <w:t>utilization</w:t>
      </w:r>
      <w:proofErr w:type="spellEnd"/>
      <w:r w:rsidRPr="00BF194F">
        <w:rPr>
          <w:rFonts w:ascii="Arial" w:hAnsi="Arial" w:cs="Arial"/>
          <w:sz w:val="20"/>
          <w:szCs w:val="20"/>
        </w:rPr>
        <w:t xml:space="preserve">" </w:t>
      </w:r>
    </w:p>
    <w:p w14:paraId="00BC9016" w14:textId="77777777" w:rsidR="00BB0F51" w:rsidRPr="00BF194F" w:rsidRDefault="00BB0F51" w:rsidP="00BF194F">
      <w:pPr>
        <w:pStyle w:val="NormalWeb"/>
        <w:numPr>
          <w:ilvl w:val="1"/>
          <w:numId w:val="35"/>
        </w:numPr>
        <w:tabs>
          <w:tab w:val="clear" w:pos="1440"/>
        </w:tabs>
        <w:spacing w:before="0" w:beforeAutospacing="0" w:after="0" w:afterAutospacing="0" w:line="360" w:lineRule="auto"/>
        <w:ind w:left="1276"/>
        <w:jc w:val="both"/>
        <w:rPr>
          <w:rFonts w:ascii="Arial" w:hAnsi="Arial" w:cs="Arial"/>
          <w:sz w:val="20"/>
          <w:szCs w:val="20"/>
        </w:rPr>
      </w:pPr>
      <w:r w:rsidRPr="00BF194F">
        <w:rPr>
          <w:rFonts w:ascii="Arial" w:hAnsi="Arial" w:cs="Arial"/>
          <w:sz w:val="20"/>
          <w:szCs w:val="20"/>
        </w:rPr>
        <w:t>"consultation time"</w:t>
      </w:r>
    </w:p>
    <w:p w14:paraId="5CF03996" w14:textId="77777777" w:rsidR="00BB0F51" w:rsidRPr="00BF194F" w:rsidRDefault="00BB0F51" w:rsidP="00BF194F">
      <w:pPr>
        <w:pStyle w:val="NormalWeb"/>
        <w:numPr>
          <w:ilvl w:val="1"/>
          <w:numId w:val="35"/>
        </w:numPr>
        <w:tabs>
          <w:tab w:val="clear" w:pos="1440"/>
        </w:tabs>
        <w:spacing w:before="0" w:beforeAutospacing="0" w:after="0" w:afterAutospacing="0" w:line="360" w:lineRule="auto"/>
        <w:ind w:left="1276"/>
        <w:jc w:val="both"/>
        <w:rPr>
          <w:rFonts w:ascii="Arial" w:hAnsi="Arial" w:cs="Arial"/>
          <w:sz w:val="20"/>
          <w:szCs w:val="20"/>
        </w:rPr>
      </w:pPr>
      <w:r w:rsidRPr="00BF194F">
        <w:rPr>
          <w:rFonts w:ascii="Arial" w:hAnsi="Arial" w:cs="Arial"/>
          <w:sz w:val="20"/>
          <w:szCs w:val="20"/>
        </w:rPr>
        <w:t>"consultation rate"</w:t>
      </w:r>
    </w:p>
    <w:p w14:paraId="06DE2609" w14:textId="77777777" w:rsidR="00BB0F51" w:rsidRDefault="00BB0F51" w:rsidP="00BF194F">
      <w:pPr>
        <w:pStyle w:val="NormalWeb"/>
        <w:numPr>
          <w:ilvl w:val="1"/>
          <w:numId w:val="35"/>
        </w:numPr>
        <w:tabs>
          <w:tab w:val="clear" w:pos="1440"/>
        </w:tabs>
        <w:spacing w:before="0" w:beforeAutospacing="0" w:after="0" w:afterAutospacing="0" w:line="360" w:lineRule="auto"/>
        <w:ind w:left="1276"/>
        <w:jc w:val="both"/>
        <w:rPr>
          <w:rFonts w:ascii="Arial" w:hAnsi="Arial" w:cs="Arial"/>
          <w:sz w:val="20"/>
          <w:szCs w:val="20"/>
        </w:rPr>
      </w:pPr>
      <w:r w:rsidRPr="00BF194F">
        <w:rPr>
          <w:rFonts w:ascii="Arial" w:hAnsi="Arial" w:cs="Arial"/>
          <w:sz w:val="20"/>
          <w:szCs w:val="20"/>
        </w:rPr>
        <w:t>"</w:t>
      </w:r>
      <w:proofErr w:type="spellStart"/>
      <w:r w:rsidRPr="00BF194F">
        <w:rPr>
          <w:rFonts w:ascii="Arial" w:hAnsi="Arial" w:cs="Arial"/>
          <w:sz w:val="20"/>
          <w:szCs w:val="20"/>
        </w:rPr>
        <w:t>physician</w:t>
      </w:r>
      <w:proofErr w:type="spellEnd"/>
      <w:r w:rsidRPr="00BF194F">
        <w:rPr>
          <w:rFonts w:ascii="Arial" w:hAnsi="Arial" w:cs="Arial"/>
          <w:sz w:val="20"/>
          <w:szCs w:val="20"/>
        </w:rPr>
        <w:t xml:space="preserve"> practice patterns"</w:t>
      </w:r>
    </w:p>
    <w:p w14:paraId="62AA1400" w14:textId="77777777" w:rsidR="00BF194F" w:rsidRDefault="00BF194F" w:rsidP="00BF194F">
      <w:pPr>
        <w:pStyle w:val="NormalWeb"/>
        <w:spacing w:before="0" w:beforeAutospacing="0" w:after="0" w:afterAutospacing="0" w:line="360" w:lineRule="auto"/>
        <w:ind w:left="1276"/>
        <w:jc w:val="both"/>
        <w:rPr>
          <w:rFonts w:ascii="Arial" w:hAnsi="Arial" w:cs="Arial"/>
          <w:sz w:val="20"/>
          <w:szCs w:val="20"/>
        </w:rPr>
      </w:pPr>
    </w:p>
    <w:p w14:paraId="4D6C7AFB" w14:textId="77777777" w:rsidR="00BF194F" w:rsidRPr="00BF194F" w:rsidRDefault="00BF194F" w:rsidP="00BF194F">
      <w:pPr>
        <w:pStyle w:val="NormalWeb"/>
        <w:spacing w:before="0" w:beforeAutospacing="0" w:after="0" w:afterAutospacing="0" w:line="360" w:lineRule="auto"/>
        <w:ind w:left="1276"/>
        <w:jc w:val="both"/>
        <w:rPr>
          <w:rFonts w:ascii="Arial" w:hAnsi="Arial" w:cs="Arial"/>
          <w:sz w:val="20"/>
          <w:szCs w:val="20"/>
        </w:rPr>
      </w:pPr>
    </w:p>
    <w:p w14:paraId="7BA9D564" w14:textId="2958F66D" w:rsidR="00BB0F51" w:rsidRPr="00BF194F" w:rsidRDefault="00BB0F51" w:rsidP="00BF194F">
      <w:pPr>
        <w:pStyle w:val="NormalWeb"/>
        <w:spacing w:line="360" w:lineRule="auto"/>
        <w:jc w:val="both"/>
        <w:rPr>
          <w:rFonts w:ascii="Arial" w:hAnsi="Arial" w:cs="Arial"/>
          <w:sz w:val="22"/>
          <w:szCs w:val="22"/>
          <w:u w:val="single"/>
        </w:rPr>
      </w:pPr>
      <w:r w:rsidRPr="00BF194F">
        <w:rPr>
          <w:rFonts w:ascii="Arial" w:hAnsi="Arial" w:cs="Arial"/>
          <w:b/>
          <w:bCs/>
          <w:sz w:val="22"/>
          <w:szCs w:val="22"/>
        </w:rPr>
        <w:t xml:space="preserve">Concept 6 : </w:t>
      </w:r>
      <w:r w:rsidRPr="00BF194F">
        <w:rPr>
          <w:rFonts w:ascii="Arial" w:hAnsi="Arial" w:cs="Arial"/>
          <w:b/>
          <w:bCs/>
          <w:sz w:val="22"/>
          <w:szCs w:val="22"/>
          <w:u w:val="single"/>
        </w:rPr>
        <w:t>Patient-</w:t>
      </w:r>
      <w:proofErr w:type="spellStart"/>
      <w:r w:rsidRPr="00BF194F">
        <w:rPr>
          <w:rFonts w:ascii="Arial" w:hAnsi="Arial" w:cs="Arial"/>
          <w:b/>
          <w:bCs/>
          <w:sz w:val="22"/>
          <w:szCs w:val="22"/>
          <w:u w:val="single"/>
        </w:rPr>
        <w:t>Reported</w:t>
      </w:r>
      <w:proofErr w:type="spellEnd"/>
      <w:r w:rsidRPr="00BF194F">
        <w:rPr>
          <w:rFonts w:ascii="Arial" w:hAnsi="Arial" w:cs="Arial"/>
          <w:b/>
          <w:bCs/>
          <w:sz w:val="22"/>
          <w:szCs w:val="22"/>
          <w:u w:val="single"/>
        </w:rPr>
        <w:t xml:space="preserve"> </w:t>
      </w:r>
      <w:proofErr w:type="spellStart"/>
      <w:r w:rsidRPr="00BF194F">
        <w:rPr>
          <w:rFonts w:ascii="Arial" w:hAnsi="Arial" w:cs="Arial"/>
          <w:b/>
          <w:bCs/>
          <w:sz w:val="22"/>
          <w:szCs w:val="22"/>
          <w:u w:val="single"/>
        </w:rPr>
        <w:t>Outcomes</w:t>
      </w:r>
      <w:proofErr w:type="spellEnd"/>
      <w:r w:rsidRPr="00BF194F">
        <w:rPr>
          <w:rFonts w:ascii="Arial" w:hAnsi="Arial" w:cs="Arial"/>
          <w:sz w:val="22"/>
          <w:szCs w:val="22"/>
          <w:u w:val="single"/>
        </w:rPr>
        <w:t xml:space="preserve"> </w:t>
      </w:r>
    </w:p>
    <w:p w14:paraId="6F449171" w14:textId="77777777" w:rsidR="00BB0F51" w:rsidRPr="00BF194F" w:rsidRDefault="00BB0F51" w:rsidP="00BF194F">
      <w:pPr>
        <w:pStyle w:val="NormalWeb"/>
        <w:numPr>
          <w:ilvl w:val="0"/>
          <w:numId w:val="43"/>
        </w:numPr>
        <w:spacing w:line="360" w:lineRule="auto"/>
        <w:jc w:val="both"/>
        <w:rPr>
          <w:rFonts w:ascii="Arial" w:hAnsi="Arial" w:cs="Arial"/>
          <w:sz w:val="20"/>
          <w:szCs w:val="20"/>
        </w:rPr>
      </w:pPr>
      <w:r w:rsidRPr="00BF194F">
        <w:rPr>
          <w:rFonts w:ascii="Arial" w:hAnsi="Arial" w:cs="Arial"/>
          <w:b/>
          <w:bCs/>
          <w:sz w:val="20"/>
          <w:szCs w:val="20"/>
        </w:rPr>
        <w:t>French :</w:t>
      </w:r>
      <w:r w:rsidRPr="00BF194F">
        <w:rPr>
          <w:rFonts w:ascii="Arial" w:hAnsi="Arial" w:cs="Arial"/>
          <w:sz w:val="20"/>
          <w:szCs w:val="20"/>
        </w:rPr>
        <w:t xml:space="preserve"> </w:t>
      </w:r>
    </w:p>
    <w:p w14:paraId="73C790A0" w14:textId="77777777" w:rsidR="00BB0F51" w:rsidRPr="00BF194F" w:rsidRDefault="00BB0F51" w:rsidP="00BF194F">
      <w:pPr>
        <w:pStyle w:val="NormalWeb"/>
        <w:numPr>
          <w:ilvl w:val="1"/>
          <w:numId w:val="43"/>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"douleur"[MeSH]</w:t>
      </w:r>
    </w:p>
    <w:p w14:paraId="4A04477B" w14:textId="77777777" w:rsidR="00BB0F51" w:rsidRPr="00BF194F" w:rsidRDefault="00BB0F51" w:rsidP="00BF194F">
      <w:pPr>
        <w:pStyle w:val="NormalWeb"/>
        <w:numPr>
          <w:ilvl w:val="1"/>
          <w:numId w:val="43"/>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"fonction"[MeSH]</w:t>
      </w:r>
    </w:p>
    <w:p w14:paraId="21371AB8" w14:textId="77777777" w:rsidR="00BB0F51" w:rsidRPr="00BF194F" w:rsidRDefault="00BB0F51" w:rsidP="00BF194F">
      <w:pPr>
        <w:pStyle w:val="NormalWeb"/>
        <w:numPr>
          <w:ilvl w:val="1"/>
          <w:numId w:val="43"/>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"qualité de vie"[MeSH]</w:t>
      </w:r>
    </w:p>
    <w:p w14:paraId="5A08C0EF" w14:textId="77777777" w:rsidR="00BB0F51" w:rsidRPr="00BF194F" w:rsidRDefault="00BB0F51" w:rsidP="00BF194F">
      <w:pPr>
        <w:pStyle w:val="NormalWeb"/>
        <w:numPr>
          <w:ilvl w:val="1"/>
          <w:numId w:val="43"/>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lastRenderedPageBreak/>
        <w:t xml:space="preserve">"EVA" </w:t>
      </w:r>
    </w:p>
    <w:p w14:paraId="1CDE8497" w14:textId="77777777" w:rsidR="00BB0F51" w:rsidRPr="00BF194F" w:rsidRDefault="00BB0F51" w:rsidP="00BF194F">
      <w:pPr>
        <w:pStyle w:val="NormalWeb"/>
        <w:numPr>
          <w:ilvl w:val="1"/>
          <w:numId w:val="43"/>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 xml:space="preserve">"questionnaire douleur de McGill" </w:t>
      </w:r>
    </w:p>
    <w:p w14:paraId="1F9160AF" w14:textId="77777777" w:rsidR="00BB0F51" w:rsidRPr="00BF194F" w:rsidRDefault="00BB0F51" w:rsidP="00BF194F">
      <w:pPr>
        <w:pStyle w:val="NormalWeb"/>
        <w:numPr>
          <w:ilvl w:val="1"/>
          <w:numId w:val="43"/>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 xml:space="preserve">"HAQ" </w:t>
      </w:r>
    </w:p>
    <w:p w14:paraId="2736EC86" w14:textId="77777777" w:rsidR="00BB0F51" w:rsidRPr="00BF194F" w:rsidRDefault="00BB0F51" w:rsidP="00BF194F">
      <w:pPr>
        <w:pStyle w:val="NormalWeb"/>
        <w:numPr>
          <w:ilvl w:val="1"/>
          <w:numId w:val="43"/>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 xml:space="preserve">"SF-36" </w:t>
      </w:r>
    </w:p>
    <w:p w14:paraId="7E16A471" w14:textId="77777777" w:rsidR="00BB0F51" w:rsidRPr="00BF194F" w:rsidRDefault="00BB0F51" w:rsidP="00BF194F">
      <w:pPr>
        <w:pStyle w:val="NormalWeb"/>
        <w:numPr>
          <w:ilvl w:val="0"/>
          <w:numId w:val="43"/>
        </w:numPr>
        <w:spacing w:line="360" w:lineRule="auto"/>
        <w:jc w:val="both"/>
        <w:rPr>
          <w:rFonts w:ascii="Arial" w:hAnsi="Arial" w:cs="Arial"/>
          <w:b/>
          <w:bCs/>
          <w:sz w:val="20"/>
          <w:szCs w:val="20"/>
        </w:rPr>
      </w:pPr>
      <w:r w:rsidRPr="00BF194F">
        <w:rPr>
          <w:rFonts w:ascii="Arial" w:hAnsi="Arial" w:cs="Arial"/>
          <w:b/>
          <w:bCs/>
          <w:sz w:val="20"/>
          <w:szCs w:val="20"/>
        </w:rPr>
        <w:t xml:space="preserve">English : </w:t>
      </w:r>
    </w:p>
    <w:p w14:paraId="715BFA04" w14:textId="77777777" w:rsidR="00BB0F51" w:rsidRPr="00BF194F" w:rsidRDefault="00BB0F51" w:rsidP="00BF194F">
      <w:pPr>
        <w:pStyle w:val="NormalWeb"/>
        <w:numPr>
          <w:ilvl w:val="1"/>
          <w:numId w:val="43"/>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"Patient-</w:t>
      </w:r>
      <w:proofErr w:type="spellStart"/>
      <w:r w:rsidRPr="00BF194F">
        <w:rPr>
          <w:rFonts w:ascii="Arial" w:hAnsi="Arial" w:cs="Arial"/>
          <w:sz w:val="20"/>
          <w:szCs w:val="20"/>
        </w:rPr>
        <w:t>reported</w:t>
      </w:r>
      <w:proofErr w:type="spellEnd"/>
      <w:r w:rsidRPr="00BF194F">
        <w:rPr>
          <w:rFonts w:ascii="Arial" w:hAnsi="Arial" w:cs="Arial"/>
          <w:sz w:val="20"/>
          <w:szCs w:val="20"/>
        </w:rPr>
        <w:t xml:space="preserve"> </w:t>
      </w:r>
      <w:proofErr w:type="spellStart"/>
      <w:r w:rsidRPr="00BF194F">
        <w:rPr>
          <w:rFonts w:ascii="Arial" w:hAnsi="Arial" w:cs="Arial"/>
          <w:sz w:val="20"/>
          <w:szCs w:val="20"/>
        </w:rPr>
        <w:t>outcome</w:t>
      </w:r>
      <w:proofErr w:type="spellEnd"/>
      <w:r w:rsidRPr="00BF194F">
        <w:rPr>
          <w:rFonts w:ascii="Arial" w:hAnsi="Arial" w:cs="Arial"/>
          <w:sz w:val="20"/>
          <w:szCs w:val="20"/>
        </w:rPr>
        <w:t>"[MeSH]</w:t>
      </w:r>
    </w:p>
    <w:p w14:paraId="709353C0" w14:textId="77777777" w:rsidR="00BB0F51" w:rsidRPr="00BF194F" w:rsidRDefault="00BB0F51" w:rsidP="00BF194F">
      <w:pPr>
        <w:pStyle w:val="NormalWeb"/>
        <w:numPr>
          <w:ilvl w:val="1"/>
          <w:numId w:val="43"/>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 xml:space="preserve">"pain </w:t>
      </w:r>
      <w:proofErr w:type="spellStart"/>
      <w:r w:rsidRPr="00BF194F">
        <w:rPr>
          <w:rFonts w:ascii="Arial" w:hAnsi="Arial" w:cs="Arial"/>
          <w:sz w:val="20"/>
          <w:szCs w:val="20"/>
        </w:rPr>
        <w:t>assessment</w:t>
      </w:r>
      <w:proofErr w:type="spellEnd"/>
      <w:r w:rsidRPr="00BF194F">
        <w:rPr>
          <w:rFonts w:ascii="Arial" w:hAnsi="Arial" w:cs="Arial"/>
          <w:sz w:val="20"/>
          <w:szCs w:val="20"/>
        </w:rPr>
        <w:t xml:space="preserve">" </w:t>
      </w:r>
    </w:p>
    <w:p w14:paraId="5F00E6F5" w14:textId="77777777" w:rsidR="00BB0F51" w:rsidRPr="00BF194F" w:rsidRDefault="00BB0F51" w:rsidP="00BF194F">
      <w:pPr>
        <w:pStyle w:val="NormalWeb"/>
        <w:numPr>
          <w:ilvl w:val="1"/>
          <w:numId w:val="43"/>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w:t>
      </w:r>
      <w:proofErr w:type="spellStart"/>
      <w:r w:rsidRPr="00BF194F">
        <w:rPr>
          <w:rFonts w:ascii="Arial" w:hAnsi="Arial" w:cs="Arial"/>
          <w:sz w:val="20"/>
          <w:szCs w:val="20"/>
        </w:rPr>
        <w:t>functional</w:t>
      </w:r>
      <w:proofErr w:type="spellEnd"/>
      <w:r w:rsidRPr="00BF194F">
        <w:rPr>
          <w:rFonts w:ascii="Arial" w:hAnsi="Arial" w:cs="Arial"/>
          <w:sz w:val="20"/>
          <w:szCs w:val="20"/>
        </w:rPr>
        <w:t xml:space="preserve"> </w:t>
      </w:r>
      <w:proofErr w:type="spellStart"/>
      <w:r w:rsidRPr="00BF194F">
        <w:rPr>
          <w:rFonts w:ascii="Arial" w:hAnsi="Arial" w:cs="Arial"/>
          <w:sz w:val="20"/>
          <w:szCs w:val="20"/>
        </w:rPr>
        <w:t>status</w:t>
      </w:r>
      <w:proofErr w:type="spellEnd"/>
      <w:r w:rsidRPr="00BF194F">
        <w:rPr>
          <w:rFonts w:ascii="Arial" w:hAnsi="Arial" w:cs="Arial"/>
          <w:sz w:val="20"/>
          <w:szCs w:val="20"/>
        </w:rPr>
        <w:t>"</w:t>
      </w:r>
    </w:p>
    <w:p w14:paraId="61926E1B" w14:textId="77777777" w:rsidR="00BF194F" w:rsidRDefault="00BF194F" w:rsidP="00BF194F">
      <w:pPr>
        <w:pStyle w:val="NormalWeb"/>
        <w:spacing w:line="360" w:lineRule="auto"/>
        <w:jc w:val="both"/>
        <w:rPr>
          <w:rFonts w:ascii="Arial" w:hAnsi="Arial" w:cs="Arial"/>
          <w:b/>
          <w:bCs/>
          <w:sz w:val="22"/>
          <w:szCs w:val="22"/>
        </w:rPr>
      </w:pPr>
    </w:p>
    <w:p w14:paraId="78F4F095" w14:textId="55B6D190" w:rsidR="00BB0F51" w:rsidRPr="00BF194F" w:rsidRDefault="00BB0F51" w:rsidP="00BF194F">
      <w:pPr>
        <w:pStyle w:val="NormalWeb"/>
        <w:spacing w:line="360" w:lineRule="auto"/>
        <w:jc w:val="both"/>
        <w:rPr>
          <w:rFonts w:ascii="Arial" w:hAnsi="Arial" w:cs="Arial"/>
          <w:sz w:val="22"/>
          <w:szCs w:val="22"/>
          <w:u w:val="single"/>
        </w:rPr>
      </w:pPr>
      <w:r w:rsidRPr="00BF194F">
        <w:rPr>
          <w:rFonts w:ascii="Arial" w:hAnsi="Arial" w:cs="Arial"/>
          <w:b/>
          <w:bCs/>
          <w:sz w:val="22"/>
          <w:szCs w:val="22"/>
        </w:rPr>
        <w:t xml:space="preserve">Concept 7 : </w:t>
      </w:r>
      <w:r w:rsidRPr="00BF194F">
        <w:rPr>
          <w:rFonts w:ascii="Arial" w:hAnsi="Arial" w:cs="Arial"/>
          <w:b/>
          <w:bCs/>
          <w:sz w:val="22"/>
          <w:szCs w:val="22"/>
          <w:u w:val="single"/>
        </w:rPr>
        <w:t xml:space="preserve">Healthcare </w:t>
      </w:r>
      <w:proofErr w:type="spellStart"/>
      <w:r w:rsidRPr="00BF194F">
        <w:rPr>
          <w:rFonts w:ascii="Arial" w:hAnsi="Arial" w:cs="Arial"/>
          <w:b/>
          <w:bCs/>
          <w:sz w:val="22"/>
          <w:szCs w:val="22"/>
          <w:u w:val="single"/>
        </w:rPr>
        <w:t>Costs</w:t>
      </w:r>
      <w:proofErr w:type="spellEnd"/>
      <w:r w:rsidRPr="00BF194F">
        <w:rPr>
          <w:rFonts w:ascii="Arial" w:hAnsi="Arial" w:cs="Arial"/>
          <w:sz w:val="22"/>
          <w:szCs w:val="22"/>
          <w:u w:val="single"/>
        </w:rPr>
        <w:t xml:space="preserve"> </w:t>
      </w:r>
    </w:p>
    <w:p w14:paraId="348C94E0" w14:textId="77777777" w:rsidR="00BB0F51" w:rsidRPr="00BF194F" w:rsidRDefault="00BB0F51" w:rsidP="00BF194F">
      <w:pPr>
        <w:pStyle w:val="NormalWeb"/>
        <w:numPr>
          <w:ilvl w:val="0"/>
          <w:numId w:val="44"/>
        </w:numPr>
        <w:spacing w:line="360" w:lineRule="auto"/>
        <w:jc w:val="both"/>
        <w:rPr>
          <w:rFonts w:ascii="Arial" w:hAnsi="Arial" w:cs="Arial"/>
          <w:sz w:val="20"/>
          <w:szCs w:val="20"/>
        </w:rPr>
      </w:pPr>
      <w:r w:rsidRPr="00BF194F">
        <w:rPr>
          <w:rFonts w:ascii="Arial" w:hAnsi="Arial" w:cs="Arial"/>
          <w:b/>
          <w:bCs/>
          <w:sz w:val="20"/>
          <w:szCs w:val="20"/>
        </w:rPr>
        <w:t>French :</w:t>
      </w:r>
      <w:r w:rsidRPr="00BF194F">
        <w:rPr>
          <w:rFonts w:ascii="Arial" w:hAnsi="Arial" w:cs="Arial"/>
          <w:sz w:val="20"/>
          <w:szCs w:val="20"/>
        </w:rPr>
        <w:t xml:space="preserve"> </w:t>
      </w:r>
    </w:p>
    <w:p w14:paraId="02547F9A" w14:textId="77777777" w:rsidR="00BB0F51" w:rsidRPr="00BF194F" w:rsidRDefault="00BB0F51" w:rsidP="00BF194F">
      <w:pPr>
        <w:pStyle w:val="NormalWeb"/>
        <w:numPr>
          <w:ilvl w:val="1"/>
          <w:numId w:val="44"/>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 xml:space="preserve">"coûts de santé" </w:t>
      </w:r>
    </w:p>
    <w:p w14:paraId="7EAFF0DD" w14:textId="77777777" w:rsidR="00BB0F51" w:rsidRPr="00BF194F" w:rsidRDefault="00BB0F51" w:rsidP="00BF194F">
      <w:pPr>
        <w:pStyle w:val="NormalWeb"/>
        <w:numPr>
          <w:ilvl w:val="1"/>
          <w:numId w:val="44"/>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 xml:space="preserve">"coûts directs" </w:t>
      </w:r>
    </w:p>
    <w:p w14:paraId="3EB837C9" w14:textId="77777777" w:rsidR="00BB0F51" w:rsidRPr="00BF194F" w:rsidRDefault="00BB0F51" w:rsidP="00BF194F">
      <w:pPr>
        <w:pStyle w:val="NormalWeb"/>
        <w:numPr>
          <w:ilvl w:val="1"/>
          <w:numId w:val="44"/>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 xml:space="preserve">"coûts indirects" </w:t>
      </w:r>
    </w:p>
    <w:p w14:paraId="3C410159" w14:textId="77777777" w:rsidR="00BB0F51" w:rsidRPr="00BF194F" w:rsidRDefault="00BB0F51" w:rsidP="00BF194F">
      <w:pPr>
        <w:pStyle w:val="NormalWeb"/>
        <w:numPr>
          <w:ilvl w:val="1"/>
          <w:numId w:val="44"/>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 xml:space="preserve">"analyse coût-efficacité" </w:t>
      </w:r>
    </w:p>
    <w:p w14:paraId="24DD7951" w14:textId="77777777" w:rsidR="00BB0F51" w:rsidRPr="00BF194F" w:rsidRDefault="00BB0F51" w:rsidP="00BF194F">
      <w:pPr>
        <w:pStyle w:val="NormalWeb"/>
        <w:numPr>
          <w:ilvl w:val="1"/>
          <w:numId w:val="44"/>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 xml:space="preserve">"analyse coût-bénéfice" </w:t>
      </w:r>
    </w:p>
    <w:p w14:paraId="08A35C3F" w14:textId="77777777" w:rsidR="00BB0F51" w:rsidRPr="00BF194F" w:rsidRDefault="00BB0F51" w:rsidP="00BF194F">
      <w:pPr>
        <w:pStyle w:val="NormalWeb"/>
        <w:numPr>
          <w:ilvl w:val="0"/>
          <w:numId w:val="44"/>
        </w:numPr>
        <w:spacing w:line="360" w:lineRule="auto"/>
        <w:jc w:val="both"/>
        <w:rPr>
          <w:rFonts w:ascii="Arial" w:hAnsi="Arial" w:cs="Arial"/>
          <w:b/>
          <w:bCs/>
          <w:sz w:val="20"/>
          <w:szCs w:val="20"/>
        </w:rPr>
      </w:pPr>
      <w:r w:rsidRPr="00BF194F">
        <w:rPr>
          <w:rFonts w:ascii="Arial" w:hAnsi="Arial" w:cs="Arial"/>
          <w:b/>
          <w:bCs/>
          <w:sz w:val="20"/>
          <w:szCs w:val="20"/>
        </w:rPr>
        <w:t xml:space="preserve">English : </w:t>
      </w:r>
    </w:p>
    <w:p w14:paraId="261057BA" w14:textId="77777777" w:rsidR="00BB0F51" w:rsidRPr="00BF194F" w:rsidRDefault="00BB0F51" w:rsidP="00BF194F">
      <w:pPr>
        <w:pStyle w:val="NormalWeb"/>
        <w:numPr>
          <w:ilvl w:val="1"/>
          <w:numId w:val="44"/>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w:t>
      </w:r>
      <w:proofErr w:type="spellStart"/>
      <w:r w:rsidRPr="00BF194F">
        <w:rPr>
          <w:rFonts w:ascii="Arial" w:hAnsi="Arial" w:cs="Arial"/>
          <w:sz w:val="20"/>
          <w:szCs w:val="20"/>
        </w:rPr>
        <w:t>Costs</w:t>
      </w:r>
      <w:proofErr w:type="spellEnd"/>
      <w:r w:rsidRPr="00BF194F">
        <w:rPr>
          <w:rFonts w:ascii="Arial" w:hAnsi="Arial" w:cs="Arial"/>
          <w:sz w:val="20"/>
          <w:szCs w:val="20"/>
        </w:rPr>
        <w:t xml:space="preserve"> and </w:t>
      </w:r>
      <w:proofErr w:type="spellStart"/>
      <w:r w:rsidRPr="00BF194F">
        <w:rPr>
          <w:rFonts w:ascii="Arial" w:hAnsi="Arial" w:cs="Arial"/>
          <w:sz w:val="20"/>
          <w:szCs w:val="20"/>
        </w:rPr>
        <w:t>cost</w:t>
      </w:r>
      <w:proofErr w:type="spellEnd"/>
      <w:r w:rsidRPr="00BF194F">
        <w:rPr>
          <w:rFonts w:ascii="Arial" w:hAnsi="Arial" w:cs="Arial"/>
          <w:sz w:val="20"/>
          <w:szCs w:val="20"/>
        </w:rPr>
        <w:t xml:space="preserve"> </w:t>
      </w:r>
      <w:proofErr w:type="spellStart"/>
      <w:r w:rsidRPr="00BF194F">
        <w:rPr>
          <w:rFonts w:ascii="Arial" w:hAnsi="Arial" w:cs="Arial"/>
          <w:sz w:val="20"/>
          <w:szCs w:val="20"/>
        </w:rPr>
        <w:t>analysis</w:t>
      </w:r>
      <w:proofErr w:type="spellEnd"/>
      <w:r w:rsidRPr="00BF194F">
        <w:rPr>
          <w:rFonts w:ascii="Arial" w:hAnsi="Arial" w:cs="Arial"/>
          <w:sz w:val="20"/>
          <w:szCs w:val="20"/>
        </w:rPr>
        <w:t>"[MeSH]</w:t>
      </w:r>
    </w:p>
    <w:p w14:paraId="5C0252D6" w14:textId="77777777" w:rsidR="00BB0F51" w:rsidRPr="00BF194F" w:rsidRDefault="00BB0F51" w:rsidP="00BF194F">
      <w:pPr>
        <w:pStyle w:val="NormalWeb"/>
        <w:numPr>
          <w:ilvl w:val="1"/>
          <w:numId w:val="44"/>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w:t>
      </w:r>
      <w:proofErr w:type="spellStart"/>
      <w:r w:rsidRPr="00BF194F">
        <w:rPr>
          <w:rFonts w:ascii="Arial" w:hAnsi="Arial" w:cs="Arial"/>
          <w:sz w:val="20"/>
          <w:szCs w:val="20"/>
        </w:rPr>
        <w:t>healthcare</w:t>
      </w:r>
      <w:proofErr w:type="spellEnd"/>
      <w:r w:rsidRPr="00BF194F">
        <w:rPr>
          <w:rFonts w:ascii="Arial" w:hAnsi="Arial" w:cs="Arial"/>
          <w:sz w:val="20"/>
          <w:szCs w:val="20"/>
        </w:rPr>
        <w:t xml:space="preserve"> </w:t>
      </w:r>
      <w:proofErr w:type="spellStart"/>
      <w:r w:rsidRPr="00BF194F">
        <w:rPr>
          <w:rFonts w:ascii="Arial" w:hAnsi="Arial" w:cs="Arial"/>
          <w:sz w:val="20"/>
          <w:szCs w:val="20"/>
        </w:rPr>
        <w:t>costs</w:t>
      </w:r>
      <w:proofErr w:type="spellEnd"/>
      <w:r w:rsidRPr="00BF194F">
        <w:rPr>
          <w:rFonts w:ascii="Arial" w:hAnsi="Arial" w:cs="Arial"/>
          <w:sz w:val="20"/>
          <w:szCs w:val="20"/>
        </w:rPr>
        <w:t>"</w:t>
      </w:r>
    </w:p>
    <w:p w14:paraId="6030B488" w14:textId="77777777" w:rsidR="00BB0F51" w:rsidRPr="00BF194F" w:rsidRDefault="00BB0F51" w:rsidP="00BF194F">
      <w:pPr>
        <w:pStyle w:val="NormalWeb"/>
        <w:spacing w:line="360" w:lineRule="auto"/>
        <w:jc w:val="both"/>
        <w:rPr>
          <w:rFonts w:ascii="Arial" w:hAnsi="Arial" w:cs="Arial"/>
          <w:sz w:val="20"/>
          <w:szCs w:val="20"/>
        </w:rPr>
      </w:pPr>
    </w:p>
    <w:p w14:paraId="478AA89C" w14:textId="33A9AA5D" w:rsidR="00BB0F51" w:rsidRPr="00BF194F" w:rsidRDefault="00BB0F51" w:rsidP="00BF194F">
      <w:pPr>
        <w:pStyle w:val="NormalWeb"/>
        <w:spacing w:line="360" w:lineRule="auto"/>
        <w:jc w:val="both"/>
        <w:rPr>
          <w:rFonts w:ascii="Arial" w:hAnsi="Arial" w:cs="Arial"/>
          <w:sz w:val="22"/>
          <w:szCs w:val="22"/>
          <w:u w:val="single"/>
        </w:rPr>
      </w:pPr>
      <w:r w:rsidRPr="00BF194F">
        <w:rPr>
          <w:rFonts w:ascii="Arial" w:hAnsi="Arial" w:cs="Arial"/>
          <w:b/>
          <w:bCs/>
          <w:sz w:val="22"/>
          <w:szCs w:val="22"/>
        </w:rPr>
        <w:t xml:space="preserve">Concept 8 : </w:t>
      </w:r>
      <w:r w:rsidRPr="00BF194F">
        <w:rPr>
          <w:rFonts w:ascii="Arial" w:hAnsi="Arial" w:cs="Arial"/>
          <w:b/>
          <w:bCs/>
          <w:sz w:val="22"/>
          <w:szCs w:val="22"/>
          <w:u w:val="single"/>
        </w:rPr>
        <w:t xml:space="preserve">Adverse </w:t>
      </w:r>
      <w:proofErr w:type="spellStart"/>
      <w:r w:rsidRPr="00BF194F">
        <w:rPr>
          <w:rFonts w:ascii="Arial" w:hAnsi="Arial" w:cs="Arial"/>
          <w:b/>
          <w:bCs/>
          <w:sz w:val="22"/>
          <w:szCs w:val="22"/>
          <w:u w:val="single"/>
        </w:rPr>
        <w:t>Effects</w:t>
      </w:r>
      <w:proofErr w:type="spellEnd"/>
      <w:r w:rsidRPr="00BF194F">
        <w:rPr>
          <w:rFonts w:ascii="Arial" w:hAnsi="Arial" w:cs="Arial"/>
          <w:b/>
          <w:bCs/>
          <w:sz w:val="22"/>
          <w:szCs w:val="22"/>
          <w:u w:val="single"/>
        </w:rPr>
        <w:t xml:space="preserve"> of Direct Access</w:t>
      </w:r>
      <w:r w:rsidRPr="00BF194F">
        <w:rPr>
          <w:rFonts w:ascii="Arial" w:hAnsi="Arial" w:cs="Arial"/>
          <w:sz w:val="22"/>
          <w:szCs w:val="22"/>
          <w:u w:val="single"/>
        </w:rPr>
        <w:t xml:space="preserve"> </w:t>
      </w:r>
    </w:p>
    <w:p w14:paraId="10381824" w14:textId="77777777" w:rsidR="00BB0F51" w:rsidRPr="00BF194F" w:rsidRDefault="00BB0F51" w:rsidP="00BF194F">
      <w:pPr>
        <w:pStyle w:val="NormalWeb"/>
        <w:numPr>
          <w:ilvl w:val="0"/>
          <w:numId w:val="45"/>
        </w:numPr>
        <w:spacing w:line="360" w:lineRule="auto"/>
        <w:jc w:val="both"/>
        <w:rPr>
          <w:rFonts w:ascii="Arial" w:hAnsi="Arial" w:cs="Arial"/>
          <w:sz w:val="20"/>
          <w:szCs w:val="20"/>
        </w:rPr>
      </w:pPr>
      <w:r w:rsidRPr="00BF194F">
        <w:rPr>
          <w:rFonts w:ascii="Arial" w:hAnsi="Arial" w:cs="Arial"/>
          <w:b/>
          <w:bCs/>
          <w:sz w:val="20"/>
          <w:szCs w:val="20"/>
        </w:rPr>
        <w:t>French :</w:t>
      </w:r>
      <w:r w:rsidRPr="00BF194F">
        <w:rPr>
          <w:rFonts w:ascii="Arial" w:hAnsi="Arial" w:cs="Arial"/>
          <w:sz w:val="20"/>
          <w:szCs w:val="20"/>
        </w:rPr>
        <w:t xml:space="preserve"> </w:t>
      </w:r>
    </w:p>
    <w:p w14:paraId="597BB92D" w14:textId="77777777" w:rsidR="00BB0F51" w:rsidRPr="00BF194F" w:rsidRDefault="00BB0F51" w:rsidP="00BF194F">
      <w:pPr>
        <w:pStyle w:val="NormalWeb"/>
        <w:numPr>
          <w:ilvl w:val="1"/>
          <w:numId w:val="45"/>
        </w:numPr>
        <w:spacing w:line="360" w:lineRule="auto"/>
        <w:jc w:val="both"/>
        <w:rPr>
          <w:rFonts w:ascii="Arial" w:hAnsi="Arial" w:cs="Arial"/>
          <w:sz w:val="20"/>
          <w:szCs w:val="20"/>
        </w:rPr>
      </w:pPr>
      <w:r w:rsidRPr="00BF194F">
        <w:rPr>
          <w:rFonts w:ascii="Arial" w:hAnsi="Arial" w:cs="Arial"/>
          <w:sz w:val="20"/>
          <w:szCs w:val="20"/>
        </w:rPr>
        <w:t xml:space="preserve">"effets indésirables" </w:t>
      </w:r>
    </w:p>
    <w:p w14:paraId="7A7BD341" w14:textId="77777777" w:rsidR="00BB0F51" w:rsidRPr="00BF194F" w:rsidRDefault="00BB0F51" w:rsidP="00BF194F">
      <w:pPr>
        <w:pStyle w:val="NormalWeb"/>
        <w:numPr>
          <w:ilvl w:val="1"/>
          <w:numId w:val="45"/>
        </w:numPr>
        <w:spacing w:line="360" w:lineRule="auto"/>
        <w:jc w:val="both"/>
        <w:rPr>
          <w:rFonts w:ascii="Arial" w:hAnsi="Arial" w:cs="Arial"/>
          <w:sz w:val="20"/>
          <w:szCs w:val="20"/>
        </w:rPr>
      </w:pPr>
      <w:r w:rsidRPr="00BF194F">
        <w:rPr>
          <w:rFonts w:ascii="Arial" w:hAnsi="Arial" w:cs="Arial"/>
          <w:sz w:val="20"/>
          <w:szCs w:val="20"/>
        </w:rPr>
        <w:t xml:space="preserve">"surutilisation" </w:t>
      </w:r>
    </w:p>
    <w:p w14:paraId="7B6451A1" w14:textId="77777777" w:rsidR="00BB0F51" w:rsidRPr="00BF194F" w:rsidRDefault="00BB0F51" w:rsidP="00BF194F">
      <w:pPr>
        <w:pStyle w:val="NormalWeb"/>
        <w:numPr>
          <w:ilvl w:val="1"/>
          <w:numId w:val="45"/>
        </w:numPr>
        <w:spacing w:line="360" w:lineRule="auto"/>
        <w:jc w:val="both"/>
        <w:rPr>
          <w:rFonts w:ascii="Arial" w:hAnsi="Arial" w:cs="Arial"/>
          <w:sz w:val="20"/>
          <w:szCs w:val="20"/>
        </w:rPr>
      </w:pPr>
      <w:r w:rsidRPr="00BF194F">
        <w:rPr>
          <w:rFonts w:ascii="Arial" w:hAnsi="Arial" w:cs="Arial"/>
          <w:sz w:val="20"/>
          <w:szCs w:val="20"/>
        </w:rPr>
        <w:t xml:space="preserve">"retard de diagnostic" </w:t>
      </w:r>
    </w:p>
    <w:p w14:paraId="529C98C7" w14:textId="77777777" w:rsidR="00BB0F51" w:rsidRPr="00BF194F" w:rsidRDefault="00BB0F51" w:rsidP="00BF194F">
      <w:pPr>
        <w:pStyle w:val="NormalWeb"/>
        <w:numPr>
          <w:ilvl w:val="1"/>
          <w:numId w:val="45"/>
        </w:numPr>
        <w:spacing w:line="360" w:lineRule="auto"/>
        <w:jc w:val="both"/>
        <w:rPr>
          <w:rFonts w:ascii="Arial" w:hAnsi="Arial" w:cs="Arial"/>
          <w:sz w:val="20"/>
          <w:szCs w:val="20"/>
        </w:rPr>
      </w:pPr>
      <w:r w:rsidRPr="00BF194F">
        <w:rPr>
          <w:rFonts w:ascii="Arial" w:hAnsi="Arial" w:cs="Arial"/>
          <w:sz w:val="20"/>
          <w:szCs w:val="20"/>
        </w:rPr>
        <w:t xml:space="preserve">"complications" </w:t>
      </w:r>
    </w:p>
    <w:p w14:paraId="76BE9692" w14:textId="77777777" w:rsidR="00BB0F51" w:rsidRPr="00BF194F" w:rsidRDefault="00BB0F51" w:rsidP="00BF194F">
      <w:pPr>
        <w:pStyle w:val="NormalWeb"/>
        <w:numPr>
          <w:ilvl w:val="0"/>
          <w:numId w:val="45"/>
        </w:numPr>
        <w:spacing w:line="360" w:lineRule="auto"/>
        <w:jc w:val="both"/>
        <w:rPr>
          <w:rFonts w:ascii="Arial" w:hAnsi="Arial" w:cs="Arial"/>
          <w:b/>
          <w:bCs/>
          <w:sz w:val="20"/>
          <w:szCs w:val="20"/>
        </w:rPr>
      </w:pPr>
      <w:r w:rsidRPr="00BF194F">
        <w:rPr>
          <w:rFonts w:ascii="Arial" w:hAnsi="Arial" w:cs="Arial"/>
          <w:b/>
          <w:bCs/>
          <w:sz w:val="20"/>
          <w:szCs w:val="20"/>
        </w:rPr>
        <w:t xml:space="preserve">English : </w:t>
      </w:r>
    </w:p>
    <w:p w14:paraId="34229189" w14:textId="77777777" w:rsidR="00BB0F51" w:rsidRPr="00BF194F" w:rsidRDefault="00BB0F51" w:rsidP="00BF194F">
      <w:pPr>
        <w:pStyle w:val="NormalWeb"/>
        <w:numPr>
          <w:ilvl w:val="1"/>
          <w:numId w:val="45"/>
        </w:numPr>
        <w:spacing w:line="360" w:lineRule="auto"/>
        <w:jc w:val="both"/>
        <w:rPr>
          <w:rFonts w:ascii="Arial" w:hAnsi="Arial" w:cs="Arial"/>
          <w:sz w:val="20"/>
          <w:szCs w:val="20"/>
        </w:rPr>
      </w:pPr>
      <w:r w:rsidRPr="00BF194F">
        <w:rPr>
          <w:rFonts w:ascii="Arial" w:hAnsi="Arial" w:cs="Arial"/>
          <w:sz w:val="20"/>
          <w:szCs w:val="20"/>
        </w:rPr>
        <w:t xml:space="preserve">"Adverse </w:t>
      </w:r>
      <w:proofErr w:type="spellStart"/>
      <w:r w:rsidRPr="00BF194F">
        <w:rPr>
          <w:rFonts w:ascii="Arial" w:hAnsi="Arial" w:cs="Arial"/>
          <w:sz w:val="20"/>
          <w:szCs w:val="20"/>
        </w:rPr>
        <w:t>effects</w:t>
      </w:r>
      <w:proofErr w:type="spellEnd"/>
      <w:r w:rsidRPr="00BF194F">
        <w:rPr>
          <w:rFonts w:ascii="Arial" w:hAnsi="Arial" w:cs="Arial"/>
          <w:sz w:val="20"/>
          <w:szCs w:val="20"/>
        </w:rPr>
        <w:t>"[MeSH]</w:t>
      </w:r>
    </w:p>
    <w:p w14:paraId="2D360FF5" w14:textId="77777777" w:rsidR="00BB0F51" w:rsidRPr="00BF194F" w:rsidRDefault="00BB0F51" w:rsidP="00BF194F">
      <w:pPr>
        <w:pStyle w:val="NormalWeb"/>
        <w:numPr>
          <w:ilvl w:val="1"/>
          <w:numId w:val="45"/>
        </w:numPr>
        <w:spacing w:line="360" w:lineRule="auto"/>
        <w:jc w:val="both"/>
        <w:rPr>
          <w:rFonts w:ascii="Arial" w:hAnsi="Arial" w:cs="Arial"/>
          <w:sz w:val="20"/>
          <w:szCs w:val="20"/>
        </w:rPr>
      </w:pPr>
      <w:r w:rsidRPr="00BF194F">
        <w:rPr>
          <w:rFonts w:ascii="Arial" w:hAnsi="Arial" w:cs="Arial"/>
          <w:sz w:val="20"/>
          <w:szCs w:val="20"/>
        </w:rPr>
        <w:t>"</w:t>
      </w:r>
      <w:proofErr w:type="spellStart"/>
      <w:r w:rsidRPr="00BF194F">
        <w:rPr>
          <w:rFonts w:ascii="Arial" w:hAnsi="Arial" w:cs="Arial"/>
          <w:sz w:val="20"/>
          <w:szCs w:val="20"/>
        </w:rPr>
        <w:t>side</w:t>
      </w:r>
      <w:proofErr w:type="spellEnd"/>
      <w:r w:rsidRPr="00BF194F">
        <w:rPr>
          <w:rFonts w:ascii="Arial" w:hAnsi="Arial" w:cs="Arial"/>
          <w:sz w:val="20"/>
          <w:szCs w:val="20"/>
        </w:rPr>
        <w:t xml:space="preserve"> </w:t>
      </w:r>
      <w:proofErr w:type="spellStart"/>
      <w:r w:rsidRPr="00BF194F">
        <w:rPr>
          <w:rFonts w:ascii="Arial" w:hAnsi="Arial" w:cs="Arial"/>
          <w:sz w:val="20"/>
          <w:szCs w:val="20"/>
        </w:rPr>
        <w:t>effects</w:t>
      </w:r>
      <w:proofErr w:type="spellEnd"/>
      <w:r w:rsidRPr="00BF194F">
        <w:rPr>
          <w:rFonts w:ascii="Arial" w:hAnsi="Arial" w:cs="Arial"/>
          <w:sz w:val="20"/>
          <w:szCs w:val="20"/>
        </w:rPr>
        <w:t xml:space="preserve">" </w:t>
      </w:r>
    </w:p>
    <w:p w14:paraId="0E0F0605" w14:textId="77777777" w:rsidR="00BB0F51" w:rsidRPr="00BF194F" w:rsidRDefault="00BB0F51" w:rsidP="00BF194F">
      <w:pPr>
        <w:pStyle w:val="NormalWeb"/>
        <w:numPr>
          <w:ilvl w:val="1"/>
          <w:numId w:val="45"/>
        </w:numPr>
        <w:spacing w:line="360" w:lineRule="auto"/>
        <w:jc w:val="both"/>
        <w:rPr>
          <w:rFonts w:ascii="Arial" w:hAnsi="Arial" w:cs="Arial"/>
          <w:sz w:val="20"/>
          <w:szCs w:val="20"/>
        </w:rPr>
      </w:pPr>
      <w:r w:rsidRPr="00BF194F">
        <w:rPr>
          <w:rFonts w:ascii="Arial" w:hAnsi="Arial" w:cs="Arial"/>
          <w:sz w:val="20"/>
          <w:szCs w:val="20"/>
        </w:rPr>
        <w:t>"</w:t>
      </w:r>
      <w:proofErr w:type="spellStart"/>
      <w:r w:rsidRPr="00BF194F">
        <w:rPr>
          <w:rFonts w:ascii="Arial" w:hAnsi="Arial" w:cs="Arial"/>
          <w:sz w:val="20"/>
          <w:szCs w:val="20"/>
        </w:rPr>
        <w:t>overuse</w:t>
      </w:r>
      <w:proofErr w:type="spellEnd"/>
      <w:r w:rsidRPr="00BF194F">
        <w:rPr>
          <w:rFonts w:ascii="Arial" w:hAnsi="Arial" w:cs="Arial"/>
          <w:sz w:val="20"/>
          <w:szCs w:val="20"/>
        </w:rPr>
        <w:t xml:space="preserve">" </w:t>
      </w:r>
    </w:p>
    <w:p w14:paraId="7166A363" w14:textId="77777777" w:rsidR="00BB0F51" w:rsidRPr="00BF194F" w:rsidRDefault="00BB0F51" w:rsidP="00BF194F">
      <w:pPr>
        <w:pStyle w:val="NormalWeb"/>
        <w:numPr>
          <w:ilvl w:val="1"/>
          <w:numId w:val="45"/>
        </w:numPr>
        <w:spacing w:line="360" w:lineRule="auto"/>
        <w:jc w:val="both"/>
        <w:rPr>
          <w:rFonts w:ascii="Arial" w:hAnsi="Arial" w:cs="Arial"/>
          <w:sz w:val="20"/>
          <w:szCs w:val="20"/>
        </w:rPr>
      </w:pPr>
      <w:r w:rsidRPr="00BF194F">
        <w:rPr>
          <w:rFonts w:ascii="Arial" w:hAnsi="Arial" w:cs="Arial"/>
          <w:sz w:val="20"/>
          <w:szCs w:val="20"/>
        </w:rPr>
        <w:t>"</w:t>
      </w:r>
      <w:proofErr w:type="spellStart"/>
      <w:r w:rsidRPr="00BF194F">
        <w:rPr>
          <w:rFonts w:ascii="Arial" w:hAnsi="Arial" w:cs="Arial"/>
          <w:sz w:val="20"/>
          <w:szCs w:val="20"/>
        </w:rPr>
        <w:t>delayed</w:t>
      </w:r>
      <w:proofErr w:type="spellEnd"/>
      <w:r w:rsidRPr="00BF194F">
        <w:rPr>
          <w:rFonts w:ascii="Arial" w:hAnsi="Arial" w:cs="Arial"/>
          <w:sz w:val="20"/>
          <w:szCs w:val="20"/>
        </w:rPr>
        <w:t xml:space="preserve"> </w:t>
      </w:r>
      <w:proofErr w:type="spellStart"/>
      <w:r w:rsidRPr="00BF194F">
        <w:rPr>
          <w:rFonts w:ascii="Arial" w:hAnsi="Arial" w:cs="Arial"/>
          <w:sz w:val="20"/>
          <w:szCs w:val="20"/>
        </w:rPr>
        <w:t>diagnosis</w:t>
      </w:r>
      <w:proofErr w:type="spellEnd"/>
      <w:r w:rsidRPr="00BF194F">
        <w:rPr>
          <w:rFonts w:ascii="Arial" w:hAnsi="Arial" w:cs="Arial"/>
          <w:sz w:val="20"/>
          <w:szCs w:val="20"/>
        </w:rPr>
        <w:t>"</w:t>
      </w:r>
    </w:p>
    <w:p w14:paraId="022624DA" w14:textId="77777777" w:rsidR="00BB0F51" w:rsidRPr="00BF194F" w:rsidRDefault="00BB0F51" w:rsidP="00BF194F">
      <w:pPr>
        <w:pStyle w:val="NormalWeb"/>
        <w:spacing w:line="360" w:lineRule="auto"/>
        <w:ind w:left="1440"/>
        <w:jc w:val="both"/>
        <w:rPr>
          <w:rFonts w:ascii="Arial" w:hAnsi="Arial" w:cs="Arial"/>
          <w:sz w:val="4"/>
          <w:szCs w:val="4"/>
        </w:rPr>
      </w:pPr>
    </w:p>
    <w:p w14:paraId="0A0DEBA1" w14:textId="77777777" w:rsidR="00BB0F51" w:rsidRDefault="00BB0F51" w:rsidP="00BF194F">
      <w:pPr>
        <w:pStyle w:val="NormalWeb"/>
        <w:spacing w:line="360" w:lineRule="auto"/>
        <w:ind w:left="1440"/>
        <w:jc w:val="both"/>
        <w:rPr>
          <w:rFonts w:ascii="Arial" w:hAnsi="Arial" w:cs="Arial"/>
          <w:sz w:val="4"/>
          <w:szCs w:val="4"/>
        </w:rPr>
      </w:pPr>
    </w:p>
    <w:p w14:paraId="45288AFE" w14:textId="77777777" w:rsidR="00BF194F" w:rsidRPr="00BF194F" w:rsidRDefault="00BF194F" w:rsidP="00BF194F">
      <w:pPr>
        <w:pStyle w:val="NormalWeb"/>
        <w:spacing w:line="360" w:lineRule="auto"/>
        <w:ind w:left="1440"/>
        <w:jc w:val="both"/>
        <w:rPr>
          <w:rFonts w:ascii="Arial" w:hAnsi="Arial" w:cs="Arial"/>
          <w:sz w:val="4"/>
          <w:szCs w:val="4"/>
        </w:rPr>
      </w:pPr>
    </w:p>
    <w:p w14:paraId="0C607F7D" w14:textId="04CFBE03" w:rsidR="00BB0F51" w:rsidRPr="00BF194F" w:rsidRDefault="00BB0F51" w:rsidP="00BF194F">
      <w:pPr>
        <w:pStyle w:val="NormalWeb"/>
        <w:spacing w:line="360" w:lineRule="auto"/>
        <w:jc w:val="both"/>
        <w:rPr>
          <w:rFonts w:ascii="Arial" w:hAnsi="Arial" w:cs="Arial"/>
          <w:b/>
          <w:bCs/>
          <w:sz w:val="22"/>
          <w:szCs w:val="22"/>
          <w:u w:val="single"/>
        </w:rPr>
      </w:pPr>
      <w:r w:rsidRPr="00BF194F">
        <w:rPr>
          <w:rFonts w:ascii="Arial" w:hAnsi="Arial" w:cs="Arial"/>
          <w:b/>
          <w:bCs/>
          <w:sz w:val="22"/>
          <w:szCs w:val="22"/>
        </w:rPr>
        <w:lastRenderedPageBreak/>
        <w:t xml:space="preserve">Concept 9 : </w:t>
      </w:r>
      <w:r w:rsidRPr="00BF194F">
        <w:rPr>
          <w:rFonts w:ascii="Arial" w:hAnsi="Arial" w:cs="Arial"/>
          <w:b/>
          <w:bCs/>
          <w:sz w:val="22"/>
          <w:szCs w:val="22"/>
          <w:u w:val="single"/>
        </w:rPr>
        <w:t xml:space="preserve">Direct Access and </w:t>
      </w:r>
      <w:proofErr w:type="spellStart"/>
      <w:r w:rsidRPr="00BF194F">
        <w:rPr>
          <w:rFonts w:ascii="Arial" w:hAnsi="Arial" w:cs="Arial"/>
          <w:b/>
          <w:bCs/>
          <w:sz w:val="22"/>
          <w:szCs w:val="22"/>
          <w:u w:val="single"/>
        </w:rPr>
        <w:t>Primary</w:t>
      </w:r>
      <w:proofErr w:type="spellEnd"/>
      <w:r w:rsidRPr="00BF194F">
        <w:rPr>
          <w:rFonts w:ascii="Arial" w:hAnsi="Arial" w:cs="Arial"/>
          <w:b/>
          <w:bCs/>
          <w:sz w:val="22"/>
          <w:szCs w:val="22"/>
          <w:u w:val="single"/>
        </w:rPr>
        <w:t xml:space="preserve"> Care </w:t>
      </w:r>
      <w:proofErr w:type="spellStart"/>
      <w:r w:rsidRPr="00BF194F">
        <w:rPr>
          <w:rFonts w:ascii="Arial" w:hAnsi="Arial" w:cs="Arial"/>
          <w:b/>
          <w:bCs/>
          <w:sz w:val="22"/>
          <w:szCs w:val="22"/>
          <w:u w:val="single"/>
        </w:rPr>
        <w:t>Organization</w:t>
      </w:r>
      <w:proofErr w:type="spellEnd"/>
    </w:p>
    <w:p w14:paraId="5302CA7C" w14:textId="77777777" w:rsidR="00BB0F51" w:rsidRPr="00BF194F" w:rsidRDefault="00BB0F51" w:rsidP="00BF194F">
      <w:pPr>
        <w:pStyle w:val="NormalWeb"/>
        <w:numPr>
          <w:ilvl w:val="0"/>
          <w:numId w:val="46"/>
        </w:numPr>
        <w:spacing w:line="360" w:lineRule="auto"/>
        <w:jc w:val="both"/>
        <w:rPr>
          <w:rFonts w:ascii="Arial" w:hAnsi="Arial" w:cs="Arial"/>
          <w:sz w:val="20"/>
          <w:szCs w:val="20"/>
        </w:rPr>
      </w:pPr>
      <w:r w:rsidRPr="00BF194F">
        <w:rPr>
          <w:rFonts w:ascii="Arial" w:hAnsi="Arial" w:cs="Arial"/>
          <w:b/>
          <w:bCs/>
          <w:sz w:val="20"/>
          <w:szCs w:val="20"/>
        </w:rPr>
        <w:t>French :</w:t>
      </w:r>
      <w:r w:rsidRPr="00BF194F">
        <w:rPr>
          <w:rFonts w:ascii="Arial" w:hAnsi="Arial" w:cs="Arial"/>
          <w:sz w:val="20"/>
          <w:szCs w:val="20"/>
        </w:rPr>
        <w:t xml:space="preserve"> </w:t>
      </w:r>
    </w:p>
    <w:p w14:paraId="38D587FE" w14:textId="77777777" w:rsidR="00BB0F51" w:rsidRPr="00BF194F" w:rsidRDefault="00BB0F51" w:rsidP="00BF194F">
      <w:pPr>
        <w:pStyle w:val="NormalWeb"/>
        <w:numPr>
          <w:ilvl w:val="1"/>
          <w:numId w:val="46"/>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 xml:space="preserve">"parcours de soins" </w:t>
      </w:r>
    </w:p>
    <w:p w14:paraId="72CEF855" w14:textId="77777777" w:rsidR="00BB0F51" w:rsidRPr="00BF194F" w:rsidRDefault="00BB0F51" w:rsidP="00BF194F">
      <w:pPr>
        <w:pStyle w:val="NormalWeb"/>
        <w:numPr>
          <w:ilvl w:val="1"/>
          <w:numId w:val="46"/>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 xml:space="preserve">"organisation des soins" </w:t>
      </w:r>
    </w:p>
    <w:p w14:paraId="0919C5A6" w14:textId="77777777" w:rsidR="00BB0F51" w:rsidRPr="00BF194F" w:rsidRDefault="00BB0F51" w:rsidP="00BF194F">
      <w:pPr>
        <w:pStyle w:val="NormalWeb"/>
        <w:numPr>
          <w:ilvl w:val="1"/>
          <w:numId w:val="46"/>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 xml:space="preserve">"accès aux soins" </w:t>
      </w:r>
    </w:p>
    <w:p w14:paraId="3CC03304" w14:textId="77777777" w:rsidR="00BB0F51" w:rsidRPr="00BF194F" w:rsidRDefault="00BB0F51" w:rsidP="00BF194F">
      <w:pPr>
        <w:pStyle w:val="NormalWeb"/>
        <w:numPr>
          <w:ilvl w:val="1"/>
          <w:numId w:val="46"/>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 xml:space="preserve">"coordination des soins" </w:t>
      </w:r>
    </w:p>
    <w:p w14:paraId="6EFCE3DD" w14:textId="77777777" w:rsidR="00BB0F51" w:rsidRPr="00BF194F" w:rsidRDefault="00BB0F51" w:rsidP="00BF194F">
      <w:pPr>
        <w:pStyle w:val="NormalWeb"/>
        <w:numPr>
          <w:ilvl w:val="0"/>
          <w:numId w:val="46"/>
        </w:numPr>
        <w:spacing w:line="360" w:lineRule="auto"/>
        <w:jc w:val="both"/>
        <w:rPr>
          <w:rFonts w:ascii="Arial" w:hAnsi="Arial" w:cs="Arial"/>
          <w:b/>
          <w:bCs/>
          <w:sz w:val="20"/>
          <w:szCs w:val="20"/>
        </w:rPr>
      </w:pPr>
      <w:r w:rsidRPr="00BF194F">
        <w:rPr>
          <w:rFonts w:ascii="Arial" w:hAnsi="Arial" w:cs="Arial"/>
          <w:b/>
          <w:bCs/>
          <w:sz w:val="20"/>
          <w:szCs w:val="20"/>
        </w:rPr>
        <w:t xml:space="preserve">English : </w:t>
      </w:r>
    </w:p>
    <w:p w14:paraId="1553AD22" w14:textId="77777777" w:rsidR="00BB0F51" w:rsidRPr="00BF194F" w:rsidRDefault="00BB0F51" w:rsidP="00BF194F">
      <w:pPr>
        <w:pStyle w:val="NormalWeb"/>
        <w:numPr>
          <w:ilvl w:val="1"/>
          <w:numId w:val="46"/>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 xml:space="preserve">"Delivery of </w:t>
      </w:r>
      <w:proofErr w:type="spellStart"/>
      <w:r w:rsidRPr="00BF194F">
        <w:rPr>
          <w:rFonts w:ascii="Arial" w:hAnsi="Arial" w:cs="Arial"/>
          <w:sz w:val="20"/>
          <w:szCs w:val="20"/>
        </w:rPr>
        <w:t>health</w:t>
      </w:r>
      <w:proofErr w:type="spellEnd"/>
      <w:r w:rsidRPr="00BF194F">
        <w:rPr>
          <w:rFonts w:ascii="Arial" w:hAnsi="Arial" w:cs="Arial"/>
          <w:sz w:val="20"/>
          <w:szCs w:val="20"/>
        </w:rPr>
        <w:t xml:space="preserve"> care" [MeSH]</w:t>
      </w:r>
    </w:p>
    <w:p w14:paraId="4625BA08" w14:textId="77777777" w:rsidR="00BB0F51" w:rsidRPr="00BF194F" w:rsidRDefault="00BB0F51" w:rsidP="00BF194F">
      <w:pPr>
        <w:pStyle w:val="NormalWeb"/>
        <w:numPr>
          <w:ilvl w:val="1"/>
          <w:numId w:val="46"/>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w:t>
      </w:r>
      <w:proofErr w:type="spellStart"/>
      <w:r w:rsidRPr="00BF194F">
        <w:rPr>
          <w:rFonts w:ascii="Arial" w:hAnsi="Arial" w:cs="Arial"/>
          <w:sz w:val="20"/>
          <w:szCs w:val="20"/>
        </w:rPr>
        <w:t>healthcare</w:t>
      </w:r>
      <w:proofErr w:type="spellEnd"/>
      <w:r w:rsidRPr="00BF194F">
        <w:rPr>
          <w:rFonts w:ascii="Arial" w:hAnsi="Arial" w:cs="Arial"/>
          <w:sz w:val="20"/>
          <w:szCs w:val="20"/>
        </w:rPr>
        <w:t xml:space="preserve"> </w:t>
      </w:r>
      <w:proofErr w:type="spellStart"/>
      <w:r w:rsidRPr="00BF194F">
        <w:rPr>
          <w:rFonts w:ascii="Arial" w:hAnsi="Arial" w:cs="Arial"/>
          <w:sz w:val="20"/>
          <w:szCs w:val="20"/>
        </w:rPr>
        <w:t>delivery</w:t>
      </w:r>
      <w:proofErr w:type="spellEnd"/>
      <w:r w:rsidRPr="00BF194F">
        <w:rPr>
          <w:rFonts w:ascii="Arial" w:hAnsi="Arial" w:cs="Arial"/>
          <w:sz w:val="20"/>
          <w:szCs w:val="20"/>
        </w:rPr>
        <w:t xml:space="preserve">" </w:t>
      </w:r>
    </w:p>
    <w:p w14:paraId="305EA617" w14:textId="77777777" w:rsidR="00BB0F51" w:rsidRPr="00BF194F" w:rsidRDefault="00BB0F51" w:rsidP="00BF194F">
      <w:pPr>
        <w:pStyle w:val="NormalWeb"/>
        <w:spacing w:line="360" w:lineRule="auto"/>
        <w:jc w:val="both"/>
        <w:rPr>
          <w:rFonts w:ascii="Arial" w:hAnsi="Arial" w:cs="Arial"/>
          <w:b/>
          <w:bCs/>
          <w:sz w:val="14"/>
          <w:szCs w:val="14"/>
        </w:rPr>
      </w:pPr>
    </w:p>
    <w:p w14:paraId="0DC7BD21" w14:textId="1523E4C8" w:rsidR="00BB0F51" w:rsidRPr="00BF194F" w:rsidRDefault="00BB0F51" w:rsidP="00BF194F">
      <w:pPr>
        <w:pStyle w:val="NormalWeb"/>
        <w:spacing w:line="360" w:lineRule="auto"/>
        <w:jc w:val="both"/>
        <w:rPr>
          <w:rFonts w:ascii="Arial" w:hAnsi="Arial" w:cs="Arial"/>
          <w:sz w:val="22"/>
          <w:szCs w:val="22"/>
          <w:u w:val="single"/>
        </w:rPr>
      </w:pPr>
      <w:r w:rsidRPr="00BF194F">
        <w:rPr>
          <w:rFonts w:ascii="Arial" w:hAnsi="Arial" w:cs="Arial"/>
          <w:b/>
          <w:bCs/>
          <w:sz w:val="22"/>
          <w:szCs w:val="22"/>
        </w:rPr>
        <w:t xml:space="preserve">Concept 10 : </w:t>
      </w:r>
      <w:r w:rsidRPr="00BF194F">
        <w:rPr>
          <w:rFonts w:ascii="Arial" w:hAnsi="Arial" w:cs="Arial"/>
          <w:b/>
          <w:bCs/>
          <w:sz w:val="22"/>
          <w:szCs w:val="22"/>
          <w:u w:val="single"/>
        </w:rPr>
        <w:t>Direct Access and Practice Changes</w:t>
      </w:r>
      <w:r w:rsidRPr="00BF194F">
        <w:rPr>
          <w:rFonts w:ascii="Arial" w:hAnsi="Arial" w:cs="Arial"/>
          <w:sz w:val="22"/>
          <w:szCs w:val="22"/>
          <w:u w:val="single"/>
        </w:rPr>
        <w:t xml:space="preserve"> </w:t>
      </w:r>
    </w:p>
    <w:p w14:paraId="2D1ED3BC" w14:textId="77777777" w:rsidR="00BB0F51" w:rsidRPr="00BF194F" w:rsidRDefault="00BB0F51" w:rsidP="00BF194F">
      <w:pPr>
        <w:pStyle w:val="NormalWeb"/>
        <w:numPr>
          <w:ilvl w:val="0"/>
          <w:numId w:val="47"/>
        </w:numPr>
        <w:spacing w:line="360" w:lineRule="auto"/>
        <w:jc w:val="both"/>
        <w:rPr>
          <w:rFonts w:ascii="Arial" w:hAnsi="Arial" w:cs="Arial"/>
          <w:sz w:val="20"/>
          <w:szCs w:val="20"/>
        </w:rPr>
      </w:pPr>
      <w:r w:rsidRPr="00BF194F">
        <w:rPr>
          <w:rFonts w:ascii="Arial" w:hAnsi="Arial" w:cs="Arial"/>
          <w:b/>
          <w:bCs/>
          <w:sz w:val="20"/>
          <w:szCs w:val="20"/>
        </w:rPr>
        <w:t>French :</w:t>
      </w:r>
      <w:r w:rsidRPr="00BF194F">
        <w:rPr>
          <w:rFonts w:ascii="Arial" w:hAnsi="Arial" w:cs="Arial"/>
          <w:sz w:val="20"/>
          <w:szCs w:val="20"/>
        </w:rPr>
        <w:t xml:space="preserve"> </w:t>
      </w:r>
    </w:p>
    <w:p w14:paraId="3D80CCA9" w14:textId="77777777" w:rsidR="00BB0F51" w:rsidRPr="00BF194F" w:rsidRDefault="00BB0F51" w:rsidP="00BF194F">
      <w:pPr>
        <w:pStyle w:val="NormalWeb"/>
        <w:numPr>
          <w:ilvl w:val="1"/>
          <w:numId w:val="47"/>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 xml:space="preserve">"évolution" </w:t>
      </w:r>
    </w:p>
    <w:p w14:paraId="1138480A" w14:textId="77777777" w:rsidR="00BB0F51" w:rsidRPr="00BF194F" w:rsidRDefault="00BB0F51" w:rsidP="00BF194F">
      <w:pPr>
        <w:pStyle w:val="NormalWeb"/>
        <w:numPr>
          <w:ilvl w:val="1"/>
          <w:numId w:val="47"/>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 xml:space="preserve">"changement" </w:t>
      </w:r>
    </w:p>
    <w:p w14:paraId="3730568A" w14:textId="77777777" w:rsidR="00BB0F51" w:rsidRPr="00BF194F" w:rsidRDefault="00BB0F51" w:rsidP="00BF194F">
      <w:pPr>
        <w:pStyle w:val="NormalWeb"/>
        <w:numPr>
          <w:ilvl w:val="1"/>
          <w:numId w:val="47"/>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 xml:space="preserve">"adaptation" </w:t>
      </w:r>
    </w:p>
    <w:p w14:paraId="5474BABB" w14:textId="77777777" w:rsidR="00BB0F51" w:rsidRPr="00BF194F" w:rsidRDefault="00BB0F51" w:rsidP="00BF194F">
      <w:pPr>
        <w:pStyle w:val="NormalWeb"/>
        <w:numPr>
          <w:ilvl w:val="1"/>
          <w:numId w:val="47"/>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 xml:space="preserve">"impact" </w:t>
      </w:r>
    </w:p>
    <w:p w14:paraId="1D2C8688" w14:textId="77777777" w:rsidR="00BB0F51" w:rsidRPr="00BF194F" w:rsidRDefault="00BB0F51" w:rsidP="00BF194F">
      <w:pPr>
        <w:pStyle w:val="NormalWeb"/>
        <w:numPr>
          <w:ilvl w:val="1"/>
          <w:numId w:val="47"/>
        </w:numPr>
        <w:tabs>
          <w:tab w:val="clear" w:pos="1440"/>
        </w:tabs>
        <w:spacing w:line="360" w:lineRule="auto"/>
        <w:ind w:left="1276"/>
        <w:jc w:val="both"/>
        <w:rPr>
          <w:rFonts w:ascii="Arial" w:hAnsi="Arial" w:cs="Arial"/>
          <w:sz w:val="20"/>
          <w:szCs w:val="20"/>
        </w:rPr>
      </w:pPr>
      <w:r w:rsidRPr="00BF194F">
        <w:rPr>
          <w:rFonts w:ascii="Arial" w:hAnsi="Arial" w:cs="Arial"/>
          <w:sz w:val="20"/>
          <w:szCs w:val="20"/>
        </w:rPr>
        <w:t xml:space="preserve">"transformation" </w:t>
      </w:r>
    </w:p>
    <w:p w14:paraId="20A3A30D" w14:textId="2C53788C" w:rsidR="00BB0F51" w:rsidRPr="00BF194F" w:rsidRDefault="00BB0F51" w:rsidP="00BF194F">
      <w:pPr>
        <w:pStyle w:val="NormalWeb"/>
        <w:numPr>
          <w:ilvl w:val="0"/>
          <w:numId w:val="47"/>
        </w:numPr>
        <w:spacing w:line="360" w:lineRule="auto"/>
        <w:jc w:val="both"/>
        <w:rPr>
          <w:rFonts w:ascii="Arial" w:hAnsi="Arial" w:cs="Arial"/>
          <w:b/>
          <w:bCs/>
          <w:sz w:val="20"/>
          <w:szCs w:val="20"/>
        </w:rPr>
      </w:pPr>
      <w:r w:rsidRPr="00BF194F">
        <w:rPr>
          <w:rFonts w:ascii="Arial" w:hAnsi="Arial" w:cs="Arial"/>
          <w:b/>
          <w:bCs/>
          <w:sz w:val="20"/>
          <w:szCs w:val="20"/>
        </w:rPr>
        <w:t xml:space="preserve">English : </w:t>
      </w:r>
    </w:p>
    <w:p w14:paraId="40B2ECA2" w14:textId="32B56514" w:rsidR="00BB0F51" w:rsidRDefault="00BB0F51" w:rsidP="00BF194F">
      <w:pPr>
        <w:pStyle w:val="NormalWeb"/>
        <w:numPr>
          <w:ilvl w:val="1"/>
          <w:numId w:val="47"/>
        </w:numPr>
        <w:tabs>
          <w:tab w:val="clear" w:pos="1440"/>
        </w:tabs>
        <w:spacing w:line="360" w:lineRule="auto"/>
        <w:ind w:left="1276"/>
        <w:jc w:val="both"/>
        <w:rPr>
          <w:rFonts w:ascii="Arial" w:hAnsi="Arial" w:cs="Arial"/>
          <w:i/>
          <w:iCs/>
          <w:sz w:val="20"/>
          <w:szCs w:val="20"/>
        </w:rPr>
      </w:pPr>
      <w:r w:rsidRPr="00BF194F">
        <w:rPr>
          <w:rFonts w:ascii="Arial" w:hAnsi="Arial" w:cs="Arial"/>
          <w:i/>
          <w:iCs/>
          <w:sz w:val="20"/>
          <w:szCs w:val="20"/>
        </w:rPr>
        <w:t xml:space="preserve">(No </w:t>
      </w:r>
      <w:proofErr w:type="spellStart"/>
      <w:r w:rsidRPr="00BF194F">
        <w:rPr>
          <w:rFonts w:ascii="Arial" w:hAnsi="Arial" w:cs="Arial"/>
          <w:i/>
          <w:iCs/>
          <w:sz w:val="20"/>
          <w:szCs w:val="20"/>
        </w:rPr>
        <w:t>additional</w:t>
      </w:r>
      <w:proofErr w:type="spellEnd"/>
      <w:r w:rsidRPr="00BF194F">
        <w:rPr>
          <w:rFonts w:ascii="Arial" w:hAnsi="Arial" w:cs="Arial"/>
          <w:i/>
          <w:iCs/>
          <w:sz w:val="20"/>
          <w:szCs w:val="20"/>
        </w:rPr>
        <w:t xml:space="preserve"> </w:t>
      </w:r>
      <w:proofErr w:type="spellStart"/>
      <w:r w:rsidRPr="00BF194F">
        <w:rPr>
          <w:rFonts w:ascii="Arial" w:hAnsi="Arial" w:cs="Arial"/>
          <w:i/>
          <w:iCs/>
          <w:sz w:val="20"/>
          <w:szCs w:val="20"/>
        </w:rPr>
        <w:t>terms</w:t>
      </w:r>
      <w:proofErr w:type="spellEnd"/>
      <w:r w:rsidRPr="00BF194F">
        <w:rPr>
          <w:rFonts w:ascii="Arial" w:hAnsi="Arial" w:cs="Arial"/>
          <w:i/>
          <w:iCs/>
          <w:sz w:val="20"/>
          <w:szCs w:val="20"/>
        </w:rPr>
        <w:t xml:space="preserve"> </w:t>
      </w:r>
      <w:proofErr w:type="spellStart"/>
      <w:r w:rsidRPr="00BF194F">
        <w:rPr>
          <w:rFonts w:ascii="Arial" w:hAnsi="Arial" w:cs="Arial"/>
          <w:i/>
          <w:iCs/>
          <w:sz w:val="20"/>
          <w:szCs w:val="20"/>
        </w:rPr>
        <w:t>added</w:t>
      </w:r>
      <w:proofErr w:type="spellEnd"/>
      <w:r w:rsidRPr="00BF194F">
        <w:rPr>
          <w:rFonts w:ascii="Arial" w:hAnsi="Arial" w:cs="Arial"/>
          <w:i/>
          <w:iCs/>
          <w:sz w:val="20"/>
          <w:szCs w:val="20"/>
        </w:rPr>
        <w:t>)</w:t>
      </w:r>
    </w:p>
    <w:p w14:paraId="3D52D714" w14:textId="77777777" w:rsidR="00BF194F" w:rsidRPr="00BF194F" w:rsidRDefault="00BF194F" w:rsidP="00BF194F">
      <w:pPr>
        <w:pStyle w:val="NormalWeb"/>
        <w:spacing w:line="360" w:lineRule="auto"/>
        <w:ind w:left="1276"/>
        <w:jc w:val="both"/>
        <w:rPr>
          <w:rFonts w:ascii="Arial" w:hAnsi="Arial" w:cs="Arial"/>
          <w:i/>
          <w:iCs/>
          <w:sz w:val="20"/>
          <w:szCs w:val="20"/>
        </w:rPr>
      </w:pPr>
    </w:p>
    <w:p w14:paraId="32ECEF5E" w14:textId="702058BE" w:rsidR="00BB0F51" w:rsidRPr="00BF194F" w:rsidRDefault="005F56E8" w:rsidP="00BF194F">
      <w:pPr>
        <w:pStyle w:val="Titre2"/>
        <w:spacing w:line="360" w:lineRule="auto"/>
        <w:rPr>
          <w:rFonts w:cs="Arial"/>
        </w:rPr>
      </w:pPr>
      <w:proofErr w:type="spellStart"/>
      <w:r w:rsidRPr="00BF194F">
        <w:rPr>
          <w:rFonts w:cs="Arial"/>
        </w:rPr>
        <w:t>Search</w:t>
      </w:r>
      <w:proofErr w:type="spellEnd"/>
      <w:r w:rsidRPr="00BF194F">
        <w:rPr>
          <w:rFonts w:cs="Arial"/>
        </w:rPr>
        <w:t xml:space="preserve"> combinations</w:t>
      </w:r>
    </w:p>
    <w:p w14:paraId="46A7B87F" w14:textId="77777777" w:rsidR="00BB0F51" w:rsidRPr="00BF194F" w:rsidRDefault="00BB0F51" w:rsidP="00BF194F">
      <w:pPr>
        <w:spacing w:line="360" w:lineRule="auto"/>
        <w:rPr>
          <w:rFonts w:ascii="Arial" w:hAnsi="Arial" w:cs="Arial"/>
          <w:sz w:val="28"/>
          <w:szCs w:val="28"/>
          <w:lang w:eastAsia="fr-FR"/>
        </w:rPr>
      </w:pPr>
    </w:p>
    <w:p w14:paraId="2B5DC7B0" w14:textId="6A2A760F" w:rsidR="00BB0F51" w:rsidRPr="00BF194F" w:rsidRDefault="005F56E8" w:rsidP="00BF194F">
      <w:pPr>
        <w:pStyle w:val="Titre3"/>
        <w:numPr>
          <w:ilvl w:val="0"/>
          <w:numId w:val="212"/>
        </w:numPr>
        <w:spacing w:line="360" w:lineRule="auto"/>
        <w:rPr>
          <w:rFonts w:cs="Arial"/>
        </w:rPr>
      </w:pPr>
      <w:r w:rsidRPr="00BF194F">
        <w:rPr>
          <w:rFonts w:cs="Arial"/>
        </w:rPr>
        <w:t xml:space="preserve">Construction of </w:t>
      </w:r>
      <w:proofErr w:type="spellStart"/>
      <w:r w:rsidRPr="00BF194F">
        <w:rPr>
          <w:rFonts w:cs="Arial"/>
        </w:rPr>
        <w:t>search</w:t>
      </w:r>
      <w:proofErr w:type="spellEnd"/>
      <w:r w:rsidRPr="00BF194F">
        <w:rPr>
          <w:rFonts w:cs="Arial"/>
        </w:rPr>
        <w:t xml:space="preserve"> </w:t>
      </w:r>
      <w:proofErr w:type="spellStart"/>
      <w:r w:rsidRPr="00BF194F">
        <w:rPr>
          <w:rFonts w:cs="Arial"/>
        </w:rPr>
        <w:t>equations</w:t>
      </w:r>
      <w:proofErr w:type="spellEnd"/>
      <w:r w:rsidRPr="00BF194F">
        <w:rPr>
          <w:rFonts w:cs="Arial"/>
        </w:rPr>
        <w:t xml:space="preserve"> and adaptation to </w:t>
      </w:r>
      <w:proofErr w:type="spellStart"/>
      <w:r w:rsidRPr="00BF194F">
        <w:rPr>
          <w:rFonts w:cs="Arial"/>
        </w:rPr>
        <w:t>databases</w:t>
      </w:r>
      <w:proofErr w:type="spellEnd"/>
    </w:p>
    <w:p w14:paraId="47C285D3" w14:textId="77777777" w:rsidR="00BB0F51" w:rsidRPr="00BF194F" w:rsidRDefault="00BB0F51" w:rsidP="00BF194F">
      <w:pPr>
        <w:spacing w:line="360" w:lineRule="auto"/>
        <w:rPr>
          <w:rFonts w:ascii="Arial" w:hAnsi="Arial" w:cs="Arial"/>
          <w:sz w:val="32"/>
          <w:szCs w:val="32"/>
          <w:lang w:eastAsia="fr-FR"/>
        </w:rPr>
      </w:pPr>
    </w:p>
    <w:p w14:paraId="1B524447" w14:textId="176BA7E0" w:rsidR="005F56E8" w:rsidRPr="00BF194F" w:rsidRDefault="005F56E8" w:rsidP="00BF194F">
      <w:pPr>
        <w:pStyle w:val="NormalWeb"/>
        <w:spacing w:line="360" w:lineRule="auto"/>
        <w:jc w:val="both"/>
        <w:rPr>
          <w:rFonts w:ascii="Arial" w:hAnsi="Arial" w:cs="Arial"/>
          <w:sz w:val="20"/>
          <w:szCs w:val="20"/>
        </w:rPr>
      </w:pPr>
      <w:r w:rsidRPr="00BF194F">
        <w:rPr>
          <w:rFonts w:ascii="Arial" w:hAnsi="Arial" w:cs="Arial"/>
          <w:sz w:val="20"/>
          <w:szCs w:val="20"/>
        </w:rPr>
        <w:t xml:space="preserve">The MeSH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terms</w:t>
      </w:r>
      <w:proofErr w:type="spellEnd"/>
      <w:r w:rsidRPr="00BF194F">
        <w:rPr>
          <w:rFonts w:ascii="Arial" w:hAnsi="Arial" w:cs="Arial"/>
          <w:sz w:val="20"/>
          <w:szCs w:val="20"/>
        </w:rPr>
        <w:t xml:space="preserve"> </w:t>
      </w:r>
      <w:proofErr w:type="spellStart"/>
      <w:r w:rsidRPr="00BF194F">
        <w:rPr>
          <w:rFonts w:ascii="Arial" w:hAnsi="Arial" w:cs="Arial"/>
          <w:sz w:val="20"/>
          <w:szCs w:val="20"/>
        </w:rPr>
        <w:t>used</w:t>
      </w:r>
      <w:proofErr w:type="spellEnd"/>
      <w:r w:rsidRPr="00BF194F">
        <w:rPr>
          <w:rFonts w:ascii="Arial" w:hAnsi="Arial" w:cs="Arial"/>
          <w:sz w:val="20"/>
          <w:szCs w:val="20"/>
        </w:rPr>
        <w:t xml:space="preserve"> for </w:t>
      </w:r>
      <w:proofErr w:type="spellStart"/>
      <w:r w:rsidRPr="00BF194F">
        <w:rPr>
          <w:rFonts w:ascii="Arial" w:hAnsi="Arial" w:cs="Arial"/>
          <w:sz w:val="20"/>
          <w:szCs w:val="20"/>
        </w:rPr>
        <w:t>each</w:t>
      </w:r>
      <w:proofErr w:type="spellEnd"/>
      <w:r w:rsidRPr="00BF194F">
        <w:rPr>
          <w:rFonts w:ascii="Arial" w:hAnsi="Arial" w:cs="Arial"/>
          <w:sz w:val="20"/>
          <w:szCs w:val="20"/>
        </w:rPr>
        <w:t xml:space="preserve"> </w:t>
      </w:r>
      <w:proofErr w:type="spellStart"/>
      <w:r w:rsidRPr="00BF194F">
        <w:rPr>
          <w:rFonts w:ascii="Arial" w:hAnsi="Arial" w:cs="Arial"/>
          <w:sz w:val="20"/>
          <w:szCs w:val="20"/>
        </w:rPr>
        <w:t>database</w:t>
      </w:r>
      <w:proofErr w:type="spellEnd"/>
      <w:r w:rsidRPr="00BF194F">
        <w:rPr>
          <w:rFonts w:ascii="Arial" w:hAnsi="Arial" w:cs="Arial"/>
          <w:sz w:val="20"/>
          <w:szCs w:val="20"/>
        </w:rPr>
        <w:t xml:space="preserve"> </w:t>
      </w:r>
      <w:proofErr w:type="spellStart"/>
      <w:r w:rsidRPr="00BF194F">
        <w:rPr>
          <w:rFonts w:ascii="Arial" w:hAnsi="Arial" w:cs="Arial"/>
          <w:sz w:val="20"/>
          <w:szCs w:val="20"/>
        </w:rPr>
        <w:t>will</w:t>
      </w:r>
      <w:proofErr w:type="spellEnd"/>
      <w:r w:rsidRPr="00BF194F">
        <w:rPr>
          <w:rFonts w:ascii="Arial" w:hAnsi="Arial" w:cs="Arial"/>
          <w:sz w:val="20"/>
          <w:szCs w:val="20"/>
        </w:rPr>
        <w:t xml:space="preserve"> </w:t>
      </w:r>
      <w:proofErr w:type="spellStart"/>
      <w:r w:rsidRPr="00BF194F">
        <w:rPr>
          <w:rFonts w:ascii="Arial" w:hAnsi="Arial" w:cs="Arial"/>
          <w:sz w:val="20"/>
          <w:szCs w:val="20"/>
        </w:rPr>
        <w:t>be</w:t>
      </w:r>
      <w:proofErr w:type="spellEnd"/>
      <w:r w:rsidRPr="00BF194F">
        <w:rPr>
          <w:rFonts w:ascii="Arial" w:hAnsi="Arial" w:cs="Arial"/>
          <w:sz w:val="20"/>
          <w:szCs w:val="20"/>
        </w:rPr>
        <w:t xml:space="preserve"> </w:t>
      </w:r>
      <w:proofErr w:type="spellStart"/>
      <w:r w:rsidRPr="00BF194F">
        <w:rPr>
          <w:rFonts w:ascii="Arial" w:hAnsi="Arial" w:cs="Arial"/>
          <w:sz w:val="20"/>
          <w:szCs w:val="20"/>
        </w:rPr>
        <w:t>combined</w:t>
      </w:r>
      <w:proofErr w:type="spellEnd"/>
      <w:r w:rsidRPr="00BF194F">
        <w:rPr>
          <w:rFonts w:ascii="Arial" w:hAnsi="Arial" w:cs="Arial"/>
          <w:sz w:val="20"/>
          <w:szCs w:val="20"/>
        </w:rPr>
        <w:t xml:space="preserve"> </w:t>
      </w:r>
      <w:proofErr w:type="spellStart"/>
      <w:r w:rsidRPr="00BF194F">
        <w:rPr>
          <w:rFonts w:ascii="Arial" w:hAnsi="Arial" w:cs="Arial"/>
          <w:sz w:val="20"/>
          <w:szCs w:val="20"/>
        </w:rPr>
        <w:t>using</w:t>
      </w:r>
      <w:proofErr w:type="spellEnd"/>
      <w:r w:rsidRPr="00BF194F">
        <w:rPr>
          <w:rFonts w:ascii="Arial" w:hAnsi="Arial" w:cs="Arial"/>
          <w:sz w:val="20"/>
          <w:szCs w:val="20"/>
        </w:rPr>
        <w:t xml:space="preserve"> Boolean </w:t>
      </w:r>
      <w:proofErr w:type="spellStart"/>
      <w:r w:rsidRPr="00BF194F">
        <w:rPr>
          <w:rFonts w:ascii="Arial" w:hAnsi="Arial" w:cs="Arial"/>
          <w:sz w:val="20"/>
          <w:szCs w:val="20"/>
        </w:rPr>
        <w:t>operators</w:t>
      </w:r>
      <w:proofErr w:type="spellEnd"/>
      <w:r w:rsidRPr="00BF194F">
        <w:rPr>
          <w:rFonts w:ascii="Arial" w:hAnsi="Arial" w:cs="Arial"/>
          <w:sz w:val="20"/>
          <w:szCs w:val="20"/>
        </w:rPr>
        <w:t xml:space="preserve"> ("AND", "OR") to </w:t>
      </w:r>
      <w:proofErr w:type="spellStart"/>
      <w:r w:rsidRPr="00BF194F">
        <w:rPr>
          <w:rFonts w:ascii="Arial" w:hAnsi="Arial" w:cs="Arial"/>
          <w:sz w:val="20"/>
          <w:szCs w:val="20"/>
        </w:rPr>
        <w:t>refine</w:t>
      </w:r>
      <w:proofErr w:type="spellEnd"/>
      <w:r w:rsidRPr="00BF194F">
        <w:rPr>
          <w:rFonts w:ascii="Arial" w:hAnsi="Arial" w:cs="Arial"/>
          <w:sz w:val="20"/>
          <w:szCs w:val="20"/>
        </w:rPr>
        <w:t xml:space="preserve"> the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Within</w:t>
      </w:r>
      <w:proofErr w:type="spellEnd"/>
      <w:r w:rsidRPr="00BF194F">
        <w:rPr>
          <w:rFonts w:ascii="Arial" w:hAnsi="Arial" w:cs="Arial"/>
          <w:sz w:val="20"/>
          <w:szCs w:val="20"/>
        </w:rPr>
        <w:t xml:space="preserve"> </w:t>
      </w:r>
      <w:proofErr w:type="spellStart"/>
      <w:r w:rsidRPr="00BF194F">
        <w:rPr>
          <w:rFonts w:ascii="Arial" w:hAnsi="Arial" w:cs="Arial"/>
          <w:sz w:val="20"/>
          <w:szCs w:val="20"/>
        </w:rPr>
        <w:t>each</w:t>
      </w:r>
      <w:proofErr w:type="spellEnd"/>
      <w:r w:rsidRPr="00BF194F">
        <w:rPr>
          <w:rFonts w:ascii="Arial" w:hAnsi="Arial" w:cs="Arial"/>
          <w:sz w:val="20"/>
          <w:szCs w:val="20"/>
        </w:rPr>
        <w:t xml:space="preserve"> concept, the "OR" </w:t>
      </w:r>
      <w:proofErr w:type="spellStart"/>
      <w:r w:rsidRPr="00BF194F">
        <w:rPr>
          <w:rFonts w:ascii="Arial" w:hAnsi="Arial" w:cs="Arial"/>
          <w:sz w:val="20"/>
          <w:szCs w:val="20"/>
        </w:rPr>
        <w:t>operator</w:t>
      </w:r>
      <w:proofErr w:type="spellEnd"/>
      <w:r w:rsidRPr="00BF194F">
        <w:rPr>
          <w:rFonts w:ascii="Arial" w:hAnsi="Arial" w:cs="Arial"/>
          <w:sz w:val="20"/>
          <w:szCs w:val="20"/>
        </w:rPr>
        <w:t xml:space="preserve"> </w:t>
      </w:r>
      <w:proofErr w:type="spellStart"/>
      <w:r w:rsidRPr="00BF194F">
        <w:rPr>
          <w:rFonts w:ascii="Arial" w:hAnsi="Arial" w:cs="Arial"/>
          <w:sz w:val="20"/>
          <w:szCs w:val="20"/>
        </w:rPr>
        <w:t>includes</w:t>
      </w:r>
      <w:proofErr w:type="spellEnd"/>
      <w:r w:rsidRPr="00BF194F">
        <w:rPr>
          <w:rFonts w:ascii="Arial" w:hAnsi="Arial" w:cs="Arial"/>
          <w:sz w:val="20"/>
          <w:szCs w:val="20"/>
        </w:rPr>
        <w:t xml:space="preserve"> all relevant </w:t>
      </w:r>
      <w:proofErr w:type="spellStart"/>
      <w:r w:rsidRPr="00BF194F">
        <w:rPr>
          <w:rFonts w:ascii="Arial" w:hAnsi="Arial" w:cs="Arial"/>
          <w:sz w:val="20"/>
          <w:szCs w:val="20"/>
        </w:rPr>
        <w:t>synonyms</w:t>
      </w:r>
      <w:proofErr w:type="spellEnd"/>
      <w:r w:rsidRPr="00BF194F">
        <w:rPr>
          <w:rFonts w:ascii="Arial" w:hAnsi="Arial" w:cs="Arial"/>
          <w:sz w:val="20"/>
          <w:szCs w:val="20"/>
        </w:rPr>
        <w:t xml:space="preserve"> and </w:t>
      </w:r>
      <w:proofErr w:type="spellStart"/>
      <w:r w:rsidRPr="00BF194F">
        <w:rPr>
          <w:rFonts w:ascii="Arial" w:hAnsi="Arial" w:cs="Arial"/>
          <w:sz w:val="20"/>
          <w:szCs w:val="20"/>
        </w:rPr>
        <w:t>terminological</w:t>
      </w:r>
      <w:proofErr w:type="spellEnd"/>
      <w:r w:rsidRPr="00BF194F">
        <w:rPr>
          <w:rFonts w:ascii="Arial" w:hAnsi="Arial" w:cs="Arial"/>
          <w:sz w:val="20"/>
          <w:szCs w:val="20"/>
        </w:rPr>
        <w:t xml:space="preserve"> variants to </w:t>
      </w:r>
      <w:proofErr w:type="spellStart"/>
      <w:r w:rsidRPr="00BF194F">
        <w:rPr>
          <w:rFonts w:ascii="Arial" w:hAnsi="Arial" w:cs="Arial"/>
          <w:sz w:val="20"/>
          <w:szCs w:val="20"/>
        </w:rPr>
        <w:t>broaden</w:t>
      </w:r>
      <w:proofErr w:type="spellEnd"/>
      <w:r w:rsidRPr="00BF194F">
        <w:rPr>
          <w:rFonts w:ascii="Arial" w:hAnsi="Arial" w:cs="Arial"/>
          <w:sz w:val="20"/>
          <w:szCs w:val="20"/>
        </w:rPr>
        <w:t xml:space="preserve"> the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scope, </w:t>
      </w:r>
      <w:proofErr w:type="spellStart"/>
      <w:r w:rsidRPr="00BF194F">
        <w:rPr>
          <w:rFonts w:ascii="Arial" w:hAnsi="Arial" w:cs="Arial"/>
          <w:sz w:val="20"/>
          <w:szCs w:val="20"/>
        </w:rPr>
        <w:t>while</w:t>
      </w:r>
      <w:proofErr w:type="spellEnd"/>
      <w:r w:rsidRPr="00BF194F">
        <w:rPr>
          <w:rFonts w:ascii="Arial" w:hAnsi="Arial" w:cs="Arial"/>
          <w:sz w:val="20"/>
          <w:szCs w:val="20"/>
        </w:rPr>
        <w:t xml:space="preserve"> the "AND" </w:t>
      </w:r>
      <w:proofErr w:type="spellStart"/>
      <w:r w:rsidRPr="00BF194F">
        <w:rPr>
          <w:rFonts w:ascii="Arial" w:hAnsi="Arial" w:cs="Arial"/>
          <w:sz w:val="20"/>
          <w:szCs w:val="20"/>
        </w:rPr>
        <w:t>operator</w:t>
      </w:r>
      <w:proofErr w:type="spellEnd"/>
      <w:r w:rsidRPr="00BF194F">
        <w:rPr>
          <w:rFonts w:ascii="Arial" w:hAnsi="Arial" w:cs="Arial"/>
          <w:sz w:val="20"/>
          <w:szCs w:val="20"/>
        </w:rPr>
        <w:t xml:space="preserve"> </w:t>
      </w:r>
      <w:proofErr w:type="spellStart"/>
      <w:r w:rsidRPr="00BF194F">
        <w:rPr>
          <w:rFonts w:ascii="Arial" w:hAnsi="Arial" w:cs="Arial"/>
          <w:sz w:val="20"/>
          <w:szCs w:val="20"/>
        </w:rPr>
        <w:t>is</w:t>
      </w:r>
      <w:proofErr w:type="spellEnd"/>
      <w:r w:rsidRPr="00BF194F">
        <w:rPr>
          <w:rFonts w:ascii="Arial" w:hAnsi="Arial" w:cs="Arial"/>
          <w:sz w:val="20"/>
          <w:szCs w:val="20"/>
        </w:rPr>
        <w:t xml:space="preserve"> </w:t>
      </w:r>
      <w:proofErr w:type="spellStart"/>
      <w:r w:rsidRPr="00BF194F">
        <w:rPr>
          <w:rFonts w:ascii="Arial" w:hAnsi="Arial" w:cs="Arial"/>
          <w:sz w:val="20"/>
          <w:szCs w:val="20"/>
        </w:rPr>
        <w:t>used</w:t>
      </w:r>
      <w:proofErr w:type="spellEnd"/>
      <w:r w:rsidRPr="00BF194F">
        <w:rPr>
          <w:rFonts w:ascii="Arial" w:hAnsi="Arial" w:cs="Arial"/>
          <w:sz w:val="20"/>
          <w:szCs w:val="20"/>
        </w:rPr>
        <w:t xml:space="preserve"> </w:t>
      </w:r>
      <w:proofErr w:type="spellStart"/>
      <w:r w:rsidRPr="00BF194F">
        <w:rPr>
          <w:rFonts w:ascii="Arial" w:hAnsi="Arial" w:cs="Arial"/>
          <w:sz w:val="20"/>
          <w:szCs w:val="20"/>
        </w:rPr>
        <w:t>between</w:t>
      </w:r>
      <w:proofErr w:type="spellEnd"/>
      <w:r w:rsidRPr="00BF194F">
        <w:rPr>
          <w:rFonts w:ascii="Arial" w:hAnsi="Arial" w:cs="Arial"/>
          <w:sz w:val="20"/>
          <w:szCs w:val="20"/>
        </w:rPr>
        <w:t xml:space="preserve"> concepts to </w:t>
      </w:r>
      <w:proofErr w:type="spellStart"/>
      <w:r w:rsidRPr="00BF194F">
        <w:rPr>
          <w:rFonts w:ascii="Arial" w:hAnsi="Arial" w:cs="Arial"/>
          <w:sz w:val="20"/>
          <w:szCs w:val="20"/>
        </w:rPr>
        <w:t>ensure</w:t>
      </w:r>
      <w:proofErr w:type="spellEnd"/>
      <w:r w:rsidRPr="00BF194F">
        <w:rPr>
          <w:rFonts w:ascii="Arial" w:hAnsi="Arial" w:cs="Arial"/>
          <w:sz w:val="20"/>
          <w:szCs w:val="20"/>
        </w:rPr>
        <w:t xml:space="preserve"> </w:t>
      </w:r>
      <w:proofErr w:type="spellStart"/>
      <w:r w:rsidRPr="00BF194F">
        <w:rPr>
          <w:rFonts w:ascii="Arial" w:hAnsi="Arial" w:cs="Arial"/>
          <w:sz w:val="20"/>
          <w:szCs w:val="20"/>
        </w:rPr>
        <w:t>that</w:t>
      </w:r>
      <w:proofErr w:type="spellEnd"/>
      <w:r w:rsidRPr="00BF194F">
        <w:rPr>
          <w:rFonts w:ascii="Arial" w:hAnsi="Arial" w:cs="Arial"/>
          <w:sz w:val="20"/>
          <w:szCs w:val="20"/>
        </w:rPr>
        <w:t xml:space="preserve"> </w:t>
      </w:r>
      <w:proofErr w:type="spellStart"/>
      <w:r w:rsidRPr="00BF194F">
        <w:rPr>
          <w:rFonts w:ascii="Arial" w:hAnsi="Arial" w:cs="Arial"/>
          <w:sz w:val="20"/>
          <w:szCs w:val="20"/>
        </w:rPr>
        <w:t>only</w:t>
      </w:r>
      <w:proofErr w:type="spellEnd"/>
      <w:r w:rsidRPr="00BF194F">
        <w:rPr>
          <w:rFonts w:ascii="Arial" w:hAnsi="Arial" w:cs="Arial"/>
          <w:sz w:val="20"/>
          <w:szCs w:val="20"/>
        </w:rPr>
        <w:t xml:space="preserve"> articles </w:t>
      </w:r>
      <w:proofErr w:type="spellStart"/>
      <w:r w:rsidRPr="00BF194F">
        <w:rPr>
          <w:rFonts w:ascii="Arial" w:hAnsi="Arial" w:cs="Arial"/>
          <w:sz w:val="20"/>
          <w:szCs w:val="20"/>
        </w:rPr>
        <w:t>addressing</w:t>
      </w:r>
      <w:proofErr w:type="spellEnd"/>
      <w:r w:rsidRPr="00BF194F">
        <w:rPr>
          <w:rFonts w:ascii="Arial" w:hAnsi="Arial" w:cs="Arial"/>
          <w:sz w:val="20"/>
          <w:szCs w:val="20"/>
        </w:rPr>
        <w:t xml:space="preserve"> all concepts </w:t>
      </w:r>
      <w:proofErr w:type="spellStart"/>
      <w:r w:rsidRPr="00BF194F">
        <w:rPr>
          <w:rFonts w:ascii="Arial" w:hAnsi="Arial" w:cs="Arial"/>
          <w:sz w:val="20"/>
          <w:szCs w:val="20"/>
        </w:rPr>
        <w:t>simultaneously</w:t>
      </w:r>
      <w:proofErr w:type="spellEnd"/>
      <w:r w:rsidRPr="00BF194F">
        <w:rPr>
          <w:rFonts w:ascii="Arial" w:hAnsi="Arial" w:cs="Arial"/>
          <w:sz w:val="20"/>
          <w:szCs w:val="20"/>
        </w:rPr>
        <w:t xml:space="preserve"> are </w:t>
      </w:r>
      <w:proofErr w:type="spellStart"/>
      <w:r w:rsidRPr="00BF194F">
        <w:rPr>
          <w:rFonts w:ascii="Arial" w:hAnsi="Arial" w:cs="Arial"/>
          <w:sz w:val="20"/>
          <w:szCs w:val="20"/>
        </w:rPr>
        <w:t>retained</w:t>
      </w:r>
      <w:proofErr w:type="spellEnd"/>
      <w:r w:rsidRPr="00BF194F">
        <w:rPr>
          <w:rFonts w:ascii="Arial" w:hAnsi="Arial" w:cs="Arial"/>
          <w:sz w:val="20"/>
          <w:szCs w:val="20"/>
        </w:rPr>
        <w:t xml:space="preserve">. </w:t>
      </w:r>
      <w:proofErr w:type="spellStart"/>
      <w:r w:rsidRPr="00BF194F">
        <w:rPr>
          <w:rFonts w:ascii="Arial" w:hAnsi="Arial" w:cs="Arial"/>
          <w:sz w:val="20"/>
          <w:szCs w:val="20"/>
        </w:rPr>
        <w:t>While</w:t>
      </w:r>
      <w:proofErr w:type="spellEnd"/>
      <w:r w:rsidRPr="00BF194F">
        <w:rPr>
          <w:rFonts w:ascii="Arial" w:hAnsi="Arial" w:cs="Arial"/>
          <w:sz w:val="20"/>
          <w:szCs w:val="20"/>
        </w:rPr>
        <w:t xml:space="preserve"> the </w:t>
      </w:r>
      <w:proofErr w:type="spellStart"/>
      <w:r w:rsidRPr="00BF194F">
        <w:rPr>
          <w:rFonts w:ascii="Arial" w:hAnsi="Arial" w:cs="Arial"/>
          <w:sz w:val="20"/>
          <w:szCs w:val="20"/>
        </w:rPr>
        <w:t>general</w:t>
      </w:r>
      <w:proofErr w:type="spellEnd"/>
      <w:r w:rsidRPr="00BF194F">
        <w:rPr>
          <w:rFonts w:ascii="Arial" w:hAnsi="Arial" w:cs="Arial"/>
          <w:sz w:val="20"/>
          <w:szCs w:val="20"/>
        </w:rPr>
        <w:t xml:space="preserve"> </w:t>
      </w:r>
      <w:proofErr w:type="spellStart"/>
      <w:r w:rsidRPr="00BF194F">
        <w:rPr>
          <w:rFonts w:ascii="Arial" w:hAnsi="Arial" w:cs="Arial"/>
          <w:sz w:val="20"/>
          <w:szCs w:val="20"/>
        </w:rPr>
        <w:t>principles</w:t>
      </w:r>
      <w:proofErr w:type="spellEnd"/>
      <w:r w:rsidRPr="00BF194F">
        <w:rPr>
          <w:rFonts w:ascii="Arial" w:hAnsi="Arial" w:cs="Arial"/>
          <w:sz w:val="20"/>
          <w:szCs w:val="20"/>
        </w:rPr>
        <w:t xml:space="preserve"> of the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strategy</w:t>
      </w:r>
      <w:proofErr w:type="spellEnd"/>
      <w:r w:rsidRPr="00BF194F">
        <w:rPr>
          <w:rFonts w:ascii="Arial" w:hAnsi="Arial" w:cs="Arial"/>
          <w:sz w:val="20"/>
          <w:szCs w:val="20"/>
        </w:rPr>
        <w:t xml:space="preserve"> </w:t>
      </w:r>
      <w:proofErr w:type="spellStart"/>
      <w:r w:rsidRPr="00BF194F">
        <w:rPr>
          <w:rFonts w:ascii="Arial" w:hAnsi="Arial" w:cs="Arial"/>
          <w:sz w:val="20"/>
          <w:szCs w:val="20"/>
        </w:rPr>
        <w:t>remain</w:t>
      </w:r>
      <w:proofErr w:type="spellEnd"/>
      <w:r w:rsidRPr="00BF194F">
        <w:rPr>
          <w:rFonts w:ascii="Arial" w:hAnsi="Arial" w:cs="Arial"/>
          <w:sz w:val="20"/>
          <w:szCs w:val="20"/>
        </w:rPr>
        <w:t xml:space="preserve"> consistent, the </w:t>
      </w:r>
      <w:proofErr w:type="spellStart"/>
      <w:r w:rsidRPr="00BF194F">
        <w:rPr>
          <w:rFonts w:ascii="Arial" w:hAnsi="Arial" w:cs="Arial"/>
          <w:sz w:val="20"/>
          <w:szCs w:val="20"/>
        </w:rPr>
        <w:t>equations</w:t>
      </w:r>
      <w:proofErr w:type="spellEnd"/>
      <w:r w:rsidRPr="00BF194F">
        <w:rPr>
          <w:rFonts w:ascii="Arial" w:hAnsi="Arial" w:cs="Arial"/>
          <w:sz w:val="20"/>
          <w:szCs w:val="20"/>
        </w:rPr>
        <w:t xml:space="preserve"> </w:t>
      </w:r>
      <w:proofErr w:type="spellStart"/>
      <w:r w:rsidRPr="00BF194F">
        <w:rPr>
          <w:rFonts w:ascii="Arial" w:hAnsi="Arial" w:cs="Arial"/>
          <w:sz w:val="20"/>
          <w:szCs w:val="20"/>
        </w:rPr>
        <w:t>will</w:t>
      </w:r>
      <w:proofErr w:type="spellEnd"/>
      <w:r w:rsidRPr="00BF194F">
        <w:rPr>
          <w:rFonts w:ascii="Arial" w:hAnsi="Arial" w:cs="Arial"/>
          <w:sz w:val="20"/>
          <w:szCs w:val="20"/>
        </w:rPr>
        <w:t xml:space="preserve"> </w:t>
      </w:r>
      <w:proofErr w:type="spellStart"/>
      <w:r w:rsidRPr="00BF194F">
        <w:rPr>
          <w:rFonts w:ascii="Arial" w:hAnsi="Arial" w:cs="Arial"/>
          <w:sz w:val="20"/>
          <w:szCs w:val="20"/>
        </w:rPr>
        <w:t>be</w:t>
      </w:r>
      <w:proofErr w:type="spellEnd"/>
      <w:r w:rsidRPr="00BF194F">
        <w:rPr>
          <w:rFonts w:ascii="Arial" w:hAnsi="Arial" w:cs="Arial"/>
          <w:sz w:val="20"/>
          <w:szCs w:val="20"/>
        </w:rPr>
        <w:t xml:space="preserve"> </w:t>
      </w:r>
      <w:proofErr w:type="spellStart"/>
      <w:r w:rsidRPr="00BF194F">
        <w:rPr>
          <w:rFonts w:ascii="Arial" w:hAnsi="Arial" w:cs="Arial"/>
          <w:sz w:val="20"/>
          <w:szCs w:val="20"/>
        </w:rPr>
        <w:t>adapted</w:t>
      </w:r>
      <w:proofErr w:type="spellEnd"/>
      <w:r w:rsidRPr="00BF194F">
        <w:rPr>
          <w:rFonts w:ascii="Arial" w:hAnsi="Arial" w:cs="Arial"/>
          <w:sz w:val="20"/>
          <w:szCs w:val="20"/>
        </w:rPr>
        <w:t xml:space="preserve"> </w:t>
      </w:r>
      <w:proofErr w:type="spellStart"/>
      <w:r w:rsidRPr="00BF194F">
        <w:rPr>
          <w:rFonts w:ascii="Arial" w:hAnsi="Arial" w:cs="Arial"/>
          <w:sz w:val="20"/>
          <w:szCs w:val="20"/>
        </w:rPr>
        <w:t>according</w:t>
      </w:r>
      <w:proofErr w:type="spellEnd"/>
      <w:r w:rsidRPr="00BF194F">
        <w:rPr>
          <w:rFonts w:ascii="Arial" w:hAnsi="Arial" w:cs="Arial"/>
          <w:sz w:val="20"/>
          <w:szCs w:val="20"/>
        </w:rPr>
        <w:t xml:space="preserve"> to the </w:t>
      </w:r>
      <w:proofErr w:type="spellStart"/>
      <w:r w:rsidRPr="00BF194F">
        <w:rPr>
          <w:rFonts w:ascii="Arial" w:hAnsi="Arial" w:cs="Arial"/>
          <w:sz w:val="20"/>
          <w:szCs w:val="20"/>
        </w:rPr>
        <w:t>specific</w:t>
      </w:r>
      <w:proofErr w:type="spellEnd"/>
      <w:r w:rsidRPr="00BF194F">
        <w:rPr>
          <w:rFonts w:ascii="Arial" w:hAnsi="Arial" w:cs="Arial"/>
          <w:sz w:val="20"/>
          <w:szCs w:val="20"/>
        </w:rPr>
        <w:t xml:space="preserve"> </w:t>
      </w:r>
      <w:proofErr w:type="spellStart"/>
      <w:r w:rsidRPr="00BF194F">
        <w:rPr>
          <w:rFonts w:ascii="Arial" w:hAnsi="Arial" w:cs="Arial"/>
          <w:sz w:val="20"/>
          <w:szCs w:val="20"/>
        </w:rPr>
        <w:t>features</w:t>
      </w:r>
      <w:proofErr w:type="spellEnd"/>
      <w:r w:rsidRPr="00BF194F">
        <w:rPr>
          <w:rFonts w:ascii="Arial" w:hAnsi="Arial" w:cs="Arial"/>
          <w:sz w:val="20"/>
          <w:szCs w:val="20"/>
        </w:rPr>
        <w:t xml:space="preserve"> of </w:t>
      </w:r>
      <w:proofErr w:type="spellStart"/>
      <w:r w:rsidRPr="00BF194F">
        <w:rPr>
          <w:rFonts w:ascii="Arial" w:hAnsi="Arial" w:cs="Arial"/>
          <w:sz w:val="20"/>
          <w:szCs w:val="20"/>
        </w:rPr>
        <w:t>each</w:t>
      </w:r>
      <w:proofErr w:type="spellEnd"/>
      <w:r w:rsidRPr="00BF194F">
        <w:rPr>
          <w:rFonts w:ascii="Arial" w:hAnsi="Arial" w:cs="Arial"/>
          <w:sz w:val="20"/>
          <w:szCs w:val="20"/>
        </w:rPr>
        <w:t xml:space="preserve"> platform, </w:t>
      </w:r>
      <w:proofErr w:type="spellStart"/>
      <w:r w:rsidRPr="00BF194F">
        <w:rPr>
          <w:rFonts w:ascii="Arial" w:hAnsi="Arial" w:cs="Arial"/>
          <w:sz w:val="20"/>
          <w:szCs w:val="20"/>
        </w:rPr>
        <w:t>while</w:t>
      </w:r>
      <w:proofErr w:type="spellEnd"/>
      <w:r w:rsidRPr="00BF194F">
        <w:rPr>
          <w:rFonts w:ascii="Arial" w:hAnsi="Arial" w:cs="Arial"/>
          <w:sz w:val="20"/>
          <w:szCs w:val="20"/>
        </w:rPr>
        <w:t xml:space="preserve"> </w:t>
      </w:r>
      <w:proofErr w:type="spellStart"/>
      <w:r w:rsidRPr="00BF194F">
        <w:rPr>
          <w:rFonts w:ascii="Arial" w:hAnsi="Arial" w:cs="Arial"/>
          <w:sz w:val="20"/>
          <w:szCs w:val="20"/>
        </w:rPr>
        <w:t>aiming</w:t>
      </w:r>
      <w:proofErr w:type="spellEnd"/>
      <w:r w:rsidRPr="00BF194F">
        <w:rPr>
          <w:rFonts w:ascii="Arial" w:hAnsi="Arial" w:cs="Arial"/>
          <w:sz w:val="20"/>
          <w:szCs w:val="20"/>
        </w:rPr>
        <w:t xml:space="preserve"> to </w:t>
      </w:r>
      <w:proofErr w:type="spellStart"/>
      <w:r w:rsidRPr="00BF194F">
        <w:rPr>
          <w:rFonts w:ascii="Arial" w:hAnsi="Arial" w:cs="Arial"/>
          <w:sz w:val="20"/>
          <w:szCs w:val="20"/>
        </w:rPr>
        <w:t>remain</w:t>
      </w:r>
      <w:proofErr w:type="spellEnd"/>
      <w:r w:rsidRPr="00BF194F">
        <w:rPr>
          <w:rFonts w:ascii="Arial" w:hAnsi="Arial" w:cs="Arial"/>
          <w:sz w:val="20"/>
          <w:szCs w:val="20"/>
        </w:rPr>
        <w:t xml:space="preserve"> as close as possible to the </w:t>
      </w:r>
      <w:proofErr w:type="spellStart"/>
      <w:r w:rsidRPr="00BF194F">
        <w:rPr>
          <w:rFonts w:ascii="Arial" w:hAnsi="Arial" w:cs="Arial"/>
          <w:sz w:val="20"/>
          <w:szCs w:val="20"/>
        </w:rPr>
        <w:t>initially</w:t>
      </w:r>
      <w:proofErr w:type="spellEnd"/>
      <w:r w:rsidRPr="00BF194F">
        <w:rPr>
          <w:rFonts w:ascii="Arial" w:hAnsi="Arial" w:cs="Arial"/>
          <w:sz w:val="20"/>
          <w:szCs w:val="20"/>
        </w:rPr>
        <w:t xml:space="preserve"> </w:t>
      </w:r>
      <w:proofErr w:type="spellStart"/>
      <w:r w:rsidRPr="00BF194F">
        <w:rPr>
          <w:rFonts w:ascii="Arial" w:hAnsi="Arial" w:cs="Arial"/>
          <w:sz w:val="20"/>
          <w:szCs w:val="20"/>
        </w:rPr>
        <w:t>defined</w:t>
      </w:r>
      <w:proofErr w:type="spellEnd"/>
      <w:r w:rsidRPr="00BF194F">
        <w:rPr>
          <w:rFonts w:ascii="Arial" w:hAnsi="Arial" w:cs="Arial"/>
          <w:sz w:val="20"/>
          <w:szCs w:val="20"/>
        </w:rPr>
        <w:t xml:space="preserve"> MeSH </w:t>
      </w:r>
      <w:proofErr w:type="spellStart"/>
      <w:r w:rsidRPr="00BF194F">
        <w:rPr>
          <w:rFonts w:ascii="Arial" w:hAnsi="Arial" w:cs="Arial"/>
          <w:sz w:val="20"/>
          <w:szCs w:val="20"/>
        </w:rPr>
        <w:t>categorizations</w:t>
      </w:r>
      <w:proofErr w:type="spellEnd"/>
      <w:r w:rsidRPr="00BF194F">
        <w:rPr>
          <w:rFonts w:ascii="Arial" w:hAnsi="Arial" w:cs="Arial"/>
          <w:sz w:val="20"/>
          <w:szCs w:val="20"/>
        </w:rPr>
        <w:t xml:space="preserve"> and free-</w:t>
      </w:r>
      <w:proofErr w:type="spellStart"/>
      <w:r w:rsidRPr="00BF194F">
        <w:rPr>
          <w:rFonts w:ascii="Arial" w:hAnsi="Arial" w:cs="Arial"/>
          <w:sz w:val="20"/>
          <w:szCs w:val="20"/>
        </w:rPr>
        <w:t>text</w:t>
      </w:r>
      <w:proofErr w:type="spellEnd"/>
      <w:r w:rsidRPr="00BF194F">
        <w:rPr>
          <w:rFonts w:ascii="Arial" w:hAnsi="Arial" w:cs="Arial"/>
          <w:sz w:val="20"/>
          <w:szCs w:val="20"/>
        </w:rPr>
        <w:t xml:space="preserve"> </w:t>
      </w:r>
      <w:proofErr w:type="spellStart"/>
      <w:r w:rsidRPr="00BF194F">
        <w:rPr>
          <w:rFonts w:ascii="Arial" w:hAnsi="Arial" w:cs="Arial"/>
          <w:sz w:val="20"/>
          <w:szCs w:val="20"/>
        </w:rPr>
        <w:t>terms</w:t>
      </w:r>
      <w:proofErr w:type="spellEnd"/>
      <w:r w:rsidRPr="00BF194F">
        <w:rPr>
          <w:rFonts w:ascii="Arial" w:hAnsi="Arial" w:cs="Arial"/>
          <w:sz w:val="20"/>
          <w:szCs w:val="20"/>
        </w:rPr>
        <w:t xml:space="preserve"> for PubMed and Cochrane Library.</w:t>
      </w:r>
    </w:p>
    <w:p w14:paraId="3E120AAB" w14:textId="77777777" w:rsidR="005F56E8" w:rsidRPr="00BF194F" w:rsidRDefault="005F56E8" w:rsidP="00BF194F">
      <w:pPr>
        <w:pStyle w:val="NormalWeb"/>
        <w:spacing w:line="360" w:lineRule="auto"/>
        <w:jc w:val="both"/>
        <w:rPr>
          <w:rFonts w:ascii="Arial" w:hAnsi="Arial" w:cs="Arial"/>
          <w:sz w:val="20"/>
          <w:szCs w:val="20"/>
        </w:rPr>
      </w:pPr>
      <w:proofErr w:type="spellStart"/>
      <w:r w:rsidRPr="00BF194F">
        <w:rPr>
          <w:rFonts w:ascii="Arial" w:hAnsi="Arial" w:cs="Arial"/>
          <w:sz w:val="20"/>
          <w:szCs w:val="20"/>
        </w:rPr>
        <w:lastRenderedPageBreak/>
        <w:t>Each</w:t>
      </w:r>
      <w:proofErr w:type="spellEnd"/>
      <w:r w:rsidRPr="00BF194F">
        <w:rPr>
          <w:rFonts w:ascii="Arial" w:hAnsi="Arial" w:cs="Arial"/>
          <w:sz w:val="20"/>
          <w:szCs w:val="20"/>
        </w:rPr>
        <w:t xml:space="preserve"> </w:t>
      </w:r>
      <w:proofErr w:type="spellStart"/>
      <w:r w:rsidRPr="00BF194F">
        <w:rPr>
          <w:rFonts w:ascii="Arial" w:hAnsi="Arial" w:cs="Arial"/>
          <w:sz w:val="20"/>
          <w:szCs w:val="20"/>
        </w:rPr>
        <w:t>database</w:t>
      </w:r>
      <w:proofErr w:type="spellEnd"/>
      <w:r w:rsidRPr="00BF194F">
        <w:rPr>
          <w:rFonts w:ascii="Arial" w:hAnsi="Arial" w:cs="Arial"/>
          <w:sz w:val="20"/>
          <w:szCs w:val="20"/>
        </w:rPr>
        <w:t xml:space="preserve"> has </w:t>
      </w:r>
      <w:proofErr w:type="spellStart"/>
      <w:r w:rsidRPr="00BF194F">
        <w:rPr>
          <w:rFonts w:ascii="Arial" w:hAnsi="Arial" w:cs="Arial"/>
          <w:sz w:val="20"/>
          <w:szCs w:val="20"/>
        </w:rPr>
        <w:t>its</w:t>
      </w:r>
      <w:proofErr w:type="spellEnd"/>
      <w:r w:rsidRPr="00BF194F">
        <w:rPr>
          <w:rFonts w:ascii="Arial" w:hAnsi="Arial" w:cs="Arial"/>
          <w:sz w:val="20"/>
          <w:szCs w:val="20"/>
        </w:rPr>
        <w:t xml:space="preserve"> </w:t>
      </w:r>
      <w:proofErr w:type="spellStart"/>
      <w:r w:rsidRPr="00BF194F">
        <w:rPr>
          <w:rFonts w:ascii="Arial" w:hAnsi="Arial" w:cs="Arial"/>
          <w:sz w:val="20"/>
          <w:szCs w:val="20"/>
        </w:rPr>
        <w:t>own</w:t>
      </w:r>
      <w:proofErr w:type="spellEnd"/>
      <w:r w:rsidRPr="00BF194F">
        <w:rPr>
          <w:rFonts w:ascii="Arial" w:hAnsi="Arial" w:cs="Arial"/>
          <w:sz w:val="20"/>
          <w:szCs w:val="20"/>
        </w:rPr>
        <w:t xml:space="preserve"> </w:t>
      </w:r>
      <w:proofErr w:type="spellStart"/>
      <w:r w:rsidRPr="00BF194F">
        <w:rPr>
          <w:rFonts w:ascii="Arial" w:hAnsi="Arial" w:cs="Arial"/>
          <w:sz w:val="20"/>
          <w:szCs w:val="20"/>
        </w:rPr>
        <w:t>specificities</w:t>
      </w:r>
      <w:proofErr w:type="spellEnd"/>
      <w:r w:rsidRPr="00BF194F">
        <w:rPr>
          <w:rFonts w:ascii="Arial" w:hAnsi="Arial" w:cs="Arial"/>
          <w:sz w:val="20"/>
          <w:szCs w:val="20"/>
        </w:rPr>
        <w:t xml:space="preserve"> </w:t>
      </w:r>
      <w:proofErr w:type="spellStart"/>
      <w:r w:rsidRPr="00BF194F">
        <w:rPr>
          <w:rFonts w:ascii="Arial" w:hAnsi="Arial" w:cs="Arial"/>
          <w:sz w:val="20"/>
          <w:szCs w:val="20"/>
        </w:rPr>
        <w:t>requiring</w:t>
      </w:r>
      <w:proofErr w:type="spellEnd"/>
      <w:r w:rsidRPr="00BF194F">
        <w:rPr>
          <w:rFonts w:ascii="Arial" w:hAnsi="Arial" w:cs="Arial"/>
          <w:sz w:val="20"/>
          <w:szCs w:val="20"/>
        </w:rPr>
        <w:t xml:space="preserve"> adaptations to </w:t>
      </w:r>
      <w:proofErr w:type="spellStart"/>
      <w:r w:rsidRPr="00BF194F">
        <w:rPr>
          <w:rFonts w:ascii="Arial" w:hAnsi="Arial" w:cs="Arial"/>
          <w:sz w:val="20"/>
          <w:szCs w:val="20"/>
        </w:rPr>
        <w:t>optimize</w:t>
      </w:r>
      <w:proofErr w:type="spellEnd"/>
      <w:r w:rsidRPr="00BF194F">
        <w:rPr>
          <w:rFonts w:ascii="Arial" w:hAnsi="Arial" w:cs="Arial"/>
          <w:sz w:val="20"/>
          <w:szCs w:val="20"/>
        </w:rPr>
        <w:t xml:space="preserve"> </w:t>
      </w:r>
      <w:proofErr w:type="spellStart"/>
      <w:r w:rsidRPr="00BF194F">
        <w:rPr>
          <w:rFonts w:ascii="Arial" w:hAnsi="Arial" w:cs="Arial"/>
          <w:sz w:val="20"/>
          <w:szCs w:val="20"/>
        </w:rPr>
        <w:t>results</w:t>
      </w:r>
      <w:proofErr w:type="spellEnd"/>
      <w:r w:rsidRPr="00BF194F">
        <w:rPr>
          <w:rFonts w:ascii="Arial" w:hAnsi="Arial" w:cs="Arial"/>
          <w:sz w:val="20"/>
          <w:szCs w:val="20"/>
        </w:rPr>
        <w:t xml:space="preserve">, </w:t>
      </w:r>
      <w:proofErr w:type="spellStart"/>
      <w:r w:rsidRPr="00BF194F">
        <w:rPr>
          <w:rFonts w:ascii="Arial" w:hAnsi="Arial" w:cs="Arial"/>
          <w:sz w:val="20"/>
          <w:szCs w:val="20"/>
        </w:rPr>
        <w:t>including</w:t>
      </w:r>
      <w:proofErr w:type="spellEnd"/>
      <w:r w:rsidRPr="00BF194F">
        <w:rPr>
          <w:rFonts w:ascii="Arial" w:hAnsi="Arial" w:cs="Arial"/>
          <w:sz w:val="20"/>
          <w:szCs w:val="20"/>
        </w:rPr>
        <w:t xml:space="preserve"> </w:t>
      </w:r>
      <w:proofErr w:type="spellStart"/>
      <w:r w:rsidRPr="00BF194F">
        <w:rPr>
          <w:rFonts w:ascii="Arial" w:hAnsi="Arial" w:cs="Arial"/>
          <w:sz w:val="20"/>
          <w:szCs w:val="20"/>
        </w:rPr>
        <w:t>syntax</w:t>
      </w:r>
      <w:proofErr w:type="spellEnd"/>
      <w:r w:rsidRPr="00BF194F">
        <w:rPr>
          <w:rFonts w:ascii="Arial" w:hAnsi="Arial" w:cs="Arial"/>
          <w:sz w:val="20"/>
          <w:szCs w:val="20"/>
        </w:rPr>
        <w:t xml:space="preserve">, Boolean </w:t>
      </w:r>
      <w:proofErr w:type="spellStart"/>
      <w:r w:rsidRPr="00BF194F">
        <w:rPr>
          <w:rFonts w:ascii="Arial" w:hAnsi="Arial" w:cs="Arial"/>
          <w:sz w:val="20"/>
          <w:szCs w:val="20"/>
        </w:rPr>
        <w:t>operators</w:t>
      </w:r>
      <w:proofErr w:type="spellEnd"/>
      <w:r w:rsidRPr="00BF194F">
        <w:rPr>
          <w:rFonts w:ascii="Arial" w:hAnsi="Arial" w:cs="Arial"/>
          <w:sz w:val="20"/>
          <w:szCs w:val="20"/>
        </w:rPr>
        <w:t xml:space="preserve">, the </w:t>
      </w:r>
      <w:proofErr w:type="spellStart"/>
      <w:r w:rsidRPr="00BF194F">
        <w:rPr>
          <w:rFonts w:ascii="Arial" w:hAnsi="Arial" w:cs="Arial"/>
          <w:sz w:val="20"/>
          <w:szCs w:val="20"/>
        </w:rPr>
        <w:t>availability</w:t>
      </w:r>
      <w:proofErr w:type="spellEnd"/>
      <w:r w:rsidRPr="00BF194F">
        <w:rPr>
          <w:rFonts w:ascii="Arial" w:hAnsi="Arial" w:cs="Arial"/>
          <w:sz w:val="20"/>
          <w:szCs w:val="20"/>
        </w:rPr>
        <w:t xml:space="preserve"> of MeSH </w:t>
      </w:r>
      <w:proofErr w:type="spellStart"/>
      <w:r w:rsidRPr="00BF194F">
        <w:rPr>
          <w:rFonts w:ascii="Arial" w:hAnsi="Arial" w:cs="Arial"/>
          <w:sz w:val="20"/>
          <w:szCs w:val="20"/>
        </w:rPr>
        <w:t>terms</w:t>
      </w:r>
      <w:proofErr w:type="spellEnd"/>
      <w:r w:rsidRPr="00BF194F">
        <w:rPr>
          <w:rFonts w:ascii="Arial" w:hAnsi="Arial" w:cs="Arial"/>
          <w:sz w:val="20"/>
          <w:szCs w:val="20"/>
        </w:rPr>
        <w:t xml:space="preserve">, and </w:t>
      </w:r>
      <w:proofErr w:type="spellStart"/>
      <w:r w:rsidRPr="00BF194F">
        <w:rPr>
          <w:rFonts w:ascii="Arial" w:hAnsi="Arial" w:cs="Arial"/>
          <w:sz w:val="20"/>
          <w:szCs w:val="20"/>
        </w:rPr>
        <w:t>their</w:t>
      </w:r>
      <w:proofErr w:type="spellEnd"/>
      <w:r w:rsidRPr="00BF194F">
        <w:rPr>
          <w:rFonts w:ascii="Arial" w:hAnsi="Arial" w:cs="Arial"/>
          <w:sz w:val="20"/>
          <w:szCs w:val="20"/>
        </w:rPr>
        <w:t xml:space="preserve"> translation if </w:t>
      </w:r>
      <w:proofErr w:type="spellStart"/>
      <w:r w:rsidRPr="00BF194F">
        <w:rPr>
          <w:rFonts w:ascii="Arial" w:hAnsi="Arial" w:cs="Arial"/>
          <w:sz w:val="20"/>
          <w:szCs w:val="20"/>
        </w:rPr>
        <w:t>necessary</w:t>
      </w:r>
      <w:proofErr w:type="spellEnd"/>
      <w:r w:rsidRPr="00BF194F">
        <w:rPr>
          <w:rFonts w:ascii="Arial" w:hAnsi="Arial" w:cs="Arial"/>
          <w:sz w:val="20"/>
          <w:szCs w:val="20"/>
        </w:rPr>
        <w:t xml:space="preserve">, but the </w:t>
      </w:r>
      <w:proofErr w:type="spellStart"/>
      <w:r w:rsidRPr="00BF194F">
        <w:rPr>
          <w:rFonts w:ascii="Arial" w:hAnsi="Arial" w:cs="Arial"/>
          <w:sz w:val="20"/>
          <w:szCs w:val="20"/>
        </w:rPr>
        <w:t>equation</w:t>
      </w:r>
      <w:proofErr w:type="spellEnd"/>
      <w:r w:rsidRPr="00BF194F">
        <w:rPr>
          <w:rFonts w:ascii="Arial" w:hAnsi="Arial" w:cs="Arial"/>
          <w:sz w:val="20"/>
          <w:szCs w:val="20"/>
        </w:rPr>
        <w:t xml:space="preserve"> structure </w:t>
      </w:r>
      <w:proofErr w:type="spellStart"/>
      <w:r w:rsidRPr="00BF194F">
        <w:rPr>
          <w:rFonts w:ascii="Arial" w:hAnsi="Arial" w:cs="Arial"/>
          <w:sz w:val="20"/>
          <w:szCs w:val="20"/>
        </w:rPr>
        <w:t>remains</w:t>
      </w:r>
      <w:proofErr w:type="spellEnd"/>
      <w:r w:rsidRPr="00BF194F">
        <w:rPr>
          <w:rFonts w:ascii="Arial" w:hAnsi="Arial" w:cs="Arial"/>
          <w:sz w:val="20"/>
          <w:szCs w:val="20"/>
        </w:rPr>
        <w:t xml:space="preserve"> consistent </w:t>
      </w:r>
      <w:proofErr w:type="spellStart"/>
      <w:r w:rsidRPr="00BF194F">
        <w:rPr>
          <w:rFonts w:ascii="Arial" w:hAnsi="Arial" w:cs="Arial"/>
          <w:sz w:val="20"/>
          <w:szCs w:val="20"/>
        </w:rPr>
        <w:t>across</w:t>
      </w:r>
      <w:proofErr w:type="spellEnd"/>
      <w:r w:rsidRPr="00BF194F">
        <w:rPr>
          <w:rFonts w:ascii="Arial" w:hAnsi="Arial" w:cs="Arial"/>
          <w:sz w:val="20"/>
          <w:szCs w:val="20"/>
        </w:rPr>
        <w:t xml:space="preserve"> platforms. To </w:t>
      </w:r>
      <w:proofErr w:type="spellStart"/>
      <w:r w:rsidRPr="00BF194F">
        <w:rPr>
          <w:rFonts w:ascii="Arial" w:hAnsi="Arial" w:cs="Arial"/>
          <w:sz w:val="20"/>
          <w:szCs w:val="20"/>
        </w:rPr>
        <w:t>ensure</w:t>
      </w:r>
      <w:proofErr w:type="spellEnd"/>
      <w:r w:rsidRPr="00BF194F">
        <w:rPr>
          <w:rFonts w:ascii="Arial" w:hAnsi="Arial" w:cs="Arial"/>
          <w:sz w:val="20"/>
          <w:szCs w:val="20"/>
        </w:rPr>
        <w:t xml:space="preserve"> </w:t>
      </w:r>
      <w:proofErr w:type="spellStart"/>
      <w:r w:rsidRPr="00BF194F">
        <w:rPr>
          <w:rFonts w:ascii="Arial" w:hAnsi="Arial" w:cs="Arial"/>
          <w:sz w:val="20"/>
          <w:szCs w:val="20"/>
        </w:rPr>
        <w:t>methodological</w:t>
      </w:r>
      <w:proofErr w:type="spellEnd"/>
      <w:r w:rsidRPr="00BF194F">
        <w:rPr>
          <w:rFonts w:ascii="Arial" w:hAnsi="Arial" w:cs="Arial"/>
          <w:sz w:val="20"/>
          <w:szCs w:val="20"/>
        </w:rPr>
        <w:t xml:space="preserve"> </w:t>
      </w:r>
      <w:proofErr w:type="spellStart"/>
      <w:r w:rsidRPr="00BF194F">
        <w:rPr>
          <w:rFonts w:ascii="Arial" w:hAnsi="Arial" w:cs="Arial"/>
          <w:sz w:val="20"/>
          <w:szCs w:val="20"/>
        </w:rPr>
        <w:t>transparency</w:t>
      </w:r>
      <w:proofErr w:type="spellEnd"/>
      <w:r w:rsidRPr="00BF194F">
        <w:rPr>
          <w:rFonts w:ascii="Arial" w:hAnsi="Arial" w:cs="Arial"/>
          <w:sz w:val="20"/>
          <w:szCs w:val="20"/>
        </w:rPr>
        <w:t xml:space="preserve"> and enable </w:t>
      </w:r>
      <w:proofErr w:type="spellStart"/>
      <w:r w:rsidRPr="00BF194F">
        <w:rPr>
          <w:rFonts w:ascii="Arial" w:hAnsi="Arial" w:cs="Arial"/>
          <w:sz w:val="20"/>
          <w:szCs w:val="20"/>
        </w:rPr>
        <w:t>reproducibility</w:t>
      </w:r>
      <w:proofErr w:type="spellEnd"/>
      <w:r w:rsidRPr="00BF194F">
        <w:rPr>
          <w:rFonts w:ascii="Arial" w:hAnsi="Arial" w:cs="Arial"/>
          <w:sz w:val="20"/>
          <w:szCs w:val="20"/>
        </w:rPr>
        <w:t xml:space="preserve"> of the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information </w:t>
      </w:r>
      <w:proofErr w:type="spellStart"/>
      <w:r w:rsidRPr="00BF194F">
        <w:rPr>
          <w:rFonts w:ascii="Arial" w:hAnsi="Arial" w:cs="Arial"/>
          <w:sz w:val="20"/>
          <w:szCs w:val="20"/>
        </w:rPr>
        <w:t>related</w:t>
      </w:r>
      <w:proofErr w:type="spellEnd"/>
      <w:r w:rsidRPr="00BF194F">
        <w:rPr>
          <w:rFonts w:ascii="Arial" w:hAnsi="Arial" w:cs="Arial"/>
          <w:sz w:val="20"/>
          <w:szCs w:val="20"/>
        </w:rPr>
        <w:t xml:space="preserve"> to </w:t>
      </w:r>
      <w:proofErr w:type="spellStart"/>
      <w:r w:rsidRPr="00BF194F">
        <w:rPr>
          <w:rFonts w:ascii="Arial" w:hAnsi="Arial" w:cs="Arial"/>
          <w:sz w:val="20"/>
          <w:szCs w:val="20"/>
        </w:rPr>
        <w:t>each</w:t>
      </w:r>
      <w:proofErr w:type="spellEnd"/>
      <w:r w:rsidRPr="00BF194F">
        <w:rPr>
          <w:rFonts w:ascii="Arial" w:hAnsi="Arial" w:cs="Arial"/>
          <w:sz w:val="20"/>
          <w:szCs w:val="20"/>
        </w:rPr>
        <w:t xml:space="preserv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equation</w:t>
      </w:r>
      <w:proofErr w:type="spellEnd"/>
      <w:r w:rsidRPr="00BF194F">
        <w:rPr>
          <w:rFonts w:ascii="Arial" w:hAnsi="Arial" w:cs="Arial"/>
          <w:sz w:val="20"/>
          <w:szCs w:val="20"/>
        </w:rPr>
        <w:t xml:space="preserve"> for </w:t>
      </w:r>
      <w:proofErr w:type="spellStart"/>
      <w:r w:rsidRPr="00BF194F">
        <w:rPr>
          <w:rFonts w:ascii="Arial" w:hAnsi="Arial" w:cs="Arial"/>
          <w:sz w:val="20"/>
          <w:szCs w:val="20"/>
        </w:rPr>
        <w:t>each</w:t>
      </w:r>
      <w:proofErr w:type="spellEnd"/>
      <w:r w:rsidRPr="00BF194F">
        <w:rPr>
          <w:rFonts w:ascii="Arial" w:hAnsi="Arial" w:cs="Arial"/>
          <w:sz w:val="20"/>
          <w:szCs w:val="20"/>
        </w:rPr>
        <w:t xml:space="preserve"> </w:t>
      </w:r>
      <w:proofErr w:type="spellStart"/>
      <w:r w:rsidRPr="00BF194F">
        <w:rPr>
          <w:rFonts w:ascii="Arial" w:hAnsi="Arial" w:cs="Arial"/>
          <w:sz w:val="20"/>
          <w:szCs w:val="20"/>
        </w:rPr>
        <w:t>database</w:t>
      </w:r>
      <w:proofErr w:type="spellEnd"/>
      <w:r w:rsidRPr="00BF194F">
        <w:rPr>
          <w:rFonts w:ascii="Arial" w:hAnsi="Arial" w:cs="Arial"/>
          <w:sz w:val="20"/>
          <w:szCs w:val="20"/>
        </w:rPr>
        <w:t xml:space="preserve"> </w:t>
      </w:r>
      <w:proofErr w:type="spellStart"/>
      <w:r w:rsidRPr="00BF194F">
        <w:rPr>
          <w:rFonts w:ascii="Arial" w:hAnsi="Arial" w:cs="Arial"/>
          <w:sz w:val="20"/>
          <w:szCs w:val="20"/>
        </w:rPr>
        <w:t>will</w:t>
      </w:r>
      <w:proofErr w:type="spellEnd"/>
      <w:r w:rsidRPr="00BF194F">
        <w:rPr>
          <w:rFonts w:ascii="Arial" w:hAnsi="Arial" w:cs="Arial"/>
          <w:sz w:val="20"/>
          <w:szCs w:val="20"/>
        </w:rPr>
        <w:t xml:space="preserve"> </w:t>
      </w:r>
      <w:proofErr w:type="spellStart"/>
      <w:r w:rsidRPr="00BF194F">
        <w:rPr>
          <w:rFonts w:ascii="Arial" w:hAnsi="Arial" w:cs="Arial"/>
          <w:sz w:val="20"/>
          <w:szCs w:val="20"/>
        </w:rPr>
        <w:t>be</w:t>
      </w:r>
      <w:proofErr w:type="spellEnd"/>
      <w:r w:rsidRPr="00BF194F">
        <w:rPr>
          <w:rFonts w:ascii="Arial" w:hAnsi="Arial" w:cs="Arial"/>
          <w:sz w:val="20"/>
          <w:szCs w:val="20"/>
        </w:rPr>
        <w:t xml:space="preserve"> </w:t>
      </w:r>
      <w:proofErr w:type="spellStart"/>
      <w:r w:rsidRPr="00BF194F">
        <w:rPr>
          <w:rFonts w:ascii="Arial" w:hAnsi="Arial" w:cs="Arial"/>
          <w:sz w:val="20"/>
          <w:szCs w:val="20"/>
        </w:rPr>
        <w:t>recorded</w:t>
      </w:r>
      <w:proofErr w:type="spellEnd"/>
      <w:r w:rsidRPr="00BF194F">
        <w:rPr>
          <w:rFonts w:ascii="Arial" w:hAnsi="Arial" w:cs="Arial"/>
          <w:sz w:val="20"/>
          <w:szCs w:val="20"/>
        </w:rPr>
        <w:t xml:space="preserve">. </w:t>
      </w:r>
      <w:proofErr w:type="spellStart"/>
      <w:r w:rsidRPr="00BF194F">
        <w:rPr>
          <w:rFonts w:ascii="Arial" w:hAnsi="Arial" w:cs="Arial"/>
          <w:sz w:val="20"/>
          <w:szCs w:val="20"/>
        </w:rPr>
        <w:t>These</w:t>
      </w:r>
      <w:proofErr w:type="spellEnd"/>
      <w:r w:rsidRPr="00BF194F">
        <w:rPr>
          <w:rFonts w:ascii="Arial" w:hAnsi="Arial" w:cs="Arial"/>
          <w:sz w:val="20"/>
          <w:szCs w:val="20"/>
        </w:rPr>
        <w:t xml:space="preserve"> data </w:t>
      </w:r>
      <w:proofErr w:type="spellStart"/>
      <w:r w:rsidRPr="00BF194F">
        <w:rPr>
          <w:rFonts w:ascii="Arial" w:hAnsi="Arial" w:cs="Arial"/>
          <w:sz w:val="20"/>
          <w:szCs w:val="20"/>
        </w:rPr>
        <w:t>will</w:t>
      </w:r>
      <w:proofErr w:type="spellEnd"/>
      <w:r w:rsidRPr="00BF194F">
        <w:rPr>
          <w:rFonts w:ascii="Arial" w:hAnsi="Arial" w:cs="Arial"/>
          <w:sz w:val="20"/>
          <w:szCs w:val="20"/>
        </w:rPr>
        <w:t xml:space="preserve"> </w:t>
      </w:r>
      <w:proofErr w:type="spellStart"/>
      <w:r w:rsidRPr="00BF194F">
        <w:rPr>
          <w:rFonts w:ascii="Arial" w:hAnsi="Arial" w:cs="Arial"/>
          <w:sz w:val="20"/>
          <w:szCs w:val="20"/>
        </w:rPr>
        <w:t>include</w:t>
      </w:r>
      <w:proofErr w:type="spellEnd"/>
      <w:r w:rsidRPr="00BF194F">
        <w:rPr>
          <w:rFonts w:ascii="Arial" w:hAnsi="Arial" w:cs="Arial"/>
          <w:sz w:val="20"/>
          <w:szCs w:val="20"/>
        </w:rPr>
        <w:t xml:space="preserve"> the date and time of the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the </w:t>
      </w:r>
      <w:proofErr w:type="spellStart"/>
      <w:r w:rsidRPr="00BF194F">
        <w:rPr>
          <w:rFonts w:ascii="Arial" w:hAnsi="Arial" w:cs="Arial"/>
          <w:sz w:val="20"/>
          <w:szCs w:val="20"/>
        </w:rPr>
        <w:t>database</w:t>
      </w:r>
      <w:proofErr w:type="spellEnd"/>
      <w:r w:rsidRPr="00BF194F">
        <w:rPr>
          <w:rFonts w:ascii="Arial" w:hAnsi="Arial" w:cs="Arial"/>
          <w:sz w:val="20"/>
          <w:szCs w:val="20"/>
        </w:rPr>
        <w:t xml:space="preserve"> </w:t>
      </w:r>
      <w:proofErr w:type="spellStart"/>
      <w:r w:rsidRPr="00BF194F">
        <w:rPr>
          <w:rFonts w:ascii="Arial" w:hAnsi="Arial" w:cs="Arial"/>
          <w:sz w:val="20"/>
          <w:szCs w:val="20"/>
        </w:rPr>
        <w:t>used</w:t>
      </w:r>
      <w:proofErr w:type="spellEnd"/>
      <w:r w:rsidRPr="00BF194F">
        <w:rPr>
          <w:rFonts w:ascii="Arial" w:hAnsi="Arial" w:cs="Arial"/>
          <w:sz w:val="20"/>
          <w:szCs w:val="20"/>
        </w:rPr>
        <w:t xml:space="preserve">, the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equation</w:t>
      </w:r>
      <w:proofErr w:type="spellEnd"/>
      <w:r w:rsidRPr="00BF194F">
        <w:rPr>
          <w:rFonts w:ascii="Arial" w:hAnsi="Arial" w:cs="Arial"/>
          <w:sz w:val="20"/>
          <w:szCs w:val="20"/>
        </w:rPr>
        <w:t xml:space="preserve"> </w:t>
      </w:r>
      <w:proofErr w:type="spellStart"/>
      <w:r w:rsidRPr="00BF194F">
        <w:rPr>
          <w:rFonts w:ascii="Arial" w:hAnsi="Arial" w:cs="Arial"/>
          <w:sz w:val="20"/>
          <w:szCs w:val="20"/>
        </w:rPr>
        <w:t>employed</w:t>
      </w:r>
      <w:proofErr w:type="spellEnd"/>
      <w:r w:rsidRPr="00BF194F">
        <w:rPr>
          <w:rFonts w:ascii="Arial" w:hAnsi="Arial" w:cs="Arial"/>
          <w:sz w:val="20"/>
          <w:szCs w:val="20"/>
        </w:rPr>
        <w:t xml:space="preserve">, the </w:t>
      </w:r>
      <w:proofErr w:type="spellStart"/>
      <w:r w:rsidRPr="00BF194F">
        <w:rPr>
          <w:rFonts w:ascii="Arial" w:hAnsi="Arial" w:cs="Arial"/>
          <w:sz w:val="20"/>
          <w:szCs w:val="20"/>
        </w:rPr>
        <w:t>number</w:t>
      </w:r>
      <w:proofErr w:type="spellEnd"/>
      <w:r w:rsidRPr="00BF194F">
        <w:rPr>
          <w:rFonts w:ascii="Arial" w:hAnsi="Arial" w:cs="Arial"/>
          <w:sz w:val="20"/>
          <w:szCs w:val="20"/>
        </w:rPr>
        <w:t xml:space="preserve"> of </w:t>
      </w:r>
      <w:proofErr w:type="spellStart"/>
      <w:r w:rsidRPr="00BF194F">
        <w:rPr>
          <w:rFonts w:ascii="Arial" w:hAnsi="Arial" w:cs="Arial"/>
          <w:sz w:val="20"/>
          <w:szCs w:val="20"/>
        </w:rPr>
        <w:t>results</w:t>
      </w:r>
      <w:proofErr w:type="spellEnd"/>
      <w:r w:rsidRPr="00BF194F">
        <w:rPr>
          <w:rFonts w:ascii="Arial" w:hAnsi="Arial" w:cs="Arial"/>
          <w:sz w:val="20"/>
          <w:szCs w:val="20"/>
        </w:rPr>
        <w:t xml:space="preserve"> </w:t>
      </w:r>
      <w:proofErr w:type="spellStart"/>
      <w:r w:rsidRPr="00BF194F">
        <w:rPr>
          <w:rFonts w:ascii="Arial" w:hAnsi="Arial" w:cs="Arial"/>
          <w:sz w:val="20"/>
          <w:szCs w:val="20"/>
        </w:rPr>
        <w:t>obtained</w:t>
      </w:r>
      <w:proofErr w:type="spellEnd"/>
      <w:r w:rsidRPr="00BF194F">
        <w:rPr>
          <w:rFonts w:ascii="Arial" w:hAnsi="Arial" w:cs="Arial"/>
          <w:sz w:val="20"/>
          <w:szCs w:val="20"/>
        </w:rPr>
        <w:t xml:space="preserve">, </w:t>
      </w:r>
      <w:proofErr w:type="spellStart"/>
      <w:r w:rsidRPr="00BF194F">
        <w:rPr>
          <w:rFonts w:ascii="Arial" w:hAnsi="Arial" w:cs="Arial"/>
          <w:sz w:val="20"/>
          <w:szCs w:val="20"/>
        </w:rPr>
        <w:t>applied</w:t>
      </w:r>
      <w:proofErr w:type="spellEnd"/>
      <w:r w:rsidRPr="00BF194F">
        <w:rPr>
          <w:rFonts w:ascii="Arial" w:hAnsi="Arial" w:cs="Arial"/>
          <w:sz w:val="20"/>
          <w:szCs w:val="20"/>
        </w:rPr>
        <w:t xml:space="preserve"> </w:t>
      </w:r>
      <w:proofErr w:type="spellStart"/>
      <w:r w:rsidRPr="00BF194F">
        <w:rPr>
          <w:rFonts w:ascii="Arial" w:hAnsi="Arial" w:cs="Arial"/>
          <w:sz w:val="20"/>
          <w:szCs w:val="20"/>
        </w:rPr>
        <w:t>filters</w:t>
      </w:r>
      <w:proofErr w:type="spellEnd"/>
      <w:r w:rsidRPr="00BF194F">
        <w:rPr>
          <w:rFonts w:ascii="Arial" w:hAnsi="Arial" w:cs="Arial"/>
          <w:sz w:val="20"/>
          <w:szCs w:val="20"/>
        </w:rPr>
        <w:t xml:space="preserve"> (if </w:t>
      </w:r>
      <w:proofErr w:type="spellStart"/>
      <w:r w:rsidRPr="00BF194F">
        <w:rPr>
          <w:rFonts w:ascii="Arial" w:hAnsi="Arial" w:cs="Arial"/>
          <w:sz w:val="20"/>
          <w:szCs w:val="20"/>
        </w:rPr>
        <w:t>any</w:t>
      </w:r>
      <w:proofErr w:type="spellEnd"/>
      <w:r w:rsidRPr="00BF194F">
        <w:rPr>
          <w:rFonts w:ascii="Arial" w:hAnsi="Arial" w:cs="Arial"/>
          <w:sz w:val="20"/>
          <w:szCs w:val="20"/>
        </w:rPr>
        <w:t xml:space="preserve">), and </w:t>
      </w:r>
      <w:proofErr w:type="spellStart"/>
      <w:r w:rsidRPr="00BF194F">
        <w:rPr>
          <w:rFonts w:ascii="Arial" w:hAnsi="Arial" w:cs="Arial"/>
          <w:sz w:val="20"/>
          <w:szCs w:val="20"/>
        </w:rPr>
        <w:t>any</w:t>
      </w:r>
      <w:proofErr w:type="spellEnd"/>
      <w:r w:rsidRPr="00BF194F">
        <w:rPr>
          <w:rFonts w:ascii="Arial" w:hAnsi="Arial" w:cs="Arial"/>
          <w:sz w:val="20"/>
          <w:szCs w:val="20"/>
        </w:rPr>
        <w:t xml:space="preserve"> </w:t>
      </w:r>
      <w:proofErr w:type="spellStart"/>
      <w:r w:rsidRPr="00BF194F">
        <w:rPr>
          <w:rFonts w:ascii="Arial" w:hAnsi="Arial" w:cs="Arial"/>
          <w:sz w:val="20"/>
          <w:szCs w:val="20"/>
        </w:rPr>
        <w:t>other</w:t>
      </w:r>
      <w:proofErr w:type="spellEnd"/>
      <w:r w:rsidRPr="00BF194F">
        <w:rPr>
          <w:rFonts w:ascii="Arial" w:hAnsi="Arial" w:cs="Arial"/>
          <w:sz w:val="20"/>
          <w:szCs w:val="20"/>
        </w:rPr>
        <w:t xml:space="preserve"> relevant information (</w:t>
      </w:r>
      <w:proofErr w:type="spellStart"/>
      <w:r w:rsidRPr="00BF194F">
        <w:rPr>
          <w:rFonts w:ascii="Arial" w:hAnsi="Arial" w:cs="Arial"/>
          <w:sz w:val="20"/>
          <w:szCs w:val="20"/>
        </w:rPr>
        <w:t>such</w:t>
      </w:r>
      <w:proofErr w:type="spellEnd"/>
      <w:r w:rsidRPr="00BF194F">
        <w:rPr>
          <w:rFonts w:ascii="Arial" w:hAnsi="Arial" w:cs="Arial"/>
          <w:sz w:val="20"/>
          <w:szCs w:val="20"/>
        </w:rPr>
        <w:t xml:space="preserve"> as modifications made to the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equation</w:t>
      </w:r>
      <w:proofErr w:type="spellEnd"/>
      <w:r w:rsidRPr="00BF194F">
        <w:rPr>
          <w:rFonts w:ascii="Arial" w:hAnsi="Arial" w:cs="Arial"/>
          <w:sz w:val="20"/>
          <w:szCs w:val="20"/>
        </w:rPr>
        <w:t xml:space="preserve">, </w:t>
      </w:r>
      <w:proofErr w:type="spellStart"/>
      <w:r w:rsidRPr="00BF194F">
        <w:rPr>
          <w:rFonts w:ascii="Arial" w:hAnsi="Arial" w:cs="Arial"/>
          <w:sz w:val="20"/>
          <w:szCs w:val="20"/>
        </w:rPr>
        <w:t>encountered</w:t>
      </w:r>
      <w:proofErr w:type="spellEnd"/>
      <w:r w:rsidRPr="00BF194F">
        <w:rPr>
          <w:rFonts w:ascii="Arial" w:hAnsi="Arial" w:cs="Arial"/>
          <w:sz w:val="20"/>
          <w:szCs w:val="20"/>
        </w:rPr>
        <w:t xml:space="preserve"> </w:t>
      </w:r>
      <w:proofErr w:type="spellStart"/>
      <w:r w:rsidRPr="00BF194F">
        <w:rPr>
          <w:rFonts w:ascii="Arial" w:hAnsi="Arial" w:cs="Arial"/>
          <w:sz w:val="20"/>
          <w:szCs w:val="20"/>
        </w:rPr>
        <w:t>difficulties</w:t>
      </w:r>
      <w:proofErr w:type="spellEnd"/>
      <w:r w:rsidRPr="00BF194F">
        <w:rPr>
          <w:rFonts w:ascii="Arial" w:hAnsi="Arial" w:cs="Arial"/>
          <w:sz w:val="20"/>
          <w:szCs w:val="20"/>
        </w:rPr>
        <w:t xml:space="preserve">, etc.). This </w:t>
      </w:r>
      <w:proofErr w:type="spellStart"/>
      <w:r w:rsidRPr="00BF194F">
        <w:rPr>
          <w:rFonts w:ascii="Arial" w:hAnsi="Arial" w:cs="Arial"/>
          <w:sz w:val="20"/>
          <w:szCs w:val="20"/>
        </w:rPr>
        <w:t>approach</w:t>
      </w:r>
      <w:proofErr w:type="spellEnd"/>
      <w:r w:rsidRPr="00BF194F">
        <w:rPr>
          <w:rFonts w:ascii="Arial" w:hAnsi="Arial" w:cs="Arial"/>
          <w:sz w:val="20"/>
          <w:szCs w:val="20"/>
        </w:rPr>
        <w:t xml:space="preserve"> </w:t>
      </w:r>
      <w:proofErr w:type="spellStart"/>
      <w:r w:rsidRPr="00BF194F">
        <w:rPr>
          <w:rFonts w:ascii="Arial" w:hAnsi="Arial" w:cs="Arial"/>
          <w:sz w:val="20"/>
          <w:szCs w:val="20"/>
        </w:rPr>
        <w:t>aims</w:t>
      </w:r>
      <w:proofErr w:type="spellEnd"/>
      <w:r w:rsidRPr="00BF194F">
        <w:rPr>
          <w:rFonts w:ascii="Arial" w:hAnsi="Arial" w:cs="Arial"/>
          <w:sz w:val="20"/>
          <w:szCs w:val="20"/>
        </w:rPr>
        <w:t xml:space="preserve"> to document the </w:t>
      </w:r>
      <w:proofErr w:type="spellStart"/>
      <w:r w:rsidRPr="00BF194F">
        <w:rPr>
          <w:rFonts w:ascii="Arial" w:hAnsi="Arial" w:cs="Arial"/>
          <w:sz w:val="20"/>
          <w:szCs w:val="20"/>
        </w:rPr>
        <w:t>traceability</w:t>
      </w:r>
      <w:proofErr w:type="spellEnd"/>
      <w:r w:rsidRPr="00BF194F">
        <w:rPr>
          <w:rFonts w:ascii="Arial" w:hAnsi="Arial" w:cs="Arial"/>
          <w:sz w:val="20"/>
          <w:szCs w:val="20"/>
        </w:rPr>
        <w:t xml:space="preserve"> of the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process, </w:t>
      </w:r>
      <w:proofErr w:type="spellStart"/>
      <w:r w:rsidRPr="00BF194F">
        <w:rPr>
          <w:rFonts w:ascii="Arial" w:hAnsi="Arial" w:cs="Arial"/>
          <w:sz w:val="20"/>
          <w:szCs w:val="20"/>
        </w:rPr>
        <w:t>justifying</w:t>
      </w:r>
      <w:proofErr w:type="spellEnd"/>
      <w:r w:rsidRPr="00BF194F">
        <w:rPr>
          <w:rFonts w:ascii="Arial" w:hAnsi="Arial" w:cs="Arial"/>
          <w:sz w:val="20"/>
          <w:szCs w:val="20"/>
        </w:rPr>
        <w:t xml:space="preserve"> the </w:t>
      </w:r>
      <w:proofErr w:type="spellStart"/>
      <w:r w:rsidRPr="00BF194F">
        <w:rPr>
          <w:rFonts w:ascii="Arial" w:hAnsi="Arial" w:cs="Arial"/>
          <w:sz w:val="20"/>
          <w:szCs w:val="20"/>
        </w:rPr>
        <w:t>choices</w:t>
      </w:r>
      <w:proofErr w:type="spellEnd"/>
      <w:r w:rsidRPr="00BF194F">
        <w:rPr>
          <w:rFonts w:ascii="Arial" w:hAnsi="Arial" w:cs="Arial"/>
          <w:sz w:val="20"/>
          <w:szCs w:val="20"/>
        </w:rPr>
        <w:t xml:space="preserve"> made and tracing the </w:t>
      </w:r>
      <w:proofErr w:type="spellStart"/>
      <w:r w:rsidRPr="00BF194F">
        <w:rPr>
          <w:rFonts w:ascii="Arial" w:hAnsi="Arial" w:cs="Arial"/>
          <w:sz w:val="20"/>
          <w:szCs w:val="20"/>
        </w:rPr>
        <w:t>evolution</w:t>
      </w:r>
      <w:proofErr w:type="spellEnd"/>
      <w:r w:rsidRPr="00BF194F">
        <w:rPr>
          <w:rFonts w:ascii="Arial" w:hAnsi="Arial" w:cs="Arial"/>
          <w:sz w:val="20"/>
          <w:szCs w:val="20"/>
        </w:rPr>
        <w:t xml:space="preserve"> of </w:t>
      </w:r>
      <w:proofErr w:type="spellStart"/>
      <w:r w:rsidRPr="00BF194F">
        <w:rPr>
          <w:rFonts w:ascii="Arial" w:hAnsi="Arial" w:cs="Arial"/>
          <w:sz w:val="20"/>
          <w:szCs w:val="20"/>
        </w:rPr>
        <w:t>study</w:t>
      </w:r>
      <w:proofErr w:type="spellEnd"/>
      <w:r w:rsidRPr="00BF194F">
        <w:rPr>
          <w:rFonts w:ascii="Arial" w:hAnsi="Arial" w:cs="Arial"/>
          <w:sz w:val="20"/>
          <w:szCs w:val="20"/>
        </w:rPr>
        <w:t xml:space="preserve"> </w:t>
      </w:r>
      <w:proofErr w:type="spellStart"/>
      <w:r w:rsidRPr="00BF194F">
        <w:rPr>
          <w:rFonts w:ascii="Arial" w:hAnsi="Arial" w:cs="Arial"/>
          <w:sz w:val="20"/>
          <w:szCs w:val="20"/>
        </w:rPr>
        <w:t>selection</w:t>
      </w:r>
      <w:proofErr w:type="spellEnd"/>
      <w:r w:rsidRPr="00BF194F">
        <w:rPr>
          <w:rFonts w:ascii="Arial" w:hAnsi="Arial" w:cs="Arial"/>
          <w:sz w:val="20"/>
          <w:szCs w:val="20"/>
        </w:rPr>
        <w:t xml:space="preserve"> </w:t>
      </w:r>
      <w:proofErr w:type="spellStart"/>
      <w:r w:rsidRPr="00BF194F">
        <w:rPr>
          <w:rFonts w:ascii="Arial" w:hAnsi="Arial" w:cs="Arial"/>
          <w:sz w:val="20"/>
          <w:szCs w:val="20"/>
        </w:rPr>
        <w:t>throughout</w:t>
      </w:r>
      <w:proofErr w:type="spellEnd"/>
      <w:r w:rsidRPr="00BF194F">
        <w:rPr>
          <w:rFonts w:ascii="Arial" w:hAnsi="Arial" w:cs="Arial"/>
          <w:sz w:val="20"/>
          <w:szCs w:val="20"/>
        </w:rPr>
        <w:t xml:space="preserve"> the </w:t>
      </w:r>
      <w:proofErr w:type="spellStart"/>
      <w:r w:rsidRPr="00BF194F">
        <w:rPr>
          <w:rFonts w:ascii="Arial" w:hAnsi="Arial" w:cs="Arial"/>
          <w:sz w:val="20"/>
          <w:szCs w:val="20"/>
        </w:rPr>
        <w:t>systematic</w:t>
      </w:r>
      <w:proofErr w:type="spellEnd"/>
      <w:r w:rsidRPr="00BF194F">
        <w:rPr>
          <w:rFonts w:ascii="Arial" w:hAnsi="Arial" w:cs="Arial"/>
          <w:sz w:val="20"/>
          <w:szCs w:val="20"/>
        </w:rPr>
        <w:t xml:space="preserve"> </w:t>
      </w:r>
      <w:proofErr w:type="spellStart"/>
      <w:r w:rsidRPr="00BF194F">
        <w:rPr>
          <w:rFonts w:ascii="Arial" w:hAnsi="Arial" w:cs="Arial"/>
          <w:sz w:val="20"/>
          <w:szCs w:val="20"/>
        </w:rPr>
        <w:t>review</w:t>
      </w:r>
      <w:proofErr w:type="spellEnd"/>
      <w:r w:rsidRPr="00BF194F">
        <w:rPr>
          <w:rFonts w:ascii="Arial" w:hAnsi="Arial" w:cs="Arial"/>
          <w:sz w:val="20"/>
          <w:szCs w:val="20"/>
        </w:rPr>
        <w:t xml:space="preserve">, </w:t>
      </w:r>
      <w:proofErr w:type="spellStart"/>
      <w:r w:rsidRPr="00BF194F">
        <w:rPr>
          <w:rFonts w:ascii="Arial" w:hAnsi="Arial" w:cs="Arial"/>
          <w:sz w:val="20"/>
          <w:szCs w:val="20"/>
        </w:rPr>
        <w:t>prior</w:t>
      </w:r>
      <w:proofErr w:type="spellEnd"/>
      <w:r w:rsidRPr="00BF194F">
        <w:rPr>
          <w:rFonts w:ascii="Arial" w:hAnsi="Arial" w:cs="Arial"/>
          <w:sz w:val="20"/>
          <w:szCs w:val="20"/>
        </w:rPr>
        <w:t xml:space="preserve"> to </w:t>
      </w:r>
      <w:proofErr w:type="spellStart"/>
      <w:r w:rsidRPr="00BF194F">
        <w:rPr>
          <w:rFonts w:ascii="Arial" w:hAnsi="Arial" w:cs="Arial"/>
          <w:sz w:val="20"/>
          <w:szCs w:val="20"/>
        </w:rPr>
        <w:t>meta</w:t>
      </w:r>
      <w:proofErr w:type="spellEnd"/>
      <w:r w:rsidRPr="00BF194F">
        <w:rPr>
          <w:rFonts w:ascii="Arial" w:hAnsi="Arial" w:cs="Arial"/>
          <w:sz w:val="20"/>
          <w:szCs w:val="20"/>
        </w:rPr>
        <w:t>-analyses.</w:t>
      </w:r>
    </w:p>
    <w:p w14:paraId="553028C6" w14:textId="77777777" w:rsidR="005F56E8" w:rsidRPr="00BF194F" w:rsidRDefault="005F56E8" w:rsidP="00BF194F">
      <w:pPr>
        <w:pStyle w:val="NormalWeb"/>
        <w:spacing w:line="360" w:lineRule="auto"/>
        <w:jc w:val="both"/>
        <w:rPr>
          <w:rFonts w:ascii="Arial" w:hAnsi="Arial" w:cs="Arial"/>
          <w:sz w:val="20"/>
          <w:szCs w:val="20"/>
        </w:rPr>
      </w:pPr>
      <w:r w:rsidRPr="00BF194F">
        <w:rPr>
          <w:rFonts w:ascii="Arial" w:hAnsi="Arial" w:cs="Arial"/>
          <w:sz w:val="20"/>
          <w:szCs w:val="20"/>
        </w:rPr>
        <w:t xml:space="preserve">The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equation</w:t>
      </w:r>
      <w:proofErr w:type="spellEnd"/>
      <w:r w:rsidRPr="00BF194F">
        <w:rPr>
          <w:rFonts w:ascii="Arial" w:hAnsi="Arial" w:cs="Arial"/>
          <w:sz w:val="20"/>
          <w:szCs w:val="20"/>
        </w:rPr>
        <w:t xml:space="preserve"> </w:t>
      </w:r>
      <w:proofErr w:type="spellStart"/>
      <w:r w:rsidRPr="00BF194F">
        <w:rPr>
          <w:rFonts w:ascii="Arial" w:hAnsi="Arial" w:cs="Arial"/>
          <w:sz w:val="20"/>
          <w:szCs w:val="20"/>
        </w:rPr>
        <w:t>presented</w:t>
      </w:r>
      <w:proofErr w:type="spellEnd"/>
      <w:r w:rsidRPr="00BF194F">
        <w:rPr>
          <w:rFonts w:ascii="Arial" w:hAnsi="Arial" w:cs="Arial"/>
          <w:sz w:val="20"/>
          <w:szCs w:val="20"/>
        </w:rPr>
        <w:t xml:space="preserve"> </w:t>
      </w:r>
      <w:proofErr w:type="spellStart"/>
      <w:r w:rsidRPr="00BF194F">
        <w:rPr>
          <w:rFonts w:ascii="Arial" w:hAnsi="Arial" w:cs="Arial"/>
          <w:sz w:val="20"/>
          <w:szCs w:val="20"/>
        </w:rPr>
        <w:t>below</w:t>
      </w:r>
      <w:proofErr w:type="spellEnd"/>
      <w:r w:rsidRPr="00BF194F">
        <w:rPr>
          <w:rFonts w:ascii="Arial" w:hAnsi="Arial" w:cs="Arial"/>
          <w:sz w:val="20"/>
          <w:szCs w:val="20"/>
        </w:rPr>
        <w:t xml:space="preserve"> for PubMed </w:t>
      </w:r>
      <w:proofErr w:type="spellStart"/>
      <w:r w:rsidRPr="00BF194F">
        <w:rPr>
          <w:rFonts w:ascii="Arial" w:hAnsi="Arial" w:cs="Arial"/>
          <w:sz w:val="20"/>
          <w:szCs w:val="20"/>
        </w:rPr>
        <w:t>will</w:t>
      </w:r>
      <w:proofErr w:type="spellEnd"/>
      <w:r w:rsidRPr="00BF194F">
        <w:rPr>
          <w:rFonts w:ascii="Arial" w:hAnsi="Arial" w:cs="Arial"/>
          <w:sz w:val="20"/>
          <w:szCs w:val="20"/>
        </w:rPr>
        <w:t xml:space="preserve"> serve as the basis for </w:t>
      </w:r>
      <w:proofErr w:type="spellStart"/>
      <w:r w:rsidRPr="00BF194F">
        <w:rPr>
          <w:rFonts w:ascii="Arial" w:hAnsi="Arial" w:cs="Arial"/>
          <w:sz w:val="20"/>
          <w:szCs w:val="20"/>
        </w:rPr>
        <w:t>searches</w:t>
      </w:r>
      <w:proofErr w:type="spellEnd"/>
      <w:r w:rsidRPr="00BF194F">
        <w:rPr>
          <w:rFonts w:ascii="Arial" w:hAnsi="Arial" w:cs="Arial"/>
          <w:sz w:val="20"/>
          <w:szCs w:val="20"/>
        </w:rPr>
        <w:t xml:space="preserve"> on </w:t>
      </w:r>
      <w:proofErr w:type="spellStart"/>
      <w:r w:rsidRPr="00BF194F">
        <w:rPr>
          <w:rFonts w:ascii="Arial" w:hAnsi="Arial" w:cs="Arial"/>
          <w:sz w:val="20"/>
          <w:szCs w:val="20"/>
        </w:rPr>
        <w:t>other</w:t>
      </w:r>
      <w:proofErr w:type="spellEnd"/>
      <w:r w:rsidRPr="00BF194F">
        <w:rPr>
          <w:rFonts w:ascii="Arial" w:hAnsi="Arial" w:cs="Arial"/>
          <w:sz w:val="20"/>
          <w:szCs w:val="20"/>
        </w:rPr>
        <w:t xml:space="preserve"> </w:t>
      </w:r>
      <w:proofErr w:type="spellStart"/>
      <w:r w:rsidRPr="00BF194F">
        <w:rPr>
          <w:rFonts w:ascii="Arial" w:hAnsi="Arial" w:cs="Arial"/>
          <w:sz w:val="20"/>
          <w:szCs w:val="20"/>
        </w:rPr>
        <w:t>databases</w:t>
      </w:r>
      <w:proofErr w:type="spellEnd"/>
      <w:r w:rsidRPr="00BF194F">
        <w:rPr>
          <w:rFonts w:ascii="Arial" w:hAnsi="Arial" w:cs="Arial"/>
          <w:sz w:val="20"/>
          <w:szCs w:val="20"/>
        </w:rPr>
        <w:t xml:space="preserve">. </w:t>
      </w:r>
      <w:proofErr w:type="spellStart"/>
      <w:r w:rsidRPr="00BF194F">
        <w:rPr>
          <w:rFonts w:ascii="Arial" w:hAnsi="Arial" w:cs="Arial"/>
          <w:sz w:val="20"/>
          <w:szCs w:val="20"/>
        </w:rPr>
        <w:t>Its</w:t>
      </w:r>
      <w:proofErr w:type="spellEnd"/>
      <w:r w:rsidRPr="00BF194F">
        <w:rPr>
          <w:rFonts w:ascii="Arial" w:hAnsi="Arial" w:cs="Arial"/>
          <w:sz w:val="20"/>
          <w:szCs w:val="20"/>
        </w:rPr>
        <w:t xml:space="preserve"> </w:t>
      </w:r>
      <w:proofErr w:type="spellStart"/>
      <w:r w:rsidRPr="00BF194F">
        <w:rPr>
          <w:rFonts w:ascii="Arial" w:hAnsi="Arial" w:cs="Arial"/>
          <w:sz w:val="20"/>
          <w:szCs w:val="20"/>
        </w:rPr>
        <w:t>development</w:t>
      </w:r>
      <w:proofErr w:type="spellEnd"/>
      <w:r w:rsidRPr="00BF194F">
        <w:rPr>
          <w:rFonts w:ascii="Arial" w:hAnsi="Arial" w:cs="Arial"/>
          <w:sz w:val="20"/>
          <w:szCs w:val="20"/>
        </w:rPr>
        <w:t xml:space="preserve"> and the justification of </w:t>
      </w:r>
      <w:proofErr w:type="spellStart"/>
      <w:r w:rsidRPr="00BF194F">
        <w:rPr>
          <w:rFonts w:ascii="Arial" w:hAnsi="Arial" w:cs="Arial"/>
          <w:sz w:val="20"/>
          <w:szCs w:val="20"/>
        </w:rPr>
        <w:t>its</w:t>
      </w:r>
      <w:proofErr w:type="spellEnd"/>
      <w:r w:rsidRPr="00BF194F">
        <w:rPr>
          <w:rFonts w:ascii="Arial" w:hAnsi="Arial" w:cs="Arial"/>
          <w:sz w:val="20"/>
          <w:szCs w:val="20"/>
        </w:rPr>
        <w:t xml:space="preserve"> respective contribution to the </w:t>
      </w:r>
      <w:proofErr w:type="spellStart"/>
      <w:r w:rsidRPr="00BF194F">
        <w:rPr>
          <w:rFonts w:ascii="Arial" w:hAnsi="Arial" w:cs="Arial"/>
          <w:sz w:val="20"/>
          <w:szCs w:val="20"/>
        </w:rPr>
        <w:t>research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will</w:t>
      </w:r>
      <w:proofErr w:type="spellEnd"/>
      <w:r w:rsidRPr="00BF194F">
        <w:rPr>
          <w:rFonts w:ascii="Arial" w:hAnsi="Arial" w:cs="Arial"/>
          <w:sz w:val="20"/>
          <w:szCs w:val="20"/>
        </w:rPr>
        <w:t xml:space="preserve"> </w:t>
      </w:r>
      <w:proofErr w:type="spellStart"/>
      <w:r w:rsidRPr="00BF194F">
        <w:rPr>
          <w:rFonts w:ascii="Arial" w:hAnsi="Arial" w:cs="Arial"/>
          <w:sz w:val="20"/>
          <w:szCs w:val="20"/>
        </w:rPr>
        <w:t>be</w:t>
      </w:r>
      <w:proofErr w:type="spellEnd"/>
      <w:r w:rsidRPr="00BF194F">
        <w:rPr>
          <w:rFonts w:ascii="Arial" w:hAnsi="Arial" w:cs="Arial"/>
          <w:sz w:val="20"/>
          <w:szCs w:val="20"/>
        </w:rPr>
        <w:t xml:space="preserve"> </w:t>
      </w:r>
      <w:proofErr w:type="spellStart"/>
      <w:r w:rsidRPr="00BF194F">
        <w:rPr>
          <w:rFonts w:ascii="Arial" w:hAnsi="Arial" w:cs="Arial"/>
          <w:sz w:val="20"/>
          <w:szCs w:val="20"/>
        </w:rPr>
        <w:t>explained</w:t>
      </w:r>
      <w:proofErr w:type="spellEnd"/>
      <w:r w:rsidRPr="00BF194F">
        <w:rPr>
          <w:rFonts w:ascii="Arial" w:hAnsi="Arial" w:cs="Arial"/>
          <w:sz w:val="20"/>
          <w:szCs w:val="20"/>
        </w:rPr>
        <w:t xml:space="preserve"> in the section </w:t>
      </w:r>
      <w:proofErr w:type="spellStart"/>
      <w:r w:rsidRPr="00BF194F">
        <w:rPr>
          <w:rFonts w:ascii="Arial" w:hAnsi="Arial" w:cs="Arial"/>
          <w:sz w:val="20"/>
          <w:szCs w:val="20"/>
        </w:rPr>
        <w:t>related</w:t>
      </w:r>
      <w:proofErr w:type="spellEnd"/>
      <w:r w:rsidRPr="00BF194F">
        <w:rPr>
          <w:rFonts w:ascii="Arial" w:hAnsi="Arial" w:cs="Arial"/>
          <w:sz w:val="20"/>
          <w:szCs w:val="20"/>
        </w:rPr>
        <w:t xml:space="preserve"> to PubMed </w:t>
      </w:r>
      <w:proofErr w:type="spellStart"/>
      <w:r w:rsidRPr="00BF194F">
        <w:rPr>
          <w:rFonts w:ascii="Arial" w:hAnsi="Arial" w:cs="Arial"/>
          <w:sz w:val="20"/>
          <w:szCs w:val="20"/>
        </w:rPr>
        <w:t>hereafter</w:t>
      </w:r>
      <w:proofErr w:type="spellEnd"/>
      <w:r w:rsidRPr="00BF194F">
        <w:rPr>
          <w:rFonts w:ascii="Arial" w:hAnsi="Arial" w:cs="Arial"/>
          <w:sz w:val="20"/>
          <w:szCs w:val="20"/>
        </w:rPr>
        <w:t>.</w:t>
      </w:r>
    </w:p>
    <w:p w14:paraId="61CCADEC" w14:textId="77777777" w:rsidR="00BB0F51" w:rsidRPr="00BF194F" w:rsidRDefault="00BB0F51" w:rsidP="00BF194F">
      <w:pPr>
        <w:pStyle w:val="NormalWeb"/>
        <w:spacing w:line="360" w:lineRule="auto"/>
        <w:jc w:val="both"/>
        <w:rPr>
          <w:rFonts w:ascii="Arial" w:hAnsi="Arial" w:cs="Arial"/>
          <w:sz w:val="20"/>
          <w:szCs w:val="20"/>
        </w:rPr>
      </w:pPr>
    </w:p>
    <w:p w14:paraId="043931D8" w14:textId="70BFD99A" w:rsidR="00BB0F51" w:rsidRPr="00BF194F" w:rsidRDefault="005F56E8" w:rsidP="00BF194F">
      <w:pPr>
        <w:pStyle w:val="Titre3"/>
        <w:spacing w:line="360" w:lineRule="auto"/>
        <w:rPr>
          <w:rFonts w:cs="Arial"/>
        </w:rPr>
      </w:pPr>
      <w:proofErr w:type="spellStart"/>
      <w:r w:rsidRPr="00BF194F">
        <w:rPr>
          <w:rFonts w:cs="Arial"/>
        </w:rPr>
        <w:t>Search</w:t>
      </w:r>
      <w:proofErr w:type="spellEnd"/>
      <w:r w:rsidRPr="00BF194F">
        <w:rPr>
          <w:rFonts w:cs="Arial"/>
        </w:rPr>
        <w:t xml:space="preserve"> </w:t>
      </w:r>
      <w:proofErr w:type="spellStart"/>
      <w:r w:rsidRPr="00BF194F">
        <w:rPr>
          <w:rFonts w:cs="Arial"/>
        </w:rPr>
        <w:t>equation</w:t>
      </w:r>
      <w:proofErr w:type="spellEnd"/>
      <w:r w:rsidRPr="00BF194F">
        <w:rPr>
          <w:rFonts w:cs="Arial"/>
        </w:rPr>
        <w:t xml:space="preserve"> for the PubMed </w:t>
      </w:r>
      <w:proofErr w:type="spellStart"/>
      <w:r w:rsidRPr="00BF194F">
        <w:rPr>
          <w:rFonts w:cs="Arial"/>
        </w:rPr>
        <w:t>database</w:t>
      </w:r>
      <w:proofErr w:type="spellEnd"/>
    </w:p>
    <w:p w14:paraId="2139EFA8" w14:textId="77777777" w:rsidR="00BB0F51" w:rsidRPr="00BF194F" w:rsidRDefault="00BB0F51" w:rsidP="00BF194F">
      <w:pPr>
        <w:pStyle w:val="NormalWeb"/>
        <w:spacing w:line="360" w:lineRule="auto"/>
        <w:jc w:val="both"/>
        <w:rPr>
          <w:rFonts w:ascii="Arial" w:hAnsi="Arial" w:cs="Arial"/>
          <w:sz w:val="10"/>
          <w:szCs w:val="10"/>
        </w:rPr>
      </w:pPr>
    </w:p>
    <w:p w14:paraId="46ABBEBF" w14:textId="4796BC16" w:rsidR="00BB0F51" w:rsidRPr="00BF194F" w:rsidRDefault="005F56E8" w:rsidP="00BF194F">
      <w:pPr>
        <w:pStyle w:val="NormalWeb"/>
        <w:spacing w:line="360" w:lineRule="auto"/>
        <w:jc w:val="both"/>
        <w:rPr>
          <w:rFonts w:ascii="Arial" w:hAnsi="Arial" w:cs="Arial"/>
          <w:sz w:val="20"/>
          <w:szCs w:val="20"/>
        </w:rPr>
      </w:pPr>
      <w:r w:rsidRPr="00BF194F">
        <w:rPr>
          <w:rFonts w:ascii="Arial" w:hAnsi="Arial" w:cs="Arial"/>
          <w:sz w:val="20"/>
          <w:szCs w:val="20"/>
        </w:rPr>
        <w:t xml:space="preserve">For the PubMed </w:t>
      </w:r>
      <w:proofErr w:type="spellStart"/>
      <w:r w:rsidRPr="00BF194F">
        <w:rPr>
          <w:rFonts w:ascii="Arial" w:hAnsi="Arial" w:cs="Arial"/>
          <w:sz w:val="20"/>
          <w:szCs w:val="20"/>
        </w:rPr>
        <w:t>database</w:t>
      </w:r>
      <w:proofErr w:type="spellEnd"/>
      <w:r w:rsidRPr="00BF194F">
        <w:rPr>
          <w:rFonts w:ascii="Arial" w:hAnsi="Arial" w:cs="Arial"/>
          <w:sz w:val="20"/>
          <w:szCs w:val="20"/>
        </w:rPr>
        <w:t xml:space="preserve"> (</w:t>
      </w:r>
      <w:proofErr w:type="spellStart"/>
      <w:r w:rsidRPr="00BF194F">
        <w:rPr>
          <w:rFonts w:ascii="Arial" w:hAnsi="Arial" w:cs="Arial"/>
          <w:sz w:val="20"/>
          <w:szCs w:val="20"/>
        </w:rPr>
        <w:t>administered</w:t>
      </w:r>
      <w:proofErr w:type="spellEnd"/>
      <w:r w:rsidRPr="00BF194F">
        <w:rPr>
          <w:rFonts w:ascii="Arial" w:hAnsi="Arial" w:cs="Arial"/>
          <w:sz w:val="20"/>
          <w:szCs w:val="20"/>
        </w:rPr>
        <w:t xml:space="preserve"> by the National Library of </w:t>
      </w:r>
      <w:proofErr w:type="spellStart"/>
      <w:r w:rsidRPr="00BF194F">
        <w:rPr>
          <w:rFonts w:ascii="Arial" w:hAnsi="Arial" w:cs="Arial"/>
          <w:sz w:val="20"/>
          <w:szCs w:val="20"/>
        </w:rPr>
        <w:t>Medicine</w:t>
      </w:r>
      <w:proofErr w:type="spellEnd"/>
      <w:r w:rsidRPr="00BF194F">
        <w:rPr>
          <w:rFonts w:ascii="Arial" w:hAnsi="Arial" w:cs="Arial"/>
          <w:sz w:val="20"/>
          <w:szCs w:val="20"/>
        </w:rPr>
        <w:t xml:space="preserve"> - NLM - part of the National Institutes of </w:t>
      </w:r>
      <w:proofErr w:type="spellStart"/>
      <w:r w:rsidRPr="00BF194F">
        <w:rPr>
          <w:rFonts w:ascii="Arial" w:hAnsi="Arial" w:cs="Arial"/>
          <w:sz w:val="20"/>
          <w:szCs w:val="20"/>
        </w:rPr>
        <w:t>Health</w:t>
      </w:r>
      <w:proofErr w:type="spellEnd"/>
      <w:r w:rsidRPr="00BF194F">
        <w:rPr>
          <w:rFonts w:ascii="Arial" w:hAnsi="Arial" w:cs="Arial"/>
          <w:sz w:val="20"/>
          <w:szCs w:val="20"/>
        </w:rPr>
        <w:t xml:space="preserve"> - NIH - in the United States), the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strategy</w:t>
      </w:r>
      <w:proofErr w:type="spellEnd"/>
      <w:r w:rsidRPr="00BF194F">
        <w:rPr>
          <w:rFonts w:ascii="Arial" w:hAnsi="Arial" w:cs="Arial"/>
          <w:sz w:val="20"/>
          <w:szCs w:val="20"/>
        </w:rPr>
        <w:t xml:space="preserve"> </w:t>
      </w:r>
      <w:proofErr w:type="spellStart"/>
      <w:r w:rsidRPr="00BF194F">
        <w:rPr>
          <w:rFonts w:ascii="Arial" w:hAnsi="Arial" w:cs="Arial"/>
          <w:sz w:val="20"/>
          <w:szCs w:val="20"/>
        </w:rPr>
        <w:t>was</w:t>
      </w:r>
      <w:proofErr w:type="spellEnd"/>
      <w:r w:rsidRPr="00BF194F">
        <w:rPr>
          <w:rFonts w:ascii="Arial" w:hAnsi="Arial" w:cs="Arial"/>
          <w:sz w:val="20"/>
          <w:szCs w:val="20"/>
        </w:rPr>
        <w:t xml:space="preserve"> </w:t>
      </w:r>
      <w:proofErr w:type="spellStart"/>
      <w:r w:rsidRPr="00BF194F">
        <w:rPr>
          <w:rFonts w:ascii="Arial" w:hAnsi="Arial" w:cs="Arial"/>
          <w:sz w:val="20"/>
          <w:szCs w:val="20"/>
        </w:rPr>
        <w:t>adjusted</w:t>
      </w:r>
      <w:proofErr w:type="spellEnd"/>
      <w:r w:rsidRPr="00BF194F">
        <w:rPr>
          <w:rFonts w:ascii="Arial" w:hAnsi="Arial" w:cs="Arial"/>
          <w:sz w:val="20"/>
          <w:szCs w:val="20"/>
        </w:rPr>
        <w:t xml:space="preserve"> as </w:t>
      </w:r>
      <w:proofErr w:type="spellStart"/>
      <w:r w:rsidRPr="00BF194F">
        <w:rPr>
          <w:rFonts w:ascii="Arial" w:hAnsi="Arial" w:cs="Arial"/>
          <w:sz w:val="20"/>
          <w:szCs w:val="20"/>
        </w:rPr>
        <w:t>follows</w:t>
      </w:r>
      <w:proofErr w:type="spellEnd"/>
      <w:r w:rsidRPr="00BF194F">
        <w:rPr>
          <w:rFonts w:ascii="Arial" w:hAnsi="Arial" w:cs="Arial"/>
          <w:sz w:val="20"/>
          <w:szCs w:val="20"/>
        </w:rPr>
        <w:t xml:space="preserve">. </w:t>
      </w:r>
      <w:proofErr w:type="spellStart"/>
      <w:r w:rsidRPr="00BF194F">
        <w:rPr>
          <w:rFonts w:ascii="Arial" w:hAnsi="Arial" w:cs="Arial"/>
          <w:sz w:val="20"/>
          <w:szCs w:val="20"/>
        </w:rPr>
        <w:t>Parentheses</w:t>
      </w:r>
      <w:proofErr w:type="spellEnd"/>
      <w:r w:rsidRPr="00BF194F">
        <w:rPr>
          <w:rFonts w:ascii="Arial" w:hAnsi="Arial" w:cs="Arial"/>
          <w:sz w:val="20"/>
          <w:szCs w:val="20"/>
        </w:rPr>
        <w:t xml:space="preserve"> are </w:t>
      </w:r>
      <w:proofErr w:type="spellStart"/>
      <w:r w:rsidRPr="00BF194F">
        <w:rPr>
          <w:rFonts w:ascii="Arial" w:hAnsi="Arial" w:cs="Arial"/>
          <w:sz w:val="20"/>
          <w:szCs w:val="20"/>
        </w:rPr>
        <w:t>used</w:t>
      </w:r>
      <w:proofErr w:type="spellEnd"/>
      <w:r w:rsidRPr="00BF194F">
        <w:rPr>
          <w:rFonts w:ascii="Arial" w:hAnsi="Arial" w:cs="Arial"/>
          <w:sz w:val="20"/>
          <w:szCs w:val="20"/>
        </w:rPr>
        <w:t xml:space="preserve"> to group </w:t>
      </w:r>
      <w:proofErr w:type="spellStart"/>
      <w:r w:rsidRPr="00BF194F">
        <w:rPr>
          <w:rFonts w:ascii="Arial" w:hAnsi="Arial" w:cs="Arial"/>
          <w:sz w:val="20"/>
          <w:szCs w:val="20"/>
        </w:rPr>
        <w:t>terms</w:t>
      </w:r>
      <w:proofErr w:type="spellEnd"/>
      <w:r w:rsidRPr="00BF194F">
        <w:rPr>
          <w:rFonts w:ascii="Arial" w:hAnsi="Arial" w:cs="Arial"/>
          <w:sz w:val="20"/>
          <w:szCs w:val="20"/>
        </w:rPr>
        <w:t xml:space="preserve"> </w:t>
      </w:r>
      <w:proofErr w:type="spellStart"/>
      <w:r w:rsidRPr="00BF194F">
        <w:rPr>
          <w:rFonts w:ascii="Arial" w:hAnsi="Arial" w:cs="Arial"/>
          <w:sz w:val="20"/>
          <w:szCs w:val="20"/>
        </w:rPr>
        <w:t>related</w:t>
      </w:r>
      <w:proofErr w:type="spellEnd"/>
      <w:r w:rsidRPr="00BF194F">
        <w:rPr>
          <w:rFonts w:ascii="Arial" w:hAnsi="Arial" w:cs="Arial"/>
          <w:sz w:val="20"/>
          <w:szCs w:val="20"/>
        </w:rPr>
        <w:t xml:space="preserve"> to the </w:t>
      </w:r>
      <w:proofErr w:type="spellStart"/>
      <w:r w:rsidRPr="00BF194F">
        <w:rPr>
          <w:rFonts w:ascii="Arial" w:hAnsi="Arial" w:cs="Arial"/>
          <w:sz w:val="20"/>
          <w:szCs w:val="20"/>
        </w:rPr>
        <w:t>same</w:t>
      </w:r>
      <w:proofErr w:type="spellEnd"/>
      <w:r w:rsidRPr="00BF194F">
        <w:rPr>
          <w:rFonts w:ascii="Arial" w:hAnsi="Arial" w:cs="Arial"/>
          <w:sz w:val="20"/>
          <w:szCs w:val="20"/>
        </w:rPr>
        <w:t xml:space="preserve"> concept and </w:t>
      </w:r>
      <w:proofErr w:type="spellStart"/>
      <w:r w:rsidRPr="00BF194F">
        <w:rPr>
          <w:rFonts w:ascii="Arial" w:hAnsi="Arial" w:cs="Arial"/>
          <w:sz w:val="20"/>
          <w:szCs w:val="20"/>
        </w:rPr>
        <w:t>ensure</w:t>
      </w:r>
      <w:proofErr w:type="spellEnd"/>
      <w:r w:rsidRPr="00BF194F">
        <w:rPr>
          <w:rFonts w:ascii="Arial" w:hAnsi="Arial" w:cs="Arial"/>
          <w:sz w:val="20"/>
          <w:szCs w:val="20"/>
        </w:rPr>
        <w:t xml:space="preserve"> </w:t>
      </w:r>
      <w:proofErr w:type="spellStart"/>
      <w:r w:rsidRPr="00BF194F">
        <w:rPr>
          <w:rFonts w:ascii="Arial" w:hAnsi="Arial" w:cs="Arial"/>
          <w:sz w:val="20"/>
          <w:szCs w:val="20"/>
        </w:rPr>
        <w:t>that</w:t>
      </w:r>
      <w:proofErr w:type="spellEnd"/>
      <w:r w:rsidRPr="00BF194F">
        <w:rPr>
          <w:rFonts w:ascii="Arial" w:hAnsi="Arial" w:cs="Arial"/>
          <w:sz w:val="20"/>
          <w:szCs w:val="20"/>
        </w:rPr>
        <w:t xml:space="preserve"> the "OR" Boolean </w:t>
      </w:r>
      <w:proofErr w:type="spellStart"/>
      <w:r w:rsidRPr="00BF194F">
        <w:rPr>
          <w:rFonts w:ascii="Arial" w:hAnsi="Arial" w:cs="Arial"/>
          <w:sz w:val="20"/>
          <w:szCs w:val="20"/>
        </w:rPr>
        <w:t>operator</w:t>
      </w:r>
      <w:proofErr w:type="spellEnd"/>
      <w:r w:rsidRPr="00BF194F">
        <w:rPr>
          <w:rFonts w:ascii="Arial" w:hAnsi="Arial" w:cs="Arial"/>
          <w:sz w:val="20"/>
          <w:szCs w:val="20"/>
        </w:rPr>
        <w:t xml:space="preserve"> </w:t>
      </w:r>
      <w:proofErr w:type="spellStart"/>
      <w:r w:rsidRPr="00BF194F">
        <w:rPr>
          <w:rFonts w:ascii="Arial" w:hAnsi="Arial" w:cs="Arial"/>
          <w:sz w:val="20"/>
          <w:szCs w:val="20"/>
        </w:rPr>
        <w:t>correctly</w:t>
      </w:r>
      <w:proofErr w:type="spellEnd"/>
      <w:r w:rsidRPr="00BF194F">
        <w:rPr>
          <w:rFonts w:ascii="Arial" w:hAnsi="Arial" w:cs="Arial"/>
          <w:sz w:val="20"/>
          <w:szCs w:val="20"/>
        </w:rPr>
        <w:t xml:space="preserve"> </w:t>
      </w:r>
      <w:proofErr w:type="spellStart"/>
      <w:r w:rsidRPr="00BF194F">
        <w:rPr>
          <w:rFonts w:ascii="Arial" w:hAnsi="Arial" w:cs="Arial"/>
          <w:sz w:val="20"/>
          <w:szCs w:val="20"/>
        </w:rPr>
        <w:t>applies</w:t>
      </w:r>
      <w:proofErr w:type="spellEnd"/>
      <w:r w:rsidRPr="00BF194F">
        <w:rPr>
          <w:rFonts w:ascii="Arial" w:hAnsi="Arial" w:cs="Arial"/>
          <w:sz w:val="20"/>
          <w:szCs w:val="20"/>
        </w:rPr>
        <w:t xml:space="preserve"> to the </w:t>
      </w:r>
      <w:proofErr w:type="spellStart"/>
      <w:r w:rsidRPr="00BF194F">
        <w:rPr>
          <w:rFonts w:ascii="Arial" w:hAnsi="Arial" w:cs="Arial"/>
          <w:sz w:val="20"/>
          <w:szCs w:val="20"/>
        </w:rPr>
        <w:t>entire</w:t>
      </w:r>
      <w:proofErr w:type="spellEnd"/>
      <w:r w:rsidRPr="00BF194F">
        <w:rPr>
          <w:rFonts w:ascii="Arial" w:hAnsi="Arial" w:cs="Arial"/>
          <w:sz w:val="20"/>
          <w:szCs w:val="20"/>
        </w:rPr>
        <w:t xml:space="preserve"> group. Quotation marks </w:t>
      </w:r>
      <w:proofErr w:type="spellStart"/>
      <w:r w:rsidRPr="00BF194F">
        <w:rPr>
          <w:rFonts w:ascii="Arial" w:hAnsi="Arial" w:cs="Arial"/>
          <w:sz w:val="20"/>
          <w:szCs w:val="20"/>
        </w:rPr>
        <w:t>were</w:t>
      </w:r>
      <w:proofErr w:type="spellEnd"/>
      <w:r w:rsidRPr="00BF194F">
        <w:rPr>
          <w:rFonts w:ascii="Arial" w:hAnsi="Arial" w:cs="Arial"/>
          <w:sz w:val="20"/>
          <w:szCs w:val="20"/>
        </w:rPr>
        <w:t xml:space="preserve"> </w:t>
      </w:r>
      <w:proofErr w:type="spellStart"/>
      <w:r w:rsidRPr="00BF194F">
        <w:rPr>
          <w:rFonts w:ascii="Arial" w:hAnsi="Arial" w:cs="Arial"/>
          <w:sz w:val="20"/>
          <w:szCs w:val="20"/>
        </w:rPr>
        <w:t>removed</w:t>
      </w:r>
      <w:proofErr w:type="spellEnd"/>
      <w:r w:rsidRPr="00BF194F">
        <w:rPr>
          <w:rFonts w:ascii="Arial" w:hAnsi="Arial" w:cs="Arial"/>
          <w:sz w:val="20"/>
          <w:szCs w:val="20"/>
        </w:rPr>
        <w:t xml:space="preserve"> </w:t>
      </w:r>
      <w:proofErr w:type="spellStart"/>
      <w:r w:rsidRPr="00BF194F">
        <w:rPr>
          <w:rFonts w:ascii="Arial" w:hAnsi="Arial" w:cs="Arial"/>
          <w:sz w:val="20"/>
          <w:szCs w:val="20"/>
        </w:rPr>
        <w:t>from</w:t>
      </w:r>
      <w:proofErr w:type="spellEnd"/>
      <w:r w:rsidRPr="00BF194F">
        <w:rPr>
          <w:rFonts w:ascii="Arial" w:hAnsi="Arial" w:cs="Arial"/>
          <w:sz w:val="20"/>
          <w:szCs w:val="20"/>
        </w:rPr>
        <w:t xml:space="preserve"> French expressions to </w:t>
      </w:r>
      <w:proofErr w:type="spellStart"/>
      <w:r w:rsidRPr="00BF194F">
        <w:rPr>
          <w:rFonts w:ascii="Arial" w:hAnsi="Arial" w:cs="Arial"/>
          <w:sz w:val="20"/>
          <w:szCs w:val="20"/>
        </w:rPr>
        <w:t>broaden</w:t>
      </w:r>
      <w:proofErr w:type="spellEnd"/>
      <w:r w:rsidRPr="00BF194F">
        <w:rPr>
          <w:rFonts w:ascii="Arial" w:hAnsi="Arial" w:cs="Arial"/>
          <w:sz w:val="20"/>
          <w:szCs w:val="20"/>
        </w:rPr>
        <w:t xml:space="preserve"> the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and </w:t>
      </w:r>
      <w:proofErr w:type="spellStart"/>
      <w:r w:rsidRPr="00BF194F">
        <w:rPr>
          <w:rFonts w:ascii="Arial" w:hAnsi="Arial" w:cs="Arial"/>
          <w:sz w:val="20"/>
          <w:szCs w:val="20"/>
        </w:rPr>
        <w:t>include</w:t>
      </w:r>
      <w:proofErr w:type="spellEnd"/>
      <w:r w:rsidRPr="00BF194F">
        <w:rPr>
          <w:rFonts w:ascii="Arial" w:hAnsi="Arial" w:cs="Arial"/>
          <w:sz w:val="20"/>
          <w:szCs w:val="20"/>
        </w:rPr>
        <w:t xml:space="preserve"> articles </w:t>
      </w:r>
      <w:proofErr w:type="spellStart"/>
      <w:r w:rsidRPr="00BF194F">
        <w:rPr>
          <w:rFonts w:ascii="Arial" w:hAnsi="Arial" w:cs="Arial"/>
          <w:sz w:val="20"/>
          <w:szCs w:val="20"/>
        </w:rPr>
        <w:t>that</w:t>
      </w:r>
      <w:proofErr w:type="spellEnd"/>
      <w:r w:rsidRPr="00BF194F">
        <w:rPr>
          <w:rFonts w:ascii="Arial" w:hAnsi="Arial" w:cs="Arial"/>
          <w:sz w:val="20"/>
          <w:szCs w:val="20"/>
        </w:rPr>
        <w:t xml:space="preserve"> use </w:t>
      </w:r>
      <w:proofErr w:type="spellStart"/>
      <w:r w:rsidRPr="00BF194F">
        <w:rPr>
          <w:rFonts w:ascii="Arial" w:hAnsi="Arial" w:cs="Arial"/>
          <w:sz w:val="20"/>
          <w:szCs w:val="20"/>
        </w:rPr>
        <w:t>synonyms</w:t>
      </w:r>
      <w:proofErr w:type="spellEnd"/>
      <w:r w:rsidRPr="00BF194F">
        <w:rPr>
          <w:rFonts w:ascii="Arial" w:hAnsi="Arial" w:cs="Arial"/>
          <w:sz w:val="20"/>
          <w:szCs w:val="20"/>
        </w:rPr>
        <w:t xml:space="preserve"> or </w:t>
      </w:r>
      <w:proofErr w:type="spellStart"/>
      <w:r w:rsidRPr="00BF194F">
        <w:rPr>
          <w:rFonts w:ascii="Arial" w:hAnsi="Arial" w:cs="Arial"/>
          <w:sz w:val="20"/>
          <w:szCs w:val="20"/>
        </w:rPr>
        <w:t>slightly</w:t>
      </w:r>
      <w:proofErr w:type="spellEnd"/>
      <w:r w:rsidRPr="00BF194F">
        <w:rPr>
          <w:rFonts w:ascii="Arial" w:hAnsi="Arial" w:cs="Arial"/>
          <w:sz w:val="20"/>
          <w:szCs w:val="20"/>
        </w:rPr>
        <w:t xml:space="preserve"> </w:t>
      </w:r>
      <w:proofErr w:type="spellStart"/>
      <w:r w:rsidRPr="00BF194F">
        <w:rPr>
          <w:rFonts w:ascii="Arial" w:hAnsi="Arial" w:cs="Arial"/>
          <w:sz w:val="20"/>
          <w:szCs w:val="20"/>
        </w:rPr>
        <w:t>different</w:t>
      </w:r>
      <w:proofErr w:type="spellEnd"/>
      <w:r w:rsidRPr="00BF194F">
        <w:rPr>
          <w:rFonts w:ascii="Arial" w:hAnsi="Arial" w:cs="Arial"/>
          <w:sz w:val="20"/>
          <w:szCs w:val="20"/>
        </w:rPr>
        <w:t xml:space="preserve"> formulations. English MeSH </w:t>
      </w:r>
      <w:proofErr w:type="spellStart"/>
      <w:r w:rsidRPr="00BF194F">
        <w:rPr>
          <w:rFonts w:ascii="Arial" w:hAnsi="Arial" w:cs="Arial"/>
          <w:sz w:val="20"/>
          <w:szCs w:val="20"/>
        </w:rPr>
        <w:t>terms</w:t>
      </w:r>
      <w:proofErr w:type="spellEnd"/>
      <w:r w:rsidRPr="00BF194F">
        <w:rPr>
          <w:rFonts w:ascii="Arial" w:hAnsi="Arial" w:cs="Arial"/>
          <w:sz w:val="20"/>
          <w:szCs w:val="20"/>
        </w:rPr>
        <w:t xml:space="preserve"> are </w:t>
      </w:r>
      <w:proofErr w:type="spellStart"/>
      <w:r w:rsidRPr="00BF194F">
        <w:rPr>
          <w:rFonts w:ascii="Arial" w:hAnsi="Arial" w:cs="Arial"/>
          <w:sz w:val="20"/>
          <w:szCs w:val="20"/>
        </w:rPr>
        <w:t>kept</w:t>
      </w:r>
      <w:proofErr w:type="spellEnd"/>
      <w:r w:rsidRPr="00BF194F">
        <w:rPr>
          <w:rFonts w:ascii="Arial" w:hAnsi="Arial" w:cs="Arial"/>
          <w:sz w:val="20"/>
          <w:szCs w:val="20"/>
        </w:rPr>
        <w:t xml:space="preserve"> in </w:t>
      </w:r>
      <w:proofErr w:type="spellStart"/>
      <w:r w:rsidRPr="00BF194F">
        <w:rPr>
          <w:rFonts w:ascii="Arial" w:hAnsi="Arial" w:cs="Arial"/>
          <w:sz w:val="20"/>
          <w:szCs w:val="20"/>
        </w:rPr>
        <w:t>quotation</w:t>
      </w:r>
      <w:proofErr w:type="spellEnd"/>
      <w:r w:rsidRPr="00BF194F">
        <w:rPr>
          <w:rFonts w:ascii="Arial" w:hAnsi="Arial" w:cs="Arial"/>
          <w:sz w:val="20"/>
          <w:szCs w:val="20"/>
        </w:rPr>
        <w:t xml:space="preserve"> marks to </w:t>
      </w:r>
      <w:proofErr w:type="spellStart"/>
      <w:r w:rsidRPr="00BF194F">
        <w:rPr>
          <w:rFonts w:ascii="Arial" w:hAnsi="Arial" w:cs="Arial"/>
          <w:sz w:val="20"/>
          <w:szCs w:val="20"/>
        </w:rPr>
        <w:t>ensure</w:t>
      </w:r>
      <w:proofErr w:type="spellEnd"/>
      <w:r w:rsidRPr="00BF194F">
        <w:rPr>
          <w:rFonts w:ascii="Arial" w:hAnsi="Arial" w:cs="Arial"/>
          <w:sz w:val="20"/>
          <w:szCs w:val="20"/>
        </w:rPr>
        <w:t xml:space="preserv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accuracy</w:t>
      </w:r>
      <w:proofErr w:type="spellEnd"/>
      <w:r w:rsidRPr="00BF194F">
        <w:rPr>
          <w:rFonts w:ascii="Arial" w:hAnsi="Arial" w:cs="Arial"/>
          <w:sz w:val="20"/>
          <w:szCs w:val="20"/>
        </w:rPr>
        <w:t xml:space="preserve">, as </w:t>
      </w:r>
      <w:proofErr w:type="spellStart"/>
      <w:r w:rsidRPr="00BF194F">
        <w:rPr>
          <w:rFonts w:ascii="Arial" w:hAnsi="Arial" w:cs="Arial"/>
          <w:sz w:val="20"/>
          <w:szCs w:val="20"/>
        </w:rPr>
        <w:t>they</w:t>
      </w:r>
      <w:proofErr w:type="spellEnd"/>
      <w:r w:rsidRPr="00BF194F">
        <w:rPr>
          <w:rFonts w:ascii="Arial" w:hAnsi="Arial" w:cs="Arial"/>
          <w:sz w:val="20"/>
          <w:szCs w:val="20"/>
        </w:rPr>
        <w:t xml:space="preserve"> are </w:t>
      </w:r>
      <w:proofErr w:type="spellStart"/>
      <w:r w:rsidRPr="00BF194F">
        <w:rPr>
          <w:rFonts w:ascii="Arial" w:hAnsi="Arial" w:cs="Arial"/>
          <w:sz w:val="20"/>
          <w:szCs w:val="20"/>
        </w:rPr>
        <w:t>recognized</w:t>
      </w:r>
      <w:proofErr w:type="spellEnd"/>
      <w:r w:rsidRPr="00BF194F">
        <w:rPr>
          <w:rFonts w:ascii="Arial" w:hAnsi="Arial" w:cs="Arial"/>
          <w:sz w:val="20"/>
          <w:szCs w:val="20"/>
        </w:rPr>
        <w:t xml:space="preserve"> as exact expressions by PubMed.</w:t>
      </w:r>
    </w:p>
    <w:p w14:paraId="2B6B838C" w14:textId="359C5C7B" w:rsidR="00BB0F51" w:rsidRPr="00BF194F" w:rsidRDefault="005F56E8" w:rsidP="00BF194F">
      <w:pPr>
        <w:spacing w:line="360" w:lineRule="auto"/>
        <w:jc w:val="both"/>
        <w:rPr>
          <w:rFonts w:ascii="Arial" w:hAnsi="Arial" w:cs="Arial"/>
          <w:b/>
          <w:bCs/>
          <w:u w:val="single"/>
        </w:rPr>
      </w:pPr>
      <w:r w:rsidRPr="00BF194F">
        <w:rPr>
          <w:rFonts w:ascii="Arial" w:hAnsi="Arial" w:cs="Arial"/>
          <w:b/>
          <w:bCs/>
        </w:rPr>
        <w:t xml:space="preserve">Equation on </w:t>
      </w:r>
      <w:proofErr w:type="gramStart"/>
      <w:r w:rsidRPr="00BF194F">
        <w:rPr>
          <w:rFonts w:ascii="Arial" w:hAnsi="Arial" w:cs="Arial"/>
          <w:b/>
          <w:bCs/>
        </w:rPr>
        <w:t>PubMed:</w:t>
      </w:r>
      <w:proofErr w:type="gramEnd"/>
    </w:p>
    <w:p w14:paraId="56A24B8E" w14:textId="77777777" w:rsidR="00BB0F51" w:rsidRPr="00BF194F" w:rsidRDefault="00BB0F51" w:rsidP="00BF194F">
      <w:pPr>
        <w:spacing w:line="360" w:lineRule="auto"/>
        <w:rPr>
          <w:rFonts w:ascii="Arial" w:hAnsi="Arial" w:cs="Arial"/>
          <w:sz w:val="10"/>
          <w:szCs w:val="10"/>
        </w:rPr>
      </w:pPr>
      <w:r w:rsidRPr="00BF194F">
        <w:rPr>
          <w:rFonts w:ascii="Arial" w:hAnsi="Arial" w:cs="Arial"/>
        </w:rPr>
        <w:t xml:space="preserve"> </w:t>
      </w:r>
    </w:p>
    <w:p w14:paraId="2B395B2E" w14:textId="1309A7AE" w:rsidR="00BB0F51" w:rsidRPr="00BF194F" w:rsidRDefault="005F56E8" w:rsidP="00BF194F">
      <w:pPr>
        <w:pStyle w:val="NormalWeb"/>
        <w:spacing w:line="360" w:lineRule="auto"/>
        <w:jc w:val="both"/>
        <w:rPr>
          <w:rFonts w:ascii="Arial" w:hAnsi="Arial" w:cs="Arial"/>
          <w:sz w:val="20"/>
          <w:szCs w:val="20"/>
        </w:rPr>
      </w:pPr>
      <w:r w:rsidRPr="00BF194F">
        <w:rPr>
          <w:rFonts w:ascii="Arial" w:hAnsi="Arial" w:cs="Arial"/>
          <w:sz w:val="20"/>
          <w:szCs w:val="20"/>
        </w:rPr>
        <w:t xml:space="preserve">The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equation</w:t>
      </w:r>
      <w:proofErr w:type="spellEnd"/>
      <w:r w:rsidRPr="00BF194F">
        <w:rPr>
          <w:rFonts w:ascii="Arial" w:hAnsi="Arial" w:cs="Arial"/>
          <w:sz w:val="20"/>
          <w:szCs w:val="20"/>
        </w:rPr>
        <w:t xml:space="preserve"> </w:t>
      </w:r>
      <w:proofErr w:type="spellStart"/>
      <w:r w:rsidRPr="00BF194F">
        <w:rPr>
          <w:rFonts w:ascii="Arial" w:hAnsi="Arial" w:cs="Arial"/>
          <w:sz w:val="20"/>
          <w:szCs w:val="20"/>
        </w:rPr>
        <w:t>is</w:t>
      </w:r>
      <w:proofErr w:type="spellEnd"/>
      <w:r w:rsidRPr="00BF194F">
        <w:rPr>
          <w:rFonts w:ascii="Arial" w:hAnsi="Arial" w:cs="Arial"/>
          <w:sz w:val="20"/>
          <w:szCs w:val="20"/>
        </w:rPr>
        <w:t xml:space="preserve"> as </w:t>
      </w:r>
      <w:proofErr w:type="spellStart"/>
      <w:proofErr w:type="gramStart"/>
      <w:r w:rsidRPr="00BF194F">
        <w:rPr>
          <w:rFonts w:ascii="Arial" w:hAnsi="Arial" w:cs="Arial"/>
          <w:sz w:val="20"/>
          <w:szCs w:val="20"/>
        </w:rPr>
        <w:t>follows</w:t>
      </w:r>
      <w:proofErr w:type="spellEnd"/>
      <w:r w:rsidRPr="00BF194F">
        <w:rPr>
          <w:rFonts w:ascii="Arial" w:hAnsi="Arial" w:cs="Arial"/>
          <w:sz w:val="20"/>
          <w:szCs w:val="20"/>
        </w:rPr>
        <w:t>:</w:t>
      </w:r>
      <w:proofErr w:type="gramEnd"/>
    </w:p>
    <w:p w14:paraId="526BD052" w14:textId="77777777" w:rsidR="00BB0F51" w:rsidRPr="00BF194F" w:rsidRDefault="00BB0F51" w:rsidP="00BF194F">
      <w:pPr>
        <w:pStyle w:val="NormalWeb"/>
        <w:spacing w:line="360" w:lineRule="auto"/>
        <w:jc w:val="both"/>
        <w:rPr>
          <w:rFonts w:ascii="Arial" w:hAnsi="Arial" w:cs="Arial"/>
          <w:b/>
          <w:bCs/>
          <w:i/>
          <w:iCs/>
          <w:color w:val="0070C0"/>
          <w:sz w:val="17"/>
          <w:szCs w:val="17"/>
        </w:rPr>
      </w:pPr>
      <w:r w:rsidRPr="00BF194F">
        <w:rPr>
          <w:rFonts w:ascii="Arial" w:hAnsi="Arial" w:cs="Arial"/>
          <w:b/>
          <w:bCs/>
          <w:i/>
          <w:iCs/>
          <w:color w:val="0070C0"/>
          <w:sz w:val="17"/>
          <w:szCs w:val="17"/>
        </w:rPr>
        <w:t>(("</w:t>
      </w:r>
      <w:proofErr w:type="spellStart"/>
      <w:r w:rsidRPr="00BF194F">
        <w:rPr>
          <w:rFonts w:ascii="Arial" w:hAnsi="Arial" w:cs="Arial"/>
          <w:b/>
          <w:bCs/>
          <w:i/>
          <w:iCs/>
          <w:color w:val="0070C0"/>
          <w:sz w:val="17"/>
          <w:szCs w:val="17"/>
        </w:rPr>
        <w:t>Musculoskeletal</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Diseases</w:t>
      </w:r>
      <w:proofErr w:type="spellEnd"/>
      <w:r w:rsidRPr="00BF194F">
        <w:rPr>
          <w:rFonts w:ascii="Arial" w:hAnsi="Arial" w:cs="Arial"/>
          <w:b/>
          <w:bCs/>
          <w:i/>
          <w:iCs/>
          <w:color w:val="0070C0"/>
          <w:sz w:val="17"/>
          <w:szCs w:val="17"/>
        </w:rPr>
        <w:t>"[MeSH] OR "</w:t>
      </w:r>
      <w:proofErr w:type="spellStart"/>
      <w:r w:rsidRPr="00BF194F">
        <w:rPr>
          <w:rFonts w:ascii="Arial" w:hAnsi="Arial" w:cs="Arial"/>
          <w:b/>
          <w:bCs/>
          <w:i/>
          <w:iCs/>
          <w:color w:val="0070C0"/>
          <w:sz w:val="17"/>
          <w:szCs w:val="17"/>
        </w:rPr>
        <w:t>Musculoskeletal</w:t>
      </w:r>
      <w:proofErr w:type="spellEnd"/>
      <w:r w:rsidRPr="00BF194F">
        <w:rPr>
          <w:rFonts w:ascii="Arial" w:hAnsi="Arial" w:cs="Arial"/>
          <w:b/>
          <w:bCs/>
          <w:i/>
          <w:iCs/>
          <w:color w:val="0070C0"/>
          <w:sz w:val="17"/>
          <w:szCs w:val="17"/>
        </w:rPr>
        <w:t xml:space="preserve"> Pain"[MeSH]) OR (pathologies musculosquelettiques OR troubles musculosquelettiques OR douleurs musculosquelettiques OR affections musculosquelettiques)) AND (("Physical </w:t>
      </w:r>
      <w:proofErr w:type="spellStart"/>
      <w:r w:rsidRPr="00BF194F">
        <w:rPr>
          <w:rFonts w:ascii="Arial" w:hAnsi="Arial" w:cs="Arial"/>
          <w:b/>
          <w:bCs/>
          <w:i/>
          <w:iCs/>
          <w:color w:val="0070C0"/>
          <w:sz w:val="17"/>
          <w:szCs w:val="17"/>
        </w:rPr>
        <w:t>Therapy</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Modalities</w:t>
      </w:r>
      <w:proofErr w:type="spellEnd"/>
      <w:r w:rsidRPr="00BF194F">
        <w:rPr>
          <w:rFonts w:ascii="Arial" w:hAnsi="Arial" w:cs="Arial"/>
          <w:b/>
          <w:bCs/>
          <w:i/>
          <w:iCs/>
          <w:color w:val="0070C0"/>
          <w:sz w:val="17"/>
          <w:szCs w:val="17"/>
        </w:rPr>
        <w:t xml:space="preserve">"[MeSH] OR "Physical </w:t>
      </w:r>
      <w:proofErr w:type="spellStart"/>
      <w:r w:rsidRPr="00BF194F">
        <w:rPr>
          <w:rFonts w:ascii="Arial" w:hAnsi="Arial" w:cs="Arial"/>
          <w:b/>
          <w:bCs/>
          <w:i/>
          <w:iCs/>
          <w:color w:val="0070C0"/>
          <w:sz w:val="17"/>
          <w:szCs w:val="17"/>
        </w:rPr>
        <w:t>Therapy</w:t>
      </w:r>
      <w:proofErr w:type="spellEnd"/>
      <w:r w:rsidRPr="00BF194F">
        <w:rPr>
          <w:rFonts w:ascii="Arial" w:hAnsi="Arial" w:cs="Arial"/>
          <w:b/>
          <w:bCs/>
          <w:i/>
          <w:iCs/>
          <w:color w:val="0070C0"/>
          <w:sz w:val="17"/>
          <w:szCs w:val="17"/>
        </w:rPr>
        <w:t xml:space="preserve"> Specialty"[MeSH]) OR (</w:t>
      </w:r>
      <w:proofErr w:type="spellStart"/>
      <w:r w:rsidRPr="00BF194F">
        <w:rPr>
          <w:rFonts w:ascii="Arial" w:hAnsi="Arial" w:cs="Arial"/>
          <w:b/>
          <w:bCs/>
          <w:i/>
          <w:iCs/>
          <w:color w:val="0070C0"/>
          <w:sz w:val="17"/>
          <w:szCs w:val="17"/>
        </w:rPr>
        <w:t>Physiotherapy</w:t>
      </w:r>
      <w:proofErr w:type="spellEnd"/>
      <w:r w:rsidRPr="00BF194F">
        <w:rPr>
          <w:rFonts w:ascii="Arial" w:hAnsi="Arial" w:cs="Arial"/>
          <w:b/>
          <w:bCs/>
          <w:i/>
          <w:iCs/>
          <w:color w:val="0070C0"/>
          <w:sz w:val="17"/>
          <w:szCs w:val="17"/>
        </w:rPr>
        <w:t xml:space="preserve"> OR Physical </w:t>
      </w:r>
      <w:proofErr w:type="spellStart"/>
      <w:r w:rsidRPr="00BF194F">
        <w:rPr>
          <w:rFonts w:ascii="Arial" w:hAnsi="Arial" w:cs="Arial"/>
          <w:b/>
          <w:bCs/>
          <w:i/>
          <w:iCs/>
          <w:color w:val="0070C0"/>
          <w:sz w:val="17"/>
          <w:szCs w:val="17"/>
        </w:rPr>
        <w:t>Therapy</w:t>
      </w:r>
      <w:proofErr w:type="spellEnd"/>
      <w:r w:rsidRPr="00BF194F">
        <w:rPr>
          <w:rFonts w:ascii="Arial" w:hAnsi="Arial" w:cs="Arial"/>
          <w:b/>
          <w:bCs/>
          <w:i/>
          <w:iCs/>
          <w:color w:val="0070C0"/>
          <w:sz w:val="17"/>
          <w:szCs w:val="17"/>
        </w:rPr>
        <w:t xml:space="preserve"> OR kinésithérapie OR physiothérapie OR </w:t>
      </w:r>
      <w:proofErr w:type="spellStart"/>
      <w:r w:rsidRPr="00BF194F">
        <w:rPr>
          <w:rFonts w:ascii="Arial" w:hAnsi="Arial" w:cs="Arial"/>
          <w:b/>
          <w:bCs/>
          <w:i/>
          <w:iCs/>
          <w:color w:val="0070C0"/>
          <w:sz w:val="17"/>
          <w:szCs w:val="17"/>
        </w:rPr>
        <w:t>rehabilitation</w:t>
      </w:r>
      <w:proofErr w:type="spellEnd"/>
      <w:r w:rsidRPr="00BF194F">
        <w:rPr>
          <w:rFonts w:ascii="Arial" w:hAnsi="Arial" w:cs="Arial"/>
          <w:b/>
          <w:bCs/>
          <w:i/>
          <w:iCs/>
          <w:color w:val="0070C0"/>
          <w:sz w:val="17"/>
          <w:szCs w:val="17"/>
        </w:rPr>
        <w:t>) OR (Direct Access OR Self-</w:t>
      </w:r>
      <w:proofErr w:type="spellStart"/>
      <w:r w:rsidRPr="00BF194F">
        <w:rPr>
          <w:rFonts w:ascii="Arial" w:hAnsi="Arial" w:cs="Arial"/>
          <w:b/>
          <w:bCs/>
          <w:i/>
          <w:iCs/>
          <w:color w:val="0070C0"/>
          <w:sz w:val="17"/>
          <w:szCs w:val="17"/>
        </w:rPr>
        <w:t>Referral</w:t>
      </w:r>
      <w:proofErr w:type="spellEnd"/>
      <w:r w:rsidRPr="00BF194F">
        <w:rPr>
          <w:rFonts w:ascii="Arial" w:hAnsi="Arial" w:cs="Arial"/>
          <w:b/>
          <w:bCs/>
          <w:i/>
          <w:iCs/>
          <w:color w:val="0070C0"/>
          <w:sz w:val="17"/>
          <w:szCs w:val="17"/>
        </w:rPr>
        <w:t xml:space="preserve"> OR accès direct OR auto-référence OR patient-</w:t>
      </w:r>
      <w:proofErr w:type="spellStart"/>
      <w:r w:rsidRPr="00BF194F">
        <w:rPr>
          <w:rFonts w:ascii="Arial" w:hAnsi="Arial" w:cs="Arial"/>
          <w:b/>
          <w:bCs/>
          <w:i/>
          <w:iCs/>
          <w:color w:val="0070C0"/>
          <w:sz w:val="17"/>
          <w:szCs w:val="17"/>
        </w:rPr>
        <w:t>initiated</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access</w:t>
      </w:r>
      <w:proofErr w:type="spellEnd"/>
      <w:r w:rsidRPr="00BF194F">
        <w:rPr>
          <w:rFonts w:ascii="Arial" w:hAnsi="Arial" w:cs="Arial"/>
          <w:b/>
          <w:bCs/>
          <w:i/>
          <w:iCs/>
          <w:color w:val="0070C0"/>
          <w:sz w:val="17"/>
          <w:szCs w:val="17"/>
        </w:rPr>
        <w:t xml:space="preserve"> OR first-contact </w:t>
      </w:r>
      <w:proofErr w:type="spellStart"/>
      <w:r w:rsidRPr="00BF194F">
        <w:rPr>
          <w:rFonts w:ascii="Arial" w:hAnsi="Arial" w:cs="Arial"/>
          <w:b/>
          <w:bCs/>
          <w:i/>
          <w:iCs/>
          <w:color w:val="0070C0"/>
          <w:sz w:val="17"/>
          <w:szCs w:val="17"/>
        </w:rPr>
        <w:t>physiotherapy</w:t>
      </w:r>
      <w:proofErr w:type="spellEnd"/>
      <w:r w:rsidRPr="00BF194F">
        <w:rPr>
          <w:rFonts w:ascii="Arial" w:hAnsi="Arial" w:cs="Arial"/>
          <w:b/>
          <w:bCs/>
          <w:i/>
          <w:iCs/>
          <w:color w:val="0070C0"/>
          <w:sz w:val="17"/>
          <w:szCs w:val="17"/>
        </w:rPr>
        <w:t xml:space="preserve">)) AND (("General </w:t>
      </w:r>
      <w:proofErr w:type="spellStart"/>
      <w:r w:rsidRPr="00BF194F">
        <w:rPr>
          <w:rFonts w:ascii="Arial" w:hAnsi="Arial" w:cs="Arial"/>
          <w:b/>
          <w:bCs/>
          <w:i/>
          <w:iCs/>
          <w:color w:val="0070C0"/>
          <w:sz w:val="17"/>
          <w:szCs w:val="17"/>
        </w:rPr>
        <w:t>Practitioners</w:t>
      </w:r>
      <w:proofErr w:type="spellEnd"/>
      <w:r w:rsidRPr="00BF194F">
        <w:rPr>
          <w:rFonts w:ascii="Arial" w:hAnsi="Arial" w:cs="Arial"/>
          <w:b/>
          <w:bCs/>
          <w:i/>
          <w:iCs/>
          <w:color w:val="0070C0"/>
          <w:sz w:val="17"/>
          <w:szCs w:val="17"/>
        </w:rPr>
        <w:t xml:space="preserve">"[MeSH] OR "Family </w:t>
      </w:r>
      <w:proofErr w:type="spellStart"/>
      <w:r w:rsidRPr="00BF194F">
        <w:rPr>
          <w:rFonts w:ascii="Arial" w:hAnsi="Arial" w:cs="Arial"/>
          <w:b/>
          <w:bCs/>
          <w:i/>
          <w:iCs/>
          <w:color w:val="0070C0"/>
          <w:sz w:val="17"/>
          <w:szCs w:val="17"/>
        </w:rPr>
        <w:t>Physicians</w:t>
      </w:r>
      <w:proofErr w:type="spellEnd"/>
      <w:r w:rsidRPr="00BF194F">
        <w:rPr>
          <w:rFonts w:ascii="Arial" w:hAnsi="Arial" w:cs="Arial"/>
          <w:b/>
          <w:bCs/>
          <w:i/>
          <w:iCs/>
          <w:color w:val="0070C0"/>
          <w:sz w:val="17"/>
          <w:szCs w:val="17"/>
        </w:rPr>
        <w:t>"[MeSH] OR "</w:t>
      </w:r>
      <w:proofErr w:type="spellStart"/>
      <w:r w:rsidRPr="00BF194F">
        <w:rPr>
          <w:rFonts w:ascii="Arial" w:hAnsi="Arial" w:cs="Arial"/>
          <w:b/>
          <w:bCs/>
          <w:i/>
          <w:iCs/>
          <w:color w:val="0070C0"/>
          <w:sz w:val="17"/>
          <w:szCs w:val="17"/>
        </w:rPr>
        <w:t>Primary</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Health</w:t>
      </w:r>
      <w:proofErr w:type="spellEnd"/>
      <w:r w:rsidRPr="00BF194F">
        <w:rPr>
          <w:rFonts w:ascii="Arial" w:hAnsi="Arial" w:cs="Arial"/>
          <w:b/>
          <w:bCs/>
          <w:i/>
          <w:iCs/>
          <w:color w:val="0070C0"/>
          <w:sz w:val="17"/>
          <w:szCs w:val="17"/>
        </w:rPr>
        <w:t xml:space="preserve"> Care"[MeSH] OR "General Practice"[MeSH]) OR (médecin généraliste OR médecin de famille OR soins primaires OR </w:t>
      </w:r>
      <w:proofErr w:type="spellStart"/>
      <w:r w:rsidRPr="00BF194F">
        <w:rPr>
          <w:rFonts w:ascii="Arial" w:hAnsi="Arial" w:cs="Arial"/>
          <w:b/>
          <w:bCs/>
          <w:i/>
          <w:iCs/>
          <w:color w:val="0070C0"/>
          <w:sz w:val="17"/>
          <w:szCs w:val="17"/>
        </w:rPr>
        <w:t>Primary</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Health</w:t>
      </w:r>
      <w:proofErr w:type="spellEnd"/>
      <w:r w:rsidRPr="00BF194F">
        <w:rPr>
          <w:rFonts w:ascii="Arial" w:hAnsi="Arial" w:cs="Arial"/>
          <w:b/>
          <w:bCs/>
          <w:i/>
          <w:iCs/>
          <w:color w:val="0070C0"/>
          <w:sz w:val="17"/>
          <w:szCs w:val="17"/>
        </w:rPr>
        <w:t xml:space="preserve"> Care OR médecine de premier recours))</w:t>
      </w:r>
    </w:p>
    <w:p w14:paraId="0D23C71D" w14:textId="77777777" w:rsidR="00BB0F51" w:rsidRPr="00BF194F" w:rsidRDefault="00BB0F51" w:rsidP="00BF194F">
      <w:pPr>
        <w:pStyle w:val="NormalWeb"/>
        <w:spacing w:line="360" w:lineRule="auto"/>
        <w:jc w:val="both"/>
        <w:rPr>
          <w:rFonts w:ascii="Arial" w:hAnsi="Arial" w:cs="Arial"/>
          <w:sz w:val="10"/>
          <w:szCs w:val="10"/>
        </w:rPr>
      </w:pPr>
    </w:p>
    <w:p w14:paraId="309A5789" w14:textId="57A9B45E" w:rsidR="00BB0F51" w:rsidRPr="00BF194F" w:rsidRDefault="005F56E8" w:rsidP="00BF194F">
      <w:pPr>
        <w:pStyle w:val="NormalWeb"/>
        <w:spacing w:line="360" w:lineRule="auto"/>
        <w:jc w:val="both"/>
        <w:rPr>
          <w:rFonts w:ascii="Arial" w:hAnsi="Arial" w:cs="Arial"/>
          <w:sz w:val="20"/>
          <w:szCs w:val="20"/>
        </w:rPr>
      </w:pPr>
      <w:r w:rsidRPr="00BF194F">
        <w:rPr>
          <w:rFonts w:ascii="Arial" w:hAnsi="Arial" w:cs="Arial"/>
          <w:sz w:val="20"/>
          <w:szCs w:val="20"/>
        </w:rPr>
        <w:lastRenderedPageBreak/>
        <w:t xml:space="preserve">The </w:t>
      </w:r>
      <w:proofErr w:type="spellStart"/>
      <w:r w:rsidRPr="00BF194F">
        <w:rPr>
          <w:rFonts w:ascii="Arial" w:hAnsi="Arial" w:cs="Arial"/>
          <w:sz w:val="20"/>
          <w:szCs w:val="20"/>
        </w:rPr>
        <w:t>equation</w:t>
      </w:r>
      <w:proofErr w:type="spellEnd"/>
      <w:r w:rsidRPr="00BF194F">
        <w:rPr>
          <w:rFonts w:ascii="Arial" w:hAnsi="Arial" w:cs="Arial"/>
          <w:sz w:val="20"/>
          <w:szCs w:val="20"/>
        </w:rPr>
        <w:t xml:space="preserve"> combines the </w:t>
      </w:r>
      <w:proofErr w:type="spellStart"/>
      <w:r w:rsidRPr="00BF194F">
        <w:rPr>
          <w:rFonts w:ascii="Arial" w:hAnsi="Arial" w:cs="Arial"/>
          <w:sz w:val="20"/>
          <w:szCs w:val="20"/>
        </w:rPr>
        <w:t>fundamental</w:t>
      </w:r>
      <w:proofErr w:type="spellEnd"/>
      <w:r w:rsidRPr="00BF194F">
        <w:rPr>
          <w:rFonts w:ascii="Arial" w:hAnsi="Arial" w:cs="Arial"/>
          <w:sz w:val="20"/>
          <w:szCs w:val="20"/>
        </w:rPr>
        <w:t xml:space="preserve"> concepts of the topic. It serves as a basis for </w:t>
      </w:r>
      <w:proofErr w:type="spellStart"/>
      <w:r w:rsidRPr="00BF194F">
        <w:rPr>
          <w:rFonts w:ascii="Arial" w:hAnsi="Arial" w:cs="Arial"/>
          <w:sz w:val="20"/>
          <w:szCs w:val="20"/>
        </w:rPr>
        <w:t>identifying</w:t>
      </w:r>
      <w:proofErr w:type="spellEnd"/>
      <w:r w:rsidRPr="00BF194F">
        <w:rPr>
          <w:rFonts w:ascii="Arial" w:hAnsi="Arial" w:cs="Arial"/>
          <w:sz w:val="20"/>
          <w:szCs w:val="20"/>
        </w:rPr>
        <w:t xml:space="preserve"> relevant </w:t>
      </w:r>
      <w:proofErr w:type="spellStart"/>
      <w:r w:rsidRPr="00BF194F">
        <w:rPr>
          <w:rFonts w:ascii="Arial" w:hAnsi="Arial" w:cs="Arial"/>
          <w:sz w:val="20"/>
          <w:szCs w:val="20"/>
        </w:rPr>
        <w:t>studies</w:t>
      </w:r>
      <w:proofErr w:type="spellEnd"/>
      <w:r w:rsidRPr="00BF194F">
        <w:rPr>
          <w:rFonts w:ascii="Arial" w:hAnsi="Arial" w:cs="Arial"/>
          <w:sz w:val="20"/>
          <w:szCs w:val="20"/>
        </w:rPr>
        <w:t xml:space="preserve"> </w:t>
      </w:r>
      <w:proofErr w:type="spellStart"/>
      <w:r w:rsidRPr="00BF194F">
        <w:rPr>
          <w:rFonts w:ascii="Arial" w:hAnsi="Arial" w:cs="Arial"/>
          <w:sz w:val="20"/>
          <w:szCs w:val="20"/>
        </w:rPr>
        <w:t>examining</w:t>
      </w:r>
      <w:proofErr w:type="spellEnd"/>
      <w:r w:rsidRPr="00BF194F">
        <w:rPr>
          <w:rFonts w:ascii="Arial" w:hAnsi="Arial" w:cs="Arial"/>
          <w:sz w:val="20"/>
          <w:szCs w:val="20"/>
        </w:rPr>
        <w:t xml:space="preserve"> the impact of direct </w:t>
      </w:r>
      <w:proofErr w:type="spellStart"/>
      <w:r w:rsidRPr="00BF194F">
        <w:rPr>
          <w:rFonts w:ascii="Arial" w:hAnsi="Arial" w:cs="Arial"/>
          <w:sz w:val="20"/>
          <w:szCs w:val="20"/>
        </w:rPr>
        <w:t>access</w:t>
      </w:r>
      <w:proofErr w:type="spellEnd"/>
      <w:r w:rsidRPr="00BF194F">
        <w:rPr>
          <w:rFonts w:ascii="Arial" w:hAnsi="Arial" w:cs="Arial"/>
          <w:sz w:val="20"/>
          <w:szCs w:val="20"/>
        </w:rPr>
        <w:t xml:space="preserve"> to </w:t>
      </w:r>
      <w:proofErr w:type="spellStart"/>
      <w:r w:rsidRPr="00BF194F">
        <w:rPr>
          <w:rFonts w:ascii="Arial" w:hAnsi="Arial" w:cs="Arial"/>
          <w:sz w:val="20"/>
          <w:szCs w:val="20"/>
        </w:rPr>
        <w:t>physiotherapy</w:t>
      </w:r>
      <w:proofErr w:type="spellEnd"/>
      <w:r w:rsidRPr="00BF194F">
        <w:rPr>
          <w:rFonts w:ascii="Arial" w:hAnsi="Arial" w:cs="Arial"/>
          <w:sz w:val="20"/>
          <w:szCs w:val="20"/>
        </w:rPr>
        <w:t xml:space="preserve"> on </w:t>
      </w:r>
      <w:proofErr w:type="spellStart"/>
      <w:r w:rsidRPr="00BF194F">
        <w:rPr>
          <w:rFonts w:ascii="Arial" w:hAnsi="Arial" w:cs="Arial"/>
          <w:sz w:val="20"/>
          <w:szCs w:val="20"/>
        </w:rPr>
        <w:t>general</w:t>
      </w:r>
      <w:proofErr w:type="spellEnd"/>
      <w:r w:rsidRPr="00BF194F">
        <w:rPr>
          <w:rFonts w:ascii="Arial" w:hAnsi="Arial" w:cs="Arial"/>
          <w:sz w:val="20"/>
          <w:szCs w:val="20"/>
        </w:rPr>
        <w:t xml:space="preserve"> practice and </w:t>
      </w:r>
      <w:proofErr w:type="spellStart"/>
      <w:r w:rsidRPr="00BF194F">
        <w:rPr>
          <w:rFonts w:ascii="Arial" w:hAnsi="Arial" w:cs="Arial"/>
          <w:sz w:val="20"/>
          <w:szCs w:val="20"/>
        </w:rPr>
        <w:t>primary</w:t>
      </w:r>
      <w:proofErr w:type="spellEnd"/>
      <w:r w:rsidRPr="00BF194F">
        <w:rPr>
          <w:rFonts w:ascii="Arial" w:hAnsi="Arial" w:cs="Arial"/>
          <w:sz w:val="20"/>
          <w:szCs w:val="20"/>
        </w:rPr>
        <w:t xml:space="preserve"> care </w:t>
      </w:r>
      <w:proofErr w:type="spellStart"/>
      <w:r w:rsidRPr="00BF194F">
        <w:rPr>
          <w:rFonts w:ascii="Arial" w:hAnsi="Arial" w:cs="Arial"/>
          <w:sz w:val="20"/>
          <w:szCs w:val="20"/>
        </w:rPr>
        <w:t>organization</w:t>
      </w:r>
      <w:proofErr w:type="spellEnd"/>
      <w:r w:rsidRPr="00BF194F">
        <w:rPr>
          <w:rFonts w:ascii="Arial" w:hAnsi="Arial" w:cs="Arial"/>
          <w:sz w:val="20"/>
          <w:szCs w:val="20"/>
        </w:rPr>
        <w:t xml:space="preserve"> for patients </w:t>
      </w:r>
      <w:proofErr w:type="spellStart"/>
      <w:r w:rsidRPr="00BF194F">
        <w:rPr>
          <w:rFonts w:ascii="Arial" w:hAnsi="Arial" w:cs="Arial"/>
          <w:sz w:val="20"/>
          <w:szCs w:val="20"/>
        </w:rPr>
        <w:t>with</w:t>
      </w:r>
      <w:proofErr w:type="spellEnd"/>
      <w:r w:rsidRPr="00BF194F">
        <w:rPr>
          <w:rFonts w:ascii="Arial" w:hAnsi="Arial" w:cs="Arial"/>
          <w:sz w:val="20"/>
          <w:szCs w:val="20"/>
        </w:rPr>
        <w:t xml:space="preserve"> </w:t>
      </w:r>
      <w:proofErr w:type="spellStart"/>
      <w:r w:rsidRPr="00BF194F">
        <w:rPr>
          <w:rFonts w:ascii="Arial" w:hAnsi="Arial" w:cs="Arial"/>
          <w:sz w:val="20"/>
          <w:szCs w:val="20"/>
        </w:rPr>
        <w:t>musculoskeletal</w:t>
      </w:r>
      <w:proofErr w:type="spellEnd"/>
      <w:r w:rsidRPr="00BF194F">
        <w:rPr>
          <w:rFonts w:ascii="Arial" w:hAnsi="Arial" w:cs="Arial"/>
          <w:sz w:val="20"/>
          <w:szCs w:val="20"/>
        </w:rPr>
        <w:t xml:space="preserve"> </w:t>
      </w:r>
      <w:proofErr w:type="spellStart"/>
      <w:r w:rsidRPr="00BF194F">
        <w:rPr>
          <w:rFonts w:ascii="Arial" w:hAnsi="Arial" w:cs="Arial"/>
          <w:sz w:val="20"/>
          <w:szCs w:val="20"/>
        </w:rPr>
        <w:t>disorders</w:t>
      </w:r>
      <w:proofErr w:type="spellEnd"/>
      <w:r w:rsidRPr="00BF194F">
        <w:rPr>
          <w:rFonts w:ascii="Arial" w:hAnsi="Arial" w:cs="Arial"/>
          <w:sz w:val="20"/>
          <w:szCs w:val="20"/>
        </w:rPr>
        <w:t xml:space="preserve"> (</w:t>
      </w:r>
      <w:proofErr w:type="spellStart"/>
      <w:r w:rsidRPr="00BF194F">
        <w:rPr>
          <w:rFonts w:ascii="Arial" w:hAnsi="Arial" w:cs="Arial"/>
          <w:sz w:val="20"/>
          <w:szCs w:val="20"/>
        </w:rPr>
        <w:t>MSDs</w:t>
      </w:r>
      <w:proofErr w:type="spellEnd"/>
      <w:r w:rsidRPr="00BF194F">
        <w:rPr>
          <w:rFonts w:ascii="Arial" w:hAnsi="Arial" w:cs="Arial"/>
          <w:sz w:val="20"/>
          <w:szCs w:val="20"/>
        </w:rPr>
        <w:t xml:space="preserve">). </w:t>
      </w:r>
      <w:proofErr w:type="spellStart"/>
      <w:r w:rsidRPr="00BF194F">
        <w:rPr>
          <w:rFonts w:ascii="Arial" w:hAnsi="Arial" w:cs="Arial"/>
          <w:sz w:val="20"/>
          <w:szCs w:val="20"/>
        </w:rPr>
        <w:t>Using</w:t>
      </w:r>
      <w:proofErr w:type="spellEnd"/>
      <w:r w:rsidRPr="00BF194F">
        <w:rPr>
          <w:rFonts w:ascii="Arial" w:hAnsi="Arial" w:cs="Arial"/>
          <w:sz w:val="20"/>
          <w:szCs w:val="20"/>
        </w:rPr>
        <w:t xml:space="preserve"> the "AND" Boolean </w:t>
      </w:r>
      <w:proofErr w:type="spellStart"/>
      <w:r w:rsidRPr="00BF194F">
        <w:rPr>
          <w:rFonts w:ascii="Arial" w:hAnsi="Arial" w:cs="Arial"/>
          <w:sz w:val="20"/>
          <w:szCs w:val="20"/>
        </w:rPr>
        <w:t>operator</w:t>
      </w:r>
      <w:proofErr w:type="spellEnd"/>
      <w:r w:rsidRPr="00BF194F">
        <w:rPr>
          <w:rFonts w:ascii="Arial" w:hAnsi="Arial" w:cs="Arial"/>
          <w:sz w:val="20"/>
          <w:szCs w:val="20"/>
        </w:rPr>
        <w:t xml:space="preserve"> </w:t>
      </w:r>
      <w:proofErr w:type="spellStart"/>
      <w:r w:rsidRPr="00BF194F">
        <w:rPr>
          <w:rFonts w:ascii="Arial" w:hAnsi="Arial" w:cs="Arial"/>
          <w:sz w:val="20"/>
          <w:szCs w:val="20"/>
        </w:rPr>
        <w:t>between</w:t>
      </w:r>
      <w:proofErr w:type="spellEnd"/>
      <w:r w:rsidRPr="00BF194F">
        <w:rPr>
          <w:rFonts w:ascii="Arial" w:hAnsi="Arial" w:cs="Arial"/>
          <w:sz w:val="20"/>
          <w:szCs w:val="20"/>
        </w:rPr>
        <w:t xml:space="preserve"> </w:t>
      </w:r>
      <w:proofErr w:type="spellStart"/>
      <w:r w:rsidRPr="00BF194F">
        <w:rPr>
          <w:rFonts w:ascii="Arial" w:hAnsi="Arial" w:cs="Arial"/>
          <w:sz w:val="20"/>
          <w:szCs w:val="20"/>
        </w:rPr>
        <w:t>these</w:t>
      </w:r>
      <w:proofErr w:type="spellEnd"/>
      <w:r w:rsidRPr="00BF194F">
        <w:rPr>
          <w:rFonts w:ascii="Arial" w:hAnsi="Arial" w:cs="Arial"/>
          <w:sz w:val="20"/>
          <w:szCs w:val="20"/>
        </w:rPr>
        <w:t xml:space="preserve"> concepts </w:t>
      </w:r>
      <w:proofErr w:type="spellStart"/>
      <w:r w:rsidRPr="00BF194F">
        <w:rPr>
          <w:rFonts w:ascii="Arial" w:hAnsi="Arial" w:cs="Arial"/>
          <w:sz w:val="20"/>
          <w:szCs w:val="20"/>
        </w:rPr>
        <w:t>ensures</w:t>
      </w:r>
      <w:proofErr w:type="spellEnd"/>
      <w:r w:rsidRPr="00BF194F">
        <w:rPr>
          <w:rFonts w:ascii="Arial" w:hAnsi="Arial" w:cs="Arial"/>
          <w:sz w:val="20"/>
          <w:szCs w:val="20"/>
        </w:rPr>
        <w:t xml:space="preserve"> </w:t>
      </w:r>
      <w:proofErr w:type="spellStart"/>
      <w:r w:rsidRPr="00BF194F">
        <w:rPr>
          <w:rFonts w:ascii="Arial" w:hAnsi="Arial" w:cs="Arial"/>
          <w:sz w:val="20"/>
          <w:szCs w:val="20"/>
        </w:rPr>
        <w:t>that</w:t>
      </w:r>
      <w:proofErr w:type="spellEnd"/>
      <w:r w:rsidRPr="00BF194F">
        <w:rPr>
          <w:rFonts w:ascii="Arial" w:hAnsi="Arial" w:cs="Arial"/>
          <w:sz w:val="20"/>
          <w:szCs w:val="20"/>
        </w:rPr>
        <w:t xml:space="preserve"> </w:t>
      </w:r>
      <w:proofErr w:type="spellStart"/>
      <w:r w:rsidRPr="00BF194F">
        <w:rPr>
          <w:rFonts w:ascii="Arial" w:hAnsi="Arial" w:cs="Arial"/>
          <w:sz w:val="20"/>
          <w:szCs w:val="20"/>
        </w:rPr>
        <w:t>only</w:t>
      </w:r>
      <w:proofErr w:type="spellEnd"/>
      <w:r w:rsidRPr="00BF194F">
        <w:rPr>
          <w:rFonts w:ascii="Arial" w:hAnsi="Arial" w:cs="Arial"/>
          <w:sz w:val="20"/>
          <w:szCs w:val="20"/>
        </w:rPr>
        <w:t xml:space="preserve"> articles </w:t>
      </w:r>
      <w:proofErr w:type="spellStart"/>
      <w:r w:rsidRPr="00BF194F">
        <w:rPr>
          <w:rFonts w:ascii="Arial" w:hAnsi="Arial" w:cs="Arial"/>
          <w:sz w:val="20"/>
          <w:szCs w:val="20"/>
        </w:rPr>
        <w:t>addressing</w:t>
      </w:r>
      <w:proofErr w:type="spellEnd"/>
      <w:r w:rsidRPr="00BF194F">
        <w:rPr>
          <w:rFonts w:ascii="Arial" w:hAnsi="Arial" w:cs="Arial"/>
          <w:sz w:val="20"/>
          <w:szCs w:val="20"/>
        </w:rPr>
        <w:t xml:space="preserve"> all </w:t>
      </w:r>
      <w:proofErr w:type="spellStart"/>
      <w:r w:rsidRPr="00BF194F">
        <w:rPr>
          <w:rFonts w:ascii="Arial" w:hAnsi="Arial" w:cs="Arial"/>
          <w:sz w:val="20"/>
          <w:szCs w:val="20"/>
        </w:rPr>
        <w:t>these</w:t>
      </w:r>
      <w:proofErr w:type="spellEnd"/>
      <w:r w:rsidRPr="00BF194F">
        <w:rPr>
          <w:rFonts w:ascii="Arial" w:hAnsi="Arial" w:cs="Arial"/>
          <w:sz w:val="20"/>
          <w:szCs w:val="20"/>
        </w:rPr>
        <w:t xml:space="preserve"> aspects </w:t>
      </w:r>
      <w:proofErr w:type="spellStart"/>
      <w:r w:rsidRPr="00BF194F">
        <w:rPr>
          <w:rFonts w:ascii="Arial" w:hAnsi="Arial" w:cs="Arial"/>
          <w:sz w:val="20"/>
          <w:szCs w:val="20"/>
        </w:rPr>
        <w:t>simultaneously</w:t>
      </w:r>
      <w:proofErr w:type="spellEnd"/>
      <w:r w:rsidRPr="00BF194F">
        <w:rPr>
          <w:rFonts w:ascii="Arial" w:hAnsi="Arial" w:cs="Arial"/>
          <w:sz w:val="20"/>
          <w:szCs w:val="20"/>
        </w:rPr>
        <w:t xml:space="preserve"> are </w:t>
      </w:r>
      <w:proofErr w:type="spellStart"/>
      <w:r w:rsidRPr="00BF194F">
        <w:rPr>
          <w:rFonts w:ascii="Arial" w:hAnsi="Arial" w:cs="Arial"/>
          <w:sz w:val="20"/>
          <w:szCs w:val="20"/>
        </w:rPr>
        <w:t>retained</w:t>
      </w:r>
      <w:proofErr w:type="spellEnd"/>
      <w:r w:rsidRPr="00BF194F">
        <w:rPr>
          <w:rFonts w:ascii="Arial" w:hAnsi="Arial" w:cs="Arial"/>
          <w:sz w:val="20"/>
          <w:szCs w:val="20"/>
        </w:rPr>
        <w:t xml:space="preserve">. This </w:t>
      </w:r>
      <w:proofErr w:type="spellStart"/>
      <w:r w:rsidRPr="00BF194F">
        <w:rPr>
          <w:rFonts w:ascii="Arial" w:hAnsi="Arial" w:cs="Arial"/>
          <w:sz w:val="20"/>
          <w:szCs w:val="20"/>
        </w:rPr>
        <w:t>equation</w:t>
      </w:r>
      <w:proofErr w:type="spellEnd"/>
      <w:r w:rsidRPr="00BF194F">
        <w:rPr>
          <w:rFonts w:ascii="Arial" w:hAnsi="Arial" w:cs="Arial"/>
          <w:sz w:val="20"/>
          <w:szCs w:val="20"/>
        </w:rPr>
        <w:t xml:space="preserve"> </w:t>
      </w:r>
      <w:proofErr w:type="spellStart"/>
      <w:r w:rsidRPr="00BF194F">
        <w:rPr>
          <w:rFonts w:ascii="Arial" w:hAnsi="Arial" w:cs="Arial"/>
          <w:sz w:val="20"/>
          <w:szCs w:val="20"/>
        </w:rPr>
        <w:t>constitutes</w:t>
      </w:r>
      <w:proofErr w:type="spellEnd"/>
      <w:r w:rsidRPr="00BF194F">
        <w:rPr>
          <w:rFonts w:ascii="Arial" w:hAnsi="Arial" w:cs="Arial"/>
          <w:sz w:val="20"/>
          <w:szCs w:val="20"/>
        </w:rPr>
        <w:t xml:space="preserve"> the </w:t>
      </w:r>
      <w:proofErr w:type="spellStart"/>
      <w:r w:rsidRPr="00BF194F">
        <w:rPr>
          <w:rFonts w:ascii="Arial" w:hAnsi="Arial" w:cs="Arial"/>
          <w:sz w:val="20"/>
          <w:szCs w:val="20"/>
        </w:rPr>
        <w:t>foundation</w:t>
      </w:r>
      <w:proofErr w:type="spellEnd"/>
      <w:r w:rsidRPr="00BF194F">
        <w:rPr>
          <w:rFonts w:ascii="Arial" w:hAnsi="Arial" w:cs="Arial"/>
          <w:sz w:val="20"/>
          <w:szCs w:val="20"/>
        </w:rPr>
        <w:t xml:space="preserve"> of the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strategy</w:t>
      </w:r>
      <w:proofErr w:type="spellEnd"/>
      <w:r w:rsidRPr="00BF194F">
        <w:rPr>
          <w:rFonts w:ascii="Arial" w:hAnsi="Arial" w:cs="Arial"/>
          <w:sz w:val="20"/>
          <w:szCs w:val="20"/>
        </w:rPr>
        <w:t xml:space="preserve"> and </w:t>
      </w:r>
      <w:proofErr w:type="spellStart"/>
      <w:r w:rsidRPr="00BF194F">
        <w:rPr>
          <w:rFonts w:ascii="Arial" w:hAnsi="Arial" w:cs="Arial"/>
          <w:sz w:val="20"/>
          <w:szCs w:val="20"/>
        </w:rPr>
        <w:t>helps</w:t>
      </w:r>
      <w:proofErr w:type="spellEnd"/>
      <w:r w:rsidRPr="00BF194F">
        <w:rPr>
          <w:rFonts w:ascii="Arial" w:hAnsi="Arial" w:cs="Arial"/>
          <w:sz w:val="20"/>
          <w:szCs w:val="20"/>
        </w:rPr>
        <w:t xml:space="preserve"> </w:t>
      </w:r>
      <w:proofErr w:type="spellStart"/>
      <w:r w:rsidRPr="00BF194F">
        <w:rPr>
          <w:rFonts w:ascii="Arial" w:hAnsi="Arial" w:cs="Arial"/>
          <w:sz w:val="20"/>
          <w:szCs w:val="20"/>
        </w:rPr>
        <w:t>identify</w:t>
      </w:r>
      <w:proofErr w:type="spellEnd"/>
      <w:r w:rsidRPr="00BF194F">
        <w:rPr>
          <w:rFonts w:ascii="Arial" w:hAnsi="Arial" w:cs="Arial"/>
          <w:sz w:val="20"/>
          <w:szCs w:val="20"/>
        </w:rPr>
        <w:t xml:space="preserve"> the </w:t>
      </w:r>
      <w:proofErr w:type="spellStart"/>
      <w:r w:rsidRPr="00BF194F">
        <w:rPr>
          <w:rFonts w:ascii="Arial" w:hAnsi="Arial" w:cs="Arial"/>
          <w:sz w:val="20"/>
          <w:szCs w:val="20"/>
        </w:rPr>
        <w:t>most</w:t>
      </w:r>
      <w:proofErr w:type="spellEnd"/>
      <w:r w:rsidRPr="00BF194F">
        <w:rPr>
          <w:rFonts w:ascii="Arial" w:hAnsi="Arial" w:cs="Arial"/>
          <w:sz w:val="20"/>
          <w:szCs w:val="20"/>
        </w:rPr>
        <w:t xml:space="preserve"> relevant </w:t>
      </w:r>
      <w:proofErr w:type="spellStart"/>
      <w:r w:rsidRPr="00BF194F">
        <w:rPr>
          <w:rFonts w:ascii="Arial" w:hAnsi="Arial" w:cs="Arial"/>
          <w:sz w:val="20"/>
          <w:szCs w:val="20"/>
        </w:rPr>
        <w:t>studies</w:t>
      </w:r>
      <w:proofErr w:type="spellEnd"/>
      <w:r w:rsidRPr="00BF194F">
        <w:rPr>
          <w:rFonts w:ascii="Arial" w:hAnsi="Arial" w:cs="Arial"/>
          <w:sz w:val="20"/>
          <w:szCs w:val="20"/>
        </w:rPr>
        <w:t xml:space="preserve"> to </w:t>
      </w:r>
      <w:proofErr w:type="spellStart"/>
      <w:r w:rsidRPr="00BF194F">
        <w:rPr>
          <w:rFonts w:ascii="Arial" w:hAnsi="Arial" w:cs="Arial"/>
          <w:sz w:val="20"/>
          <w:szCs w:val="20"/>
        </w:rPr>
        <w:t>answer</w:t>
      </w:r>
      <w:proofErr w:type="spellEnd"/>
      <w:r w:rsidRPr="00BF194F">
        <w:rPr>
          <w:rFonts w:ascii="Arial" w:hAnsi="Arial" w:cs="Arial"/>
          <w:sz w:val="20"/>
          <w:szCs w:val="20"/>
        </w:rPr>
        <w:t xml:space="preserve"> the </w:t>
      </w:r>
      <w:proofErr w:type="spellStart"/>
      <w:r w:rsidRPr="00BF194F">
        <w:rPr>
          <w:rFonts w:ascii="Arial" w:hAnsi="Arial" w:cs="Arial"/>
          <w:sz w:val="20"/>
          <w:szCs w:val="20"/>
        </w:rPr>
        <w:t>research</w:t>
      </w:r>
      <w:proofErr w:type="spellEnd"/>
      <w:r w:rsidRPr="00BF194F">
        <w:rPr>
          <w:rFonts w:ascii="Arial" w:hAnsi="Arial" w:cs="Arial"/>
          <w:sz w:val="20"/>
          <w:szCs w:val="20"/>
        </w:rPr>
        <w:t xml:space="preserve"> questions.</w:t>
      </w:r>
    </w:p>
    <w:p w14:paraId="2C1CFEDC" w14:textId="77777777" w:rsidR="00BB0F51" w:rsidRPr="00BF194F" w:rsidRDefault="00BB0F51" w:rsidP="00BF194F">
      <w:pPr>
        <w:pStyle w:val="NormalWeb"/>
        <w:spacing w:line="360" w:lineRule="auto"/>
        <w:jc w:val="both"/>
        <w:rPr>
          <w:rFonts w:ascii="Arial" w:hAnsi="Arial" w:cs="Arial"/>
          <w:sz w:val="14"/>
          <w:szCs w:val="14"/>
        </w:rPr>
      </w:pPr>
    </w:p>
    <w:p w14:paraId="6F69FA76" w14:textId="4599F5D1" w:rsidR="00BB0F51" w:rsidRPr="00BF194F" w:rsidRDefault="005F56E8" w:rsidP="00BF194F">
      <w:pPr>
        <w:pStyle w:val="Titre3"/>
        <w:spacing w:line="360" w:lineRule="auto"/>
        <w:rPr>
          <w:rFonts w:cs="Arial"/>
        </w:rPr>
      </w:pPr>
      <w:proofErr w:type="spellStart"/>
      <w:r w:rsidRPr="00BF194F">
        <w:rPr>
          <w:rFonts w:cs="Arial"/>
        </w:rPr>
        <w:t>Search</w:t>
      </w:r>
      <w:proofErr w:type="spellEnd"/>
      <w:r w:rsidRPr="00BF194F">
        <w:rPr>
          <w:rFonts w:cs="Arial"/>
        </w:rPr>
        <w:t xml:space="preserve"> </w:t>
      </w:r>
      <w:proofErr w:type="spellStart"/>
      <w:r w:rsidRPr="00BF194F">
        <w:rPr>
          <w:rFonts w:cs="Arial"/>
        </w:rPr>
        <w:t>equation</w:t>
      </w:r>
      <w:proofErr w:type="spellEnd"/>
      <w:r w:rsidRPr="00BF194F">
        <w:rPr>
          <w:rFonts w:cs="Arial"/>
        </w:rPr>
        <w:t xml:space="preserve"> for the Embase </w:t>
      </w:r>
      <w:proofErr w:type="spellStart"/>
      <w:r w:rsidRPr="00BF194F">
        <w:rPr>
          <w:rFonts w:cs="Arial"/>
        </w:rPr>
        <w:t>database</w:t>
      </w:r>
      <w:proofErr w:type="spellEnd"/>
    </w:p>
    <w:p w14:paraId="4FBA7814" w14:textId="77777777" w:rsidR="00BB0F51" w:rsidRPr="00BF194F" w:rsidRDefault="00BB0F51" w:rsidP="00BF194F">
      <w:pPr>
        <w:spacing w:line="360" w:lineRule="auto"/>
        <w:rPr>
          <w:rFonts w:ascii="Arial" w:hAnsi="Arial" w:cs="Arial"/>
          <w:sz w:val="16"/>
          <w:szCs w:val="16"/>
          <w:lang w:eastAsia="fr-FR"/>
        </w:rPr>
      </w:pPr>
    </w:p>
    <w:p w14:paraId="3447607C" w14:textId="33B8F192" w:rsidR="005F56E8" w:rsidRPr="00BF194F" w:rsidRDefault="005F56E8" w:rsidP="00BF194F">
      <w:pPr>
        <w:pStyle w:val="NormalWeb"/>
        <w:spacing w:line="360" w:lineRule="auto"/>
        <w:jc w:val="both"/>
        <w:rPr>
          <w:rFonts w:ascii="Arial" w:hAnsi="Arial" w:cs="Arial"/>
          <w:sz w:val="20"/>
          <w:szCs w:val="20"/>
        </w:rPr>
      </w:pPr>
      <w:r w:rsidRPr="00BF194F">
        <w:rPr>
          <w:rFonts w:ascii="Arial" w:hAnsi="Arial" w:cs="Arial"/>
          <w:sz w:val="20"/>
          <w:szCs w:val="20"/>
        </w:rPr>
        <w:t xml:space="preserve">The </w:t>
      </w:r>
      <w:proofErr w:type="spellStart"/>
      <w:r w:rsidRPr="00BF194F">
        <w:rPr>
          <w:rFonts w:ascii="Arial" w:hAnsi="Arial" w:cs="Arial"/>
          <w:sz w:val="20"/>
          <w:szCs w:val="20"/>
        </w:rPr>
        <w:t>strategy</w:t>
      </w:r>
      <w:proofErr w:type="spellEnd"/>
      <w:r w:rsidRPr="00BF194F">
        <w:rPr>
          <w:rFonts w:ascii="Arial" w:hAnsi="Arial" w:cs="Arial"/>
          <w:sz w:val="20"/>
          <w:szCs w:val="20"/>
        </w:rPr>
        <w:t xml:space="preserve"> for the Embase </w:t>
      </w:r>
      <w:proofErr w:type="spellStart"/>
      <w:r w:rsidRPr="00BF194F">
        <w:rPr>
          <w:rFonts w:ascii="Arial" w:hAnsi="Arial" w:cs="Arial"/>
          <w:sz w:val="20"/>
          <w:szCs w:val="20"/>
        </w:rPr>
        <w:t>database</w:t>
      </w:r>
      <w:proofErr w:type="spellEnd"/>
      <w:r w:rsidRPr="00BF194F">
        <w:rPr>
          <w:rFonts w:ascii="Arial" w:hAnsi="Arial" w:cs="Arial"/>
          <w:sz w:val="20"/>
          <w:szCs w:val="20"/>
        </w:rPr>
        <w:t xml:space="preserve"> (</w:t>
      </w:r>
      <w:proofErr w:type="spellStart"/>
      <w:r w:rsidRPr="00BF194F">
        <w:rPr>
          <w:rFonts w:ascii="Arial" w:hAnsi="Arial" w:cs="Arial"/>
          <w:sz w:val="20"/>
          <w:szCs w:val="20"/>
        </w:rPr>
        <w:t>Excerpta</w:t>
      </w:r>
      <w:proofErr w:type="spellEnd"/>
      <w:r w:rsidRPr="00BF194F">
        <w:rPr>
          <w:rFonts w:ascii="Arial" w:hAnsi="Arial" w:cs="Arial"/>
          <w:sz w:val="20"/>
          <w:szCs w:val="20"/>
        </w:rPr>
        <w:t xml:space="preserve"> Medica </w:t>
      </w:r>
      <w:proofErr w:type="spellStart"/>
      <w:r w:rsidRPr="00BF194F">
        <w:rPr>
          <w:rFonts w:ascii="Arial" w:hAnsi="Arial" w:cs="Arial"/>
          <w:sz w:val="20"/>
          <w:szCs w:val="20"/>
        </w:rPr>
        <w:t>Database</w:t>
      </w:r>
      <w:proofErr w:type="spellEnd"/>
      <w:r w:rsidRPr="00BF194F">
        <w:rPr>
          <w:rFonts w:ascii="Arial" w:hAnsi="Arial" w:cs="Arial"/>
          <w:sz w:val="20"/>
          <w:szCs w:val="20"/>
        </w:rPr>
        <w:t xml:space="preserve">, </w:t>
      </w:r>
      <w:proofErr w:type="spellStart"/>
      <w:r w:rsidRPr="00BF194F">
        <w:rPr>
          <w:rFonts w:ascii="Arial" w:hAnsi="Arial" w:cs="Arial"/>
          <w:sz w:val="20"/>
          <w:szCs w:val="20"/>
        </w:rPr>
        <w:t>managed</w:t>
      </w:r>
      <w:proofErr w:type="spellEnd"/>
      <w:r w:rsidRPr="00BF194F">
        <w:rPr>
          <w:rFonts w:ascii="Arial" w:hAnsi="Arial" w:cs="Arial"/>
          <w:sz w:val="20"/>
          <w:szCs w:val="20"/>
        </w:rPr>
        <w:t xml:space="preserve"> by the Dutch </w:t>
      </w:r>
      <w:proofErr w:type="spellStart"/>
      <w:r w:rsidRPr="00BF194F">
        <w:rPr>
          <w:rFonts w:ascii="Arial" w:hAnsi="Arial" w:cs="Arial"/>
          <w:sz w:val="20"/>
          <w:szCs w:val="20"/>
        </w:rPr>
        <w:t>publisher</w:t>
      </w:r>
      <w:proofErr w:type="spellEnd"/>
      <w:r w:rsidRPr="00BF194F">
        <w:rPr>
          <w:rFonts w:ascii="Arial" w:hAnsi="Arial" w:cs="Arial"/>
          <w:sz w:val="20"/>
          <w:szCs w:val="20"/>
        </w:rPr>
        <w:t xml:space="preserve"> Elsevier) </w:t>
      </w:r>
      <w:proofErr w:type="spellStart"/>
      <w:r w:rsidRPr="00BF194F">
        <w:rPr>
          <w:rFonts w:ascii="Arial" w:hAnsi="Arial" w:cs="Arial"/>
          <w:sz w:val="20"/>
          <w:szCs w:val="20"/>
        </w:rPr>
        <w:t>was</w:t>
      </w:r>
      <w:proofErr w:type="spellEnd"/>
      <w:r w:rsidRPr="00BF194F">
        <w:rPr>
          <w:rFonts w:ascii="Arial" w:hAnsi="Arial" w:cs="Arial"/>
          <w:sz w:val="20"/>
          <w:szCs w:val="20"/>
        </w:rPr>
        <w:t xml:space="preserve"> </w:t>
      </w:r>
      <w:proofErr w:type="spellStart"/>
      <w:r w:rsidRPr="00BF194F">
        <w:rPr>
          <w:rFonts w:ascii="Arial" w:hAnsi="Arial" w:cs="Arial"/>
          <w:sz w:val="20"/>
          <w:szCs w:val="20"/>
        </w:rPr>
        <w:t>adapted</w:t>
      </w:r>
      <w:proofErr w:type="spellEnd"/>
      <w:r w:rsidRPr="00BF194F">
        <w:rPr>
          <w:rFonts w:ascii="Arial" w:hAnsi="Arial" w:cs="Arial"/>
          <w:sz w:val="20"/>
          <w:szCs w:val="20"/>
        </w:rPr>
        <w:t xml:space="preserve"> to </w:t>
      </w:r>
      <w:proofErr w:type="spellStart"/>
      <w:r w:rsidRPr="00BF194F">
        <w:rPr>
          <w:rFonts w:ascii="Arial" w:hAnsi="Arial" w:cs="Arial"/>
          <w:sz w:val="20"/>
          <w:szCs w:val="20"/>
        </w:rPr>
        <w:t>meet</w:t>
      </w:r>
      <w:proofErr w:type="spellEnd"/>
      <w:r w:rsidRPr="00BF194F">
        <w:rPr>
          <w:rFonts w:ascii="Arial" w:hAnsi="Arial" w:cs="Arial"/>
          <w:sz w:val="20"/>
          <w:szCs w:val="20"/>
        </w:rPr>
        <w:t xml:space="preserve"> the </w:t>
      </w:r>
      <w:proofErr w:type="spellStart"/>
      <w:r w:rsidRPr="00BF194F">
        <w:rPr>
          <w:rFonts w:ascii="Arial" w:hAnsi="Arial" w:cs="Arial"/>
          <w:sz w:val="20"/>
          <w:szCs w:val="20"/>
        </w:rPr>
        <w:t>specific</w:t>
      </w:r>
      <w:proofErr w:type="spellEnd"/>
      <w:r w:rsidRPr="00BF194F">
        <w:rPr>
          <w:rFonts w:ascii="Arial" w:hAnsi="Arial" w:cs="Arial"/>
          <w:sz w:val="20"/>
          <w:szCs w:val="20"/>
        </w:rPr>
        <w:t xml:space="preserve"> </w:t>
      </w:r>
      <w:proofErr w:type="spellStart"/>
      <w:r w:rsidRPr="00BF194F">
        <w:rPr>
          <w:rFonts w:ascii="Arial" w:hAnsi="Arial" w:cs="Arial"/>
          <w:sz w:val="20"/>
          <w:szCs w:val="20"/>
        </w:rPr>
        <w:t>features</w:t>
      </w:r>
      <w:proofErr w:type="spellEnd"/>
      <w:r w:rsidRPr="00BF194F">
        <w:rPr>
          <w:rFonts w:ascii="Arial" w:hAnsi="Arial" w:cs="Arial"/>
          <w:sz w:val="20"/>
          <w:szCs w:val="20"/>
        </w:rPr>
        <w:t xml:space="preserve"> of </w:t>
      </w:r>
      <w:proofErr w:type="spellStart"/>
      <w:r w:rsidRPr="00BF194F">
        <w:rPr>
          <w:rFonts w:ascii="Arial" w:hAnsi="Arial" w:cs="Arial"/>
          <w:sz w:val="20"/>
          <w:szCs w:val="20"/>
        </w:rPr>
        <w:t>this</w:t>
      </w:r>
      <w:proofErr w:type="spellEnd"/>
      <w:r w:rsidRPr="00BF194F">
        <w:rPr>
          <w:rFonts w:ascii="Arial" w:hAnsi="Arial" w:cs="Arial"/>
          <w:sz w:val="20"/>
          <w:szCs w:val="20"/>
        </w:rPr>
        <w:t xml:space="preserve"> platform. English MeSH </w:t>
      </w:r>
      <w:proofErr w:type="spellStart"/>
      <w:r w:rsidRPr="00BF194F">
        <w:rPr>
          <w:rFonts w:ascii="Arial" w:hAnsi="Arial" w:cs="Arial"/>
          <w:sz w:val="20"/>
          <w:szCs w:val="20"/>
        </w:rPr>
        <w:t>terms</w:t>
      </w:r>
      <w:proofErr w:type="spellEnd"/>
      <w:r w:rsidRPr="00BF194F">
        <w:rPr>
          <w:rFonts w:ascii="Arial" w:hAnsi="Arial" w:cs="Arial"/>
          <w:sz w:val="20"/>
          <w:szCs w:val="20"/>
        </w:rPr>
        <w:t xml:space="preserve"> </w:t>
      </w:r>
      <w:proofErr w:type="spellStart"/>
      <w:r w:rsidRPr="00BF194F">
        <w:rPr>
          <w:rFonts w:ascii="Arial" w:hAnsi="Arial" w:cs="Arial"/>
          <w:sz w:val="20"/>
          <w:szCs w:val="20"/>
        </w:rPr>
        <w:t>were</w:t>
      </w:r>
      <w:proofErr w:type="spellEnd"/>
      <w:r w:rsidRPr="00BF194F">
        <w:rPr>
          <w:rFonts w:ascii="Arial" w:hAnsi="Arial" w:cs="Arial"/>
          <w:sz w:val="20"/>
          <w:szCs w:val="20"/>
        </w:rPr>
        <w:t xml:space="preserve"> </w:t>
      </w:r>
      <w:proofErr w:type="spellStart"/>
      <w:r w:rsidRPr="00BF194F">
        <w:rPr>
          <w:rFonts w:ascii="Arial" w:hAnsi="Arial" w:cs="Arial"/>
          <w:sz w:val="20"/>
          <w:szCs w:val="20"/>
        </w:rPr>
        <w:t>replaced</w:t>
      </w:r>
      <w:proofErr w:type="spellEnd"/>
      <w:r w:rsidRPr="00BF194F">
        <w:rPr>
          <w:rFonts w:ascii="Arial" w:hAnsi="Arial" w:cs="Arial"/>
          <w:sz w:val="20"/>
          <w:szCs w:val="20"/>
        </w:rPr>
        <w:t xml:space="preserve"> by </w:t>
      </w:r>
      <w:proofErr w:type="spellStart"/>
      <w:r w:rsidRPr="00BF194F">
        <w:rPr>
          <w:rFonts w:ascii="Arial" w:hAnsi="Arial" w:cs="Arial"/>
          <w:sz w:val="20"/>
          <w:szCs w:val="20"/>
        </w:rPr>
        <w:t>their</w:t>
      </w:r>
      <w:proofErr w:type="spellEnd"/>
      <w:r w:rsidRPr="00BF194F">
        <w:rPr>
          <w:rFonts w:ascii="Arial" w:hAnsi="Arial" w:cs="Arial"/>
          <w:sz w:val="20"/>
          <w:szCs w:val="20"/>
        </w:rPr>
        <w:t xml:space="preserve"> </w:t>
      </w:r>
      <w:proofErr w:type="spellStart"/>
      <w:r w:rsidRPr="00BF194F">
        <w:rPr>
          <w:rFonts w:ascii="Arial" w:hAnsi="Arial" w:cs="Arial"/>
          <w:sz w:val="20"/>
          <w:szCs w:val="20"/>
        </w:rPr>
        <w:t>Emtree</w:t>
      </w:r>
      <w:proofErr w:type="spellEnd"/>
      <w:r w:rsidRPr="00BF194F">
        <w:rPr>
          <w:rFonts w:ascii="Arial" w:hAnsi="Arial" w:cs="Arial"/>
          <w:sz w:val="20"/>
          <w:szCs w:val="20"/>
        </w:rPr>
        <w:t xml:space="preserve"> </w:t>
      </w:r>
      <w:proofErr w:type="spellStart"/>
      <w:r w:rsidRPr="00BF194F">
        <w:rPr>
          <w:rFonts w:ascii="Arial" w:hAnsi="Arial" w:cs="Arial"/>
          <w:sz w:val="20"/>
          <w:szCs w:val="20"/>
        </w:rPr>
        <w:t>equivalents</w:t>
      </w:r>
      <w:proofErr w:type="spellEnd"/>
      <w:r w:rsidRPr="00BF194F">
        <w:rPr>
          <w:rFonts w:ascii="Arial" w:hAnsi="Arial" w:cs="Arial"/>
          <w:sz w:val="20"/>
          <w:szCs w:val="20"/>
        </w:rPr>
        <w:t xml:space="preserve">, </w:t>
      </w:r>
      <w:proofErr w:type="spellStart"/>
      <w:r w:rsidRPr="00BF194F">
        <w:rPr>
          <w:rFonts w:ascii="Arial" w:hAnsi="Arial" w:cs="Arial"/>
          <w:sz w:val="20"/>
          <w:szCs w:val="20"/>
        </w:rPr>
        <w:t>often</w:t>
      </w:r>
      <w:proofErr w:type="spellEnd"/>
      <w:r w:rsidRPr="00BF194F">
        <w:rPr>
          <w:rFonts w:ascii="Arial" w:hAnsi="Arial" w:cs="Arial"/>
          <w:sz w:val="20"/>
          <w:szCs w:val="20"/>
        </w:rPr>
        <w:t xml:space="preserve"> </w:t>
      </w:r>
      <w:proofErr w:type="spellStart"/>
      <w:r w:rsidRPr="00BF194F">
        <w:rPr>
          <w:rFonts w:ascii="Arial" w:hAnsi="Arial" w:cs="Arial"/>
          <w:sz w:val="20"/>
          <w:szCs w:val="20"/>
        </w:rPr>
        <w:t>accompanied</w:t>
      </w:r>
      <w:proofErr w:type="spellEnd"/>
      <w:r w:rsidRPr="00BF194F">
        <w:rPr>
          <w:rFonts w:ascii="Arial" w:hAnsi="Arial" w:cs="Arial"/>
          <w:sz w:val="20"/>
          <w:szCs w:val="20"/>
        </w:rPr>
        <w:t xml:space="preserve"> by the qualifier "/</w:t>
      </w:r>
      <w:proofErr w:type="spellStart"/>
      <w:r w:rsidRPr="00BF194F">
        <w:rPr>
          <w:rFonts w:ascii="Arial" w:hAnsi="Arial" w:cs="Arial"/>
          <w:sz w:val="20"/>
          <w:szCs w:val="20"/>
        </w:rPr>
        <w:t>exp</w:t>
      </w:r>
      <w:proofErr w:type="spellEnd"/>
      <w:r w:rsidRPr="00BF194F">
        <w:rPr>
          <w:rFonts w:ascii="Arial" w:hAnsi="Arial" w:cs="Arial"/>
          <w:sz w:val="20"/>
          <w:szCs w:val="20"/>
        </w:rPr>
        <w:t xml:space="preserve">" to </w:t>
      </w:r>
      <w:proofErr w:type="spellStart"/>
      <w:r w:rsidRPr="00BF194F">
        <w:rPr>
          <w:rFonts w:ascii="Arial" w:hAnsi="Arial" w:cs="Arial"/>
          <w:sz w:val="20"/>
          <w:szCs w:val="20"/>
        </w:rPr>
        <w:t>extend</w:t>
      </w:r>
      <w:proofErr w:type="spellEnd"/>
      <w:r w:rsidRPr="00BF194F">
        <w:rPr>
          <w:rFonts w:ascii="Arial" w:hAnsi="Arial" w:cs="Arial"/>
          <w:sz w:val="20"/>
          <w:szCs w:val="20"/>
        </w:rPr>
        <w:t xml:space="preserve"> the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to </w:t>
      </w:r>
      <w:proofErr w:type="spellStart"/>
      <w:r w:rsidRPr="00BF194F">
        <w:rPr>
          <w:rFonts w:ascii="Arial" w:hAnsi="Arial" w:cs="Arial"/>
          <w:sz w:val="20"/>
          <w:szCs w:val="20"/>
        </w:rPr>
        <w:t>associated</w:t>
      </w:r>
      <w:proofErr w:type="spellEnd"/>
      <w:r w:rsidRPr="00BF194F">
        <w:rPr>
          <w:rFonts w:ascii="Arial" w:hAnsi="Arial" w:cs="Arial"/>
          <w:sz w:val="20"/>
          <w:szCs w:val="20"/>
        </w:rPr>
        <w:t xml:space="preserve"> </w:t>
      </w:r>
      <w:proofErr w:type="spellStart"/>
      <w:r w:rsidRPr="00BF194F">
        <w:rPr>
          <w:rFonts w:ascii="Arial" w:hAnsi="Arial" w:cs="Arial"/>
          <w:sz w:val="20"/>
          <w:szCs w:val="20"/>
        </w:rPr>
        <w:t>terms</w:t>
      </w:r>
      <w:proofErr w:type="spellEnd"/>
      <w:r w:rsidRPr="00BF194F">
        <w:rPr>
          <w:rFonts w:ascii="Arial" w:hAnsi="Arial" w:cs="Arial"/>
          <w:sz w:val="20"/>
          <w:szCs w:val="20"/>
        </w:rPr>
        <w:t xml:space="preserve"> and </w:t>
      </w:r>
      <w:proofErr w:type="spellStart"/>
      <w:r w:rsidRPr="00BF194F">
        <w:rPr>
          <w:rFonts w:ascii="Arial" w:hAnsi="Arial" w:cs="Arial"/>
          <w:sz w:val="20"/>
          <w:szCs w:val="20"/>
        </w:rPr>
        <w:t>their</w:t>
      </w:r>
      <w:proofErr w:type="spellEnd"/>
      <w:r w:rsidRPr="00BF194F">
        <w:rPr>
          <w:rFonts w:ascii="Arial" w:hAnsi="Arial" w:cs="Arial"/>
          <w:sz w:val="20"/>
          <w:szCs w:val="20"/>
        </w:rPr>
        <w:t xml:space="preserve"> </w:t>
      </w:r>
      <w:proofErr w:type="spellStart"/>
      <w:r w:rsidRPr="00BF194F">
        <w:rPr>
          <w:rFonts w:ascii="Arial" w:hAnsi="Arial" w:cs="Arial"/>
          <w:sz w:val="20"/>
          <w:szCs w:val="20"/>
        </w:rPr>
        <w:t>subcategories</w:t>
      </w:r>
      <w:proofErr w:type="spellEnd"/>
      <w:r w:rsidRPr="00BF194F">
        <w:rPr>
          <w:rFonts w:ascii="Arial" w:hAnsi="Arial" w:cs="Arial"/>
          <w:sz w:val="20"/>
          <w:szCs w:val="20"/>
        </w:rPr>
        <w:t xml:space="preserve">, </w:t>
      </w:r>
      <w:proofErr w:type="spellStart"/>
      <w:r w:rsidRPr="00BF194F">
        <w:rPr>
          <w:rFonts w:ascii="Arial" w:hAnsi="Arial" w:cs="Arial"/>
          <w:sz w:val="20"/>
          <w:szCs w:val="20"/>
        </w:rPr>
        <w:t>thereby</w:t>
      </w:r>
      <w:proofErr w:type="spellEnd"/>
      <w:r w:rsidRPr="00BF194F">
        <w:rPr>
          <w:rFonts w:ascii="Arial" w:hAnsi="Arial" w:cs="Arial"/>
          <w:sz w:val="20"/>
          <w:szCs w:val="20"/>
        </w:rPr>
        <w:t xml:space="preserve"> </w:t>
      </w:r>
      <w:proofErr w:type="spellStart"/>
      <w:r w:rsidRPr="00BF194F">
        <w:rPr>
          <w:rFonts w:ascii="Arial" w:hAnsi="Arial" w:cs="Arial"/>
          <w:sz w:val="20"/>
          <w:szCs w:val="20"/>
        </w:rPr>
        <w:t>broadening</w:t>
      </w:r>
      <w:proofErr w:type="spellEnd"/>
      <w:r w:rsidRPr="00BF194F">
        <w:rPr>
          <w:rFonts w:ascii="Arial" w:hAnsi="Arial" w:cs="Arial"/>
          <w:sz w:val="20"/>
          <w:szCs w:val="20"/>
        </w:rPr>
        <w:t xml:space="preserve"> the </w:t>
      </w:r>
      <w:proofErr w:type="spellStart"/>
      <w:r w:rsidRPr="00BF194F">
        <w:rPr>
          <w:rFonts w:ascii="Arial" w:hAnsi="Arial" w:cs="Arial"/>
          <w:sz w:val="20"/>
          <w:szCs w:val="20"/>
        </w:rPr>
        <w:t>coverage</w:t>
      </w:r>
      <w:proofErr w:type="spellEnd"/>
      <w:r w:rsidRPr="00BF194F">
        <w:rPr>
          <w:rFonts w:ascii="Arial" w:hAnsi="Arial" w:cs="Arial"/>
          <w:sz w:val="20"/>
          <w:szCs w:val="20"/>
        </w:rPr>
        <w:t xml:space="preserve"> of </w:t>
      </w:r>
      <w:proofErr w:type="spellStart"/>
      <w:r w:rsidRPr="00BF194F">
        <w:rPr>
          <w:rFonts w:ascii="Arial" w:hAnsi="Arial" w:cs="Arial"/>
          <w:sz w:val="20"/>
          <w:szCs w:val="20"/>
        </w:rPr>
        <w:t>results</w:t>
      </w:r>
      <w:proofErr w:type="spellEnd"/>
      <w:r w:rsidRPr="00BF194F">
        <w:rPr>
          <w:rFonts w:ascii="Arial" w:hAnsi="Arial" w:cs="Arial"/>
          <w:sz w:val="20"/>
          <w:szCs w:val="20"/>
        </w:rPr>
        <w:t xml:space="preserve">. French MeSH </w:t>
      </w:r>
      <w:proofErr w:type="spellStart"/>
      <w:r w:rsidRPr="00BF194F">
        <w:rPr>
          <w:rFonts w:ascii="Arial" w:hAnsi="Arial" w:cs="Arial"/>
          <w:sz w:val="20"/>
          <w:szCs w:val="20"/>
        </w:rPr>
        <w:t>terms</w:t>
      </w:r>
      <w:proofErr w:type="spellEnd"/>
      <w:r w:rsidRPr="00BF194F">
        <w:rPr>
          <w:rFonts w:ascii="Arial" w:hAnsi="Arial" w:cs="Arial"/>
          <w:sz w:val="20"/>
          <w:szCs w:val="20"/>
        </w:rPr>
        <w:t xml:space="preserve"> </w:t>
      </w:r>
      <w:proofErr w:type="spellStart"/>
      <w:r w:rsidRPr="00BF194F">
        <w:rPr>
          <w:rFonts w:ascii="Arial" w:hAnsi="Arial" w:cs="Arial"/>
          <w:sz w:val="20"/>
          <w:szCs w:val="20"/>
        </w:rPr>
        <w:t>were</w:t>
      </w:r>
      <w:proofErr w:type="spellEnd"/>
      <w:r w:rsidRPr="00BF194F">
        <w:rPr>
          <w:rFonts w:ascii="Arial" w:hAnsi="Arial" w:cs="Arial"/>
          <w:sz w:val="20"/>
          <w:szCs w:val="20"/>
        </w:rPr>
        <w:t xml:space="preserve"> </w:t>
      </w:r>
      <w:proofErr w:type="spellStart"/>
      <w:r w:rsidRPr="00BF194F">
        <w:rPr>
          <w:rFonts w:ascii="Arial" w:hAnsi="Arial" w:cs="Arial"/>
          <w:sz w:val="20"/>
          <w:szCs w:val="20"/>
        </w:rPr>
        <w:t>retained</w:t>
      </w:r>
      <w:proofErr w:type="spellEnd"/>
      <w:r w:rsidRPr="00BF194F">
        <w:rPr>
          <w:rFonts w:ascii="Arial" w:hAnsi="Arial" w:cs="Arial"/>
          <w:sz w:val="20"/>
          <w:szCs w:val="20"/>
        </w:rPr>
        <w:t xml:space="preserve"> </w:t>
      </w:r>
      <w:proofErr w:type="spellStart"/>
      <w:r w:rsidRPr="00BF194F">
        <w:rPr>
          <w:rFonts w:ascii="Arial" w:hAnsi="Arial" w:cs="Arial"/>
          <w:sz w:val="20"/>
          <w:szCs w:val="20"/>
        </w:rPr>
        <w:t>since</w:t>
      </w:r>
      <w:proofErr w:type="spellEnd"/>
      <w:r w:rsidRPr="00BF194F">
        <w:rPr>
          <w:rFonts w:ascii="Arial" w:hAnsi="Arial" w:cs="Arial"/>
          <w:sz w:val="20"/>
          <w:szCs w:val="20"/>
        </w:rPr>
        <w:t xml:space="preserve"> Embase </w:t>
      </w:r>
      <w:proofErr w:type="spellStart"/>
      <w:r w:rsidRPr="00BF194F">
        <w:rPr>
          <w:rFonts w:ascii="Arial" w:hAnsi="Arial" w:cs="Arial"/>
          <w:sz w:val="20"/>
          <w:szCs w:val="20"/>
        </w:rPr>
        <w:t>also</w:t>
      </w:r>
      <w:proofErr w:type="spellEnd"/>
      <w:r w:rsidRPr="00BF194F">
        <w:rPr>
          <w:rFonts w:ascii="Arial" w:hAnsi="Arial" w:cs="Arial"/>
          <w:sz w:val="20"/>
          <w:szCs w:val="20"/>
        </w:rPr>
        <w:t xml:space="preserve"> indexes French </w:t>
      </w:r>
      <w:proofErr w:type="spellStart"/>
      <w:r w:rsidRPr="00BF194F">
        <w:rPr>
          <w:rFonts w:ascii="Arial" w:hAnsi="Arial" w:cs="Arial"/>
          <w:sz w:val="20"/>
          <w:szCs w:val="20"/>
        </w:rPr>
        <w:t>literature</w:t>
      </w:r>
      <w:proofErr w:type="spellEnd"/>
      <w:r w:rsidRPr="00BF194F">
        <w:rPr>
          <w:rFonts w:ascii="Arial" w:hAnsi="Arial" w:cs="Arial"/>
          <w:sz w:val="20"/>
          <w:szCs w:val="20"/>
        </w:rPr>
        <w:t xml:space="preserve">, </w:t>
      </w:r>
      <w:proofErr w:type="spellStart"/>
      <w:r w:rsidRPr="00BF194F">
        <w:rPr>
          <w:rFonts w:ascii="Arial" w:hAnsi="Arial" w:cs="Arial"/>
          <w:sz w:val="20"/>
          <w:szCs w:val="20"/>
        </w:rPr>
        <w:t>ensuring</w:t>
      </w:r>
      <w:proofErr w:type="spellEnd"/>
      <w:r w:rsidRPr="00BF194F">
        <w:rPr>
          <w:rFonts w:ascii="Arial" w:hAnsi="Arial" w:cs="Arial"/>
          <w:sz w:val="20"/>
          <w:szCs w:val="20"/>
        </w:rPr>
        <w:t xml:space="preserve"> </w:t>
      </w:r>
      <w:proofErr w:type="spellStart"/>
      <w:r w:rsidRPr="00BF194F">
        <w:rPr>
          <w:rFonts w:ascii="Arial" w:hAnsi="Arial" w:cs="Arial"/>
          <w:sz w:val="20"/>
          <w:szCs w:val="20"/>
        </w:rPr>
        <w:t>consistency</w:t>
      </w:r>
      <w:proofErr w:type="spellEnd"/>
      <w:r w:rsidRPr="00BF194F">
        <w:rPr>
          <w:rFonts w:ascii="Arial" w:hAnsi="Arial" w:cs="Arial"/>
          <w:sz w:val="20"/>
          <w:szCs w:val="20"/>
        </w:rPr>
        <w:t xml:space="preserve"> </w:t>
      </w:r>
      <w:proofErr w:type="spellStart"/>
      <w:r w:rsidRPr="00BF194F">
        <w:rPr>
          <w:rFonts w:ascii="Arial" w:hAnsi="Arial" w:cs="Arial"/>
          <w:sz w:val="20"/>
          <w:szCs w:val="20"/>
        </w:rPr>
        <w:t>with</w:t>
      </w:r>
      <w:proofErr w:type="spellEnd"/>
      <w:r w:rsidRPr="00BF194F">
        <w:rPr>
          <w:rFonts w:ascii="Arial" w:hAnsi="Arial" w:cs="Arial"/>
          <w:sz w:val="20"/>
          <w:szCs w:val="20"/>
        </w:rPr>
        <w:t xml:space="preserve"> the </w:t>
      </w:r>
      <w:proofErr w:type="spellStart"/>
      <w:r w:rsidRPr="00BF194F">
        <w:rPr>
          <w:rFonts w:ascii="Arial" w:hAnsi="Arial" w:cs="Arial"/>
          <w:sz w:val="20"/>
          <w:szCs w:val="20"/>
        </w:rPr>
        <w:t>strategy</w:t>
      </w:r>
      <w:proofErr w:type="spellEnd"/>
      <w:r w:rsidRPr="00BF194F">
        <w:rPr>
          <w:rFonts w:ascii="Arial" w:hAnsi="Arial" w:cs="Arial"/>
          <w:sz w:val="20"/>
          <w:szCs w:val="20"/>
        </w:rPr>
        <w:t xml:space="preserve"> </w:t>
      </w:r>
      <w:proofErr w:type="spellStart"/>
      <w:r w:rsidRPr="00BF194F">
        <w:rPr>
          <w:rFonts w:ascii="Arial" w:hAnsi="Arial" w:cs="Arial"/>
          <w:sz w:val="20"/>
          <w:szCs w:val="20"/>
        </w:rPr>
        <w:t>used</w:t>
      </w:r>
      <w:proofErr w:type="spellEnd"/>
      <w:r w:rsidRPr="00BF194F">
        <w:rPr>
          <w:rFonts w:ascii="Arial" w:hAnsi="Arial" w:cs="Arial"/>
          <w:sz w:val="20"/>
          <w:szCs w:val="20"/>
        </w:rPr>
        <w:t xml:space="preserve"> in </w:t>
      </w:r>
      <w:proofErr w:type="spellStart"/>
      <w:r w:rsidRPr="00BF194F">
        <w:rPr>
          <w:rFonts w:ascii="Arial" w:hAnsi="Arial" w:cs="Arial"/>
          <w:sz w:val="20"/>
          <w:szCs w:val="20"/>
        </w:rPr>
        <w:t>other</w:t>
      </w:r>
      <w:proofErr w:type="spellEnd"/>
      <w:r w:rsidRPr="00BF194F">
        <w:rPr>
          <w:rFonts w:ascii="Arial" w:hAnsi="Arial" w:cs="Arial"/>
          <w:sz w:val="20"/>
          <w:szCs w:val="20"/>
        </w:rPr>
        <w:t xml:space="preserve"> </w:t>
      </w:r>
      <w:proofErr w:type="spellStart"/>
      <w:r w:rsidRPr="00BF194F">
        <w:rPr>
          <w:rFonts w:ascii="Arial" w:hAnsi="Arial" w:cs="Arial"/>
          <w:sz w:val="20"/>
          <w:szCs w:val="20"/>
        </w:rPr>
        <w:t>databases</w:t>
      </w:r>
      <w:proofErr w:type="spellEnd"/>
      <w:r w:rsidRPr="00BF194F">
        <w:rPr>
          <w:rFonts w:ascii="Arial" w:hAnsi="Arial" w:cs="Arial"/>
          <w:sz w:val="20"/>
          <w:szCs w:val="20"/>
        </w:rPr>
        <w:t>.</w:t>
      </w:r>
    </w:p>
    <w:p w14:paraId="314D3AA8" w14:textId="77777777" w:rsidR="005F56E8" w:rsidRPr="00BF194F" w:rsidRDefault="005F56E8" w:rsidP="00BF194F">
      <w:pPr>
        <w:pStyle w:val="NormalWeb"/>
        <w:spacing w:line="360" w:lineRule="auto"/>
        <w:jc w:val="both"/>
        <w:rPr>
          <w:rFonts w:ascii="Arial" w:hAnsi="Arial" w:cs="Arial"/>
          <w:sz w:val="20"/>
          <w:szCs w:val="20"/>
        </w:rPr>
      </w:pPr>
      <w:r w:rsidRPr="00BF194F">
        <w:rPr>
          <w:rFonts w:ascii="Arial" w:hAnsi="Arial" w:cs="Arial"/>
          <w:sz w:val="20"/>
          <w:szCs w:val="20"/>
        </w:rPr>
        <w:t xml:space="preserve">The Boolean </w:t>
      </w:r>
      <w:proofErr w:type="spellStart"/>
      <w:r w:rsidRPr="00BF194F">
        <w:rPr>
          <w:rFonts w:ascii="Arial" w:hAnsi="Arial" w:cs="Arial"/>
          <w:sz w:val="20"/>
          <w:szCs w:val="20"/>
        </w:rPr>
        <w:t>operators</w:t>
      </w:r>
      <w:proofErr w:type="spellEnd"/>
      <w:r w:rsidRPr="00BF194F">
        <w:rPr>
          <w:rFonts w:ascii="Arial" w:hAnsi="Arial" w:cs="Arial"/>
          <w:sz w:val="20"/>
          <w:szCs w:val="20"/>
        </w:rPr>
        <w:t xml:space="preserve"> "AND" and "OR" </w:t>
      </w:r>
      <w:proofErr w:type="spellStart"/>
      <w:r w:rsidRPr="00BF194F">
        <w:rPr>
          <w:rFonts w:ascii="Arial" w:hAnsi="Arial" w:cs="Arial"/>
          <w:sz w:val="20"/>
          <w:szCs w:val="20"/>
        </w:rPr>
        <w:t>were</w:t>
      </w:r>
      <w:proofErr w:type="spellEnd"/>
      <w:r w:rsidRPr="00BF194F">
        <w:rPr>
          <w:rFonts w:ascii="Arial" w:hAnsi="Arial" w:cs="Arial"/>
          <w:sz w:val="20"/>
          <w:szCs w:val="20"/>
        </w:rPr>
        <w:t xml:space="preserve"> </w:t>
      </w:r>
      <w:proofErr w:type="spellStart"/>
      <w:r w:rsidRPr="00BF194F">
        <w:rPr>
          <w:rFonts w:ascii="Arial" w:hAnsi="Arial" w:cs="Arial"/>
          <w:sz w:val="20"/>
          <w:szCs w:val="20"/>
        </w:rPr>
        <w:t>maintained</w:t>
      </w:r>
      <w:proofErr w:type="spellEnd"/>
      <w:r w:rsidRPr="00BF194F">
        <w:rPr>
          <w:rFonts w:ascii="Arial" w:hAnsi="Arial" w:cs="Arial"/>
          <w:sz w:val="20"/>
          <w:szCs w:val="20"/>
        </w:rPr>
        <w:t xml:space="preserve">, as </w:t>
      </w:r>
      <w:proofErr w:type="spellStart"/>
      <w:r w:rsidRPr="00BF194F">
        <w:rPr>
          <w:rFonts w:ascii="Arial" w:hAnsi="Arial" w:cs="Arial"/>
          <w:sz w:val="20"/>
          <w:szCs w:val="20"/>
        </w:rPr>
        <w:t>they</w:t>
      </w:r>
      <w:proofErr w:type="spellEnd"/>
      <w:r w:rsidRPr="00BF194F">
        <w:rPr>
          <w:rFonts w:ascii="Arial" w:hAnsi="Arial" w:cs="Arial"/>
          <w:sz w:val="20"/>
          <w:szCs w:val="20"/>
        </w:rPr>
        <w:t xml:space="preserve"> are compatible </w:t>
      </w:r>
      <w:proofErr w:type="spellStart"/>
      <w:r w:rsidRPr="00BF194F">
        <w:rPr>
          <w:rFonts w:ascii="Arial" w:hAnsi="Arial" w:cs="Arial"/>
          <w:sz w:val="20"/>
          <w:szCs w:val="20"/>
        </w:rPr>
        <w:t>with</w:t>
      </w:r>
      <w:proofErr w:type="spellEnd"/>
      <w:r w:rsidRPr="00BF194F">
        <w:rPr>
          <w:rFonts w:ascii="Arial" w:hAnsi="Arial" w:cs="Arial"/>
          <w:sz w:val="20"/>
          <w:szCs w:val="20"/>
        </w:rPr>
        <w:t xml:space="preserve"> </w:t>
      </w:r>
      <w:proofErr w:type="spellStart"/>
      <w:r w:rsidRPr="00BF194F">
        <w:rPr>
          <w:rFonts w:ascii="Arial" w:hAnsi="Arial" w:cs="Arial"/>
          <w:sz w:val="20"/>
          <w:szCs w:val="20"/>
        </w:rPr>
        <w:t>Embase's</w:t>
      </w:r>
      <w:proofErr w:type="spellEnd"/>
      <w:r w:rsidRPr="00BF194F">
        <w:rPr>
          <w:rFonts w:ascii="Arial" w:hAnsi="Arial" w:cs="Arial"/>
          <w:sz w:val="20"/>
          <w:szCs w:val="20"/>
        </w:rPr>
        <w:t xml:space="preserv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logic</w:t>
      </w:r>
      <w:proofErr w:type="spellEnd"/>
      <w:r w:rsidRPr="00BF194F">
        <w:rPr>
          <w:rFonts w:ascii="Arial" w:hAnsi="Arial" w:cs="Arial"/>
          <w:sz w:val="20"/>
          <w:szCs w:val="20"/>
        </w:rPr>
        <w:t xml:space="preserve">. </w:t>
      </w:r>
      <w:proofErr w:type="spellStart"/>
      <w:r w:rsidRPr="00BF194F">
        <w:rPr>
          <w:rFonts w:ascii="Arial" w:hAnsi="Arial" w:cs="Arial"/>
          <w:sz w:val="20"/>
          <w:szCs w:val="20"/>
        </w:rPr>
        <w:t>Regarding</w:t>
      </w:r>
      <w:proofErr w:type="spellEnd"/>
      <w:r w:rsidRPr="00BF194F">
        <w:rPr>
          <w:rFonts w:ascii="Arial" w:hAnsi="Arial" w:cs="Arial"/>
          <w:sz w:val="20"/>
          <w:szCs w:val="20"/>
        </w:rPr>
        <w:t xml:space="preserve"> </w:t>
      </w:r>
      <w:proofErr w:type="spellStart"/>
      <w:r w:rsidRPr="00BF194F">
        <w:rPr>
          <w:rFonts w:ascii="Arial" w:hAnsi="Arial" w:cs="Arial"/>
          <w:sz w:val="20"/>
          <w:szCs w:val="20"/>
        </w:rPr>
        <w:t>syntax</w:t>
      </w:r>
      <w:proofErr w:type="spellEnd"/>
      <w:r w:rsidRPr="00BF194F">
        <w:rPr>
          <w:rFonts w:ascii="Arial" w:hAnsi="Arial" w:cs="Arial"/>
          <w:sz w:val="20"/>
          <w:szCs w:val="20"/>
        </w:rPr>
        <w:t xml:space="preserve">, </w:t>
      </w:r>
      <w:proofErr w:type="spellStart"/>
      <w:r w:rsidRPr="00BF194F">
        <w:rPr>
          <w:rFonts w:ascii="Arial" w:hAnsi="Arial" w:cs="Arial"/>
          <w:sz w:val="20"/>
          <w:szCs w:val="20"/>
        </w:rPr>
        <w:t>quotation</w:t>
      </w:r>
      <w:proofErr w:type="spellEnd"/>
      <w:r w:rsidRPr="00BF194F">
        <w:rPr>
          <w:rFonts w:ascii="Arial" w:hAnsi="Arial" w:cs="Arial"/>
          <w:sz w:val="20"/>
          <w:szCs w:val="20"/>
        </w:rPr>
        <w:t xml:space="preserve"> marks </w:t>
      </w:r>
      <w:proofErr w:type="spellStart"/>
      <w:r w:rsidRPr="00BF194F">
        <w:rPr>
          <w:rFonts w:ascii="Arial" w:hAnsi="Arial" w:cs="Arial"/>
          <w:sz w:val="20"/>
          <w:szCs w:val="20"/>
        </w:rPr>
        <w:t>were</w:t>
      </w:r>
      <w:proofErr w:type="spellEnd"/>
      <w:r w:rsidRPr="00BF194F">
        <w:rPr>
          <w:rFonts w:ascii="Arial" w:hAnsi="Arial" w:cs="Arial"/>
          <w:sz w:val="20"/>
          <w:szCs w:val="20"/>
        </w:rPr>
        <w:t xml:space="preserve"> </w:t>
      </w:r>
      <w:proofErr w:type="spellStart"/>
      <w:r w:rsidRPr="00BF194F">
        <w:rPr>
          <w:rFonts w:ascii="Arial" w:hAnsi="Arial" w:cs="Arial"/>
          <w:sz w:val="20"/>
          <w:szCs w:val="20"/>
        </w:rPr>
        <w:t>removed</w:t>
      </w:r>
      <w:proofErr w:type="spellEnd"/>
      <w:r w:rsidRPr="00BF194F">
        <w:rPr>
          <w:rFonts w:ascii="Arial" w:hAnsi="Arial" w:cs="Arial"/>
          <w:sz w:val="20"/>
          <w:szCs w:val="20"/>
        </w:rPr>
        <w:t xml:space="preserve"> </w:t>
      </w:r>
      <w:proofErr w:type="spellStart"/>
      <w:r w:rsidRPr="00BF194F">
        <w:rPr>
          <w:rFonts w:ascii="Arial" w:hAnsi="Arial" w:cs="Arial"/>
          <w:sz w:val="20"/>
          <w:szCs w:val="20"/>
        </w:rPr>
        <w:t>from</w:t>
      </w:r>
      <w:proofErr w:type="spellEnd"/>
      <w:r w:rsidRPr="00BF194F">
        <w:rPr>
          <w:rFonts w:ascii="Arial" w:hAnsi="Arial" w:cs="Arial"/>
          <w:sz w:val="20"/>
          <w:szCs w:val="20"/>
        </w:rPr>
        <w:t xml:space="preserve"> all </w:t>
      </w:r>
      <w:proofErr w:type="spellStart"/>
      <w:r w:rsidRPr="00BF194F">
        <w:rPr>
          <w:rFonts w:ascii="Arial" w:hAnsi="Arial" w:cs="Arial"/>
          <w:sz w:val="20"/>
          <w:szCs w:val="20"/>
        </w:rPr>
        <w:t>terms</w:t>
      </w:r>
      <w:proofErr w:type="spellEnd"/>
      <w:r w:rsidRPr="00BF194F">
        <w:rPr>
          <w:rFonts w:ascii="Arial" w:hAnsi="Arial" w:cs="Arial"/>
          <w:sz w:val="20"/>
          <w:szCs w:val="20"/>
        </w:rPr>
        <w:t xml:space="preserve">, as Embase uses single </w:t>
      </w:r>
      <w:proofErr w:type="spellStart"/>
      <w:r w:rsidRPr="00BF194F">
        <w:rPr>
          <w:rFonts w:ascii="Arial" w:hAnsi="Arial" w:cs="Arial"/>
          <w:sz w:val="20"/>
          <w:szCs w:val="20"/>
        </w:rPr>
        <w:t>quotes</w:t>
      </w:r>
      <w:proofErr w:type="spellEnd"/>
      <w:r w:rsidRPr="00BF194F">
        <w:rPr>
          <w:rFonts w:ascii="Arial" w:hAnsi="Arial" w:cs="Arial"/>
          <w:sz w:val="20"/>
          <w:szCs w:val="20"/>
        </w:rPr>
        <w:t xml:space="preserve"> for exact phrase </w:t>
      </w:r>
      <w:proofErr w:type="spellStart"/>
      <w:r w:rsidRPr="00BF194F">
        <w:rPr>
          <w:rFonts w:ascii="Arial" w:hAnsi="Arial" w:cs="Arial"/>
          <w:sz w:val="20"/>
          <w:szCs w:val="20"/>
        </w:rPr>
        <w:t>searches</w:t>
      </w:r>
      <w:proofErr w:type="spellEnd"/>
      <w:r w:rsidRPr="00BF194F">
        <w:rPr>
          <w:rFonts w:ascii="Arial" w:hAnsi="Arial" w:cs="Arial"/>
          <w:sz w:val="20"/>
          <w:szCs w:val="20"/>
        </w:rPr>
        <w:t xml:space="preserve">, </w:t>
      </w:r>
      <w:proofErr w:type="spellStart"/>
      <w:r w:rsidRPr="00BF194F">
        <w:rPr>
          <w:rFonts w:ascii="Arial" w:hAnsi="Arial" w:cs="Arial"/>
          <w:sz w:val="20"/>
          <w:szCs w:val="20"/>
        </w:rPr>
        <w:t>ensuring</w:t>
      </w:r>
      <w:proofErr w:type="spellEnd"/>
      <w:r w:rsidRPr="00BF194F">
        <w:rPr>
          <w:rFonts w:ascii="Arial" w:hAnsi="Arial" w:cs="Arial"/>
          <w:sz w:val="20"/>
          <w:szCs w:val="20"/>
        </w:rPr>
        <w:t xml:space="preserve"> optimal compatibility </w:t>
      </w:r>
      <w:proofErr w:type="spellStart"/>
      <w:r w:rsidRPr="00BF194F">
        <w:rPr>
          <w:rFonts w:ascii="Arial" w:hAnsi="Arial" w:cs="Arial"/>
          <w:sz w:val="20"/>
          <w:szCs w:val="20"/>
        </w:rPr>
        <w:t>with</w:t>
      </w:r>
      <w:proofErr w:type="spellEnd"/>
      <w:r w:rsidRPr="00BF194F">
        <w:rPr>
          <w:rFonts w:ascii="Arial" w:hAnsi="Arial" w:cs="Arial"/>
          <w:sz w:val="20"/>
          <w:szCs w:val="20"/>
        </w:rPr>
        <w:t xml:space="preserve"> the </w:t>
      </w:r>
      <w:proofErr w:type="spellStart"/>
      <w:r w:rsidRPr="00BF194F">
        <w:rPr>
          <w:rFonts w:ascii="Arial" w:hAnsi="Arial" w:cs="Arial"/>
          <w:sz w:val="20"/>
          <w:szCs w:val="20"/>
        </w:rPr>
        <w:t>database</w:t>
      </w:r>
      <w:proofErr w:type="spellEnd"/>
      <w:r w:rsidRPr="00BF194F">
        <w:rPr>
          <w:rFonts w:ascii="Arial" w:hAnsi="Arial" w:cs="Arial"/>
          <w:sz w:val="20"/>
          <w:szCs w:val="20"/>
        </w:rPr>
        <w:t xml:space="preserve">. </w:t>
      </w:r>
      <w:proofErr w:type="spellStart"/>
      <w:r w:rsidRPr="00BF194F">
        <w:rPr>
          <w:rFonts w:ascii="Arial" w:hAnsi="Arial" w:cs="Arial"/>
          <w:sz w:val="20"/>
          <w:szCs w:val="20"/>
        </w:rPr>
        <w:t>Furthermore</w:t>
      </w:r>
      <w:proofErr w:type="spellEnd"/>
      <w:r w:rsidRPr="00BF194F">
        <w:rPr>
          <w:rFonts w:ascii="Arial" w:hAnsi="Arial" w:cs="Arial"/>
          <w:sz w:val="20"/>
          <w:szCs w:val="20"/>
        </w:rPr>
        <w:t xml:space="preserve">, English and French </w:t>
      </w:r>
      <w:proofErr w:type="spellStart"/>
      <w:r w:rsidRPr="00BF194F">
        <w:rPr>
          <w:rFonts w:ascii="Arial" w:hAnsi="Arial" w:cs="Arial"/>
          <w:sz w:val="20"/>
          <w:szCs w:val="20"/>
        </w:rPr>
        <w:t>terms</w:t>
      </w:r>
      <w:proofErr w:type="spellEnd"/>
      <w:r w:rsidRPr="00BF194F">
        <w:rPr>
          <w:rFonts w:ascii="Arial" w:hAnsi="Arial" w:cs="Arial"/>
          <w:sz w:val="20"/>
          <w:szCs w:val="20"/>
        </w:rPr>
        <w:t xml:space="preserve"> </w:t>
      </w:r>
      <w:proofErr w:type="spellStart"/>
      <w:r w:rsidRPr="00BF194F">
        <w:rPr>
          <w:rFonts w:ascii="Arial" w:hAnsi="Arial" w:cs="Arial"/>
          <w:sz w:val="20"/>
          <w:szCs w:val="20"/>
        </w:rPr>
        <w:t>were</w:t>
      </w:r>
      <w:proofErr w:type="spellEnd"/>
      <w:r w:rsidRPr="00BF194F">
        <w:rPr>
          <w:rFonts w:ascii="Arial" w:hAnsi="Arial" w:cs="Arial"/>
          <w:sz w:val="20"/>
          <w:szCs w:val="20"/>
        </w:rPr>
        <w:t xml:space="preserve"> </w:t>
      </w:r>
      <w:proofErr w:type="spellStart"/>
      <w:r w:rsidRPr="00BF194F">
        <w:rPr>
          <w:rFonts w:ascii="Arial" w:hAnsi="Arial" w:cs="Arial"/>
          <w:sz w:val="20"/>
          <w:szCs w:val="20"/>
        </w:rPr>
        <w:t>written</w:t>
      </w:r>
      <w:proofErr w:type="spellEnd"/>
      <w:r w:rsidRPr="00BF194F">
        <w:rPr>
          <w:rFonts w:ascii="Arial" w:hAnsi="Arial" w:cs="Arial"/>
          <w:sz w:val="20"/>
          <w:szCs w:val="20"/>
        </w:rPr>
        <w:t xml:space="preserve"> in </w:t>
      </w:r>
      <w:proofErr w:type="spellStart"/>
      <w:r w:rsidRPr="00BF194F">
        <w:rPr>
          <w:rFonts w:ascii="Arial" w:hAnsi="Arial" w:cs="Arial"/>
          <w:sz w:val="20"/>
          <w:szCs w:val="20"/>
        </w:rPr>
        <w:t>lowercase</w:t>
      </w:r>
      <w:proofErr w:type="spellEnd"/>
      <w:r w:rsidRPr="00BF194F">
        <w:rPr>
          <w:rFonts w:ascii="Arial" w:hAnsi="Arial" w:cs="Arial"/>
          <w:sz w:val="20"/>
          <w:szCs w:val="20"/>
        </w:rPr>
        <w:t xml:space="preserve">, in line </w:t>
      </w:r>
      <w:proofErr w:type="spellStart"/>
      <w:r w:rsidRPr="00BF194F">
        <w:rPr>
          <w:rFonts w:ascii="Arial" w:hAnsi="Arial" w:cs="Arial"/>
          <w:sz w:val="20"/>
          <w:szCs w:val="20"/>
        </w:rPr>
        <w:t>with</w:t>
      </w:r>
      <w:proofErr w:type="spellEnd"/>
      <w:r w:rsidRPr="00BF194F">
        <w:rPr>
          <w:rFonts w:ascii="Arial" w:hAnsi="Arial" w:cs="Arial"/>
          <w:sz w:val="20"/>
          <w:szCs w:val="20"/>
        </w:rPr>
        <w:t xml:space="preserve"> </w:t>
      </w:r>
      <w:proofErr w:type="spellStart"/>
      <w:r w:rsidRPr="00BF194F">
        <w:rPr>
          <w:rFonts w:ascii="Arial" w:hAnsi="Arial" w:cs="Arial"/>
          <w:sz w:val="20"/>
          <w:szCs w:val="20"/>
        </w:rPr>
        <w:t>Embase's</w:t>
      </w:r>
      <w:proofErr w:type="spellEnd"/>
      <w:r w:rsidRPr="00BF194F">
        <w:rPr>
          <w:rFonts w:ascii="Arial" w:hAnsi="Arial" w:cs="Arial"/>
          <w:sz w:val="20"/>
          <w:szCs w:val="20"/>
        </w:rPr>
        <w:t xml:space="preserve"> </w:t>
      </w:r>
      <w:proofErr w:type="spellStart"/>
      <w:r w:rsidRPr="00BF194F">
        <w:rPr>
          <w:rFonts w:ascii="Arial" w:hAnsi="Arial" w:cs="Arial"/>
          <w:sz w:val="20"/>
          <w:szCs w:val="20"/>
        </w:rPr>
        <w:t>syntax</w:t>
      </w:r>
      <w:proofErr w:type="spellEnd"/>
      <w:r w:rsidRPr="00BF194F">
        <w:rPr>
          <w:rFonts w:ascii="Arial" w:hAnsi="Arial" w:cs="Arial"/>
          <w:sz w:val="20"/>
          <w:szCs w:val="20"/>
        </w:rPr>
        <w:t xml:space="preserve"> </w:t>
      </w:r>
      <w:proofErr w:type="spellStart"/>
      <w:r w:rsidRPr="00BF194F">
        <w:rPr>
          <w:rFonts w:ascii="Arial" w:hAnsi="Arial" w:cs="Arial"/>
          <w:sz w:val="20"/>
          <w:szCs w:val="20"/>
        </w:rPr>
        <w:t>rules</w:t>
      </w:r>
      <w:proofErr w:type="spellEnd"/>
      <w:r w:rsidRPr="00BF194F">
        <w:rPr>
          <w:rFonts w:ascii="Arial" w:hAnsi="Arial" w:cs="Arial"/>
          <w:sz w:val="20"/>
          <w:szCs w:val="20"/>
        </w:rPr>
        <w:t>.</w:t>
      </w:r>
    </w:p>
    <w:p w14:paraId="7AD00F0D" w14:textId="77777777" w:rsidR="005F56E8" w:rsidRPr="00BF194F" w:rsidRDefault="005F56E8" w:rsidP="00BF194F">
      <w:pPr>
        <w:pStyle w:val="NormalWeb"/>
        <w:spacing w:line="360" w:lineRule="auto"/>
        <w:jc w:val="both"/>
        <w:rPr>
          <w:rFonts w:ascii="Arial" w:hAnsi="Arial" w:cs="Arial"/>
          <w:sz w:val="20"/>
          <w:szCs w:val="20"/>
        </w:rPr>
      </w:pPr>
      <w:r w:rsidRPr="00BF194F">
        <w:rPr>
          <w:rFonts w:ascii="Arial" w:hAnsi="Arial" w:cs="Arial"/>
          <w:sz w:val="20"/>
          <w:szCs w:val="20"/>
        </w:rPr>
        <w:t xml:space="preserve">To </w:t>
      </w:r>
      <w:proofErr w:type="spellStart"/>
      <w:r w:rsidRPr="00BF194F">
        <w:rPr>
          <w:rFonts w:ascii="Arial" w:hAnsi="Arial" w:cs="Arial"/>
          <w:sz w:val="20"/>
          <w:szCs w:val="20"/>
        </w:rPr>
        <w:t>ensure</w:t>
      </w:r>
      <w:proofErr w:type="spellEnd"/>
      <w:r w:rsidRPr="00BF194F">
        <w:rPr>
          <w:rFonts w:ascii="Arial" w:hAnsi="Arial" w:cs="Arial"/>
          <w:sz w:val="20"/>
          <w:szCs w:val="20"/>
        </w:rPr>
        <w:t xml:space="preserve"> exhaustive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across</w:t>
      </w:r>
      <w:proofErr w:type="spellEnd"/>
      <w:r w:rsidRPr="00BF194F">
        <w:rPr>
          <w:rFonts w:ascii="Arial" w:hAnsi="Arial" w:cs="Arial"/>
          <w:sz w:val="20"/>
          <w:szCs w:val="20"/>
        </w:rPr>
        <w:t xml:space="preserve"> relevant </w:t>
      </w:r>
      <w:proofErr w:type="spellStart"/>
      <w:r w:rsidRPr="00BF194F">
        <w:rPr>
          <w:rFonts w:ascii="Arial" w:hAnsi="Arial" w:cs="Arial"/>
          <w:sz w:val="20"/>
          <w:szCs w:val="20"/>
        </w:rPr>
        <w:t>fields</w:t>
      </w:r>
      <w:proofErr w:type="spellEnd"/>
      <w:r w:rsidRPr="00BF194F">
        <w:rPr>
          <w:rFonts w:ascii="Arial" w:hAnsi="Arial" w:cs="Arial"/>
          <w:sz w:val="20"/>
          <w:szCs w:val="20"/>
        </w:rPr>
        <w:t xml:space="preserve">, the qualifier </w:t>
      </w:r>
      <w:proofErr w:type="gramStart"/>
      <w:r w:rsidRPr="00BF194F">
        <w:rPr>
          <w:rFonts w:ascii="Arial" w:hAnsi="Arial" w:cs="Arial"/>
          <w:sz w:val="20"/>
          <w:szCs w:val="20"/>
        </w:rPr>
        <w:t>":</w:t>
      </w:r>
      <w:proofErr w:type="spellStart"/>
      <w:r w:rsidRPr="00BF194F">
        <w:rPr>
          <w:rFonts w:ascii="Arial" w:hAnsi="Arial" w:cs="Arial"/>
          <w:sz w:val="20"/>
          <w:szCs w:val="20"/>
        </w:rPr>
        <w:t>ab</w:t>
      </w:r>
      <w:proofErr w:type="gramEnd"/>
      <w:r w:rsidRPr="00BF194F">
        <w:rPr>
          <w:rFonts w:ascii="Arial" w:hAnsi="Arial" w:cs="Arial"/>
          <w:sz w:val="20"/>
          <w:szCs w:val="20"/>
        </w:rPr>
        <w:t>,ti</w:t>
      </w:r>
      <w:proofErr w:type="spellEnd"/>
      <w:r w:rsidRPr="00BF194F">
        <w:rPr>
          <w:rFonts w:ascii="Arial" w:hAnsi="Arial" w:cs="Arial"/>
          <w:sz w:val="20"/>
          <w:szCs w:val="20"/>
        </w:rPr>
        <w:t xml:space="preserve">" </w:t>
      </w:r>
      <w:proofErr w:type="spellStart"/>
      <w:r w:rsidRPr="00BF194F">
        <w:rPr>
          <w:rFonts w:ascii="Arial" w:hAnsi="Arial" w:cs="Arial"/>
          <w:sz w:val="20"/>
          <w:szCs w:val="20"/>
        </w:rPr>
        <w:t>was</w:t>
      </w:r>
      <w:proofErr w:type="spellEnd"/>
      <w:r w:rsidRPr="00BF194F">
        <w:rPr>
          <w:rFonts w:ascii="Arial" w:hAnsi="Arial" w:cs="Arial"/>
          <w:sz w:val="20"/>
          <w:szCs w:val="20"/>
        </w:rPr>
        <w:t xml:space="preserve"> </w:t>
      </w:r>
      <w:proofErr w:type="spellStart"/>
      <w:r w:rsidRPr="00BF194F">
        <w:rPr>
          <w:rFonts w:ascii="Arial" w:hAnsi="Arial" w:cs="Arial"/>
          <w:sz w:val="20"/>
          <w:szCs w:val="20"/>
        </w:rPr>
        <w:t>added</w:t>
      </w:r>
      <w:proofErr w:type="spellEnd"/>
      <w:r w:rsidRPr="00BF194F">
        <w:rPr>
          <w:rFonts w:ascii="Arial" w:hAnsi="Arial" w:cs="Arial"/>
          <w:sz w:val="20"/>
          <w:szCs w:val="20"/>
        </w:rPr>
        <w:t xml:space="preserve"> </w:t>
      </w:r>
      <w:proofErr w:type="spellStart"/>
      <w:r w:rsidRPr="00BF194F">
        <w:rPr>
          <w:rFonts w:ascii="Arial" w:hAnsi="Arial" w:cs="Arial"/>
          <w:sz w:val="20"/>
          <w:szCs w:val="20"/>
        </w:rPr>
        <w:t>after</w:t>
      </w:r>
      <w:proofErr w:type="spellEnd"/>
      <w:r w:rsidRPr="00BF194F">
        <w:rPr>
          <w:rFonts w:ascii="Arial" w:hAnsi="Arial" w:cs="Arial"/>
          <w:sz w:val="20"/>
          <w:szCs w:val="20"/>
        </w:rPr>
        <w:t xml:space="preserve"> </w:t>
      </w:r>
      <w:proofErr w:type="spellStart"/>
      <w:r w:rsidRPr="00BF194F">
        <w:rPr>
          <w:rFonts w:ascii="Arial" w:hAnsi="Arial" w:cs="Arial"/>
          <w:sz w:val="20"/>
          <w:szCs w:val="20"/>
        </w:rPr>
        <w:t>each</w:t>
      </w:r>
      <w:proofErr w:type="spellEnd"/>
      <w:r w:rsidRPr="00BF194F">
        <w:rPr>
          <w:rFonts w:ascii="Arial" w:hAnsi="Arial" w:cs="Arial"/>
          <w:sz w:val="20"/>
          <w:szCs w:val="20"/>
        </w:rPr>
        <w:t xml:space="preserve"> non-</w:t>
      </w:r>
      <w:proofErr w:type="spellStart"/>
      <w:r w:rsidRPr="00BF194F">
        <w:rPr>
          <w:rFonts w:ascii="Arial" w:hAnsi="Arial" w:cs="Arial"/>
          <w:sz w:val="20"/>
          <w:szCs w:val="20"/>
        </w:rPr>
        <w:t>Emtree</w:t>
      </w:r>
      <w:proofErr w:type="spellEnd"/>
      <w:r w:rsidRPr="00BF194F">
        <w:rPr>
          <w:rFonts w:ascii="Arial" w:hAnsi="Arial" w:cs="Arial"/>
          <w:sz w:val="20"/>
          <w:szCs w:val="20"/>
        </w:rPr>
        <w:t xml:space="preserve"> </w:t>
      </w:r>
      <w:proofErr w:type="spellStart"/>
      <w:r w:rsidRPr="00BF194F">
        <w:rPr>
          <w:rFonts w:ascii="Arial" w:hAnsi="Arial" w:cs="Arial"/>
          <w:sz w:val="20"/>
          <w:szCs w:val="20"/>
        </w:rPr>
        <w:t>term</w:t>
      </w:r>
      <w:proofErr w:type="spellEnd"/>
      <w:r w:rsidRPr="00BF194F">
        <w:rPr>
          <w:rFonts w:ascii="Arial" w:hAnsi="Arial" w:cs="Arial"/>
          <w:sz w:val="20"/>
          <w:szCs w:val="20"/>
        </w:rPr>
        <w:t xml:space="preserve"> to </w:t>
      </w:r>
      <w:proofErr w:type="spellStart"/>
      <w:r w:rsidRPr="00BF194F">
        <w:rPr>
          <w:rFonts w:ascii="Arial" w:hAnsi="Arial" w:cs="Arial"/>
          <w:sz w:val="20"/>
          <w:szCs w:val="20"/>
        </w:rPr>
        <w:t>specify</w:t>
      </w:r>
      <w:proofErr w:type="spellEnd"/>
      <w:r w:rsidRPr="00BF194F">
        <w:rPr>
          <w:rFonts w:ascii="Arial" w:hAnsi="Arial" w:cs="Arial"/>
          <w:sz w:val="20"/>
          <w:szCs w:val="20"/>
        </w:rPr>
        <w:t xml:space="preserve"> a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within</w:t>
      </w:r>
      <w:proofErr w:type="spellEnd"/>
      <w:r w:rsidRPr="00BF194F">
        <w:rPr>
          <w:rFonts w:ascii="Arial" w:hAnsi="Arial" w:cs="Arial"/>
          <w:sz w:val="20"/>
          <w:szCs w:val="20"/>
        </w:rPr>
        <w:t xml:space="preserve"> the </w:t>
      </w:r>
      <w:proofErr w:type="spellStart"/>
      <w:r w:rsidRPr="00BF194F">
        <w:rPr>
          <w:rFonts w:ascii="Arial" w:hAnsi="Arial" w:cs="Arial"/>
          <w:sz w:val="20"/>
          <w:szCs w:val="20"/>
        </w:rPr>
        <w:t>title</w:t>
      </w:r>
      <w:proofErr w:type="spellEnd"/>
      <w:r w:rsidRPr="00BF194F">
        <w:rPr>
          <w:rFonts w:ascii="Arial" w:hAnsi="Arial" w:cs="Arial"/>
          <w:sz w:val="20"/>
          <w:szCs w:val="20"/>
        </w:rPr>
        <w:t xml:space="preserve"> and abstract. </w:t>
      </w:r>
      <w:proofErr w:type="spellStart"/>
      <w:r w:rsidRPr="00BF194F">
        <w:rPr>
          <w:rFonts w:ascii="Arial" w:hAnsi="Arial" w:cs="Arial"/>
          <w:sz w:val="20"/>
          <w:szCs w:val="20"/>
        </w:rPr>
        <w:t>Additionally</w:t>
      </w:r>
      <w:proofErr w:type="spellEnd"/>
      <w:r w:rsidRPr="00BF194F">
        <w:rPr>
          <w:rFonts w:ascii="Arial" w:hAnsi="Arial" w:cs="Arial"/>
          <w:sz w:val="20"/>
          <w:szCs w:val="20"/>
        </w:rPr>
        <w:t xml:space="preserve">, </w:t>
      </w:r>
      <w:proofErr w:type="spellStart"/>
      <w:r w:rsidRPr="00BF194F">
        <w:rPr>
          <w:rFonts w:ascii="Arial" w:hAnsi="Arial" w:cs="Arial"/>
          <w:sz w:val="20"/>
          <w:szCs w:val="20"/>
        </w:rPr>
        <w:t>truncation</w:t>
      </w:r>
      <w:proofErr w:type="spellEnd"/>
      <w:r w:rsidRPr="00BF194F">
        <w:rPr>
          <w:rFonts w:ascii="Arial" w:hAnsi="Arial" w:cs="Arial"/>
          <w:sz w:val="20"/>
          <w:szCs w:val="20"/>
        </w:rPr>
        <w:t xml:space="preserve"> </w:t>
      </w:r>
      <w:proofErr w:type="spellStart"/>
      <w:r w:rsidRPr="00BF194F">
        <w:rPr>
          <w:rFonts w:ascii="Arial" w:hAnsi="Arial" w:cs="Arial"/>
          <w:sz w:val="20"/>
          <w:szCs w:val="20"/>
        </w:rPr>
        <w:t>using</w:t>
      </w:r>
      <w:proofErr w:type="spellEnd"/>
      <w:r w:rsidRPr="00BF194F">
        <w:rPr>
          <w:rFonts w:ascii="Arial" w:hAnsi="Arial" w:cs="Arial"/>
          <w:sz w:val="20"/>
          <w:szCs w:val="20"/>
        </w:rPr>
        <w:t xml:space="preserve"> the "*" </w:t>
      </w:r>
      <w:proofErr w:type="spellStart"/>
      <w:r w:rsidRPr="00BF194F">
        <w:rPr>
          <w:rFonts w:ascii="Arial" w:hAnsi="Arial" w:cs="Arial"/>
          <w:sz w:val="20"/>
          <w:szCs w:val="20"/>
        </w:rPr>
        <w:t>symbol</w:t>
      </w:r>
      <w:proofErr w:type="spellEnd"/>
      <w:r w:rsidRPr="00BF194F">
        <w:rPr>
          <w:rFonts w:ascii="Arial" w:hAnsi="Arial" w:cs="Arial"/>
          <w:sz w:val="20"/>
          <w:szCs w:val="20"/>
        </w:rPr>
        <w:t xml:space="preserve"> </w:t>
      </w:r>
      <w:proofErr w:type="spellStart"/>
      <w:r w:rsidRPr="00BF194F">
        <w:rPr>
          <w:rFonts w:ascii="Arial" w:hAnsi="Arial" w:cs="Arial"/>
          <w:sz w:val="20"/>
          <w:szCs w:val="20"/>
        </w:rPr>
        <w:t>was</w:t>
      </w:r>
      <w:proofErr w:type="spellEnd"/>
      <w:r w:rsidRPr="00BF194F">
        <w:rPr>
          <w:rFonts w:ascii="Arial" w:hAnsi="Arial" w:cs="Arial"/>
          <w:sz w:val="20"/>
          <w:szCs w:val="20"/>
        </w:rPr>
        <w:t xml:space="preserve"> </w:t>
      </w:r>
      <w:proofErr w:type="spellStart"/>
      <w:r w:rsidRPr="00BF194F">
        <w:rPr>
          <w:rFonts w:ascii="Arial" w:hAnsi="Arial" w:cs="Arial"/>
          <w:sz w:val="20"/>
          <w:szCs w:val="20"/>
        </w:rPr>
        <w:t>applied</w:t>
      </w:r>
      <w:proofErr w:type="spellEnd"/>
      <w:r w:rsidRPr="00BF194F">
        <w:rPr>
          <w:rFonts w:ascii="Arial" w:hAnsi="Arial" w:cs="Arial"/>
          <w:sz w:val="20"/>
          <w:szCs w:val="20"/>
        </w:rPr>
        <w:t xml:space="preserve"> to certain </w:t>
      </w:r>
      <w:proofErr w:type="spellStart"/>
      <w:r w:rsidRPr="00BF194F">
        <w:rPr>
          <w:rFonts w:ascii="Arial" w:hAnsi="Arial" w:cs="Arial"/>
          <w:sz w:val="20"/>
          <w:szCs w:val="20"/>
        </w:rPr>
        <w:t>terms</w:t>
      </w:r>
      <w:proofErr w:type="spellEnd"/>
      <w:r w:rsidRPr="00BF194F">
        <w:rPr>
          <w:rFonts w:ascii="Arial" w:hAnsi="Arial" w:cs="Arial"/>
          <w:sz w:val="20"/>
          <w:szCs w:val="20"/>
        </w:rPr>
        <w:t xml:space="preserve"> to </w:t>
      </w:r>
      <w:proofErr w:type="spellStart"/>
      <w:r w:rsidRPr="00BF194F">
        <w:rPr>
          <w:rFonts w:ascii="Arial" w:hAnsi="Arial" w:cs="Arial"/>
          <w:sz w:val="20"/>
          <w:szCs w:val="20"/>
        </w:rPr>
        <w:t>broaden</w:t>
      </w:r>
      <w:proofErr w:type="spellEnd"/>
      <w:r w:rsidRPr="00BF194F">
        <w:rPr>
          <w:rFonts w:ascii="Arial" w:hAnsi="Arial" w:cs="Arial"/>
          <w:sz w:val="20"/>
          <w:szCs w:val="20"/>
        </w:rPr>
        <w:t xml:space="preserve"> the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by </w:t>
      </w:r>
      <w:proofErr w:type="spellStart"/>
      <w:r w:rsidRPr="00BF194F">
        <w:rPr>
          <w:rFonts w:ascii="Arial" w:hAnsi="Arial" w:cs="Arial"/>
          <w:sz w:val="20"/>
          <w:szCs w:val="20"/>
        </w:rPr>
        <w:t>including</w:t>
      </w:r>
      <w:proofErr w:type="spellEnd"/>
      <w:r w:rsidRPr="00BF194F">
        <w:rPr>
          <w:rFonts w:ascii="Arial" w:hAnsi="Arial" w:cs="Arial"/>
          <w:sz w:val="20"/>
          <w:szCs w:val="20"/>
        </w:rPr>
        <w:t xml:space="preserve"> </w:t>
      </w:r>
      <w:proofErr w:type="spellStart"/>
      <w:r w:rsidRPr="00BF194F">
        <w:rPr>
          <w:rFonts w:ascii="Arial" w:hAnsi="Arial" w:cs="Arial"/>
          <w:sz w:val="20"/>
          <w:szCs w:val="20"/>
        </w:rPr>
        <w:t>various</w:t>
      </w:r>
      <w:proofErr w:type="spellEnd"/>
      <w:r w:rsidRPr="00BF194F">
        <w:rPr>
          <w:rFonts w:ascii="Arial" w:hAnsi="Arial" w:cs="Arial"/>
          <w:sz w:val="20"/>
          <w:szCs w:val="20"/>
        </w:rPr>
        <w:t xml:space="preserve"> </w:t>
      </w:r>
      <w:proofErr w:type="spellStart"/>
      <w:r w:rsidRPr="00BF194F">
        <w:rPr>
          <w:rFonts w:ascii="Arial" w:hAnsi="Arial" w:cs="Arial"/>
          <w:sz w:val="20"/>
          <w:szCs w:val="20"/>
        </w:rPr>
        <w:t>word</w:t>
      </w:r>
      <w:proofErr w:type="spellEnd"/>
      <w:r w:rsidRPr="00BF194F">
        <w:rPr>
          <w:rFonts w:ascii="Arial" w:hAnsi="Arial" w:cs="Arial"/>
          <w:sz w:val="20"/>
          <w:szCs w:val="20"/>
        </w:rPr>
        <w:t xml:space="preserve"> </w:t>
      </w:r>
      <w:proofErr w:type="spellStart"/>
      <w:r w:rsidRPr="00BF194F">
        <w:rPr>
          <w:rFonts w:ascii="Arial" w:hAnsi="Arial" w:cs="Arial"/>
          <w:sz w:val="20"/>
          <w:szCs w:val="20"/>
        </w:rPr>
        <w:t>forms</w:t>
      </w:r>
      <w:proofErr w:type="spellEnd"/>
      <w:r w:rsidRPr="00BF194F">
        <w:rPr>
          <w:rFonts w:ascii="Arial" w:hAnsi="Arial" w:cs="Arial"/>
          <w:sz w:val="20"/>
          <w:szCs w:val="20"/>
        </w:rPr>
        <w:t>.</w:t>
      </w:r>
    </w:p>
    <w:p w14:paraId="35FEA283" w14:textId="1ADE65A1" w:rsidR="00BB0F51" w:rsidRPr="00BF194F" w:rsidRDefault="00BB0F51" w:rsidP="00BF194F">
      <w:pPr>
        <w:pStyle w:val="NormalWeb"/>
        <w:spacing w:line="360" w:lineRule="auto"/>
        <w:jc w:val="both"/>
        <w:rPr>
          <w:rFonts w:ascii="Arial" w:hAnsi="Arial" w:cs="Arial"/>
          <w:sz w:val="2"/>
          <w:szCs w:val="2"/>
        </w:rPr>
      </w:pPr>
    </w:p>
    <w:p w14:paraId="06BC2545" w14:textId="420BB845" w:rsidR="00BB0F51" w:rsidRPr="00BF194F" w:rsidRDefault="004A6A30" w:rsidP="00BF194F">
      <w:pPr>
        <w:spacing w:line="360" w:lineRule="auto"/>
        <w:rPr>
          <w:rFonts w:ascii="Arial" w:hAnsi="Arial" w:cs="Arial"/>
          <w:b/>
          <w:bCs/>
          <w:u w:val="single"/>
        </w:rPr>
      </w:pPr>
      <w:r w:rsidRPr="00BF194F">
        <w:rPr>
          <w:rFonts w:ascii="Arial" w:hAnsi="Arial" w:cs="Arial"/>
          <w:b/>
          <w:bCs/>
        </w:rPr>
        <w:t xml:space="preserve">Equation on </w:t>
      </w:r>
      <w:proofErr w:type="gramStart"/>
      <w:r w:rsidRPr="00BF194F">
        <w:rPr>
          <w:rFonts w:ascii="Arial" w:hAnsi="Arial" w:cs="Arial"/>
          <w:b/>
          <w:bCs/>
        </w:rPr>
        <w:t>Embase:</w:t>
      </w:r>
      <w:proofErr w:type="gramEnd"/>
      <w:r w:rsidR="00BB0F51" w:rsidRPr="00BF194F">
        <w:rPr>
          <w:rFonts w:ascii="Arial" w:hAnsi="Arial" w:cs="Arial"/>
          <w:b/>
          <w:bCs/>
        </w:rPr>
        <w:t> </w:t>
      </w:r>
    </w:p>
    <w:p w14:paraId="7AEE735F" w14:textId="77777777" w:rsidR="00BB0F51" w:rsidRPr="00BF194F" w:rsidRDefault="00BB0F51" w:rsidP="00BF194F">
      <w:pPr>
        <w:spacing w:line="360" w:lineRule="auto"/>
        <w:rPr>
          <w:rFonts w:ascii="Arial" w:hAnsi="Arial" w:cs="Arial"/>
          <w:sz w:val="16"/>
          <w:szCs w:val="16"/>
        </w:rPr>
      </w:pPr>
    </w:p>
    <w:p w14:paraId="28CD0344" w14:textId="49166AEA" w:rsidR="00BB0F51" w:rsidRPr="00BF194F" w:rsidRDefault="00BB0F51" w:rsidP="00BF194F">
      <w:pPr>
        <w:spacing w:line="360" w:lineRule="auto"/>
        <w:rPr>
          <w:rFonts w:ascii="Arial" w:hAnsi="Arial" w:cs="Arial"/>
          <w:sz w:val="20"/>
          <w:szCs w:val="20"/>
        </w:rPr>
      </w:pPr>
      <w:r w:rsidRPr="00BF194F">
        <w:rPr>
          <w:rFonts w:ascii="Arial" w:hAnsi="Arial" w:cs="Arial"/>
        </w:rPr>
        <w:t xml:space="preserve"> </w:t>
      </w:r>
      <w:r w:rsidR="004A6A30" w:rsidRPr="00BF194F">
        <w:rPr>
          <w:rFonts w:ascii="Arial" w:hAnsi="Arial" w:cs="Arial"/>
          <w:sz w:val="20"/>
          <w:szCs w:val="20"/>
        </w:rPr>
        <w:t xml:space="preserve">The </w:t>
      </w:r>
      <w:proofErr w:type="spellStart"/>
      <w:r w:rsidR="004A6A30" w:rsidRPr="00BF194F">
        <w:rPr>
          <w:rFonts w:ascii="Arial" w:hAnsi="Arial" w:cs="Arial"/>
          <w:sz w:val="20"/>
          <w:szCs w:val="20"/>
        </w:rPr>
        <w:t>search</w:t>
      </w:r>
      <w:proofErr w:type="spellEnd"/>
      <w:r w:rsidR="004A6A30" w:rsidRPr="00BF194F">
        <w:rPr>
          <w:rFonts w:ascii="Arial" w:hAnsi="Arial" w:cs="Arial"/>
          <w:sz w:val="20"/>
          <w:szCs w:val="20"/>
        </w:rPr>
        <w:t xml:space="preserve"> </w:t>
      </w:r>
      <w:proofErr w:type="spellStart"/>
      <w:r w:rsidR="004A6A30" w:rsidRPr="00BF194F">
        <w:rPr>
          <w:rFonts w:ascii="Arial" w:hAnsi="Arial" w:cs="Arial"/>
          <w:sz w:val="20"/>
          <w:szCs w:val="20"/>
        </w:rPr>
        <w:t>equation</w:t>
      </w:r>
      <w:proofErr w:type="spellEnd"/>
      <w:r w:rsidR="004A6A30" w:rsidRPr="00BF194F">
        <w:rPr>
          <w:rFonts w:ascii="Arial" w:hAnsi="Arial" w:cs="Arial"/>
          <w:sz w:val="20"/>
          <w:szCs w:val="20"/>
        </w:rPr>
        <w:t xml:space="preserve"> </w:t>
      </w:r>
      <w:proofErr w:type="spellStart"/>
      <w:r w:rsidR="004A6A30" w:rsidRPr="00BF194F">
        <w:rPr>
          <w:rFonts w:ascii="Arial" w:hAnsi="Arial" w:cs="Arial"/>
          <w:sz w:val="20"/>
          <w:szCs w:val="20"/>
        </w:rPr>
        <w:t>is</w:t>
      </w:r>
      <w:proofErr w:type="spellEnd"/>
      <w:r w:rsidR="004A6A30" w:rsidRPr="00BF194F">
        <w:rPr>
          <w:rFonts w:ascii="Arial" w:hAnsi="Arial" w:cs="Arial"/>
          <w:sz w:val="20"/>
          <w:szCs w:val="20"/>
        </w:rPr>
        <w:t xml:space="preserve"> as </w:t>
      </w:r>
      <w:proofErr w:type="spellStart"/>
      <w:proofErr w:type="gramStart"/>
      <w:r w:rsidR="004A6A30" w:rsidRPr="00BF194F">
        <w:rPr>
          <w:rFonts w:ascii="Arial" w:hAnsi="Arial" w:cs="Arial"/>
          <w:sz w:val="20"/>
          <w:szCs w:val="20"/>
        </w:rPr>
        <w:t>follows</w:t>
      </w:r>
      <w:proofErr w:type="spellEnd"/>
      <w:r w:rsidR="004A6A30" w:rsidRPr="00BF194F">
        <w:rPr>
          <w:rFonts w:ascii="Arial" w:hAnsi="Arial" w:cs="Arial"/>
          <w:sz w:val="20"/>
          <w:szCs w:val="20"/>
        </w:rPr>
        <w:t>:</w:t>
      </w:r>
      <w:proofErr w:type="gramEnd"/>
    </w:p>
    <w:p w14:paraId="5C031600" w14:textId="77777777" w:rsidR="00BB0F51" w:rsidRPr="00BF194F" w:rsidRDefault="00BB0F51" w:rsidP="00BF194F">
      <w:pPr>
        <w:pStyle w:val="NormalWeb"/>
        <w:spacing w:before="0" w:beforeAutospacing="0" w:after="0" w:afterAutospacing="0" w:line="360" w:lineRule="auto"/>
        <w:jc w:val="both"/>
        <w:rPr>
          <w:rFonts w:ascii="Arial" w:hAnsi="Arial" w:cs="Arial"/>
          <w:b/>
          <w:bCs/>
          <w:i/>
          <w:iCs/>
          <w:color w:val="0070C0"/>
          <w:sz w:val="17"/>
          <w:szCs w:val="17"/>
        </w:rPr>
      </w:pPr>
      <w:r w:rsidRPr="00BF194F">
        <w:rPr>
          <w:rFonts w:ascii="Arial" w:hAnsi="Arial" w:cs="Arial"/>
          <w:b/>
          <w:bCs/>
          <w:i/>
          <w:iCs/>
          <w:color w:val="0070C0"/>
          <w:sz w:val="17"/>
          <w:szCs w:val="17"/>
        </w:rPr>
        <w:t>(('</w:t>
      </w:r>
      <w:proofErr w:type="spellStart"/>
      <w:r w:rsidRPr="00BF194F">
        <w:rPr>
          <w:rFonts w:ascii="Arial" w:hAnsi="Arial" w:cs="Arial"/>
          <w:b/>
          <w:bCs/>
          <w:i/>
          <w:iCs/>
          <w:color w:val="0070C0"/>
          <w:sz w:val="17"/>
          <w:szCs w:val="17"/>
        </w:rPr>
        <w:t>musculoskeletal</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disease</w:t>
      </w:r>
      <w:proofErr w:type="spellEnd"/>
      <w:r w:rsidRPr="00BF194F">
        <w:rPr>
          <w:rFonts w:ascii="Arial" w:hAnsi="Arial" w:cs="Arial"/>
          <w:b/>
          <w:bCs/>
          <w:i/>
          <w:iCs/>
          <w:color w:val="0070C0"/>
          <w:sz w:val="17"/>
          <w:szCs w:val="17"/>
        </w:rPr>
        <w:t>'/</w:t>
      </w:r>
      <w:proofErr w:type="spellStart"/>
      <w:r w:rsidRPr="00BF194F">
        <w:rPr>
          <w:rFonts w:ascii="Arial" w:hAnsi="Arial" w:cs="Arial"/>
          <w:b/>
          <w:bCs/>
          <w:i/>
          <w:iCs/>
          <w:color w:val="0070C0"/>
          <w:sz w:val="17"/>
          <w:szCs w:val="17"/>
        </w:rPr>
        <w:t>exp</w:t>
      </w:r>
      <w:proofErr w:type="spellEnd"/>
      <w:r w:rsidRPr="00BF194F">
        <w:rPr>
          <w:rFonts w:ascii="Arial" w:hAnsi="Arial" w:cs="Arial"/>
          <w:b/>
          <w:bCs/>
          <w:i/>
          <w:iCs/>
          <w:color w:val="0070C0"/>
          <w:sz w:val="17"/>
          <w:szCs w:val="17"/>
        </w:rPr>
        <w:t xml:space="preserve"> OR '</w:t>
      </w:r>
      <w:proofErr w:type="spellStart"/>
      <w:r w:rsidRPr="00BF194F">
        <w:rPr>
          <w:rFonts w:ascii="Arial" w:hAnsi="Arial" w:cs="Arial"/>
          <w:b/>
          <w:bCs/>
          <w:i/>
          <w:iCs/>
          <w:color w:val="0070C0"/>
          <w:sz w:val="17"/>
          <w:szCs w:val="17"/>
        </w:rPr>
        <w:t>musculoskeletal</w:t>
      </w:r>
      <w:proofErr w:type="spellEnd"/>
      <w:r w:rsidRPr="00BF194F">
        <w:rPr>
          <w:rFonts w:ascii="Arial" w:hAnsi="Arial" w:cs="Arial"/>
          <w:b/>
          <w:bCs/>
          <w:i/>
          <w:iCs/>
          <w:color w:val="0070C0"/>
          <w:sz w:val="17"/>
          <w:szCs w:val="17"/>
        </w:rPr>
        <w:t xml:space="preserve"> pain'/</w:t>
      </w:r>
      <w:proofErr w:type="spellStart"/>
      <w:r w:rsidRPr="00BF194F">
        <w:rPr>
          <w:rFonts w:ascii="Arial" w:hAnsi="Arial" w:cs="Arial"/>
          <w:b/>
          <w:bCs/>
          <w:i/>
          <w:iCs/>
          <w:color w:val="0070C0"/>
          <w:sz w:val="17"/>
          <w:szCs w:val="17"/>
        </w:rPr>
        <w:t>exp</w:t>
      </w:r>
      <w:proofErr w:type="spellEnd"/>
      <w:r w:rsidRPr="00BF194F">
        <w:rPr>
          <w:rFonts w:ascii="Arial" w:hAnsi="Arial" w:cs="Arial"/>
          <w:b/>
          <w:bCs/>
          <w:i/>
          <w:iCs/>
          <w:color w:val="0070C0"/>
          <w:sz w:val="17"/>
          <w:szCs w:val="17"/>
        </w:rPr>
        <w:t>) OR ('pathologies musculosquelettiques':</w:t>
      </w:r>
      <w:proofErr w:type="spellStart"/>
      <w:r w:rsidRPr="00BF194F">
        <w:rPr>
          <w:rFonts w:ascii="Arial" w:hAnsi="Arial" w:cs="Arial"/>
          <w:b/>
          <w:bCs/>
          <w:i/>
          <w:iCs/>
          <w:color w:val="0070C0"/>
          <w:sz w:val="17"/>
          <w:szCs w:val="17"/>
        </w:rPr>
        <w:t>ab,ti</w:t>
      </w:r>
      <w:proofErr w:type="spellEnd"/>
      <w:r w:rsidRPr="00BF194F">
        <w:rPr>
          <w:rFonts w:ascii="Arial" w:hAnsi="Arial" w:cs="Arial"/>
          <w:b/>
          <w:bCs/>
          <w:i/>
          <w:iCs/>
          <w:color w:val="0070C0"/>
          <w:sz w:val="17"/>
          <w:szCs w:val="17"/>
        </w:rPr>
        <w:t xml:space="preserve"> OR 'troubles musculosquelettiques':</w:t>
      </w:r>
      <w:proofErr w:type="spellStart"/>
      <w:r w:rsidRPr="00BF194F">
        <w:rPr>
          <w:rFonts w:ascii="Arial" w:hAnsi="Arial" w:cs="Arial"/>
          <w:b/>
          <w:bCs/>
          <w:i/>
          <w:iCs/>
          <w:color w:val="0070C0"/>
          <w:sz w:val="17"/>
          <w:szCs w:val="17"/>
        </w:rPr>
        <w:t>ab,ti</w:t>
      </w:r>
      <w:proofErr w:type="spellEnd"/>
      <w:r w:rsidRPr="00BF194F">
        <w:rPr>
          <w:rFonts w:ascii="Arial" w:hAnsi="Arial" w:cs="Arial"/>
          <w:b/>
          <w:bCs/>
          <w:i/>
          <w:iCs/>
          <w:color w:val="0070C0"/>
          <w:sz w:val="17"/>
          <w:szCs w:val="17"/>
        </w:rPr>
        <w:t xml:space="preserve"> OR 'douleurs musculosquelettiques':</w:t>
      </w:r>
      <w:proofErr w:type="spellStart"/>
      <w:r w:rsidRPr="00BF194F">
        <w:rPr>
          <w:rFonts w:ascii="Arial" w:hAnsi="Arial" w:cs="Arial"/>
          <w:b/>
          <w:bCs/>
          <w:i/>
          <w:iCs/>
          <w:color w:val="0070C0"/>
          <w:sz w:val="17"/>
          <w:szCs w:val="17"/>
        </w:rPr>
        <w:t>ab,ti</w:t>
      </w:r>
      <w:proofErr w:type="spellEnd"/>
      <w:r w:rsidRPr="00BF194F">
        <w:rPr>
          <w:rFonts w:ascii="Arial" w:hAnsi="Arial" w:cs="Arial"/>
          <w:b/>
          <w:bCs/>
          <w:i/>
          <w:iCs/>
          <w:color w:val="0070C0"/>
          <w:sz w:val="17"/>
          <w:szCs w:val="17"/>
        </w:rPr>
        <w:t xml:space="preserve"> OR 'affections musculosquelettiques':</w:t>
      </w:r>
      <w:proofErr w:type="spellStart"/>
      <w:r w:rsidRPr="00BF194F">
        <w:rPr>
          <w:rFonts w:ascii="Arial" w:hAnsi="Arial" w:cs="Arial"/>
          <w:b/>
          <w:bCs/>
          <w:i/>
          <w:iCs/>
          <w:color w:val="0070C0"/>
          <w:sz w:val="17"/>
          <w:szCs w:val="17"/>
        </w:rPr>
        <w:t>ab,ti</w:t>
      </w:r>
      <w:proofErr w:type="spellEnd"/>
      <w:r w:rsidRPr="00BF194F">
        <w:rPr>
          <w:rFonts w:ascii="Arial" w:hAnsi="Arial" w:cs="Arial"/>
          <w:b/>
          <w:bCs/>
          <w:i/>
          <w:iCs/>
          <w:color w:val="0070C0"/>
          <w:sz w:val="17"/>
          <w:szCs w:val="17"/>
        </w:rPr>
        <w:t>)) AND (('</w:t>
      </w:r>
      <w:proofErr w:type="spellStart"/>
      <w:r w:rsidRPr="00BF194F">
        <w:rPr>
          <w:rFonts w:ascii="Arial" w:hAnsi="Arial" w:cs="Arial"/>
          <w:b/>
          <w:bCs/>
          <w:i/>
          <w:iCs/>
          <w:color w:val="0070C0"/>
          <w:sz w:val="17"/>
          <w:szCs w:val="17"/>
        </w:rPr>
        <w:t>physical</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therapy</w:t>
      </w:r>
      <w:proofErr w:type="spellEnd"/>
      <w:r w:rsidRPr="00BF194F">
        <w:rPr>
          <w:rFonts w:ascii="Arial" w:hAnsi="Arial" w:cs="Arial"/>
          <w:b/>
          <w:bCs/>
          <w:i/>
          <w:iCs/>
          <w:color w:val="0070C0"/>
          <w:sz w:val="17"/>
          <w:szCs w:val="17"/>
        </w:rPr>
        <w:t>'/</w:t>
      </w:r>
      <w:proofErr w:type="spellStart"/>
      <w:r w:rsidRPr="00BF194F">
        <w:rPr>
          <w:rFonts w:ascii="Arial" w:hAnsi="Arial" w:cs="Arial"/>
          <w:b/>
          <w:bCs/>
          <w:i/>
          <w:iCs/>
          <w:color w:val="0070C0"/>
          <w:sz w:val="17"/>
          <w:szCs w:val="17"/>
        </w:rPr>
        <w:t>exp</w:t>
      </w:r>
      <w:proofErr w:type="spellEnd"/>
      <w:r w:rsidRPr="00BF194F">
        <w:rPr>
          <w:rFonts w:ascii="Arial" w:hAnsi="Arial" w:cs="Arial"/>
          <w:b/>
          <w:bCs/>
          <w:i/>
          <w:iCs/>
          <w:color w:val="0070C0"/>
          <w:sz w:val="17"/>
          <w:szCs w:val="17"/>
        </w:rPr>
        <w:t xml:space="preserve"> OR '</w:t>
      </w:r>
      <w:proofErr w:type="spellStart"/>
      <w:r w:rsidRPr="00BF194F">
        <w:rPr>
          <w:rFonts w:ascii="Arial" w:hAnsi="Arial" w:cs="Arial"/>
          <w:b/>
          <w:bCs/>
          <w:i/>
          <w:iCs/>
          <w:color w:val="0070C0"/>
          <w:sz w:val="17"/>
          <w:szCs w:val="17"/>
        </w:rPr>
        <w:t>physiotherapy</w:t>
      </w:r>
      <w:proofErr w:type="spellEnd"/>
      <w:r w:rsidRPr="00BF194F">
        <w:rPr>
          <w:rFonts w:ascii="Arial" w:hAnsi="Arial" w:cs="Arial"/>
          <w:b/>
          <w:bCs/>
          <w:i/>
          <w:iCs/>
          <w:color w:val="0070C0"/>
          <w:sz w:val="17"/>
          <w:szCs w:val="17"/>
        </w:rPr>
        <w:t>'/</w:t>
      </w:r>
      <w:proofErr w:type="spellStart"/>
      <w:r w:rsidRPr="00BF194F">
        <w:rPr>
          <w:rFonts w:ascii="Arial" w:hAnsi="Arial" w:cs="Arial"/>
          <w:b/>
          <w:bCs/>
          <w:i/>
          <w:iCs/>
          <w:color w:val="0070C0"/>
          <w:sz w:val="17"/>
          <w:szCs w:val="17"/>
        </w:rPr>
        <w:t>exp</w:t>
      </w:r>
      <w:proofErr w:type="spellEnd"/>
      <w:r w:rsidRPr="00BF194F">
        <w:rPr>
          <w:rFonts w:ascii="Arial" w:hAnsi="Arial" w:cs="Arial"/>
          <w:b/>
          <w:bCs/>
          <w:i/>
          <w:iCs/>
          <w:color w:val="0070C0"/>
          <w:sz w:val="17"/>
          <w:szCs w:val="17"/>
        </w:rPr>
        <w:t xml:space="preserve"> OR '</w:t>
      </w:r>
      <w:proofErr w:type="spellStart"/>
      <w:r w:rsidRPr="00BF194F">
        <w:rPr>
          <w:rFonts w:ascii="Arial" w:hAnsi="Arial" w:cs="Arial"/>
          <w:b/>
          <w:bCs/>
          <w:i/>
          <w:iCs/>
          <w:color w:val="0070C0"/>
          <w:sz w:val="17"/>
          <w:szCs w:val="17"/>
        </w:rPr>
        <w:t>rehabilitation</w:t>
      </w:r>
      <w:proofErr w:type="spellEnd"/>
      <w:r w:rsidRPr="00BF194F">
        <w:rPr>
          <w:rFonts w:ascii="Arial" w:hAnsi="Arial" w:cs="Arial"/>
          <w:b/>
          <w:bCs/>
          <w:i/>
          <w:iCs/>
          <w:color w:val="0070C0"/>
          <w:sz w:val="17"/>
          <w:szCs w:val="17"/>
        </w:rPr>
        <w:t>'/</w:t>
      </w:r>
      <w:proofErr w:type="spellStart"/>
      <w:r w:rsidRPr="00BF194F">
        <w:rPr>
          <w:rFonts w:ascii="Arial" w:hAnsi="Arial" w:cs="Arial"/>
          <w:b/>
          <w:bCs/>
          <w:i/>
          <w:iCs/>
          <w:color w:val="0070C0"/>
          <w:sz w:val="17"/>
          <w:szCs w:val="17"/>
        </w:rPr>
        <w:t>exp</w:t>
      </w:r>
      <w:proofErr w:type="spellEnd"/>
      <w:r w:rsidRPr="00BF194F">
        <w:rPr>
          <w:rFonts w:ascii="Arial" w:hAnsi="Arial" w:cs="Arial"/>
          <w:b/>
          <w:bCs/>
          <w:i/>
          <w:iCs/>
          <w:color w:val="0070C0"/>
          <w:sz w:val="17"/>
          <w:szCs w:val="17"/>
        </w:rPr>
        <w:t>) OR ('</w:t>
      </w:r>
      <w:proofErr w:type="spellStart"/>
      <w:r w:rsidRPr="00BF194F">
        <w:rPr>
          <w:rFonts w:ascii="Arial" w:hAnsi="Arial" w:cs="Arial"/>
          <w:b/>
          <w:bCs/>
          <w:i/>
          <w:iCs/>
          <w:color w:val="0070C0"/>
          <w:sz w:val="17"/>
          <w:szCs w:val="17"/>
        </w:rPr>
        <w:t>physiotherapy</w:t>
      </w:r>
      <w:proofErr w:type="spellEnd"/>
      <w:r w:rsidRPr="00BF194F">
        <w:rPr>
          <w:rFonts w:ascii="Arial" w:hAnsi="Arial" w:cs="Arial"/>
          <w:b/>
          <w:bCs/>
          <w:i/>
          <w:iCs/>
          <w:color w:val="0070C0"/>
          <w:sz w:val="17"/>
          <w:szCs w:val="17"/>
        </w:rPr>
        <w:t>':</w:t>
      </w:r>
      <w:proofErr w:type="spellStart"/>
      <w:r w:rsidRPr="00BF194F">
        <w:rPr>
          <w:rFonts w:ascii="Arial" w:hAnsi="Arial" w:cs="Arial"/>
          <w:b/>
          <w:bCs/>
          <w:i/>
          <w:iCs/>
          <w:color w:val="0070C0"/>
          <w:sz w:val="17"/>
          <w:szCs w:val="17"/>
        </w:rPr>
        <w:t>ab,ti</w:t>
      </w:r>
      <w:proofErr w:type="spellEnd"/>
      <w:r w:rsidRPr="00BF194F">
        <w:rPr>
          <w:rFonts w:ascii="Arial" w:hAnsi="Arial" w:cs="Arial"/>
          <w:b/>
          <w:bCs/>
          <w:i/>
          <w:iCs/>
          <w:color w:val="0070C0"/>
          <w:sz w:val="17"/>
          <w:szCs w:val="17"/>
        </w:rPr>
        <w:t xml:space="preserve"> OR '</w:t>
      </w:r>
      <w:proofErr w:type="spellStart"/>
      <w:r w:rsidRPr="00BF194F">
        <w:rPr>
          <w:rFonts w:ascii="Arial" w:hAnsi="Arial" w:cs="Arial"/>
          <w:b/>
          <w:bCs/>
          <w:i/>
          <w:iCs/>
          <w:color w:val="0070C0"/>
          <w:sz w:val="17"/>
          <w:szCs w:val="17"/>
        </w:rPr>
        <w:t>physical</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therapy</w:t>
      </w:r>
      <w:proofErr w:type="spellEnd"/>
      <w:r w:rsidRPr="00BF194F">
        <w:rPr>
          <w:rFonts w:ascii="Arial" w:hAnsi="Arial" w:cs="Arial"/>
          <w:b/>
          <w:bCs/>
          <w:i/>
          <w:iCs/>
          <w:color w:val="0070C0"/>
          <w:sz w:val="17"/>
          <w:szCs w:val="17"/>
        </w:rPr>
        <w:t>':</w:t>
      </w:r>
      <w:proofErr w:type="spellStart"/>
      <w:r w:rsidRPr="00BF194F">
        <w:rPr>
          <w:rFonts w:ascii="Arial" w:hAnsi="Arial" w:cs="Arial"/>
          <w:b/>
          <w:bCs/>
          <w:i/>
          <w:iCs/>
          <w:color w:val="0070C0"/>
          <w:sz w:val="17"/>
          <w:szCs w:val="17"/>
        </w:rPr>
        <w:t>ab,ti</w:t>
      </w:r>
      <w:proofErr w:type="spellEnd"/>
      <w:r w:rsidRPr="00BF194F">
        <w:rPr>
          <w:rFonts w:ascii="Arial" w:hAnsi="Arial" w:cs="Arial"/>
          <w:b/>
          <w:bCs/>
          <w:i/>
          <w:iCs/>
          <w:color w:val="0070C0"/>
          <w:sz w:val="17"/>
          <w:szCs w:val="17"/>
        </w:rPr>
        <w:t xml:space="preserve"> OR 'kinésithérapie':</w:t>
      </w:r>
      <w:proofErr w:type="spellStart"/>
      <w:r w:rsidRPr="00BF194F">
        <w:rPr>
          <w:rFonts w:ascii="Arial" w:hAnsi="Arial" w:cs="Arial"/>
          <w:b/>
          <w:bCs/>
          <w:i/>
          <w:iCs/>
          <w:color w:val="0070C0"/>
          <w:sz w:val="17"/>
          <w:szCs w:val="17"/>
        </w:rPr>
        <w:t>ab,ti</w:t>
      </w:r>
      <w:proofErr w:type="spellEnd"/>
      <w:r w:rsidRPr="00BF194F">
        <w:rPr>
          <w:rFonts w:ascii="Arial" w:hAnsi="Arial" w:cs="Arial"/>
          <w:b/>
          <w:bCs/>
          <w:i/>
          <w:iCs/>
          <w:color w:val="0070C0"/>
          <w:sz w:val="17"/>
          <w:szCs w:val="17"/>
        </w:rPr>
        <w:t xml:space="preserve"> OR 'physiothérapie':</w:t>
      </w:r>
      <w:proofErr w:type="spellStart"/>
      <w:r w:rsidRPr="00BF194F">
        <w:rPr>
          <w:rFonts w:ascii="Arial" w:hAnsi="Arial" w:cs="Arial"/>
          <w:b/>
          <w:bCs/>
          <w:i/>
          <w:iCs/>
          <w:color w:val="0070C0"/>
          <w:sz w:val="17"/>
          <w:szCs w:val="17"/>
        </w:rPr>
        <w:t>ab,ti</w:t>
      </w:r>
      <w:proofErr w:type="spellEnd"/>
      <w:r w:rsidRPr="00BF194F">
        <w:rPr>
          <w:rFonts w:ascii="Arial" w:hAnsi="Arial" w:cs="Arial"/>
          <w:b/>
          <w:bCs/>
          <w:i/>
          <w:iCs/>
          <w:color w:val="0070C0"/>
          <w:sz w:val="17"/>
          <w:szCs w:val="17"/>
        </w:rPr>
        <w:t xml:space="preserve"> OR '</w:t>
      </w:r>
      <w:proofErr w:type="spellStart"/>
      <w:r w:rsidRPr="00BF194F">
        <w:rPr>
          <w:rFonts w:ascii="Arial" w:hAnsi="Arial" w:cs="Arial"/>
          <w:b/>
          <w:bCs/>
          <w:i/>
          <w:iCs/>
          <w:color w:val="0070C0"/>
          <w:sz w:val="17"/>
          <w:szCs w:val="17"/>
        </w:rPr>
        <w:t>rehabilitation</w:t>
      </w:r>
      <w:proofErr w:type="spellEnd"/>
      <w:r w:rsidRPr="00BF194F">
        <w:rPr>
          <w:rFonts w:ascii="Arial" w:hAnsi="Arial" w:cs="Arial"/>
          <w:b/>
          <w:bCs/>
          <w:i/>
          <w:iCs/>
          <w:color w:val="0070C0"/>
          <w:sz w:val="17"/>
          <w:szCs w:val="17"/>
        </w:rPr>
        <w:t>':</w:t>
      </w:r>
      <w:proofErr w:type="spellStart"/>
      <w:r w:rsidRPr="00BF194F">
        <w:rPr>
          <w:rFonts w:ascii="Arial" w:hAnsi="Arial" w:cs="Arial"/>
          <w:b/>
          <w:bCs/>
          <w:i/>
          <w:iCs/>
          <w:color w:val="0070C0"/>
          <w:sz w:val="17"/>
          <w:szCs w:val="17"/>
        </w:rPr>
        <w:t>ab,ti</w:t>
      </w:r>
      <w:proofErr w:type="spellEnd"/>
      <w:r w:rsidRPr="00BF194F">
        <w:rPr>
          <w:rFonts w:ascii="Arial" w:hAnsi="Arial" w:cs="Arial"/>
          <w:b/>
          <w:bCs/>
          <w:i/>
          <w:iCs/>
          <w:color w:val="0070C0"/>
          <w:sz w:val="17"/>
          <w:szCs w:val="17"/>
        </w:rPr>
        <w:t xml:space="preserve">) OR ('direct </w:t>
      </w:r>
      <w:proofErr w:type="spellStart"/>
      <w:r w:rsidRPr="00BF194F">
        <w:rPr>
          <w:rFonts w:ascii="Arial" w:hAnsi="Arial" w:cs="Arial"/>
          <w:b/>
          <w:bCs/>
          <w:i/>
          <w:iCs/>
          <w:color w:val="0070C0"/>
          <w:sz w:val="17"/>
          <w:szCs w:val="17"/>
        </w:rPr>
        <w:t>access</w:t>
      </w:r>
      <w:proofErr w:type="spellEnd"/>
      <w:r w:rsidRPr="00BF194F">
        <w:rPr>
          <w:rFonts w:ascii="Arial" w:hAnsi="Arial" w:cs="Arial"/>
          <w:b/>
          <w:bCs/>
          <w:i/>
          <w:iCs/>
          <w:color w:val="0070C0"/>
          <w:sz w:val="17"/>
          <w:szCs w:val="17"/>
        </w:rPr>
        <w:t>'/</w:t>
      </w:r>
      <w:proofErr w:type="spellStart"/>
      <w:r w:rsidRPr="00BF194F">
        <w:rPr>
          <w:rFonts w:ascii="Arial" w:hAnsi="Arial" w:cs="Arial"/>
          <w:b/>
          <w:bCs/>
          <w:i/>
          <w:iCs/>
          <w:color w:val="0070C0"/>
          <w:sz w:val="17"/>
          <w:szCs w:val="17"/>
        </w:rPr>
        <w:t>exp</w:t>
      </w:r>
      <w:proofErr w:type="spellEnd"/>
      <w:r w:rsidRPr="00BF194F">
        <w:rPr>
          <w:rFonts w:ascii="Arial" w:hAnsi="Arial" w:cs="Arial"/>
          <w:b/>
          <w:bCs/>
          <w:i/>
          <w:iCs/>
          <w:color w:val="0070C0"/>
          <w:sz w:val="17"/>
          <w:szCs w:val="17"/>
        </w:rPr>
        <w:t xml:space="preserve"> OR 'self </w:t>
      </w:r>
      <w:proofErr w:type="spellStart"/>
      <w:r w:rsidRPr="00BF194F">
        <w:rPr>
          <w:rFonts w:ascii="Arial" w:hAnsi="Arial" w:cs="Arial"/>
          <w:b/>
          <w:bCs/>
          <w:i/>
          <w:iCs/>
          <w:color w:val="0070C0"/>
          <w:sz w:val="17"/>
          <w:szCs w:val="17"/>
        </w:rPr>
        <w:t>referral</w:t>
      </w:r>
      <w:proofErr w:type="spellEnd"/>
      <w:r w:rsidRPr="00BF194F">
        <w:rPr>
          <w:rFonts w:ascii="Arial" w:hAnsi="Arial" w:cs="Arial"/>
          <w:b/>
          <w:bCs/>
          <w:i/>
          <w:iCs/>
          <w:color w:val="0070C0"/>
          <w:sz w:val="17"/>
          <w:szCs w:val="17"/>
        </w:rPr>
        <w:t>'/</w:t>
      </w:r>
      <w:proofErr w:type="spellStart"/>
      <w:r w:rsidRPr="00BF194F">
        <w:rPr>
          <w:rFonts w:ascii="Arial" w:hAnsi="Arial" w:cs="Arial"/>
          <w:b/>
          <w:bCs/>
          <w:i/>
          <w:iCs/>
          <w:color w:val="0070C0"/>
          <w:sz w:val="17"/>
          <w:szCs w:val="17"/>
        </w:rPr>
        <w:t>exp</w:t>
      </w:r>
      <w:proofErr w:type="spellEnd"/>
      <w:r w:rsidRPr="00BF194F">
        <w:rPr>
          <w:rFonts w:ascii="Arial" w:hAnsi="Arial" w:cs="Arial"/>
          <w:b/>
          <w:bCs/>
          <w:i/>
          <w:iCs/>
          <w:color w:val="0070C0"/>
          <w:sz w:val="17"/>
          <w:szCs w:val="17"/>
        </w:rPr>
        <w:t xml:space="preserve"> OR 'accès direct':</w:t>
      </w:r>
      <w:proofErr w:type="spellStart"/>
      <w:r w:rsidRPr="00BF194F">
        <w:rPr>
          <w:rFonts w:ascii="Arial" w:hAnsi="Arial" w:cs="Arial"/>
          <w:b/>
          <w:bCs/>
          <w:i/>
          <w:iCs/>
          <w:color w:val="0070C0"/>
          <w:sz w:val="17"/>
          <w:szCs w:val="17"/>
        </w:rPr>
        <w:t>ab,ti</w:t>
      </w:r>
      <w:proofErr w:type="spellEnd"/>
      <w:r w:rsidRPr="00BF194F">
        <w:rPr>
          <w:rFonts w:ascii="Arial" w:hAnsi="Arial" w:cs="Arial"/>
          <w:b/>
          <w:bCs/>
          <w:i/>
          <w:iCs/>
          <w:color w:val="0070C0"/>
          <w:sz w:val="17"/>
          <w:szCs w:val="17"/>
        </w:rPr>
        <w:t xml:space="preserve"> OR 'auto-référence':</w:t>
      </w:r>
      <w:proofErr w:type="spellStart"/>
      <w:r w:rsidRPr="00BF194F">
        <w:rPr>
          <w:rFonts w:ascii="Arial" w:hAnsi="Arial" w:cs="Arial"/>
          <w:b/>
          <w:bCs/>
          <w:i/>
          <w:iCs/>
          <w:color w:val="0070C0"/>
          <w:sz w:val="17"/>
          <w:szCs w:val="17"/>
        </w:rPr>
        <w:t>ab,ti</w:t>
      </w:r>
      <w:proofErr w:type="spellEnd"/>
      <w:r w:rsidRPr="00BF194F">
        <w:rPr>
          <w:rFonts w:ascii="Arial" w:hAnsi="Arial" w:cs="Arial"/>
          <w:b/>
          <w:bCs/>
          <w:i/>
          <w:iCs/>
          <w:color w:val="0070C0"/>
          <w:sz w:val="17"/>
          <w:szCs w:val="17"/>
        </w:rPr>
        <w:t xml:space="preserve"> OR 'patient-</w:t>
      </w:r>
      <w:proofErr w:type="spellStart"/>
      <w:r w:rsidRPr="00BF194F">
        <w:rPr>
          <w:rFonts w:ascii="Arial" w:hAnsi="Arial" w:cs="Arial"/>
          <w:b/>
          <w:bCs/>
          <w:i/>
          <w:iCs/>
          <w:color w:val="0070C0"/>
          <w:sz w:val="17"/>
          <w:szCs w:val="17"/>
        </w:rPr>
        <w:t>initiated</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access</w:t>
      </w:r>
      <w:proofErr w:type="spellEnd"/>
      <w:r w:rsidRPr="00BF194F">
        <w:rPr>
          <w:rFonts w:ascii="Arial" w:hAnsi="Arial" w:cs="Arial"/>
          <w:b/>
          <w:bCs/>
          <w:i/>
          <w:iCs/>
          <w:color w:val="0070C0"/>
          <w:sz w:val="17"/>
          <w:szCs w:val="17"/>
        </w:rPr>
        <w:t>':</w:t>
      </w:r>
      <w:proofErr w:type="spellStart"/>
      <w:r w:rsidRPr="00BF194F">
        <w:rPr>
          <w:rFonts w:ascii="Arial" w:hAnsi="Arial" w:cs="Arial"/>
          <w:b/>
          <w:bCs/>
          <w:i/>
          <w:iCs/>
          <w:color w:val="0070C0"/>
          <w:sz w:val="17"/>
          <w:szCs w:val="17"/>
        </w:rPr>
        <w:t>ab,ti</w:t>
      </w:r>
      <w:proofErr w:type="spellEnd"/>
      <w:r w:rsidRPr="00BF194F">
        <w:rPr>
          <w:rFonts w:ascii="Arial" w:hAnsi="Arial" w:cs="Arial"/>
          <w:b/>
          <w:bCs/>
          <w:i/>
          <w:iCs/>
          <w:color w:val="0070C0"/>
          <w:sz w:val="17"/>
          <w:szCs w:val="17"/>
        </w:rPr>
        <w:t xml:space="preserve"> OR 'first-contact </w:t>
      </w:r>
      <w:proofErr w:type="spellStart"/>
      <w:r w:rsidRPr="00BF194F">
        <w:rPr>
          <w:rFonts w:ascii="Arial" w:hAnsi="Arial" w:cs="Arial"/>
          <w:b/>
          <w:bCs/>
          <w:i/>
          <w:iCs/>
          <w:color w:val="0070C0"/>
          <w:sz w:val="17"/>
          <w:szCs w:val="17"/>
        </w:rPr>
        <w:t>physiotherapy</w:t>
      </w:r>
      <w:proofErr w:type="spellEnd"/>
      <w:r w:rsidRPr="00BF194F">
        <w:rPr>
          <w:rFonts w:ascii="Arial" w:hAnsi="Arial" w:cs="Arial"/>
          <w:b/>
          <w:bCs/>
          <w:i/>
          <w:iCs/>
          <w:color w:val="0070C0"/>
          <w:sz w:val="17"/>
          <w:szCs w:val="17"/>
        </w:rPr>
        <w:t>':</w:t>
      </w:r>
      <w:proofErr w:type="spellStart"/>
      <w:r w:rsidRPr="00BF194F">
        <w:rPr>
          <w:rFonts w:ascii="Arial" w:hAnsi="Arial" w:cs="Arial"/>
          <w:b/>
          <w:bCs/>
          <w:i/>
          <w:iCs/>
          <w:color w:val="0070C0"/>
          <w:sz w:val="17"/>
          <w:szCs w:val="17"/>
        </w:rPr>
        <w:t>ab,ti</w:t>
      </w:r>
      <w:proofErr w:type="spellEnd"/>
      <w:r w:rsidRPr="00BF194F">
        <w:rPr>
          <w:rFonts w:ascii="Arial" w:hAnsi="Arial" w:cs="Arial"/>
          <w:b/>
          <w:bCs/>
          <w:i/>
          <w:iCs/>
          <w:color w:val="0070C0"/>
          <w:sz w:val="17"/>
          <w:szCs w:val="17"/>
        </w:rPr>
        <w:t>)) AND (('</w:t>
      </w:r>
      <w:proofErr w:type="spellStart"/>
      <w:r w:rsidRPr="00BF194F">
        <w:rPr>
          <w:rFonts w:ascii="Arial" w:hAnsi="Arial" w:cs="Arial"/>
          <w:b/>
          <w:bCs/>
          <w:i/>
          <w:iCs/>
          <w:color w:val="0070C0"/>
          <w:sz w:val="17"/>
          <w:szCs w:val="17"/>
        </w:rPr>
        <w:t>general</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practitioner</w:t>
      </w:r>
      <w:proofErr w:type="spellEnd"/>
      <w:r w:rsidRPr="00BF194F">
        <w:rPr>
          <w:rFonts w:ascii="Arial" w:hAnsi="Arial" w:cs="Arial"/>
          <w:b/>
          <w:bCs/>
          <w:i/>
          <w:iCs/>
          <w:color w:val="0070C0"/>
          <w:sz w:val="17"/>
          <w:szCs w:val="17"/>
        </w:rPr>
        <w:t>'/</w:t>
      </w:r>
      <w:proofErr w:type="spellStart"/>
      <w:r w:rsidRPr="00BF194F">
        <w:rPr>
          <w:rFonts w:ascii="Arial" w:hAnsi="Arial" w:cs="Arial"/>
          <w:b/>
          <w:bCs/>
          <w:i/>
          <w:iCs/>
          <w:color w:val="0070C0"/>
          <w:sz w:val="17"/>
          <w:szCs w:val="17"/>
        </w:rPr>
        <w:t>exp</w:t>
      </w:r>
      <w:proofErr w:type="spellEnd"/>
      <w:r w:rsidRPr="00BF194F">
        <w:rPr>
          <w:rFonts w:ascii="Arial" w:hAnsi="Arial" w:cs="Arial"/>
          <w:b/>
          <w:bCs/>
          <w:i/>
          <w:iCs/>
          <w:color w:val="0070C0"/>
          <w:sz w:val="17"/>
          <w:szCs w:val="17"/>
        </w:rPr>
        <w:t xml:space="preserve"> OR '</w:t>
      </w:r>
      <w:proofErr w:type="spellStart"/>
      <w:r w:rsidRPr="00BF194F">
        <w:rPr>
          <w:rFonts w:ascii="Arial" w:hAnsi="Arial" w:cs="Arial"/>
          <w:b/>
          <w:bCs/>
          <w:i/>
          <w:iCs/>
          <w:color w:val="0070C0"/>
          <w:sz w:val="17"/>
          <w:szCs w:val="17"/>
        </w:rPr>
        <w:t>family</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physician</w:t>
      </w:r>
      <w:proofErr w:type="spellEnd"/>
      <w:r w:rsidRPr="00BF194F">
        <w:rPr>
          <w:rFonts w:ascii="Arial" w:hAnsi="Arial" w:cs="Arial"/>
          <w:b/>
          <w:bCs/>
          <w:i/>
          <w:iCs/>
          <w:color w:val="0070C0"/>
          <w:sz w:val="17"/>
          <w:szCs w:val="17"/>
        </w:rPr>
        <w:t>'/</w:t>
      </w:r>
      <w:proofErr w:type="spellStart"/>
      <w:r w:rsidRPr="00BF194F">
        <w:rPr>
          <w:rFonts w:ascii="Arial" w:hAnsi="Arial" w:cs="Arial"/>
          <w:b/>
          <w:bCs/>
          <w:i/>
          <w:iCs/>
          <w:color w:val="0070C0"/>
          <w:sz w:val="17"/>
          <w:szCs w:val="17"/>
        </w:rPr>
        <w:t>exp</w:t>
      </w:r>
      <w:proofErr w:type="spellEnd"/>
      <w:r w:rsidRPr="00BF194F">
        <w:rPr>
          <w:rFonts w:ascii="Arial" w:hAnsi="Arial" w:cs="Arial"/>
          <w:b/>
          <w:bCs/>
          <w:i/>
          <w:iCs/>
          <w:color w:val="0070C0"/>
          <w:sz w:val="17"/>
          <w:szCs w:val="17"/>
        </w:rPr>
        <w:t xml:space="preserve"> OR '</w:t>
      </w:r>
      <w:proofErr w:type="spellStart"/>
      <w:r w:rsidRPr="00BF194F">
        <w:rPr>
          <w:rFonts w:ascii="Arial" w:hAnsi="Arial" w:cs="Arial"/>
          <w:b/>
          <w:bCs/>
          <w:i/>
          <w:iCs/>
          <w:color w:val="0070C0"/>
          <w:sz w:val="17"/>
          <w:szCs w:val="17"/>
        </w:rPr>
        <w:t>primary</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health</w:t>
      </w:r>
      <w:proofErr w:type="spellEnd"/>
      <w:r w:rsidRPr="00BF194F">
        <w:rPr>
          <w:rFonts w:ascii="Arial" w:hAnsi="Arial" w:cs="Arial"/>
          <w:b/>
          <w:bCs/>
          <w:i/>
          <w:iCs/>
          <w:color w:val="0070C0"/>
          <w:sz w:val="17"/>
          <w:szCs w:val="17"/>
        </w:rPr>
        <w:t xml:space="preserve"> care'/</w:t>
      </w:r>
      <w:proofErr w:type="spellStart"/>
      <w:r w:rsidRPr="00BF194F">
        <w:rPr>
          <w:rFonts w:ascii="Arial" w:hAnsi="Arial" w:cs="Arial"/>
          <w:b/>
          <w:bCs/>
          <w:i/>
          <w:iCs/>
          <w:color w:val="0070C0"/>
          <w:sz w:val="17"/>
          <w:szCs w:val="17"/>
        </w:rPr>
        <w:t>exp</w:t>
      </w:r>
      <w:proofErr w:type="spellEnd"/>
      <w:r w:rsidRPr="00BF194F">
        <w:rPr>
          <w:rFonts w:ascii="Arial" w:hAnsi="Arial" w:cs="Arial"/>
          <w:b/>
          <w:bCs/>
          <w:i/>
          <w:iCs/>
          <w:color w:val="0070C0"/>
          <w:sz w:val="17"/>
          <w:szCs w:val="17"/>
        </w:rPr>
        <w:t xml:space="preserve"> OR '</w:t>
      </w:r>
      <w:proofErr w:type="spellStart"/>
      <w:r w:rsidRPr="00BF194F">
        <w:rPr>
          <w:rFonts w:ascii="Arial" w:hAnsi="Arial" w:cs="Arial"/>
          <w:b/>
          <w:bCs/>
          <w:i/>
          <w:iCs/>
          <w:color w:val="0070C0"/>
          <w:sz w:val="17"/>
          <w:szCs w:val="17"/>
        </w:rPr>
        <w:t>general</w:t>
      </w:r>
      <w:proofErr w:type="spellEnd"/>
      <w:r w:rsidRPr="00BF194F">
        <w:rPr>
          <w:rFonts w:ascii="Arial" w:hAnsi="Arial" w:cs="Arial"/>
          <w:b/>
          <w:bCs/>
          <w:i/>
          <w:iCs/>
          <w:color w:val="0070C0"/>
          <w:sz w:val="17"/>
          <w:szCs w:val="17"/>
        </w:rPr>
        <w:t xml:space="preserve"> practice'/</w:t>
      </w:r>
      <w:proofErr w:type="spellStart"/>
      <w:r w:rsidRPr="00BF194F">
        <w:rPr>
          <w:rFonts w:ascii="Arial" w:hAnsi="Arial" w:cs="Arial"/>
          <w:b/>
          <w:bCs/>
          <w:i/>
          <w:iCs/>
          <w:color w:val="0070C0"/>
          <w:sz w:val="17"/>
          <w:szCs w:val="17"/>
        </w:rPr>
        <w:t>exp</w:t>
      </w:r>
      <w:proofErr w:type="spellEnd"/>
      <w:r w:rsidRPr="00BF194F">
        <w:rPr>
          <w:rFonts w:ascii="Arial" w:hAnsi="Arial" w:cs="Arial"/>
          <w:b/>
          <w:bCs/>
          <w:i/>
          <w:iCs/>
          <w:color w:val="0070C0"/>
          <w:sz w:val="17"/>
          <w:szCs w:val="17"/>
        </w:rPr>
        <w:t>) OR ('médecin généraliste':</w:t>
      </w:r>
      <w:proofErr w:type="spellStart"/>
      <w:r w:rsidRPr="00BF194F">
        <w:rPr>
          <w:rFonts w:ascii="Arial" w:hAnsi="Arial" w:cs="Arial"/>
          <w:b/>
          <w:bCs/>
          <w:i/>
          <w:iCs/>
          <w:color w:val="0070C0"/>
          <w:sz w:val="17"/>
          <w:szCs w:val="17"/>
        </w:rPr>
        <w:t>ab,ti</w:t>
      </w:r>
      <w:proofErr w:type="spellEnd"/>
      <w:r w:rsidRPr="00BF194F">
        <w:rPr>
          <w:rFonts w:ascii="Arial" w:hAnsi="Arial" w:cs="Arial"/>
          <w:b/>
          <w:bCs/>
          <w:i/>
          <w:iCs/>
          <w:color w:val="0070C0"/>
          <w:sz w:val="17"/>
          <w:szCs w:val="17"/>
        </w:rPr>
        <w:t xml:space="preserve"> OR 'médecin de famille':</w:t>
      </w:r>
      <w:proofErr w:type="spellStart"/>
      <w:r w:rsidRPr="00BF194F">
        <w:rPr>
          <w:rFonts w:ascii="Arial" w:hAnsi="Arial" w:cs="Arial"/>
          <w:b/>
          <w:bCs/>
          <w:i/>
          <w:iCs/>
          <w:color w:val="0070C0"/>
          <w:sz w:val="17"/>
          <w:szCs w:val="17"/>
        </w:rPr>
        <w:t>ab,ti</w:t>
      </w:r>
      <w:proofErr w:type="spellEnd"/>
      <w:r w:rsidRPr="00BF194F">
        <w:rPr>
          <w:rFonts w:ascii="Arial" w:hAnsi="Arial" w:cs="Arial"/>
          <w:b/>
          <w:bCs/>
          <w:i/>
          <w:iCs/>
          <w:color w:val="0070C0"/>
          <w:sz w:val="17"/>
          <w:szCs w:val="17"/>
        </w:rPr>
        <w:t xml:space="preserve"> OR 'soins primaires':</w:t>
      </w:r>
      <w:proofErr w:type="spellStart"/>
      <w:r w:rsidRPr="00BF194F">
        <w:rPr>
          <w:rFonts w:ascii="Arial" w:hAnsi="Arial" w:cs="Arial"/>
          <w:b/>
          <w:bCs/>
          <w:i/>
          <w:iCs/>
          <w:color w:val="0070C0"/>
          <w:sz w:val="17"/>
          <w:szCs w:val="17"/>
        </w:rPr>
        <w:t>ab,ti</w:t>
      </w:r>
      <w:proofErr w:type="spellEnd"/>
      <w:r w:rsidRPr="00BF194F">
        <w:rPr>
          <w:rFonts w:ascii="Arial" w:hAnsi="Arial" w:cs="Arial"/>
          <w:b/>
          <w:bCs/>
          <w:i/>
          <w:iCs/>
          <w:color w:val="0070C0"/>
          <w:sz w:val="17"/>
          <w:szCs w:val="17"/>
        </w:rPr>
        <w:t xml:space="preserve"> OR '</w:t>
      </w:r>
      <w:proofErr w:type="spellStart"/>
      <w:r w:rsidRPr="00BF194F">
        <w:rPr>
          <w:rFonts w:ascii="Arial" w:hAnsi="Arial" w:cs="Arial"/>
          <w:b/>
          <w:bCs/>
          <w:i/>
          <w:iCs/>
          <w:color w:val="0070C0"/>
          <w:sz w:val="17"/>
          <w:szCs w:val="17"/>
        </w:rPr>
        <w:t>primary</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health</w:t>
      </w:r>
      <w:proofErr w:type="spellEnd"/>
      <w:r w:rsidRPr="00BF194F">
        <w:rPr>
          <w:rFonts w:ascii="Arial" w:hAnsi="Arial" w:cs="Arial"/>
          <w:b/>
          <w:bCs/>
          <w:i/>
          <w:iCs/>
          <w:color w:val="0070C0"/>
          <w:sz w:val="17"/>
          <w:szCs w:val="17"/>
        </w:rPr>
        <w:t xml:space="preserve"> care'/</w:t>
      </w:r>
      <w:proofErr w:type="spellStart"/>
      <w:r w:rsidRPr="00BF194F">
        <w:rPr>
          <w:rFonts w:ascii="Arial" w:hAnsi="Arial" w:cs="Arial"/>
          <w:b/>
          <w:bCs/>
          <w:i/>
          <w:iCs/>
          <w:color w:val="0070C0"/>
          <w:sz w:val="17"/>
          <w:szCs w:val="17"/>
        </w:rPr>
        <w:t>exp</w:t>
      </w:r>
      <w:proofErr w:type="spellEnd"/>
      <w:r w:rsidRPr="00BF194F">
        <w:rPr>
          <w:rFonts w:ascii="Arial" w:hAnsi="Arial" w:cs="Arial"/>
          <w:b/>
          <w:bCs/>
          <w:i/>
          <w:iCs/>
          <w:color w:val="0070C0"/>
          <w:sz w:val="17"/>
          <w:szCs w:val="17"/>
        </w:rPr>
        <w:t xml:space="preserve"> OR 'médecine de premier recours':</w:t>
      </w:r>
      <w:proofErr w:type="spellStart"/>
      <w:r w:rsidRPr="00BF194F">
        <w:rPr>
          <w:rFonts w:ascii="Arial" w:hAnsi="Arial" w:cs="Arial"/>
          <w:b/>
          <w:bCs/>
          <w:i/>
          <w:iCs/>
          <w:color w:val="0070C0"/>
          <w:sz w:val="17"/>
          <w:szCs w:val="17"/>
        </w:rPr>
        <w:t>ab,ti</w:t>
      </w:r>
      <w:proofErr w:type="spellEnd"/>
      <w:r w:rsidRPr="00BF194F">
        <w:rPr>
          <w:rFonts w:ascii="Arial" w:hAnsi="Arial" w:cs="Arial"/>
          <w:b/>
          <w:bCs/>
          <w:i/>
          <w:iCs/>
          <w:color w:val="0070C0"/>
          <w:sz w:val="17"/>
          <w:szCs w:val="17"/>
        </w:rPr>
        <w:t>))</w:t>
      </w:r>
    </w:p>
    <w:p w14:paraId="7D6FF715" w14:textId="77777777" w:rsidR="00BB0F51" w:rsidRPr="00BF194F" w:rsidRDefault="00BB0F51" w:rsidP="00BF194F">
      <w:pPr>
        <w:pStyle w:val="NormalWeb"/>
        <w:spacing w:before="0" w:beforeAutospacing="0" w:after="0" w:afterAutospacing="0" w:line="360" w:lineRule="auto"/>
        <w:jc w:val="both"/>
        <w:rPr>
          <w:rFonts w:ascii="Arial" w:hAnsi="Arial" w:cs="Arial"/>
          <w:b/>
          <w:bCs/>
          <w:i/>
          <w:iCs/>
          <w:color w:val="0070C0"/>
          <w:sz w:val="17"/>
          <w:szCs w:val="17"/>
        </w:rPr>
      </w:pPr>
    </w:p>
    <w:p w14:paraId="0ADFE0EC" w14:textId="77777777" w:rsidR="004A6A30" w:rsidRPr="00BF194F" w:rsidRDefault="004A6A30" w:rsidP="00BF194F">
      <w:pPr>
        <w:spacing w:line="360" w:lineRule="auto"/>
        <w:jc w:val="both"/>
        <w:rPr>
          <w:rFonts w:ascii="Arial" w:hAnsi="Arial" w:cs="Arial"/>
          <w:sz w:val="20"/>
          <w:szCs w:val="20"/>
          <w:lang w:eastAsia="fr-FR"/>
        </w:rPr>
      </w:pPr>
      <w:r w:rsidRPr="00BF194F">
        <w:rPr>
          <w:rFonts w:ascii="Arial" w:hAnsi="Arial" w:cs="Arial"/>
          <w:sz w:val="20"/>
          <w:szCs w:val="20"/>
          <w:lang w:eastAsia="fr-FR"/>
        </w:rPr>
        <w:lastRenderedPageBreak/>
        <w:t xml:space="preserve">This </w:t>
      </w:r>
      <w:proofErr w:type="spellStart"/>
      <w:r w:rsidRPr="00BF194F">
        <w:rPr>
          <w:rFonts w:ascii="Arial" w:hAnsi="Arial" w:cs="Arial"/>
          <w:sz w:val="20"/>
          <w:szCs w:val="20"/>
          <w:lang w:eastAsia="fr-FR"/>
        </w:rPr>
        <w:t>equation</w:t>
      </w:r>
      <w:proofErr w:type="spellEnd"/>
      <w:r w:rsidRPr="00BF194F">
        <w:rPr>
          <w:rFonts w:ascii="Arial" w:hAnsi="Arial" w:cs="Arial"/>
          <w:sz w:val="20"/>
          <w:szCs w:val="20"/>
          <w:lang w:eastAsia="fr-FR"/>
        </w:rPr>
        <w:t xml:space="preserve"> combines the </w:t>
      </w:r>
      <w:proofErr w:type="spellStart"/>
      <w:r w:rsidRPr="00BF194F">
        <w:rPr>
          <w:rFonts w:ascii="Arial" w:hAnsi="Arial" w:cs="Arial"/>
          <w:sz w:val="20"/>
          <w:szCs w:val="20"/>
          <w:lang w:eastAsia="fr-FR"/>
        </w:rPr>
        <w:t>fundamental</w:t>
      </w:r>
      <w:proofErr w:type="spellEnd"/>
      <w:r w:rsidRPr="00BF194F">
        <w:rPr>
          <w:rFonts w:ascii="Arial" w:hAnsi="Arial" w:cs="Arial"/>
          <w:sz w:val="20"/>
          <w:szCs w:val="20"/>
          <w:lang w:eastAsia="fr-FR"/>
        </w:rPr>
        <w:t xml:space="preserve"> concepts of the topic, </w:t>
      </w:r>
      <w:proofErr w:type="spellStart"/>
      <w:r w:rsidRPr="00BF194F">
        <w:rPr>
          <w:rFonts w:ascii="Arial" w:hAnsi="Arial" w:cs="Arial"/>
          <w:sz w:val="20"/>
          <w:szCs w:val="20"/>
          <w:lang w:eastAsia="fr-FR"/>
        </w:rPr>
        <w:t>ensuring</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comprehensive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coverage</w:t>
      </w:r>
      <w:proofErr w:type="spellEnd"/>
      <w:r w:rsidRPr="00BF194F">
        <w:rPr>
          <w:rFonts w:ascii="Arial" w:hAnsi="Arial" w:cs="Arial"/>
          <w:sz w:val="20"/>
          <w:szCs w:val="20"/>
          <w:lang w:eastAsia="fr-FR"/>
        </w:rPr>
        <w:t xml:space="preserve"> of </w:t>
      </w:r>
      <w:proofErr w:type="spellStart"/>
      <w:r w:rsidRPr="00BF194F">
        <w:rPr>
          <w:rFonts w:ascii="Arial" w:hAnsi="Arial" w:cs="Arial"/>
          <w:sz w:val="20"/>
          <w:szCs w:val="20"/>
          <w:lang w:eastAsia="fr-FR"/>
        </w:rPr>
        <w:t>studies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related</w:t>
      </w:r>
      <w:proofErr w:type="spellEnd"/>
      <w:r w:rsidRPr="00BF194F">
        <w:rPr>
          <w:rFonts w:ascii="Arial" w:hAnsi="Arial" w:cs="Arial"/>
          <w:sz w:val="20"/>
          <w:szCs w:val="20"/>
          <w:lang w:eastAsia="fr-FR"/>
        </w:rPr>
        <w:t xml:space="preserve"> to the impact of direct </w:t>
      </w:r>
      <w:proofErr w:type="spellStart"/>
      <w:r w:rsidRPr="00BF194F">
        <w:rPr>
          <w:rFonts w:ascii="Arial" w:hAnsi="Arial" w:cs="Arial"/>
          <w:sz w:val="20"/>
          <w:szCs w:val="20"/>
          <w:lang w:eastAsia="fr-FR"/>
        </w:rPr>
        <w:t>access</w:t>
      </w:r>
      <w:proofErr w:type="spellEnd"/>
      <w:r w:rsidRPr="00BF194F">
        <w:rPr>
          <w:rFonts w:ascii="Arial" w:hAnsi="Arial" w:cs="Arial"/>
          <w:sz w:val="20"/>
          <w:szCs w:val="20"/>
          <w:lang w:eastAsia="fr-FR"/>
        </w:rPr>
        <w:t xml:space="preserve"> to </w:t>
      </w:r>
      <w:proofErr w:type="spellStart"/>
      <w:r w:rsidRPr="00BF194F">
        <w:rPr>
          <w:rFonts w:ascii="Arial" w:hAnsi="Arial" w:cs="Arial"/>
          <w:sz w:val="20"/>
          <w:szCs w:val="20"/>
          <w:lang w:eastAsia="fr-FR"/>
        </w:rPr>
        <w:t>physiotherapy</w:t>
      </w:r>
      <w:proofErr w:type="spellEnd"/>
      <w:r w:rsidRPr="00BF194F">
        <w:rPr>
          <w:rFonts w:ascii="Arial" w:hAnsi="Arial" w:cs="Arial"/>
          <w:sz w:val="20"/>
          <w:szCs w:val="20"/>
          <w:lang w:eastAsia="fr-FR"/>
        </w:rPr>
        <w:t xml:space="preserve"> on </w:t>
      </w:r>
      <w:proofErr w:type="spellStart"/>
      <w:r w:rsidRPr="00BF194F">
        <w:rPr>
          <w:rFonts w:ascii="Arial" w:hAnsi="Arial" w:cs="Arial"/>
          <w:sz w:val="20"/>
          <w:szCs w:val="20"/>
          <w:lang w:eastAsia="fr-FR"/>
        </w:rPr>
        <w:t>general</w:t>
      </w:r>
      <w:proofErr w:type="spellEnd"/>
      <w:r w:rsidRPr="00BF194F">
        <w:rPr>
          <w:rFonts w:ascii="Arial" w:hAnsi="Arial" w:cs="Arial"/>
          <w:sz w:val="20"/>
          <w:szCs w:val="20"/>
          <w:lang w:eastAsia="fr-FR"/>
        </w:rPr>
        <w:t xml:space="preserve"> practice and </w:t>
      </w:r>
      <w:proofErr w:type="spellStart"/>
      <w:r w:rsidRPr="00BF194F">
        <w:rPr>
          <w:rFonts w:ascii="Arial" w:hAnsi="Arial" w:cs="Arial"/>
          <w:sz w:val="20"/>
          <w:szCs w:val="20"/>
          <w:lang w:eastAsia="fr-FR"/>
        </w:rPr>
        <w:t>primary</w:t>
      </w:r>
      <w:proofErr w:type="spellEnd"/>
      <w:r w:rsidRPr="00BF194F">
        <w:rPr>
          <w:rFonts w:ascii="Arial" w:hAnsi="Arial" w:cs="Arial"/>
          <w:sz w:val="20"/>
          <w:szCs w:val="20"/>
          <w:lang w:eastAsia="fr-FR"/>
        </w:rPr>
        <w:t xml:space="preserve"> care for patients </w:t>
      </w:r>
      <w:proofErr w:type="spellStart"/>
      <w:r w:rsidRPr="00BF194F">
        <w:rPr>
          <w:rFonts w:ascii="Arial" w:hAnsi="Arial" w:cs="Arial"/>
          <w:sz w:val="20"/>
          <w:szCs w:val="20"/>
          <w:lang w:eastAsia="fr-FR"/>
        </w:rPr>
        <w:t>with</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MSDs</w:t>
      </w:r>
      <w:proofErr w:type="spellEnd"/>
      <w:r w:rsidRPr="00BF194F">
        <w:rPr>
          <w:rFonts w:ascii="Arial" w:hAnsi="Arial" w:cs="Arial"/>
          <w:sz w:val="20"/>
          <w:szCs w:val="20"/>
          <w:lang w:eastAsia="fr-FR"/>
        </w:rPr>
        <w:t xml:space="preserve">. The use of Boolean </w:t>
      </w:r>
      <w:proofErr w:type="spellStart"/>
      <w:r w:rsidRPr="00BF194F">
        <w:rPr>
          <w:rFonts w:ascii="Arial" w:hAnsi="Arial" w:cs="Arial"/>
          <w:sz w:val="20"/>
          <w:szCs w:val="20"/>
          <w:lang w:eastAsia="fr-FR"/>
        </w:rPr>
        <w:t>operators</w:t>
      </w:r>
      <w:proofErr w:type="spellEnd"/>
      <w:r w:rsidRPr="00BF194F">
        <w:rPr>
          <w:rFonts w:ascii="Arial" w:hAnsi="Arial" w:cs="Arial"/>
          <w:sz w:val="20"/>
          <w:szCs w:val="20"/>
          <w:lang w:eastAsia="fr-FR"/>
        </w:rPr>
        <w:t xml:space="preserve"> and the </w:t>
      </w:r>
      <w:proofErr w:type="spellStart"/>
      <w:r w:rsidRPr="00BF194F">
        <w:rPr>
          <w:rFonts w:ascii="Arial" w:hAnsi="Arial" w:cs="Arial"/>
          <w:sz w:val="20"/>
          <w:szCs w:val="20"/>
          <w:lang w:eastAsia="fr-FR"/>
        </w:rPr>
        <w:t>specific</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qualifiers</w:t>
      </w:r>
      <w:proofErr w:type="spellEnd"/>
      <w:r w:rsidRPr="00BF194F">
        <w:rPr>
          <w:rFonts w:ascii="Arial" w:hAnsi="Arial" w:cs="Arial"/>
          <w:sz w:val="20"/>
          <w:szCs w:val="20"/>
          <w:lang w:eastAsia="fr-FR"/>
        </w:rPr>
        <w:t xml:space="preserve"> in the </w:t>
      </w:r>
      <w:proofErr w:type="spellStart"/>
      <w:r w:rsidRPr="00BF194F">
        <w:rPr>
          <w:rFonts w:ascii="Arial" w:hAnsi="Arial" w:cs="Arial"/>
          <w:sz w:val="20"/>
          <w:szCs w:val="20"/>
          <w:lang w:eastAsia="fr-FR"/>
        </w:rPr>
        <w:t>equation</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make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it</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well-adapted</w:t>
      </w:r>
      <w:proofErr w:type="spellEnd"/>
      <w:r w:rsidRPr="00BF194F">
        <w:rPr>
          <w:rFonts w:ascii="Arial" w:hAnsi="Arial" w:cs="Arial"/>
          <w:sz w:val="20"/>
          <w:szCs w:val="20"/>
          <w:lang w:eastAsia="fr-FR"/>
        </w:rPr>
        <w:t xml:space="preserve"> to </w:t>
      </w:r>
      <w:proofErr w:type="spellStart"/>
      <w:r w:rsidRPr="00BF194F">
        <w:rPr>
          <w:rFonts w:ascii="Arial" w:hAnsi="Arial" w:cs="Arial"/>
          <w:sz w:val="20"/>
          <w:szCs w:val="20"/>
          <w:lang w:eastAsia="fr-FR"/>
        </w:rPr>
        <w:t>Embase's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search</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functionalities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optimizing</w:t>
      </w:r>
      <w:proofErr w:type="spellEnd"/>
      <w:r w:rsidRPr="00BF194F">
        <w:rPr>
          <w:rFonts w:ascii="Arial" w:hAnsi="Arial" w:cs="Arial"/>
          <w:sz w:val="20"/>
          <w:szCs w:val="20"/>
          <w:lang w:eastAsia="fr-FR"/>
        </w:rPr>
        <w:t xml:space="preserve"> the </w:t>
      </w:r>
      <w:proofErr w:type="spellStart"/>
      <w:r w:rsidRPr="00BF194F">
        <w:rPr>
          <w:rFonts w:ascii="Arial" w:hAnsi="Arial" w:cs="Arial"/>
          <w:sz w:val="20"/>
          <w:szCs w:val="20"/>
          <w:lang w:eastAsia="fr-FR"/>
        </w:rPr>
        <w:t>retrieval</w:t>
      </w:r>
      <w:proofErr w:type="spellEnd"/>
      <w:r w:rsidRPr="00BF194F">
        <w:rPr>
          <w:rFonts w:ascii="Arial" w:hAnsi="Arial" w:cs="Arial"/>
          <w:sz w:val="20"/>
          <w:szCs w:val="20"/>
          <w:lang w:eastAsia="fr-FR"/>
        </w:rPr>
        <w:t xml:space="preserve"> of relevant </w:t>
      </w:r>
      <w:proofErr w:type="spellStart"/>
      <w:r w:rsidRPr="00BF194F">
        <w:rPr>
          <w:rFonts w:ascii="Arial" w:hAnsi="Arial" w:cs="Arial"/>
          <w:sz w:val="20"/>
          <w:szCs w:val="20"/>
          <w:lang w:eastAsia="fr-FR"/>
        </w:rPr>
        <w:t>studies</w:t>
      </w:r>
      <w:proofErr w:type="spellEnd"/>
      <w:r w:rsidRPr="00BF194F">
        <w:rPr>
          <w:rFonts w:ascii="Arial" w:hAnsi="Arial" w:cs="Arial"/>
          <w:sz w:val="20"/>
          <w:szCs w:val="20"/>
          <w:lang w:eastAsia="fr-FR"/>
        </w:rPr>
        <w:t>.</w:t>
      </w:r>
    </w:p>
    <w:p w14:paraId="669A029F" w14:textId="77777777" w:rsidR="004A6A30" w:rsidRPr="00BF194F" w:rsidRDefault="004A6A30" w:rsidP="00BF194F">
      <w:pPr>
        <w:pStyle w:val="NormalWeb"/>
        <w:spacing w:before="0" w:beforeAutospacing="0" w:after="0" w:afterAutospacing="0" w:line="360" w:lineRule="auto"/>
        <w:jc w:val="both"/>
        <w:rPr>
          <w:rFonts w:ascii="Arial" w:hAnsi="Arial" w:cs="Arial"/>
          <w:b/>
          <w:bCs/>
          <w:i/>
          <w:iCs/>
          <w:color w:val="0070C0"/>
          <w:sz w:val="17"/>
          <w:szCs w:val="17"/>
        </w:rPr>
      </w:pPr>
    </w:p>
    <w:p w14:paraId="2A988476" w14:textId="77777777" w:rsidR="004A6A30" w:rsidRPr="00BF194F" w:rsidRDefault="004A6A30" w:rsidP="00BF194F">
      <w:pPr>
        <w:pStyle w:val="NormalWeb"/>
        <w:spacing w:before="0" w:beforeAutospacing="0" w:after="0" w:afterAutospacing="0" w:line="360" w:lineRule="auto"/>
        <w:jc w:val="both"/>
        <w:rPr>
          <w:rFonts w:ascii="Arial" w:hAnsi="Arial" w:cs="Arial"/>
          <w:b/>
          <w:bCs/>
          <w:i/>
          <w:iCs/>
          <w:color w:val="0070C0"/>
          <w:sz w:val="2"/>
          <w:szCs w:val="2"/>
        </w:rPr>
      </w:pPr>
    </w:p>
    <w:p w14:paraId="421A3C2A" w14:textId="77777777" w:rsidR="00BB0F51" w:rsidRPr="00BF194F" w:rsidRDefault="00BB0F51" w:rsidP="00BF194F">
      <w:pPr>
        <w:pStyle w:val="NormalWeb"/>
        <w:spacing w:before="0" w:beforeAutospacing="0" w:after="0" w:afterAutospacing="0" w:line="360" w:lineRule="auto"/>
        <w:jc w:val="both"/>
        <w:rPr>
          <w:rFonts w:ascii="Arial" w:hAnsi="Arial" w:cs="Arial"/>
          <w:b/>
          <w:bCs/>
          <w:i/>
          <w:iCs/>
          <w:color w:val="0070C0"/>
          <w:sz w:val="2"/>
          <w:szCs w:val="2"/>
        </w:rPr>
      </w:pPr>
    </w:p>
    <w:p w14:paraId="0382EF3A" w14:textId="0270F56A" w:rsidR="00BB0F51" w:rsidRPr="00BF194F" w:rsidRDefault="004A6A30" w:rsidP="00BF194F">
      <w:pPr>
        <w:pStyle w:val="Titre3"/>
        <w:spacing w:line="360" w:lineRule="auto"/>
        <w:rPr>
          <w:rFonts w:cs="Arial"/>
        </w:rPr>
      </w:pPr>
      <w:proofErr w:type="spellStart"/>
      <w:r w:rsidRPr="00BF194F">
        <w:rPr>
          <w:rFonts w:cs="Arial"/>
        </w:rPr>
        <w:t>Search</w:t>
      </w:r>
      <w:proofErr w:type="spellEnd"/>
      <w:r w:rsidRPr="00BF194F">
        <w:rPr>
          <w:rFonts w:cs="Arial"/>
        </w:rPr>
        <w:t xml:space="preserve"> </w:t>
      </w:r>
      <w:proofErr w:type="spellStart"/>
      <w:r w:rsidRPr="00BF194F">
        <w:rPr>
          <w:rFonts w:cs="Arial"/>
        </w:rPr>
        <w:t>equation</w:t>
      </w:r>
      <w:proofErr w:type="spellEnd"/>
      <w:r w:rsidRPr="00BF194F">
        <w:rPr>
          <w:rFonts w:cs="Arial"/>
        </w:rPr>
        <w:t xml:space="preserve"> for the Science Direct </w:t>
      </w:r>
      <w:proofErr w:type="spellStart"/>
      <w:r w:rsidRPr="00BF194F">
        <w:rPr>
          <w:rFonts w:cs="Arial"/>
        </w:rPr>
        <w:t>database</w:t>
      </w:r>
      <w:proofErr w:type="spellEnd"/>
    </w:p>
    <w:p w14:paraId="512040FC" w14:textId="77777777" w:rsidR="00BB0F51" w:rsidRPr="00BF194F" w:rsidRDefault="00BB0F51" w:rsidP="00BF194F">
      <w:pPr>
        <w:spacing w:line="360" w:lineRule="auto"/>
        <w:rPr>
          <w:rFonts w:ascii="Arial" w:hAnsi="Arial" w:cs="Arial"/>
          <w:sz w:val="20"/>
          <w:szCs w:val="20"/>
          <w:lang w:eastAsia="fr-FR"/>
        </w:rPr>
      </w:pPr>
    </w:p>
    <w:p w14:paraId="461FF0B6" w14:textId="3CCAB187" w:rsidR="004A6A30" w:rsidRPr="00BF194F" w:rsidRDefault="004A6A30" w:rsidP="00BF194F">
      <w:pPr>
        <w:spacing w:line="360" w:lineRule="auto"/>
        <w:jc w:val="both"/>
        <w:rPr>
          <w:rFonts w:ascii="Arial" w:hAnsi="Arial" w:cs="Arial"/>
          <w:sz w:val="20"/>
          <w:szCs w:val="20"/>
          <w:lang w:eastAsia="fr-FR"/>
        </w:rPr>
      </w:pPr>
      <w:r w:rsidRPr="00BF194F">
        <w:rPr>
          <w:rFonts w:ascii="Arial" w:hAnsi="Arial" w:cs="Arial"/>
          <w:sz w:val="20"/>
          <w:szCs w:val="20"/>
          <w:lang w:eastAsia="fr-FR"/>
        </w:rPr>
        <w:t xml:space="preserve">The </w:t>
      </w:r>
      <w:proofErr w:type="spellStart"/>
      <w:r w:rsidRPr="00BF194F">
        <w:rPr>
          <w:rFonts w:ascii="Arial" w:hAnsi="Arial" w:cs="Arial"/>
          <w:sz w:val="20"/>
          <w:szCs w:val="20"/>
          <w:lang w:eastAsia="fr-FR"/>
        </w:rPr>
        <w:t>search</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strategy</w:t>
      </w:r>
      <w:proofErr w:type="spellEnd"/>
      <w:r w:rsidRPr="00BF194F">
        <w:rPr>
          <w:rFonts w:ascii="Arial" w:hAnsi="Arial" w:cs="Arial"/>
          <w:sz w:val="20"/>
          <w:szCs w:val="20"/>
          <w:lang w:eastAsia="fr-FR"/>
        </w:rPr>
        <w:t xml:space="preserve"> for the Science Direct </w:t>
      </w:r>
      <w:proofErr w:type="spellStart"/>
      <w:r w:rsidRPr="00BF194F">
        <w:rPr>
          <w:rFonts w:ascii="Arial" w:hAnsi="Arial" w:cs="Arial"/>
          <w:sz w:val="20"/>
          <w:szCs w:val="20"/>
          <w:lang w:eastAsia="fr-FR"/>
        </w:rPr>
        <w:t>database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managed</w:t>
      </w:r>
      <w:proofErr w:type="spellEnd"/>
      <w:r w:rsidRPr="00BF194F">
        <w:rPr>
          <w:rFonts w:ascii="Arial" w:hAnsi="Arial" w:cs="Arial"/>
          <w:sz w:val="20"/>
          <w:szCs w:val="20"/>
          <w:lang w:eastAsia="fr-FR"/>
        </w:rPr>
        <w:t xml:space="preserve"> by the Dutch </w:t>
      </w:r>
      <w:proofErr w:type="spellStart"/>
      <w:r w:rsidRPr="00BF194F">
        <w:rPr>
          <w:rFonts w:ascii="Arial" w:hAnsi="Arial" w:cs="Arial"/>
          <w:sz w:val="20"/>
          <w:szCs w:val="20"/>
          <w:lang w:eastAsia="fr-FR"/>
        </w:rPr>
        <w:t>publisher</w:t>
      </w:r>
      <w:proofErr w:type="spellEnd"/>
      <w:r w:rsidRPr="00BF194F">
        <w:rPr>
          <w:rFonts w:ascii="Arial" w:hAnsi="Arial" w:cs="Arial"/>
          <w:sz w:val="20"/>
          <w:szCs w:val="20"/>
          <w:lang w:eastAsia="fr-FR"/>
        </w:rPr>
        <w:t xml:space="preserve"> Elsevier) </w:t>
      </w:r>
      <w:proofErr w:type="spellStart"/>
      <w:r w:rsidRPr="00BF194F">
        <w:rPr>
          <w:rFonts w:ascii="Arial" w:hAnsi="Arial" w:cs="Arial"/>
          <w:sz w:val="20"/>
          <w:szCs w:val="20"/>
          <w:lang w:eastAsia="fr-FR"/>
        </w:rPr>
        <w:t>was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adjusted</w:t>
      </w:r>
      <w:proofErr w:type="spellEnd"/>
      <w:r w:rsidRPr="00BF194F">
        <w:rPr>
          <w:rFonts w:ascii="Arial" w:hAnsi="Arial" w:cs="Arial"/>
          <w:sz w:val="20"/>
          <w:szCs w:val="20"/>
          <w:lang w:eastAsia="fr-FR"/>
        </w:rPr>
        <w:t xml:space="preserve"> to </w:t>
      </w:r>
      <w:proofErr w:type="spellStart"/>
      <w:r w:rsidRPr="00BF194F">
        <w:rPr>
          <w:rFonts w:ascii="Arial" w:hAnsi="Arial" w:cs="Arial"/>
          <w:sz w:val="20"/>
          <w:szCs w:val="20"/>
          <w:lang w:eastAsia="fr-FR"/>
        </w:rPr>
        <w:t>account</w:t>
      </w:r>
      <w:proofErr w:type="spellEnd"/>
      <w:r w:rsidRPr="00BF194F">
        <w:rPr>
          <w:rFonts w:ascii="Arial" w:hAnsi="Arial" w:cs="Arial"/>
          <w:sz w:val="20"/>
          <w:szCs w:val="20"/>
          <w:lang w:eastAsia="fr-FR"/>
        </w:rPr>
        <w:t xml:space="preserve"> for the </w:t>
      </w:r>
      <w:proofErr w:type="spellStart"/>
      <w:r w:rsidRPr="00BF194F">
        <w:rPr>
          <w:rFonts w:ascii="Arial" w:hAnsi="Arial" w:cs="Arial"/>
          <w:sz w:val="20"/>
          <w:szCs w:val="20"/>
          <w:lang w:eastAsia="fr-FR"/>
        </w:rPr>
        <w:t>specific</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features</w:t>
      </w:r>
      <w:proofErr w:type="spellEnd"/>
      <w:r w:rsidRPr="00BF194F">
        <w:rPr>
          <w:rFonts w:ascii="Arial" w:hAnsi="Arial" w:cs="Arial"/>
          <w:sz w:val="20"/>
          <w:szCs w:val="20"/>
          <w:lang w:eastAsia="fr-FR"/>
        </w:rPr>
        <w:t xml:space="preserve"> of </w:t>
      </w:r>
      <w:proofErr w:type="spellStart"/>
      <w:r w:rsidRPr="00BF194F">
        <w:rPr>
          <w:rFonts w:ascii="Arial" w:hAnsi="Arial" w:cs="Arial"/>
          <w:sz w:val="20"/>
          <w:szCs w:val="20"/>
          <w:lang w:eastAsia="fr-FR"/>
        </w:rPr>
        <w:t>this</w:t>
      </w:r>
      <w:proofErr w:type="spellEnd"/>
      <w:r w:rsidRPr="00BF194F">
        <w:rPr>
          <w:rFonts w:ascii="Arial" w:hAnsi="Arial" w:cs="Arial"/>
          <w:sz w:val="20"/>
          <w:szCs w:val="20"/>
          <w:lang w:eastAsia="fr-FR"/>
        </w:rPr>
        <w:t xml:space="preserve"> platform. </w:t>
      </w:r>
      <w:proofErr w:type="spellStart"/>
      <w:r w:rsidRPr="00BF194F">
        <w:rPr>
          <w:rFonts w:ascii="Arial" w:hAnsi="Arial" w:cs="Arial"/>
          <w:sz w:val="20"/>
          <w:szCs w:val="20"/>
          <w:lang w:eastAsia="fr-FR"/>
        </w:rPr>
        <w:t>Unlike</w:t>
      </w:r>
      <w:proofErr w:type="spellEnd"/>
      <w:r w:rsidRPr="00BF194F">
        <w:rPr>
          <w:rFonts w:ascii="Arial" w:hAnsi="Arial" w:cs="Arial"/>
          <w:sz w:val="20"/>
          <w:szCs w:val="20"/>
          <w:lang w:eastAsia="fr-FR"/>
        </w:rPr>
        <w:t xml:space="preserve"> PubMed or Embase, Science Direct </w:t>
      </w:r>
      <w:proofErr w:type="spellStart"/>
      <w:r w:rsidRPr="00BF194F">
        <w:rPr>
          <w:rFonts w:ascii="Arial" w:hAnsi="Arial" w:cs="Arial"/>
          <w:sz w:val="20"/>
          <w:szCs w:val="20"/>
          <w:lang w:eastAsia="fr-FR"/>
        </w:rPr>
        <w:t>does</w:t>
      </w:r>
      <w:proofErr w:type="spellEnd"/>
      <w:r w:rsidRPr="00BF194F">
        <w:rPr>
          <w:rFonts w:ascii="Arial" w:hAnsi="Arial" w:cs="Arial"/>
          <w:sz w:val="20"/>
          <w:szCs w:val="20"/>
          <w:lang w:eastAsia="fr-FR"/>
        </w:rPr>
        <w:t xml:space="preserve"> not use MeSH or </w:t>
      </w:r>
      <w:proofErr w:type="spellStart"/>
      <w:r w:rsidRPr="00BF194F">
        <w:rPr>
          <w:rFonts w:ascii="Arial" w:hAnsi="Arial" w:cs="Arial"/>
          <w:sz w:val="20"/>
          <w:szCs w:val="20"/>
          <w:lang w:eastAsia="fr-FR"/>
        </w:rPr>
        <w:t>Emtree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terms</w:t>
      </w:r>
      <w:proofErr w:type="spellEnd"/>
      <w:r w:rsidRPr="00BF194F">
        <w:rPr>
          <w:rFonts w:ascii="Arial" w:hAnsi="Arial" w:cs="Arial"/>
          <w:sz w:val="20"/>
          <w:szCs w:val="20"/>
          <w:lang w:eastAsia="fr-FR"/>
        </w:rPr>
        <w:t xml:space="preserve"> for </w:t>
      </w:r>
      <w:proofErr w:type="spellStart"/>
      <w:r w:rsidRPr="00BF194F">
        <w:rPr>
          <w:rFonts w:ascii="Arial" w:hAnsi="Arial" w:cs="Arial"/>
          <w:sz w:val="20"/>
          <w:szCs w:val="20"/>
          <w:lang w:eastAsia="fr-FR"/>
        </w:rPr>
        <w:t>indexing</w:t>
      </w:r>
      <w:proofErr w:type="spellEnd"/>
      <w:r w:rsidRPr="00BF194F">
        <w:rPr>
          <w:rFonts w:ascii="Arial" w:hAnsi="Arial" w:cs="Arial"/>
          <w:sz w:val="20"/>
          <w:szCs w:val="20"/>
          <w:lang w:eastAsia="fr-FR"/>
        </w:rPr>
        <w:t xml:space="preserve"> but relies on </w:t>
      </w:r>
      <w:proofErr w:type="spellStart"/>
      <w:r w:rsidRPr="00BF194F">
        <w:rPr>
          <w:rFonts w:ascii="Arial" w:hAnsi="Arial" w:cs="Arial"/>
          <w:sz w:val="20"/>
          <w:szCs w:val="20"/>
          <w:lang w:eastAsia="fr-FR"/>
        </w:rPr>
        <w:t>specific</w:t>
      </w:r>
      <w:proofErr w:type="spellEnd"/>
      <w:r w:rsidRPr="00BF194F">
        <w:rPr>
          <w:rFonts w:ascii="Arial" w:hAnsi="Arial" w:cs="Arial"/>
          <w:sz w:val="20"/>
          <w:szCs w:val="20"/>
          <w:lang w:eastAsia="fr-FR"/>
        </w:rPr>
        <w:t xml:space="preserve"> keywords and </w:t>
      </w:r>
      <w:proofErr w:type="spellStart"/>
      <w:r w:rsidRPr="00BF194F">
        <w:rPr>
          <w:rFonts w:ascii="Arial" w:hAnsi="Arial" w:cs="Arial"/>
          <w:sz w:val="20"/>
          <w:szCs w:val="20"/>
          <w:lang w:eastAsia="fr-FR"/>
        </w:rPr>
        <w:t>commonly</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used</w:t>
      </w:r>
      <w:proofErr w:type="spellEnd"/>
      <w:r w:rsidRPr="00BF194F">
        <w:rPr>
          <w:rFonts w:ascii="Arial" w:hAnsi="Arial" w:cs="Arial"/>
          <w:sz w:val="20"/>
          <w:szCs w:val="20"/>
          <w:lang w:eastAsia="fr-FR"/>
        </w:rPr>
        <w:t xml:space="preserve"> free-</w:t>
      </w:r>
      <w:proofErr w:type="spellStart"/>
      <w:r w:rsidRPr="00BF194F">
        <w:rPr>
          <w:rFonts w:ascii="Arial" w:hAnsi="Arial" w:cs="Arial"/>
          <w:sz w:val="20"/>
          <w:szCs w:val="20"/>
          <w:lang w:eastAsia="fr-FR"/>
        </w:rPr>
        <w:t>text</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terms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from</w:t>
      </w:r>
      <w:proofErr w:type="spellEnd"/>
      <w:r w:rsidRPr="00BF194F">
        <w:rPr>
          <w:rFonts w:ascii="Arial" w:hAnsi="Arial" w:cs="Arial"/>
          <w:sz w:val="20"/>
          <w:szCs w:val="20"/>
          <w:lang w:eastAsia="fr-FR"/>
        </w:rPr>
        <w:t xml:space="preserve"> the </w:t>
      </w:r>
      <w:proofErr w:type="spellStart"/>
      <w:r w:rsidRPr="00BF194F">
        <w:rPr>
          <w:rFonts w:ascii="Arial" w:hAnsi="Arial" w:cs="Arial"/>
          <w:sz w:val="20"/>
          <w:szCs w:val="20"/>
          <w:lang w:eastAsia="fr-FR"/>
        </w:rPr>
        <w:t>scientific</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literature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available</w:t>
      </w:r>
      <w:proofErr w:type="spellEnd"/>
      <w:r w:rsidRPr="00BF194F">
        <w:rPr>
          <w:rFonts w:ascii="Arial" w:hAnsi="Arial" w:cs="Arial"/>
          <w:sz w:val="20"/>
          <w:szCs w:val="20"/>
          <w:lang w:eastAsia="fr-FR"/>
        </w:rPr>
        <w:t xml:space="preserve"> on the platform. English MeSH </w:t>
      </w:r>
      <w:proofErr w:type="spellStart"/>
      <w:r w:rsidRPr="00BF194F">
        <w:rPr>
          <w:rFonts w:ascii="Arial" w:hAnsi="Arial" w:cs="Arial"/>
          <w:sz w:val="20"/>
          <w:szCs w:val="20"/>
          <w:lang w:eastAsia="fr-FR"/>
        </w:rPr>
        <w:t>terms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were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adapted</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into</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equivalent</w:t>
      </w:r>
      <w:proofErr w:type="spellEnd"/>
      <w:r w:rsidRPr="00BF194F">
        <w:rPr>
          <w:rFonts w:ascii="Arial" w:hAnsi="Arial" w:cs="Arial"/>
          <w:sz w:val="20"/>
          <w:szCs w:val="20"/>
          <w:lang w:eastAsia="fr-FR"/>
        </w:rPr>
        <w:t xml:space="preserve"> keywords, and French </w:t>
      </w:r>
      <w:proofErr w:type="spellStart"/>
      <w:r w:rsidRPr="00BF194F">
        <w:rPr>
          <w:rFonts w:ascii="Arial" w:hAnsi="Arial" w:cs="Arial"/>
          <w:sz w:val="20"/>
          <w:szCs w:val="20"/>
          <w:lang w:eastAsia="fr-FR"/>
        </w:rPr>
        <w:t>terms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were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translated</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into</w:t>
      </w:r>
      <w:proofErr w:type="spellEnd"/>
      <w:r w:rsidRPr="00BF194F">
        <w:rPr>
          <w:rFonts w:ascii="Arial" w:hAnsi="Arial" w:cs="Arial"/>
          <w:sz w:val="20"/>
          <w:szCs w:val="20"/>
          <w:lang w:eastAsia="fr-FR"/>
        </w:rPr>
        <w:t xml:space="preserve"> English to </w:t>
      </w:r>
      <w:proofErr w:type="spellStart"/>
      <w:r w:rsidRPr="00BF194F">
        <w:rPr>
          <w:rFonts w:ascii="Arial" w:hAnsi="Arial" w:cs="Arial"/>
          <w:sz w:val="20"/>
          <w:szCs w:val="20"/>
          <w:lang w:eastAsia="fr-FR"/>
        </w:rPr>
        <w:t>ensure</w:t>
      </w:r>
      <w:proofErr w:type="spellEnd"/>
      <w:r w:rsidRPr="00BF194F">
        <w:rPr>
          <w:rFonts w:ascii="Arial" w:hAnsi="Arial" w:cs="Arial"/>
          <w:sz w:val="20"/>
          <w:szCs w:val="20"/>
          <w:lang w:eastAsia="fr-FR"/>
        </w:rPr>
        <w:t xml:space="preserve"> relevance.</w:t>
      </w:r>
    </w:p>
    <w:p w14:paraId="526248B0" w14:textId="77777777" w:rsidR="004A6A30" w:rsidRPr="00BF194F" w:rsidRDefault="004A6A30" w:rsidP="00BF194F">
      <w:pPr>
        <w:spacing w:line="360" w:lineRule="auto"/>
        <w:jc w:val="both"/>
        <w:rPr>
          <w:rFonts w:ascii="Arial" w:hAnsi="Arial" w:cs="Arial"/>
          <w:sz w:val="20"/>
          <w:szCs w:val="20"/>
          <w:lang w:eastAsia="fr-FR"/>
        </w:rPr>
      </w:pPr>
      <w:r w:rsidRPr="00BF194F">
        <w:rPr>
          <w:rFonts w:ascii="Arial" w:hAnsi="Arial" w:cs="Arial"/>
          <w:sz w:val="20"/>
          <w:szCs w:val="20"/>
          <w:lang w:eastAsia="fr-FR"/>
        </w:rPr>
        <w:t xml:space="preserve">The Boolean </w:t>
      </w:r>
      <w:proofErr w:type="spellStart"/>
      <w:r w:rsidRPr="00BF194F">
        <w:rPr>
          <w:rFonts w:ascii="Arial" w:hAnsi="Arial" w:cs="Arial"/>
          <w:sz w:val="20"/>
          <w:szCs w:val="20"/>
          <w:lang w:eastAsia="fr-FR"/>
        </w:rPr>
        <w:t>operators</w:t>
      </w:r>
      <w:proofErr w:type="spellEnd"/>
      <w:r w:rsidRPr="00BF194F">
        <w:rPr>
          <w:rFonts w:ascii="Arial" w:hAnsi="Arial" w:cs="Arial"/>
          <w:sz w:val="20"/>
          <w:szCs w:val="20"/>
          <w:lang w:eastAsia="fr-FR"/>
        </w:rPr>
        <w:t xml:space="preserve"> "AND" and "OR" </w:t>
      </w:r>
      <w:proofErr w:type="spellStart"/>
      <w:r w:rsidRPr="00BF194F">
        <w:rPr>
          <w:rFonts w:ascii="Arial" w:hAnsi="Arial" w:cs="Arial"/>
          <w:sz w:val="20"/>
          <w:szCs w:val="20"/>
          <w:lang w:eastAsia="fr-FR"/>
        </w:rPr>
        <w:t>were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maintained</w:t>
      </w:r>
      <w:proofErr w:type="spellEnd"/>
      <w:r w:rsidRPr="00BF194F">
        <w:rPr>
          <w:rFonts w:ascii="Arial" w:hAnsi="Arial" w:cs="Arial"/>
          <w:sz w:val="20"/>
          <w:szCs w:val="20"/>
          <w:lang w:eastAsia="fr-FR"/>
        </w:rPr>
        <w:t xml:space="preserve">, as </w:t>
      </w:r>
      <w:proofErr w:type="spellStart"/>
      <w:r w:rsidRPr="00BF194F">
        <w:rPr>
          <w:rFonts w:ascii="Arial" w:hAnsi="Arial" w:cs="Arial"/>
          <w:sz w:val="20"/>
          <w:szCs w:val="20"/>
          <w:lang w:eastAsia="fr-FR"/>
        </w:rPr>
        <w:t>they</w:t>
      </w:r>
      <w:proofErr w:type="spellEnd"/>
      <w:r w:rsidRPr="00BF194F">
        <w:rPr>
          <w:rFonts w:ascii="Arial" w:hAnsi="Arial" w:cs="Arial"/>
          <w:sz w:val="20"/>
          <w:szCs w:val="20"/>
          <w:lang w:eastAsia="fr-FR"/>
        </w:rPr>
        <w:t xml:space="preserve"> are compatible </w:t>
      </w:r>
      <w:proofErr w:type="spellStart"/>
      <w:r w:rsidRPr="00BF194F">
        <w:rPr>
          <w:rFonts w:ascii="Arial" w:hAnsi="Arial" w:cs="Arial"/>
          <w:sz w:val="20"/>
          <w:szCs w:val="20"/>
          <w:lang w:eastAsia="fr-FR"/>
        </w:rPr>
        <w:t>with</w:t>
      </w:r>
      <w:proofErr w:type="spellEnd"/>
      <w:r w:rsidRPr="00BF194F">
        <w:rPr>
          <w:rFonts w:ascii="Arial" w:hAnsi="Arial" w:cs="Arial"/>
          <w:sz w:val="20"/>
          <w:szCs w:val="20"/>
          <w:lang w:eastAsia="fr-FR"/>
        </w:rPr>
        <w:t xml:space="preserve"> the </w:t>
      </w:r>
      <w:proofErr w:type="spellStart"/>
      <w:r w:rsidRPr="00BF194F">
        <w:rPr>
          <w:rFonts w:ascii="Arial" w:hAnsi="Arial" w:cs="Arial"/>
          <w:sz w:val="20"/>
          <w:szCs w:val="20"/>
          <w:lang w:eastAsia="fr-FR"/>
        </w:rPr>
        <w:t>search</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logic</w:t>
      </w:r>
      <w:proofErr w:type="spellEnd"/>
      <w:r w:rsidRPr="00BF194F">
        <w:rPr>
          <w:rFonts w:ascii="Arial" w:hAnsi="Arial" w:cs="Arial"/>
          <w:sz w:val="20"/>
          <w:szCs w:val="20"/>
          <w:lang w:eastAsia="fr-FR"/>
        </w:rPr>
        <w:t xml:space="preserve"> on Science Direct, </w:t>
      </w:r>
      <w:proofErr w:type="spellStart"/>
      <w:r w:rsidRPr="00BF194F">
        <w:rPr>
          <w:rFonts w:ascii="Arial" w:hAnsi="Arial" w:cs="Arial"/>
          <w:sz w:val="20"/>
          <w:szCs w:val="20"/>
          <w:lang w:eastAsia="fr-FR"/>
        </w:rPr>
        <w:t>allowing</w:t>
      </w:r>
      <w:proofErr w:type="spellEnd"/>
      <w:r w:rsidRPr="00BF194F">
        <w:rPr>
          <w:rFonts w:ascii="Arial" w:hAnsi="Arial" w:cs="Arial"/>
          <w:sz w:val="20"/>
          <w:szCs w:val="20"/>
          <w:lang w:eastAsia="fr-FR"/>
        </w:rPr>
        <w:t xml:space="preserve"> the combination or exclusion of </w:t>
      </w:r>
      <w:proofErr w:type="spellStart"/>
      <w:r w:rsidRPr="00BF194F">
        <w:rPr>
          <w:rFonts w:ascii="Arial" w:hAnsi="Arial" w:cs="Arial"/>
          <w:sz w:val="20"/>
          <w:szCs w:val="20"/>
          <w:lang w:eastAsia="fr-FR"/>
        </w:rPr>
        <w:t>terms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However</w:t>
      </w:r>
      <w:proofErr w:type="spellEnd"/>
      <w:r w:rsidRPr="00BF194F">
        <w:rPr>
          <w:rFonts w:ascii="Arial" w:hAnsi="Arial" w:cs="Arial"/>
          <w:sz w:val="20"/>
          <w:szCs w:val="20"/>
          <w:lang w:eastAsia="fr-FR"/>
        </w:rPr>
        <w:t xml:space="preserve">, the </w:t>
      </w:r>
      <w:proofErr w:type="spellStart"/>
      <w:r w:rsidRPr="00BF194F">
        <w:rPr>
          <w:rFonts w:ascii="Arial" w:hAnsi="Arial" w:cs="Arial"/>
          <w:sz w:val="20"/>
          <w:szCs w:val="20"/>
          <w:lang w:eastAsia="fr-FR"/>
        </w:rPr>
        <w:t>search</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equation</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was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simplified</w:t>
      </w:r>
      <w:proofErr w:type="spellEnd"/>
      <w:r w:rsidRPr="00BF194F">
        <w:rPr>
          <w:rFonts w:ascii="Arial" w:hAnsi="Arial" w:cs="Arial"/>
          <w:sz w:val="20"/>
          <w:szCs w:val="20"/>
          <w:lang w:eastAsia="fr-FR"/>
        </w:rPr>
        <w:t xml:space="preserve"> to respect the maximum </w:t>
      </w:r>
      <w:proofErr w:type="spellStart"/>
      <w:r w:rsidRPr="00BF194F">
        <w:rPr>
          <w:rFonts w:ascii="Arial" w:hAnsi="Arial" w:cs="Arial"/>
          <w:sz w:val="20"/>
          <w:szCs w:val="20"/>
          <w:lang w:eastAsia="fr-FR"/>
        </w:rPr>
        <w:t>limit</w:t>
      </w:r>
      <w:proofErr w:type="spellEnd"/>
      <w:r w:rsidRPr="00BF194F">
        <w:rPr>
          <w:rFonts w:ascii="Arial" w:hAnsi="Arial" w:cs="Arial"/>
          <w:sz w:val="20"/>
          <w:szCs w:val="20"/>
          <w:lang w:eastAsia="fr-FR"/>
        </w:rPr>
        <w:t xml:space="preserve"> of 8 Boolean </w:t>
      </w:r>
      <w:proofErr w:type="spellStart"/>
      <w:r w:rsidRPr="00BF194F">
        <w:rPr>
          <w:rFonts w:ascii="Arial" w:hAnsi="Arial" w:cs="Arial"/>
          <w:sz w:val="20"/>
          <w:szCs w:val="20"/>
          <w:lang w:eastAsia="fr-FR"/>
        </w:rPr>
        <w:t>operators</w:t>
      </w:r>
      <w:proofErr w:type="spellEnd"/>
      <w:r w:rsidRPr="00BF194F">
        <w:rPr>
          <w:rFonts w:ascii="Arial" w:hAnsi="Arial" w:cs="Arial"/>
          <w:sz w:val="20"/>
          <w:szCs w:val="20"/>
          <w:lang w:eastAsia="fr-FR"/>
        </w:rPr>
        <w:t xml:space="preserve">, as set by the platform. Quotation marks are </w:t>
      </w:r>
      <w:proofErr w:type="spellStart"/>
      <w:r w:rsidRPr="00BF194F">
        <w:rPr>
          <w:rFonts w:ascii="Arial" w:hAnsi="Arial" w:cs="Arial"/>
          <w:sz w:val="20"/>
          <w:szCs w:val="20"/>
          <w:lang w:eastAsia="fr-FR"/>
        </w:rPr>
        <w:t>used</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around</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terms</w:t>
      </w:r>
      <w:proofErr w:type="spellEnd"/>
      <w:r w:rsidRPr="00BF194F">
        <w:rPr>
          <w:rFonts w:ascii="Arial" w:hAnsi="Arial" w:cs="Arial"/>
          <w:sz w:val="20"/>
          <w:szCs w:val="20"/>
          <w:lang w:eastAsia="fr-FR"/>
        </w:rPr>
        <w:t xml:space="preserve"> to </w:t>
      </w:r>
      <w:proofErr w:type="spellStart"/>
      <w:r w:rsidRPr="00BF194F">
        <w:rPr>
          <w:rFonts w:ascii="Arial" w:hAnsi="Arial" w:cs="Arial"/>
          <w:sz w:val="20"/>
          <w:szCs w:val="20"/>
          <w:lang w:eastAsia="fr-FR"/>
        </w:rPr>
        <w:t>search</w:t>
      </w:r>
      <w:proofErr w:type="spellEnd"/>
      <w:r w:rsidRPr="00BF194F">
        <w:rPr>
          <w:rFonts w:ascii="Arial" w:hAnsi="Arial" w:cs="Arial"/>
          <w:sz w:val="20"/>
          <w:szCs w:val="20"/>
          <w:lang w:eastAsia="fr-FR"/>
        </w:rPr>
        <w:t xml:space="preserve"> for exact phrases or </w:t>
      </w:r>
      <w:proofErr w:type="spellStart"/>
      <w:r w:rsidRPr="00BF194F">
        <w:rPr>
          <w:rFonts w:ascii="Arial" w:hAnsi="Arial" w:cs="Arial"/>
          <w:sz w:val="20"/>
          <w:szCs w:val="20"/>
          <w:lang w:eastAsia="fr-FR"/>
        </w:rPr>
        <w:t>specific</w:t>
      </w:r>
      <w:proofErr w:type="spellEnd"/>
      <w:r w:rsidRPr="00BF194F">
        <w:rPr>
          <w:rFonts w:ascii="Arial" w:hAnsi="Arial" w:cs="Arial"/>
          <w:sz w:val="20"/>
          <w:szCs w:val="20"/>
          <w:lang w:eastAsia="fr-FR"/>
        </w:rPr>
        <w:t xml:space="preserve"> expressions, </w:t>
      </w:r>
      <w:proofErr w:type="spellStart"/>
      <w:r w:rsidRPr="00BF194F">
        <w:rPr>
          <w:rFonts w:ascii="Arial" w:hAnsi="Arial" w:cs="Arial"/>
          <w:sz w:val="20"/>
          <w:szCs w:val="20"/>
          <w:lang w:eastAsia="fr-FR"/>
        </w:rPr>
        <w:t>ensuring</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that</w:t>
      </w:r>
      <w:proofErr w:type="spellEnd"/>
      <w:r w:rsidRPr="00BF194F">
        <w:rPr>
          <w:rFonts w:ascii="Arial" w:hAnsi="Arial" w:cs="Arial"/>
          <w:sz w:val="20"/>
          <w:szCs w:val="20"/>
          <w:lang w:eastAsia="fr-FR"/>
        </w:rPr>
        <w:t xml:space="preserve"> the </w:t>
      </w:r>
      <w:proofErr w:type="spellStart"/>
      <w:r w:rsidRPr="00BF194F">
        <w:rPr>
          <w:rFonts w:ascii="Arial" w:hAnsi="Arial" w:cs="Arial"/>
          <w:sz w:val="20"/>
          <w:szCs w:val="20"/>
          <w:lang w:eastAsia="fr-FR"/>
        </w:rPr>
        <w:t>results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accurately</w:t>
      </w:r>
      <w:proofErr w:type="spellEnd"/>
      <w:r w:rsidRPr="00BF194F">
        <w:rPr>
          <w:rFonts w:ascii="Arial" w:hAnsi="Arial" w:cs="Arial"/>
          <w:sz w:val="20"/>
          <w:szCs w:val="20"/>
          <w:lang w:eastAsia="fr-FR"/>
        </w:rPr>
        <w:t xml:space="preserve"> match the </w:t>
      </w:r>
      <w:proofErr w:type="spellStart"/>
      <w:r w:rsidRPr="00BF194F">
        <w:rPr>
          <w:rFonts w:ascii="Arial" w:hAnsi="Arial" w:cs="Arial"/>
          <w:sz w:val="20"/>
          <w:szCs w:val="20"/>
          <w:lang w:eastAsia="fr-FR"/>
        </w:rPr>
        <w:t>predefined</w:t>
      </w:r>
      <w:proofErr w:type="spellEnd"/>
      <w:r w:rsidRPr="00BF194F">
        <w:rPr>
          <w:rFonts w:ascii="Arial" w:hAnsi="Arial" w:cs="Arial"/>
          <w:sz w:val="20"/>
          <w:szCs w:val="20"/>
          <w:lang w:eastAsia="fr-FR"/>
        </w:rPr>
        <w:t xml:space="preserve"> concepts.</w:t>
      </w:r>
    </w:p>
    <w:p w14:paraId="10771FD4" w14:textId="77777777" w:rsidR="00BB0F51" w:rsidRPr="00BF194F" w:rsidRDefault="00BB0F51" w:rsidP="00BF194F">
      <w:pPr>
        <w:spacing w:line="360" w:lineRule="auto"/>
        <w:jc w:val="both"/>
        <w:rPr>
          <w:rFonts w:ascii="Arial" w:hAnsi="Arial" w:cs="Arial"/>
          <w:b/>
          <w:bCs/>
          <w:sz w:val="8"/>
          <w:szCs w:val="8"/>
        </w:rPr>
      </w:pPr>
    </w:p>
    <w:p w14:paraId="450CC861" w14:textId="0B91B10D" w:rsidR="00BB0F51" w:rsidRPr="00BF194F" w:rsidRDefault="004A6A30" w:rsidP="00BF194F">
      <w:pPr>
        <w:spacing w:line="360" w:lineRule="auto"/>
        <w:jc w:val="both"/>
        <w:rPr>
          <w:rFonts w:ascii="Arial" w:hAnsi="Arial" w:cs="Arial"/>
          <w:b/>
          <w:bCs/>
          <w:u w:val="single"/>
        </w:rPr>
      </w:pPr>
      <w:r w:rsidRPr="00BF194F">
        <w:rPr>
          <w:rFonts w:ascii="Arial" w:hAnsi="Arial" w:cs="Arial"/>
          <w:b/>
          <w:bCs/>
        </w:rPr>
        <w:t xml:space="preserve">Equation on Science </w:t>
      </w:r>
      <w:proofErr w:type="gramStart"/>
      <w:r w:rsidRPr="00BF194F">
        <w:rPr>
          <w:rFonts w:ascii="Arial" w:hAnsi="Arial" w:cs="Arial"/>
          <w:b/>
          <w:bCs/>
        </w:rPr>
        <w:t>Direct:</w:t>
      </w:r>
      <w:proofErr w:type="gramEnd"/>
    </w:p>
    <w:p w14:paraId="16700C34" w14:textId="77777777" w:rsidR="00BB0F51" w:rsidRPr="00BF194F" w:rsidRDefault="00BB0F51" w:rsidP="00BF194F">
      <w:pPr>
        <w:spacing w:line="360" w:lineRule="auto"/>
        <w:rPr>
          <w:rFonts w:ascii="Arial" w:hAnsi="Arial" w:cs="Arial"/>
          <w:sz w:val="2"/>
          <w:szCs w:val="2"/>
        </w:rPr>
      </w:pPr>
      <w:r w:rsidRPr="00BF194F">
        <w:rPr>
          <w:rFonts w:ascii="Arial" w:hAnsi="Arial" w:cs="Arial"/>
        </w:rPr>
        <w:t xml:space="preserve"> </w:t>
      </w:r>
    </w:p>
    <w:p w14:paraId="6B3AD247" w14:textId="77777777" w:rsidR="004A6A30" w:rsidRPr="00BF194F" w:rsidRDefault="004A6A30" w:rsidP="00BF194F">
      <w:pPr>
        <w:spacing w:line="360" w:lineRule="auto"/>
        <w:rPr>
          <w:rFonts w:ascii="Arial" w:hAnsi="Arial" w:cs="Arial"/>
          <w:sz w:val="20"/>
          <w:szCs w:val="20"/>
        </w:rPr>
      </w:pPr>
      <w:r w:rsidRPr="00BF194F">
        <w:rPr>
          <w:rFonts w:ascii="Arial" w:hAnsi="Arial" w:cs="Arial"/>
          <w:sz w:val="20"/>
          <w:szCs w:val="20"/>
        </w:rPr>
        <w:t xml:space="preserve">The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equation</w:t>
      </w:r>
      <w:proofErr w:type="spellEnd"/>
      <w:r w:rsidRPr="00BF194F">
        <w:rPr>
          <w:rFonts w:ascii="Arial" w:hAnsi="Arial" w:cs="Arial"/>
          <w:sz w:val="20"/>
          <w:szCs w:val="20"/>
        </w:rPr>
        <w:t xml:space="preserve"> </w:t>
      </w:r>
      <w:proofErr w:type="spellStart"/>
      <w:r w:rsidRPr="00BF194F">
        <w:rPr>
          <w:rFonts w:ascii="Arial" w:hAnsi="Arial" w:cs="Arial"/>
          <w:sz w:val="20"/>
          <w:szCs w:val="20"/>
        </w:rPr>
        <w:t>is</w:t>
      </w:r>
      <w:proofErr w:type="spellEnd"/>
      <w:r w:rsidRPr="00BF194F">
        <w:rPr>
          <w:rFonts w:ascii="Arial" w:hAnsi="Arial" w:cs="Arial"/>
          <w:sz w:val="20"/>
          <w:szCs w:val="20"/>
        </w:rPr>
        <w:t xml:space="preserve"> as </w:t>
      </w:r>
      <w:proofErr w:type="spellStart"/>
      <w:proofErr w:type="gramStart"/>
      <w:r w:rsidRPr="00BF194F">
        <w:rPr>
          <w:rFonts w:ascii="Arial" w:hAnsi="Arial" w:cs="Arial"/>
          <w:sz w:val="20"/>
          <w:szCs w:val="20"/>
        </w:rPr>
        <w:t>follows</w:t>
      </w:r>
      <w:proofErr w:type="spellEnd"/>
      <w:r w:rsidRPr="00BF194F">
        <w:rPr>
          <w:rFonts w:ascii="Arial" w:hAnsi="Arial" w:cs="Arial"/>
          <w:sz w:val="20"/>
          <w:szCs w:val="20"/>
        </w:rPr>
        <w:t>:</w:t>
      </w:r>
      <w:proofErr w:type="gramEnd"/>
    </w:p>
    <w:p w14:paraId="4A0737F0" w14:textId="77777777" w:rsidR="00BB0F51" w:rsidRDefault="00BB0F51" w:rsidP="00BF194F">
      <w:pPr>
        <w:pStyle w:val="NormalWeb"/>
        <w:spacing w:line="360" w:lineRule="auto"/>
        <w:jc w:val="both"/>
        <w:rPr>
          <w:rFonts w:ascii="Arial" w:hAnsi="Arial" w:cs="Arial"/>
          <w:b/>
          <w:bCs/>
          <w:i/>
          <w:iCs/>
          <w:color w:val="0070C0"/>
          <w:sz w:val="17"/>
          <w:szCs w:val="17"/>
        </w:rPr>
      </w:pPr>
      <w:r w:rsidRPr="00BF194F">
        <w:rPr>
          <w:rFonts w:ascii="Arial" w:hAnsi="Arial" w:cs="Arial"/>
          <w:b/>
          <w:bCs/>
          <w:i/>
          <w:iCs/>
          <w:color w:val="0070C0"/>
          <w:sz w:val="17"/>
          <w:szCs w:val="17"/>
        </w:rPr>
        <w:t>("</w:t>
      </w:r>
      <w:proofErr w:type="spellStart"/>
      <w:r w:rsidRPr="00BF194F">
        <w:rPr>
          <w:rFonts w:ascii="Arial" w:hAnsi="Arial" w:cs="Arial"/>
          <w:b/>
          <w:bCs/>
          <w:i/>
          <w:iCs/>
          <w:color w:val="0070C0"/>
          <w:sz w:val="17"/>
          <w:szCs w:val="17"/>
        </w:rPr>
        <w:t>Musculoskeletal</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Diseases</w:t>
      </w:r>
      <w:proofErr w:type="spellEnd"/>
      <w:r w:rsidRPr="00BF194F">
        <w:rPr>
          <w:rFonts w:ascii="Arial" w:hAnsi="Arial" w:cs="Arial"/>
          <w:b/>
          <w:bCs/>
          <w:i/>
          <w:iCs/>
          <w:color w:val="0070C0"/>
          <w:sz w:val="17"/>
          <w:szCs w:val="17"/>
        </w:rPr>
        <w:t>" OR "</w:t>
      </w:r>
      <w:proofErr w:type="spellStart"/>
      <w:r w:rsidRPr="00BF194F">
        <w:rPr>
          <w:rFonts w:ascii="Arial" w:hAnsi="Arial" w:cs="Arial"/>
          <w:b/>
          <w:bCs/>
          <w:i/>
          <w:iCs/>
          <w:color w:val="0070C0"/>
          <w:sz w:val="17"/>
          <w:szCs w:val="17"/>
        </w:rPr>
        <w:t>Musculoskeletal</w:t>
      </w:r>
      <w:proofErr w:type="spellEnd"/>
      <w:r w:rsidRPr="00BF194F">
        <w:rPr>
          <w:rFonts w:ascii="Arial" w:hAnsi="Arial" w:cs="Arial"/>
          <w:b/>
          <w:bCs/>
          <w:i/>
          <w:iCs/>
          <w:color w:val="0070C0"/>
          <w:sz w:val="17"/>
          <w:szCs w:val="17"/>
        </w:rPr>
        <w:t xml:space="preserve"> Pain" OR pathologies musculosquelettiques) AND ("Physical </w:t>
      </w:r>
      <w:proofErr w:type="spellStart"/>
      <w:r w:rsidRPr="00BF194F">
        <w:rPr>
          <w:rFonts w:ascii="Arial" w:hAnsi="Arial" w:cs="Arial"/>
          <w:b/>
          <w:bCs/>
          <w:i/>
          <w:iCs/>
          <w:color w:val="0070C0"/>
          <w:sz w:val="17"/>
          <w:szCs w:val="17"/>
        </w:rPr>
        <w:t>Therapy</w:t>
      </w:r>
      <w:proofErr w:type="spellEnd"/>
      <w:r w:rsidRPr="00BF194F">
        <w:rPr>
          <w:rFonts w:ascii="Arial" w:hAnsi="Arial" w:cs="Arial"/>
          <w:b/>
          <w:bCs/>
          <w:i/>
          <w:iCs/>
          <w:color w:val="0070C0"/>
          <w:sz w:val="17"/>
          <w:szCs w:val="17"/>
        </w:rPr>
        <w:t xml:space="preserve">" OR kinésithérapie OR Direct Access OR accès direct) AND ("General </w:t>
      </w:r>
      <w:proofErr w:type="spellStart"/>
      <w:r w:rsidRPr="00BF194F">
        <w:rPr>
          <w:rFonts w:ascii="Arial" w:hAnsi="Arial" w:cs="Arial"/>
          <w:b/>
          <w:bCs/>
          <w:i/>
          <w:iCs/>
          <w:color w:val="0070C0"/>
          <w:sz w:val="17"/>
          <w:szCs w:val="17"/>
        </w:rPr>
        <w:t>Practitioners</w:t>
      </w:r>
      <w:proofErr w:type="spellEnd"/>
      <w:r w:rsidRPr="00BF194F">
        <w:rPr>
          <w:rFonts w:ascii="Arial" w:hAnsi="Arial" w:cs="Arial"/>
          <w:b/>
          <w:bCs/>
          <w:i/>
          <w:iCs/>
          <w:color w:val="0070C0"/>
          <w:sz w:val="17"/>
          <w:szCs w:val="17"/>
        </w:rPr>
        <w:t>" OR "</w:t>
      </w:r>
      <w:proofErr w:type="spellStart"/>
      <w:r w:rsidRPr="00BF194F">
        <w:rPr>
          <w:rFonts w:ascii="Arial" w:hAnsi="Arial" w:cs="Arial"/>
          <w:b/>
          <w:bCs/>
          <w:i/>
          <w:iCs/>
          <w:color w:val="0070C0"/>
          <w:sz w:val="17"/>
          <w:szCs w:val="17"/>
        </w:rPr>
        <w:t>Primary</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Health</w:t>
      </w:r>
      <w:proofErr w:type="spellEnd"/>
      <w:r w:rsidRPr="00BF194F">
        <w:rPr>
          <w:rFonts w:ascii="Arial" w:hAnsi="Arial" w:cs="Arial"/>
          <w:b/>
          <w:bCs/>
          <w:i/>
          <w:iCs/>
          <w:color w:val="0070C0"/>
          <w:sz w:val="17"/>
          <w:szCs w:val="17"/>
        </w:rPr>
        <w:t xml:space="preserve"> Care")</w:t>
      </w:r>
    </w:p>
    <w:p w14:paraId="7E78C7E3" w14:textId="77777777" w:rsidR="00BF194F" w:rsidRPr="00BF194F" w:rsidRDefault="00BF194F" w:rsidP="00BF194F">
      <w:pPr>
        <w:pStyle w:val="NormalWeb"/>
        <w:spacing w:line="360" w:lineRule="auto"/>
        <w:jc w:val="both"/>
        <w:rPr>
          <w:rFonts w:ascii="Arial" w:hAnsi="Arial" w:cs="Arial"/>
          <w:b/>
          <w:bCs/>
          <w:i/>
          <w:iCs/>
          <w:color w:val="0070C0"/>
          <w:sz w:val="2"/>
          <w:szCs w:val="2"/>
        </w:rPr>
      </w:pPr>
    </w:p>
    <w:p w14:paraId="44CED21E" w14:textId="35D22C40" w:rsidR="00BB0F51" w:rsidRPr="00BF194F" w:rsidRDefault="004A6A30" w:rsidP="00BF194F">
      <w:pPr>
        <w:pStyle w:val="Titre3"/>
        <w:spacing w:line="360" w:lineRule="auto"/>
        <w:rPr>
          <w:rFonts w:cs="Arial"/>
        </w:rPr>
      </w:pPr>
      <w:proofErr w:type="spellStart"/>
      <w:r w:rsidRPr="00BF194F">
        <w:rPr>
          <w:rFonts w:cs="Arial"/>
        </w:rPr>
        <w:t>Search</w:t>
      </w:r>
      <w:proofErr w:type="spellEnd"/>
      <w:r w:rsidRPr="00BF194F">
        <w:rPr>
          <w:rFonts w:cs="Arial"/>
        </w:rPr>
        <w:t xml:space="preserve"> </w:t>
      </w:r>
      <w:proofErr w:type="spellStart"/>
      <w:r w:rsidRPr="00BF194F">
        <w:rPr>
          <w:rFonts w:cs="Arial"/>
        </w:rPr>
        <w:t>equation</w:t>
      </w:r>
      <w:proofErr w:type="spellEnd"/>
      <w:r w:rsidRPr="00BF194F">
        <w:rPr>
          <w:rFonts w:cs="Arial"/>
        </w:rPr>
        <w:t xml:space="preserve"> for the Cochrane Library </w:t>
      </w:r>
      <w:proofErr w:type="spellStart"/>
      <w:r w:rsidRPr="00BF194F">
        <w:rPr>
          <w:rFonts w:cs="Arial"/>
        </w:rPr>
        <w:t>database</w:t>
      </w:r>
      <w:proofErr w:type="spellEnd"/>
    </w:p>
    <w:p w14:paraId="4D5F9F84" w14:textId="77777777" w:rsidR="00BB0F51" w:rsidRPr="00BF194F" w:rsidRDefault="00BB0F51" w:rsidP="00BF194F">
      <w:pPr>
        <w:spacing w:line="360" w:lineRule="auto"/>
        <w:rPr>
          <w:rFonts w:ascii="Arial" w:hAnsi="Arial" w:cs="Arial"/>
          <w:sz w:val="2"/>
          <w:szCs w:val="2"/>
          <w:lang w:eastAsia="fr-FR"/>
        </w:rPr>
      </w:pPr>
    </w:p>
    <w:p w14:paraId="687763E4" w14:textId="77777777" w:rsidR="00BB0F51" w:rsidRPr="00BF194F" w:rsidRDefault="00BB0F51" w:rsidP="00BF194F">
      <w:pPr>
        <w:spacing w:line="360" w:lineRule="auto"/>
        <w:jc w:val="both"/>
        <w:rPr>
          <w:rFonts w:ascii="Arial" w:hAnsi="Arial" w:cs="Arial"/>
          <w:sz w:val="2"/>
          <w:szCs w:val="2"/>
          <w:lang w:eastAsia="fr-FR"/>
        </w:rPr>
      </w:pPr>
    </w:p>
    <w:p w14:paraId="0C32DD15" w14:textId="7D15C2DD" w:rsidR="004A6A30" w:rsidRPr="00BF194F" w:rsidRDefault="004A6A30" w:rsidP="00BF194F">
      <w:pPr>
        <w:spacing w:line="360" w:lineRule="auto"/>
        <w:jc w:val="both"/>
        <w:rPr>
          <w:rFonts w:ascii="Arial" w:hAnsi="Arial" w:cs="Arial"/>
          <w:sz w:val="20"/>
          <w:szCs w:val="20"/>
          <w:lang w:eastAsia="fr-FR"/>
        </w:rPr>
      </w:pPr>
      <w:r w:rsidRPr="00BF194F">
        <w:rPr>
          <w:rFonts w:ascii="Arial" w:hAnsi="Arial" w:cs="Arial"/>
          <w:sz w:val="20"/>
          <w:szCs w:val="20"/>
          <w:lang w:eastAsia="fr-FR"/>
        </w:rPr>
        <w:t xml:space="preserve">The </w:t>
      </w:r>
      <w:proofErr w:type="spellStart"/>
      <w:r w:rsidRPr="00BF194F">
        <w:rPr>
          <w:rFonts w:ascii="Arial" w:hAnsi="Arial" w:cs="Arial"/>
          <w:sz w:val="20"/>
          <w:szCs w:val="20"/>
          <w:lang w:eastAsia="fr-FR"/>
        </w:rPr>
        <w:t>search</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strategy</w:t>
      </w:r>
      <w:proofErr w:type="spellEnd"/>
      <w:r w:rsidRPr="00BF194F">
        <w:rPr>
          <w:rFonts w:ascii="Arial" w:hAnsi="Arial" w:cs="Arial"/>
          <w:sz w:val="20"/>
          <w:szCs w:val="20"/>
          <w:lang w:eastAsia="fr-FR"/>
        </w:rPr>
        <w:t xml:space="preserve"> for the Cochrane Library </w:t>
      </w:r>
      <w:proofErr w:type="spellStart"/>
      <w:r w:rsidRPr="00BF194F">
        <w:rPr>
          <w:rFonts w:ascii="Arial" w:hAnsi="Arial" w:cs="Arial"/>
          <w:sz w:val="20"/>
          <w:szCs w:val="20"/>
          <w:lang w:eastAsia="fr-FR"/>
        </w:rPr>
        <w:t>database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managed</w:t>
      </w:r>
      <w:proofErr w:type="spellEnd"/>
      <w:r w:rsidRPr="00BF194F">
        <w:rPr>
          <w:rFonts w:ascii="Arial" w:hAnsi="Arial" w:cs="Arial"/>
          <w:sz w:val="20"/>
          <w:szCs w:val="20"/>
          <w:lang w:eastAsia="fr-FR"/>
        </w:rPr>
        <w:t xml:space="preserve"> by Cochrane, an international non-profit </w:t>
      </w:r>
      <w:proofErr w:type="spellStart"/>
      <w:r w:rsidRPr="00BF194F">
        <w:rPr>
          <w:rFonts w:ascii="Arial" w:hAnsi="Arial" w:cs="Arial"/>
          <w:sz w:val="20"/>
          <w:szCs w:val="20"/>
          <w:lang w:eastAsia="fr-FR"/>
        </w:rPr>
        <w:t>organization</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dedicated</w:t>
      </w:r>
      <w:proofErr w:type="spellEnd"/>
      <w:r w:rsidRPr="00BF194F">
        <w:rPr>
          <w:rFonts w:ascii="Arial" w:hAnsi="Arial" w:cs="Arial"/>
          <w:sz w:val="20"/>
          <w:szCs w:val="20"/>
          <w:lang w:eastAsia="fr-FR"/>
        </w:rPr>
        <w:t xml:space="preserve"> to </w:t>
      </w:r>
      <w:proofErr w:type="spellStart"/>
      <w:r w:rsidRPr="00BF194F">
        <w:rPr>
          <w:rFonts w:ascii="Arial" w:hAnsi="Arial" w:cs="Arial"/>
          <w:sz w:val="20"/>
          <w:szCs w:val="20"/>
          <w:lang w:eastAsia="fr-FR"/>
        </w:rPr>
        <w:t>promoting</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evidence-based</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medicine</w:t>
      </w:r>
      <w:proofErr w:type="spellEnd"/>
      <w:r w:rsidRPr="00BF194F">
        <w:rPr>
          <w:rFonts w:ascii="Arial" w:hAnsi="Arial" w:cs="Arial"/>
          <w:sz w:val="20"/>
          <w:szCs w:val="20"/>
          <w:lang w:eastAsia="fr-FR"/>
        </w:rPr>
        <w:t xml:space="preserve"> - EBM) </w:t>
      </w:r>
      <w:proofErr w:type="spellStart"/>
      <w:r w:rsidRPr="00BF194F">
        <w:rPr>
          <w:rFonts w:ascii="Arial" w:hAnsi="Arial" w:cs="Arial"/>
          <w:sz w:val="20"/>
          <w:szCs w:val="20"/>
          <w:lang w:eastAsia="fr-FR"/>
        </w:rPr>
        <w:t>was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adapted</w:t>
      </w:r>
      <w:proofErr w:type="spellEnd"/>
      <w:r w:rsidRPr="00BF194F">
        <w:rPr>
          <w:rFonts w:ascii="Arial" w:hAnsi="Arial" w:cs="Arial"/>
          <w:sz w:val="20"/>
          <w:szCs w:val="20"/>
          <w:lang w:eastAsia="fr-FR"/>
        </w:rPr>
        <w:t xml:space="preserve"> to respect the </w:t>
      </w:r>
      <w:proofErr w:type="spellStart"/>
      <w:r w:rsidRPr="00BF194F">
        <w:rPr>
          <w:rFonts w:ascii="Arial" w:hAnsi="Arial" w:cs="Arial"/>
          <w:sz w:val="20"/>
          <w:szCs w:val="20"/>
          <w:lang w:eastAsia="fr-FR"/>
        </w:rPr>
        <w:t>specific</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features</w:t>
      </w:r>
      <w:proofErr w:type="spellEnd"/>
      <w:r w:rsidRPr="00BF194F">
        <w:rPr>
          <w:rFonts w:ascii="Arial" w:hAnsi="Arial" w:cs="Arial"/>
          <w:sz w:val="20"/>
          <w:szCs w:val="20"/>
          <w:lang w:eastAsia="fr-FR"/>
        </w:rPr>
        <w:t xml:space="preserve"> of </w:t>
      </w:r>
      <w:proofErr w:type="spellStart"/>
      <w:r w:rsidRPr="00BF194F">
        <w:rPr>
          <w:rFonts w:ascii="Arial" w:hAnsi="Arial" w:cs="Arial"/>
          <w:sz w:val="20"/>
          <w:szCs w:val="20"/>
          <w:lang w:eastAsia="fr-FR"/>
        </w:rPr>
        <w:t>this</w:t>
      </w:r>
      <w:proofErr w:type="spellEnd"/>
      <w:r w:rsidRPr="00BF194F">
        <w:rPr>
          <w:rFonts w:ascii="Arial" w:hAnsi="Arial" w:cs="Arial"/>
          <w:sz w:val="20"/>
          <w:szCs w:val="20"/>
          <w:lang w:eastAsia="fr-FR"/>
        </w:rPr>
        <w:t xml:space="preserve"> platform </w:t>
      </w:r>
      <w:proofErr w:type="spellStart"/>
      <w:r w:rsidRPr="00BF194F">
        <w:rPr>
          <w:rFonts w:ascii="Arial" w:hAnsi="Arial" w:cs="Arial"/>
          <w:sz w:val="20"/>
          <w:szCs w:val="20"/>
          <w:lang w:eastAsia="fr-FR"/>
        </w:rPr>
        <w:t>while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ensuring</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comprehensive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coverage</w:t>
      </w:r>
      <w:proofErr w:type="spellEnd"/>
      <w:r w:rsidRPr="00BF194F">
        <w:rPr>
          <w:rFonts w:ascii="Arial" w:hAnsi="Arial" w:cs="Arial"/>
          <w:sz w:val="20"/>
          <w:szCs w:val="20"/>
          <w:lang w:eastAsia="fr-FR"/>
        </w:rPr>
        <w:t xml:space="preserve"> of the key concepts of the </w:t>
      </w:r>
      <w:proofErr w:type="spellStart"/>
      <w:r w:rsidRPr="00BF194F">
        <w:rPr>
          <w:rFonts w:ascii="Arial" w:hAnsi="Arial" w:cs="Arial"/>
          <w:sz w:val="20"/>
          <w:szCs w:val="20"/>
          <w:lang w:eastAsia="fr-FR"/>
        </w:rPr>
        <w:t>thesis</w:t>
      </w:r>
      <w:proofErr w:type="spellEnd"/>
      <w:r w:rsidRPr="00BF194F">
        <w:rPr>
          <w:rFonts w:ascii="Arial" w:hAnsi="Arial" w:cs="Arial"/>
          <w:sz w:val="20"/>
          <w:szCs w:val="20"/>
          <w:lang w:eastAsia="fr-FR"/>
        </w:rPr>
        <w:t xml:space="preserve">. English MeSH </w:t>
      </w:r>
      <w:proofErr w:type="spellStart"/>
      <w:r w:rsidRPr="00BF194F">
        <w:rPr>
          <w:rFonts w:ascii="Arial" w:hAnsi="Arial" w:cs="Arial"/>
          <w:sz w:val="20"/>
          <w:szCs w:val="20"/>
          <w:lang w:eastAsia="fr-FR"/>
        </w:rPr>
        <w:t>terms</w:t>
      </w:r>
      <w:proofErr w:type="spellEnd"/>
      <w:r w:rsidRPr="00BF194F">
        <w:rPr>
          <w:rFonts w:ascii="Arial" w:hAnsi="Arial" w:cs="Arial"/>
          <w:sz w:val="20"/>
          <w:szCs w:val="20"/>
          <w:lang w:eastAsia="fr-FR"/>
        </w:rPr>
        <w:t xml:space="preserve">, essential for </w:t>
      </w:r>
      <w:proofErr w:type="spellStart"/>
      <w:r w:rsidRPr="00BF194F">
        <w:rPr>
          <w:rFonts w:ascii="Arial" w:hAnsi="Arial" w:cs="Arial"/>
          <w:sz w:val="20"/>
          <w:szCs w:val="20"/>
          <w:lang w:eastAsia="fr-FR"/>
        </w:rPr>
        <w:t>indexing</w:t>
      </w:r>
      <w:proofErr w:type="spellEnd"/>
      <w:r w:rsidRPr="00BF194F">
        <w:rPr>
          <w:rFonts w:ascii="Arial" w:hAnsi="Arial" w:cs="Arial"/>
          <w:sz w:val="20"/>
          <w:szCs w:val="20"/>
          <w:lang w:eastAsia="fr-FR"/>
        </w:rPr>
        <w:t xml:space="preserve"> articles in </w:t>
      </w:r>
      <w:proofErr w:type="spellStart"/>
      <w:r w:rsidRPr="00BF194F">
        <w:rPr>
          <w:rFonts w:ascii="Arial" w:hAnsi="Arial" w:cs="Arial"/>
          <w:sz w:val="20"/>
          <w:szCs w:val="20"/>
          <w:lang w:eastAsia="fr-FR"/>
        </w:rPr>
        <w:t>this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database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were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retained</w:t>
      </w:r>
      <w:proofErr w:type="spellEnd"/>
      <w:r w:rsidRPr="00BF194F">
        <w:rPr>
          <w:rFonts w:ascii="Arial" w:hAnsi="Arial" w:cs="Arial"/>
          <w:sz w:val="20"/>
          <w:szCs w:val="20"/>
          <w:lang w:eastAsia="fr-FR"/>
        </w:rPr>
        <w:t xml:space="preserve"> in </w:t>
      </w:r>
      <w:proofErr w:type="spellStart"/>
      <w:r w:rsidRPr="00BF194F">
        <w:rPr>
          <w:rFonts w:ascii="Arial" w:hAnsi="Arial" w:cs="Arial"/>
          <w:sz w:val="20"/>
          <w:szCs w:val="20"/>
          <w:lang w:eastAsia="fr-FR"/>
        </w:rPr>
        <w:t>their</w:t>
      </w:r>
      <w:proofErr w:type="spellEnd"/>
      <w:r w:rsidRPr="00BF194F">
        <w:rPr>
          <w:rFonts w:ascii="Arial" w:hAnsi="Arial" w:cs="Arial"/>
          <w:sz w:val="20"/>
          <w:szCs w:val="20"/>
          <w:lang w:eastAsia="fr-FR"/>
        </w:rPr>
        <w:t xml:space="preserve"> original </w:t>
      </w:r>
      <w:proofErr w:type="spellStart"/>
      <w:r w:rsidRPr="00BF194F">
        <w:rPr>
          <w:rFonts w:ascii="Arial" w:hAnsi="Arial" w:cs="Arial"/>
          <w:sz w:val="20"/>
          <w:szCs w:val="20"/>
          <w:lang w:eastAsia="fr-FR"/>
        </w:rPr>
        <w:t>form</w:t>
      </w:r>
      <w:proofErr w:type="spellEnd"/>
      <w:r w:rsidRPr="00BF194F">
        <w:rPr>
          <w:rFonts w:ascii="Arial" w:hAnsi="Arial" w:cs="Arial"/>
          <w:sz w:val="20"/>
          <w:szCs w:val="20"/>
          <w:lang w:eastAsia="fr-FR"/>
        </w:rPr>
        <w:t xml:space="preserve">. Non-MeSH French </w:t>
      </w:r>
      <w:proofErr w:type="spellStart"/>
      <w:r w:rsidRPr="00BF194F">
        <w:rPr>
          <w:rFonts w:ascii="Arial" w:hAnsi="Arial" w:cs="Arial"/>
          <w:sz w:val="20"/>
          <w:szCs w:val="20"/>
          <w:lang w:eastAsia="fr-FR"/>
        </w:rPr>
        <w:t>terms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were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added</w:t>
      </w:r>
      <w:proofErr w:type="spellEnd"/>
      <w:r w:rsidRPr="00BF194F">
        <w:rPr>
          <w:rFonts w:ascii="Arial" w:hAnsi="Arial" w:cs="Arial"/>
          <w:sz w:val="20"/>
          <w:szCs w:val="20"/>
          <w:lang w:eastAsia="fr-FR"/>
        </w:rPr>
        <w:t xml:space="preserve"> to </w:t>
      </w:r>
      <w:proofErr w:type="spellStart"/>
      <w:r w:rsidRPr="00BF194F">
        <w:rPr>
          <w:rFonts w:ascii="Arial" w:hAnsi="Arial" w:cs="Arial"/>
          <w:sz w:val="20"/>
          <w:szCs w:val="20"/>
          <w:lang w:eastAsia="fr-FR"/>
        </w:rPr>
        <w:t>include</w:t>
      </w:r>
      <w:proofErr w:type="spellEnd"/>
      <w:r w:rsidRPr="00BF194F">
        <w:rPr>
          <w:rFonts w:ascii="Arial" w:hAnsi="Arial" w:cs="Arial"/>
          <w:sz w:val="20"/>
          <w:szCs w:val="20"/>
          <w:lang w:eastAsia="fr-FR"/>
        </w:rPr>
        <w:t xml:space="preserve"> relevant articles </w:t>
      </w:r>
      <w:proofErr w:type="spellStart"/>
      <w:r w:rsidRPr="00BF194F">
        <w:rPr>
          <w:rFonts w:ascii="Arial" w:hAnsi="Arial" w:cs="Arial"/>
          <w:sz w:val="20"/>
          <w:szCs w:val="20"/>
          <w:lang w:eastAsia="fr-FR"/>
        </w:rPr>
        <w:t>that</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might</w:t>
      </w:r>
      <w:proofErr w:type="spellEnd"/>
      <w:r w:rsidRPr="00BF194F">
        <w:rPr>
          <w:rFonts w:ascii="Arial" w:hAnsi="Arial" w:cs="Arial"/>
          <w:sz w:val="20"/>
          <w:szCs w:val="20"/>
          <w:lang w:eastAsia="fr-FR"/>
        </w:rPr>
        <w:t xml:space="preserve"> use </w:t>
      </w:r>
      <w:proofErr w:type="spellStart"/>
      <w:r w:rsidRPr="00BF194F">
        <w:rPr>
          <w:rFonts w:ascii="Arial" w:hAnsi="Arial" w:cs="Arial"/>
          <w:sz w:val="20"/>
          <w:szCs w:val="20"/>
          <w:lang w:eastAsia="fr-FR"/>
        </w:rPr>
        <w:t>different</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terminology</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although</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they</w:t>
      </w:r>
      <w:proofErr w:type="spellEnd"/>
      <w:r w:rsidRPr="00BF194F">
        <w:rPr>
          <w:rFonts w:ascii="Arial" w:hAnsi="Arial" w:cs="Arial"/>
          <w:sz w:val="20"/>
          <w:szCs w:val="20"/>
          <w:lang w:eastAsia="fr-FR"/>
        </w:rPr>
        <w:t xml:space="preserve"> are not </w:t>
      </w:r>
      <w:proofErr w:type="spellStart"/>
      <w:r w:rsidRPr="00BF194F">
        <w:rPr>
          <w:rFonts w:ascii="Arial" w:hAnsi="Arial" w:cs="Arial"/>
          <w:sz w:val="20"/>
          <w:szCs w:val="20"/>
          <w:lang w:eastAsia="fr-FR"/>
        </w:rPr>
        <w:t>prioritized</w:t>
      </w:r>
      <w:proofErr w:type="spellEnd"/>
      <w:r w:rsidRPr="00BF194F">
        <w:rPr>
          <w:rFonts w:ascii="Arial" w:hAnsi="Arial" w:cs="Arial"/>
          <w:sz w:val="20"/>
          <w:szCs w:val="20"/>
          <w:lang w:eastAsia="fr-FR"/>
        </w:rPr>
        <w:t xml:space="preserve"> in MeSH </w:t>
      </w:r>
      <w:proofErr w:type="spellStart"/>
      <w:r w:rsidRPr="00BF194F">
        <w:rPr>
          <w:rFonts w:ascii="Arial" w:hAnsi="Arial" w:cs="Arial"/>
          <w:sz w:val="20"/>
          <w:szCs w:val="20"/>
          <w:lang w:eastAsia="fr-FR"/>
        </w:rPr>
        <w:t>indexing</w:t>
      </w:r>
      <w:proofErr w:type="spellEnd"/>
      <w:r w:rsidRPr="00BF194F">
        <w:rPr>
          <w:rFonts w:ascii="Arial" w:hAnsi="Arial" w:cs="Arial"/>
          <w:sz w:val="20"/>
          <w:szCs w:val="20"/>
          <w:lang w:eastAsia="fr-FR"/>
        </w:rPr>
        <w:t xml:space="preserve">. French MeSH </w:t>
      </w:r>
      <w:proofErr w:type="spellStart"/>
      <w:r w:rsidRPr="00BF194F">
        <w:rPr>
          <w:rFonts w:ascii="Arial" w:hAnsi="Arial" w:cs="Arial"/>
          <w:sz w:val="20"/>
          <w:szCs w:val="20"/>
          <w:lang w:eastAsia="fr-FR"/>
        </w:rPr>
        <w:t>terms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were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systematically</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translated</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into</w:t>
      </w:r>
      <w:proofErr w:type="spellEnd"/>
      <w:r w:rsidRPr="00BF194F">
        <w:rPr>
          <w:rFonts w:ascii="Arial" w:hAnsi="Arial" w:cs="Arial"/>
          <w:sz w:val="20"/>
          <w:szCs w:val="20"/>
          <w:lang w:eastAsia="fr-FR"/>
        </w:rPr>
        <w:t xml:space="preserve"> English </w:t>
      </w:r>
      <w:proofErr w:type="spellStart"/>
      <w:r w:rsidRPr="00BF194F">
        <w:rPr>
          <w:rFonts w:ascii="Arial" w:hAnsi="Arial" w:cs="Arial"/>
          <w:sz w:val="20"/>
          <w:szCs w:val="20"/>
          <w:lang w:eastAsia="fr-FR"/>
        </w:rPr>
        <w:t>using</w:t>
      </w:r>
      <w:proofErr w:type="spellEnd"/>
      <w:r w:rsidRPr="00BF194F">
        <w:rPr>
          <w:rFonts w:ascii="Arial" w:hAnsi="Arial" w:cs="Arial"/>
          <w:sz w:val="20"/>
          <w:szCs w:val="20"/>
          <w:lang w:eastAsia="fr-FR"/>
        </w:rPr>
        <w:t xml:space="preserve"> official MeSH </w:t>
      </w:r>
      <w:proofErr w:type="spellStart"/>
      <w:r w:rsidRPr="00BF194F">
        <w:rPr>
          <w:rFonts w:ascii="Arial" w:hAnsi="Arial" w:cs="Arial"/>
          <w:sz w:val="20"/>
          <w:szCs w:val="20"/>
          <w:lang w:eastAsia="fr-FR"/>
        </w:rPr>
        <w:t>equivalents</w:t>
      </w:r>
      <w:proofErr w:type="spellEnd"/>
      <w:r w:rsidRPr="00BF194F">
        <w:rPr>
          <w:rFonts w:ascii="Arial" w:hAnsi="Arial" w:cs="Arial"/>
          <w:sz w:val="20"/>
          <w:szCs w:val="20"/>
          <w:lang w:eastAsia="fr-FR"/>
        </w:rPr>
        <w:t xml:space="preserve"> to </w:t>
      </w:r>
      <w:proofErr w:type="spellStart"/>
      <w:r w:rsidRPr="00BF194F">
        <w:rPr>
          <w:rFonts w:ascii="Arial" w:hAnsi="Arial" w:cs="Arial"/>
          <w:sz w:val="20"/>
          <w:szCs w:val="20"/>
          <w:lang w:eastAsia="fr-FR"/>
        </w:rPr>
        <w:t>ensure</w:t>
      </w:r>
      <w:proofErr w:type="spellEnd"/>
      <w:r w:rsidRPr="00BF194F">
        <w:rPr>
          <w:rFonts w:ascii="Arial" w:hAnsi="Arial" w:cs="Arial"/>
          <w:sz w:val="20"/>
          <w:szCs w:val="20"/>
          <w:lang w:eastAsia="fr-FR"/>
        </w:rPr>
        <w:t xml:space="preserve"> compatibility </w:t>
      </w:r>
      <w:proofErr w:type="spellStart"/>
      <w:r w:rsidRPr="00BF194F">
        <w:rPr>
          <w:rFonts w:ascii="Arial" w:hAnsi="Arial" w:cs="Arial"/>
          <w:sz w:val="20"/>
          <w:szCs w:val="20"/>
          <w:lang w:eastAsia="fr-FR"/>
        </w:rPr>
        <w:t>with</w:t>
      </w:r>
      <w:proofErr w:type="spellEnd"/>
      <w:r w:rsidRPr="00BF194F">
        <w:rPr>
          <w:rFonts w:ascii="Arial" w:hAnsi="Arial" w:cs="Arial"/>
          <w:sz w:val="20"/>
          <w:szCs w:val="20"/>
          <w:lang w:eastAsia="fr-FR"/>
        </w:rPr>
        <w:t xml:space="preserve"> the Cochrane Library, </w:t>
      </w:r>
      <w:proofErr w:type="spellStart"/>
      <w:r w:rsidRPr="00BF194F">
        <w:rPr>
          <w:rFonts w:ascii="Arial" w:hAnsi="Arial" w:cs="Arial"/>
          <w:sz w:val="20"/>
          <w:szCs w:val="20"/>
          <w:lang w:eastAsia="fr-FR"/>
        </w:rPr>
        <w:t>which</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primarily</w:t>
      </w:r>
      <w:proofErr w:type="spellEnd"/>
      <w:r w:rsidRPr="00BF194F">
        <w:rPr>
          <w:rFonts w:ascii="Arial" w:hAnsi="Arial" w:cs="Arial"/>
          <w:sz w:val="20"/>
          <w:szCs w:val="20"/>
          <w:lang w:eastAsia="fr-FR"/>
        </w:rPr>
        <w:t xml:space="preserve"> indexes in English.</w:t>
      </w:r>
    </w:p>
    <w:p w14:paraId="16581C1D" w14:textId="77777777" w:rsidR="004A6A30" w:rsidRPr="00BF194F" w:rsidRDefault="004A6A30" w:rsidP="00BF194F">
      <w:pPr>
        <w:spacing w:line="360" w:lineRule="auto"/>
        <w:jc w:val="both"/>
        <w:rPr>
          <w:rFonts w:ascii="Arial" w:hAnsi="Arial" w:cs="Arial"/>
          <w:sz w:val="20"/>
          <w:szCs w:val="20"/>
          <w:lang w:eastAsia="fr-FR"/>
        </w:rPr>
      </w:pPr>
      <w:r w:rsidRPr="00BF194F">
        <w:rPr>
          <w:rFonts w:ascii="Arial" w:hAnsi="Arial" w:cs="Arial"/>
          <w:sz w:val="20"/>
          <w:szCs w:val="20"/>
          <w:lang w:eastAsia="fr-FR"/>
        </w:rPr>
        <w:lastRenderedPageBreak/>
        <w:t xml:space="preserve">The Boolean </w:t>
      </w:r>
      <w:proofErr w:type="spellStart"/>
      <w:r w:rsidRPr="00BF194F">
        <w:rPr>
          <w:rFonts w:ascii="Arial" w:hAnsi="Arial" w:cs="Arial"/>
          <w:sz w:val="20"/>
          <w:szCs w:val="20"/>
          <w:lang w:eastAsia="fr-FR"/>
        </w:rPr>
        <w:t>operators</w:t>
      </w:r>
      <w:proofErr w:type="spellEnd"/>
      <w:r w:rsidRPr="00BF194F">
        <w:rPr>
          <w:rFonts w:ascii="Arial" w:hAnsi="Arial" w:cs="Arial"/>
          <w:sz w:val="20"/>
          <w:szCs w:val="20"/>
          <w:lang w:eastAsia="fr-FR"/>
        </w:rPr>
        <w:t xml:space="preserve"> "AND" and "OR" </w:t>
      </w:r>
      <w:proofErr w:type="spellStart"/>
      <w:r w:rsidRPr="00BF194F">
        <w:rPr>
          <w:rFonts w:ascii="Arial" w:hAnsi="Arial" w:cs="Arial"/>
          <w:sz w:val="20"/>
          <w:szCs w:val="20"/>
          <w:lang w:eastAsia="fr-FR"/>
        </w:rPr>
        <w:t>were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maintained</w:t>
      </w:r>
      <w:proofErr w:type="spellEnd"/>
      <w:r w:rsidRPr="00BF194F">
        <w:rPr>
          <w:rFonts w:ascii="Arial" w:hAnsi="Arial" w:cs="Arial"/>
          <w:sz w:val="20"/>
          <w:szCs w:val="20"/>
          <w:lang w:eastAsia="fr-FR"/>
        </w:rPr>
        <w:t xml:space="preserve"> to structure the </w:t>
      </w:r>
      <w:proofErr w:type="spellStart"/>
      <w:r w:rsidRPr="00BF194F">
        <w:rPr>
          <w:rFonts w:ascii="Arial" w:hAnsi="Arial" w:cs="Arial"/>
          <w:sz w:val="20"/>
          <w:szCs w:val="20"/>
          <w:lang w:eastAsia="fr-FR"/>
        </w:rPr>
        <w:t>search</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according</w:t>
      </w:r>
      <w:proofErr w:type="spellEnd"/>
      <w:r w:rsidRPr="00BF194F">
        <w:rPr>
          <w:rFonts w:ascii="Arial" w:hAnsi="Arial" w:cs="Arial"/>
          <w:sz w:val="20"/>
          <w:szCs w:val="20"/>
          <w:lang w:eastAsia="fr-FR"/>
        </w:rPr>
        <w:t xml:space="preserve"> to the Boolean </w:t>
      </w:r>
      <w:proofErr w:type="spellStart"/>
      <w:r w:rsidRPr="00BF194F">
        <w:rPr>
          <w:rFonts w:ascii="Arial" w:hAnsi="Arial" w:cs="Arial"/>
          <w:sz w:val="20"/>
          <w:szCs w:val="20"/>
          <w:lang w:eastAsia="fr-FR"/>
        </w:rPr>
        <w:t>logic</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accepted</w:t>
      </w:r>
      <w:proofErr w:type="spellEnd"/>
      <w:r w:rsidRPr="00BF194F">
        <w:rPr>
          <w:rFonts w:ascii="Arial" w:hAnsi="Arial" w:cs="Arial"/>
          <w:sz w:val="20"/>
          <w:szCs w:val="20"/>
          <w:lang w:eastAsia="fr-FR"/>
        </w:rPr>
        <w:t xml:space="preserve"> by the Cochrane Library. English MeSH </w:t>
      </w:r>
      <w:proofErr w:type="spellStart"/>
      <w:r w:rsidRPr="00BF194F">
        <w:rPr>
          <w:rFonts w:ascii="Arial" w:hAnsi="Arial" w:cs="Arial"/>
          <w:sz w:val="20"/>
          <w:szCs w:val="20"/>
          <w:lang w:eastAsia="fr-FR"/>
        </w:rPr>
        <w:t>terms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were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placed</w:t>
      </w:r>
      <w:proofErr w:type="spellEnd"/>
      <w:r w:rsidRPr="00BF194F">
        <w:rPr>
          <w:rFonts w:ascii="Arial" w:hAnsi="Arial" w:cs="Arial"/>
          <w:sz w:val="20"/>
          <w:szCs w:val="20"/>
          <w:lang w:eastAsia="fr-FR"/>
        </w:rPr>
        <w:t xml:space="preserve"> in </w:t>
      </w:r>
      <w:proofErr w:type="spellStart"/>
      <w:r w:rsidRPr="00BF194F">
        <w:rPr>
          <w:rFonts w:ascii="Arial" w:hAnsi="Arial" w:cs="Arial"/>
          <w:sz w:val="20"/>
          <w:szCs w:val="20"/>
          <w:lang w:eastAsia="fr-FR"/>
        </w:rPr>
        <w:t>quotation</w:t>
      </w:r>
      <w:proofErr w:type="spellEnd"/>
      <w:r w:rsidRPr="00BF194F">
        <w:rPr>
          <w:rFonts w:ascii="Arial" w:hAnsi="Arial" w:cs="Arial"/>
          <w:sz w:val="20"/>
          <w:szCs w:val="20"/>
          <w:lang w:eastAsia="fr-FR"/>
        </w:rPr>
        <w:t xml:space="preserve"> marks to </w:t>
      </w:r>
      <w:proofErr w:type="spellStart"/>
      <w:r w:rsidRPr="00BF194F">
        <w:rPr>
          <w:rFonts w:ascii="Arial" w:hAnsi="Arial" w:cs="Arial"/>
          <w:sz w:val="20"/>
          <w:szCs w:val="20"/>
          <w:lang w:eastAsia="fr-FR"/>
        </w:rPr>
        <w:t>ensure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precise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searches</w:t>
      </w:r>
      <w:proofErr w:type="spellEnd"/>
      <w:r w:rsidRPr="00BF194F">
        <w:rPr>
          <w:rFonts w:ascii="Arial" w:hAnsi="Arial" w:cs="Arial"/>
          <w:sz w:val="20"/>
          <w:szCs w:val="20"/>
          <w:lang w:eastAsia="fr-FR"/>
        </w:rPr>
        <w:t xml:space="preserve"> for exact expressions </w:t>
      </w:r>
      <w:proofErr w:type="spellStart"/>
      <w:r w:rsidRPr="00BF194F">
        <w:rPr>
          <w:rFonts w:ascii="Arial" w:hAnsi="Arial" w:cs="Arial"/>
          <w:sz w:val="20"/>
          <w:szCs w:val="20"/>
          <w:lang w:eastAsia="fr-FR"/>
        </w:rPr>
        <w:t>recognized</w:t>
      </w:r>
      <w:proofErr w:type="spellEnd"/>
      <w:r w:rsidRPr="00BF194F">
        <w:rPr>
          <w:rFonts w:ascii="Arial" w:hAnsi="Arial" w:cs="Arial"/>
          <w:sz w:val="20"/>
          <w:szCs w:val="20"/>
          <w:lang w:eastAsia="fr-FR"/>
        </w:rPr>
        <w:t xml:space="preserve"> by the </w:t>
      </w:r>
      <w:proofErr w:type="spellStart"/>
      <w:r w:rsidRPr="00BF194F">
        <w:rPr>
          <w:rFonts w:ascii="Arial" w:hAnsi="Arial" w:cs="Arial"/>
          <w:sz w:val="20"/>
          <w:szCs w:val="20"/>
          <w:lang w:eastAsia="fr-FR"/>
        </w:rPr>
        <w:t>database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Similarly</w:t>
      </w:r>
      <w:proofErr w:type="spellEnd"/>
      <w:r w:rsidRPr="00BF194F">
        <w:rPr>
          <w:rFonts w:ascii="Arial" w:hAnsi="Arial" w:cs="Arial"/>
          <w:sz w:val="20"/>
          <w:szCs w:val="20"/>
          <w:lang w:eastAsia="fr-FR"/>
        </w:rPr>
        <w:t xml:space="preserve">, non-MeSH French </w:t>
      </w:r>
      <w:proofErr w:type="spellStart"/>
      <w:r w:rsidRPr="00BF194F">
        <w:rPr>
          <w:rFonts w:ascii="Arial" w:hAnsi="Arial" w:cs="Arial"/>
          <w:sz w:val="20"/>
          <w:szCs w:val="20"/>
          <w:lang w:eastAsia="fr-FR"/>
        </w:rPr>
        <w:t>terms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were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also</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placed</w:t>
      </w:r>
      <w:proofErr w:type="spellEnd"/>
      <w:r w:rsidRPr="00BF194F">
        <w:rPr>
          <w:rFonts w:ascii="Arial" w:hAnsi="Arial" w:cs="Arial"/>
          <w:sz w:val="20"/>
          <w:szCs w:val="20"/>
          <w:lang w:eastAsia="fr-FR"/>
        </w:rPr>
        <w:t xml:space="preserve"> in </w:t>
      </w:r>
      <w:proofErr w:type="spellStart"/>
      <w:r w:rsidRPr="00BF194F">
        <w:rPr>
          <w:rFonts w:ascii="Arial" w:hAnsi="Arial" w:cs="Arial"/>
          <w:sz w:val="20"/>
          <w:szCs w:val="20"/>
          <w:lang w:eastAsia="fr-FR"/>
        </w:rPr>
        <w:t>quotation</w:t>
      </w:r>
      <w:proofErr w:type="spellEnd"/>
      <w:r w:rsidRPr="00BF194F">
        <w:rPr>
          <w:rFonts w:ascii="Arial" w:hAnsi="Arial" w:cs="Arial"/>
          <w:sz w:val="20"/>
          <w:szCs w:val="20"/>
          <w:lang w:eastAsia="fr-FR"/>
        </w:rPr>
        <w:t xml:space="preserve"> marks to </w:t>
      </w:r>
      <w:proofErr w:type="spellStart"/>
      <w:r w:rsidRPr="00BF194F">
        <w:rPr>
          <w:rFonts w:ascii="Arial" w:hAnsi="Arial" w:cs="Arial"/>
          <w:sz w:val="20"/>
          <w:szCs w:val="20"/>
          <w:lang w:eastAsia="fr-FR"/>
        </w:rPr>
        <w:t>search</w:t>
      </w:r>
      <w:proofErr w:type="spellEnd"/>
      <w:r w:rsidRPr="00BF194F">
        <w:rPr>
          <w:rFonts w:ascii="Arial" w:hAnsi="Arial" w:cs="Arial"/>
          <w:sz w:val="20"/>
          <w:szCs w:val="20"/>
          <w:lang w:eastAsia="fr-FR"/>
        </w:rPr>
        <w:t xml:space="preserve"> for exact phrases </w:t>
      </w:r>
      <w:proofErr w:type="spellStart"/>
      <w:r w:rsidRPr="00BF194F">
        <w:rPr>
          <w:rFonts w:ascii="Arial" w:hAnsi="Arial" w:cs="Arial"/>
          <w:sz w:val="20"/>
          <w:szCs w:val="20"/>
          <w:lang w:eastAsia="fr-FR"/>
        </w:rPr>
        <w:t>corresponding</w:t>
      </w:r>
      <w:proofErr w:type="spellEnd"/>
      <w:r w:rsidRPr="00BF194F">
        <w:rPr>
          <w:rFonts w:ascii="Arial" w:hAnsi="Arial" w:cs="Arial"/>
          <w:sz w:val="20"/>
          <w:szCs w:val="20"/>
          <w:lang w:eastAsia="fr-FR"/>
        </w:rPr>
        <w:t xml:space="preserve"> to </w:t>
      </w:r>
      <w:proofErr w:type="spellStart"/>
      <w:r w:rsidRPr="00BF194F">
        <w:rPr>
          <w:rFonts w:ascii="Arial" w:hAnsi="Arial" w:cs="Arial"/>
          <w:sz w:val="20"/>
          <w:szCs w:val="20"/>
          <w:lang w:eastAsia="fr-FR"/>
        </w:rPr>
        <w:t>these</w:t>
      </w:r>
      <w:proofErr w:type="spellEnd"/>
      <w:r w:rsidRPr="00BF194F">
        <w:rPr>
          <w:rFonts w:ascii="Arial" w:hAnsi="Arial" w:cs="Arial"/>
          <w:sz w:val="20"/>
          <w:szCs w:val="20"/>
          <w:lang w:eastAsia="fr-FR"/>
        </w:rPr>
        <w:t xml:space="preserve"> concepts. The use of </w:t>
      </w:r>
      <w:proofErr w:type="spellStart"/>
      <w:r w:rsidRPr="00BF194F">
        <w:rPr>
          <w:rFonts w:ascii="Arial" w:hAnsi="Arial" w:cs="Arial"/>
          <w:sz w:val="20"/>
          <w:szCs w:val="20"/>
          <w:lang w:eastAsia="fr-FR"/>
        </w:rPr>
        <w:t>truncation</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with</w:t>
      </w:r>
      <w:proofErr w:type="spellEnd"/>
      <w:r w:rsidRPr="00BF194F">
        <w:rPr>
          <w:rFonts w:ascii="Arial" w:hAnsi="Arial" w:cs="Arial"/>
          <w:sz w:val="20"/>
          <w:szCs w:val="20"/>
          <w:lang w:eastAsia="fr-FR"/>
        </w:rPr>
        <w:t xml:space="preserve"> the </w:t>
      </w:r>
      <w:proofErr w:type="spellStart"/>
      <w:r w:rsidRPr="00BF194F">
        <w:rPr>
          <w:rFonts w:ascii="Arial" w:hAnsi="Arial" w:cs="Arial"/>
          <w:sz w:val="20"/>
          <w:szCs w:val="20"/>
          <w:lang w:eastAsia="fr-FR"/>
        </w:rPr>
        <w:t>asterisk</w:t>
      </w:r>
      <w:proofErr w:type="spellEnd"/>
      <w:r w:rsidRPr="00BF194F">
        <w:rPr>
          <w:rFonts w:ascii="Arial" w:hAnsi="Arial" w:cs="Arial"/>
          <w:sz w:val="20"/>
          <w:szCs w:val="20"/>
          <w:lang w:eastAsia="fr-FR"/>
        </w:rPr>
        <w:t xml:space="preserve"> (</w:t>
      </w:r>
      <w:r w:rsidRPr="00BF194F">
        <w:rPr>
          <w:rFonts w:ascii="Arial" w:hAnsi="Arial" w:cs="Arial"/>
          <w:i/>
          <w:iCs/>
          <w:sz w:val="20"/>
          <w:szCs w:val="20"/>
          <w:lang w:eastAsia="fr-FR"/>
        </w:rPr>
        <w:t xml:space="preserve">) </w:t>
      </w:r>
      <w:proofErr w:type="spellStart"/>
      <w:r w:rsidRPr="00BF194F">
        <w:rPr>
          <w:rFonts w:ascii="Arial" w:hAnsi="Arial" w:cs="Arial"/>
          <w:i/>
          <w:iCs/>
          <w:sz w:val="20"/>
          <w:szCs w:val="20"/>
          <w:lang w:eastAsia="fr-FR"/>
        </w:rPr>
        <w:t>was</w:t>
      </w:r>
      <w:proofErr w:type="spellEnd"/>
      <w:r w:rsidRPr="00BF194F">
        <w:rPr>
          <w:rFonts w:ascii="Arial" w:hAnsi="Arial" w:cs="Arial"/>
          <w:i/>
          <w:iCs/>
          <w:sz w:val="20"/>
          <w:szCs w:val="20"/>
          <w:lang w:eastAsia="fr-FR"/>
        </w:rPr>
        <w:t xml:space="preserve"> </w:t>
      </w:r>
      <w:proofErr w:type="spellStart"/>
      <w:r w:rsidRPr="00BF194F">
        <w:rPr>
          <w:rFonts w:ascii="Arial" w:hAnsi="Arial" w:cs="Arial"/>
          <w:i/>
          <w:iCs/>
          <w:sz w:val="20"/>
          <w:szCs w:val="20"/>
          <w:lang w:eastAsia="fr-FR"/>
        </w:rPr>
        <w:t>maintained</w:t>
      </w:r>
      <w:proofErr w:type="spellEnd"/>
      <w:r w:rsidRPr="00BF194F">
        <w:rPr>
          <w:rFonts w:ascii="Arial" w:hAnsi="Arial" w:cs="Arial"/>
          <w:i/>
          <w:iCs/>
          <w:sz w:val="20"/>
          <w:szCs w:val="20"/>
          <w:lang w:eastAsia="fr-FR"/>
        </w:rPr>
        <w:t xml:space="preserve"> in </w:t>
      </w:r>
      <w:proofErr w:type="spellStart"/>
      <w:r w:rsidRPr="00BF194F">
        <w:rPr>
          <w:rFonts w:ascii="Arial" w:hAnsi="Arial" w:cs="Arial"/>
          <w:i/>
          <w:iCs/>
          <w:sz w:val="20"/>
          <w:szCs w:val="20"/>
          <w:lang w:eastAsia="fr-FR"/>
        </w:rPr>
        <w:t>terms</w:t>
      </w:r>
      <w:proofErr w:type="spellEnd"/>
      <w:r w:rsidRPr="00BF194F">
        <w:rPr>
          <w:rFonts w:ascii="Arial" w:hAnsi="Arial" w:cs="Arial"/>
          <w:i/>
          <w:iCs/>
          <w:sz w:val="20"/>
          <w:szCs w:val="20"/>
          <w:lang w:eastAsia="fr-FR"/>
        </w:rPr>
        <w:t xml:space="preserve"> like "kinésithérapie</w:t>
      </w:r>
      <w:r w:rsidRPr="00BF194F">
        <w:rPr>
          <w:rFonts w:ascii="Arial" w:hAnsi="Arial" w:cs="Arial"/>
          <w:sz w:val="20"/>
          <w:szCs w:val="20"/>
          <w:lang w:eastAsia="fr-FR"/>
        </w:rPr>
        <w:t xml:space="preserve">" and "physiothérapie*" to </w:t>
      </w:r>
      <w:proofErr w:type="spellStart"/>
      <w:r w:rsidRPr="00BF194F">
        <w:rPr>
          <w:rFonts w:ascii="Arial" w:hAnsi="Arial" w:cs="Arial"/>
          <w:sz w:val="20"/>
          <w:szCs w:val="20"/>
          <w:lang w:eastAsia="fr-FR"/>
        </w:rPr>
        <w:t>include</w:t>
      </w:r>
      <w:proofErr w:type="spellEnd"/>
      <w:r w:rsidRPr="00BF194F">
        <w:rPr>
          <w:rFonts w:ascii="Arial" w:hAnsi="Arial" w:cs="Arial"/>
          <w:sz w:val="20"/>
          <w:szCs w:val="20"/>
          <w:lang w:eastAsia="fr-FR"/>
        </w:rPr>
        <w:t xml:space="preserve"> all possible </w:t>
      </w:r>
      <w:proofErr w:type="spellStart"/>
      <w:r w:rsidRPr="00BF194F">
        <w:rPr>
          <w:rFonts w:ascii="Arial" w:hAnsi="Arial" w:cs="Arial"/>
          <w:sz w:val="20"/>
          <w:szCs w:val="20"/>
          <w:lang w:eastAsia="fr-FR"/>
        </w:rPr>
        <w:t>word</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forms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which</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is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recommended</w:t>
      </w:r>
      <w:proofErr w:type="spellEnd"/>
      <w:r w:rsidRPr="00BF194F">
        <w:rPr>
          <w:rFonts w:ascii="Arial" w:hAnsi="Arial" w:cs="Arial"/>
          <w:sz w:val="20"/>
          <w:szCs w:val="20"/>
          <w:lang w:eastAsia="fr-FR"/>
        </w:rPr>
        <w:t xml:space="preserve"> to </w:t>
      </w:r>
      <w:proofErr w:type="spellStart"/>
      <w:r w:rsidRPr="00BF194F">
        <w:rPr>
          <w:rFonts w:ascii="Arial" w:hAnsi="Arial" w:cs="Arial"/>
          <w:sz w:val="20"/>
          <w:szCs w:val="20"/>
          <w:lang w:eastAsia="fr-FR"/>
        </w:rPr>
        <w:t>broaden</w:t>
      </w:r>
      <w:proofErr w:type="spellEnd"/>
      <w:r w:rsidRPr="00BF194F">
        <w:rPr>
          <w:rFonts w:ascii="Arial" w:hAnsi="Arial" w:cs="Arial"/>
          <w:sz w:val="20"/>
          <w:szCs w:val="20"/>
          <w:lang w:eastAsia="fr-FR"/>
        </w:rPr>
        <w:t xml:space="preserve"> the </w:t>
      </w:r>
      <w:proofErr w:type="spellStart"/>
      <w:r w:rsidRPr="00BF194F">
        <w:rPr>
          <w:rFonts w:ascii="Arial" w:hAnsi="Arial" w:cs="Arial"/>
          <w:sz w:val="20"/>
          <w:szCs w:val="20"/>
          <w:lang w:eastAsia="fr-FR"/>
        </w:rPr>
        <w:t>search</w:t>
      </w:r>
      <w:proofErr w:type="spellEnd"/>
      <w:r w:rsidRPr="00BF194F">
        <w:rPr>
          <w:rFonts w:ascii="Arial" w:hAnsi="Arial" w:cs="Arial"/>
          <w:sz w:val="20"/>
          <w:szCs w:val="20"/>
          <w:lang w:eastAsia="fr-FR"/>
        </w:rPr>
        <w:t xml:space="preserve"> to </w:t>
      </w:r>
      <w:proofErr w:type="spellStart"/>
      <w:r w:rsidRPr="00BF194F">
        <w:rPr>
          <w:rFonts w:ascii="Arial" w:hAnsi="Arial" w:cs="Arial"/>
          <w:sz w:val="20"/>
          <w:szCs w:val="20"/>
          <w:lang w:eastAsia="fr-FR"/>
        </w:rPr>
        <w:t>orthographic</w:t>
      </w:r>
      <w:proofErr w:type="spellEnd"/>
      <w:r w:rsidRPr="00BF194F">
        <w:rPr>
          <w:rFonts w:ascii="Arial" w:hAnsi="Arial" w:cs="Arial"/>
          <w:sz w:val="20"/>
          <w:szCs w:val="20"/>
          <w:lang w:eastAsia="fr-FR"/>
        </w:rPr>
        <w:t xml:space="preserve"> or </w:t>
      </w:r>
      <w:proofErr w:type="spellStart"/>
      <w:r w:rsidRPr="00BF194F">
        <w:rPr>
          <w:rFonts w:ascii="Arial" w:hAnsi="Arial" w:cs="Arial"/>
          <w:sz w:val="20"/>
          <w:szCs w:val="20"/>
          <w:lang w:eastAsia="fr-FR"/>
        </w:rPr>
        <w:t>derived</w:t>
      </w:r>
      <w:proofErr w:type="spellEnd"/>
      <w:r w:rsidRPr="00BF194F">
        <w:rPr>
          <w:rFonts w:ascii="Arial" w:hAnsi="Arial" w:cs="Arial"/>
          <w:sz w:val="20"/>
          <w:szCs w:val="20"/>
          <w:lang w:eastAsia="fr-FR"/>
        </w:rPr>
        <w:t xml:space="preserve"> variants.</w:t>
      </w:r>
    </w:p>
    <w:p w14:paraId="4D3B41D3" w14:textId="77777777" w:rsidR="004A6A30" w:rsidRPr="00BF194F" w:rsidRDefault="004A6A30" w:rsidP="00BF194F">
      <w:pPr>
        <w:spacing w:line="360" w:lineRule="auto"/>
        <w:jc w:val="both"/>
        <w:rPr>
          <w:rFonts w:ascii="Arial" w:hAnsi="Arial" w:cs="Arial"/>
          <w:sz w:val="20"/>
          <w:szCs w:val="20"/>
          <w:lang w:eastAsia="fr-FR"/>
        </w:rPr>
      </w:pPr>
      <w:r w:rsidRPr="00BF194F">
        <w:rPr>
          <w:rFonts w:ascii="Arial" w:hAnsi="Arial" w:cs="Arial"/>
          <w:sz w:val="20"/>
          <w:szCs w:val="20"/>
          <w:lang w:eastAsia="fr-FR"/>
        </w:rPr>
        <w:t xml:space="preserve">The Cochrane Library </w:t>
      </w:r>
      <w:proofErr w:type="spellStart"/>
      <w:r w:rsidRPr="00BF194F">
        <w:rPr>
          <w:rFonts w:ascii="Arial" w:hAnsi="Arial" w:cs="Arial"/>
          <w:sz w:val="20"/>
          <w:szCs w:val="20"/>
          <w:lang w:eastAsia="fr-FR"/>
        </w:rPr>
        <w:t>differs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from</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other</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databases</w:t>
      </w:r>
      <w:proofErr w:type="spellEnd"/>
      <w:r w:rsidRPr="00BF194F">
        <w:rPr>
          <w:rFonts w:ascii="Arial" w:hAnsi="Arial" w:cs="Arial"/>
          <w:sz w:val="20"/>
          <w:szCs w:val="20"/>
          <w:lang w:eastAsia="fr-FR"/>
        </w:rPr>
        <w:t xml:space="preserve"> due to </w:t>
      </w:r>
      <w:proofErr w:type="spellStart"/>
      <w:r w:rsidRPr="00BF194F">
        <w:rPr>
          <w:rFonts w:ascii="Arial" w:hAnsi="Arial" w:cs="Arial"/>
          <w:sz w:val="20"/>
          <w:szCs w:val="20"/>
          <w:lang w:eastAsia="fr-FR"/>
        </w:rPr>
        <w:t>its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rigorous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study</w:t>
      </w:r>
      <w:proofErr w:type="spellEnd"/>
      <w:r w:rsidRPr="00BF194F">
        <w:rPr>
          <w:rFonts w:ascii="Arial" w:hAnsi="Arial" w:cs="Arial"/>
          <w:sz w:val="20"/>
          <w:szCs w:val="20"/>
          <w:lang w:eastAsia="fr-FR"/>
        </w:rPr>
        <w:t xml:space="preserve"> inclusion </w:t>
      </w:r>
      <w:proofErr w:type="spellStart"/>
      <w:r w:rsidRPr="00BF194F">
        <w:rPr>
          <w:rFonts w:ascii="Arial" w:hAnsi="Arial" w:cs="Arial"/>
          <w:sz w:val="20"/>
          <w:szCs w:val="20"/>
          <w:lang w:eastAsia="fr-FR"/>
        </w:rPr>
        <w:t>criteria</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including</w:t>
      </w:r>
      <w:proofErr w:type="spellEnd"/>
      <w:r w:rsidRPr="00BF194F">
        <w:rPr>
          <w:rFonts w:ascii="Arial" w:hAnsi="Arial" w:cs="Arial"/>
          <w:sz w:val="20"/>
          <w:szCs w:val="20"/>
          <w:lang w:eastAsia="fr-FR"/>
        </w:rPr>
        <w:t xml:space="preserve"> the application of strict </w:t>
      </w:r>
      <w:proofErr w:type="spellStart"/>
      <w:r w:rsidRPr="00BF194F">
        <w:rPr>
          <w:rFonts w:ascii="Arial" w:hAnsi="Arial" w:cs="Arial"/>
          <w:sz w:val="20"/>
          <w:szCs w:val="20"/>
          <w:lang w:eastAsia="fr-FR"/>
        </w:rPr>
        <w:t>methodological</w:t>
      </w:r>
      <w:proofErr w:type="spellEnd"/>
      <w:r w:rsidRPr="00BF194F">
        <w:rPr>
          <w:rFonts w:ascii="Arial" w:hAnsi="Arial" w:cs="Arial"/>
          <w:sz w:val="20"/>
          <w:szCs w:val="20"/>
          <w:lang w:eastAsia="fr-FR"/>
        </w:rPr>
        <w:t xml:space="preserve"> standards </w:t>
      </w:r>
      <w:proofErr w:type="spellStart"/>
      <w:r w:rsidRPr="00BF194F">
        <w:rPr>
          <w:rFonts w:ascii="Arial" w:hAnsi="Arial" w:cs="Arial"/>
          <w:sz w:val="20"/>
          <w:szCs w:val="20"/>
          <w:lang w:eastAsia="fr-FR"/>
        </w:rPr>
        <w:t>such</w:t>
      </w:r>
      <w:proofErr w:type="spellEnd"/>
      <w:r w:rsidRPr="00BF194F">
        <w:rPr>
          <w:rFonts w:ascii="Arial" w:hAnsi="Arial" w:cs="Arial"/>
          <w:sz w:val="20"/>
          <w:szCs w:val="20"/>
          <w:lang w:eastAsia="fr-FR"/>
        </w:rPr>
        <w:t xml:space="preserve"> as </w:t>
      </w:r>
      <w:proofErr w:type="spellStart"/>
      <w:r w:rsidRPr="00BF194F">
        <w:rPr>
          <w:rFonts w:ascii="Arial" w:hAnsi="Arial" w:cs="Arial"/>
          <w:sz w:val="20"/>
          <w:szCs w:val="20"/>
          <w:lang w:eastAsia="fr-FR"/>
        </w:rPr>
        <w:t>risk</w:t>
      </w:r>
      <w:proofErr w:type="spellEnd"/>
      <w:r w:rsidRPr="00BF194F">
        <w:rPr>
          <w:rFonts w:ascii="Arial" w:hAnsi="Arial" w:cs="Arial"/>
          <w:sz w:val="20"/>
          <w:szCs w:val="20"/>
          <w:lang w:eastAsia="fr-FR"/>
        </w:rPr>
        <w:t>-of-</w:t>
      </w:r>
      <w:proofErr w:type="spellStart"/>
      <w:r w:rsidRPr="00BF194F">
        <w:rPr>
          <w:rFonts w:ascii="Arial" w:hAnsi="Arial" w:cs="Arial"/>
          <w:sz w:val="20"/>
          <w:szCs w:val="20"/>
          <w:lang w:eastAsia="fr-FR"/>
        </w:rPr>
        <w:t>bias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assessment</w:t>
      </w:r>
      <w:proofErr w:type="spellEnd"/>
      <w:r w:rsidRPr="00BF194F">
        <w:rPr>
          <w:rFonts w:ascii="Arial" w:hAnsi="Arial" w:cs="Arial"/>
          <w:sz w:val="20"/>
          <w:szCs w:val="20"/>
          <w:lang w:eastAsia="fr-FR"/>
        </w:rPr>
        <w:t xml:space="preserve"> and the use of the GRADE system for </w:t>
      </w:r>
      <w:proofErr w:type="spellStart"/>
      <w:r w:rsidRPr="00BF194F">
        <w:rPr>
          <w:rFonts w:ascii="Arial" w:hAnsi="Arial" w:cs="Arial"/>
          <w:sz w:val="20"/>
          <w:szCs w:val="20"/>
          <w:lang w:eastAsia="fr-FR"/>
        </w:rPr>
        <w:t>evaluating</w:t>
      </w:r>
      <w:proofErr w:type="spellEnd"/>
      <w:r w:rsidRPr="00BF194F">
        <w:rPr>
          <w:rFonts w:ascii="Arial" w:hAnsi="Arial" w:cs="Arial"/>
          <w:sz w:val="20"/>
          <w:szCs w:val="20"/>
          <w:lang w:eastAsia="fr-FR"/>
        </w:rPr>
        <w:t xml:space="preserve"> the </w:t>
      </w:r>
      <w:proofErr w:type="spellStart"/>
      <w:r w:rsidRPr="00BF194F">
        <w:rPr>
          <w:rFonts w:ascii="Arial" w:hAnsi="Arial" w:cs="Arial"/>
          <w:sz w:val="20"/>
          <w:szCs w:val="20"/>
          <w:lang w:eastAsia="fr-FR"/>
        </w:rPr>
        <w:t>quality</w:t>
      </w:r>
      <w:proofErr w:type="spellEnd"/>
      <w:r w:rsidRPr="00BF194F">
        <w:rPr>
          <w:rFonts w:ascii="Arial" w:hAnsi="Arial" w:cs="Arial"/>
          <w:sz w:val="20"/>
          <w:szCs w:val="20"/>
          <w:lang w:eastAsia="fr-FR"/>
        </w:rPr>
        <w:t xml:space="preserve"> of </w:t>
      </w:r>
      <w:proofErr w:type="spellStart"/>
      <w:r w:rsidRPr="00BF194F">
        <w:rPr>
          <w:rFonts w:ascii="Arial" w:hAnsi="Arial" w:cs="Arial"/>
          <w:sz w:val="20"/>
          <w:szCs w:val="20"/>
          <w:lang w:eastAsia="fr-FR"/>
        </w:rPr>
        <w:t>evidence</w:t>
      </w:r>
      <w:proofErr w:type="spellEnd"/>
      <w:r w:rsidRPr="00BF194F">
        <w:rPr>
          <w:rFonts w:ascii="Arial" w:hAnsi="Arial" w:cs="Arial"/>
          <w:sz w:val="20"/>
          <w:szCs w:val="20"/>
          <w:lang w:eastAsia="fr-FR"/>
        </w:rPr>
        <w:t xml:space="preserve">. This </w:t>
      </w:r>
      <w:proofErr w:type="spellStart"/>
      <w:r w:rsidRPr="00BF194F">
        <w:rPr>
          <w:rFonts w:ascii="Arial" w:hAnsi="Arial" w:cs="Arial"/>
          <w:sz w:val="20"/>
          <w:szCs w:val="20"/>
          <w:lang w:eastAsia="fr-FR"/>
        </w:rPr>
        <w:t>explains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why</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it</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often</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yields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fewer</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results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compared</w:t>
      </w:r>
      <w:proofErr w:type="spellEnd"/>
      <w:r w:rsidRPr="00BF194F">
        <w:rPr>
          <w:rFonts w:ascii="Arial" w:hAnsi="Arial" w:cs="Arial"/>
          <w:sz w:val="20"/>
          <w:szCs w:val="20"/>
          <w:lang w:eastAsia="fr-FR"/>
        </w:rPr>
        <w:t xml:space="preserve"> to </w:t>
      </w:r>
      <w:proofErr w:type="spellStart"/>
      <w:r w:rsidRPr="00BF194F">
        <w:rPr>
          <w:rFonts w:ascii="Arial" w:hAnsi="Arial" w:cs="Arial"/>
          <w:sz w:val="20"/>
          <w:szCs w:val="20"/>
          <w:lang w:eastAsia="fr-FR"/>
        </w:rPr>
        <w:t>other</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databases</w:t>
      </w:r>
      <w:proofErr w:type="spellEnd"/>
      <w:r w:rsidRPr="00BF194F">
        <w:rPr>
          <w:rFonts w:ascii="Arial" w:hAnsi="Arial" w:cs="Arial"/>
          <w:sz w:val="20"/>
          <w:szCs w:val="20"/>
          <w:lang w:eastAsia="fr-FR"/>
        </w:rPr>
        <w:t xml:space="preserve"> like PubMed or Embase. This distinction </w:t>
      </w:r>
      <w:proofErr w:type="spellStart"/>
      <w:r w:rsidRPr="00BF194F">
        <w:rPr>
          <w:rFonts w:ascii="Arial" w:hAnsi="Arial" w:cs="Arial"/>
          <w:sz w:val="20"/>
          <w:szCs w:val="20"/>
          <w:lang w:eastAsia="fr-FR"/>
        </w:rPr>
        <w:t>is</w:t>
      </w:r>
      <w:proofErr w:type="spellEnd"/>
      <w:r w:rsidRPr="00BF194F">
        <w:rPr>
          <w:rFonts w:ascii="Arial" w:hAnsi="Arial" w:cs="Arial"/>
          <w:sz w:val="20"/>
          <w:szCs w:val="20"/>
          <w:lang w:eastAsia="fr-FR"/>
        </w:rPr>
        <w:t xml:space="preserve"> not </w:t>
      </w:r>
      <w:proofErr w:type="spellStart"/>
      <w:r w:rsidRPr="00BF194F">
        <w:rPr>
          <w:rFonts w:ascii="Arial" w:hAnsi="Arial" w:cs="Arial"/>
          <w:sz w:val="20"/>
          <w:szCs w:val="20"/>
          <w:lang w:eastAsia="fr-FR"/>
        </w:rPr>
        <w:t>only</w:t>
      </w:r>
      <w:proofErr w:type="spellEnd"/>
      <w:r w:rsidRPr="00BF194F">
        <w:rPr>
          <w:rFonts w:ascii="Arial" w:hAnsi="Arial" w:cs="Arial"/>
          <w:sz w:val="20"/>
          <w:szCs w:val="20"/>
          <w:lang w:eastAsia="fr-FR"/>
        </w:rPr>
        <w:t xml:space="preserve"> due to </w:t>
      </w:r>
      <w:proofErr w:type="spellStart"/>
      <w:r w:rsidRPr="00BF194F">
        <w:rPr>
          <w:rFonts w:ascii="Arial" w:hAnsi="Arial" w:cs="Arial"/>
          <w:sz w:val="20"/>
          <w:szCs w:val="20"/>
          <w:lang w:eastAsia="fr-FR"/>
        </w:rPr>
        <w:t>Cochrane’s</w:t>
      </w:r>
      <w:proofErr w:type="spellEnd"/>
      <w:r w:rsidRPr="00BF194F">
        <w:rPr>
          <w:rFonts w:ascii="Arial" w:hAnsi="Arial" w:cs="Arial"/>
          <w:sz w:val="20"/>
          <w:szCs w:val="20"/>
          <w:lang w:eastAsia="fr-FR"/>
        </w:rPr>
        <w:t xml:space="preserve"> focus on </w:t>
      </w:r>
      <w:proofErr w:type="spellStart"/>
      <w:r w:rsidRPr="00BF194F">
        <w:rPr>
          <w:rFonts w:ascii="Arial" w:hAnsi="Arial" w:cs="Arial"/>
          <w:sz w:val="20"/>
          <w:szCs w:val="20"/>
          <w:lang w:eastAsia="fr-FR"/>
        </w:rPr>
        <w:t>randomized</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controlled</w:t>
      </w:r>
      <w:proofErr w:type="spellEnd"/>
      <w:r w:rsidRPr="00BF194F">
        <w:rPr>
          <w:rFonts w:ascii="Arial" w:hAnsi="Arial" w:cs="Arial"/>
          <w:sz w:val="20"/>
          <w:szCs w:val="20"/>
          <w:lang w:eastAsia="fr-FR"/>
        </w:rPr>
        <w:t xml:space="preserve"> trials (</w:t>
      </w:r>
      <w:proofErr w:type="spellStart"/>
      <w:r w:rsidRPr="00BF194F">
        <w:rPr>
          <w:rFonts w:ascii="Arial" w:hAnsi="Arial" w:cs="Arial"/>
          <w:sz w:val="20"/>
          <w:szCs w:val="20"/>
          <w:lang w:eastAsia="fr-FR"/>
        </w:rPr>
        <w:t>RCTs</w:t>
      </w:r>
      <w:proofErr w:type="spellEnd"/>
      <w:r w:rsidRPr="00BF194F">
        <w:rPr>
          <w:rFonts w:ascii="Arial" w:hAnsi="Arial" w:cs="Arial"/>
          <w:sz w:val="20"/>
          <w:szCs w:val="20"/>
          <w:lang w:eastAsia="fr-FR"/>
        </w:rPr>
        <w:t xml:space="preserve">) but </w:t>
      </w:r>
      <w:proofErr w:type="spellStart"/>
      <w:r w:rsidRPr="00BF194F">
        <w:rPr>
          <w:rFonts w:ascii="Arial" w:hAnsi="Arial" w:cs="Arial"/>
          <w:sz w:val="20"/>
          <w:szCs w:val="20"/>
          <w:lang w:eastAsia="fr-FR"/>
        </w:rPr>
        <w:t>also</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because</w:t>
      </w:r>
      <w:proofErr w:type="spellEnd"/>
      <w:r w:rsidRPr="00BF194F">
        <w:rPr>
          <w:rFonts w:ascii="Arial" w:hAnsi="Arial" w:cs="Arial"/>
          <w:sz w:val="20"/>
          <w:szCs w:val="20"/>
          <w:lang w:eastAsia="fr-FR"/>
        </w:rPr>
        <w:t xml:space="preserve"> of </w:t>
      </w:r>
      <w:proofErr w:type="spellStart"/>
      <w:r w:rsidRPr="00BF194F">
        <w:rPr>
          <w:rFonts w:ascii="Arial" w:hAnsi="Arial" w:cs="Arial"/>
          <w:sz w:val="20"/>
          <w:szCs w:val="20"/>
          <w:lang w:eastAsia="fr-FR"/>
        </w:rPr>
        <w:t>its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selection</w:t>
      </w:r>
      <w:proofErr w:type="spellEnd"/>
      <w:r w:rsidRPr="00BF194F">
        <w:rPr>
          <w:rFonts w:ascii="Arial" w:hAnsi="Arial" w:cs="Arial"/>
          <w:sz w:val="20"/>
          <w:szCs w:val="20"/>
          <w:lang w:eastAsia="fr-FR"/>
        </w:rPr>
        <w:t xml:space="preserve"> of </w:t>
      </w:r>
      <w:proofErr w:type="spellStart"/>
      <w:r w:rsidRPr="00BF194F">
        <w:rPr>
          <w:rFonts w:ascii="Arial" w:hAnsi="Arial" w:cs="Arial"/>
          <w:sz w:val="20"/>
          <w:szCs w:val="20"/>
          <w:lang w:eastAsia="fr-FR"/>
        </w:rPr>
        <w:t>primary</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studies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that</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meet</w:t>
      </w:r>
      <w:proofErr w:type="spellEnd"/>
      <w:r w:rsidRPr="00BF194F">
        <w:rPr>
          <w:rFonts w:ascii="Arial" w:hAnsi="Arial" w:cs="Arial"/>
          <w:sz w:val="20"/>
          <w:szCs w:val="20"/>
          <w:lang w:eastAsia="fr-FR"/>
        </w:rPr>
        <w:t xml:space="preserve"> high </w:t>
      </w:r>
      <w:proofErr w:type="spellStart"/>
      <w:r w:rsidRPr="00BF194F">
        <w:rPr>
          <w:rFonts w:ascii="Arial" w:hAnsi="Arial" w:cs="Arial"/>
          <w:sz w:val="20"/>
          <w:szCs w:val="20"/>
          <w:lang w:eastAsia="fr-FR"/>
        </w:rPr>
        <w:t>methodological</w:t>
      </w:r>
      <w:proofErr w:type="spellEnd"/>
      <w:r w:rsidRPr="00BF194F">
        <w:rPr>
          <w:rFonts w:ascii="Arial" w:hAnsi="Arial" w:cs="Arial"/>
          <w:sz w:val="20"/>
          <w:szCs w:val="20"/>
          <w:lang w:eastAsia="fr-FR"/>
        </w:rPr>
        <w:t xml:space="preserve"> standards. Cochrane </w:t>
      </w:r>
      <w:proofErr w:type="spellStart"/>
      <w:r w:rsidRPr="00BF194F">
        <w:rPr>
          <w:rFonts w:ascii="Arial" w:hAnsi="Arial" w:cs="Arial"/>
          <w:sz w:val="20"/>
          <w:szCs w:val="20"/>
          <w:lang w:eastAsia="fr-FR"/>
        </w:rPr>
        <w:t>systematic</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reviews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aim</w:t>
      </w:r>
      <w:proofErr w:type="spellEnd"/>
      <w:r w:rsidRPr="00BF194F">
        <w:rPr>
          <w:rFonts w:ascii="Arial" w:hAnsi="Arial" w:cs="Arial"/>
          <w:sz w:val="20"/>
          <w:szCs w:val="20"/>
          <w:lang w:eastAsia="fr-FR"/>
        </w:rPr>
        <w:t xml:space="preserve"> to </w:t>
      </w:r>
      <w:proofErr w:type="spellStart"/>
      <w:r w:rsidRPr="00BF194F">
        <w:rPr>
          <w:rFonts w:ascii="Arial" w:hAnsi="Arial" w:cs="Arial"/>
          <w:sz w:val="20"/>
          <w:szCs w:val="20"/>
          <w:lang w:eastAsia="fr-FR"/>
        </w:rPr>
        <w:t>minimize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potential</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biases</w:t>
      </w:r>
      <w:proofErr w:type="spellEnd"/>
      <w:r w:rsidRPr="00BF194F">
        <w:rPr>
          <w:rFonts w:ascii="Arial" w:hAnsi="Arial" w:cs="Arial"/>
          <w:sz w:val="20"/>
          <w:szCs w:val="20"/>
          <w:lang w:eastAsia="fr-FR"/>
        </w:rPr>
        <w:t xml:space="preserve"> by </w:t>
      </w:r>
      <w:proofErr w:type="spellStart"/>
      <w:r w:rsidRPr="00BF194F">
        <w:rPr>
          <w:rFonts w:ascii="Arial" w:hAnsi="Arial" w:cs="Arial"/>
          <w:sz w:val="20"/>
          <w:szCs w:val="20"/>
          <w:lang w:eastAsia="fr-FR"/>
        </w:rPr>
        <w:t>favoring</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studies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with</w:t>
      </w:r>
      <w:proofErr w:type="spellEnd"/>
      <w:r w:rsidRPr="00BF194F">
        <w:rPr>
          <w:rFonts w:ascii="Arial" w:hAnsi="Arial" w:cs="Arial"/>
          <w:sz w:val="20"/>
          <w:szCs w:val="20"/>
          <w:lang w:eastAsia="fr-FR"/>
        </w:rPr>
        <w:t xml:space="preserve"> an optimal </w:t>
      </w:r>
      <w:proofErr w:type="spellStart"/>
      <w:r w:rsidRPr="00BF194F">
        <w:rPr>
          <w:rFonts w:ascii="Arial" w:hAnsi="Arial" w:cs="Arial"/>
          <w:sz w:val="20"/>
          <w:szCs w:val="20"/>
          <w:lang w:eastAsia="fr-FR"/>
        </w:rPr>
        <w:t>level</w:t>
      </w:r>
      <w:proofErr w:type="spellEnd"/>
      <w:r w:rsidRPr="00BF194F">
        <w:rPr>
          <w:rFonts w:ascii="Arial" w:hAnsi="Arial" w:cs="Arial"/>
          <w:sz w:val="20"/>
          <w:szCs w:val="20"/>
          <w:lang w:eastAsia="fr-FR"/>
        </w:rPr>
        <w:t xml:space="preserve"> of </w:t>
      </w:r>
      <w:proofErr w:type="spellStart"/>
      <w:r w:rsidRPr="00BF194F">
        <w:rPr>
          <w:rFonts w:ascii="Arial" w:hAnsi="Arial" w:cs="Arial"/>
          <w:sz w:val="20"/>
          <w:szCs w:val="20"/>
          <w:lang w:eastAsia="fr-FR"/>
        </w:rPr>
        <w:t>evidence</w:t>
      </w:r>
      <w:proofErr w:type="spellEnd"/>
      <w:r w:rsidRPr="00BF194F">
        <w:rPr>
          <w:rFonts w:ascii="Arial" w:hAnsi="Arial" w:cs="Arial"/>
          <w:sz w:val="20"/>
          <w:szCs w:val="20"/>
          <w:lang w:eastAsia="fr-FR"/>
        </w:rPr>
        <w:t>.</w:t>
      </w:r>
    </w:p>
    <w:p w14:paraId="6A18446D" w14:textId="77777777" w:rsidR="00BB0F51" w:rsidRPr="00BF194F" w:rsidRDefault="00BB0F51" w:rsidP="00BF194F">
      <w:pPr>
        <w:spacing w:line="360" w:lineRule="auto"/>
        <w:jc w:val="both"/>
        <w:rPr>
          <w:rFonts w:ascii="Arial" w:hAnsi="Arial" w:cs="Arial"/>
          <w:b/>
          <w:bCs/>
          <w:sz w:val="10"/>
          <w:szCs w:val="10"/>
        </w:rPr>
      </w:pPr>
    </w:p>
    <w:p w14:paraId="4005FD70" w14:textId="1EC9F0A4" w:rsidR="00BB0F51" w:rsidRPr="00BF194F" w:rsidRDefault="004A6A30" w:rsidP="00BF194F">
      <w:pPr>
        <w:spacing w:line="360" w:lineRule="auto"/>
        <w:jc w:val="both"/>
        <w:rPr>
          <w:rFonts w:ascii="Arial" w:hAnsi="Arial" w:cs="Arial"/>
          <w:b/>
          <w:bCs/>
          <w:u w:val="single"/>
        </w:rPr>
      </w:pPr>
      <w:r w:rsidRPr="00BF194F">
        <w:rPr>
          <w:rFonts w:ascii="Arial" w:hAnsi="Arial" w:cs="Arial"/>
          <w:b/>
          <w:bCs/>
        </w:rPr>
        <w:t xml:space="preserve">Equation on Cochrane </w:t>
      </w:r>
      <w:proofErr w:type="gramStart"/>
      <w:r w:rsidRPr="00BF194F">
        <w:rPr>
          <w:rFonts w:ascii="Arial" w:hAnsi="Arial" w:cs="Arial"/>
          <w:b/>
          <w:bCs/>
        </w:rPr>
        <w:t>Library:</w:t>
      </w:r>
      <w:proofErr w:type="gramEnd"/>
    </w:p>
    <w:p w14:paraId="40D8847C" w14:textId="77777777" w:rsidR="00BB0F51" w:rsidRPr="00BF194F" w:rsidRDefault="00BB0F51" w:rsidP="00BF194F">
      <w:pPr>
        <w:spacing w:line="360" w:lineRule="auto"/>
        <w:rPr>
          <w:rFonts w:ascii="Arial" w:hAnsi="Arial" w:cs="Arial"/>
          <w:sz w:val="12"/>
          <w:szCs w:val="12"/>
        </w:rPr>
      </w:pPr>
      <w:r w:rsidRPr="00BF194F">
        <w:rPr>
          <w:rFonts w:ascii="Arial" w:hAnsi="Arial" w:cs="Arial"/>
        </w:rPr>
        <w:t xml:space="preserve"> </w:t>
      </w:r>
    </w:p>
    <w:p w14:paraId="3DB3E550" w14:textId="77777777" w:rsidR="004A6A30" w:rsidRPr="00BF194F" w:rsidRDefault="004A6A30" w:rsidP="00BF194F">
      <w:pPr>
        <w:pStyle w:val="Textebrut"/>
        <w:spacing w:line="360" w:lineRule="auto"/>
        <w:rPr>
          <w:rFonts w:ascii="Arial" w:eastAsia="Times New Roman" w:hAnsi="Arial" w:cs="Arial"/>
          <w:kern w:val="0"/>
          <w:sz w:val="20"/>
          <w:szCs w:val="20"/>
          <w:lang w:eastAsia="fr-FR"/>
          <w14:ligatures w14:val="none"/>
        </w:rPr>
      </w:pPr>
      <w:proofErr w:type="spellStart"/>
      <w:r w:rsidRPr="00BF194F">
        <w:rPr>
          <w:rFonts w:ascii="Arial" w:eastAsia="Times New Roman" w:hAnsi="Arial" w:cs="Arial"/>
          <w:kern w:val="0"/>
          <w:sz w:val="20"/>
          <w:szCs w:val="20"/>
          <w:lang w:eastAsia="fr-FR"/>
          <w14:ligatures w14:val="none"/>
        </w:rPr>
        <w:t>After</w:t>
      </w:r>
      <w:proofErr w:type="spellEnd"/>
      <w:r w:rsidRPr="00BF194F">
        <w:rPr>
          <w:rFonts w:ascii="Arial" w:eastAsia="Times New Roman" w:hAnsi="Arial" w:cs="Arial"/>
          <w:kern w:val="0"/>
          <w:sz w:val="20"/>
          <w:szCs w:val="20"/>
          <w:lang w:eastAsia="fr-FR"/>
          <w14:ligatures w14:val="none"/>
        </w:rPr>
        <w:t xml:space="preserve"> consultation </w:t>
      </w:r>
      <w:proofErr w:type="spellStart"/>
      <w:r w:rsidRPr="00BF194F">
        <w:rPr>
          <w:rFonts w:ascii="Arial" w:eastAsia="Times New Roman" w:hAnsi="Arial" w:cs="Arial"/>
          <w:kern w:val="0"/>
          <w:sz w:val="20"/>
          <w:szCs w:val="20"/>
          <w:lang w:eastAsia="fr-FR"/>
          <w14:ligatures w14:val="none"/>
        </w:rPr>
        <w:t>with</w:t>
      </w:r>
      <w:proofErr w:type="spellEnd"/>
      <w:r w:rsidRPr="00BF194F">
        <w:rPr>
          <w:rFonts w:ascii="Arial" w:eastAsia="Times New Roman" w:hAnsi="Arial" w:cs="Arial"/>
          <w:kern w:val="0"/>
          <w:sz w:val="20"/>
          <w:szCs w:val="20"/>
          <w:lang w:eastAsia="fr-FR"/>
          <w14:ligatures w14:val="none"/>
        </w:rPr>
        <w:t xml:space="preserve"> a </w:t>
      </w:r>
      <w:proofErr w:type="spellStart"/>
      <w:r w:rsidRPr="00BF194F">
        <w:rPr>
          <w:rFonts w:ascii="Arial" w:eastAsia="Times New Roman" w:hAnsi="Arial" w:cs="Arial"/>
          <w:kern w:val="0"/>
          <w:sz w:val="20"/>
          <w:szCs w:val="20"/>
          <w:lang w:eastAsia="fr-FR"/>
          <w14:ligatures w14:val="none"/>
        </w:rPr>
        <w:t>specialized</w:t>
      </w:r>
      <w:proofErr w:type="spellEnd"/>
      <w:r w:rsidRPr="00BF194F">
        <w:rPr>
          <w:rFonts w:ascii="Arial" w:eastAsia="Times New Roman" w:hAnsi="Arial" w:cs="Arial"/>
          <w:kern w:val="0"/>
          <w:sz w:val="20"/>
          <w:szCs w:val="20"/>
          <w:lang w:eastAsia="fr-FR"/>
          <w14:ligatures w14:val="none"/>
        </w:rPr>
        <w:t xml:space="preserve"> </w:t>
      </w:r>
      <w:proofErr w:type="spellStart"/>
      <w:r w:rsidRPr="00BF194F">
        <w:rPr>
          <w:rFonts w:ascii="Arial" w:eastAsia="Times New Roman" w:hAnsi="Arial" w:cs="Arial"/>
          <w:kern w:val="0"/>
          <w:sz w:val="20"/>
          <w:szCs w:val="20"/>
          <w:lang w:eastAsia="fr-FR"/>
          <w14:ligatures w14:val="none"/>
        </w:rPr>
        <w:t>librarian</w:t>
      </w:r>
      <w:proofErr w:type="spellEnd"/>
      <w:r w:rsidRPr="00BF194F">
        <w:rPr>
          <w:rFonts w:ascii="Arial" w:eastAsia="Times New Roman" w:hAnsi="Arial" w:cs="Arial"/>
          <w:kern w:val="0"/>
          <w:sz w:val="20"/>
          <w:szCs w:val="20"/>
          <w:lang w:eastAsia="fr-FR"/>
          <w14:ligatures w14:val="none"/>
        </w:rPr>
        <w:t xml:space="preserve"> in </w:t>
      </w:r>
      <w:proofErr w:type="spellStart"/>
      <w:r w:rsidRPr="00BF194F">
        <w:rPr>
          <w:rFonts w:ascii="Arial" w:eastAsia="Times New Roman" w:hAnsi="Arial" w:cs="Arial"/>
          <w:kern w:val="0"/>
          <w:sz w:val="20"/>
          <w:szCs w:val="20"/>
          <w:lang w:eastAsia="fr-FR"/>
          <w14:ligatures w14:val="none"/>
        </w:rPr>
        <w:t>medical</w:t>
      </w:r>
      <w:proofErr w:type="spellEnd"/>
      <w:r w:rsidRPr="00BF194F">
        <w:rPr>
          <w:rFonts w:ascii="Arial" w:eastAsia="Times New Roman" w:hAnsi="Arial" w:cs="Arial"/>
          <w:kern w:val="0"/>
          <w:sz w:val="20"/>
          <w:szCs w:val="20"/>
          <w:lang w:eastAsia="fr-FR"/>
          <w14:ligatures w14:val="none"/>
        </w:rPr>
        <w:t xml:space="preserve"> </w:t>
      </w:r>
      <w:proofErr w:type="spellStart"/>
      <w:r w:rsidRPr="00BF194F">
        <w:rPr>
          <w:rFonts w:ascii="Arial" w:eastAsia="Times New Roman" w:hAnsi="Arial" w:cs="Arial"/>
          <w:kern w:val="0"/>
          <w:sz w:val="20"/>
          <w:szCs w:val="20"/>
          <w:lang w:eastAsia="fr-FR"/>
          <w14:ligatures w14:val="none"/>
        </w:rPr>
        <w:t>research</w:t>
      </w:r>
      <w:proofErr w:type="spellEnd"/>
      <w:r w:rsidRPr="00BF194F">
        <w:rPr>
          <w:rFonts w:ascii="Arial" w:eastAsia="Times New Roman" w:hAnsi="Arial" w:cs="Arial"/>
          <w:kern w:val="0"/>
          <w:sz w:val="20"/>
          <w:szCs w:val="20"/>
          <w:lang w:eastAsia="fr-FR"/>
          <w14:ligatures w14:val="none"/>
        </w:rPr>
        <w:t xml:space="preserve"> documentation, the </w:t>
      </w:r>
      <w:proofErr w:type="spellStart"/>
      <w:r w:rsidRPr="00BF194F">
        <w:rPr>
          <w:rFonts w:ascii="Arial" w:eastAsia="Times New Roman" w:hAnsi="Arial" w:cs="Arial"/>
          <w:kern w:val="0"/>
          <w:sz w:val="20"/>
          <w:szCs w:val="20"/>
          <w:lang w:eastAsia="fr-FR"/>
          <w14:ligatures w14:val="none"/>
        </w:rPr>
        <w:t>equation</w:t>
      </w:r>
      <w:proofErr w:type="spellEnd"/>
      <w:r w:rsidRPr="00BF194F">
        <w:rPr>
          <w:rFonts w:ascii="Arial" w:eastAsia="Times New Roman" w:hAnsi="Arial" w:cs="Arial"/>
          <w:kern w:val="0"/>
          <w:sz w:val="20"/>
          <w:szCs w:val="20"/>
          <w:lang w:eastAsia="fr-FR"/>
          <w14:ligatures w14:val="none"/>
        </w:rPr>
        <w:t xml:space="preserve"> </w:t>
      </w:r>
      <w:proofErr w:type="spellStart"/>
      <w:r w:rsidRPr="00BF194F">
        <w:rPr>
          <w:rFonts w:ascii="Arial" w:eastAsia="Times New Roman" w:hAnsi="Arial" w:cs="Arial"/>
          <w:kern w:val="0"/>
          <w:sz w:val="20"/>
          <w:szCs w:val="20"/>
          <w:lang w:eastAsia="fr-FR"/>
          <w14:ligatures w14:val="none"/>
        </w:rPr>
        <w:t>designed</w:t>
      </w:r>
      <w:proofErr w:type="spellEnd"/>
      <w:r w:rsidRPr="00BF194F">
        <w:rPr>
          <w:rFonts w:ascii="Arial" w:eastAsia="Times New Roman" w:hAnsi="Arial" w:cs="Arial"/>
          <w:kern w:val="0"/>
          <w:sz w:val="20"/>
          <w:szCs w:val="20"/>
          <w:lang w:eastAsia="fr-FR"/>
          <w14:ligatures w14:val="none"/>
        </w:rPr>
        <w:t xml:space="preserve"> for the Cochrane Library </w:t>
      </w:r>
      <w:proofErr w:type="spellStart"/>
      <w:r w:rsidRPr="00BF194F">
        <w:rPr>
          <w:rFonts w:ascii="Arial" w:eastAsia="Times New Roman" w:hAnsi="Arial" w:cs="Arial"/>
          <w:kern w:val="0"/>
          <w:sz w:val="20"/>
          <w:szCs w:val="20"/>
          <w:lang w:eastAsia="fr-FR"/>
          <w14:ligatures w14:val="none"/>
        </w:rPr>
        <w:t>was</w:t>
      </w:r>
      <w:proofErr w:type="spellEnd"/>
      <w:r w:rsidRPr="00BF194F">
        <w:rPr>
          <w:rFonts w:ascii="Arial" w:eastAsia="Times New Roman" w:hAnsi="Arial" w:cs="Arial"/>
          <w:kern w:val="0"/>
          <w:sz w:val="20"/>
          <w:szCs w:val="20"/>
          <w:lang w:eastAsia="fr-FR"/>
          <w14:ligatures w14:val="none"/>
        </w:rPr>
        <w:t xml:space="preserve"> </w:t>
      </w:r>
      <w:proofErr w:type="spellStart"/>
      <w:r w:rsidRPr="00BF194F">
        <w:rPr>
          <w:rFonts w:ascii="Arial" w:eastAsia="Times New Roman" w:hAnsi="Arial" w:cs="Arial"/>
          <w:kern w:val="0"/>
          <w:sz w:val="20"/>
          <w:szCs w:val="20"/>
          <w:lang w:eastAsia="fr-FR"/>
          <w14:ligatures w14:val="none"/>
        </w:rPr>
        <w:t>translated</w:t>
      </w:r>
      <w:proofErr w:type="spellEnd"/>
      <w:r w:rsidRPr="00BF194F">
        <w:rPr>
          <w:rFonts w:ascii="Arial" w:eastAsia="Times New Roman" w:hAnsi="Arial" w:cs="Arial"/>
          <w:kern w:val="0"/>
          <w:sz w:val="20"/>
          <w:szCs w:val="20"/>
          <w:lang w:eastAsia="fr-FR"/>
          <w14:ligatures w14:val="none"/>
        </w:rPr>
        <w:t xml:space="preserve"> </w:t>
      </w:r>
      <w:proofErr w:type="spellStart"/>
      <w:r w:rsidRPr="00BF194F">
        <w:rPr>
          <w:rFonts w:ascii="Arial" w:eastAsia="Times New Roman" w:hAnsi="Arial" w:cs="Arial"/>
          <w:kern w:val="0"/>
          <w:sz w:val="20"/>
          <w:szCs w:val="20"/>
          <w:lang w:eastAsia="fr-FR"/>
          <w14:ligatures w14:val="none"/>
        </w:rPr>
        <w:t>into</w:t>
      </w:r>
      <w:proofErr w:type="spellEnd"/>
      <w:r w:rsidRPr="00BF194F">
        <w:rPr>
          <w:rFonts w:ascii="Arial" w:eastAsia="Times New Roman" w:hAnsi="Arial" w:cs="Arial"/>
          <w:kern w:val="0"/>
          <w:sz w:val="20"/>
          <w:szCs w:val="20"/>
          <w:lang w:eastAsia="fr-FR"/>
          <w14:ligatures w14:val="none"/>
        </w:rPr>
        <w:t xml:space="preserve"> an </w:t>
      </w:r>
      <w:proofErr w:type="spellStart"/>
      <w:r w:rsidRPr="00BF194F">
        <w:rPr>
          <w:rFonts w:ascii="Arial" w:eastAsia="Times New Roman" w:hAnsi="Arial" w:cs="Arial"/>
          <w:kern w:val="0"/>
          <w:sz w:val="20"/>
          <w:szCs w:val="20"/>
          <w:lang w:eastAsia="fr-FR"/>
          <w14:ligatures w14:val="none"/>
        </w:rPr>
        <w:t>optimized</w:t>
      </w:r>
      <w:proofErr w:type="spellEnd"/>
      <w:r w:rsidRPr="00BF194F">
        <w:rPr>
          <w:rFonts w:ascii="Arial" w:eastAsia="Times New Roman" w:hAnsi="Arial" w:cs="Arial"/>
          <w:kern w:val="0"/>
          <w:sz w:val="20"/>
          <w:szCs w:val="20"/>
          <w:lang w:eastAsia="fr-FR"/>
          <w14:ligatures w14:val="none"/>
        </w:rPr>
        <w:t xml:space="preserve"> format for the </w:t>
      </w:r>
      <w:proofErr w:type="spellStart"/>
      <w:r w:rsidRPr="00BF194F">
        <w:rPr>
          <w:rFonts w:ascii="Arial" w:eastAsia="Times New Roman" w:hAnsi="Arial" w:cs="Arial"/>
          <w:kern w:val="0"/>
          <w:sz w:val="20"/>
          <w:szCs w:val="20"/>
          <w:lang w:eastAsia="fr-FR"/>
          <w14:ligatures w14:val="none"/>
        </w:rPr>
        <w:t>platform's</w:t>
      </w:r>
      <w:proofErr w:type="spellEnd"/>
      <w:r w:rsidRPr="00BF194F">
        <w:rPr>
          <w:rFonts w:ascii="Arial" w:eastAsia="Times New Roman" w:hAnsi="Arial" w:cs="Arial"/>
          <w:kern w:val="0"/>
          <w:sz w:val="20"/>
          <w:szCs w:val="20"/>
          <w:lang w:eastAsia="fr-FR"/>
          <w14:ligatures w14:val="none"/>
        </w:rPr>
        <w:t xml:space="preserve"> </w:t>
      </w:r>
      <w:proofErr w:type="spellStart"/>
      <w:r w:rsidRPr="00BF194F">
        <w:rPr>
          <w:rFonts w:ascii="Arial" w:eastAsia="Times New Roman" w:hAnsi="Arial" w:cs="Arial"/>
          <w:kern w:val="0"/>
          <w:sz w:val="20"/>
          <w:szCs w:val="20"/>
          <w:lang w:eastAsia="fr-FR"/>
          <w14:ligatures w14:val="none"/>
        </w:rPr>
        <w:t>advanced</w:t>
      </w:r>
      <w:proofErr w:type="spellEnd"/>
      <w:r w:rsidRPr="00BF194F">
        <w:rPr>
          <w:rFonts w:ascii="Arial" w:eastAsia="Times New Roman" w:hAnsi="Arial" w:cs="Arial"/>
          <w:kern w:val="0"/>
          <w:sz w:val="20"/>
          <w:szCs w:val="20"/>
          <w:lang w:eastAsia="fr-FR"/>
          <w14:ligatures w14:val="none"/>
        </w:rPr>
        <w:t xml:space="preserve"> </w:t>
      </w:r>
      <w:proofErr w:type="spellStart"/>
      <w:r w:rsidRPr="00BF194F">
        <w:rPr>
          <w:rFonts w:ascii="Arial" w:eastAsia="Times New Roman" w:hAnsi="Arial" w:cs="Arial"/>
          <w:kern w:val="0"/>
          <w:sz w:val="20"/>
          <w:szCs w:val="20"/>
          <w:lang w:eastAsia="fr-FR"/>
          <w14:ligatures w14:val="none"/>
        </w:rPr>
        <w:t>search</w:t>
      </w:r>
      <w:proofErr w:type="spellEnd"/>
      <w:r w:rsidRPr="00BF194F">
        <w:rPr>
          <w:rFonts w:ascii="Arial" w:eastAsia="Times New Roman" w:hAnsi="Arial" w:cs="Arial"/>
          <w:kern w:val="0"/>
          <w:sz w:val="20"/>
          <w:szCs w:val="20"/>
          <w:lang w:eastAsia="fr-FR"/>
          <w14:ligatures w14:val="none"/>
        </w:rPr>
        <w:t xml:space="preserve">, </w:t>
      </w:r>
      <w:proofErr w:type="spellStart"/>
      <w:r w:rsidRPr="00BF194F">
        <w:rPr>
          <w:rFonts w:ascii="Arial" w:eastAsia="Times New Roman" w:hAnsi="Arial" w:cs="Arial"/>
          <w:kern w:val="0"/>
          <w:sz w:val="20"/>
          <w:szCs w:val="20"/>
          <w:lang w:eastAsia="fr-FR"/>
          <w14:ligatures w14:val="none"/>
        </w:rPr>
        <w:t>using</w:t>
      </w:r>
      <w:proofErr w:type="spellEnd"/>
      <w:r w:rsidRPr="00BF194F">
        <w:rPr>
          <w:rFonts w:ascii="Arial" w:eastAsia="Times New Roman" w:hAnsi="Arial" w:cs="Arial"/>
          <w:kern w:val="0"/>
          <w:sz w:val="20"/>
          <w:szCs w:val="20"/>
          <w:lang w:eastAsia="fr-FR"/>
          <w14:ligatures w14:val="none"/>
        </w:rPr>
        <w:t xml:space="preserve"> a </w:t>
      </w:r>
      <w:proofErr w:type="spellStart"/>
      <w:r w:rsidRPr="00BF194F">
        <w:rPr>
          <w:rFonts w:ascii="Arial" w:eastAsia="Times New Roman" w:hAnsi="Arial" w:cs="Arial"/>
          <w:kern w:val="0"/>
          <w:sz w:val="20"/>
          <w:szCs w:val="20"/>
          <w:lang w:eastAsia="fr-FR"/>
          <w14:ligatures w14:val="none"/>
        </w:rPr>
        <w:t>step</w:t>
      </w:r>
      <w:proofErr w:type="spellEnd"/>
      <w:r w:rsidRPr="00BF194F">
        <w:rPr>
          <w:rFonts w:ascii="Arial" w:eastAsia="Times New Roman" w:hAnsi="Arial" w:cs="Arial"/>
          <w:kern w:val="0"/>
          <w:sz w:val="20"/>
          <w:szCs w:val="20"/>
          <w:lang w:eastAsia="fr-FR"/>
          <w14:ligatures w14:val="none"/>
        </w:rPr>
        <w:t>-by-</w:t>
      </w:r>
      <w:proofErr w:type="spellStart"/>
      <w:r w:rsidRPr="00BF194F">
        <w:rPr>
          <w:rFonts w:ascii="Arial" w:eastAsia="Times New Roman" w:hAnsi="Arial" w:cs="Arial"/>
          <w:kern w:val="0"/>
          <w:sz w:val="20"/>
          <w:szCs w:val="20"/>
          <w:lang w:eastAsia="fr-FR"/>
          <w14:ligatures w14:val="none"/>
        </w:rPr>
        <w:t>step</w:t>
      </w:r>
      <w:proofErr w:type="spellEnd"/>
      <w:r w:rsidRPr="00BF194F">
        <w:rPr>
          <w:rFonts w:ascii="Arial" w:eastAsia="Times New Roman" w:hAnsi="Arial" w:cs="Arial"/>
          <w:kern w:val="0"/>
          <w:sz w:val="20"/>
          <w:szCs w:val="20"/>
          <w:lang w:eastAsia="fr-FR"/>
          <w14:ligatures w14:val="none"/>
        </w:rPr>
        <w:t xml:space="preserve"> </w:t>
      </w:r>
      <w:proofErr w:type="spellStart"/>
      <w:proofErr w:type="gramStart"/>
      <w:r w:rsidRPr="00BF194F">
        <w:rPr>
          <w:rFonts w:ascii="Arial" w:eastAsia="Times New Roman" w:hAnsi="Arial" w:cs="Arial"/>
          <w:kern w:val="0"/>
          <w:sz w:val="20"/>
          <w:szCs w:val="20"/>
          <w:lang w:eastAsia="fr-FR"/>
          <w14:ligatures w14:val="none"/>
        </w:rPr>
        <w:t>form</w:t>
      </w:r>
      <w:proofErr w:type="spellEnd"/>
      <w:r w:rsidRPr="00BF194F">
        <w:rPr>
          <w:rFonts w:ascii="Arial" w:eastAsia="Times New Roman" w:hAnsi="Arial" w:cs="Arial"/>
          <w:kern w:val="0"/>
          <w:sz w:val="20"/>
          <w:szCs w:val="20"/>
          <w:lang w:eastAsia="fr-FR"/>
          <w14:ligatures w14:val="none"/>
        </w:rPr>
        <w:t>:</w:t>
      </w:r>
      <w:proofErr w:type="gramEnd"/>
    </w:p>
    <w:p w14:paraId="41293081" w14:textId="77777777" w:rsidR="004A6A30" w:rsidRPr="00BF194F" w:rsidRDefault="004A6A30" w:rsidP="00BF194F">
      <w:pPr>
        <w:pStyle w:val="Textebrut"/>
        <w:spacing w:line="360" w:lineRule="auto"/>
        <w:rPr>
          <w:rFonts w:ascii="Arial" w:eastAsia="Times New Roman" w:hAnsi="Arial" w:cs="Arial"/>
          <w:kern w:val="0"/>
          <w:sz w:val="20"/>
          <w:szCs w:val="20"/>
          <w:lang w:eastAsia="fr-FR"/>
          <w14:ligatures w14:val="none"/>
        </w:rPr>
      </w:pPr>
    </w:p>
    <w:p w14:paraId="5DBAE325" w14:textId="39710DBF" w:rsidR="00BB0F51" w:rsidRPr="00BF194F" w:rsidRDefault="00BB0F51" w:rsidP="00BF194F">
      <w:pPr>
        <w:pStyle w:val="Textebrut"/>
        <w:spacing w:line="360" w:lineRule="auto"/>
        <w:rPr>
          <w:rFonts w:ascii="Arial" w:hAnsi="Arial" w:cs="Arial"/>
          <w:b/>
          <w:bCs/>
          <w:i/>
          <w:iCs/>
          <w:color w:val="0070C0"/>
          <w:sz w:val="17"/>
          <w:szCs w:val="17"/>
        </w:rPr>
      </w:pPr>
      <w:r w:rsidRPr="00BF194F">
        <w:rPr>
          <w:rFonts w:ascii="Arial" w:hAnsi="Arial" w:cs="Arial"/>
          <w:b/>
          <w:bCs/>
          <w:i/>
          <w:iCs/>
          <w:color w:val="0070C0"/>
          <w:sz w:val="17"/>
          <w:szCs w:val="17"/>
        </w:rPr>
        <w:t>ID</w:t>
      </w:r>
      <w:r w:rsidRPr="00BF194F">
        <w:rPr>
          <w:rFonts w:ascii="Arial" w:hAnsi="Arial" w:cs="Arial"/>
          <w:b/>
          <w:bCs/>
          <w:i/>
          <w:iCs/>
          <w:color w:val="0070C0"/>
          <w:sz w:val="17"/>
          <w:szCs w:val="17"/>
        </w:rPr>
        <w:tab/>
      </w:r>
      <w:proofErr w:type="spellStart"/>
      <w:r w:rsidRPr="00BF194F">
        <w:rPr>
          <w:rFonts w:ascii="Arial" w:hAnsi="Arial" w:cs="Arial"/>
          <w:b/>
          <w:bCs/>
          <w:i/>
          <w:iCs/>
          <w:color w:val="0070C0"/>
          <w:sz w:val="17"/>
          <w:szCs w:val="17"/>
        </w:rPr>
        <w:t>Search</w:t>
      </w:r>
      <w:proofErr w:type="spellEnd"/>
    </w:p>
    <w:p w14:paraId="65A8FA2D" w14:textId="77777777" w:rsidR="00BB0F51" w:rsidRPr="00BF194F" w:rsidRDefault="00BB0F51" w:rsidP="00BF194F">
      <w:pPr>
        <w:pStyle w:val="Textebrut"/>
        <w:spacing w:line="360" w:lineRule="auto"/>
        <w:rPr>
          <w:rFonts w:ascii="Arial" w:hAnsi="Arial" w:cs="Arial"/>
          <w:b/>
          <w:bCs/>
          <w:i/>
          <w:iCs/>
          <w:color w:val="0070C0"/>
          <w:sz w:val="17"/>
          <w:szCs w:val="17"/>
        </w:rPr>
      </w:pPr>
      <w:r w:rsidRPr="00BF194F">
        <w:rPr>
          <w:rFonts w:ascii="Arial" w:hAnsi="Arial" w:cs="Arial"/>
          <w:b/>
          <w:bCs/>
          <w:i/>
          <w:iCs/>
          <w:color w:val="0070C0"/>
          <w:sz w:val="17"/>
          <w:szCs w:val="17"/>
        </w:rPr>
        <w:t>#1</w:t>
      </w:r>
      <w:r w:rsidRPr="00BF194F">
        <w:rPr>
          <w:rFonts w:ascii="Arial" w:hAnsi="Arial" w:cs="Arial"/>
          <w:b/>
          <w:bCs/>
          <w:i/>
          <w:iCs/>
          <w:color w:val="0070C0"/>
          <w:sz w:val="17"/>
          <w:szCs w:val="17"/>
        </w:rPr>
        <w:tab/>
        <w:t xml:space="preserve">MeSH </w:t>
      </w:r>
      <w:proofErr w:type="spellStart"/>
      <w:proofErr w:type="gramStart"/>
      <w:r w:rsidRPr="00BF194F">
        <w:rPr>
          <w:rFonts w:ascii="Arial" w:hAnsi="Arial" w:cs="Arial"/>
          <w:b/>
          <w:bCs/>
          <w:i/>
          <w:iCs/>
          <w:color w:val="0070C0"/>
          <w:sz w:val="17"/>
          <w:szCs w:val="17"/>
        </w:rPr>
        <w:t>descriptor</w:t>
      </w:r>
      <w:proofErr w:type="spellEnd"/>
      <w:r w:rsidRPr="00BF194F">
        <w:rPr>
          <w:rFonts w:ascii="Arial" w:hAnsi="Arial" w:cs="Arial"/>
          <w:b/>
          <w:bCs/>
          <w:i/>
          <w:iCs/>
          <w:color w:val="0070C0"/>
          <w:sz w:val="17"/>
          <w:szCs w:val="17"/>
        </w:rPr>
        <w:t>:</w:t>
      </w:r>
      <w:proofErr w:type="gram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Musculoskeletal</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Diseases</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explode</w:t>
      </w:r>
      <w:proofErr w:type="spellEnd"/>
      <w:r w:rsidRPr="00BF194F">
        <w:rPr>
          <w:rFonts w:ascii="Arial" w:hAnsi="Arial" w:cs="Arial"/>
          <w:b/>
          <w:bCs/>
          <w:i/>
          <w:iCs/>
          <w:color w:val="0070C0"/>
          <w:sz w:val="17"/>
          <w:szCs w:val="17"/>
        </w:rPr>
        <w:t xml:space="preserve"> all </w:t>
      </w:r>
      <w:proofErr w:type="spellStart"/>
      <w:r w:rsidRPr="00BF194F">
        <w:rPr>
          <w:rFonts w:ascii="Arial" w:hAnsi="Arial" w:cs="Arial"/>
          <w:b/>
          <w:bCs/>
          <w:i/>
          <w:iCs/>
          <w:color w:val="0070C0"/>
          <w:sz w:val="17"/>
          <w:szCs w:val="17"/>
        </w:rPr>
        <w:t>trees</w:t>
      </w:r>
      <w:proofErr w:type="spellEnd"/>
    </w:p>
    <w:p w14:paraId="1E92743B" w14:textId="77777777" w:rsidR="00BB0F51" w:rsidRPr="00BF194F" w:rsidRDefault="00BB0F51" w:rsidP="00BF194F">
      <w:pPr>
        <w:pStyle w:val="Textebrut"/>
        <w:spacing w:line="360" w:lineRule="auto"/>
        <w:rPr>
          <w:rFonts w:ascii="Arial" w:hAnsi="Arial" w:cs="Arial"/>
          <w:b/>
          <w:bCs/>
          <w:i/>
          <w:iCs/>
          <w:color w:val="0070C0"/>
          <w:sz w:val="17"/>
          <w:szCs w:val="17"/>
        </w:rPr>
      </w:pPr>
      <w:r w:rsidRPr="00BF194F">
        <w:rPr>
          <w:rFonts w:ascii="Arial" w:hAnsi="Arial" w:cs="Arial"/>
          <w:b/>
          <w:bCs/>
          <w:i/>
          <w:iCs/>
          <w:color w:val="0070C0"/>
          <w:sz w:val="17"/>
          <w:szCs w:val="17"/>
        </w:rPr>
        <w:t>#2</w:t>
      </w:r>
      <w:r w:rsidRPr="00BF194F">
        <w:rPr>
          <w:rFonts w:ascii="Arial" w:hAnsi="Arial" w:cs="Arial"/>
          <w:b/>
          <w:bCs/>
          <w:i/>
          <w:iCs/>
          <w:color w:val="0070C0"/>
          <w:sz w:val="17"/>
          <w:szCs w:val="17"/>
        </w:rPr>
        <w:tab/>
        <w:t xml:space="preserve">MeSH </w:t>
      </w:r>
      <w:proofErr w:type="spellStart"/>
      <w:proofErr w:type="gramStart"/>
      <w:r w:rsidRPr="00BF194F">
        <w:rPr>
          <w:rFonts w:ascii="Arial" w:hAnsi="Arial" w:cs="Arial"/>
          <w:b/>
          <w:bCs/>
          <w:i/>
          <w:iCs/>
          <w:color w:val="0070C0"/>
          <w:sz w:val="17"/>
          <w:szCs w:val="17"/>
        </w:rPr>
        <w:t>descriptor</w:t>
      </w:r>
      <w:proofErr w:type="spellEnd"/>
      <w:r w:rsidRPr="00BF194F">
        <w:rPr>
          <w:rFonts w:ascii="Arial" w:hAnsi="Arial" w:cs="Arial"/>
          <w:b/>
          <w:bCs/>
          <w:i/>
          <w:iCs/>
          <w:color w:val="0070C0"/>
          <w:sz w:val="17"/>
          <w:szCs w:val="17"/>
        </w:rPr>
        <w:t>:</w:t>
      </w:r>
      <w:proofErr w:type="gram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Musculoskeletal</w:t>
      </w:r>
      <w:proofErr w:type="spellEnd"/>
      <w:r w:rsidRPr="00BF194F">
        <w:rPr>
          <w:rFonts w:ascii="Arial" w:hAnsi="Arial" w:cs="Arial"/>
          <w:b/>
          <w:bCs/>
          <w:i/>
          <w:iCs/>
          <w:color w:val="0070C0"/>
          <w:sz w:val="17"/>
          <w:szCs w:val="17"/>
        </w:rPr>
        <w:t xml:space="preserve"> Pain] </w:t>
      </w:r>
      <w:proofErr w:type="spellStart"/>
      <w:r w:rsidRPr="00BF194F">
        <w:rPr>
          <w:rFonts w:ascii="Arial" w:hAnsi="Arial" w:cs="Arial"/>
          <w:b/>
          <w:bCs/>
          <w:i/>
          <w:iCs/>
          <w:color w:val="0070C0"/>
          <w:sz w:val="17"/>
          <w:szCs w:val="17"/>
        </w:rPr>
        <w:t>explode</w:t>
      </w:r>
      <w:proofErr w:type="spellEnd"/>
      <w:r w:rsidRPr="00BF194F">
        <w:rPr>
          <w:rFonts w:ascii="Arial" w:hAnsi="Arial" w:cs="Arial"/>
          <w:b/>
          <w:bCs/>
          <w:i/>
          <w:iCs/>
          <w:color w:val="0070C0"/>
          <w:sz w:val="17"/>
          <w:szCs w:val="17"/>
        </w:rPr>
        <w:t xml:space="preserve"> all </w:t>
      </w:r>
      <w:proofErr w:type="spellStart"/>
      <w:r w:rsidRPr="00BF194F">
        <w:rPr>
          <w:rFonts w:ascii="Arial" w:hAnsi="Arial" w:cs="Arial"/>
          <w:b/>
          <w:bCs/>
          <w:i/>
          <w:iCs/>
          <w:color w:val="0070C0"/>
          <w:sz w:val="17"/>
          <w:szCs w:val="17"/>
        </w:rPr>
        <w:t>trees</w:t>
      </w:r>
      <w:proofErr w:type="spellEnd"/>
    </w:p>
    <w:p w14:paraId="7381B3C7" w14:textId="77777777" w:rsidR="00BB0F51" w:rsidRPr="00BF194F" w:rsidRDefault="00BB0F51" w:rsidP="00BF194F">
      <w:pPr>
        <w:pStyle w:val="Textebrut"/>
        <w:spacing w:line="360" w:lineRule="auto"/>
        <w:rPr>
          <w:rFonts w:ascii="Arial" w:hAnsi="Arial" w:cs="Arial"/>
          <w:b/>
          <w:bCs/>
          <w:i/>
          <w:iCs/>
          <w:color w:val="0070C0"/>
          <w:sz w:val="17"/>
          <w:szCs w:val="17"/>
        </w:rPr>
      </w:pPr>
      <w:r w:rsidRPr="00BF194F">
        <w:rPr>
          <w:rFonts w:ascii="Arial" w:hAnsi="Arial" w:cs="Arial"/>
          <w:b/>
          <w:bCs/>
          <w:i/>
          <w:iCs/>
          <w:color w:val="0070C0"/>
          <w:sz w:val="17"/>
          <w:szCs w:val="17"/>
        </w:rPr>
        <w:t>#3</w:t>
      </w:r>
      <w:r w:rsidRPr="00BF194F">
        <w:rPr>
          <w:rFonts w:ascii="Arial" w:hAnsi="Arial" w:cs="Arial"/>
          <w:b/>
          <w:bCs/>
          <w:i/>
          <w:iCs/>
          <w:color w:val="0070C0"/>
          <w:sz w:val="17"/>
          <w:szCs w:val="17"/>
        </w:rPr>
        <w:tab/>
        <w:t>("</w:t>
      </w:r>
      <w:proofErr w:type="spellStart"/>
      <w:r w:rsidRPr="00BF194F">
        <w:rPr>
          <w:rFonts w:ascii="Arial" w:hAnsi="Arial" w:cs="Arial"/>
          <w:b/>
          <w:bCs/>
          <w:i/>
          <w:iCs/>
          <w:color w:val="0070C0"/>
          <w:sz w:val="17"/>
          <w:szCs w:val="17"/>
        </w:rPr>
        <w:t>musculoskeletal</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disorders</w:t>
      </w:r>
      <w:proofErr w:type="spellEnd"/>
      <w:r w:rsidRPr="00BF194F">
        <w:rPr>
          <w:rFonts w:ascii="Arial" w:hAnsi="Arial" w:cs="Arial"/>
          <w:b/>
          <w:bCs/>
          <w:i/>
          <w:iCs/>
          <w:color w:val="0070C0"/>
          <w:sz w:val="17"/>
          <w:szCs w:val="17"/>
        </w:rPr>
        <w:t>" OR "</w:t>
      </w:r>
      <w:proofErr w:type="spellStart"/>
      <w:r w:rsidRPr="00BF194F">
        <w:rPr>
          <w:rFonts w:ascii="Arial" w:hAnsi="Arial" w:cs="Arial"/>
          <w:b/>
          <w:bCs/>
          <w:i/>
          <w:iCs/>
          <w:color w:val="0070C0"/>
          <w:sz w:val="17"/>
          <w:szCs w:val="17"/>
        </w:rPr>
        <w:t>musculoskeletal</w:t>
      </w:r>
      <w:proofErr w:type="spellEnd"/>
      <w:r w:rsidRPr="00BF194F">
        <w:rPr>
          <w:rFonts w:ascii="Arial" w:hAnsi="Arial" w:cs="Arial"/>
          <w:b/>
          <w:bCs/>
          <w:i/>
          <w:iCs/>
          <w:color w:val="0070C0"/>
          <w:sz w:val="17"/>
          <w:szCs w:val="17"/>
        </w:rPr>
        <w:t xml:space="preserve"> conditions" OR "</w:t>
      </w:r>
      <w:proofErr w:type="spellStart"/>
      <w:r w:rsidRPr="00BF194F">
        <w:rPr>
          <w:rFonts w:ascii="Arial" w:hAnsi="Arial" w:cs="Arial"/>
          <w:b/>
          <w:bCs/>
          <w:i/>
          <w:iCs/>
          <w:color w:val="0070C0"/>
          <w:sz w:val="17"/>
          <w:szCs w:val="17"/>
        </w:rPr>
        <w:t>musculoskeletal</w:t>
      </w:r>
      <w:proofErr w:type="spellEnd"/>
      <w:r w:rsidRPr="00BF194F">
        <w:rPr>
          <w:rFonts w:ascii="Arial" w:hAnsi="Arial" w:cs="Arial"/>
          <w:b/>
          <w:bCs/>
          <w:i/>
          <w:iCs/>
          <w:color w:val="0070C0"/>
          <w:sz w:val="17"/>
          <w:szCs w:val="17"/>
        </w:rPr>
        <w:t xml:space="preserve"> pain"</w:t>
      </w:r>
      <w:proofErr w:type="gramStart"/>
      <w:r w:rsidRPr="00BF194F">
        <w:rPr>
          <w:rFonts w:ascii="Arial" w:hAnsi="Arial" w:cs="Arial"/>
          <w:b/>
          <w:bCs/>
          <w:i/>
          <w:iCs/>
          <w:color w:val="0070C0"/>
          <w:sz w:val="17"/>
          <w:szCs w:val="17"/>
        </w:rPr>
        <w:t>):</w:t>
      </w:r>
      <w:proofErr w:type="spellStart"/>
      <w:r w:rsidRPr="00BF194F">
        <w:rPr>
          <w:rFonts w:ascii="Arial" w:hAnsi="Arial" w:cs="Arial"/>
          <w:b/>
          <w:bCs/>
          <w:i/>
          <w:iCs/>
          <w:color w:val="0070C0"/>
          <w:sz w:val="17"/>
          <w:szCs w:val="17"/>
        </w:rPr>
        <w:t>ti</w:t>
      </w:r>
      <w:proofErr w:type="gramEnd"/>
      <w:r w:rsidRPr="00BF194F">
        <w:rPr>
          <w:rFonts w:ascii="Arial" w:hAnsi="Arial" w:cs="Arial"/>
          <w:b/>
          <w:bCs/>
          <w:i/>
          <w:iCs/>
          <w:color w:val="0070C0"/>
          <w:sz w:val="17"/>
          <w:szCs w:val="17"/>
        </w:rPr>
        <w:t>,</w:t>
      </w:r>
      <w:proofErr w:type="gramStart"/>
      <w:r w:rsidRPr="00BF194F">
        <w:rPr>
          <w:rFonts w:ascii="Arial" w:hAnsi="Arial" w:cs="Arial"/>
          <w:b/>
          <w:bCs/>
          <w:i/>
          <w:iCs/>
          <w:color w:val="0070C0"/>
          <w:sz w:val="17"/>
          <w:szCs w:val="17"/>
        </w:rPr>
        <w:t>ab,kw</w:t>
      </w:r>
      <w:proofErr w:type="spellEnd"/>
      <w:proofErr w:type="gramEnd"/>
    </w:p>
    <w:p w14:paraId="51DAC9E9" w14:textId="77777777" w:rsidR="00BB0F51" w:rsidRPr="00BF194F" w:rsidRDefault="00BB0F51" w:rsidP="00BF194F">
      <w:pPr>
        <w:pStyle w:val="Textebrut"/>
        <w:spacing w:line="360" w:lineRule="auto"/>
        <w:rPr>
          <w:rFonts w:ascii="Arial" w:hAnsi="Arial" w:cs="Arial"/>
          <w:b/>
          <w:bCs/>
          <w:i/>
          <w:iCs/>
          <w:color w:val="0070C0"/>
          <w:sz w:val="17"/>
          <w:szCs w:val="17"/>
        </w:rPr>
      </w:pPr>
      <w:r w:rsidRPr="00BF194F">
        <w:rPr>
          <w:rFonts w:ascii="Arial" w:hAnsi="Arial" w:cs="Arial"/>
          <w:b/>
          <w:bCs/>
          <w:i/>
          <w:iCs/>
          <w:color w:val="0070C0"/>
          <w:sz w:val="17"/>
          <w:szCs w:val="17"/>
        </w:rPr>
        <w:t>#4</w:t>
      </w:r>
      <w:r w:rsidRPr="00BF194F">
        <w:rPr>
          <w:rFonts w:ascii="Arial" w:hAnsi="Arial" w:cs="Arial"/>
          <w:b/>
          <w:bCs/>
          <w:i/>
          <w:iCs/>
          <w:color w:val="0070C0"/>
          <w:sz w:val="17"/>
          <w:szCs w:val="17"/>
        </w:rPr>
        <w:tab/>
        <w:t>#1 OR #2 OR #3</w:t>
      </w:r>
    </w:p>
    <w:p w14:paraId="5180C9C8" w14:textId="77777777" w:rsidR="00BB0F51" w:rsidRPr="00BF194F" w:rsidRDefault="00BB0F51" w:rsidP="00BF194F">
      <w:pPr>
        <w:pStyle w:val="Textebrut"/>
        <w:spacing w:line="360" w:lineRule="auto"/>
        <w:rPr>
          <w:rFonts w:ascii="Arial" w:hAnsi="Arial" w:cs="Arial"/>
          <w:b/>
          <w:bCs/>
          <w:i/>
          <w:iCs/>
          <w:color w:val="0070C0"/>
          <w:sz w:val="17"/>
          <w:szCs w:val="17"/>
        </w:rPr>
      </w:pPr>
      <w:r w:rsidRPr="00BF194F">
        <w:rPr>
          <w:rFonts w:ascii="Arial" w:hAnsi="Arial" w:cs="Arial"/>
          <w:b/>
          <w:bCs/>
          <w:i/>
          <w:iCs/>
          <w:color w:val="0070C0"/>
          <w:sz w:val="17"/>
          <w:szCs w:val="17"/>
        </w:rPr>
        <w:t>#5</w:t>
      </w:r>
      <w:r w:rsidRPr="00BF194F">
        <w:rPr>
          <w:rFonts w:ascii="Arial" w:hAnsi="Arial" w:cs="Arial"/>
          <w:b/>
          <w:bCs/>
          <w:i/>
          <w:iCs/>
          <w:color w:val="0070C0"/>
          <w:sz w:val="17"/>
          <w:szCs w:val="17"/>
        </w:rPr>
        <w:tab/>
        <w:t xml:space="preserve">MeSH </w:t>
      </w:r>
      <w:proofErr w:type="spellStart"/>
      <w:proofErr w:type="gramStart"/>
      <w:r w:rsidRPr="00BF194F">
        <w:rPr>
          <w:rFonts w:ascii="Arial" w:hAnsi="Arial" w:cs="Arial"/>
          <w:b/>
          <w:bCs/>
          <w:i/>
          <w:iCs/>
          <w:color w:val="0070C0"/>
          <w:sz w:val="17"/>
          <w:szCs w:val="17"/>
        </w:rPr>
        <w:t>descriptor</w:t>
      </w:r>
      <w:proofErr w:type="spellEnd"/>
      <w:r w:rsidRPr="00BF194F">
        <w:rPr>
          <w:rFonts w:ascii="Arial" w:hAnsi="Arial" w:cs="Arial"/>
          <w:b/>
          <w:bCs/>
          <w:i/>
          <w:iCs/>
          <w:color w:val="0070C0"/>
          <w:sz w:val="17"/>
          <w:szCs w:val="17"/>
        </w:rPr>
        <w:t>:</w:t>
      </w:r>
      <w:proofErr w:type="gramEnd"/>
      <w:r w:rsidRPr="00BF194F">
        <w:rPr>
          <w:rFonts w:ascii="Arial" w:hAnsi="Arial" w:cs="Arial"/>
          <w:b/>
          <w:bCs/>
          <w:i/>
          <w:iCs/>
          <w:color w:val="0070C0"/>
          <w:sz w:val="17"/>
          <w:szCs w:val="17"/>
        </w:rPr>
        <w:t xml:space="preserve"> [Physical </w:t>
      </w:r>
      <w:proofErr w:type="spellStart"/>
      <w:r w:rsidRPr="00BF194F">
        <w:rPr>
          <w:rFonts w:ascii="Arial" w:hAnsi="Arial" w:cs="Arial"/>
          <w:b/>
          <w:bCs/>
          <w:i/>
          <w:iCs/>
          <w:color w:val="0070C0"/>
          <w:sz w:val="17"/>
          <w:szCs w:val="17"/>
        </w:rPr>
        <w:t>Therapy</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Modalities</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explode</w:t>
      </w:r>
      <w:proofErr w:type="spellEnd"/>
      <w:r w:rsidRPr="00BF194F">
        <w:rPr>
          <w:rFonts w:ascii="Arial" w:hAnsi="Arial" w:cs="Arial"/>
          <w:b/>
          <w:bCs/>
          <w:i/>
          <w:iCs/>
          <w:color w:val="0070C0"/>
          <w:sz w:val="17"/>
          <w:szCs w:val="17"/>
        </w:rPr>
        <w:t xml:space="preserve"> all </w:t>
      </w:r>
      <w:proofErr w:type="spellStart"/>
      <w:r w:rsidRPr="00BF194F">
        <w:rPr>
          <w:rFonts w:ascii="Arial" w:hAnsi="Arial" w:cs="Arial"/>
          <w:b/>
          <w:bCs/>
          <w:i/>
          <w:iCs/>
          <w:color w:val="0070C0"/>
          <w:sz w:val="17"/>
          <w:szCs w:val="17"/>
        </w:rPr>
        <w:t>trees</w:t>
      </w:r>
      <w:proofErr w:type="spellEnd"/>
    </w:p>
    <w:p w14:paraId="54C9EB33" w14:textId="77777777" w:rsidR="00BB0F51" w:rsidRPr="00BF194F" w:rsidRDefault="00BB0F51" w:rsidP="00BF194F">
      <w:pPr>
        <w:pStyle w:val="Textebrut"/>
        <w:spacing w:line="360" w:lineRule="auto"/>
        <w:rPr>
          <w:rFonts w:ascii="Arial" w:hAnsi="Arial" w:cs="Arial"/>
          <w:b/>
          <w:bCs/>
          <w:i/>
          <w:iCs/>
          <w:color w:val="0070C0"/>
          <w:sz w:val="17"/>
          <w:szCs w:val="17"/>
        </w:rPr>
      </w:pPr>
      <w:r w:rsidRPr="00BF194F">
        <w:rPr>
          <w:rFonts w:ascii="Arial" w:hAnsi="Arial" w:cs="Arial"/>
          <w:b/>
          <w:bCs/>
          <w:i/>
          <w:iCs/>
          <w:color w:val="0070C0"/>
          <w:sz w:val="17"/>
          <w:szCs w:val="17"/>
        </w:rPr>
        <w:t>#6</w:t>
      </w:r>
      <w:r w:rsidRPr="00BF194F">
        <w:rPr>
          <w:rFonts w:ascii="Arial" w:hAnsi="Arial" w:cs="Arial"/>
          <w:b/>
          <w:bCs/>
          <w:i/>
          <w:iCs/>
          <w:color w:val="0070C0"/>
          <w:sz w:val="17"/>
          <w:szCs w:val="17"/>
        </w:rPr>
        <w:tab/>
        <w:t xml:space="preserve">MeSH </w:t>
      </w:r>
      <w:proofErr w:type="spellStart"/>
      <w:proofErr w:type="gramStart"/>
      <w:r w:rsidRPr="00BF194F">
        <w:rPr>
          <w:rFonts w:ascii="Arial" w:hAnsi="Arial" w:cs="Arial"/>
          <w:b/>
          <w:bCs/>
          <w:i/>
          <w:iCs/>
          <w:color w:val="0070C0"/>
          <w:sz w:val="17"/>
          <w:szCs w:val="17"/>
        </w:rPr>
        <w:t>descriptor</w:t>
      </w:r>
      <w:proofErr w:type="spellEnd"/>
      <w:r w:rsidRPr="00BF194F">
        <w:rPr>
          <w:rFonts w:ascii="Arial" w:hAnsi="Arial" w:cs="Arial"/>
          <w:b/>
          <w:bCs/>
          <w:i/>
          <w:iCs/>
          <w:color w:val="0070C0"/>
          <w:sz w:val="17"/>
          <w:szCs w:val="17"/>
        </w:rPr>
        <w:t>:</w:t>
      </w:r>
      <w:proofErr w:type="gramEnd"/>
      <w:r w:rsidRPr="00BF194F">
        <w:rPr>
          <w:rFonts w:ascii="Arial" w:hAnsi="Arial" w:cs="Arial"/>
          <w:b/>
          <w:bCs/>
          <w:i/>
          <w:iCs/>
          <w:color w:val="0070C0"/>
          <w:sz w:val="17"/>
          <w:szCs w:val="17"/>
        </w:rPr>
        <w:t xml:space="preserve"> [Physical </w:t>
      </w:r>
      <w:proofErr w:type="spellStart"/>
      <w:r w:rsidRPr="00BF194F">
        <w:rPr>
          <w:rFonts w:ascii="Arial" w:hAnsi="Arial" w:cs="Arial"/>
          <w:b/>
          <w:bCs/>
          <w:i/>
          <w:iCs/>
          <w:color w:val="0070C0"/>
          <w:sz w:val="17"/>
          <w:szCs w:val="17"/>
        </w:rPr>
        <w:t>Therapy</w:t>
      </w:r>
      <w:proofErr w:type="spellEnd"/>
      <w:r w:rsidRPr="00BF194F">
        <w:rPr>
          <w:rFonts w:ascii="Arial" w:hAnsi="Arial" w:cs="Arial"/>
          <w:b/>
          <w:bCs/>
          <w:i/>
          <w:iCs/>
          <w:color w:val="0070C0"/>
          <w:sz w:val="17"/>
          <w:szCs w:val="17"/>
        </w:rPr>
        <w:t xml:space="preserve"> Specialty] </w:t>
      </w:r>
      <w:proofErr w:type="spellStart"/>
      <w:r w:rsidRPr="00BF194F">
        <w:rPr>
          <w:rFonts w:ascii="Arial" w:hAnsi="Arial" w:cs="Arial"/>
          <w:b/>
          <w:bCs/>
          <w:i/>
          <w:iCs/>
          <w:color w:val="0070C0"/>
          <w:sz w:val="17"/>
          <w:szCs w:val="17"/>
        </w:rPr>
        <w:t>explode</w:t>
      </w:r>
      <w:proofErr w:type="spellEnd"/>
      <w:r w:rsidRPr="00BF194F">
        <w:rPr>
          <w:rFonts w:ascii="Arial" w:hAnsi="Arial" w:cs="Arial"/>
          <w:b/>
          <w:bCs/>
          <w:i/>
          <w:iCs/>
          <w:color w:val="0070C0"/>
          <w:sz w:val="17"/>
          <w:szCs w:val="17"/>
        </w:rPr>
        <w:t xml:space="preserve"> all </w:t>
      </w:r>
      <w:proofErr w:type="spellStart"/>
      <w:r w:rsidRPr="00BF194F">
        <w:rPr>
          <w:rFonts w:ascii="Arial" w:hAnsi="Arial" w:cs="Arial"/>
          <w:b/>
          <w:bCs/>
          <w:i/>
          <w:iCs/>
          <w:color w:val="0070C0"/>
          <w:sz w:val="17"/>
          <w:szCs w:val="17"/>
        </w:rPr>
        <w:t>trees</w:t>
      </w:r>
      <w:proofErr w:type="spellEnd"/>
    </w:p>
    <w:p w14:paraId="6150F2CB" w14:textId="77777777" w:rsidR="00BB0F51" w:rsidRPr="00BF194F" w:rsidRDefault="00BB0F51" w:rsidP="00BF194F">
      <w:pPr>
        <w:pStyle w:val="Textebrut"/>
        <w:spacing w:line="360" w:lineRule="auto"/>
        <w:rPr>
          <w:rFonts w:ascii="Arial" w:hAnsi="Arial" w:cs="Arial"/>
          <w:b/>
          <w:bCs/>
          <w:i/>
          <w:iCs/>
          <w:color w:val="0070C0"/>
          <w:sz w:val="17"/>
          <w:szCs w:val="17"/>
        </w:rPr>
      </w:pPr>
      <w:r w:rsidRPr="00BF194F">
        <w:rPr>
          <w:rFonts w:ascii="Arial" w:hAnsi="Arial" w:cs="Arial"/>
          <w:b/>
          <w:bCs/>
          <w:i/>
          <w:iCs/>
          <w:color w:val="0070C0"/>
          <w:sz w:val="17"/>
          <w:szCs w:val="17"/>
        </w:rPr>
        <w:t>#7</w:t>
      </w:r>
      <w:r w:rsidRPr="00BF194F">
        <w:rPr>
          <w:rFonts w:ascii="Arial" w:hAnsi="Arial" w:cs="Arial"/>
          <w:b/>
          <w:bCs/>
          <w:i/>
          <w:iCs/>
          <w:color w:val="0070C0"/>
          <w:sz w:val="17"/>
          <w:szCs w:val="17"/>
        </w:rPr>
        <w:tab/>
        <w:t xml:space="preserve">MeSH </w:t>
      </w:r>
      <w:proofErr w:type="spellStart"/>
      <w:proofErr w:type="gramStart"/>
      <w:r w:rsidRPr="00BF194F">
        <w:rPr>
          <w:rFonts w:ascii="Arial" w:hAnsi="Arial" w:cs="Arial"/>
          <w:b/>
          <w:bCs/>
          <w:i/>
          <w:iCs/>
          <w:color w:val="0070C0"/>
          <w:sz w:val="17"/>
          <w:szCs w:val="17"/>
        </w:rPr>
        <w:t>descriptor</w:t>
      </w:r>
      <w:proofErr w:type="spellEnd"/>
      <w:r w:rsidRPr="00BF194F">
        <w:rPr>
          <w:rFonts w:ascii="Arial" w:hAnsi="Arial" w:cs="Arial"/>
          <w:b/>
          <w:bCs/>
          <w:i/>
          <w:iCs/>
          <w:color w:val="0070C0"/>
          <w:sz w:val="17"/>
          <w:szCs w:val="17"/>
        </w:rPr>
        <w:t>:</w:t>
      </w:r>
      <w:proofErr w:type="gram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Rehabilitation</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explode</w:t>
      </w:r>
      <w:proofErr w:type="spellEnd"/>
      <w:r w:rsidRPr="00BF194F">
        <w:rPr>
          <w:rFonts w:ascii="Arial" w:hAnsi="Arial" w:cs="Arial"/>
          <w:b/>
          <w:bCs/>
          <w:i/>
          <w:iCs/>
          <w:color w:val="0070C0"/>
          <w:sz w:val="17"/>
          <w:szCs w:val="17"/>
        </w:rPr>
        <w:t xml:space="preserve"> all </w:t>
      </w:r>
      <w:proofErr w:type="spellStart"/>
      <w:r w:rsidRPr="00BF194F">
        <w:rPr>
          <w:rFonts w:ascii="Arial" w:hAnsi="Arial" w:cs="Arial"/>
          <w:b/>
          <w:bCs/>
          <w:i/>
          <w:iCs/>
          <w:color w:val="0070C0"/>
          <w:sz w:val="17"/>
          <w:szCs w:val="17"/>
        </w:rPr>
        <w:t>trees</w:t>
      </w:r>
      <w:proofErr w:type="spellEnd"/>
    </w:p>
    <w:p w14:paraId="797F4BD4" w14:textId="77777777" w:rsidR="00BB0F51" w:rsidRPr="00BF194F" w:rsidRDefault="00BB0F51" w:rsidP="00BF194F">
      <w:pPr>
        <w:pStyle w:val="Textebrut"/>
        <w:spacing w:line="360" w:lineRule="auto"/>
        <w:rPr>
          <w:rFonts w:ascii="Arial" w:hAnsi="Arial" w:cs="Arial"/>
          <w:b/>
          <w:bCs/>
          <w:i/>
          <w:iCs/>
          <w:color w:val="0070C0"/>
          <w:sz w:val="17"/>
          <w:szCs w:val="17"/>
        </w:rPr>
      </w:pPr>
      <w:r w:rsidRPr="00BF194F">
        <w:rPr>
          <w:rFonts w:ascii="Arial" w:hAnsi="Arial" w:cs="Arial"/>
          <w:b/>
          <w:bCs/>
          <w:i/>
          <w:iCs/>
          <w:color w:val="0070C0"/>
          <w:sz w:val="17"/>
          <w:szCs w:val="17"/>
        </w:rPr>
        <w:t>#8</w:t>
      </w:r>
      <w:r w:rsidRPr="00BF194F">
        <w:rPr>
          <w:rFonts w:ascii="Arial" w:hAnsi="Arial" w:cs="Arial"/>
          <w:b/>
          <w:bCs/>
          <w:i/>
          <w:iCs/>
          <w:color w:val="0070C0"/>
          <w:sz w:val="17"/>
          <w:szCs w:val="17"/>
        </w:rPr>
        <w:tab/>
        <w:t xml:space="preserve">("Physical </w:t>
      </w:r>
      <w:proofErr w:type="spellStart"/>
      <w:r w:rsidRPr="00BF194F">
        <w:rPr>
          <w:rFonts w:ascii="Arial" w:hAnsi="Arial" w:cs="Arial"/>
          <w:b/>
          <w:bCs/>
          <w:i/>
          <w:iCs/>
          <w:color w:val="0070C0"/>
          <w:sz w:val="17"/>
          <w:szCs w:val="17"/>
        </w:rPr>
        <w:t>Therapy</w:t>
      </w:r>
      <w:proofErr w:type="spellEnd"/>
      <w:r w:rsidRPr="00BF194F">
        <w:rPr>
          <w:rFonts w:ascii="Arial" w:hAnsi="Arial" w:cs="Arial"/>
          <w:b/>
          <w:bCs/>
          <w:i/>
          <w:iCs/>
          <w:color w:val="0070C0"/>
          <w:sz w:val="17"/>
          <w:szCs w:val="17"/>
        </w:rPr>
        <w:t>" OR "</w:t>
      </w:r>
      <w:proofErr w:type="spellStart"/>
      <w:r w:rsidRPr="00BF194F">
        <w:rPr>
          <w:rFonts w:ascii="Arial" w:hAnsi="Arial" w:cs="Arial"/>
          <w:b/>
          <w:bCs/>
          <w:i/>
          <w:iCs/>
          <w:color w:val="0070C0"/>
          <w:sz w:val="17"/>
          <w:szCs w:val="17"/>
        </w:rPr>
        <w:t>Physiotherapy</w:t>
      </w:r>
      <w:proofErr w:type="spellEnd"/>
      <w:r w:rsidRPr="00BF194F">
        <w:rPr>
          <w:rFonts w:ascii="Arial" w:hAnsi="Arial" w:cs="Arial"/>
          <w:b/>
          <w:bCs/>
          <w:i/>
          <w:iCs/>
          <w:color w:val="0070C0"/>
          <w:sz w:val="17"/>
          <w:szCs w:val="17"/>
        </w:rPr>
        <w:t>" OR "</w:t>
      </w:r>
      <w:proofErr w:type="spellStart"/>
      <w:r w:rsidRPr="00BF194F">
        <w:rPr>
          <w:rFonts w:ascii="Arial" w:hAnsi="Arial" w:cs="Arial"/>
          <w:b/>
          <w:bCs/>
          <w:i/>
          <w:iCs/>
          <w:color w:val="0070C0"/>
          <w:sz w:val="17"/>
          <w:szCs w:val="17"/>
        </w:rPr>
        <w:t>rehabilitation</w:t>
      </w:r>
      <w:proofErr w:type="spellEnd"/>
      <w:r w:rsidRPr="00BF194F">
        <w:rPr>
          <w:rFonts w:ascii="Arial" w:hAnsi="Arial" w:cs="Arial"/>
          <w:b/>
          <w:bCs/>
          <w:i/>
          <w:iCs/>
          <w:color w:val="0070C0"/>
          <w:sz w:val="17"/>
          <w:szCs w:val="17"/>
        </w:rPr>
        <w:t>"</w:t>
      </w:r>
      <w:proofErr w:type="gramStart"/>
      <w:r w:rsidRPr="00BF194F">
        <w:rPr>
          <w:rFonts w:ascii="Arial" w:hAnsi="Arial" w:cs="Arial"/>
          <w:b/>
          <w:bCs/>
          <w:i/>
          <w:iCs/>
          <w:color w:val="0070C0"/>
          <w:sz w:val="17"/>
          <w:szCs w:val="17"/>
        </w:rPr>
        <w:t>):</w:t>
      </w:r>
      <w:proofErr w:type="spellStart"/>
      <w:r w:rsidRPr="00BF194F">
        <w:rPr>
          <w:rFonts w:ascii="Arial" w:hAnsi="Arial" w:cs="Arial"/>
          <w:b/>
          <w:bCs/>
          <w:i/>
          <w:iCs/>
          <w:color w:val="0070C0"/>
          <w:sz w:val="17"/>
          <w:szCs w:val="17"/>
        </w:rPr>
        <w:t>ti</w:t>
      </w:r>
      <w:proofErr w:type="gramEnd"/>
      <w:r w:rsidRPr="00BF194F">
        <w:rPr>
          <w:rFonts w:ascii="Arial" w:hAnsi="Arial" w:cs="Arial"/>
          <w:b/>
          <w:bCs/>
          <w:i/>
          <w:iCs/>
          <w:color w:val="0070C0"/>
          <w:sz w:val="17"/>
          <w:szCs w:val="17"/>
        </w:rPr>
        <w:t>,</w:t>
      </w:r>
      <w:proofErr w:type="gramStart"/>
      <w:r w:rsidRPr="00BF194F">
        <w:rPr>
          <w:rFonts w:ascii="Arial" w:hAnsi="Arial" w:cs="Arial"/>
          <w:b/>
          <w:bCs/>
          <w:i/>
          <w:iCs/>
          <w:color w:val="0070C0"/>
          <w:sz w:val="17"/>
          <w:szCs w:val="17"/>
        </w:rPr>
        <w:t>ab,kw</w:t>
      </w:r>
      <w:proofErr w:type="spellEnd"/>
      <w:proofErr w:type="gramEnd"/>
    </w:p>
    <w:p w14:paraId="238D0E69" w14:textId="77777777" w:rsidR="00BB0F51" w:rsidRPr="00BF194F" w:rsidRDefault="00BB0F51" w:rsidP="00BF194F">
      <w:pPr>
        <w:pStyle w:val="Textebrut"/>
        <w:spacing w:line="360" w:lineRule="auto"/>
        <w:rPr>
          <w:rFonts w:ascii="Arial" w:hAnsi="Arial" w:cs="Arial"/>
          <w:b/>
          <w:bCs/>
          <w:i/>
          <w:iCs/>
          <w:color w:val="0070C0"/>
          <w:sz w:val="17"/>
          <w:szCs w:val="17"/>
        </w:rPr>
      </w:pPr>
      <w:r w:rsidRPr="00BF194F">
        <w:rPr>
          <w:rFonts w:ascii="Arial" w:hAnsi="Arial" w:cs="Arial"/>
          <w:b/>
          <w:bCs/>
          <w:i/>
          <w:iCs/>
          <w:color w:val="0070C0"/>
          <w:sz w:val="17"/>
          <w:szCs w:val="17"/>
        </w:rPr>
        <w:t>#9</w:t>
      </w:r>
      <w:r w:rsidRPr="00BF194F">
        <w:rPr>
          <w:rFonts w:ascii="Arial" w:hAnsi="Arial" w:cs="Arial"/>
          <w:b/>
          <w:bCs/>
          <w:i/>
          <w:iCs/>
          <w:color w:val="0070C0"/>
          <w:sz w:val="17"/>
          <w:szCs w:val="17"/>
        </w:rPr>
        <w:tab/>
        <w:t>#5 OR #6 OR #7 OR #8</w:t>
      </w:r>
    </w:p>
    <w:p w14:paraId="756E9880" w14:textId="77777777" w:rsidR="00BB0F51" w:rsidRPr="00BF194F" w:rsidRDefault="00BB0F51" w:rsidP="00BF194F">
      <w:pPr>
        <w:pStyle w:val="Textebrut"/>
        <w:spacing w:line="360" w:lineRule="auto"/>
        <w:rPr>
          <w:rFonts w:ascii="Arial" w:hAnsi="Arial" w:cs="Arial"/>
          <w:b/>
          <w:bCs/>
          <w:i/>
          <w:iCs/>
          <w:color w:val="0070C0"/>
          <w:sz w:val="17"/>
          <w:szCs w:val="17"/>
        </w:rPr>
      </w:pPr>
      <w:r w:rsidRPr="00BF194F">
        <w:rPr>
          <w:rFonts w:ascii="Arial" w:hAnsi="Arial" w:cs="Arial"/>
          <w:b/>
          <w:bCs/>
          <w:i/>
          <w:iCs/>
          <w:color w:val="0070C0"/>
          <w:sz w:val="17"/>
          <w:szCs w:val="17"/>
        </w:rPr>
        <w:t>#10</w:t>
      </w:r>
      <w:r w:rsidRPr="00BF194F">
        <w:rPr>
          <w:rFonts w:ascii="Arial" w:hAnsi="Arial" w:cs="Arial"/>
          <w:b/>
          <w:bCs/>
          <w:i/>
          <w:iCs/>
          <w:color w:val="0070C0"/>
          <w:sz w:val="17"/>
          <w:szCs w:val="17"/>
        </w:rPr>
        <w:tab/>
        <w:t xml:space="preserve">MeSH </w:t>
      </w:r>
      <w:proofErr w:type="spellStart"/>
      <w:proofErr w:type="gramStart"/>
      <w:r w:rsidRPr="00BF194F">
        <w:rPr>
          <w:rFonts w:ascii="Arial" w:hAnsi="Arial" w:cs="Arial"/>
          <w:b/>
          <w:bCs/>
          <w:i/>
          <w:iCs/>
          <w:color w:val="0070C0"/>
          <w:sz w:val="17"/>
          <w:szCs w:val="17"/>
        </w:rPr>
        <w:t>descriptor</w:t>
      </w:r>
      <w:proofErr w:type="spellEnd"/>
      <w:r w:rsidRPr="00BF194F">
        <w:rPr>
          <w:rFonts w:ascii="Arial" w:hAnsi="Arial" w:cs="Arial"/>
          <w:b/>
          <w:bCs/>
          <w:i/>
          <w:iCs/>
          <w:color w:val="0070C0"/>
          <w:sz w:val="17"/>
          <w:szCs w:val="17"/>
        </w:rPr>
        <w:t>:</w:t>
      </w:r>
      <w:proofErr w:type="gramEnd"/>
      <w:r w:rsidRPr="00BF194F">
        <w:rPr>
          <w:rFonts w:ascii="Arial" w:hAnsi="Arial" w:cs="Arial"/>
          <w:b/>
          <w:bCs/>
          <w:i/>
          <w:iCs/>
          <w:color w:val="0070C0"/>
          <w:sz w:val="17"/>
          <w:szCs w:val="17"/>
        </w:rPr>
        <w:t xml:space="preserve"> [General </w:t>
      </w:r>
      <w:proofErr w:type="spellStart"/>
      <w:r w:rsidRPr="00BF194F">
        <w:rPr>
          <w:rFonts w:ascii="Arial" w:hAnsi="Arial" w:cs="Arial"/>
          <w:b/>
          <w:bCs/>
          <w:i/>
          <w:iCs/>
          <w:color w:val="0070C0"/>
          <w:sz w:val="17"/>
          <w:szCs w:val="17"/>
        </w:rPr>
        <w:t>Practitioners</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explode</w:t>
      </w:r>
      <w:proofErr w:type="spellEnd"/>
      <w:r w:rsidRPr="00BF194F">
        <w:rPr>
          <w:rFonts w:ascii="Arial" w:hAnsi="Arial" w:cs="Arial"/>
          <w:b/>
          <w:bCs/>
          <w:i/>
          <w:iCs/>
          <w:color w:val="0070C0"/>
          <w:sz w:val="17"/>
          <w:szCs w:val="17"/>
        </w:rPr>
        <w:t xml:space="preserve"> all </w:t>
      </w:r>
      <w:proofErr w:type="spellStart"/>
      <w:r w:rsidRPr="00BF194F">
        <w:rPr>
          <w:rFonts w:ascii="Arial" w:hAnsi="Arial" w:cs="Arial"/>
          <w:b/>
          <w:bCs/>
          <w:i/>
          <w:iCs/>
          <w:color w:val="0070C0"/>
          <w:sz w:val="17"/>
          <w:szCs w:val="17"/>
        </w:rPr>
        <w:t>trees</w:t>
      </w:r>
      <w:proofErr w:type="spellEnd"/>
    </w:p>
    <w:p w14:paraId="2EDD55D8" w14:textId="77777777" w:rsidR="00BB0F51" w:rsidRPr="00BF194F" w:rsidRDefault="00BB0F51" w:rsidP="00BF194F">
      <w:pPr>
        <w:pStyle w:val="Textebrut"/>
        <w:spacing w:line="360" w:lineRule="auto"/>
        <w:rPr>
          <w:rFonts w:ascii="Arial" w:hAnsi="Arial" w:cs="Arial"/>
          <w:b/>
          <w:bCs/>
          <w:i/>
          <w:iCs/>
          <w:color w:val="0070C0"/>
          <w:sz w:val="17"/>
          <w:szCs w:val="17"/>
        </w:rPr>
      </w:pPr>
      <w:r w:rsidRPr="00BF194F">
        <w:rPr>
          <w:rFonts w:ascii="Arial" w:hAnsi="Arial" w:cs="Arial"/>
          <w:b/>
          <w:bCs/>
          <w:i/>
          <w:iCs/>
          <w:color w:val="0070C0"/>
          <w:sz w:val="17"/>
          <w:szCs w:val="17"/>
        </w:rPr>
        <w:t>#11</w:t>
      </w:r>
      <w:r w:rsidRPr="00BF194F">
        <w:rPr>
          <w:rFonts w:ascii="Arial" w:hAnsi="Arial" w:cs="Arial"/>
          <w:b/>
          <w:bCs/>
          <w:i/>
          <w:iCs/>
          <w:color w:val="0070C0"/>
          <w:sz w:val="17"/>
          <w:szCs w:val="17"/>
        </w:rPr>
        <w:tab/>
        <w:t xml:space="preserve">MeSH </w:t>
      </w:r>
      <w:proofErr w:type="spellStart"/>
      <w:proofErr w:type="gramStart"/>
      <w:r w:rsidRPr="00BF194F">
        <w:rPr>
          <w:rFonts w:ascii="Arial" w:hAnsi="Arial" w:cs="Arial"/>
          <w:b/>
          <w:bCs/>
          <w:i/>
          <w:iCs/>
          <w:color w:val="0070C0"/>
          <w:sz w:val="17"/>
          <w:szCs w:val="17"/>
        </w:rPr>
        <w:t>descriptor</w:t>
      </w:r>
      <w:proofErr w:type="spellEnd"/>
      <w:r w:rsidRPr="00BF194F">
        <w:rPr>
          <w:rFonts w:ascii="Arial" w:hAnsi="Arial" w:cs="Arial"/>
          <w:b/>
          <w:bCs/>
          <w:i/>
          <w:iCs/>
          <w:color w:val="0070C0"/>
          <w:sz w:val="17"/>
          <w:szCs w:val="17"/>
        </w:rPr>
        <w:t>:</w:t>
      </w:r>
      <w:proofErr w:type="gram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Physicians</w:t>
      </w:r>
      <w:proofErr w:type="spellEnd"/>
      <w:r w:rsidRPr="00BF194F">
        <w:rPr>
          <w:rFonts w:ascii="Arial" w:hAnsi="Arial" w:cs="Arial"/>
          <w:b/>
          <w:bCs/>
          <w:i/>
          <w:iCs/>
          <w:color w:val="0070C0"/>
          <w:sz w:val="17"/>
          <w:szCs w:val="17"/>
        </w:rPr>
        <w:t xml:space="preserve">, Family] </w:t>
      </w:r>
      <w:proofErr w:type="spellStart"/>
      <w:r w:rsidRPr="00BF194F">
        <w:rPr>
          <w:rFonts w:ascii="Arial" w:hAnsi="Arial" w:cs="Arial"/>
          <w:b/>
          <w:bCs/>
          <w:i/>
          <w:iCs/>
          <w:color w:val="0070C0"/>
          <w:sz w:val="17"/>
          <w:szCs w:val="17"/>
        </w:rPr>
        <w:t>explode</w:t>
      </w:r>
      <w:proofErr w:type="spellEnd"/>
      <w:r w:rsidRPr="00BF194F">
        <w:rPr>
          <w:rFonts w:ascii="Arial" w:hAnsi="Arial" w:cs="Arial"/>
          <w:b/>
          <w:bCs/>
          <w:i/>
          <w:iCs/>
          <w:color w:val="0070C0"/>
          <w:sz w:val="17"/>
          <w:szCs w:val="17"/>
        </w:rPr>
        <w:t xml:space="preserve"> all </w:t>
      </w:r>
      <w:proofErr w:type="spellStart"/>
      <w:r w:rsidRPr="00BF194F">
        <w:rPr>
          <w:rFonts w:ascii="Arial" w:hAnsi="Arial" w:cs="Arial"/>
          <w:b/>
          <w:bCs/>
          <w:i/>
          <w:iCs/>
          <w:color w:val="0070C0"/>
          <w:sz w:val="17"/>
          <w:szCs w:val="17"/>
        </w:rPr>
        <w:t>trees</w:t>
      </w:r>
      <w:proofErr w:type="spellEnd"/>
    </w:p>
    <w:p w14:paraId="7C33164F" w14:textId="77777777" w:rsidR="00BB0F51" w:rsidRPr="00BF194F" w:rsidRDefault="00BB0F51" w:rsidP="00BF194F">
      <w:pPr>
        <w:pStyle w:val="Textebrut"/>
        <w:spacing w:line="360" w:lineRule="auto"/>
        <w:rPr>
          <w:rFonts w:ascii="Arial" w:hAnsi="Arial" w:cs="Arial"/>
          <w:b/>
          <w:bCs/>
          <w:i/>
          <w:iCs/>
          <w:color w:val="0070C0"/>
          <w:sz w:val="17"/>
          <w:szCs w:val="17"/>
        </w:rPr>
      </w:pPr>
      <w:r w:rsidRPr="00BF194F">
        <w:rPr>
          <w:rFonts w:ascii="Arial" w:hAnsi="Arial" w:cs="Arial"/>
          <w:b/>
          <w:bCs/>
          <w:i/>
          <w:iCs/>
          <w:color w:val="0070C0"/>
          <w:sz w:val="17"/>
          <w:szCs w:val="17"/>
        </w:rPr>
        <w:t>#12</w:t>
      </w:r>
      <w:r w:rsidRPr="00BF194F">
        <w:rPr>
          <w:rFonts w:ascii="Arial" w:hAnsi="Arial" w:cs="Arial"/>
          <w:b/>
          <w:bCs/>
          <w:i/>
          <w:iCs/>
          <w:color w:val="0070C0"/>
          <w:sz w:val="17"/>
          <w:szCs w:val="17"/>
        </w:rPr>
        <w:tab/>
        <w:t xml:space="preserve">MeSH </w:t>
      </w:r>
      <w:proofErr w:type="spellStart"/>
      <w:proofErr w:type="gramStart"/>
      <w:r w:rsidRPr="00BF194F">
        <w:rPr>
          <w:rFonts w:ascii="Arial" w:hAnsi="Arial" w:cs="Arial"/>
          <w:b/>
          <w:bCs/>
          <w:i/>
          <w:iCs/>
          <w:color w:val="0070C0"/>
          <w:sz w:val="17"/>
          <w:szCs w:val="17"/>
        </w:rPr>
        <w:t>descriptor</w:t>
      </w:r>
      <w:proofErr w:type="spellEnd"/>
      <w:r w:rsidRPr="00BF194F">
        <w:rPr>
          <w:rFonts w:ascii="Arial" w:hAnsi="Arial" w:cs="Arial"/>
          <w:b/>
          <w:bCs/>
          <w:i/>
          <w:iCs/>
          <w:color w:val="0070C0"/>
          <w:sz w:val="17"/>
          <w:szCs w:val="17"/>
        </w:rPr>
        <w:t>:</w:t>
      </w:r>
      <w:proofErr w:type="gram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Primary</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Health</w:t>
      </w:r>
      <w:proofErr w:type="spellEnd"/>
      <w:r w:rsidRPr="00BF194F">
        <w:rPr>
          <w:rFonts w:ascii="Arial" w:hAnsi="Arial" w:cs="Arial"/>
          <w:b/>
          <w:bCs/>
          <w:i/>
          <w:iCs/>
          <w:color w:val="0070C0"/>
          <w:sz w:val="17"/>
          <w:szCs w:val="17"/>
        </w:rPr>
        <w:t xml:space="preserve"> Care] </w:t>
      </w:r>
      <w:proofErr w:type="spellStart"/>
      <w:r w:rsidRPr="00BF194F">
        <w:rPr>
          <w:rFonts w:ascii="Arial" w:hAnsi="Arial" w:cs="Arial"/>
          <w:b/>
          <w:bCs/>
          <w:i/>
          <w:iCs/>
          <w:color w:val="0070C0"/>
          <w:sz w:val="17"/>
          <w:szCs w:val="17"/>
        </w:rPr>
        <w:t>explode</w:t>
      </w:r>
      <w:proofErr w:type="spellEnd"/>
      <w:r w:rsidRPr="00BF194F">
        <w:rPr>
          <w:rFonts w:ascii="Arial" w:hAnsi="Arial" w:cs="Arial"/>
          <w:b/>
          <w:bCs/>
          <w:i/>
          <w:iCs/>
          <w:color w:val="0070C0"/>
          <w:sz w:val="17"/>
          <w:szCs w:val="17"/>
        </w:rPr>
        <w:t xml:space="preserve"> all </w:t>
      </w:r>
      <w:proofErr w:type="spellStart"/>
      <w:r w:rsidRPr="00BF194F">
        <w:rPr>
          <w:rFonts w:ascii="Arial" w:hAnsi="Arial" w:cs="Arial"/>
          <w:b/>
          <w:bCs/>
          <w:i/>
          <w:iCs/>
          <w:color w:val="0070C0"/>
          <w:sz w:val="17"/>
          <w:szCs w:val="17"/>
        </w:rPr>
        <w:t>trees</w:t>
      </w:r>
      <w:proofErr w:type="spellEnd"/>
    </w:p>
    <w:p w14:paraId="4EEBC28B" w14:textId="77777777" w:rsidR="00BB0F51" w:rsidRPr="00BF194F" w:rsidRDefault="00BB0F51" w:rsidP="00BF194F">
      <w:pPr>
        <w:pStyle w:val="Textebrut"/>
        <w:spacing w:line="360" w:lineRule="auto"/>
        <w:rPr>
          <w:rFonts w:ascii="Arial" w:hAnsi="Arial" w:cs="Arial"/>
          <w:b/>
          <w:bCs/>
          <w:i/>
          <w:iCs/>
          <w:color w:val="0070C0"/>
          <w:sz w:val="17"/>
          <w:szCs w:val="17"/>
        </w:rPr>
      </w:pPr>
      <w:r w:rsidRPr="00BF194F">
        <w:rPr>
          <w:rFonts w:ascii="Arial" w:hAnsi="Arial" w:cs="Arial"/>
          <w:b/>
          <w:bCs/>
          <w:i/>
          <w:iCs/>
          <w:color w:val="0070C0"/>
          <w:sz w:val="17"/>
          <w:szCs w:val="17"/>
        </w:rPr>
        <w:t>#13</w:t>
      </w:r>
      <w:r w:rsidRPr="00BF194F">
        <w:rPr>
          <w:rFonts w:ascii="Arial" w:hAnsi="Arial" w:cs="Arial"/>
          <w:b/>
          <w:bCs/>
          <w:i/>
          <w:iCs/>
          <w:color w:val="0070C0"/>
          <w:sz w:val="17"/>
          <w:szCs w:val="17"/>
        </w:rPr>
        <w:tab/>
        <w:t>("</w:t>
      </w:r>
      <w:proofErr w:type="spellStart"/>
      <w:r w:rsidRPr="00BF194F">
        <w:rPr>
          <w:rFonts w:ascii="Arial" w:hAnsi="Arial" w:cs="Arial"/>
          <w:b/>
          <w:bCs/>
          <w:i/>
          <w:iCs/>
          <w:color w:val="0070C0"/>
          <w:sz w:val="17"/>
          <w:szCs w:val="17"/>
        </w:rPr>
        <w:t>general</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practitioner</w:t>
      </w:r>
      <w:proofErr w:type="spellEnd"/>
      <w:r w:rsidRPr="00BF194F">
        <w:rPr>
          <w:rFonts w:ascii="Arial" w:hAnsi="Arial" w:cs="Arial"/>
          <w:b/>
          <w:bCs/>
          <w:i/>
          <w:iCs/>
          <w:color w:val="0070C0"/>
          <w:sz w:val="17"/>
          <w:szCs w:val="17"/>
        </w:rPr>
        <w:t>" OR "</w:t>
      </w:r>
      <w:proofErr w:type="spellStart"/>
      <w:r w:rsidRPr="00BF194F">
        <w:rPr>
          <w:rFonts w:ascii="Arial" w:hAnsi="Arial" w:cs="Arial"/>
          <w:b/>
          <w:bCs/>
          <w:i/>
          <w:iCs/>
          <w:color w:val="0070C0"/>
          <w:sz w:val="17"/>
          <w:szCs w:val="17"/>
        </w:rPr>
        <w:t>family</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physician</w:t>
      </w:r>
      <w:proofErr w:type="spellEnd"/>
      <w:r w:rsidRPr="00BF194F">
        <w:rPr>
          <w:rFonts w:ascii="Arial" w:hAnsi="Arial" w:cs="Arial"/>
          <w:b/>
          <w:bCs/>
          <w:i/>
          <w:iCs/>
          <w:color w:val="0070C0"/>
          <w:sz w:val="17"/>
          <w:szCs w:val="17"/>
        </w:rPr>
        <w:t>" OR "</w:t>
      </w:r>
      <w:proofErr w:type="spellStart"/>
      <w:r w:rsidRPr="00BF194F">
        <w:rPr>
          <w:rFonts w:ascii="Arial" w:hAnsi="Arial" w:cs="Arial"/>
          <w:b/>
          <w:bCs/>
          <w:i/>
          <w:iCs/>
          <w:color w:val="0070C0"/>
          <w:sz w:val="17"/>
          <w:szCs w:val="17"/>
        </w:rPr>
        <w:t>primary</w:t>
      </w:r>
      <w:proofErr w:type="spellEnd"/>
      <w:r w:rsidRPr="00BF194F">
        <w:rPr>
          <w:rFonts w:ascii="Arial" w:hAnsi="Arial" w:cs="Arial"/>
          <w:b/>
          <w:bCs/>
          <w:i/>
          <w:iCs/>
          <w:color w:val="0070C0"/>
          <w:sz w:val="17"/>
          <w:szCs w:val="17"/>
        </w:rPr>
        <w:t xml:space="preserve"> care"</w:t>
      </w:r>
      <w:proofErr w:type="gramStart"/>
      <w:r w:rsidRPr="00BF194F">
        <w:rPr>
          <w:rFonts w:ascii="Arial" w:hAnsi="Arial" w:cs="Arial"/>
          <w:b/>
          <w:bCs/>
          <w:i/>
          <w:iCs/>
          <w:color w:val="0070C0"/>
          <w:sz w:val="17"/>
          <w:szCs w:val="17"/>
        </w:rPr>
        <w:t>):</w:t>
      </w:r>
      <w:proofErr w:type="spellStart"/>
      <w:r w:rsidRPr="00BF194F">
        <w:rPr>
          <w:rFonts w:ascii="Arial" w:hAnsi="Arial" w:cs="Arial"/>
          <w:b/>
          <w:bCs/>
          <w:i/>
          <w:iCs/>
          <w:color w:val="0070C0"/>
          <w:sz w:val="17"/>
          <w:szCs w:val="17"/>
        </w:rPr>
        <w:t>ti</w:t>
      </w:r>
      <w:proofErr w:type="gramEnd"/>
      <w:r w:rsidRPr="00BF194F">
        <w:rPr>
          <w:rFonts w:ascii="Arial" w:hAnsi="Arial" w:cs="Arial"/>
          <w:b/>
          <w:bCs/>
          <w:i/>
          <w:iCs/>
          <w:color w:val="0070C0"/>
          <w:sz w:val="17"/>
          <w:szCs w:val="17"/>
        </w:rPr>
        <w:t>,</w:t>
      </w:r>
      <w:proofErr w:type="gramStart"/>
      <w:r w:rsidRPr="00BF194F">
        <w:rPr>
          <w:rFonts w:ascii="Arial" w:hAnsi="Arial" w:cs="Arial"/>
          <w:b/>
          <w:bCs/>
          <w:i/>
          <w:iCs/>
          <w:color w:val="0070C0"/>
          <w:sz w:val="17"/>
          <w:szCs w:val="17"/>
        </w:rPr>
        <w:t>ab,kw</w:t>
      </w:r>
      <w:proofErr w:type="spellEnd"/>
      <w:proofErr w:type="gramEnd"/>
    </w:p>
    <w:p w14:paraId="4593336D" w14:textId="77777777" w:rsidR="00BB0F51" w:rsidRPr="00BF194F" w:rsidRDefault="00BB0F51" w:rsidP="00BF194F">
      <w:pPr>
        <w:pStyle w:val="Textebrut"/>
        <w:spacing w:line="360" w:lineRule="auto"/>
        <w:rPr>
          <w:rFonts w:ascii="Arial" w:hAnsi="Arial" w:cs="Arial"/>
          <w:b/>
          <w:bCs/>
          <w:i/>
          <w:iCs/>
          <w:color w:val="0070C0"/>
          <w:sz w:val="17"/>
          <w:szCs w:val="17"/>
        </w:rPr>
      </w:pPr>
      <w:r w:rsidRPr="00BF194F">
        <w:rPr>
          <w:rFonts w:ascii="Arial" w:hAnsi="Arial" w:cs="Arial"/>
          <w:b/>
          <w:bCs/>
          <w:i/>
          <w:iCs/>
          <w:color w:val="0070C0"/>
          <w:sz w:val="17"/>
          <w:szCs w:val="17"/>
        </w:rPr>
        <w:t>#14</w:t>
      </w:r>
      <w:r w:rsidRPr="00BF194F">
        <w:rPr>
          <w:rFonts w:ascii="Arial" w:hAnsi="Arial" w:cs="Arial"/>
          <w:b/>
          <w:bCs/>
          <w:i/>
          <w:iCs/>
          <w:color w:val="0070C0"/>
          <w:sz w:val="17"/>
          <w:szCs w:val="17"/>
        </w:rPr>
        <w:tab/>
        <w:t>#10 OR #11 OR #12 OR #13</w:t>
      </w:r>
    </w:p>
    <w:p w14:paraId="3B28A9C6" w14:textId="77777777" w:rsidR="00BB0F51" w:rsidRPr="00BF194F" w:rsidRDefault="00BB0F51" w:rsidP="00BF194F">
      <w:pPr>
        <w:pStyle w:val="Textebrut"/>
        <w:spacing w:line="360" w:lineRule="auto"/>
        <w:rPr>
          <w:rFonts w:ascii="Arial" w:hAnsi="Arial" w:cs="Arial"/>
          <w:b/>
          <w:bCs/>
          <w:i/>
          <w:iCs/>
          <w:color w:val="0070C0"/>
          <w:sz w:val="17"/>
          <w:szCs w:val="17"/>
        </w:rPr>
      </w:pPr>
      <w:r w:rsidRPr="00BF194F">
        <w:rPr>
          <w:rFonts w:ascii="Arial" w:hAnsi="Arial" w:cs="Arial"/>
          <w:b/>
          <w:bCs/>
          <w:i/>
          <w:iCs/>
          <w:color w:val="0070C0"/>
          <w:sz w:val="17"/>
          <w:szCs w:val="17"/>
        </w:rPr>
        <w:t>#15</w:t>
      </w:r>
      <w:r w:rsidRPr="00BF194F">
        <w:rPr>
          <w:rFonts w:ascii="Arial" w:hAnsi="Arial" w:cs="Arial"/>
          <w:b/>
          <w:bCs/>
          <w:i/>
          <w:iCs/>
          <w:color w:val="0070C0"/>
          <w:sz w:val="17"/>
          <w:szCs w:val="17"/>
        </w:rPr>
        <w:tab/>
        <w:t>("Direct Access" OR "Self-</w:t>
      </w:r>
      <w:proofErr w:type="spellStart"/>
      <w:r w:rsidRPr="00BF194F">
        <w:rPr>
          <w:rFonts w:ascii="Arial" w:hAnsi="Arial" w:cs="Arial"/>
          <w:b/>
          <w:bCs/>
          <w:i/>
          <w:iCs/>
          <w:color w:val="0070C0"/>
          <w:sz w:val="17"/>
          <w:szCs w:val="17"/>
        </w:rPr>
        <w:t>Referral</w:t>
      </w:r>
      <w:proofErr w:type="spellEnd"/>
      <w:r w:rsidRPr="00BF194F">
        <w:rPr>
          <w:rFonts w:ascii="Arial" w:hAnsi="Arial" w:cs="Arial"/>
          <w:b/>
          <w:bCs/>
          <w:i/>
          <w:iCs/>
          <w:color w:val="0070C0"/>
          <w:sz w:val="17"/>
          <w:szCs w:val="17"/>
        </w:rPr>
        <w:t xml:space="preserve">" OR "direct </w:t>
      </w:r>
      <w:proofErr w:type="spellStart"/>
      <w:r w:rsidRPr="00BF194F">
        <w:rPr>
          <w:rFonts w:ascii="Arial" w:hAnsi="Arial" w:cs="Arial"/>
          <w:b/>
          <w:bCs/>
          <w:i/>
          <w:iCs/>
          <w:color w:val="0070C0"/>
          <w:sz w:val="17"/>
          <w:szCs w:val="17"/>
        </w:rPr>
        <w:t>access</w:t>
      </w:r>
      <w:proofErr w:type="spellEnd"/>
      <w:r w:rsidRPr="00BF194F">
        <w:rPr>
          <w:rFonts w:ascii="Arial" w:hAnsi="Arial" w:cs="Arial"/>
          <w:b/>
          <w:bCs/>
          <w:i/>
          <w:iCs/>
          <w:color w:val="0070C0"/>
          <w:sz w:val="17"/>
          <w:szCs w:val="17"/>
        </w:rPr>
        <w:t>" OR "self-</w:t>
      </w:r>
      <w:proofErr w:type="spellStart"/>
      <w:r w:rsidRPr="00BF194F">
        <w:rPr>
          <w:rFonts w:ascii="Arial" w:hAnsi="Arial" w:cs="Arial"/>
          <w:b/>
          <w:bCs/>
          <w:i/>
          <w:iCs/>
          <w:color w:val="0070C0"/>
          <w:sz w:val="17"/>
          <w:szCs w:val="17"/>
        </w:rPr>
        <w:t>referral</w:t>
      </w:r>
      <w:proofErr w:type="spellEnd"/>
      <w:r w:rsidRPr="00BF194F">
        <w:rPr>
          <w:rFonts w:ascii="Arial" w:hAnsi="Arial" w:cs="Arial"/>
          <w:b/>
          <w:bCs/>
          <w:i/>
          <w:iCs/>
          <w:color w:val="0070C0"/>
          <w:sz w:val="17"/>
          <w:szCs w:val="17"/>
        </w:rPr>
        <w:t>" OR "patient-</w:t>
      </w:r>
      <w:proofErr w:type="spellStart"/>
      <w:r w:rsidRPr="00BF194F">
        <w:rPr>
          <w:rFonts w:ascii="Arial" w:hAnsi="Arial" w:cs="Arial"/>
          <w:b/>
          <w:bCs/>
          <w:i/>
          <w:iCs/>
          <w:color w:val="0070C0"/>
          <w:sz w:val="17"/>
          <w:szCs w:val="17"/>
        </w:rPr>
        <w:t>initiated</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access</w:t>
      </w:r>
      <w:proofErr w:type="spellEnd"/>
      <w:r w:rsidRPr="00BF194F">
        <w:rPr>
          <w:rFonts w:ascii="Arial" w:hAnsi="Arial" w:cs="Arial"/>
          <w:b/>
          <w:bCs/>
          <w:i/>
          <w:iCs/>
          <w:color w:val="0070C0"/>
          <w:sz w:val="17"/>
          <w:szCs w:val="17"/>
        </w:rPr>
        <w:t xml:space="preserve">" OR "first-contact </w:t>
      </w:r>
      <w:proofErr w:type="spellStart"/>
      <w:r w:rsidRPr="00BF194F">
        <w:rPr>
          <w:rFonts w:ascii="Arial" w:hAnsi="Arial" w:cs="Arial"/>
          <w:b/>
          <w:bCs/>
          <w:i/>
          <w:iCs/>
          <w:color w:val="0070C0"/>
          <w:sz w:val="17"/>
          <w:szCs w:val="17"/>
        </w:rPr>
        <w:t>physiotherapy</w:t>
      </w:r>
      <w:proofErr w:type="spellEnd"/>
      <w:r w:rsidRPr="00BF194F">
        <w:rPr>
          <w:rFonts w:ascii="Arial" w:hAnsi="Arial" w:cs="Arial"/>
          <w:b/>
          <w:bCs/>
          <w:i/>
          <w:iCs/>
          <w:color w:val="0070C0"/>
          <w:sz w:val="17"/>
          <w:szCs w:val="17"/>
        </w:rPr>
        <w:t>"</w:t>
      </w:r>
      <w:proofErr w:type="gramStart"/>
      <w:r w:rsidRPr="00BF194F">
        <w:rPr>
          <w:rFonts w:ascii="Arial" w:hAnsi="Arial" w:cs="Arial"/>
          <w:b/>
          <w:bCs/>
          <w:i/>
          <w:iCs/>
          <w:color w:val="0070C0"/>
          <w:sz w:val="17"/>
          <w:szCs w:val="17"/>
        </w:rPr>
        <w:t>):</w:t>
      </w:r>
      <w:proofErr w:type="spellStart"/>
      <w:r w:rsidRPr="00BF194F">
        <w:rPr>
          <w:rFonts w:ascii="Arial" w:hAnsi="Arial" w:cs="Arial"/>
          <w:b/>
          <w:bCs/>
          <w:i/>
          <w:iCs/>
          <w:color w:val="0070C0"/>
          <w:sz w:val="17"/>
          <w:szCs w:val="17"/>
        </w:rPr>
        <w:t>ti</w:t>
      </w:r>
      <w:proofErr w:type="gramEnd"/>
      <w:r w:rsidRPr="00BF194F">
        <w:rPr>
          <w:rFonts w:ascii="Arial" w:hAnsi="Arial" w:cs="Arial"/>
          <w:b/>
          <w:bCs/>
          <w:i/>
          <w:iCs/>
          <w:color w:val="0070C0"/>
          <w:sz w:val="17"/>
          <w:szCs w:val="17"/>
        </w:rPr>
        <w:t>,</w:t>
      </w:r>
      <w:proofErr w:type="gramStart"/>
      <w:r w:rsidRPr="00BF194F">
        <w:rPr>
          <w:rFonts w:ascii="Arial" w:hAnsi="Arial" w:cs="Arial"/>
          <w:b/>
          <w:bCs/>
          <w:i/>
          <w:iCs/>
          <w:color w:val="0070C0"/>
          <w:sz w:val="17"/>
          <w:szCs w:val="17"/>
        </w:rPr>
        <w:t>ab,kw</w:t>
      </w:r>
      <w:proofErr w:type="spellEnd"/>
      <w:proofErr w:type="gramEnd"/>
    </w:p>
    <w:p w14:paraId="2205EE38" w14:textId="77777777" w:rsidR="00BB0F51" w:rsidRPr="00BF194F" w:rsidRDefault="00BB0F51" w:rsidP="00BF194F">
      <w:pPr>
        <w:pStyle w:val="Textebrut"/>
        <w:spacing w:line="360" w:lineRule="auto"/>
        <w:rPr>
          <w:rFonts w:ascii="Arial" w:hAnsi="Arial" w:cs="Arial"/>
          <w:b/>
          <w:bCs/>
          <w:i/>
          <w:iCs/>
          <w:color w:val="0070C0"/>
          <w:sz w:val="17"/>
          <w:szCs w:val="17"/>
        </w:rPr>
      </w:pPr>
      <w:r w:rsidRPr="00BF194F">
        <w:rPr>
          <w:rFonts w:ascii="Arial" w:hAnsi="Arial" w:cs="Arial"/>
          <w:b/>
          <w:bCs/>
          <w:i/>
          <w:iCs/>
          <w:color w:val="0070C0"/>
          <w:sz w:val="17"/>
          <w:szCs w:val="17"/>
        </w:rPr>
        <w:t>#16</w:t>
      </w:r>
      <w:r w:rsidRPr="00BF194F">
        <w:rPr>
          <w:rFonts w:ascii="Arial" w:hAnsi="Arial" w:cs="Arial"/>
          <w:b/>
          <w:bCs/>
          <w:i/>
          <w:iCs/>
          <w:color w:val="0070C0"/>
          <w:sz w:val="17"/>
          <w:szCs w:val="17"/>
        </w:rPr>
        <w:tab/>
        <w:t>#4 AND #9 AND #14 AND #15</w:t>
      </w:r>
    </w:p>
    <w:p w14:paraId="5890934A" w14:textId="77777777" w:rsidR="00BB0F51" w:rsidRPr="00BF194F" w:rsidRDefault="00BB0F51" w:rsidP="00BF194F">
      <w:pPr>
        <w:pStyle w:val="NormalWeb"/>
        <w:spacing w:line="360" w:lineRule="auto"/>
        <w:jc w:val="both"/>
        <w:rPr>
          <w:rFonts w:ascii="Arial" w:hAnsi="Arial" w:cs="Arial"/>
          <w:b/>
          <w:bCs/>
          <w:i/>
          <w:iCs/>
          <w:color w:val="0070C0"/>
          <w:sz w:val="17"/>
          <w:szCs w:val="17"/>
        </w:rPr>
      </w:pPr>
    </w:p>
    <w:p w14:paraId="3D6F5985" w14:textId="297C8076" w:rsidR="00BB0F51" w:rsidRPr="00BF194F" w:rsidRDefault="004A6A30" w:rsidP="00BF194F">
      <w:pPr>
        <w:pStyle w:val="Titre3"/>
        <w:spacing w:line="360" w:lineRule="auto"/>
        <w:rPr>
          <w:rFonts w:cs="Arial"/>
        </w:rPr>
      </w:pPr>
      <w:proofErr w:type="spellStart"/>
      <w:r w:rsidRPr="00BF194F">
        <w:rPr>
          <w:rFonts w:cs="Arial"/>
        </w:rPr>
        <w:lastRenderedPageBreak/>
        <w:t>Search</w:t>
      </w:r>
      <w:proofErr w:type="spellEnd"/>
      <w:r w:rsidRPr="00BF194F">
        <w:rPr>
          <w:rFonts w:cs="Arial"/>
        </w:rPr>
        <w:t xml:space="preserve"> </w:t>
      </w:r>
      <w:proofErr w:type="spellStart"/>
      <w:r w:rsidRPr="00BF194F">
        <w:rPr>
          <w:rFonts w:cs="Arial"/>
        </w:rPr>
        <w:t>equation</w:t>
      </w:r>
      <w:proofErr w:type="spellEnd"/>
      <w:r w:rsidRPr="00BF194F">
        <w:rPr>
          <w:rFonts w:cs="Arial"/>
        </w:rPr>
        <w:t xml:space="preserve"> for the CINAHL </w:t>
      </w:r>
      <w:proofErr w:type="spellStart"/>
      <w:r w:rsidRPr="00BF194F">
        <w:rPr>
          <w:rFonts w:cs="Arial"/>
        </w:rPr>
        <w:t>database</w:t>
      </w:r>
      <w:proofErr w:type="spellEnd"/>
    </w:p>
    <w:p w14:paraId="1C344AEE" w14:textId="77777777" w:rsidR="004A6A30" w:rsidRPr="00BF194F" w:rsidRDefault="004A6A30" w:rsidP="00BF194F">
      <w:pPr>
        <w:spacing w:line="360" w:lineRule="auto"/>
        <w:jc w:val="both"/>
        <w:rPr>
          <w:rFonts w:ascii="Arial" w:hAnsi="Arial" w:cs="Arial"/>
          <w:sz w:val="10"/>
          <w:szCs w:val="10"/>
        </w:rPr>
      </w:pPr>
    </w:p>
    <w:p w14:paraId="4E84FF27" w14:textId="00D7ECC5" w:rsidR="00BB0F51" w:rsidRPr="00BF194F" w:rsidRDefault="004A6A30" w:rsidP="00BF194F">
      <w:pPr>
        <w:spacing w:line="360" w:lineRule="auto"/>
        <w:jc w:val="both"/>
        <w:rPr>
          <w:rFonts w:ascii="Arial" w:hAnsi="Arial" w:cs="Arial"/>
          <w:sz w:val="20"/>
          <w:szCs w:val="20"/>
        </w:rPr>
      </w:pPr>
      <w:r w:rsidRPr="00BF194F">
        <w:rPr>
          <w:rFonts w:ascii="Arial" w:hAnsi="Arial" w:cs="Arial"/>
          <w:sz w:val="20"/>
          <w:szCs w:val="20"/>
        </w:rPr>
        <w:t xml:space="preserve">The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strategy</w:t>
      </w:r>
      <w:proofErr w:type="spellEnd"/>
      <w:r w:rsidRPr="00BF194F">
        <w:rPr>
          <w:rFonts w:ascii="Arial" w:hAnsi="Arial" w:cs="Arial"/>
          <w:sz w:val="20"/>
          <w:szCs w:val="20"/>
        </w:rPr>
        <w:t xml:space="preserve"> for the CINAHL </w:t>
      </w:r>
      <w:proofErr w:type="spellStart"/>
      <w:r w:rsidRPr="00BF194F">
        <w:rPr>
          <w:rFonts w:ascii="Arial" w:hAnsi="Arial" w:cs="Arial"/>
          <w:sz w:val="20"/>
          <w:szCs w:val="20"/>
        </w:rPr>
        <w:t>database</w:t>
      </w:r>
      <w:proofErr w:type="spellEnd"/>
      <w:r w:rsidRPr="00BF194F">
        <w:rPr>
          <w:rFonts w:ascii="Arial" w:hAnsi="Arial" w:cs="Arial"/>
          <w:sz w:val="20"/>
          <w:szCs w:val="20"/>
        </w:rPr>
        <w:t xml:space="preserve"> ("Cumulative Index to Nursing and </w:t>
      </w:r>
      <w:proofErr w:type="spellStart"/>
      <w:r w:rsidRPr="00BF194F">
        <w:rPr>
          <w:rFonts w:ascii="Arial" w:hAnsi="Arial" w:cs="Arial"/>
          <w:sz w:val="20"/>
          <w:szCs w:val="20"/>
        </w:rPr>
        <w:t>Allied</w:t>
      </w:r>
      <w:proofErr w:type="spellEnd"/>
      <w:r w:rsidRPr="00BF194F">
        <w:rPr>
          <w:rFonts w:ascii="Arial" w:hAnsi="Arial" w:cs="Arial"/>
          <w:sz w:val="20"/>
          <w:szCs w:val="20"/>
        </w:rPr>
        <w:t xml:space="preserve"> </w:t>
      </w:r>
      <w:proofErr w:type="spellStart"/>
      <w:r w:rsidRPr="00BF194F">
        <w:rPr>
          <w:rFonts w:ascii="Arial" w:hAnsi="Arial" w:cs="Arial"/>
          <w:sz w:val="20"/>
          <w:szCs w:val="20"/>
        </w:rPr>
        <w:t>Health</w:t>
      </w:r>
      <w:proofErr w:type="spellEnd"/>
      <w:r w:rsidRPr="00BF194F">
        <w:rPr>
          <w:rFonts w:ascii="Arial" w:hAnsi="Arial" w:cs="Arial"/>
          <w:sz w:val="20"/>
          <w:szCs w:val="20"/>
        </w:rPr>
        <w:t xml:space="preserve"> </w:t>
      </w:r>
      <w:proofErr w:type="spellStart"/>
      <w:r w:rsidRPr="00BF194F">
        <w:rPr>
          <w:rFonts w:ascii="Arial" w:hAnsi="Arial" w:cs="Arial"/>
          <w:sz w:val="20"/>
          <w:szCs w:val="20"/>
        </w:rPr>
        <w:t>Literature</w:t>
      </w:r>
      <w:proofErr w:type="spellEnd"/>
      <w:r w:rsidRPr="00BF194F">
        <w:rPr>
          <w:rFonts w:ascii="Arial" w:hAnsi="Arial" w:cs="Arial"/>
          <w:sz w:val="20"/>
          <w:szCs w:val="20"/>
        </w:rPr>
        <w:t xml:space="preserve">," </w:t>
      </w:r>
      <w:proofErr w:type="spellStart"/>
      <w:r w:rsidRPr="00BF194F">
        <w:rPr>
          <w:rFonts w:ascii="Arial" w:hAnsi="Arial" w:cs="Arial"/>
          <w:sz w:val="20"/>
          <w:szCs w:val="20"/>
        </w:rPr>
        <w:t>managed</w:t>
      </w:r>
      <w:proofErr w:type="spellEnd"/>
      <w:r w:rsidRPr="00BF194F">
        <w:rPr>
          <w:rFonts w:ascii="Arial" w:hAnsi="Arial" w:cs="Arial"/>
          <w:sz w:val="20"/>
          <w:szCs w:val="20"/>
        </w:rPr>
        <w:t xml:space="preserve"> by EBSCO Information Services) </w:t>
      </w:r>
      <w:proofErr w:type="spellStart"/>
      <w:r w:rsidRPr="00BF194F">
        <w:rPr>
          <w:rFonts w:ascii="Arial" w:hAnsi="Arial" w:cs="Arial"/>
          <w:sz w:val="20"/>
          <w:szCs w:val="20"/>
        </w:rPr>
        <w:t>was</w:t>
      </w:r>
      <w:proofErr w:type="spellEnd"/>
      <w:r w:rsidRPr="00BF194F">
        <w:rPr>
          <w:rFonts w:ascii="Arial" w:hAnsi="Arial" w:cs="Arial"/>
          <w:sz w:val="20"/>
          <w:szCs w:val="20"/>
        </w:rPr>
        <w:t xml:space="preserve"> </w:t>
      </w:r>
      <w:proofErr w:type="spellStart"/>
      <w:r w:rsidRPr="00BF194F">
        <w:rPr>
          <w:rFonts w:ascii="Arial" w:hAnsi="Arial" w:cs="Arial"/>
          <w:sz w:val="20"/>
          <w:szCs w:val="20"/>
        </w:rPr>
        <w:t>adapted</w:t>
      </w:r>
      <w:proofErr w:type="spellEnd"/>
      <w:r w:rsidRPr="00BF194F">
        <w:rPr>
          <w:rFonts w:ascii="Arial" w:hAnsi="Arial" w:cs="Arial"/>
          <w:sz w:val="20"/>
          <w:szCs w:val="20"/>
        </w:rPr>
        <w:t xml:space="preserve"> to </w:t>
      </w:r>
      <w:proofErr w:type="spellStart"/>
      <w:r w:rsidRPr="00BF194F">
        <w:rPr>
          <w:rFonts w:ascii="Arial" w:hAnsi="Arial" w:cs="Arial"/>
          <w:sz w:val="20"/>
          <w:szCs w:val="20"/>
        </w:rPr>
        <w:t>address</w:t>
      </w:r>
      <w:proofErr w:type="spellEnd"/>
      <w:r w:rsidRPr="00BF194F">
        <w:rPr>
          <w:rFonts w:ascii="Arial" w:hAnsi="Arial" w:cs="Arial"/>
          <w:sz w:val="20"/>
          <w:szCs w:val="20"/>
        </w:rPr>
        <w:t xml:space="preserve"> </w:t>
      </w:r>
      <w:proofErr w:type="spellStart"/>
      <w:r w:rsidRPr="00BF194F">
        <w:rPr>
          <w:rFonts w:ascii="Arial" w:hAnsi="Arial" w:cs="Arial"/>
          <w:sz w:val="20"/>
          <w:szCs w:val="20"/>
        </w:rPr>
        <w:t>its</w:t>
      </w:r>
      <w:proofErr w:type="spellEnd"/>
      <w:r w:rsidRPr="00BF194F">
        <w:rPr>
          <w:rFonts w:ascii="Arial" w:hAnsi="Arial" w:cs="Arial"/>
          <w:sz w:val="20"/>
          <w:szCs w:val="20"/>
        </w:rPr>
        <w:t xml:space="preserve"> </w:t>
      </w:r>
      <w:proofErr w:type="spellStart"/>
      <w:r w:rsidRPr="00BF194F">
        <w:rPr>
          <w:rFonts w:ascii="Arial" w:hAnsi="Arial" w:cs="Arial"/>
          <w:sz w:val="20"/>
          <w:szCs w:val="20"/>
        </w:rPr>
        <w:t>specific</w:t>
      </w:r>
      <w:proofErr w:type="spellEnd"/>
      <w:r w:rsidRPr="00BF194F">
        <w:rPr>
          <w:rFonts w:ascii="Arial" w:hAnsi="Arial" w:cs="Arial"/>
          <w:sz w:val="20"/>
          <w:szCs w:val="20"/>
        </w:rPr>
        <w:t xml:space="preserve"> </w:t>
      </w:r>
      <w:proofErr w:type="spellStart"/>
      <w:r w:rsidRPr="00BF194F">
        <w:rPr>
          <w:rFonts w:ascii="Arial" w:hAnsi="Arial" w:cs="Arial"/>
          <w:sz w:val="20"/>
          <w:szCs w:val="20"/>
        </w:rPr>
        <w:t>features</w:t>
      </w:r>
      <w:proofErr w:type="spellEnd"/>
      <w:r w:rsidRPr="00BF194F">
        <w:rPr>
          <w:rFonts w:ascii="Arial" w:hAnsi="Arial" w:cs="Arial"/>
          <w:sz w:val="20"/>
          <w:szCs w:val="20"/>
        </w:rPr>
        <w:t xml:space="preserve">. MeSH </w:t>
      </w:r>
      <w:proofErr w:type="spellStart"/>
      <w:r w:rsidRPr="00BF194F">
        <w:rPr>
          <w:rFonts w:ascii="Arial" w:hAnsi="Arial" w:cs="Arial"/>
          <w:sz w:val="20"/>
          <w:szCs w:val="20"/>
        </w:rPr>
        <w:t>terms</w:t>
      </w:r>
      <w:proofErr w:type="spellEnd"/>
      <w:r w:rsidRPr="00BF194F">
        <w:rPr>
          <w:rFonts w:ascii="Arial" w:hAnsi="Arial" w:cs="Arial"/>
          <w:sz w:val="20"/>
          <w:szCs w:val="20"/>
        </w:rPr>
        <w:t xml:space="preserve"> </w:t>
      </w:r>
      <w:proofErr w:type="spellStart"/>
      <w:r w:rsidRPr="00BF194F">
        <w:rPr>
          <w:rFonts w:ascii="Arial" w:hAnsi="Arial" w:cs="Arial"/>
          <w:sz w:val="20"/>
          <w:szCs w:val="20"/>
        </w:rPr>
        <w:t>were</w:t>
      </w:r>
      <w:proofErr w:type="spellEnd"/>
      <w:r w:rsidRPr="00BF194F">
        <w:rPr>
          <w:rFonts w:ascii="Arial" w:hAnsi="Arial" w:cs="Arial"/>
          <w:sz w:val="20"/>
          <w:szCs w:val="20"/>
        </w:rPr>
        <w:t xml:space="preserve"> </w:t>
      </w:r>
      <w:proofErr w:type="spellStart"/>
      <w:r w:rsidRPr="00BF194F">
        <w:rPr>
          <w:rFonts w:ascii="Arial" w:hAnsi="Arial" w:cs="Arial"/>
          <w:sz w:val="20"/>
          <w:szCs w:val="20"/>
        </w:rPr>
        <w:t>prioritized</w:t>
      </w:r>
      <w:proofErr w:type="spellEnd"/>
      <w:r w:rsidRPr="00BF194F">
        <w:rPr>
          <w:rFonts w:ascii="Arial" w:hAnsi="Arial" w:cs="Arial"/>
          <w:sz w:val="20"/>
          <w:szCs w:val="20"/>
        </w:rPr>
        <w:t xml:space="preserve"> to </w:t>
      </w:r>
      <w:proofErr w:type="spellStart"/>
      <w:r w:rsidRPr="00BF194F">
        <w:rPr>
          <w:rFonts w:ascii="Arial" w:hAnsi="Arial" w:cs="Arial"/>
          <w:sz w:val="20"/>
          <w:szCs w:val="20"/>
        </w:rPr>
        <w:t>ensure</w:t>
      </w:r>
      <w:proofErr w:type="spellEnd"/>
      <w:r w:rsidRPr="00BF194F">
        <w:rPr>
          <w:rFonts w:ascii="Arial" w:hAnsi="Arial" w:cs="Arial"/>
          <w:sz w:val="20"/>
          <w:szCs w:val="20"/>
        </w:rPr>
        <w:t xml:space="preserve"> </w:t>
      </w:r>
      <w:proofErr w:type="spellStart"/>
      <w:r w:rsidRPr="00BF194F">
        <w:rPr>
          <w:rFonts w:ascii="Arial" w:hAnsi="Arial" w:cs="Arial"/>
          <w:sz w:val="20"/>
          <w:szCs w:val="20"/>
        </w:rPr>
        <w:t>precise</w:t>
      </w:r>
      <w:proofErr w:type="spellEnd"/>
      <w:r w:rsidRPr="00BF194F">
        <w:rPr>
          <w:rFonts w:ascii="Arial" w:hAnsi="Arial" w:cs="Arial"/>
          <w:sz w:val="20"/>
          <w:szCs w:val="20"/>
        </w:rPr>
        <w:t xml:space="preserve"> and </w:t>
      </w:r>
      <w:proofErr w:type="spellStart"/>
      <w:r w:rsidRPr="00BF194F">
        <w:rPr>
          <w:rFonts w:ascii="Arial" w:hAnsi="Arial" w:cs="Arial"/>
          <w:sz w:val="20"/>
          <w:szCs w:val="20"/>
        </w:rPr>
        <w:t>comprehensive</w:t>
      </w:r>
      <w:proofErr w:type="spellEnd"/>
      <w:r w:rsidRPr="00BF194F">
        <w:rPr>
          <w:rFonts w:ascii="Arial" w:hAnsi="Arial" w:cs="Arial"/>
          <w:sz w:val="20"/>
          <w:szCs w:val="20"/>
        </w:rPr>
        <w:t xml:space="preserve"> </w:t>
      </w:r>
      <w:proofErr w:type="spellStart"/>
      <w:r w:rsidRPr="00BF194F">
        <w:rPr>
          <w:rFonts w:ascii="Arial" w:hAnsi="Arial" w:cs="Arial"/>
          <w:sz w:val="20"/>
          <w:szCs w:val="20"/>
        </w:rPr>
        <w:t>searches</w:t>
      </w:r>
      <w:proofErr w:type="spellEnd"/>
      <w:r w:rsidRPr="00BF194F">
        <w:rPr>
          <w:rFonts w:ascii="Arial" w:hAnsi="Arial" w:cs="Arial"/>
          <w:sz w:val="20"/>
          <w:szCs w:val="20"/>
        </w:rPr>
        <w:t xml:space="preserve">, but in CINAHL, </w:t>
      </w:r>
      <w:proofErr w:type="spellStart"/>
      <w:r w:rsidRPr="00BF194F">
        <w:rPr>
          <w:rFonts w:ascii="Arial" w:hAnsi="Arial" w:cs="Arial"/>
          <w:sz w:val="20"/>
          <w:szCs w:val="20"/>
        </w:rPr>
        <w:t>these</w:t>
      </w:r>
      <w:proofErr w:type="spellEnd"/>
      <w:r w:rsidRPr="00BF194F">
        <w:rPr>
          <w:rFonts w:ascii="Arial" w:hAnsi="Arial" w:cs="Arial"/>
          <w:sz w:val="20"/>
          <w:szCs w:val="20"/>
        </w:rPr>
        <w:t xml:space="preserve"> </w:t>
      </w:r>
      <w:proofErr w:type="spellStart"/>
      <w:r w:rsidRPr="00BF194F">
        <w:rPr>
          <w:rFonts w:ascii="Arial" w:hAnsi="Arial" w:cs="Arial"/>
          <w:sz w:val="20"/>
          <w:szCs w:val="20"/>
        </w:rPr>
        <w:t>terms</w:t>
      </w:r>
      <w:proofErr w:type="spellEnd"/>
      <w:r w:rsidRPr="00BF194F">
        <w:rPr>
          <w:rFonts w:ascii="Arial" w:hAnsi="Arial" w:cs="Arial"/>
          <w:sz w:val="20"/>
          <w:szCs w:val="20"/>
        </w:rPr>
        <w:t xml:space="preserve"> are </w:t>
      </w:r>
      <w:proofErr w:type="spellStart"/>
      <w:r w:rsidRPr="00BF194F">
        <w:rPr>
          <w:rFonts w:ascii="Arial" w:hAnsi="Arial" w:cs="Arial"/>
          <w:sz w:val="20"/>
          <w:szCs w:val="20"/>
        </w:rPr>
        <w:t>called</w:t>
      </w:r>
      <w:proofErr w:type="spellEnd"/>
      <w:r w:rsidRPr="00BF194F">
        <w:rPr>
          <w:rFonts w:ascii="Arial" w:hAnsi="Arial" w:cs="Arial"/>
          <w:sz w:val="20"/>
          <w:szCs w:val="20"/>
        </w:rPr>
        <w:t xml:space="preserve"> "CINAHL </w:t>
      </w:r>
      <w:proofErr w:type="spellStart"/>
      <w:r w:rsidRPr="00BF194F">
        <w:rPr>
          <w:rFonts w:ascii="Arial" w:hAnsi="Arial" w:cs="Arial"/>
          <w:sz w:val="20"/>
          <w:szCs w:val="20"/>
        </w:rPr>
        <w:t>Headings</w:t>
      </w:r>
      <w:proofErr w:type="spellEnd"/>
      <w:r w:rsidRPr="00BF194F">
        <w:rPr>
          <w:rFonts w:ascii="Arial" w:hAnsi="Arial" w:cs="Arial"/>
          <w:sz w:val="20"/>
          <w:szCs w:val="20"/>
        </w:rPr>
        <w:t xml:space="preserve">" and are </w:t>
      </w:r>
      <w:proofErr w:type="spellStart"/>
      <w:r w:rsidRPr="00BF194F">
        <w:rPr>
          <w:rFonts w:ascii="Arial" w:hAnsi="Arial" w:cs="Arial"/>
          <w:sz w:val="20"/>
          <w:szCs w:val="20"/>
        </w:rPr>
        <w:t>prefixed</w:t>
      </w:r>
      <w:proofErr w:type="spellEnd"/>
      <w:r w:rsidRPr="00BF194F">
        <w:rPr>
          <w:rFonts w:ascii="Arial" w:hAnsi="Arial" w:cs="Arial"/>
          <w:sz w:val="20"/>
          <w:szCs w:val="20"/>
        </w:rPr>
        <w:t xml:space="preserve"> </w:t>
      </w:r>
      <w:proofErr w:type="spellStart"/>
      <w:r w:rsidRPr="00BF194F">
        <w:rPr>
          <w:rFonts w:ascii="Arial" w:hAnsi="Arial" w:cs="Arial"/>
          <w:sz w:val="20"/>
          <w:szCs w:val="20"/>
        </w:rPr>
        <w:t>with</w:t>
      </w:r>
      <w:proofErr w:type="spellEnd"/>
      <w:r w:rsidRPr="00BF194F">
        <w:rPr>
          <w:rFonts w:ascii="Arial" w:hAnsi="Arial" w:cs="Arial"/>
          <w:sz w:val="20"/>
          <w:szCs w:val="20"/>
        </w:rPr>
        <w:t xml:space="preserve"> "MH" in the </w:t>
      </w:r>
      <w:proofErr w:type="spellStart"/>
      <w:r w:rsidRPr="00BF194F">
        <w:rPr>
          <w:rFonts w:ascii="Arial" w:hAnsi="Arial" w:cs="Arial"/>
          <w:sz w:val="20"/>
          <w:szCs w:val="20"/>
        </w:rPr>
        <w:t>equation</w:t>
      </w:r>
      <w:proofErr w:type="spellEnd"/>
      <w:r w:rsidRPr="00BF194F">
        <w:rPr>
          <w:rFonts w:ascii="Arial" w:hAnsi="Arial" w:cs="Arial"/>
          <w:sz w:val="20"/>
          <w:szCs w:val="20"/>
        </w:rPr>
        <w:t xml:space="preserve">. </w:t>
      </w:r>
      <w:proofErr w:type="spellStart"/>
      <w:r w:rsidRPr="00BF194F">
        <w:rPr>
          <w:rFonts w:ascii="Arial" w:hAnsi="Arial" w:cs="Arial"/>
          <w:sz w:val="20"/>
          <w:szCs w:val="20"/>
        </w:rPr>
        <w:t>These</w:t>
      </w:r>
      <w:proofErr w:type="spellEnd"/>
      <w:r w:rsidRPr="00BF194F">
        <w:rPr>
          <w:rFonts w:ascii="Arial" w:hAnsi="Arial" w:cs="Arial"/>
          <w:sz w:val="20"/>
          <w:szCs w:val="20"/>
        </w:rPr>
        <w:t xml:space="preserve"> English CINAHL </w:t>
      </w:r>
      <w:proofErr w:type="spellStart"/>
      <w:r w:rsidRPr="00BF194F">
        <w:rPr>
          <w:rFonts w:ascii="Arial" w:hAnsi="Arial" w:cs="Arial"/>
          <w:sz w:val="20"/>
          <w:szCs w:val="20"/>
        </w:rPr>
        <w:t>Headings</w:t>
      </w:r>
      <w:proofErr w:type="spellEnd"/>
      <w:r w:rsidRPr="00BF194F">
        <w:rPr>
          <w:rFonts w:ascii="Arial" w:hAnsi="Arial" w:cs="Arial"/>
          <w:sz w:val="20"/>
          <w:szCs w:val="20"/>
        </w:rPr>
        <w:t xml:space="preserve"> </w:t>
      </w:r>
      <w:proofErr w:type="spellStart"/>
      <w:r w:rsidRPr="00BF194F">
        <w:rPr>
          <w:rFonts w:ascii="Arial" w:hAnsi="Arial" w:cs="Arial"/>
          <w:sz w:val="20"/>
          <w:szCs w:val="20"/>
        </w:rPr>
        <w:t>were</w:t>
      </w:r>
      <w:proofErr w:type="spellEnd"/>
      <w:r w:rsidRPr="00BF194F">
        <w:rPr>
          <w:rFonts w:ascii="Arial" w:hAnsi="Arial" w:cs="Arial"/>
          <w:sz w:val="20"/>
          <w:szCs w:val="20"/>
        </w:rPr>
        <w:t xml:space="preserve"> </w:t>
      </w:r>
      <w:proofErr w:type="spellStart"/>
      <w:r w:rsidRPr="00BF194F">
        <w:rPr>
          <w:rFonts w:ascii="Arial" w:hAnsi="Arial" w:cs="Arial"/>
          <w:sz w:val="20"/>
          <w:szCs w:val="20"/>
        </w:rPr>
        <w:t>kept</w:t>
      </w:r>
      <w:proofErr w:type="spellEnd"/>
      <w:r w:rsidRPr="00BF194F">
        <w:rPr>
          <w:rFonts w:ascii="Arial" w:hAnsi="Arial" w:cs="Arial"/>
          <w:sz w:val="20"/>
          <w:szCs w:val="20"/>
        </w:rPr>
        <w:t xml:space="preserve"> as </w:t>
      </w:r>
      <w:proofErr w:type="spellStart"/>
      <w:r w:rsidRPr="00BF194F">
        <w:rPr>
          <w:rFonts w:ascii="Arial" w:hAnsi="Arial" w:cs="Arial"/>
          <w:sz w:val="20"/>
          <w:szCs w:val="20"/>
        </w:rPr>
        <w:t>they</w:t>
      </w:r>
      <w:proofErr w:type="spellEnd"/>
      <w:r w:rsidRPr="00BF194F">
        <w:rPr>
          <w:rFonts w:ascii="Arial" w:hAnsi="Arial" w:cs="Arial"/>
          <w:sz w:val="20"/>
          <w:szCs w:val="20"/>
        </w:rPr>
        <w:t xml:space="preserve"> are </w:t>
      </w:r>
      <w:proofErr w:type="spellStart"/>
      <w:r w:rsidRPr="00BF194F">
        <w:rPr>
          <w:rFonts w:ascii="Arial" w:hAnsi="Arial" w:cs="Arial"/>
          <w:sz w:val="20"/>
          <w:szCs w:val="20"/>
        </w:rPr>
        <w:t>directly</w:t>
      </w:r>
      <w:proofErr w:type="spellEnd"/>
      <w:r w:rsidRPr="00BF194F">
        <w:rPr>
          <w:rFonts w:ascii="Arial" w:hAnsi="Arial" w:cs="Arial"/>
          <w:sz w:val="20"/>
          <w:szCs w:val="20"/>
        </w:rPr>
        <w:t xml:space="preserve"> </w:t>
      </w:r>
      <w:proofErr w:type="spellStart"/>
      <w:r w:rsidRPr="00BF194F">
        <w:rPr>
          <w:rFonts w:ascii="Arial" w:hAnsi="Arial" w:cs="Arial"/>
          <w:sz w:val="20"/>
          <w:szCs w:val="20"/>
        </w:rPr>
        <w:t>recognized</w:t>
      </w:r>
      <w:proofErr w:type="spellEnd"/>
      <w:r w:rsidRPr="00BF194F">
        <w:rPr>
          <w:rFonts w:ascii="Arial" w:hAnsi="Arial" w:cs="Arial"/>
          <w:sz w:val="20"/>
          <w:szCs w:val="20"/>
        </w:rPr>
        <w:t xml:space="preserve"> by CINAHL, and the French </w:t>
      </w:r>
      <w:proofErr w:type="spellStart"/>
      <w:r w:rsidRPr="00BF194F">
        <w:rPr>
          <w:rFonts w:ascii="Arial" w:hAnsi="Arial" w:cs="Arial"/>
          <w:sz w:val="20"/>
          <w:szCs w:val="20"/>
        </w:rPr>
        <w:t>terms</w:t>
      </w:r>
      <w:proofErr w:type="spellEnd"/>
      <w:r w:rsidRPr="00BF194F">
        <w:rPr>
          <w:rFonts w:ascii="Arial" w:hAnsi="Arial" w:cs="Arial"/>
          <w:sz w:val="20"/>
          <w:szCs w:val="20"/>
        </w:rPr>
        <w:t xml:space="preserve"> </w:t>
      </w:r>
      <w:proofErr w:type="spellStart"/>
      <w:r w:rsidRPr="00BF194F">
        <w:rPr>
          <w:rFonts w:ascii="Arial" w:hAnsi="Arial" w:cs="Arial"/>
          <w:sz w:val="20"/>
          <w:szCs w:val="20"/>
        </w:rPr>
        <w:t>were</w:t>
      </w:r>
      <w:proofErr w:type="spellEnd"/>
      <w:r w:rsidRPr="00BF194F">
        <w:rPr>
          <w:rFonts w:ascii="Arial" w:hAnsi="Arial" w:cs="Arial"/>
          <w:sz w:val="20"/>
          <w:szCs w:val="20"/>
        </w:rPr>
        <w:t xml:space="preserve"> </w:t>
      </w:r>
      <w:proofErr w:type="spellStart"/>
      <w:r w:rsidRPr="00BF194F">
        <w:rPr>
          <w:rFonts w:ascii="Arial" w:hAnsi="Arial" w:cs="Arial"/>
          <w:sz w:val="20"/>
          <w:szCs w:val="20"/>
        </w:rPr>
        <w:t>translated</w:t>
      </w:r>
      <w:proofErr w:type="spellEnd"/>
      <w:r w:rsidRPr="00BF194F">
        <w:rPr>
          <w:rFonts w:ascii="Arial" w:hAnsi="Arial" w:cs="Arial"/>
          <w:sz w:val="20"/>
          <w:szCs w:val="20"/>
        </w:rPr>
        <w:t xml:space="preserve"> to English </w:t>
      </w:r>
      <w:proofErr w:type="spellStart"/>
      <w:r w:rsidRPr="00BF194F">
        <w:rPr>
          <w:rFonts w:ascii="Arial" w:hAnsi="Arial" w:cs="Arial"/>
          <w:sz w:val="20"/>
          <w:szCs w:val="20"/>
        </w:rPr>
        <w:t>equivalents</w:t>
      </w:r>
      <w:proofErr w:type="spellEnd"/>
      <w:r w:rsidRPr="00BF194F">
        <w:rPr>
          <w:rFonts w:ascii="Arial" w:hAnsi="Arial" w:cs="Arial"/>
          <w:sz w:val="20"/>
          <w:szCs w:val="20"/>
        </w:rPr>
        <w:t xml:space="preserve">, </w:t>
      </w:r>
      <w:proofErr w:type="spellStart"/>
      <w:r w:rsidRPr="00BF194F">
        <w:rPr>
          <w:rFonts w:ascii="Arial" w:hAnsi="Arial" w:cs="Arial"/>
          <w:sz w:val="20"/>
          <w:szCs w:val="20"/>
        </w:rPr>
        <w:t>using</w:t>
      </w:r>
      <w:proofErr w:type="spellEnd"/>
      <w:r w:rsidRPr="00BF194F">
        <w:rPr>
          <w:rFonts w:ascii="Arial" w:hAnsi="Arial" w:cs="Arial"/>
          <w:sz w:val="20"/>
          <w:szCs w:val="20"/>
        </w:rPr>
        <w:t xml:space="preserve"> CINAHL </w:t>
      </w:r>
      <w:proofErr w:type="spellStart"/>
      <w:r w:rsidRPr="00BF194F">
        <w:rPr>
          <w:rFonts w:ascii="Arial" w:hAnsi="Arial" w:cs="Arial"/>
          <w:sz w:val="20"/>
          <w:szCs w:val="20"/>
        </w:rPr>
        <w:t>Headings</w:t>
      </w:r>
      <w:proofErr w:type="spellEnd"/>
      <w:r w:rsidRPr="00BF194F">
        <w:rPr>
          <w:rFonts w:ascii="Arial" w:hAnsi="Arial" w:cs="Arial"/>
          <w:sz w:val="20"/>
          <w:szCs w:val="20"/>
        </w:rPr>
        <w:t xml:space="preserve"> or relevant keywords to </w:t>
      </w:r>
      <w:proofErr w:type="spellStart"/>
      <w:r w:rsidRPr="00BF194F">
        <w:rPr>
          <w:rFonts w:ascii="Arial" w:hAnsi="Arial" w:cs="Arial"/>
          <w:sz w:val="20"/>
          <w:szCs w:val="20"/>
        </w:rPr>
        <w:t>ensure</w:t>
      </w:r>
      <w:proofErr w:type="spellEnd"/>
      <w:r w:rsidRPr="00BF194F">
        <w:rPr>
          <w:rFonts w:ascii="Arial" w:hAnsi="Arial" w:cs="Arial"/>
          <w:sz w:val="20"/>
          <w:szCs w:val="20"/>
        </w:rPr>
        <w:t xml:space="preserve"> </w:t>
      </w:r>
      <w:proofErr w:type="spellStart"/>
      <w:r w:rsidRPr="00BF194F">
        <w:rPr>
          <w:rFonts w:ascii="Arial" w:hAnsi="Arial" w:cs="Arial"/>
          <w:sz w:val="20"/>
          <w:szCs w:val="20"/>
        </w:rPr>
        <w:t>coherence</w:t>
      </w:r>
      <w:proofErr w:type="spellEnd"/>
      <w:r w:rsidRPr="00BF194F">
        <w:rPr>
          <w:rFonts w:ascii="Arial" w:hAnsi="Arial" w:cs="Arial"/>
          <w:sz w:val="20"/>
          <w:szCs w:val="20"/>
        </w:rPr>
        <w:t xml:space="preserve"> </w:t>
      </w:r>
      <w:proofErr w:type="spellStart"/>
      <w:r w:rsidRPr="00BF194F">
        <w:rPr>
          <w:rFonts w:ascii="Arial" w:hAnsi="Arial" w:cs="Arial"/>
          <w:sz w:val="20"/>
          <w:szCs w:val="20"/>
        </w:rPr>
        <w:t>with</w:t>
      </w:r>
      <w:proofErr w:type="spellEnd"/>
      <w:r w:rsidRPr="00BF194F">
        <w:rPr>
          <w:rFonts w:ascii="Arial" w:hAnsi="Arial" w:cs="Arial"/>
          <w:sz w:val="20"/>
          <w:szCs w:val="20"/>
        </w:rPr>
        <w:t xml:space="preserve"> the global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strategy</w:t>
      </w:r>
      <w:proofErr w:type="spellEnd"/>
      <w:r w:rsidRPr="00BF194F">
        <w:rPr>
          <w:rFonts w:ascii="Arial" w:hAnsi="Arial" w:cs="Arial"/>
          <w:sz w:val="20"/>
          <w:szCs w:val="20"/>
        </w:rPr>
        <w:t>.</w:t>
      </w:r>
    </w:p>
    <w:p w14:paraId="5F3D6C75" w14:textId="77777777" w:rsidR="00BB0F51" w:rsidRPr="00BF194F" w:rsidRDefault="00BB0F51" w:rsidP="00BF194F">
      <w:pPr>
        <w:spacing w:line="360" w:lineRule="auto"/>
        <w:jc w:val="both"/>
        <w:rPr>
          <w:rFonts w:ascii="Arial" w:hAnsi="Arial" w:cs="Arial"/>
          <w:sz w:val="20"/>
          <w:szCs w:val="20"/>
        </w:rPr>
      </w:pPr>
    </w:p>
    <w:p w14:paraId="5276B6EB" w14:textId="44534DF3" w:rsidR="00BB0F51" w:rsidRPr="00BF194F" w:rsidRDefault="004A6A30" w:rsidP="00BF194F">
      <w:pPr>
        <w:spacing w:line="360" w:lineRule="auto"/>
        <w:jc w:val="both"/>
        <w:rPr>
          <w:rFonts w:ascii="Arial" w:hAnsi="Arial" w:cs="Arial"/>
          <w:b/>
          <w:bCs/>
        </w:rPr>
      </w:pPr>
      <w:r w:rsidRPr="00BF194F">
        <w:rPr>
          <w:rFonts w:ascii="Arial" w:hAnsi="Arial" w:cs="Arial"/>
          <w:b/>
          <w:bCs/>
        </w:rPr>
        <w:t xml:space="preserve">Equation on </w:t>
      </w:r>
      <w:proofErr w:type="gramStart"/>
      <w:r w:rsidRPr="00BF194F">
        <w:rPr>
          <w:rFonts w:ascii="Arial" w:hAnsi="Arial" w:cs="Arial"/>
          <w:b/>
          <w:bCs/>
        </w:rPr>
        <w:t>CINAHL:</w:t>
      </w:r>
      <w:proofErr w:type="gramEnd"/>
    </w:p>
    <w:p w14:paraId="2F543D39" w14:textId="77777777" w:rsidR="00BB0F51" w:rsidRPr="00BF194F" w:rsidRDefault="00BB0F51" w:rsidP="00BF194F">
      <w:pPr>
        <w:spacing w:line="360" w:lineRule="auto"/>
        <w:rPr>
          <w:rFonts w:ascii="Arial" w:hAnsi="Arial" w:cs="Arial"/>
          <w:sz w:val="2"/>
          <w:szCs w:val="2"/>
        </w:rPr>
      </w:pPr>
      <w:r w:rsidRPr="00BF194F">
        <w:rPr>
          <w:rFonts w:ascii="Arial" w:hAnsi="Arial" w:cs="Arial"/>
        </w:rPr>
        <w:t xml:space="preserve"> </w:t>
      </w:r>
    </w:p>
    <w:p w14:paraId="4AA1EBD2" w14:textId="77777777" w:rsidR="004A6A30" w:rsidRPr="00BF194F" w:rsidRDefault="004A6A30" w:rsidP="00BF194F">
      <w:pPr>
        <w:spacing w:line="360" w:lineRule="auto"/>
        <w:rPr>
          <w:rFonts w:ascii="Arial" w:hAnsi="Arial" w:cs="Arial"/>
          <w:sz w:val="20"/>
          <w:szCs w:val="20"/>
        </w:rPr>
      </w:pPr>
      <w:r w:rsidRPr="00BF194F">
        <w:rPr>
          <w:rFonts w:ascii="Arial" w:hAnsi="Arial" w:cs="Arial"/>
          <w:sz w:val="20"/>
          <w:szCs w:val="20"/>
        </w:rPr>
        <w:t xml:space="preserve">The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equation</w:t>
      </w:r>
      <w:proofErr w:type="spellEnd"/>
      <w:r w:rsidRPr="00BF194F">
        <w:rPr>
          <w:rFonts w:ascii="Arial" w:hAnsi="Arial" w:cs="Arial"/>
          <w:sz w:val="20"/>
          <w:szCs w:val="20"/>
        </w:rPr>
        <w:t xml:space="preserve"> </w:t>
      </w:r>
      <w:proofErr w:type="spellStart"/>
      <w:r w:rsidRPr="00BF194F">
        <w:rPr>
          <w:rFonts w:ascii="Arial" w:hAnsi="Arial" w:cs="Arial"/>
          <w:sz w:val="20"/>
          <w:szCs w:val="20"/>
        </w:rPr>
        <w:t>is</w:t>
      </w:r>
      <w:proofErr w:type="spellEnd"/>
      <w:r w:rsidRPr="00BF194F">
        <w:rPr>
          <w:rFonts w:ascii="Arial" w:hAnsi="Arial" w:cs="Arial"/>
          <w:sz w:val="20"/>
          <w:szCs w:val="20"/>
        </w:rPr>
        <w:t xml:space="preserve"> as </w:t>
      </w:r>
      <w:proofErr w:type="spellStart"/>
      <w:proofErr w:type="gramStart"/>
      <w:r w:rsidRPr="00BF194F">
        <w:rPr>
          <w:rFonts w:ascii="Arial" w:hAnsi="Arial" w:cs="Arial"/>
          <w:sz w:val="20"/>
          <w:szCs w:val="20"/>
        </w:rPr>
        <w:t>follows</w:t>
      </w:r>
      <w:proofErr w:type="spellEnd"/>
      <w:r w:rsidRPr="00BF194F">
        <w:rPr>
          <w:rFonts w:ascii="Arial" w:hAnsi="Arial" w:cs="Arial"/>
          <w:sz w:val="20"/>
          <w:szCs w:val="20"/>
        </w:rPr>
        <w:t>:</w:t>
      </w:r>
      <w:proofErr w:type="gramEnd"/>
    </w:p>
    <w:p w14:paraId="7A81D5D3" w14:textId="77777777" w:rsidR="00BB0F51" w:rsidRPr="00BF194F" w:rsidRDefault="00BB0F51" w:rsidP="00BF194F">
      <w:pPr>
        <w:pStyle w:val="NormalWeb"/>
        <w:spacing w:line="360" w:lineRule="auto"/>
        <w:jc w:val="both"/>
        <w:rPr>
          <w:rFonts w:ascii="Arial" w:hAnsi="Arial" w:cs="Arial"/>
          <w:b/>
          <w:bCs/>
          <w:i/>
          <w:iCs/>
          <w:color w:val="0070C0"/>
          <w:sz w:val="17"/>
          <w:szCs w:val="17"/>
        </w:rPr>
      </w:pPr>
      <w:r w:rsidRPr="00BF194F">
        <w:rPr>
          <w:rFonts w:ascii="Arial" w:hAnsi="Arial" w:cs="Arial"/>
          <w:b/>
          <w:bCs/>
          <w:i/>
          <w:iCs/>
          <w:color w:val="0070C0"/>
          <w:sz w:val="17"/>
          <w:szCs w:val="17"/>
        </w:rPr>
        <w:t>(MH "</w:t>
      </w:r>
      <w:proofErr w:type="spellStart"/>
      <w:r w:rsidRPr="00BF194F">
        <w:rPr>
          <w:rFonts w:ascii="Arial" w:hAnsi="Arial" w:cs="Arial"/>
          <w:b/>
          <w:bCs/>
          <w:i/>
          <w:iCs/>
          <w:color w:val="0070C0"/>
          <w:sz w:val="17"/>
          <w:szCs w:val="17"/>
        </w:rPr>
        <w:t>Musculoskeletal</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Diseases</w:t>
      </w:r>
      <w:proofErr w:type="spellEnd"/>
      <w:r w:rsidRPr="00BF194F">
        <w:rPr>
          <w:rFonts w:ascii="Arial" w:hAnsi="Arial" w:cs="Arial"/>
          <w:b/>
          <w:bCs/>
          <w:i/>
          <w:iCs/>
          <w:color w:val="0070C0"/>
          <w:sz w:val="17"/>
          <w:szCs w:val="17"/>
        </w:rPr>
        <w:t>+" OR MH "</w:t>
      </w:r>
      <w:proofErr w:type="spellStart"/>
      <w:r w:rsidRPr="00BF194F">
        <w:rPr>
          <w:rFonts w:ascii="Arial" w:hAnsi="Arial" w:cs="Arial"/>
          <w:b/>
          <w:bCs/>
          <w:i/>
          <w:iCs/>
          <w:color w:val="0070C0"/>
          <w:sz w:val="17"/>
          <w:szCs w:val="17"/>
        </w:rPr>
        <w:t>Musculoskeletal</w:t>
      </w:r>
      <w:proofErr w:type="spellEnd"/>
      <w:r w:rsidRPr="00BF194F">
        <w:rPr>
          <w:rFonts w:ascii="Arial" w:hAnsi="Arial" w:cs="Arial"/>
          <w:b/>
          <w:bCs/>
          <w:i/>
          <w:iCs/>
          <w:color w:val="0070C0"/>
          <w:sz w:val="17"/>
          <w:szCs w:val="17"/>
        </w:rPr>
        <w:t xml:space="preserve"> Pain+" OR "</w:t>
      </w:r>
      <w:proofErr w:type="spellStart"/>
      <w:r w:rsidRPr="00BF194F">
        <w:rPr>
          <w:rFonts w:ascii="Arial" w:hAnsi="Arial" w:cs="Arial"/>
          <w:b/>
          <w:bCs/>
          <w:i/>
          <w:iCs/>
          <w:color w:val="0070C0"/>
          <w:sz w:val="17"/>
          <w:szCs w:val="17"/>
        </w:rPr>
        <w:t>musculoskeletal</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disorder</w:t>
      </w:r>
      <w:proofErr w:type="spellEnd"/>
      <w:r w:rsidRPr="00BF194F">
        <w:rPr>
          <w:rFonts w:ascii="Arial" w:hAnsi="Arial" w:cs="Arial"/>
          <w:b/>
          <w:bCs/>
          <w:i/>
          <w:iCs/>
          <w:color w:val="0070C0"/>
          <w:sz w:val="17"/>
          <w:szCs w:val="17"/>
        </w:rPr>
        <w:t>*" OR "</w:t>
      </w:r>
      <w:proofErr w:type="spellStart"/>
      <w:r w:rsidRPr="00BF194F">
        <w:rPr>
          <w:rFonts w:ascii="Arial" w:hAnsi="Arial" w:cs="Arial"/>
          <w:b/>
          <w:bCs/>
          <w:i/>
          <w:iCs/>
          <w:color w:val="0070C0"/>
          <w:sz w:val="17"/>
          <w:szCs w:val="17"/>
        </w:rPr>
        <w:t>musculoskeletal</w:t>
      </w:r>
      <w:proofErr w:type="spellEnd"/>
      <w:r w:rsidRPr="00BF194F">
        <w:rPr>
          <w:rFonts w:ascii="Arial" w:hAnsi="Arial" w:cs="Arial"/>
          <w:b/>
          <w:bCs/>
          <w:i/>
          <w:iCs/>
          <w:color w:val="0070C0"/>
          <w:sz w:val="17"/>
          <w:szCs w:val="17"/>
        </w:rPr>
        <w:t xml:space="preserve"> condition*" OR "back pain" OR "neck pain" OR "</w:t>
      </w:r>
      <w:proofErr w:type="spellStart"/>
      <w:r w:rsidRPr="00BF194F">
        <w:rPr>
          <w:rFonts w:ascii="Arial" w:hAnsi="Arial" w:cs="Arial"/>
          <w:b/>
          <w:bCs/>
          <w:i/>
          <w:iCs/>
          <w:color w:val="0070C0"/>
          <w:sz w:val="17"/>
          <w:szCs w:val="17"/>
        </w:rPr>
        <w:t>arthritis</w:t>
      </w:r>
      <w:proofErr w:type="spellEnd"/>
      <w:r w:rsidRPr="00BF194F">
        <w:rPr>
          <w:rFonts w:ascii="Arial" w:hAnsi="Arial" w:cs="Arial"/>
          <w:b/>
          <w:bCs/>
          <w:i/>
          <w:iCs/>
          <w:color w:val="0070C0"/>
          <w:sz w:val="17"/>
          <w:szCs w:val="17"/>
        </w:rPr>
        <w:t>" OR "</w:t>
      </w:r>
      <w:proofErr w:type="spellStart"/>
      <w:r w:rsidRPr="00BF194F">
        <w:rPr>
          <w:rFonts w:ascii="Arial" w:hAnsi="Arial" w:cs="Arial"/>
          <w:b/>
          <w:bCs/>
          <w:i/>
          <w:iCs/>
          <w:color w:val="0070C0"/>
          <w:sz w:val="17"/>
          <w:szCs w:val="17"/>
        </w:rPr>
        <w:t>tendinopathy</w:t>
      </w:r>
      <w:proofErr w:type="spellEnd"/>
      <w:r w:rsidRPr="00BF194F">
        <w:rPr>
          <w:rFonts w:ascii="Arial" w:hAnsi="Arial" w:cs="Arial"/>
          <w:b/>
          <w:bCs/>
          <w:i/>
          <w:iCs/>
          <w:color w:val="0070C0"/>
          <w:sz w:val="17"/>
          <w:szCs w:val="17"/>
        </w:rPr>
        <w:t xml:space="preserve">" OR "joint pain" OR "muscle </w:t>
      </w:r>
      <w:proofErr w:type="spellStart"/>
      <w:r w:rsidRPr="00BF194F">
        <w:rPr>
          <w:rFonts w:ascii="Arial" w:hAnsi="Arial" w:cs="Arial"/>
          <w:b/>
          <w:bCs/>
          <w:i/>
          <w:iCs/>
          <w:color w:val="0070C0"/>
          <w:sz w:val="17"/>
          <w:szCs w:val="17"/>
        </w:rPr>
        <w:t>strain</w:t>
      </w:r>
      <w:proofErr w:type="spellEnd"/>
      <w:r w:rsidRPr="00BF194F">
        <w:rPr>
          <w:rFonts w:ascii="Arial" w:hAnsi="Arial" w:cs="Arial"/>
          <w:b/>
          <w:bCs/>
          <w:i/>
          <w:iCs/>
          <w:color w:val="0070C0"/>
          <w:sz w:val="17"/>
          <w:szCs w:val="17"/>
        </w:rPr>
        <w:t xml:space="preserve">" OR "ligament </w:t>
      </w:r>
      <w:proofErr w:type="spellStart"/>
      <w:r w:rsidRPr="00BF194F">
        <w:rPr>
          <w:rFonts w:ascii="Arial" w:hAnsi="Arial" w:cs="Arial"/>
          <w:b/>
          <w:bCs/>
          <w:i/>
          <w:iCs/>
          <w:color w:val="0070C0"/>
          <w:sz w:val="17"/>
          <w:szCs w:val="17"/>
        </w:rPr>
        <w:t>injury</w:t>
      </w:r>
      <w:proofErr w:type="spellEnd"/>
      <w:r w:rsidRPr="00BF194F">
        <w:rPr>
          <w:rFonts w:ascii="Arial" w:hAnsi="Arial" w:cs="Arial"/>
          <w:b/>
          <w:bCs/>
          <w:i/>
          <w:iCs/>
          <w:color w:val="0070C0"/>
          <w:sz w:val="17"/>
          <w:szCs w:val="17"/>
        </w:rPr>
        <w:t xml:space="preserve">") AND (MH "Physical </w:t>
      </w:r>
      <w:proofErr w:type="spellStart"/>
      <w:r w:rsidRPr="00BF194F">
        <w:rPr>
          <w:rFonts w:ascii="Arial" w:hAnsi="Arial" w:cs="Arial"/>
          <w:b/>
          <w:bCs/>
          <w:i/>
          <w:iCs/>
          <w:color w:val="0070C0"/>
          <w:sz w:val="17"/>
          <w:szCs w:val="17"/>
        </w:rPr>
        <w:t>Therapy</w:t>
      </w:r>
      <w:proofErr w:type="spellEnd"/>
      <w:r w:rsidRPr="00BF194F">
        <w:rPr>
          <w:rFonts w:ascii="Arial" w:hAnsi="Arial" w:cs="Arial"/>
          <w:b/>
          <w:bCs/>
          <w:i/>
          <w:iCs/>
          <w:color w:val="0070C0"/>
          <w:sz w:val="17"/>
          <w:szCs w:val="17"/>
        </w:rPr>
        <w:t>+" OR "</w:t>
      </w:r>
      <w:proofErr w:type="spellStart"/>
      <w:r w:rsidRPr="00BF194F">
        <w:rPr>
          <w:rFonts w:ascii="Arial" w:hAnsi="Arial" w:cs="Arial"/>
          <w:b/>
          <w:bCs/>
          <w:i/>
          <w:iCs/>
          <w:color w:val="0070C0"/>
          <w:sz w:val="17"/>
          <w:szCs w:val="17"/>
        </w:rPr>
        <w:t>Physiotherapy</w:t>
      </w:r>
      <w:proofErr w:type="spellEnd"/>
      <w:r w:rsidRPr="00BF194F">
        <w:rPr>
          <w:rFonts w:ascii="Arial" w:hAnsi="Arial" w:cs="Arial"/>
          <w:b/>
          <w:bCs/>
          <w:i/>
          <w:iCs/>
          <w:color w:val="0070C0"/>
          <w:sz w:val="17"/>
          <w:szCs w:val="17"/>
        </w:rPr>
        <w:t>" OR "Direct Access" OR "Self-</w:t>
      </w:r>
      <w:proofErr w:type="spellStart"/>
      <w:r w:rsidRPr="00BF194F">
        <w:rPr>
          <w:rFonts w:ascii="Arial" w:hAnsi="Arial" w:cs="Arial"/>
          <w:b/>
          <w:bCs/>
          <w:i/>
          <w:iCs/>
          <w:color w:val="0070C0"/>
          <w:sz w:val="17"/>
          <w:szCs w:val="17"/>
        </w:rPr>
        <w:t>Referral</w:t>
      </w:r>
      <w:proofErr w:type="spellEnd"/>
      <w:r w:rsidRPr="00BF194F">
        <w:rPr>
          <w:rFonts w:ascii="Arial" w:hAnsi="Arial" w:cs="Arial"/>
          <w:b/>
          <w:bCs/>
          <w:i/>
          <w:iCs/>
          <w:color w:val="0070C0"/>
          <w:sz w:val="17"/>
          <w:szCs w:val="17"/>
        </w:rPr>
        <w:t>" OR "patient-</w:t>
      </w:r>
      <w:proofErr w:type="spellStart"/>
      <w:r w:rsidRPr="00BF194F">
        <w:rPr>
          <w:rFonts w:ascii="Arial" w:hAnsi="Arial" w:cs="Arial"/>
          <w:b/>
          <w:bCs/>
          <w:i/>
          <w:iCs/>
          <w:color w:val="0070C0"/>
          <w:sz w:val="17"/>
          <w:szCs w:val="17"/>
        </w:rPr>
        <w:t>initiated</w:t>
      </w:r>
      <w:proofErr w:type="spellEnd"/>
      <w:r w:rsidRPr="00BF194F">
        <w:rPr>
          <w:rFonts w:ascii="Arial" w:hAnsi="Arial" w:cs="Arial"/>
          <w:b/>
          <w:bCs/>
          <w:i/>
          <w:iCs/>
          <w:color w:val="0070C0"/>
          <w:sz w:val="17"/>
          <w:szCs w:val="17"/>
        </w:rPr>
        <w:t>" OR "first-contact" OR "</w:t>
      </w:r>
      <w:proofErr w:type="spellStart"/>
      <w:r w:rsidRPr="00BF194F">
        <w:rPr>
          <w:rFonts w:ascii="Arial" w:hAnsi="Arial" w:cs="Arial"/>
          <w:b/>
          <w:bCs/>
          <w:i/>
          <w:iCs/>
          <w:color w:val="0070C0"/>
          <w:sz w:val="17"/>
          <w:szCs w:val="17"/>
        </w:rPr>
        <w:t>physical</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therapist</w:t>
      </w:r>
      <w:proofErr w:type="spellEnd"/>
      <w:r w:rsidRPr="00BF194F">
        <w:rPr>
          <w:rFonts w:ascii="Arial" w:hAnsi="Arial" w:cs="Arial"/>
          <w:b/>
          <w:bCs/>
          <w:i/>
          <w:iCs/>
          <w:color w:val="0070C0"/>
          <w:sz w:val="17"/>
          <w:szCs w:val="17"/>
        </w:rPr>
        <w:t>*" OR "</w:t>
      </w:r>
      <w:proofErr w:type="spellStart"/>
      <w:r w:rsidRPr="00BF194F">
        <w:rPr>
          <w:rFonts w:ascii="Arial" w:hAnsi="Arial" w:cs="Arial"/>
          <w:b/>
          <w:bCs/>
          <w:i/>
          <w:iCs/>
          <w:color w:val="0070C0"/>
          <w:sz w:val="17"/>
          <w:szCs w:val="17"/>
        </w:rPr>
        <w:t>physiotherapist</w:t>
      </w:r>
      <w:proofErr w:type="spellEnd"/>
      <w:r w:rsidRPr="00BF194F">
        <w:rPr>
          <w:rFonts w:ascii="Arial" w:hAnsi="Arial" w:cs="Arial"/>
          <w:b/>
          <w:bCs/>
          <w:i/>
          <w:iCs/>
          <w:color w:val="0070C0"/>
          <w:sz w:val="17"/>
          <w:szCs w:val="17"/>
        </w:rPr>
        <w:t>*") AND (MH "</w:t>
      </w:r>
      <w:proofErr w:type="spellStart"/>
      <w:r w:rsidRPr="00BF194F">
        <w:rPr>
          <w:rFonts w:ascii="Arial" w:hAnsi="Arial" w:cs="Arial"/>
          <w:b/>
          <w:bCs/>
          <w:i/>
          <w:iCs/>
          <w:color w:val="0070C0"/>
          <w:sz w:val="17"/>
          <w:szCs w:val="17"/>
        </w:rPr>
        <w:t>Physicians</w:t>
      </w:r>
      <w:proofErr w:type="spellEnd"/>
      <w:r w:rsidRPr="00BF194F">
        <w:rPr>
          <w:rFonts w:ascii="Arial" w:hAnsi="Arial" w:cs="Arial"/>
          <w:b/>
          <w:bCs/>
          <w:i/>
          <w:iCs/>
          <w:color w:val="0070C0"/>
          <w:sz w:val="17"/>
          <w:szCs w:val="17"/>
        </w:rPr>
        <w:t>, Family+" OR MH "General Practice+" OR MH "</w:t>
      </w:r>
      <w:proofErr w:type="spellStart"/>
      <w:r w:rsidRPr="00BF194F">
        <w:rPr>
          <w:rFonts w:ascii="Arial" w:hAnsi="Arial" w:cs="Arial"/>
          <w:b/>
          <w:bCs/>
          <w:i/>
          <w:iCs/>
          <w:color w:val="0070C0"/>
          <w:sz w:val="17"/>
          <w:szCs w:val="17"/>
        </w:rPr>
        <w:t>Primary</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Health</w:t>
      </w:r>
      <w:proofErr w:type="spellEnd"/>
      <w:r w:rsidRPr="00BF194F">
        <w:rPr>
          <w:rFonts w:ascii="Arial" w:hAnsi="Arial" w:cs="Arial"/>
          <w:b/>
          <w:bCs/>
          <w:i/>
          <w:iCs/>
          <w:color w:val="0070C0"/>
          <w:sz w:val="17"/>
          <w:szCs w:val="17"/>
        </w:rPr>
        <w:t xml:space="preserve"> Care+" OR "</w:t>
      </w:r>
      <w:proofErr w:type="spellStart"/>
      <w:r w:rsidRPr="00BF194F">
        <w:rPr>
          <w:rFonts w:ascii="Arial" w:hAnsi="Arial" w:cs="Arial"/>
          <w:b/>
          <w:bCs/>
          <w:i/>
          <w:iCs/>
          <w:color w:val="0070C0"/>
          <w:sz w:val="17"/>
          <w:szCs w:val="17"/>
        </w:rPr>
        <w:t>family</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physician</w:t>
      </w:r>
      <w:proofErr w:type="spellEnd"/>
      <w:r w:rsidRPr="00BF194F">
        <w:rPr>
          <w:rFonts w:ascii="Arial" w:hAnsi="Arial" w:cs="Arial"/>
          <w:b/>
          <w:bCs/>
          <w:i/>
          <w:iCs/>
          <w:color w:val="0070C0"/>
          <w:sz w:val="17"/>
          <w:szCs w:val="17"/>
        </w:rPr>
        <w:t>*" OR "</w:t>
      </w:r>
      <w:proofErr w:type="spellStart"/>
      <w:r w:rsidRPr="00BF194F">
        <w:rPr>
          <w:rFonts w:ascii="Arial" w:hAnsi="Arial" w:cs="Arial"/>
          <w:b/>
          <w:bCs/>
          <w:i/>
          <w:iCs/>
          <w:color w:val="0070C0"/>
          <w:sz w:val="17"/>
          <w:szCs w:val="17"/>
        </w:rPr>
        <w:t>primary</w:t>
      </w:r>
      <w:proofErr w:type="spellEnd"/>
      <w:r w:rsidRPr="00BF194F">
        <w:rPr>
          <w:rFonts w:ascii="Arial" w:hAnsi="Arial" w:cs="Arial"/>
          <w:b/>
          <w:bCs/>
          <w:i/>
          <w:iCs/>
          <w:color w:val="0070C0"/>
          <w:sz w:val="17"/>
          <w:szCs w:val="17"/>
        </w:rPr>
        <w:t xml:space="preserve"> care </w:t>
      </w:r>
      <w:proofErr w:type="spellStart"/>
      <w:r w:rsidRPr="00BF194F">
        <w:rPr>
          <w:rFonts w:ascii="Arial" w:hAnsi="Arial" w:cs="Arial"/>
          <w:b/>
          <w:bCs/>
          <w:i/>
          <w:iCs/>
          <w:color w:val="0070C0"/>
          <w:sz w:val="17"/>
          <w:szCs w:val="17"/>
        </w:rPr>
        <w:t>physician</w:t>
      </w:r>
      <w:proofErr w:type="spellEnd"/>
      <w:r w:rsidRPr="00BF194F">
        <w:rPr>
          <w:rFonts w:ascii="Arial" w:hAnsi="Arial" w:cs="Arial"/>
          <w:b/>
          <w:bCs/>
          <w:i/>
          <w:iCs/>
          <w:color w:val="0070C0"/>
          <w:sz w:val="17"/>
          <w:szCs w:val="17"/>
        </w:rPr>
        <w:t>*" OR "GP" OR "</w:t>
      </w:r>
      <w:proofErr w:type="spellStart"/>
      <w:r w:rsidRPr="00BF194F">
        <w:rPr>
          <w:rFonts w:ascii="Arial" w:hAnsi="Arial" w:cs="Arial"/>
          <w:b/>
          <w:bCs/>
          <w:i/>
          <w:iCs/>
          <w:color w:val="0070C0"/>
          <w:sz w:val="17"/>
          <w:szCs w:val="17"/>
        </w:rPr>
        <w:t>general</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practitioner</w:t>
      </w:r>
      <w:proofErr w:type="spellEnd"/>
      <w:r w:rsidRPr="00BF194F">
        <w:rPr>
          <w:rFonts w:ascii="Arial" w:hAnsi="Arial" w:cs="Arial"/>
          <w:b/>
          <w:bCs/>
          <w:i/>
          <w:iCs/>
          <w:color w:val="0070C0"/>
          <w:sz w:val="17"/>
          <w:szCs w:val="17"/>
        </w:rPr>
        <w:t>*")</w:t>
      </w:r>
    </w:p>
    <w:p w14:paraId="6B3A98AC" w14:textId="77777777" w:rsidR="004A6A30" w:rsidRPr="00BF194F" w:rsidRDefault="004A6A30" w:rsidP="00BF194F">
      <w:pPr>
        <w:pStyle w:val="NormalWeb"/>
        <w:spacing w:line="360" w:lineRule="auto"/>
        <w:jc w:val="both"/>
        <w:rPr>
          <w:rFonts w:ascii="Arial" w:hAnsi="Arial" w:cs="Arial"/>
          <w:b/>
          <w:bCs/>
          <w:i/>
          <w:iCs/>
          <w:color w:val="0070C0"/>
          <w:sz w:val="17"/>
          <w:szCs w:val="17"/>
        </w:rPr>
      </w:pPr>
    </w:p>
    <w:p w14:paraId="0C4AE5DD" w14:textId="15872CB2" w:rsidR="00BB0F51" w:rsidRPr="00BF194F" w:rsidRDefault="004A6A30" w:rsidP="00BF194F">
      <w:pPr>
        <w:pStyle w:val="Titre3"/>
        <w:spacing w:line="360" w:lineRule="auto"/>
        <w:rPr>
          <w:rFonts w:cs="Arial"/>
        </w:rPr>
      </w:pPr>
      <w:proofErr w:type="spellStart"/>
      <w:r w:rsidRPr="00BF194F">
        <w:rPr>
          <w:rFonts w:cs="Arial"/>
        </w:rPr>
        <w:t>Search</w:t>
      </w:r>
      <w:proofErr w:type="spellEnd"/>
      <w:r w:rsidRPr="00BF194F">
        <w:rPr>
          <w:rFonts w:cs="Arial"/>
        </w:rPr>
        <w:t xml:space="preserve"> </w:t>
      </w:r>
      <w:proofErr w:type="spellStart"/>
      <w:r w:rsidRPr="00BF194F">
        <w:rPr>
          <w:rFonts w:cs="Arial"/>
        </w:rPr>
        <w:t>equation</w:t>
      </w:r>
      <w:proofErr w:type="spellEnd"/>
      <w:r w:rsidRPr="00BF194F">
        <w:rPr>
          <w:rFonts w:cs="Arial"/>
        </w:rPr>
        <w:t xml:space="preserve"> for the </w:t>
      </w:r>
      <w:proofErr w:type="spellStart"/>
      <w:r w:rsidRPr="00BF194F">
        <w:rPr>
          <w:rFonts w:cs="Arial"/>
        </w:rPr>
        <w:t>PEDro</w:t>
      </w:r>
      <w:proofErr w:type="spellEnd"/>
      <w:r w:rsidRPr="00BF194F">
        <w:rPr>
          <w:rFonts w:cs="Arial"/>
        </w:rPr>
        <w:t xml:space="preserve"> </w:t>
      </w:r>
      <w:proofErr w:type="spellStart"/>
      <w:r w:rsidRPr="00BF194F">
        <w:rPr>
          <w:rFonts w:cs="Arial"/>
        </w:rPr>
        <w:t>database</w:t>
      </w:r>
      <w:proofErr w:type="spellEnd"/>
    </w:p>
    <w:p w14:paraId="30611160" w14:textId="77777777" w:rsidR="00BB0F51" w:rsidRPr="00BF194F" w:rsidRDefault="00BB0F51" w:rsidP="00BF194F">
      <w:pPr>
        <w:spacing w:line="360" w:lineRule="auto"/>
        <w:jc w:val="both"/>
        <w:rPr>
          <w:rFonts w:ascii="Arial" w:hAnsi="Arial" w:cs="Arial"/>
          <w:sz w:val="20"/>
          <w:szCs w:val="20"/>
          <w:lang w:eastAsia="fr-FR"/>
        </w:rPr>
      </w:pPr>
    </w:p>
    <w:p w14:paraId="0A3B7ACE" w14:textId="25B59D22" w:rsidR="004A6A30" w:rsidRPr="00BF194F" w:rsidRDefault="004A6A30" w:rsidP="00BF194F">
      <w:pPr>
        <w:spacing w:line="360" w:lineRule="auto"/>
        <w:jc w:val="both"/>
        <w:rPr>
          <w:rFonts w:ascii="Arial" w:hAnsi="Arial" w:cs="Arial"/>
          <w:sz w:val="20"/>
          <w:szCs w:val="20"/>
        </w:rPr>
      </w:pPr>
      <w:r w:rsidRPr="00BF194F">
        <w:rPr>
          <w:rFonts w:ascii="Arial" w:hAnsi="Arial" w:cs="Arial"/>
          <w:sz w:val="20"/>
          <w:szCs w:val="20"/>
        </w:rPr>
        <w:t xml:space="preserve">The </w:t>
      </w:r>
      <w:proofErr w:type="spellStart"/>
      <w:r w:rsidRPr="00BF194F">
        <w:rPr>
          <w:rFonts w:ascii="Arial" w:hAnsi="Arial" w:cs="Arial"/>
          <w:sz w:val="20"/>
          <w:szCs w:val="20"/>
        </w:rPr>
        <w:t>strategy</w:t>
      </w:r>
      <w:proofErr w:type="spellEnd"/>
      <w:r w:rsidRPr="00BF194F">
        <w:rPr>
          <w:rFonts w:ascii="Arial" w:hAnsi="Arial" w:cs="Arial"/>
          <w:sz w:val="20"/>
          <w:szCs w:val="20"/>
        </w:rPr>
        <w:t xml:space="preserve"> for the </w:t>
      </w:r>
      <w:proofErr w:type="spellStart"/>
      <w:r w:rsidRPr="00BF194F">
        <w:rPr>
          <w:rFonts w:ascii="Arial" w:hAnsi="Arial" w:cs="Arial"/>
          <w:sz w:val="20"/>
          <w:szCs w:val="20"/>
        </w:rPr>
        <w:t>PEDro</w:t>
      </w:r>
      <w:proofErr w:type="spellEnd"/>
      <w:r w:rsidRPr="00BF194F">
        <w:rPr>
          <w:rFonts w:ascii="Arial" w:hAnsi="Arial" w:cs="Arial"/>
          <w:sz w:val="20"/>
          <w:szCs w:val="20"/>
        </w:rPr>
        <w:t xml:space="preserve"> </w:t>
      </w:r>
      <w:proofErr w:type="spellStart"/>
      <w:r w:rsidRPr="00BF194F">
        <w:rPr>
          <w:rFonts w:ascii="Arial" w:hAnsi="Arial" w:cs="Arial"/>
          <w:sz w:val="20"/>
          <w:szCs w:val="20"/>
        </w:rPr>
        <w:t>database</w:t>
      </w:r>
      <w:proofErr w:type="spellEnd"/>
      <w:r w:rsidRPr="00BF194F">
        <w:rPr>
          <w:rFonts w:ascii="Arial" w:hAnsi="Arial" w:cs="Arial"/>
          <w:sz w:val="20"/>
          <w:szCs w:val="20"/>
        </w:rPr>
        <w:t xml:space="preserve"> ("</w:t>
      </w:r>
      <w:proofErr w:type="spellStart"/>
      <w:r w:rsidRPr="00BF194F">
        <w:rPr>
          <w:rFonts w:ascii="Arial" w:hAnsi="Arial" w:cs="Arial"/>
          <w:sz w:val="20"/>
          <w:szCs w:val="20"/>
        </w:rPr>
        <w:t>Physiotherapy</w:t>
      </w:r>
      <w:proofErr w:type="spellEnd"/>
      <w:r w:rsidRPr="00BF194F">
        <w:rPr>
          <w:rFonts w:ascii="Arial" w:hAnsi="Arial" w:cs="Arial"/>
          <w:sz w:val="20"/>
          <w:szCs w:val="20"/>
        </w:rPr>
        <w:t xml:space="preserve"> Evidence </w:t>
      </w:r>
      <w:proofErr w:type="spellStart"/>
      <w:r w:rsidRPr="00BF194F">
        <w:rPr>
          <w:rFonts w:ascii="Arial" w:hAnsi="Arial" w:cs="Arial"/>
          <w:sz w:val="20"/>
          <w:szCs w:val="20"/>
        </w:rPr>
        <w:t>Database</w:t>
      </w:r>
      <w:proofErr w:type="spellEnd"/>
      <w:r w:rsidRPr="00BF194F">
        <w:rPr>
          <w:rFonts w:ascii="Arial" w:hAnsi="Arial" w:cs="Arial"/>
          <w:sz w:val="20"/>
          <w:szCs w:val="20"/>
        </w:rPr>
        <w:t xml:space="preserve">," </w:t>
      </w:r>
      <w:proofErr w:type="spellStart"/>
      <w:r w:rsidRPr="00BF194F">
        <w:rPr>
          <w:rFonts w:ascii="Arial" w:hAnsi="Arial" w:cs="Arial"/>
          <w:sz w:val="20"/>
          <w:szCs w:val="20"/>
        </w:rPr>
        <w:t>managed</w:t>
      </w:r>
      <w:proofErr w:type="spellEnd"/>
      <w:r w:rsidRPr="00BF194F">
        <w:rPr>
          <w:rFonts w:ascii="Arial" w:hAnsi="Arial" w:cs="Arial"/>
          <w:sz w:val="20"/>
          <w:szCs w:val="20"/>
        </w:rPr>
        <w:t xml:space="preserve"> by the Institute for </w:t>
      </w:r>
      <w:proofErr w:type="spellStart"/>
      <w:r w:rsidRPr="00BF194F">
        <w:rPr>
          <w:rFonts w:ascii="Arial" w:hAnsi="Arial" w:cs="Arial"/>
          <w:sz w:val="20"/>
          <w:szCs w:val="20"/>
        </w:rPr>
        <w:t>Musculoskeletal</w:t>
      </w:r>
      <w:proofErr w:type="spellEnd"/>
      <w:r w:rsidRPr="00BF194F">
        <w:rPr>
          <w:rFonts w:ascii="Arial" w:hAnsi="Arial" w:cs="Arial"/>
          <w:sz w:val="20"/>
          <w:szCs w:val="20"/>
        </w:rPr>
        <w:t xml:space="preserve"> </w:t>
      </w:r>
      <w:proofErr w:type="spellStart"/>
      <w:r w:rsidRPr="00BF194F">
        <w:rPr>
          <w:rFonts w:ascii="Arial" w:hAnsi="Arial" w:cs="Arial"/>
          <w:sz w:val="20"/>
          <w:szCs w:val="20"/>
        </w:rPr>
        <w:t>Health</w:t>
      </w:r>
      <w:proofErr w:type="spellEnd"/>
      <w:r w:rsidRPr="00BF194F">
        <w:rPr>
          <w:rFonts w:ascii="Arial" w:hAnsi="Arial" w:cs="Arial"/>
          <w:sz w:val="20"/>
          <w:szCs w:val="20"/>
        </w:rPr>
        <w:t xml:space="preserve">, </w:t>
      </w:r>
      <w:proofErr w:type="spellStart"/>
      <w:r w:rsidRPr="00BF194F">
        <w:rPr>
          <w:rFonts w:ascii="Arial" w:hAnsi="Arial" w:cs="Arial"/>
          <w:sz w:val="20"/>
          <w:szCs w:val="20"/>
        </w:rPr>
        <w:t>University</w:t>
      </w:r>
      <w:proofErr w:type="spellEnd"/>
      <w:r w:rsidRPr="00BF194F">
        <w:rPr>
          <w:rFonts w:ascii="Arial" w:hAnsi="Arial" w:cs="Arial"/>
          <w:sz w:val="20"/>
          <w:szCs w:val="20"/>
        </w:rPr>
        <w:t xml:space="preserve"> of Sydney) </w:t>
      </w:r>
      <w:proofErr w:type="spellStart"/>
      <w:r w:rsidRPr="00BF194F">
        <w:rPr>
          <w:rFonts w:ascii="Arial" w:hAnsi="Arial" w:cs="Arial"/>
          <w:sz w:val="20"/>
          <w:szCs w:val="20"/>
        </w:rPr>
        <w:t>was</w:t>
      </w:r>
      <w:proofErr w:type="spellEnd"/>
      <w:r w:rsidRPr="00BF194F">
        <w:rPr>
          <w:rFonts w:ascii="Arial" w:hAnsi="Arial" w:cs="Arial"/>
          <w:sz w:val="20"/>
          <w:szCs w:val="20"/>
        </w:rPr>
        <w:t xml:space="preserve"> </w:t>
      </w:r>
      <w:proofErr w:type="spellStart"/>
      <w:r w:rsidRPr="00BF194F">
        <w:rPr>
          <w:rFonts w:ascii="Arial" w:hAnsi="Arial" w:cs="Arial"/>
          <w:sz w:val="20"/>
          <w:szCs w:val="20"/>
        </w:rPr>
        <w:t>adapted</w:t>
      </w:r>
      <w:proofErr w:type="spellEnd"/>
      <w:r w:rsidRPr="00BF194F">
        <w:rPr>
          <w:rFonts w:ascii="Arial" w:hAnsi="Arial" w:cs="Arial"/>
          <w:sz w:val="20"/>
          <w:szCs w:val="20"/>
        </w:rPr>
        <w:t xml:space="preserve"> to </w:t>
      </w:r>
      <w:proofErr w:type="spellStart"/>
      <w:r w:rsidRPr="00BF194F">
        <w:rPr>
          <w:rFonts w:ascii="Arial" w:hAnsi="Arial" w:cs="Arial"/>
          <w:sz w:val="20"/>
          <w:szCs w:val="20"/>
        </w:rPr>
        <w:t>meet</w:t>
      </w:r>
      <w:proofErr w:type="spellEnd"/>
      <w:r w:rsidRPr="00BF194F">
        <w:rPr>
          <w:rFonts w:ascii="Arial" w:hAnsi="Arial" w:cs="Arial"/>
          <w:sz w:val="20"/>
          <w:szCs w:val="20"/>
        </w:rPr>
        <w:t xml:space="preserve"> the </w:t>
      </w:r>
      <w:proofErr w:type="spellStart"/>
      <w:r w:rsidRPr="00BF194F">
        <w:rPr>
          <w:rFonts w:ascii="Arial" w:hAnsi="Arial" w:cs="Arial"/>
          <w:sz w:val="20"/>
          <w:szCs w:val="20"/>
        </w:rPr>
        <w:t>platform's</w:t>
      </w:r>
      <w:proofErr w:type="spellEnd"/>
      <w:r w:rsidRPr="00BF194F">
        <w:rPr>
          <w:rFonts w:ascii="Arial" w:hAnsi="Arial" w:cs="Arial"/>
          <w:sz w:val="20"/>
          <w:szCs w:val="20"/>
        </w:rPr>
        <w:t xml:space="preserve"> </w:t>
      </w:r>
      <w:proofErr w:type="spellStart"/>
      <w:r w:rsidRPr="00BF194F">
        <w:rPr>
          <w:rFonts w:ascii="Arial" w:hAnsi="Arial" w:cs="Arial"/>
          <w:sz w:val="20"/>
          <w:szCs w:val="20"/>
        </w:rPr>
        <w:t>specific</w:t>
      </w:r>
      <w:proofErr w:type="spellEnd"/>
      <w:r w:rsidRPr="00BF194F">
        <w:rPr>
          <w:rFonts w:ascii="Arial" w:hAnsi="Arial" w:cs="Arial"/>
          <w:sz w:val="20"/>
          <w:szCs w:val="20"/>
        </w:rPr>
        <w:t xml:space="preserve"> </w:t>
      </w:r>
      <w:proofErr w:type="spellStart"/>
      <w:r w:rsidRPr="00BF194F">
        <w:rPr>
          <w:rFonts w:ascii="Arial" w:hAnsi="Arial" w:cs="Arial"/>
          <w:sz w:val="20"/>
          <w:szCs w:val="20"/>
        </w:rPr>
        <w:t>requirements</w:t>
      </w:r>
      <w:proofErr w:type="spellEnd"/>
      <w:r w:rsidRPr="00BF194F">
        <w:rPr>
          <w:rFonts w:ascii="Arial" w:hAnsi="Arial" w:cs="Arial"/>
          <w:sz w:val="20"/>
          <w:szCs w:val="20"/>
        </w:rPr>
        <w:t xml:space="preserve">. </w:t>
      </w:r>
      <w:proofErr w:type="spellStart"/>
      <w:r w:rsidRPr="00BF194F">
        <w:rPr>
          <w:rFonts w:ascii="Arial" w:hAnsi="Arial" w:cs="Arial"/>
          <w:sz w:val="20"/>
          <w:szCs w:val="20"/>
        </w:rPr>
        <w:t>PEDro</w:t>
      </w:r>
      <w:proofErr w:type="spellEnd"/>
      <w:r w:rsidRPr="00BF194F">
        <w:rPr>
          <w:rFonts w:ascii="Arial" w:hAnsi="Arial" w:cs="Arial"/>
          <w:sz w:val="20"/>
          <w:szCs w:val="20"/>
        </w:rPr>
        <w:t xml:space="preserve"> </w:t>
      </w:r>
      <w:proofErr w:type="spellStart"/>
      <w:r w:rsidRPr="00BF194F">
        <w:rPr>
          <w:rFonts w:ascii="Arial" w:hAnsi="Arial" w:cs="Arial"/>
          <w:sz w:val="20"/>
          <w:szCs w:val="20"/>
        </w:rPr>
        <w:t>is</w:t>
      </w:r>
      <w:proofErr w:type="spellEnd"/>
      <w:r w:rsidRPr="00BF194F">
        <w:rPr>
          <w:rFonts w:ascii="Arial" w:hAnsi="Arial" w:cs="Arial"/>
          <w:sz w:val="20"/>
          <w:szCs w:val="20"/>
        </w:rPr>
        <w:t xml:space="preserve"> </w:t>
      </w:r>
      <w:proofErr w:type="spellStart"/>
      <w:r w:rsidRPr="00BF194F">
        <w:rPr>
          <w:rFonts w:ascii="Arial" w:hAnsi="Arial" w:cs="Arial"/>
          <w:sz w:val="20"/>
          <w:szCs w:val="20"/>
        </w:rPr>
        <w:t>known</w:t>
      </w:r>
      <w:proofErr w:type="spellEnd"/>
      <w:r w:rsidRPr="00BF194F">
        <w:rPr>
          <w:rFonts w:ascii="Arial" w:hAnsi="Arial" w:cs="Arial"/>
          <w:sz w:val="20"/>
          <w:szCs w:val="20"/>
        </w:rPr>
        <w:t xml:space="preserve"> for </w:t>
      </w:r>
      <w:proofErr w:type="spellStart"/>
      <w:r w:rsidRPr="00BF194F">
        <w:rPr>
          <w:rFonts w:ascii="Arial" w:hAnsi="Arial" w:cs="Arial"/>
          <w:sz w:val="20"/>
          <w:szCs w:val="20"/>
        </w:rPr>
        <w:t>its</w:t>
      </w:r>
      <w:proofErr w:type="spellEnd"/>
      <w:r w:rsidRPr="00BF194F">
        <w:rPr>
          <w:rFonts w:ascii="Arial" w:hAnsi="Arial" w:cs="Arial"/>
          <w:sz w:val="20"/>
          <w:szCs w:val="20"/>
        </w:rPr>
        <w:t xml:space="preserve"> </w:t>
      </w:r>
      <w:proofErr w:type="spellStart"/>
      <w:r w:rsidRPr="00BF194F">
        <w:rPr>
          <w:rFonts w:ascii="Arial" w:hAnsi="Arial" w:cs="Arial"/>
          <w:sz w:val="20"/>
          <w:szCs w:val="20"/>
        </w:rPr>
        <w:t>methodological</w:t>
      </w:r>
      <w:proofErr w:type="spellEnd"/>
      <w:r w:rsidRPr="00BF194F">
        <w:rPr>
          <w:rFonts w:ascii="Arial" w:hAnsi="Arial" w:cs="Arial"/>
          <w:sz w:val="20"/>
          <w:szCs w:val="20"/>
        </w:rPr>
        <w:t xml:space="preserve"> </w:t>
      </w:r>
      <w:proofErr w:type="spellStart"/>
      <w:r w:rsidRPr="00BF194F">
        <w:rPr>
          <w:rFonts w:ascii="Arial" w:hAnsi="Arial" w:cs="Arial"/>
          <w:sz w:val="20"/>
          <w:szCs w:val="20"/>
        </w:rPr>
        <w:t>quality</w:t>
      </w:r>
      <w:proofErr w:type="spellEnd"/>
      <w:r w:rsidRPr="00BF194F">
        <w:rPr>
          <w:rFonts w:ascii="Arial" w:hAnsi="Arial" w:cs="Arial"/>
          <w:sz w:val="20"/>
          <w:szCs w:val="20"/>
        </w:rPr>
        <w:t xml:space="preserve"> rating </w:t>
      </w:r>
      <w:proofErr w:type="spellStart"/>
      <w:r w:rsidRPr="00BF194F">
        <w:rPr>
          <w:rFonts w:ascii="Arial" w:hAnsi="Arial" w:cs="Arial"/>
          <w:sz w:val="20"/>
          <w:szCs w:val="20"/>
        </w:rPr>
        <w:t>scale</w:t>
      </w:r>
      <w:proofErr w:type="spellEnd"/>
      <w:r w:rsidRPr="00BF194F">
        <w:rPr>
          <w:rFonts w:ascii="Arial" w:hAnsi="Arial" w:cs="Arial"/>
          <w:sz w:val="20"/>
          <w:szCs w:val="20"/>
        </w:rPr>
        <w:t xml:space="preserve"> ("</w:t>
      </w:r>
      <w:proofErr w:type="spellStart"/>
      <w:r w:rsidRPr="00BF194F">
        <w:rPr>
          <w:rFonts w:ascii="Arial" w:hAnsi="Arial" w:cs="Arial"/>
          <w:sz w:val="20"/>
          <w:szCs w:val="20"/>
        </w:rPr>
        <w:t>PEDro</w:t>
      </w:r>
      <w:proofErr w:type="spellEnd"/>
      <w:r w:rsidRPr="00BF194F">
        <w:rPr>
          <w:rFonts w:ascii="Arial" w:hAnsi="Arial" w:cs="Arial"/>
          <w:sz w:val="20"/>
          <w:szCs w:val="20"/>
        </w:rPr>
        <w:t xml:space="preserve"> </w:t>
      </w:r>
      <w:proofErr w:type="spellStart"/>
      <w:r w:rsidRPr="00BF194F">
        <w:rPr>
          <w:rFonts w:ascii="Arial" w:hAnsi="Arial" w:cs="Arial"/>
          <w:sz w:val="20"/>
          <w:szCs w:val="20"/>
        </w:rPr>
        <w:t>scale</w:t>
      </w:r>
      <w:proofErr w:type="spellEnd"/>
      <w:r w:rsidRPr="00BF194F">
        <w:rPr>
          <w:rFonts w:ascii="Arial" w:hAnsi="Arial" w:cs="Arial"/>
          <w:sz w:val="20"/>
          <w:szCs w:val="20"/>
        </w:rPr>
        <w:t xml:space="preserve">"), </w:t>
      </w:r>
      <w:proofErr w:type="spellStart"/>
      <w:r w:rsidRPr="00BF194F">
        <w:rPr>
          <w:rFonts w:ascii="Arial" w:hAnsi="Arial" w:cs="Arial"/>
          <w:sz w:val="20"/>
          <w:szCs w:val="20"/>
        </w:rPr>
        <w:t>which</w:t>
      </w:r>
      <w:proofErr w:type="spellEnd"/>
      <w:r w:rsidRPr="00BF194F">
        <w:rPr>
          <w:rFonts w:ascii="Arial" w:hAnsi="Arial" w:cs="Arial"/>
          <w:sz w:val="20"/>
          <w:szCs w:val="20"/>
        </w:rPr>
        <w:t xml:space="preserve"> </w:t>
      </w:r>
      <w:proofErr w:type="spellStart"/>
      <w:r w:rsidRPr="00BF194F">
        <w:rPr>
          <w:rFonts w:ascii="Arial" w:hAnsi="Arial" w:cs="Arial"/>
          <w:sz w:val="20"/>
          <w:szCs w:val="20"/>
        </w:rPr>
        <w:t>aids</w:t>
      </w:r>
      <w:proofErr w:type="spellEnd"/>
      <w:r w:rsidRPr="00BF194F">
        <w:rPr>
          <w:rFonts w:ascii="Arial" w:hAnsi="Arial" w:cs="Arial"/>
          <w:sz w:val="20"/>
          <w:szCs w:val="20"/>
        </w:rPr>
        <w:t xml:space="preserve"> in </w:t>
      </w:r>
      <w:proofErr w:type="spellStart"/>
      <w:r w:rsidRPr="00BF194F">
        <w:rPr>
          <w:rFonts w:ascii="Arial" w:hAnsi="Arial" w:cs="Arial"/>
          <w:sz w:val="20"/>
          <w:szCs w:val="20"/>
        </w:rPr>
        <w:t>identifying</w:t>
      </w:r>
      <w:proofErr w:type="spellEnd"/>
      <w:r w:rsidRPr="00BF194F">
        <w:rPr>
          <w:rFonts w:ascii="Arial" w:hAnsi="Arial" w:cs="Arial"/>
          <w:sz w:val="20"/>
          <w:szCs w:val="20"/>
        </w:rPr>
        <w:t xml:space="preserve"> </w:t>
      </w:r>
      <w:proofErr w:type="spellStart"/>
      <w:r w:rsidRPr="00BF194F">
        <w:rPr>
          <w:rFonts w:ascii="Arial" w:hAnsi="Arial" w:cs="Arial"/>
          <w:sz w:val="20"/>
          <w:szCs w:val="20"/>
        </w:rPr>
        <w:t>methodologically</w:t>
      </w:r>
      <w:proofErr w:type="spellEnd"/>
      <w:r w:rsidRPr="00BF194F">
        <w:rPr>
          <w:rFonts w:ascii="Arial" w:hAnsi="Arial" w:cs="Arial"/>
          <w:sz w:val="20"/>
          <w:szCs w:val="20"/>
        </w:rPr>
        <w:t xml:space="preserve"> </w:t>
      </w:r>
      <w:proofErr w:type="spellStart"/>
      <w:r w:rsidRPr="00BF194F">
        <w:rPr>
          <w:rFonts w:ascii="Arial" w:hAnsi="Arial" w:cs="Arial"/>
          <w:sz w:val="20"/>
          <w:szCs w:val="20"/>
        </w:rPr>
        <w:t>rigorous</w:t>
      </w:r>
      <w:proofErr w:type="spellEnd"/>
      <w:r w:rsidRPr="00BF194F">
        <w:rPr>
          <w:rFonts w:ascii="Arial" w:hAnsi="Arial" w:cs="Arial"/>
          <w:sz w:val="20"/>
          <w:szCs w:val="20"/>
        </w:rPr>
        <w:t xml:space="preserve"> </w:t>
      </w:r>
      <w:proofErr w:type="spellStart"/>
      <w:r w:rsidRPr="00BF194F">
        <w:rPr>
          <w:rFonts w:ascii="Arial" w:hAnsi="Arial" w:cs="Arial"/>
          <w:sz w:val="20"/>
          <w:szCs w:val="20"/>
        </w:rPr>
        <w:t>studies</w:t>
      </w:r>
      <w:proofErr w:type="spellEnd"/>
      <w:r w:rsidRPr="00BF194F">
        <w:rPr>
          <w:rFonts w:ascii="Arial" w:hAnsi="Arial" w:cs="Arial"/>
          <w:sz w:val="20"/>
          <w:szCs w:val="20"/>
        </w:rPr>
        <w:t>.</w:t>
      </w:r>
    </w:p>
    <w:p w14:paraId="26E2D720" w14:textId="77777777" w:rsidR="004A6A30" w:rsidRPr="00BF194F" w:rsidRDefault="004A6A30" w:rsidP="00BF194F">
      <w:pPr>
        <w:spacing w:line="360" w:lineRule="auto"/>
        <w:jc w:val="both"/>
        <w:rPr>
          <w:rFonts w:ascii="Arial" w:hAnsi="Arial" w:cs="Arial"/>
          <w:sz w:val="20"/>
          <w:szCs w:val="20"/>
        </w:rPr>
      </w:pPr>
      <w:proofErr w:type="spellStart"/>
      <w:r w:rsidRPr="00BF194F">
        <w:rPr>
          <w:rFonts w:ascii="Arial" w:hAnsi="Arial" w:cs="Arial"/>
          <w:sz w:val="20"/>
          <w:szCs w:val="20"/>
        </w:rPr>
        <w:t>Given</w:t>
      </w:r>
      <w:proofErr w:type="spellEnd"/>
      <w:r w:rsidRPr="00BF194F">
        <w:rPr>
          <w:rFonts w:ascii="Arial" w:hAnsi="Arial" w:cs="Arial"/>
          <w:sz w:val="20"/>
          <w:szCs w:val="20"/>
        </w:rPr>
        <w:t xml:space="preserve"> </w:t>
      </w:r>
      <w:proofErr w:type="spellStart"/>
      <w:r w:rsidRPr="00BF194F">
        <w:rPr>
          <w:rFonts w:ascii="Arial" w:hAnsi="Arial" w:cs="Arial"/>
          <w:sz w:val="20"/>
          <w:szCs w:val="20"/>
        </w:rPr>
        <w:t>PEDro’s</w:t>
      </w:r>
      <w:proofErr w:type="spellEnd"/>
      <w:r w:rsidRPr="00BF194F">
        <w:rPr>
          <w:rFonts w:ascii="Arial" w:hAnsi="Arial" w:cs="Arial"/>
          <w:sz w:val="20"/>
          <w:szCs w:val="20"/>
        </w:rPr>
        <w:t xml:space="preserve"> limitations </w:t>
      </w:r>
      <w:proofErr w:type="spellStart"/>
      <w:r w:rsidRPr="00BF194F">
        <w:rPr>
          <w:rFonts w:ascii="Arial" w:hAnsi="Arial" w:cs="Arial"/>
          <w:sz w:val="20"/>
          <w:szCs w:val="20"/>
        </w:rPr>
        <w:t>regarding</w:t>
      </w:r>
      <w:proofErr w:type="spellEnd"/>
      <w:r w:rsidRPr="00BF194F">
        <w:rPr>
          <w:rFonts w:ascii="Arial" w:hAnsi="Arial" w:cs="Arial"/>
          <w:sz w:val="20"/>
          <w:szCs w:val="20"/>
        </w:rPr>
        <w:t xml:space="preserve"> </w:t>
      </w:r>
      <w:proofErr w:type="spellStart"/>
      <w:r w:rsidRPr="00BF194F">
        <w:rPr>
          <w:rFonts w:ascii="Arial" w:hAnsi="Arial" w:cs="Arial"/>
          <w:sz w:val="20"/>
          <w:szCs w:val="20"/>
        </w:rPr>
        <w:t>complex</w:t>
      </w:r>
      <w:proofErr w:type="spellEnd"/>
      <w:r w:rsidRPr="00BF194F">
        <w:rPr>
          <w:rFonts w:ascii="Arial" w:hAnsi="Arial" w:cs="Arial"/>
          <w:sz w:val="20"/>
          <w:szCs w:val="20"/>
        </w:rPr>
        <w:t xml:space="preserv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equations</w:t>
      </w:r>
      <w:proofErr w:type="spellEnd"/>
      <w:r w:rsidRPr="00BF194F">
        <w:rPr>
          <w:rFonts w:ascii="Arial" w:hAnsi="Arial" w:cs="Arial"/>
          <w:sz w:val="20"/>
          <w:szCs w:val="20"/>
        </w:rPr>
        <w:t xml:space="preserve">, a </w:t>
      </w:r>
      <w:proofErr w:type="spellStart"/>
      <w:r w:rsidRPr="00BF194F">
        <w:rPr>
          <w:rFonts w:ascii="Arial" w:hAnsi="Arial" w:cs="Arial"/>
          <w:sz w:val="20"/>
          <w:szCs w:val="20"/>
        </w:rPr>
        <w:t>systematic</w:t>
      </w:r>
      <w:proofErr w:type="spellEnd"/>
      <w:r w:rsidRPr="00BF194F">
        <w:rPr>
          <w:rFonts w:ascii="Arial" w:hAnsi="Arial" w:cs="Arial"/>
          <w:sz w:val="20"/>
          <w:szCs w:val="20"/>
        </w:rPr>
        <w:t xml:space="preserve"> </w:t>
      </w:r>
      <w:proofErr w:type="spellStart"/>
      <w:r w:rsidRPr="00BF194F">
        <w:rPr>
          <w:rFonts w:ascii="Arial" w:hAnsi="Arial" w:cs="Arial"/>
          <w:sz w:val="20"/>
          <w:szCs w:val="20"/>
        </w:rPr>
        <w:t>approach</w:t>
      </w:r>
      <w:proofErr w:type="spellEnd"/>
      <w:r w:rsidRPr="00BF194F">
        <w:rPr>
          <w:rFonts w:ascii="Arial" w:hAnsi="Arial" w:cs="Arial"/>
          <w:sz w:val="20"/>
          <w:szCs w:val="20"/>
        </w:rPr>
        <w:t xml:space="preserve"> </w:t>
      </w:r>
      <w:proofErr w:type="spellStart"/>
      <w:r w:rsidRPr="00BF194F">
        <w:rPr>
          <w:rFonts w:ascii="Arial" w:hAnsi="Arial" w:cs="Arial"/>
          <w:sz w:val="20"/>
          <w:szCs w:val="20"/>
        </w:rPr>
        <w:t>was</w:t>
      </w:r>
      <w:proofErr w:type="spellEnd"/>
      <w:r w:rsidRPr="00BF194F">
        <w:rPr>
          <w:rFonts w:ascii="Arial" w:hAnsi="Arial" w:cs="Arial"/>
          <w:sz w:val="20"/>
          <w:szCs w:val="20"/>
        </w:rPr>
        <w:t xml:space="preserve"> </w:t>
      </w:r>
      <w:proofErr w:type="spellStart"/>
      <w:r w:rsidRPr="00BF194F">
        <w:rPr>
          <w:rFonts w:ascii="Arial" w:hAnsi="Arial" w:cs="Arial"/>
          <w:sz w:val="20"/>
          <w:szCs w:val="20"/>
        </w:rPr>
        <w:t>adopted</w:t>
      </w:r>
      <w:proofErr w:type="spellEnd"/>
      <w:r w:rsidRPr="00BF194F">
        <w:rPr>
          <w:rFonts w:ascii="Arial" w:hAnsi="Arial" w:cs="Arial"/>
          <w:sz w:val="20"/>
          <w:szCs w:val="20"/>
        </w:rPr>
        <w:t xml:space="preserve">. The </w:t>
      </w:r>
      <w:proofErr w:type="spellStart"/>
      <w:r w:rsidRPr="00BF194F">
        <w:rPr>
          <w:rFonts w:ascii="Arial" w:hAnsi="Arial" w:cs="Arial"/>
          <w:sz w:val="20"/>
          <w:szCs w:val="20"/>
        </w:rPr>
        <w:t>term</w:t>
      </w:r>
      <w:proofErr w:type="spellEnd"/>
      <w:r w:rsidRPr="00BF194F">
        <w:rPr>
          <w:rFonts w:ascii="Arial" w:hAnsi="Arial" w:cs="Arial"/>
          <w:sz w:val="20"/>
          <w:szCs w:val="20"/>
        </w:rPr>
        <w:t xml:space="preserve"> "self-</w:t>
      </w:r>
      <w:proofErr w:type="spellStart"/>
      <w:r w:rsidRPr="00BF194F">
        <w:rPr>
          <w:rFonts w:ascii="Arial" w:hAnsi="Arial" w:cs="Arial"/>
          <w:sz w:val="20"/>
          <w:szCs w:val="20"/>
        </w:rPr>
        <w:t>referral</w:t>
      </w:r>
      <w:proofErr w:type="spellEnd"/>
      <w:r w:rsidRPr="00BF194F">
        <w:rPr>
          <w:rFonts w:ascii="Arial" w:hAnsi="Arial" w:cs="Arial"/>
          <w:sz w:val="20"/>
          <w:szCs w:val="20"/>
        </w:rPr>
        <w:t xml:space="preserve">" </w:t>
      </w:r>
      <w:proofErr w:type="spellStart"/>
      <w:r w:rsidRPr="00BF194F">
        <w:rPr>
          <w:rFonts w:ascii="Arial" w:hAnsi="Arial" w:cs="Arial"/>
          <w:sz w:val="20"/>
          <w:szCs w:val="20"/>
        </w:rPr>
        <w:t>was</w:t>
      </w:r>
      <w:proofErr w:type="spellEnd"/>
      <w:r w:rsidRPr="00BF194F">
        <w:rPr>
          <w:rFonts w:ascii="Arial" w:hAnsi="Arial" w:cs="Arial"/>
          <w:sz w:val="20"/>
          <w:szCs w:val="20"/>
        </w:rPr>
        <w:t xml:space="preserve"> </w:t>
      </w:r>
      <w:proofErr w:type="spellStart"/>
      <w:r w:rsidRPr="00BF194F">
        <w:rPr>
          <w:rFonts w:ascii="Arial" w:hAnsi="Arial" w:cs="Arial"/>
          <w:sz w:val="20"/>
          <w:szCs w:val="20"/>
        </w:rPr>
        <w:t>chosen</w:t>
      </w:r>
      <w:proofErr w:type="spellEnd"/>
      <w:r w:rsidRPr="00BF194F">
        <w:rPr>
          <w:rFonts w:ascii="Arial" w:hAnsi="Arial" w:cs="Arial"/>
          <w:sz w:val="20"/>
          <w:szCs w:val="20"/>
        </w:rPr>
        <w:t xml:space="preserve"> over </w:t>
      </w:r>
      <w:proofErr w:type="spellStart"/>
      <w:r w:rsidRPr="00BF194F">
        <w:rPr>
          <w:rFonts w:ascii="Arial" w:hAnsi="Arial" w:cs="Arial"/>
          <w:sz w:val="20"/>
          <w:szCs w:val="20"/>
        </w:rPr>
        <w:t>other</w:t>
      </w:r>
      <w:proofErr w:type="spellEnd"/>
      <w:r w:rsidRPr="00BF194F">
        <w:rPr>
          <w:rFonts w:ascii="Arial" w:hAnsi="Arial" w:cs="Arial"/>
          <w:sz w:val="20"/>
          <w:szCs w:val="20"/>
        </w:rPr>
        <w:t xml:space="preserve"> phrases like "direct </w:t>
      </w:r>
      <w:proofErr w:type="spellStart"/>
      <w:r w:rsidRPr="00BF194F">
        <w:rPr>
          <w:rFonts w:ascii="Arial" w:hAnsi="Arial" w:cs="Arial"/>
          <w:sz w:val="20"/>
          <w:szCs w:val="20"/>
        </w:rPr>
        <w:t>access</w:t>
      </w:r>
      <w:proofErr w:type="spellEnd"/>
      <w:r w:rsidRPr="00BF194F">
        <w:rPr>
          <w:rFonts w:ascii="Arial" w:hAnsi="Arial" w:cs="Arial"/>
          <w:sz w:val="20"/>
          <w:szCs w:val="20"/>
        </w:rPr>
        <w:t xml:space="preserve">" as </w:t>
      </w:r>
      <w:proofErr w:type="spellStart"/>
      <w:r w:rsidRPr="00BF194F">
        <w:rPr>
          <w:rFonts w:ascii="Arial" w:hAnsi="Arial" w:cs="Arial"/>
          <w:sz w:val="20"/>
          <w:szCs w:val="20"/>
        </w:rPr>
        <w:t>it</w:t>
      </w:r>
      <w:proofErr w:type="spellEnd"/>
      <w:r w:rsidRPr="00BF194F">
        <w:rPr>
          <w:rFonts w:ascii="Arial" w:hAnsi="Arial" w:cs="Arial"/>
          <w:sz w:val="20"/>
          <w:szCs w:val="20"/>
        </w:rPr>
        <w:t xml:space="preserve"> </w:t>
      </w:r>
      <w:proofErr w:type="spellStart"/>
      <w:r w:rsidRPr="00BF194F">
        <w:rPr>
          <w:rFonts w:ascii="Arial" w:hAnsi="Arial" w:cs="Arial"/>
          <w:sz w:val="20"/>
          <w:szCs w:val="20"/>
        </w:rPr>
        <w:t>is</w:t>
      </w:r>
      <w:proofErr w:type="spellEnd"/>
      <w:r w:rsidRPr="00BF194F">
        <w:rPr>
          <w:rFonts w:ascii="Arial" w:hAnsi="Arial" w:cs="Arial"/>
          <w:sz w:val="20"/>
          <w:szCs w:val="20"/>
        </w:rPr>
        <w:t xml:space="preserve"> more </w:t>
      </w:r>
      <w:proofErr w:type="spellStart"/>
      <w:r w:rsidRPr="00BF194F">
        <w:rPr>
          <w:rFonts w:ascii="Arial" w:hAnsi="Arial" w:cs="Arial"/>
          <w:sz w:val="20"/>
          <w:szCs w:val="20"/>
        </w:rPr>
        <w:t>commonly</w:t>
      </w:r>
      <w:proofErr w:type="spellEnd"/>
      <w:r w:rsidRPr="00BF194F">
        <w:rPr>
          <w:rFonts w:ascii="Arial" w:hAnsi="Arial" w:cs="Arial"/>
          <w:sz w:val="20"/>
          <w:szCs w:val="20"/>
        </w:rPr>
        <w:t xml:space="preserve"> </w:t>
      </w:r>
      <w:proofErr w:type="spellStart"/>
      <w:r w:rsidRPr="00BF194F">
        <w:rPr>
          <w:rFonts w:ascii="Arial" w:hAnsi="Arial" w:cs="Arial"/>
          <w:sz w:val="20"/>
          <w:szCs w:val="20"/>
        </w:rPr>
        <w:t>used</w:t>
      </w:r>
      <w:proofErr w:type="spellEnd"/>
      <w:r w:rsidRPr="00BF194F">
        <w:rPr>
          <w:rFonts w:ascii="Arial" w:hAnsi="Arial" w:cs="Arial"/>
          <w:sz w:val="20"/>
          <w:szCs w:val="20"/>
        </w:rPr>
        <w:t xml:space="preserve"> in </w:t>
      </w:r>
      <w:proofErr w:type="spellStart"/>
      <w:r w:rsidRPr="00BF194F">
        <w:rPr>
          <w:rFonts w:ascii="Arial" w:hAnsi="Arial" w:cs="Arial"/>
          <w:sz w:val="20"/>
          <w:szCs w:val="20"/>
        </w:rPr>
        <w:t>PEDro's</w:t>
      </w:r>
      <w:proofErr w:type="spellEnd"/>
      <w:r w:rsidRPr="00BF194F">
        <w:rPr>
          <w:rFonts w:ascii="Arial" w:hAnsi="Arial" w:cs="Arial"/>
          <w:sz w:val="20"/>
          <w:szCs w:val="20"/>
        </w:rPr>
        <w:t xml:space="preserve"> </w:t>
      </w:r>
      <w:proofErr w:type="spellStart"/>
      <w:r w:rsidRPr="00BF194F">
        <w:rPr>
          <w:rFonts w:ascii="Arial" w:hAnsi="Arial" w:cs="Arial"/>
          <w:sz w:val="20"/>
          <w:szCs w:val="20"/>
        </w:rPr>
        <w:t>specialized</w:t>
      </w:r>
      <w:proofErr w:type="spellEnd"/>
      <w:r w:rsidRPr="00BF194F">
        <w:rPr>
          <w:rFonts w:ascii="Arial" w:hAnsi="Arial" w:cs="Arial"/>
          <w:sz w:val="20"/>
          <w:szCs w:val="20"/>
        </w:rPr>
        <w:t xml:space="preserve"> </w:t>
      </w:r>
      <w:proofErr w:type="spellStart"/>
      <w:r w:rsidRPr="00BF194F">
        <w:rPr>
          <w:rFonts w:ascii="Arial" w:hAnsi="Arial" w:cs="Arial"/>
          <w:sz w:val="20"/>
          <w:szCs w:val="20"/>
        </w:rPr>
        <w:t>physiotherapy</w:t>
      </w:r>
      <w:proofErr w:type="spellEnd"/>
      <w:r w:rsidRPr="00BF194F">
        <w:rPr>
          <w:rFonts w:ascii="Arial" w:hAnsi="Arial" w:cs="Arial"/>
          <w:sz w:val="20"/>
          <w:szCs w:val="20"/>
        </w:rPr>
        <w:t xml:space="preserve"> </w:t>
      </w:r>
      <w:proofErr w:type="spellStart"/>
      <w:r w:rsidRPr="00BF194F">
        <w:rPr>
          <w:rFonts w:ascii="Arial" w:hAnsi="Arial" w:cs="Arial"/>
          <w:sz w:val="20"/>
          <w:szCs w:val="20"/>
        </w:rPr>
        <w:t>literature</w:t>
      </w:r>
      <w:proofErr w:type="spellEnd"/>
      <w:r w:rsidRPr="00BF194F">
        <w:rPr>
          <w:rFonts w:ascii="Arial" w:hAnsi="Arial" w:cs="Arial"/>
          <w:sz w:val="20"/>
          <w:szCs w:val="20"/>
        </w:rPr>
        <w:t>.</w:t>
      </w:r>
    </w:p>
    <w:p w14:paraId="52F79BC4" w14:textId="77777777" w:rsidR="007353D0" w:rsidRDefault="007353D0" w:rsidP="00BF194F">
      <w:pPr>
        <w:spacing w:line="360" w:lineRule="auto"/>
        <w:jc w:val="both"/>
        <w:rPr>
          <w:rFonts w:ascii="Arial" w:hAnsi="Arial" w:cs="Arial"/>
          <w:sz w:val="10"/>
          <w:szCs w:val="10"/>
        </w:rPr>
      </w:pPr>
    </w:p>
    <w:p w14:paraId="65F40BE7" w14:textId="77777777" w:rsidR="00BF194F" w:rsidRPr="00BF194F" w:rsidRDefault="00BF194F" w:rsidP="00BF194F">
      <w:pPr>
        <w:spacing w:line="360" w:lineRule="auto"/>
        <w:jc w:val="both"/>
        <w:rPr>
          <w:rFonts w:ascii="Arial" w:hAnsi="Arial" w:cs="Arial"/>
          <w:sz w:val="10"/>
          <w:szCs w:val="10"/>
        </w:rPr>
      </w:pPr>
    </w:p>
    <w:p w14:paraId="4BA8290B" w14:textId="5AD99C73" w:rsidR="00BB0F51" w:rsidRPr="00BF194F" w:rsidRDefault="004A6A30" w:rsidP="00BF194F">
      <w:pPr>
        <w:spacing w:line="360" w:lineRule="auto"/>
        <w:jc w:val="both"/>
        <w:rPr>
          <w:rFonts w:ascii="Arial" w:hAnsi="Arial" w:cs="Arial"/>
          <w:b/>
          <w:bCs/>
        </w:rPr>
      </w:pPr>
      <w:r w:rsidRPr="00BF194F">
        <w:rPr>
          <w:rFonts w:ascii="Arial" w:hAnsi="Arial" w:cs="Arial"/>
          <w:b/>
          <w:bCs/>
        </w:rPr>
        <w:t xml:space="preserve">Equation on </w:t>
      </w:r>
      <w:proofErr w:type="spellStart"/>
      <w:proofErr w:type="gramStart"/>
      <w:r w:rsidRPr="00BF194F">
        <w:rPr>
          <w:rFonts w:ascii="Arial" w:hAnsi="Arial" w:cs="Arial"/>
          <w:b/>
          <w:bCs/>
        </w:rPr>
        <w:t>PEDro</w:t>
      </w:r>
      <w:proofErr w:type="spellEnd"/>
      <w:r w:rsidRPr="00BF194F">
        <w:rPr>
          <w:rFonts w:ascii="Arial" w:hAnsi="Arial" w:cs="Arial"/>
          <w:b/>
          <w:bCs/>
        </w:rPr>
        <w:t>:</w:t>
      </w:r>
      <w:proofErr w:type="gramEnd"/>
    </w:p>
    <w:p w14:paraId="0D3B7506" w14:textId="77777777" w:rsidR="00BB0F51" w:rsidRPr="00BF194F" w:rsidRDefault="00BB0F51" w:rsidP="00BF194F">
      <w:pPr>
        <w:spacing w:line="360" w:lineRule="auto"/>
        <w:rPr>
          <w:rFonts w:ascii="Arial" w:hAnsi="Arial" w:cs="Arial"/>
          <w:sz w:val="2"/>
          <w:szCs w:val="2"/>
        </w:rPr>
      </w:pPr>
      <w:r w:rsidRPr="00BF194F">
        <w:rPr>
          <w:rFonts w:ascii="Arial" w:hAnsi="Arial" w:cs="Arial"/>
        </w:rPr>
        <w:t xml:space="preserve"> </w:t>
      </w:r>
    </w:p>
    <w:p w14:paraId="3D051B7B" w14:textId="2BB9F781" w:rsidR="00BB0F51" w:rsidRPr="00BF194F" w:rsidRDefault="004A6A30" w:rsidP="00BF194F">
      <w:pPr>
        <w:pStyle w:val="NormalWeb"/>
        <w:spacing w:line="360" w:lineRule="auto"/>
        <w:jc w:val="both"/>
        <w:rPr>
          <w:rFonts w:ascii="Arial" w:hAnsi="Arial" w:cs="Arial"/>
          <w:sz w:val="20"/>
          <w:szCs w:val="20"/>
        </w:rPr>
      </w:pPr>
      <w:proofErr w:type="spellStart"/>
      <w:r w:rsidRPr="00BF194F">
        <w:rPr>
          <w:rFonts w:ascii="Arial" w:hAnsi="Arial" w:cs="Arial"/>
          <w:sz w:val="20"/>
          <w:szCs w:val="20"/>
        </w:rPr>
        <w:t>Term</w:t>
      </w:r>
      <w:proofErr w:type="spellEnd"/>
      <w:r w:rsidRPr="00BF194F">
        <w:rPr>
          <w:rFonts w:ascii="Arial" w:hAnsi="Arial" w:cs="Arial"/>
          <w:sz w:val="20"/>
          <w:szCs w:val="20"/>
        </w:rPr>
        <w:t xml:space="preserve"> combinations are as </w:t>
      </w:r>
      <w:proofErr w:type="spellStart"/>
      <w:r w:rsidRPr="00BF194F">
        <w:rPr>
          <w:rFonts w:ascii="Arial" w:hAnsi="Arial" w:cs="Arial"/>
          <w:sz w:val="20"/>
          <w:szCs w:val="20"/>
        </w:rPr>
        <w:t>follows</w:t>
      </w:r>
      <w:proofErr w:type="spellEnd"/>
      <w:r w:rsidRPr="00BF194F">
        <w:rPr>
          <w:rFonts w:ascii="Arial" w:hAnsi="Arial" w:cs="Arial"/>
          <w:sz w:val="20"/>
          <w:szCs w:val="20"/>
        </w:rPr>
        <w:t> :</w:t>
      </w:r>
    </w:p>
    <w:p w14:paraId="07FC0F49" w14:textId="77777777" w:rsidR="00BB0F51" w:rsidRPr="00BF194F" w:rsidRDefault="00BB0F51" w:rsidP="00BF194F">
      <w:pPr>
        <w:pStyle w:val="NormalWeb"/>
        <w:numPr>
          <w:ilvl w:val="0"/>
          <w:numId w:val="58"/>
        </w:numPr>
        <w:spacing w:line="360" w:lineRule="auto"/>
        <w:jc w:val="both"/>
        <w:rPr>
          <w:rFonts w:ascii="Arial" w:hAnsi="Arial" w:cs="Arial"/>
          <w:b/>
          <w:bCs/>
          <w:i/>
          <w:iCs/>
          <w:color w:val="0070C0"/>
          <w:sz w:val="17"/>
          <w:szCs w:val="17"/>
        </w:rPr>
      </w:pPr>
      <w:proofErr w:type="gramStart"/>
      <w:r w:rsidRPr="00BF194F">
        <w:rPr>
          <w:rFonts w:ascii="Arial" w:hAnsi="Arial" w:cs="Arial"/>
          <w:b/>
          <w:bCs/>
          <w:i/>
          <w:iCs/>
          <w:color w:val="0070C0"/>
          <w:sz w:val="17"/>
          <w:szCs w:val="17"/>
        </w:rPr>
        <w:lastRenderedPageBreak/>
        <w:t>self</w:t>
      </w:r>
      <w:proofErr w:type="gramEnd"/>
      <w:r w:rsidRPr="00BF194F">
        <w:rPr>
          <w:rFonts w:ascii="Arial" w:hAnsi="Arial" w:cs="Arial"/>
          <w:b/>
          <w:bCs/>
          <w:i/>
          <w:iCs/>
          <w:color w:val="0070C0"/>
          <w:sz w:val="17"/>
          <w:szCs w:val="17"/>
        </w:rPr>
        <w:t>-</w:t>
      </w:r>
      <w:proofErr w:type="spellStart"/>
      <w:r w:rsidRPr="00BF194F">
        <w:rPr>
          <w:rFonts w:ascii="Arial" w:hAnsi="Arial" w:cs="Arial"/>
          <w:b/>
          <w:bCs/>
          <w:i/>
          <w:iCs/>
          <w:color w:val="0070C0"/>
          <w:sz w:val="17"/>
          <w:szCs w:val="17"/>
        </w:rPr>
        <w:t>referral</w:t>
      </w:r>
      <w:proofErr w:type="spellEnd"/>
      <w:r w:rsidRPr="00BF194F">
        <w:rPr>
          <w:rFonts w:ascii="Arial" w:hAnsi="Arial" w:cs="Arial"/>
          <w:b/>
          <w:bCs/>
          <w:i/>
          <w:iCs/>
          <w:color w:val="0070C0"/>
          <w:sz w:val="17"/>
          <w:szCs w:val="17"/>
        </w:rPr>
        <w:t xml:space="preserve"> </w:t>
      </w:r>
      <w:r w:rsidRPr="00BF194F">
        <w:rPr>
          <w:rFonts w:ascii="Arial" w:hAnsi="Arial" w:cs="Arial"/>
          <w:b/>
          <w:bCs/>
          <w:i/>
          <w:iCs/>
          <w:color w:val="FF0000"/>
          <w:sz w:val="17"/>
          <w:szCs w:val="17"/>
        </w:rPr>
        <w:t>;</w:t>
      </w:r>
      <w:r w:rsidRPr="00BF194F">
        <w:rPr>
          <w:rFonts w:ascii="Arial" w:hAnsi="Arial" w:cs="Arial"/>
          <w:b/>
          <w:bCs/>
          <w:i/>
          <w:iCs/>
          <w:color w:val="0070C0"/>
          <w:sz w:val="17"/>
          <w:szCs w:val="17"/>
        </w:rPr>
        <w:t xml:space="preserve"> </w:t>
      </w:r>
      <w:proofErr w:type="spellStart"/>
      <w:r w:rsidRPr="00BF194F">
        <w:rPr>
          <w:rFonts w:ascii="Arial" w:hAnsi="Arial" w:cs="Arial"/>
          <w:b/>
          <w:bCs/>
          <w:i/>
          <w:iCs/>
          <w:color w:val="00B050"/>
          <w:sz w:val="17"/>
          <w:szCs w:val="17"/>
        </w:rPr>
        <w:t>physiotherap</w:t>
      </w:r>
      <w:proofErr w:type="spellEnd"/>
      <w:r w:rsidRPr="00BF194F">
        <w:rPr>
          <w:rFonts w:ascii="Arial" w:hAnsi="Arial" w:cs="Arial"/>
          <w:b/>
          <w:bCs/>
          <w:i/>
          <w:iCs/>
          <w:color w:val="00B050"/>
          <w:sz w:val="17"/>
          <w:szCs w:val="17"/>
        </w:rPr>
        <w:t>*</w:t>
      </w:r>
    </w:p>
    <w:p w14:paraId="6BE30F93" w14:textId="77777777" w:rsidR="00BB0F51" w:rsidRPr="00BF194F" w:rsidRDefault="00BB0F51" w:rsidP="00BF194F">
      <w:pPr>
        <w:pStyle w:val="NormalWeb"/>
        <w:numPr>
          <w:ilvl w:val="0"/>
          <w:numId w:val="58"/>
        </w:numPr>
        <w:spacing w:line="360" w:lineRule="auto"/>
        <w:jc w:val="both"/>
        <w:rPr>
          <w:rFonts w:ascii="Arial" w:hAnsi="Arial" w:cs="Arial"/>
          <w:b/>
          <w:bCs/>
          <w:i/>
          <w:iCs/>
          <w:color w:val="0070C0"/>
          <w:sz w:val="17"/>
          <w:szCs w:val="17"/>
        </w:rPr>
      </w:pPr>
      <w:proofErr w:type="gramStart"/>
      <w:r w:rsidRPr="00BF194F">
        <w:rPr>
          <w:rFonts w:ascii="Arial" w:hAnsi="Arial" w:cs="Arial"/>
          <w:b/>
          <w:bCs/>
          <w:i/>
          <w:iCs/>
          <w:color w:val="0070C0"/>
          <w:sz w:val="17"/>
          <w:szCs w:val="17"/>
        </w:rPr>
        <w:t>self</w:t>
      </w:r>
      <w:proofErr w:type="gramEnd"/>
      <w:r w:rsidRPr="00BF194F">
        <w:rPr>
          <w:rFonts w:ascii="Arial" w:hAnsi="Arial" w:cs="Arial"/>
          <w:b/>
          <w:bCs/>
          <w:i/>
          <w:iCs/>
          <w:color w:val="0070C0"/>
          <w:sz w:val="17"/>
          <w:szCs w:val="17"/>
        </w:rPr>
        <w:t>-</w:t>
      </w:r>
      <w:proofErr w:type="spellStart"/>
      <w:r w:rsidRPr="00BF194F">
        <w:rPr>
          <w:rFonts w:ascii="Arial" w:hAnsi="Arial" w:cs="Arial"/>
          <w:b/>
          <w:bCs/>
          <w:i/>
          <w:iCs/>
          <w:color w:val="0070C0"/>
          <w:sz w:val="17"/>
          <w:szCs w:val="17"/>
        </w:rPr>
        <w:t>referral</w:t>
      </w:r>
      <w:proofErr w:type="spellEnd"/>
      <w:r w:rsidRPr="00BF194F">
        <w:rPr>
          <w:rFonts w:ascii="Arial" w:hAnsi="Arial" w:cs="Arial"/>
          <w:b/>
          <w:bCs/>
          <w:i/>
          <w:iCs/>
          <w:color w:val="0070C0"/>
          <w:sz w:val="17"/>
          <w:szCs w:val="17"/>
        </w:rPr>
        <w:t xml:space="preserve"> </w:t>
      </w:r>
      <w:r w:rsidRPr="00BF194F">
        <w:rPr>
          <w:rFonts w:ascii="Arial" w:hAnsi="Arial" w:cs="Arial"/>
          <w:b/>
          <w:bCs/>
          <w:i/>
          <w:iCs/>
          <w:color w:val="FF0000"/>
          <w:sz w:val="17"/>
          <w:szCs w:val="17"/>
        </w:rPr>
        <w:t>;</w:t>
      </w:r>
      <w:r w:rsidRPr="00BF194F">
        <w:rPr>
          <w:rFonts w:ascii="Arial" w:hAnsi="Arial" w:cs="Arial"/>
          <w:b/>
          <w:bCs/>
          <w:i/>
          <w:iCs/>
          <w:color w:val="0070C0"/>
          <w:sz w:val="17"/>
          <w:szCs w:val="17"/>
        </w:rPr>
        <w:t xml:space="preserve"> </w:t>
      </w:r>
      <w:proofErr w:type="spellStart"/>
      <w:r w:rsidRPr="00BF194F">
        <w:rPr>
          <w:rFonts w:ascii="Arial" w:hAnsi="Arial" w:cs="Arial"/>
          <w:b/>
          <w:bCs/>
          <w:i/>
          <w:iCs/>
          <w:color w:val="00B050"/>
          <w:sz w:val="17"/>
          <w:szCs w:val="17"/>
        </w:rPr>
        <w:t>rehabilitat</w:t>
      </w:r>
      <w:proofErr w:type="spellEnd"/>
      <w:r w:rsidRPr="00BF194F">
        <w:rPr>
          <w:rFonts w:ascii="Arial" w:hAnsi="Arial" w:cs="Arial"/>
          <w:b/>
          <w:bCs/>
          <w:i/>
          <w:iCs/>
          <w:color w:val="00B050"/>
          <w:sz w:val="17"/>
          <w:szCs w:val="17"/>
        </w:rPr>
        <w:t>*</w:t>
      </w:r>
    </w:p>
    <w:p w14:paraId="00D9731E" w14:textId="77777777" w:rsidR="00BB0F51" w:rsidRPr="00BF194F" w:rsidRDefault="00BB0F51" w:rsidP="00BF194F">
      <w:pPr>
        <w:pStyle w:val="NormalWeb"/>
        <w:numPr>
          <w:ilvl w:val="0"/>
          <w:numId w:val="58"/>
        </w:numPr>
        <w:spacing w:line="360" w:lineRule="auto"/>
        <w:jc w:val="both"/>
        <w:rPr>
          <w:rFonts w:ascii="Arial" w:hAnsi="Arial" w:cs="Arial"/>
          <w:b/>
          <w:bCs/>
          <w:i/>
          <w:iCs/>
          <w:color w:val="0070C0"/>
          <w:sz w:val="17"/>
          <w:szCs w:val="17"/>
        </w:rPr>
      </w:pPr>
      <w:proofErr w:type="gramStart"/>
      <w:r w:rsidRPr="00BF194F">
        <w:rPr>
          <w:rFonts w:ascii="Arial" w:hAnsi="Arial" w:cs="Arial"/>
          <w:b/>
          <w:bCs/>
          <w:i/>
          <w:iCs/>
          <w:color w:val="0070C0"/>
          <w:sz w:val="17"/>
          <w:szCs w:val="17"/>
        </w:rPr>
        <w:t>self</w:t>
      </w:r>
      <w:proofErr w:type="gramEnd"/>
      <w:r w:rsidRPr="00BF194F">
        <w:rPr>
          <w:rFonts w:ascii="Arial" w:hAnsi="Arial" w:cs="Arial"/>
          <w:b/>
          <w:bCs/>
          <w:i/>
          <w:iCs/>
          <w:color w:val="0070C0"/>
          <w:sz w:val="17"/>
          <w:szCs w:val="17"/>
        </w:rPr>
        <w:t>-</w:t>
      </w:r>
      <w:proofErr w:type="spellStart"/>
      <w:r w:rsidRPr="00BF194F">
        <w:rPr>
          <w:rFonts w:ascii="Arial" w:hAnsi="Arial" w:cs="Arial"/>
          <w:b/>
          <w:bCs/>
          <w:i/>
          <w:iCs/>
          <w:color w:val="0070C0"/>
          <w:sz w:val="17"/>
          <w:szCs w:val="17"/>
        </w:rPr>
        <w:t>referral</w:t>
      </w:r>
      <w:proofErr w:type="spellEnd"/>
      <w:r w:rsidRPr="00BF194F">
        <w:rPr>
          <w:rFonts w:ascii="Arial" w:hAnsi="Arial" w:cs="Arial"/>
          <w:b/>
          <w:bCs/>
          <w:i/>
          <w:iCs/>
          <w:color w:val="0070C0"/>
          <w:sz w:val="17"/>
          <w:szCs w:val="17"/>
        </w:rPr>
        <w:t xml:space="preserve"> </w:t>
      </w:r>
      <w:r w:rsidRPr="00BF194F">
        <w:rPr>
          <w:rFonts w:ascii="Arial" w:hAnsi="Arial" w:cs="Arial"/>
          <w:b/>
          <w:bCs/>
          <w:i/>
          <w:iCs/>
          <w:color w:val="FF0000"/>
          <w:sz w:val="17"/>
          <w:szCs w:val="17"/>
        </w:rPr>
        <w:t>;</w:t>
      </w:r>
      <w:r w:rsidRPr="00BF194F">
        <w:rPr>
          <w:rFonts w:ascii="Arial" w:hAnsi="Arial" w:cs="Arial"/>
          <w:b/>
          <w:bCs/>
          <w:i/>
          <w:iCs/>
          <w:color w:val="0070C0"/>
          <w:sz w:val="17"/>
          <w:szCs w:val="17"/>
        </w:rPr>
        <w:t xml:space="preserve"> </w:t>
      </w:r>
      <w:proofErr w:type="spellStart"/>
      <w:r w:rsidRPr="00BF194F">
        <w:rPr>
          <w:rFonts w:ascii="Arial" w:hAnsi="Arial" w:cs="Arial"/>
          <w:b/>
          <w:bCs/>
          <w:i/>
          <w:iCs/>
          <w:color w:val="00B050"/>
          <w:sz w:val="17"/>
          <w:szCs w:val="17"/>
        </w:rPr>
        <w:t>physical</w:t>
      </w:r>
      <w:proofErr w:type="spellEnd"/>
      <w:r w:rsidRPr="00BF194F">
        <w:rPr>
          <w:rFonts w:ascii="Arial" w:hAnsi="Arial" w:cs="Arial"/>
          <w:b/>
          <w:bCs/>
          <w:i/>
          <w:iCs/>
          <w:color w:val="00B050"/>
          <w:sz w:val="17"/>
          <w:szCs w:val="17"/>
        </w:rPr>
        <w:t xml:space="preserve"> </w:t>
      </w:r>
      <w:proofErr w:type="spellStart"/>
      <w:r w:rsidRPr="00BF194F">
        <w:rPr>
          <w:rFonts w:ascii="Arial" w:hAnsi="Arial" w:cs="Arial"/>
          <w:b/>
          <w:bCs/>
          <w:i/>
          <w:iCs/>
          <w:color w:val="00B050"/>
          <w:sz w:val="17"/>
          <w:szCs w:val="17"/>
        </w:rPr>
        <w:t>therap</w:t>
      </w:r>
      <w:proofErr w:type="spellEnd"/>
      <w:r w:rsidRPr="00BF194F">
        <w:rPr>
          <w:rFonts w:ascii="Arial" w:hAnsi="Arial" w:cs="Arial"/>
          <w:b/>
          <w:bCs/>
          <w:i/>
          <w:iCs/>
          <w:color w:val="00B050"/>
          <w:sz w:val="17"/>
          <w:szCs w:val="17"/>
        </w:rPr>
        <w:t>*</w:t>
      </w:r>
    </w:p>
    <w:p w14:paraId="3121EAFD" w14:textId="77777777" w:rsidR="00BB0F51" w:rsidRPr="00BF194F" w:rsidRDefault="00BB0F51" w:rsidP="00BF194F">
      <w:pPr>
        <w:pStyle w:val="NormalWeb"/>
        <w:spacing w:line="360" w:lineRule="auto"/>
        <w:ind w:left="720"/>
        <w:jc w:val="both"/>
        <w:rPr>
          <w:rFonts w:ascii="Arial" w:hAnsi="Arial" w:cs="Arial"/>
          <w:b/>
          <w:bCs/>
          <w:i/>
          <w:iCs/>
          <w:color w:val="0070C0"/>
          <w:sz w:val="10"/>
          <w:szCs w:val="10"/>
        </w:rPr>
      </w:pPr>
    </w:p>
    <w:p w14:paraId="7D40C260" w14:textId="4C6827A1" w:rsidR="00BB0F51" w:rsidRPr="00BF194F" w:rsidRDefault="007353D0" w:rsidP="00BF194F">
      <w:pPr>
        <w:pStyle w:val="Titre3"/>
        <w:spacing w:line="360" w:lineRule="auto"/>
        <w:rPr>
          <w:rFonts w:cs="Arial"/>
        </w:rPr>
      </w:pPr>
      <w:proofErr w:type="spellStart"/>
      <w:r w:rsidRPr="00BF194F">
        <w:rPr>
          <w:rFonts w:cs="Arial"/>
        </w:rPr>
        <w:t>Search</w:t>
      </w:r>
      <w:proofErr w:type="spellEnd"/>
      <w:r w:rsidRPr="00BF194F">
        <w:rPr>
          <w:rFonts w:cs="Arial"/>
        </w:rPr>
        <w:t xml:space="preserve"> </w:t>
      </w:r>
      <w:proofErr w:type="spellStart"/>
      <w:r w:rsidRPr="00BF194F">
        <w:rPr>
          <w:rFonts w:cs="Arial"/>
        </w:rPr>
        <w:t>equation</w:t>
      </w:r>
      <w:proofErr w:type="spellEnd"/>
      <w:r w:rsidRPr="00BF194F">
        <w:rPr>
          <w:rFonts w:cs="Arial"/>
        </w:rPr>
        <w:t xml:space="preserve"> for the Web of Science and </w:t>
      </w:r>
      <w:proofErr w:type="spellStart"/>
      <w:r w:rsidRPr="00BF194F">
        <w:rPr>
          <w:rFonts w:cs="Arial"/>
        </w:rPr>
        <w:t>Scopus</w:t>
      </w:r>
      <w:proofErr w:type="spellEnd"/>
      <w:r w:rsidRPr="00BF194F">
        <w:rPr>
          <w:rFonts w:cs="Arial"/>
        </w:rPr>
        <w:t xml:space="preserve"> </w:t>
      </w:r>
      <w:proofErr w:type="spellStart"/>
      <w:r w:rsidRPr="00BF194F">
        <w:rPr>
          <w:rFonts w:cs="Arial"/>
        </w:rPr>
        <w:t>databases</w:t>
      </w:r>
      <w:proofErr w:type="spellEnd"/>
    </w:p>
    <w:p w14:paraId="386DD9BE" w14:textId="77777777" w:rsidR="00BB0F51" w:rsidRPr="00BF194F" w:rsidRDefault="00BB0F51" w:rsidP="00BF194F">
      <w:pPr>
        <w:spacing w:line="360" w:lineRule="auto"/>
        <w:rPr>
          <w:rFonts w:ascii="Arial" w:hAnsi="Arial" w:cs="Arial"/>
          <w:sz w:val="24"/>
          <w:szCs w:val="24"/>
          <w:lang w:eastAsia="fr-FR"/>
        </w:rPr>
      </w:pPr>
    </w:p>
    <w:p w14:paraId="2D63939D" w14:textId="4374EB57" w:rsidR="007353D0" w:rsidRPr="00BF194F" w:rsidRDefault="007353D0" w:rsidP="00BF194F">
      <w:pPr>
        <w:spacing w:line="360" w:lineRule="auto"/>
        <w:jc w:val="both"/>
        <w:rPr>
          <w:rFonts w:ascii="Arial" w:hAnsi="Arial" w:cs="Arial"/>
          <w:sz w:val="20"/>
          <w:szCs w:val="20"/>
          <w:lang w:eastAsia="fr-FR"/>
        </w:rPr>
      </w:pPr>
      <w:r w:rsidRPr="00BF194F">
        <w:rPr>
          <w:rFonts w:ascii="Arial" w:hAnsi="Arial" w:cs="Arial"/>
          <w:sz w:val="20"/>
          <w:szCs w:val="20"/>
          <w:lang w:eastAsia="fr-FR"/>
        </w:rPr>
        <w:t xml:space="preserve">The </w:t>
      </w:r>
      <w:proofErr w:type="spellStart"/>
      <w:r w:rsidRPr="00BF194F">
        <w:rPr>
          <w:rFonts w:ascii="Arial" w:hAnsi="Arial" w:cs="Arial"/>
          <w:sz w:val="20"/>
          <w:szCs w:val="20"/>
          <w:lang w:eastAsia="fr-FR"/>
        </w:rPr>
        <w:t>search</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strategy</w:t>
      </w:r>
      <w:proofErr w:type="spellEnd"/>
      <w:r w:rsidRPr="00BF194F">
        <w:rPr>
          <w:rFonts w:ascii="Arial" w:hAnsi="Arial" w:cs="Arial"/>
          <w:sz w:val="20"/>
          <w:szCs w:val="20"/>
          <w:lang w:eastAsia="fr-FR"/>
        </w:rPr>
        <w:t xml:space="preserve"> for the Web of Science (W.O.S., </w:t>
      </w:r>
      <w:proofErr w:type="spellStart"/>
      <w:r w:rsidRPr="00BF194F">
        <w:rPr>
          <w:rFonts w:ascii="Arial" w:hAnsi="Arial" w:cs="Arial"/>
          <w:sz w:val="20"/>
          <w:szCs w:val="20"/>
          <w:lang w:eastAsia="fr-FR"/>
        </w:rPr>
        <w:t>managed</w:t>
      </w:r>
      <w:proofErr w:type="spellEnd"/>
      <w:r w:rsidRPr="00BF194F">
        <w:rPr>
          <w:rFonts w:ascii="Arial" w:hAnsi="Arial" w:cs="Arial"/>
          <w:sz w:val="20"/>
          <w:szCs w:val="20"/>
          <w:lang w:eastAsia="fr-FR"/>
        </w:rPr>
        <w:t xml:space="preserve"> by the </w:t>
      </w:r>
      <w:proofErr w:type="spellStart"/>
      <w:r w:rsidRPr="00BF194F">
        <w:rPr>
          <w:rFonts w:ascii="Arial" w:hAnsi="Arial" w:cs="Arial"/>
          <w:sz w:val="20"/>
          <w:szCs w:val="20"/>
          <w:lang w:eastAsia="fr-FR"/>
        </w:rPr>
        <w:t>research</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company</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Clarivate</w:t>
      </w:r>
      <w:proofErr w:type="spellEnd"/>
      <w:r w:rsidRPr="00BF194F">
        <w:rPr>
          <w:rFonts w:ascii="Arial" w:hAnsi="Arial" w:cs="Arial"/>
          <w:sz w:val="20"/>
          <w:szCs w:val="20"/>
          <w:lang w:eastAsia="fr-FR"/>
        </w:rPr>
        <w:t xml:space="preserve">) and </w:t>
      </w:r>
      <w:proofErr w:type="spellStart"/>
      <w:r w:rsidRPr="00BF194F">
        <w:rPr>
          <w:rFonts w:ascii="Arial" w:hAnsi="Arial" w:cs="Arial"/>
          <w:sz w:val="20"/>
          <w:szCs w:val="20"/>
          <w:lang w:eastAsia="fr-FR"/>
        </w:rPr>
        <w:t>Scopus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managed</w:t>
      </w:r>
      <w:proofErr w:type="spellEnd"/>
      <w:r w:rsidRPr="00BF194F">
        <w:rPr>
          <w:rFonts w:ascii="Arial" w:hAnsi="Arial" w:cs="Arial"/>
          <w:sz w:val="20"/>
          <w:szCs w:val="20"/>
          <w:lang w:eastAsia="fr-FR"/>
        </w:rPr>
        <w:t xml:space="preserve"> by the Dutch </w:t>
      </w:r>
      <w:proofErr w:type="spellStart"/>
      <w:r w:rsidRPr="00BF194F">
        <w:rPr>
          <w:rFonts w:ascii="Arial" w:hAnsi="Arial" w:cs="Arial"/>
          <w:sz w:val="20"/>
          <w:szCs w:val="20"/>
          <w:lang w:eastAsia="fr-FR"/>
        </w:rPr>
        <w:t>publisher</w:t>
      </w:r>
      <w:proofErr w:type="spellEnd"/>
      <w:r w:rsidRPr="00BF194F">
        <w:rPr>
          <w:rFonts w:ascii="Arial" w:hAnsi="Arial" w:cs="Arial"/>
          <w:sz w:val="20"/>
          <w:szCs w:val="20"/>
          <w:lang w:eastAsia="fr-FR"/>
        </w:rPr>
        <w:t xml:space="preserve"> Elsevier) </w:t>
      </w:r>
      <w:proofErr w:type="spellStart"/>
      <w:r w:rsidRPr="00BF194F">
        <w:rPr>
          <w:rFonts w:ascii="Arial" w:hAnsi="Arial" w:cs="Arial"/>
          <w:sz w:val="20"/>
          <w:szCs w:val="20"/>
          <w:lang w:eastAsia="fr-FR"/>
        </w:rPr>
        <w:t>databases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was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adapted</w:t>
      </w:r>
      <w:proofErr w:type="spellEnd"/>
      <w:r w:rsidRPr="00BF194F">
        <w:rPr>
          <w:rFonts w:ascii="Arial" w:hAnsi="Arial" w:cs="Arial"/>
          <w:sz w:val="20"/>
          <w:szCs w:val="20"/>
          <w:lang w:eastAsia="fr-FR"/>
        </w:rPr>
        <w:t xml:space="preserve"> to </w:t>
      </w:r>
      <w:proofErr w:type="spellStart"/>
      <w:r w:rsidRPr="00BF194F">
        <w:rPr>
          <w:rFonts w:ascii="Arial" w:hAnsi="Arial" w:cs="Arial"/>
          <w:sz w:val="20"/>
          <w:szCs w:val="20"/>
          <w:lang w:eastAsia="fr-FR"/>
        </w:rPr>
        <w:t>account</w:t>
      </w:r>
      <w:proofErr w:type="spellEnd"/>
      <w:r w:rsidRPr="00BF194F">
        <w:rPr>
          <w:rFonts w:ascii="Arial" w:hAnsi="Arial" w:cs="Arial"/>
          <w:sz w:val="20"/>
          <w:szCs w:val="20"/>
          <w:lang w:eastAsia="fr-FR"/>
        </w:rPr>
        <w:t xml:space="preserve"> for the </w:t>
      </w:r>
      <w:proofErr w:type="spellStart"/>
      <w:r w:rsidRPr="00BF194F">
        <w:rPr>
          <w:rFonts w:ascii="Arial" w:hAnsi="Arial" w:cs="Arial"/>
          <w:sz w:val="20"/>
          <w:szCs w:val="20"/>
          <w:lang w:eastAsia="fr-FR"/>
        </w:rPr>
        <w:t>specific</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features</w:t>
      </w:r>
      <w:proofErr w:type="spellEnd"/>
      <w:r w:rsidRPr="00BF194F">
        <w:rPr>
          <w:rFonts w:ascii="Arial" w:hAnsi="Arial" w:cs="Arial"/>
          <w:sz w:val="20"/>
          <w:szCs w:val="20"/>
          <w:lang w:eastAsia="fr-FR"/>
        </w:rPr>
        <w:t xml:space="preserve"> of </w:t>
      </w:r>
      <w:proofErr w:type="spellStart"/>
      <w:r w:rsidRPr="00BF194F">
        <w:rPr>
          <w:rFonts w:ascii="Arial" w:hAnsi="Arial" w:cs="Arial"/>
          <w:sz w:val="20"/>
          <w:szCs w:val="20"/>
          <w:lang w:eastAsia="fr-FR"/>
        </w:rPr>
        <w:t>these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multidisciplinary</w:t>
      </w:r>
      <w:proofErr w:type="spellEnd"/>
      <w:r w:rsidRPr="00BF194F">
        <w:rPr>
          <w:rFonts w:ascii="Arial" w:hAnsi="Arial" w:cs="Arial"/>
          <w:sz w:val="20"/>
          <w:szCs w:val="20"/>
          <w:lang w:eastAsia="fr-FR"/>
        </w:rPr>
        <w:t xml:space="preserve"> platforms. </w:t>
      </w:r>
      <w:proofErr w:type="spellStart"/>
      <w:r w:rsidRPr="00BF194F">
        <w:rPr>
          <w:rFonts w:ascii="Arial" w:hAnsi="Arial" w:cs="Arial"/>
          <w:sz w:val="20"/>
          <w:szCs w:val="20"/>
          <w:lang w:eastAsia="fr-FR"/>
        </w:rPr>
        <w:t>Although</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they</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may</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include</w:t>
      </w:r>
      <w:proofErr w:type="spellEnd"/>
      <w:r w:rsidRPr="00BF194F">
        <w:rPr>
          <w:rFonts w:ascii="Arial" w:hAnsi="Arial" w:cs="Arial"/>
          <w:sz w:val="20"/>
          <w:szCs w:val="20"/>
          <w:lang w:eastAsia="fr-FR"/>
        </w:rPr>
        <w:t xml:space="preserve"> MeSH </w:t>
      </w:r>
      <w:proofErr w:type="spellStart"/>
      <w:r w:rsidRPr="00BF194F">
        <w:rPr>
          <w:rFonts w:ascii="Arial" w:hAnsi="Arial" w:cs="Arial"/>
          <w:sz w:val="20"/>
          <w:szCs w:val="20"/>
          <w:lang w:eastAsia="fr-FR"/>
        </w:rPr>
        <w:t>terms</w:t>
      </w:r>
      <w:proofErr w:type="spellEnd"/>
      <w:r w:rsidRPr="00BF194F">
        <w:rPr>
          <w:rFonts w:ascii="Arial" w:hAnsi="Arial" w:cs="Arial"/>
          <w:sz w:val="20"/>
          <w:szCs w:val="20"/>
          <w:lang w:eastAsia="fr-FR"/>
        </w:rPr>
        <w:t xml:space="preserve"> in </w:t>
      </w:r>
      <w:proofErr w:type="spellStart"/>
      <w:r w:rsidRPr="00BF194F">
        <w:rPr>
          <w:rFonts w:ascii="Arial" w:hAnsi="Arial" w:cs="Arial"/>
          <w:sz w:val="20"/>
          <w:szCs w:val="20"/>
          <w:lang w:eastAsia="fr-FR"/>
        </w:rPr>
        <w:t>their</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indexing</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they</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mainly</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rely</w:t>
      </w:r>
      <w:proofErr w:type="spellEnd"/>
      <w:r w:rsidRPr="00BF194F">
        <w:rPr>
          <w:rFonts w:ascii="Arial" w:hAnsi="Arial" w:cs="Arial"/>
          <w:sz w:val="20"/>
          <w:szCs w:val="20"/>
          <w:lang w:eastAsia="fr-FR"/>
        </w:rPr>
        <w:t xml:space="preserve"> on keywords and article </w:t>
      </w:r>
      <w:proofErr w:type="spellStart"/>
      <w:r w:rsidRPr="00BF194F">
        <w:rPr>
          <w:rFonts w:ascii="Arial" w:hAnsi="Arial" w:cs="Arial"/>
          <w:sz w:val="20"/>
          <w:szCs w:val="20"/>
          <w:lang w:eastAsia="fr-FR"/>
        </w:rPr>
        <w:t>titles</w:t>
      </w:r>
      <w:proofErr w:type="spellEnd"/>
      <w:r w:rsidRPr="00BF194F">
        <w:rPr>
          <w:rFonts w:ascii="Arial" w:hAnsi="Arial" w:cs="Arial"/>
          <w:sz w:val="20"/>
          <w:szCs w:val="20"/>
          <w:lang w:eastAsia="fr-FR"/>
        </w:rPr>
        <w:t xml:space="preserve"> to </w:t>
      </w:r>
      <w:proofErr w:type="spellStart"/>
      <w:r w:rsidRPr="00BF194F">
        <w:rPr>
          <w:rFonts w:ascii="Arial" w:hAnsi="Arial" w:cs="Arial"/>
          <w:sz w:val="20"/>
          <w:szCs w:val="20"/>
          <w:lang w:eastAsia="fr-FR"/>
        </w:rPr>
        <w:t>identify</w:t>
      </w:r>
      <w:proofErr w:type="spellEnd"/>
      <w:r w:rsidRPr="00BF194F">
        <w:rPr>
          <w:rFonts w:ascii="Arial" w:hAnsi="Arial" w:cs="Arial"/>
          <w:sz w:val="20"/>
          <w:szCs w:val="20"/>
          <w:lang w:eastAsia="fr-FR"/>
        </w:rPr>
        <w:t xml:space="preserve"> relevant documents. </w:t>
      </w:r>
      <w:proofErr w:type="spellStart"/>
      <w:r w:rsidRPr="00BF194F">
        <w:rPr>
          <w:rFonts w:ascii="Arial" w:hAnsi="Arial" w:cs="Arial"/>
          <w:sz w:val="20"/>
          <w:szCs w:val="20"/>
          <w:lang w:eastAsia="fr-FR"/>
        </w:rPr>
        <w:t>Given</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their</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similarities</w:t>
      </w:r>
      <w:proofErr w:type="spellEnd"/>
      <w:r w:rsidRPr="00BF194F">
        <w:rPr>
          <w:rFonts w:ascii="Arial" w:hAnsi="Arial" w:cs="Arial"/>
          <w:sz w:val="20"/>
          <w:szCs w:val="20"/>
          <w:lang w:eastAsia="fr-FR"/>
        </w:rPr>
        <w:t xml:space="preserve"> in </w:t>
      </w:r>
      <w:proofErr w:type="spellStart"/>
      <w:r w:rsidRPr="00BF194F">
        <w:rPr>
          <w:rFonts w:ascii="Arial" w:hAnsi="Arial" w:cs="Arial"/>
          <w:sz w:val="20"/>
          <w:szCs w:val="20"/>
          <w:lang w:eastAsia="fr-FR"/>
        </w:rPr>
        <w:t>terms</w:t>
      </w:r>
      <w:proofErr w:type="spellEnd"/>
      <w:r w:rsidRPr="00BF194F">
        <w:rPr>
          <w:rFonts w:ascii="Arial" w:hAnsi="Arial" w:cs="Arial"/>
          <w:sz w:val="20"/>
          <w:szCs w:val="20"/>
          <w:lang w:eastAsia="fr-FR"/>
        </w:rPr>
        <w:t xml:space="preserve"> of </w:t>
      </w:r>
      <w:proofErr w:type="spellStart"/>
      <w:r w:rsidRPr="00BF194F">
        <w:rPr>
          <w:rFonts w:ascii="Arial" w:hAnsi="Arial" w:cs="Arial"/>
          <w:sz w:val="20"/>
          <w:szCs w:val="20"/>
          <w:lang w:eastAsia="fr-FR"/>
        </w:rPr>
        <w:t>indexing</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vocabulary</w:t>
      </w:r>
      <w:proofErr w:type="spellEnd"/>
      <w:r w:rsidRPr="00BF194F">
        <w:rPr>
          <w:rFonts w:ascii="Arial" w:hAnsi="Arial" w:cs="Arial"/>
          <w:sz w:val="20"/>
          <w:szCs w:val="20"/>
          <w:lang w:eastAsia="fr-FR"/>
        </w:rPr>
        <w:t xml:space="preserve">, and </w:t>
      </w:r>
      <w:proofErr w:type="spellStart"/>
      <w:r w:rsidRPr="00BF194F">
        <w:rPr>
          <w:rFonts w:ascii="Arial" w:hAnsi="Arial" w:cs="Arial"/>
          <w:sz w:val="20"/>
          <w:szCs w:val="20"/>
          <w:lang w:eastAsia="fr-FR"/>
        </w:rPr>
        <w:t>search</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syntax</w:t>
      </w:r>
      <w:proofErr w:type="spellEnd"/>
      <w:r w:rsidRPr="00BF194F">
        <w:rPr>
          <w:rFonts w:ascii="Arial" w:hAnsi="Arial" w:cs="Arial"/>
          <w:sz w:val="20"/>
          <w:szCs w:val="20"/>
          <w:lang w:eastAsia="fr-FR"/>
        </w:rPr>
        <w:t xml:space="preserve">, the </w:t>
      </w:r>
      <w:proofErr w:type="spellStart"/>
      <w:r w:rsidRPr="00BF194F">
        <w:rPr>
          <w:rFonts w:ascii="Arial" w:hAnsi="Arial" w:cs="Arial"/>
          <w:sz w:val="20"/>
          <w:szCs w:val="20"/>
          <w:lang w:eastAsia="fr-FR"/>
        </w:rPr>
        <w:t>search</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equation</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designed</w:t>
      </w:r>
      <w:proofErr w:type="spellEnd"/>
      <w:r w:rsidRPr="00BF194F">
        <w:rPr>
          <w:rFonts w:ascii="Arial" w:hAnsi="Arial" w:cs="Arial"/>
          <w:sz w:val="20"/>
          <w:szCs w:val="20"/>
          <w:lang w:eastAsia="fr-FR"/>
        </w:rPr>
        <w:t xml:space="preserve"> for one </w:t>
      </w:r>
      <w:proofErr w:type="spellStart"/>
      <w:r w:rsidRPr="00BF194F">
        <w:rPr>
          <w:rFonts w:ascii="Arial" w:hAnsi="Arial" w:cs="Arial"/>
          <w:sz w:val="20"/>
          <w:szCs w:val="20"/>
          <w:lang w:eastAsia="fr-FR"/>
        </w:rPr>
        <w:t>will</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be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used</w:t>
      </w:r>
      <w:proofErr w:type="spellEnd"/>
      <w:r w:rsidRPr="00BF194F">
        <w:rPr>
          <w:rFonts w:ascii="Arial" w:hAnsi="Arial" w:cs="Arial"/>
          <w:sz w:val="20"/>
          <w:szCs w:val="20"/>
          <w:lang w:eastAsia="fr-FR"/>
        </w:rPr>
        <w:t xml:space="preserve"> for the </w:t>
      </w:r>
      <w:proofErr w:type="spellStart"/>
      <w:r w:rsidRPr="00BF194F">
        <w:rPr>
          <w:rFonts w:ascii="Arial" w:hAnsi="Arial" w:cs="Arial"/>
          <w:sz w:val="20"/>
          <w:szCs w:val="20"/>
          <w:lang w:eastAsia="fr-FR"/>
        </w:rPr>
        <w:t>other</w:t>
      </w:r>
      <w:proofErr w:type="spellEnd"/>
      <w:r w:rsidRPr="00BF194F">
        <w:rPr>
          <w:rFonts w:ascii="Arial" w:hAnsi="Arial" w:cs="Arial"/>
          <w:sz w:val="20"/>
          <w:szCs w:val="20"/>
          <w:lang w:eastAsia="fr-FR"/>
        </w:rPr>
        <w:t>.</w:t>
      </w:r>
    </w:p>
    <w:p w14:paraId="6022B7FD" w14:textId="77777777" w:rsidR="007353D0" w:rsidRPr="00BF194F" w:rsidRDefault="007353D0" w:rsidP="00BF194F">
      <w:pPr>
        <w:spacing w:line="360" w:lineRule="auto"/>
        <w:jc w:val="both"/>
        <w:rPr>
          <w:rFonts w:ascii="Arial" w:hAnsi="Arial" w:cs="Arial"/>
          <w:sz w:val="20"/>
          <w:szCs w:val="20"/>
          <w:lang w:eastAsia="fr-FR"/>
        </w:rPr>
      </w:pPr>
      <w:r w:rsidRPr="00BF194F">
        <w:rPr>
          <w:rFonts w:ascii="Arial" w:hAnsi="Arial" w:cs="Arial"/>
          <w:sz w:val="20"/>
          <w:szCs w:val="20"/>
          <w:lang w:eastAsia="fr-FR"/>
        </w:rPr>
        <w:t xml:space="preserve">English MeSH </w:t>
      </w:r>
      <w:proofErr w:type="spellStart"/>
      <w:r w:rsidRPr="00BF194F">
        <w:rPr>
          <w:rFonts w:ascii="Arial" w:hAnsi="Arial" w:cs="Arial"/>
          <w:sz w:val="20"/>
          <w:szCs w:val="20"/>
          <w:lang w:eastAsia="fr-FR"/>
        </w:rPr>
        <w:t>terms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were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retained</w:t>
      </w:r>
      <w:proofErr w:type="spellEnd"/>
      <w:r w:rsidRPr="00BF194F">
        <w:rPr>
          <w:rFonts w:ascii="Arial" w:hAnsi="Arial" w:cs="Arial"/>
          <w:sz w:val="20"/>
          <w:szCs w:val="20"/>
          <w:lang w:eastAsia="fr-FR"/>
        </w:rPr>
        <w:t xml:space="preserve"> or </w:t>
      </w:r>
      <w:proofErr w:type="spellStart"/>
      <w:r w:rsidRPr="00BF194F">
        <w:rPr>
          <w:rFonts w:ascii="Arial" w:hAnsi="Arial" w:cs="Arial"/>
          <w:sz w:val="20"/>
          <w:szCs w:val="20"/>
          <w:lang w:eastAsia="fr-FR"/>
        </w:rPr>
        <w:t>translated</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into</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their</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equivalents</w:t>
      </w:r>
      <w:proofErr w:type="spellEnd"/>
      <w:r w:rsidRPr="00BF194F">
        <w:rPr>
          <w:rFonts w:ascii="Arial" w:hAnsi="Arial" w:cs="Arial"/>
          <w:sz w:val="20"/>
          <w:szCs w:val="20"/>
          <w:lang w:eastAsia="fr-FR"/>
        </w:rPr>
        <w:t xml:space="preserve"> or </w:t>
      </w:r>
      <w:proofErr w:type="spellStart"/>
      <w:r w:rsidRPr="00BF194F">
        <w:rPr>
          <w:rFonts w:ascii="Arial" w:hAnsi="Arial" w:cs="Arial"/>
          <w:sz w:val="20"/>
          <w:szCs w:val="20"/>
          <w:lang w:eastAsia="fr-FR"/>
        </w:rPr>
        <w:t>commonly</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used</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associated</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terms</w:t>
      </w:r>
      <w:proofErr w:type="spellEnd"/>
      <w:r w:rsidRPr="00BF194F">
        <w:rPr>
          <w:rFonts w:ascii="Arial" w:hAnsi="Arial" w:cs="Arial"/>
          <w:sz w:val="20"/>
          <w:szCs w:val="20"/>
          <w:lang w:eastAsia="fr-FR"/>
        </w:rPr>
        <w:t xml:space="preserve"> in </w:t>
      </w:r>
      <w:proofErr w:type="spellStart"/>
      <w:r w:rsidRPr="00BF194F">
        <w:rPr>
          <w:rFonts w:ascii="Arial" w:hAnsi="Arial" w:cs="Arial"/>
          <w:sz w:val="20"/>
          <w:szCs w:val="20"/>
          <w:lang w:eastAsia="fr-FR"/>
        </w:rPr>
        <w:t>these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databases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taking</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into</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account</w:t>
      </w:r>
      <w:proofErr w:type="spellEnd"/>
      <w:r w:rsidRPr="00BF194F">
        <w:rPr>
          <w:rFonts w:ascii="Arial" w:hAnsi="Arial" w:cs="Arial"/>
          <w:sz w:val="20"/>
          <w:szCs w:val="20"/>
          <w:lang w:eastAsia="fr-FR"/>
        </w:rPr>
        <w:t xml:space="preserve"> possible variations and </w:t>
      </w:r>
      <w:proofErr w:type="spellStart"/>
      <w:r w:rsidRPr="00BF194F">
        <w:rPr>
          <w:rFonts w:ascii="Arial" w:hAnsi="Arial" w:cs="Arial"/>
          <w:sz w:val="20"/>
          <w:szCs w:val="20"/>
          <w:lang w:eastAsia="fr-FR"/>
        </w:rPr>
        <w:t>frequently</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encountered</w:t>
      </w:r>
      <w:proofErr w:type="spellEnd"/>
      <w:r w:rsidRPr="00BF194F">
        <w:rPr>
          <w:rFonts w:ascii="Arial" w:hAnsi="Arial" w:cs="Arial"/>
          <w:sz w:val="20"/>
          <w:szCs w:val="20"/>
          <w:lang w:eastAsia="fr-FR"/>
        </w:rPr>
        <w:t xml:space="preserve"> keywords. French MeSH </w:t>
      </w:r>
      <w:proofErr w:type="spellStart"/>
      <w:r w:rsidRPr="00BF194F">
        <w:rPr>
          <w:rFonts w:ascii="Arial" w:hAnsi="Arial" w:cs="Arial"/>
          <w:sz w:val="20"/>
          <w:szCs w:val="20"/>
          <w:lang w:eastAsia="fr-FR"/>
        </w:rPr>
        <w:t>terms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were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also</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adapted</w:t>
      </w:r>
      <w:proofErr w:type="spellEnd"/>
      <w:r w:rsidRPr="00BF194F">
        <w:rPr>
          <w:rFonts w:ascii="Arial" w:hAnsi="Arial" w:cs="Arial"/>
          <w:sz w:val="20"/>
          <w:szCs w:val="20"/>
          <w:lang w:eastAsia="fr-FR"/>
        </w:rPr>
        <w:t xml:space="preserve"> by </w:t>
      </w:r>
      <w:proofErr w:type="spellStart"/>
      <w:r w:rsidRPr="00BF194F">
        <w:rPr>
          <w:rFonts w:ascii="Arial" w:hAnsi="Arial" w:cs="Arial"/>
          <w:sz w:val="20"/>
          <w:szCs w:val="20"/>
          <w:lang w:eastAsia="fr-FR"/>
        </w:rPr>
        <w:t>using</w:t>
      </w:r>
      <w:proofErr w:type="spellEnd"/>
      <w:r w:rsidRPr="00BF194F">
        <w:rPr>
          <w:rFonts w:ascii="Arial" w:hAnsi="Arial" w:cs="Arial"/>
          <w:sz w:val="20"/>
          <w:szCs w:val="20"/>
          <w:lang w:eastAsia="fr-FR"/>
        </w:rPr>
        <w:t xml:space="preserve"> English </w:t>
      </w:r>
      <w:proofErr w:type="spellStart"/>
      <w:r w:rsidRPr="00BF194F">
        <w:rPr>
          <w:rFonts w:ascii="Arial" w:hAnsi="Arial" w:cs="Arial"/>
          <w:sz w:val="20"/>
          <w:szCs w:val="20"/>
          <w:lang w:eastAsia="fr-FR"/>
        </w:rPr>
        <w:t>equivalents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recognized</w:t>
      </w:r>
      <w:proofErr w:type="spellEnd"/>
      <w:r w:rsidRPr="00BF194F">
        <w:rPr>
          <w:rFonts w:ascii="Arial" w:hAnsi="Arial" w:cs="Arial"/>
          <w:sz w:val="20"/>
          <w:szCs w:val="20"/>
          <w:lang w:eastAsia="fr-FR"/>
        </w:rPr>
        <w:t xml:space="preserve"> and </w:t>
      </w:r>
      <w:proofErr w:type="spellStart"/>
      <w:r w:rsidRPr="00BF194F">
        <w:rPr>
          <w:rFonts w:ascii="Arial" w:hAnsi="Arial" w:cs="Arial"/>
          <w:sz w:val="20"/>
          <w:szCs w:val="20"/>
          <w:lang w:eastAsia="fr-FR"/>
        </w:rPr>
        <w:t>frequently</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used</w:t>
      </w:r>
      <w:proofErr w:type="spellEnd"/>
      <w:r w:rsidRPr="00BF194F">
        <w:rPr>
          <w:rFonts w:ascii="Arial" w:hAnsi="Arial" w:cs="Arial"/>
          <w:sz w:val="20"/>
          <w:szCs w:val="20"/>
          <w:lang w:eastAsia="fr-FR"/>
        </w:rPr>
        <w:t xml:space="preserve"> in W.O.S. and </w:t>
      </w:r>
      <w:proofErr w:type="spellStart"/>
      <w:r w:rsidRPr="00BF194F">
        <w:rPr>
          <w:rFonts w:ascii="Arial" w:hAnsi="Arial" w:cs="Arial"/>
          <w:sz w:val="20"/>
          <w:szCs w:val="20"/>
          <w:lang w:eastAsia="fr-FR"/>
        </w:rPr>
        <w:t>Scopus</w:t>
      </w:r>
      <w:proofErr w:type="spellEnd"/>
      <w:r w:rsidRPr="00BF194F">
        <w:rPr>
          <w:rFonts w:ascii="Arial" w:hAnsi="Arial" w:cs="Arial"/>
          <w:sz w:val="20"/>
          <w:szCs w:val="20"/>
          <w:lang w:eastAsia="fr-FR"/>
        </w:rPr>
        <w:t xml:space="preserve"> to </w:t>
      </w:r>
      <w:proofErr w:type="spellStart"/>
      <w:r w:rsidRPr="00BF194F">
        <w:rPr>
          <w:rFonts w:ascii="Arial" w:hAnsi="Arial" w:cs="Arial"/>
          <w:sz w:val="20"/>
          <w:szCs w:val="20"/>
          <w:lang w:eastAsia="fr-FR"/>
        </w:rPr>
        <w:t>ensure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consistency</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with</w:t>
      </w:r>
      <w:proofErr w:type="spellEnd"/>
      <w:r w:rsidRPr="00BF194F">
        <w:rPr>
          <w:rFonts w:ascii="Arial" w:hAnsi="Arial" w:cs="Arial"/>
          <w:sz w:val="20"/>
          <w:szCs w:val="20"/>
          <w:lang w:eastAsia="fr-FR"/>
        </w:rPr>
        <w:t xml:space="preserve"> the </w:t>
      </w:r>
      <w:proofErr w:type="spellStart"/>
      <w:r w:rsidRPr="00BF194F">
        <w:rPr>
          <w:rFonts w:ascii="Arial" w:hAnsi="Arial" w:cs="Arial"/>
          <w:sz w:val="20"/>
          <w:szCs w:val="20"/>
          <w:lang w:eastAsia="fr-FR"/>
        </w:rPr>
        <w:t>overall</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search</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strategy</w:t>
      </w:r>
      <w:proofErr w:type="spellEnd"/>
      <w:r w:rsidRPr="00BF194F">
        <w:rPr>
          <w:rFonts w:ascii="Arial" w:hAnsi="Arial" w:cs="Arial"/>
          <w:sz w:val="20"/>
          <w:szCs w:val="20"/>
          <w:lang w:eastAsia="fr-FR"/>
        </w:rPr>
        <w:t xml:space="preserve"> and </w:t>
      </w:r>
      <w:proofErr w:type="spellStart"/>
      <w:r w:rsidRPr="00BF194F">
        <w:rPr>
          <w:rFonts w:ascii="Arial" w:hAnsi="Arial" w:cs="Arial"/>
          <w:sz w:val="20"/>
          <w:szCs w:val="20"/>
          <w:lang w:eastAsia="fr-FR"/>
        </w:rPr>
        <w:t>maximize</w:t>
      </w:r>
      <w:proofErr w:type="spellEnd"/>
      <w:r w:rsidRPr="00BF194F">
        <w:rPr>
          <w:rFonts w:ascii="Arial" w:hAnsi="Arial" w:cs="Arial"/>
          <w:sz w:val="20"/>
          <w:szCs w:val="20"/>
          <w:lang w:eastAsia="fr-FR"/>
        </w:rPr>
        <w:t xml:space="preserve"> the scope of </w:t>
      </w:r>
      <w:proofErr w:type="spellStart"/>
      <w:r w:rsidRPr="00BF194F">
        <w:rPr>
          <w:rFonts w:ascii="Arial" w:hAnsi="Arial" w:cs="Arial"/>
          <w:sz w:val="20"/>
          <w:szCs w:val="20"/>
          <w:lang w:eastAsia="fr-FR"/>
        </w:rPr>
        <w:t>results</w:t>
      </w:r>
      <w:proofErr w:type="spellEnd"/>
      <w:r w:rsidRPr="00BF194F">
        <w:rPr>
          <w:rFonts w:ascii="Arial" w:hAnsi="Arial" w:cs="Arial"/>
          <w:sz w:val="20"/>
          <w:szCs w:val="20"/>
          <w:lang w:eastAsia="fr-FR"/>
        </w:rPr>
        <w:t>.</w:t>
      </w:r>
    </w:p>
    <w:p w14:paraId="2EF94977" w14:textId="77777777" w:rsidR="007353D0" w:rsidRPr="00BF194F" w:rsidRDefault="007353D0" w:rsidP="00BF194F">
      <w:pPr>
        <w:spacing w:line="360" w:lineRule="auto"/>
        <w:jc w:val="both"/>
        <w:rPr>
          <w:rFonts w:ascii="Arial" w:hAnsi="Arial" w:cs="Arial"/>
          <w:sz w:val="20"/>
          <w:szCs w:val="20"/>
          <w:lang w:eastAsia="fr-FR"/>
        </w:rPr>
      </w:pPr>
      <w:r w:rsidRPr="00BF194F">
        <w:rPr>
          <w:rFonts w:ascii="Arial" w:hAnsi="Arial" w:cs="Arial"/>
          <w:sz w:val="20"/>
          <w:szCs w:val="20"/>
          <w:lang w:eastAsia="fr-FR"/>
        </w:rPr>
        <w:t xml:space="preserve">The Boolean </w:t>
      </w:r>
      <w:proofErr w:type="spellStart"/>
      <w:r w:rsidRPr="00BF194F">
        <w:rPr>
          <w:rFonts w:ascii="Arial" w:hAnsi="Arial" w:cs="Arial"/>
          <w:sz w:val="20"/>
          <w:szCs w:val="20"/>
          <w:lang w:eastAsia="fr-FR"/>
        </w:rPr>
        <w:t>operators</w:t>
      </w:r>
      <w:proofErr w:type="spellEnd"/>
      <w:r w:rsidRPr="00BF194F">
        <w:rPr>
          <w:rFonts w:ascii="Arial" w:hAnsi="Arial" w:cs="Arial"/>
          <w:sz w:val="20"/>
          <w:szCs w:val="20"/>
          <w:lang w:eastAsia="fr-FR"/>
        </w:rPr>
        <w:t xml:space="preserve"> "AND" and "OR" </w:t>
      </w:r>
      <w:proofErr w:type="spellStart"/>
      <w:r w:rsidRPr="00BF194F">
        <w:rPr>
          <w:rFonts w:ascii="Arial" w:hAnsi="Arial" w:cs="Arial"/>
          <w:sz w:val="20"/>
          <w:szCs w:val="20"/>
          <w:lang w:eastAsia="fr-FR"/>
        </w:rPr>
        <w:t>were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maintained</w:t>
      </w:r>
      <w:proofErr w:type="spellEnd"/>
      <w:r w:rsidRPr="00BF194F">
        <w:rPr>
          <w:rFonts w:ascii="Arial" w:hAnsi="Arial" w:cs="Arial"/>
          <w:sz w:val="20"/>
          <w:szCs w:val="20"/>
          <w:lang w:eastAsia="fr-FR"/>
        </w:rPr>
        <w:t xml:space="preserve">, as </w:t>
      </w:r>
      <w:proofErr w:type="spellStart"/>
      <w:r w:rsidRPr="00BF194F">
        <w:rPr>
          <w:rFonts w:ascii="Arial" w:hAnsi="Arial" w:cs="Arial"/>
          <w:sz w:val="20"/>
          <w:szCs w:val="20"/>
          <w:lang w:eastAsia="fr-FR"/>
        </w:rPr>
        <w:t>they</w:t>
      </w:r>
      <w:proofErr w:type="spellEnd"/>
      <w:r w:rsidRPr="00BF194F">
        <w:rPr>
          <w:rFonts w:ascii="Arial" w:hAnsi="Arial" w:cs="Arial"/>
          <w:sz w:val="20"/>
          <w:szCs w:val="20"/>
          <w:lang w:eastAsia="fr-FR"/>
        </w:rPr>
        <w:t xml:space="preserve"> are compatible </w:t>
      </w:r>
      <w:proofErr w:type="spellStart"/>
      <w:r w:rsidRPr="00BF194F">
        <w:rPr>
          <w:rFonts w:ascii="Arial" w:hAnsi="Arial" w:cs="Arial"/>
          <w:sz w:val="20"/>
          <w:szCs w:val="20"/>
          <w:lang w:eastAsia="fr-FR"/>
        </w:rPr>
        <w:t>with</w:t>
      </w:r>
      <w:proofErr w:type="spellEnd"/>
      <w:r w:rsidRPr="00BF194F">
        <w:rPr>
          <w:rFonts w:ascii="Arial" w:hAnsi="Arial" w:cs="Arial"/>
          <w:sz w:val="20"/>
          <w:szCs w:val="20"/>
          <w:lang w:eastAsia="fr-FR"/>
        </w:rPr>
        <w:t xml:space="preserve"> the </w:t>
      </w:r>
      <w:proofErr w:type="spellStart"/>
      <w:r w:rsidRPr="00BF194F">
        <w:rPr>
          <w:rFonts w:ascii="Arial" w:hAnsi="Arial" w:cs="Arial"/>
          <w:sz w:val="20"/>
          <w:szCs w:val="20"/>
          <w:lang w:eastAsia="fr-FR"/>
        </w:rPr>
        <w:t>search</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logic</w:t>
      </w:r>
      <w:proofErr w:type="spellEnd"/>
      <w:r w:rsidRPr="00BF194F">
        <w:rPr>
          <w:rFonts w:ascii="Arial" w:hAnsi="Arial" w:cs="Arial"/>
          <w:sz w:val="20"/>
          <w:szCs w:val="20"/>
          <w:lang w:eastAsia="fr-FR"/>
        </w:rPr>
        <w:t xml:space="preserve"> in </w:t>
      </w:r>
      <w:proofErr w:type="spellStart"/>
      <w:r w:rsidRPr="00BF194F">
        <w:rPr>
          <w:rFonts w:ascii="Arial" w:hAnsi="Arial" w:cs="Arial"/>
          <w:sz w:val="20"/>
          <w:szCs w:val="20"/>
          <w:lang w:eastAsia="fr-FR"/>
        </w:rPr>
        <w:t>both</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databases</w:t>
      </w:r>
      <w:proofErr w:type="spellEnd"/>
      <w:r w:rsidRPr="00BF194F">
        <w:rPr>
          <w:rFonts w:ascii="Arial" w:hAnsi="Arial" w:cs="Arial"/>
          <w:sz w:val="20"/>
          <w:szCs w:val="20"/>
          <w:lang w:eastAsia="fr-FR"/>
        </w:rPr>
        <w:t xml:space="preserve">. In </w:t>
      </w:r>
      <w:proofErr w:type="spellStart"/>
      <w:r w:rsidRPr="00BF194F">
        <w:rPr>
          <w:rFonts w:ascii="Arial" w:hAnsi="Arial" w:cs="Arial"/>
          <w:sz w:val="20"/>
          <w:szCs w:val="20"/>
          <w:lang w:eastAsia="fr-FR"/>
        </w:rPr>
        <w:t>terms</w:t>
      </w:r>
      <w:proofErr w:type="spellEnd"/>
      <w:r w:rsidRPr="00BF194F">
        <w:rPr>
          <w:rFonts w:ascii="Arial" w:hAnsi="Arial" w:cs="Arial"/>
          <w:sz w:val="20"/>
          <w:szCs w:val="20"/>
          <w:lang w:eastAsia="fr-FR"/>
        </w:rPr>
        <w:t xml:space="preserve"> of </w:t>
      </w:r>
      <w:proofErr w:type="spellStart"/>
      <w:r w:rsidRPr="00BF194F">
        <w:rPr>
          <w:rFonts w:ascii="Arial" w:hAnsi="Arial" w:cs="Arial"/>
          <w:sz w:val="20"/>
          <w:szCs w:val="20"/>
          <w:lang w:eastAsia="fr-FR"/>
        </w:rPr>
        <w:t>syntax</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specific</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terms</w:t>
      </w:r>
      <w:proofErr w:type="spellEnd"/>
      <w:r w:rsidRPr="00BF194F">
        <w:rPr>
          <w:rFonts w:ascii="Arial" w:hAnsi="Arial" w:cs="Arial"/>
          <w:sz w:val="20"/>
          <w:szCs w:val="20"/>
          <w:lang w:eastAsia="fr-FR"/>
        </w:rPr>
        <w:t xml:space="preserve"> and exact phrases are </w:t>
      </w:r>
      <w:proofErr w:type="spellStart"/>
      <w:r w:rsidRPr="00BF194F">
        <w:rPr>
          <w:rFonts w:ascii="Arial" w:hAnsi="Arial" w:cs="Arial"/>
          <w:sz w:val="20"/>
          <w:szCs w:val="20"/>
          <w:lang w:eastAsia="fr-FR"/>
        </w:rPr>
        <w:t>placed</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within</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quotation</w:t>
      </w:r>
      <w:proofErr w:type="spellEnd"/>
      <w:r w:rsidRPr="00BF194F">
        <w:rPr>
          <w:rFonts w:ascii="Arial" w:hAnsi="Arial" w:cs="Arial"/>
          <w:sz w:val="20"/>
          <w:szCs w:val="20"/>
          <w:lang w:eastAsia="fr-FR"/>
        </w:rPr>
        <w:t xml:space="preserve"> marks to </w:t>
      </w:r>
      <w:proofErr w:type="spellStart"/>
      <w:r w:rsidRPr="00BF194F">
        <w:rPr>
          <w:rFonts w:ascii="Arial" w:hAnsi="Arial" w:cs="Arial"/>
          <w:sz w:val="20"/>
          <w:szCs w:val="20"/>
          <w:lang w:eastAsia="fr-FR"/>
        </w:rPr>
        <w:t>ensure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search</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precision</w:t>
      </w:r>
      <w:proofErr w:type="spellEnd"/>
      <w:r w:rsidRPr="00BF194F">
        <w:rPr>
          <w:rFonts w:ascii="Arial" w:hAnsi="Arial" w:cs="Arial"/>
          <w:sz w:val="20"/>
          <w:szCs w:val="20"/>
          <w:lang w:eastAsia="fr-FR"/>
        </w:rPr>
        <w:t xml:space="preserve">. The use of </w:t>
      </w:r>
      <w:proofErr w:type="spellStart"/>
      <w:r w:rsidRPr="00BF194F">
        <w:rPr>
          <w:rFonts w:ascii="Arial" w:hAnsi="Arial" w:cs="Arial"/>
          <w:sz w:val="20"/>
          <w:szCs w:val="20"/>
          <w:lang w:eastAsia="fr-FR"/>
        </w:rPr>
        <w:t>truncation</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with</w:t>
      </w:r>
      <w:proofErr w:type="spellEnd"/>
      <w:r w:rsidRPr="00BF194F">
        <w:rPr>
          <w:rFonts w:ascii="Arial" w:hAnsi="Arial" w:cs="Arial"/>
          <w:sz w:val="20"/>
          <w:szCs w:val="20"/>
          <w:lang w:eastAsia="fr-FR"/>
        </w:rPr>
        <w:t xml:space="preserve"> an </w:t>
      </w:r>
      <w:proofErr w:type="spellStart"/>
      <w:r w:rsidRPr="00BF194F">
        <w:rPr>
          <w:rFonts w:ascii="Arial" w:hAnsi="Arial" w:cs="Arial"/>
          <w:sz w:val="20"/>
          <w:szCs w:val="20"/>
          <w:lang w:eastAsia="fr-FR"/>
        </w:rPr>
        <w:t>asterisk</w:t>
      </w:r>
      <w:proofErr w:type="spellEnd"/>
      <w:r w:rsidRPr="00BF194F">
        <w:rPr>
          <w:rFonts w:ascii="Arial" w:hAnsi="Arial" w:cs="Arial"/>
          <w:sz w:val="20"/>
          <w:szCs w:val="20"/>
          <w:lang w:eastAsia="fr-FR"/>
        </w:rPr>
        <w:t xml:space="preserve"> (*) </w:t>
      </w:r>
      <w:proofErr w:type="spellStart"/>
      <w:r w:rsidRPr="00BF194F">
        <w:rPr>
          <w:rFonts w:ascii="Arial" w:hAnsi="Arial" w:cs="Arial"/>
          <w:sz w:val="20"/>
          <w:szCs w:val="20"/>
          <w:lang w:eastAsia="fr-FR"/>
        </w:rPr>
        <w:t>was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applied</w:t>
      </w:r>
      <w:proofErr w:type="spellEnd"/>
      <w:r w:rsidRPr="00BF194F">
        <w:rPr>
          <w:rFonts w:ascii="Arial" w:hAnsi="Arial" w:cs="Arial"/>
          <w:sz w:val="20"/>
          <w:szCs w:val="20"/>
          <w:lang w:eastAsia="fr-FR"/>
        </w:rPr>
        <w:t xml:space="preserve"> in </w:t>
      </w:r>
      <w:proofErr w:type="spellStart"/>
      <w:r w:rsidRPr="00BF194F">
        <w:rPr>
          <w:rFonts w:ascii="Arial" w:hAnsi="Arial" w:cs="Arial"/>
          <w:sz w:val="20"/>
          <w:szCs w:val="20"/>
          <w:lang w:eastAsia="fr-FR"/>
        </w:rPr>
        <w:t>both</w:t>
      </w:r>
      <w:proofErr w:type="spellEnd"/>
      <w:r w:rsidRPr="00BF194F">
        <w:rPr>
          <w:rFonts w:ascii="Arial" w:hAnsi="Arial" w:cs="Arial"/>
          <w:sz w:val="20"/>
          <w:szCs w:val="20"/>
          <w:lang w:eastAsia="fr-FR"/>
        </w:rPr>
        <w:t xml:space="preserve"> W.O.S. and </w:t>
      </w:r>
      <w:proofErr w:type="spellStart"/>
      <w:r w:rsidRPr="00BF194F">
        <w:rPr>
          <w:rFonts w:ascii="Arial" w:hAnsi="Arial" w:cs="Arial"/>
          <w:sz w:val="20"/>
          <w:szCs w:val="20"/>
          <w:lang w:eastAsia="fr-FR"/>
        </w:rPr>
        <w:t>Scopus</w:t>
      </w:r>
      <w:proofErr w:type="spellEnd"/>
      <w:r w:rsidRPr="00BF194F">
        <w:rPr>
          <w:rFonts w:ascii="Arial" w:hAnsi="Arial" w:cs="Arial"/>
          <w:sz w:val="20"/>
          <w:szCs w:val="20"/>
          <w:lang w:eastAsia="fr-FR"/>
        </w:rPr>
        <w:t xml:space="preserve"> to </w:t>
      </w:r>
      <w:proofErr w:type="spellStart"/>
      <w:r w:rsidRPr="00BF194F">
        <w:rPr>
          <w:rFonts w:ascii="Arial" w:hAnsi="Arial" w:cs="Arial"/>
          <w:sz w:val="20"/>
          <w:szCs w:val="20"/>
          <w:lang w:eastAsia="fr-FR"/>
        </w:rPr>
        <w:t>broaden</w:t>
      </w:r>
      <w:proofErr w:type="spellEnd"/>
      <w:r w:rsidRPr="00BF194F">
        <w:rPr>
          <w:rFonts w:ascii="Arial" w:hAnsi="Arial" w:cs="Arial"/>
          <w:sz w:val="20"/>
          <w:szCs w:val="20"/>
          <w:lang w:eastAsia="fr-FR"/>
        </w:rPr>
        <w:t xml:space="preserve"> the </w:t>
      </w:r>
      <w:proofErr w:type="spellStart"/>
      <w:r w:rsidRPr="00BF194F">
        <w:rPr>
          <w:rFonts w:ascii="Arial" w:hAnsi="Arial" w:cs="Arial"/>
          <w:sz w:val="20"/>
          <w:szCs w:val="20"/>
          <w:lang w:eastAsia="fr-FR"/>
        </w:rPr>
        <w:t>search</w:t>
      </w:r>
      <w:proofErr w:type="spellEnd"/>
      <w:r w:rsidRPr="00BF194F">
        <w:rPr>
          <w:rFonts w:ascii="Arial" w:hAnsi="Arial" w:cs="Arial"/>
          <w:sz w:val="20"/>
          <w:szCs w:val="20"/>
          <w:lang w:eastAsia="fr-FR"/>
        </w:rPr>
        <w:t xml:space="preserve"> by </w:t>
      </w:r>
      <w:proofErr w:type="spellStart"/>
      <w:r w:rsidRPr="00BF194F">
        <w:rPr>
          <w:rFonts w:ascii="Arial" w:hAnsi="Arial" w:cs="Arial"/>
          <w:sz w:val="20"/>
          <w:szCs w:val="20"/>
          <w:lang w:eastAsia="fr-FR"/>
        </w:rPr>
        <w:t>including</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different</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word</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forms</w:t>
      </w:r>
      <w:proofErr w:type="spellEnd"/>
      <w:r w:rsidRPr="00BF194F">
        <w:rPr>
          <w:rFonts w:ascii="Arial" w:hAnsi="Arial" w:cs="Arial"/>
          <w:sz w:val="20"/>
          <w:szCs w:val="20"/>
          <w:lang w:eastAsia="fr-FR"/>
        </w:rPr>
        <w:t>.</w:t>
      </w:r>
    </w:p>
    <w:p w14:paraId="1BAA4BA2" w14:textId="77777777" w:rsidR="007353D0" w:rsidRPr="00BF194F" w:rsidRDefault="007353D0" w:rsidP="00BF194F">
      <w:pPr>
        <w:spacing w:line="360" w:lineRule="auto"/>
        <w:jc w:val="both"/>
        <w:rPr>
          <w:rFonts w:ascii="Arial" w:hAnsi="Arial" w:cs="Arial"/>
          <w:sz w:val="20"/>
          <w:szCs w:val="20"/>
          <w:lang w:eastAsia="fr-FR"/>
        </w:rPr>
      </w:pPr>
    </w:p>
    <w:p w14:paraId="1531D21C" w14:textId="589ADC6C" w:rsidR="00BB0F51" w:rsidRPr="00BF194F" w:rsidRDefault="007353D0" w:rsidP="00BF194F">
      <w:pPr>
        <w:spacing w:line="360" w:lineRule="auto"/>
        <w:jc w:val="both"/>
        <w:rPr>
          <w:rFonts w:ascii="Arial" w:hAnsi="Arial" w:cs="Arial"/>
          <w:b/>
          <w:bCs/>
          <w:u w:val="single"/>
        </w:rPr>
      </w:pPr>
      <w:r w:rsidRPr="00BF194F">
        <w:rPr>
          <w:rFonts w:ascii="Arial" w:hAnsi="Arial" w:cs="Arial"/>
          <w:b/>
          <w:bCs/>
        </w:rPr>
        <w:t xml:space="preserve">Equation on W.O.S. and </w:t>
      </w:r>
      <w:proofErr w:type="spellStart"/>
      <w:proofErr w:type="gramStart"/>
      <w:r w:rsidRPr="00BF194F">
        <w:rPr>
          <w:rFonts w:ascii="Arial" w:hAnsi="Arial" w:cs="Arial"/>
          <w:b/>
          <w:bCs/>
        </w:rPr>
        <w:t>Scopus</w:t>
      </w:r>
      <w:proofErr w:type="spellEnd"/>
      <w:r w:rsidRPr="00BF194F">
        <w:rPr>
          <w:rFonts w:ascii="Arial" w:hAnsi="Arial" w:cs="Arial"/>
          <w:b/>
          <w:bCs/>
        </w:rPr>
        <w:t>:</w:t>
      </w:r>
      <w:proofErr w:type="gramEnd"/>
    </w:p>
    <w:p w14:paraId="33564694" w14:textId="77777777" w:rsidR="00BB0F51" w:rsidRPr="00BF194F" w:rsidRDefault="00BB0F51" w:rsidP="00BF194F">
      <w:pPr>
        <w:spacing w:line="360" w:lineRule="auto"/>
        <w:rPr>
          <w:rFonts w:ascii="Arial" w:hAnsi="Arial" w:cs="Arial"/>
          <w:sz w:val="10"/>
          <w:szCs w:val="10"/>
        </w:rPr>
      </w:pPr>
      <w:r w:rsidRPr="00BF194F">
        <w:rPr>
          <w:rFonts w:ascii="Arial" w:hAnsi="Arial" w:cs="Arial"/>
        </w:rPr>
        <w:t xml:space="preserve"> </w:t>
      </w:r>
    </w:p>
    <w:p w14:paraId="0FDE5D68" w14:textId="4B1E0053" w:rsidR="00BB0F51" w:rsidRPr="00BF194F" w:rsidRDefault="007353D0" w:rsidP="00BF194F">
      <w:pPr>
        <w:spacing w:line="360" w:lineRule="auto"/>
        <w:rPr>
          <w:rFonts w:ascii="Arial" w:hAnsi="Arial" w:cs="Arial"/>
          <w:sz w:val="20"/>
          <w:szCs w:val="20"/>
        </w:rPr>
      </w:pPr>
      <w:r w:rsidRPr="00BF194F">
        <w:rPr>
          <w:rFonts w:ascii="Arial" w:hAnsi="Arial" w:cs="Arial"/>
          <w:sz w:val="20"/>
          <w:szCs w:val="20"/>
        </w:rPr>
        <w:t xml:space="preserve">The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equation</w:t>
      </w:r>
      <w:proofErr w:type="spellEnd"/>
      <w:r w:rsidRPr="00BF194F">
        <w:rPr>
          <w:rFonts w:ascii="Arial" w:hAnsi="Arial" w:cs="Arial"/>
          <w:sz w:val="20"/>
          <w:szCs w:val="20"/>
        </w:rPr>
        <w:t xml:space="preserve"> </w:t>
      </w:r>
      <w:proofErr w:type="spellStart"/>
      <w:r w:rsidRPr="00BF194F">
        <w:rPr>
          <w:rFonts w:ascii="Arial" w:hAnsi="Arial" w:cs="Arial"/>
          <w:sz w:val="20"/>
          <w:szCs w:val="20"/>
        </w:rPr>
        <w:t>is</w:t>
      </w:r>
      <w:proofErr w:type="spellEnd"/>
      <w:r w:rsidRPr="00BF194F">
        <w:rPr>
          <w:rFonts w:ascii="Arial" w:hAnsi="Arial" w:cs="Arial"/>
          <w:sz w:val="20"/>
          <w:szCs w:val="20"/>
        </w:rPr>
        <w:t xml:space="preserve"> as </w:t>
      </w:r>
      <w:proofErr w:type="spellStart"/>
      <w:proofErr w:type="gramStart"/>
      <w:r w:rsidRPr="00BF194F">
        <w:rPr>
          <w:rFonts w:ascii="Arial" w:hAnsi="Arial" w:cs="Arial"/>
          <w:sz w:val="20"/>
          <w:szCs w:val="20"/>
        </w:rPr>
        <w:t>follows</w:t>
      </w:r>
      <w:proofErr w:type="spellEnd"/>
      <w:r w:rsidRPr="00BF194F">
        <w:rPr>
          <w:rFonts w:ascii="Arial" w:hAnsi="Arial" w:cs="Arial"/>
          <w:sz w:val="20"/>
          <w:szCs w:val="20"/>
        </w:rPr>
        <w:t>:</w:t>
      </w:r>
      <w:proofErr w:type="gramEnd"/>
    </w:p>
    <w:p w14:paraId="60B216C0" w14:textId="77777777" w:rsidR="00BB0F51" w:rsidRPr="00BF194F" w:rsidRDefault="00BB0F51" w:rsidP="00BF194F">
      <w:pPr>
        <w:pStyle w:val="NormalWeb"/>
        <w:spacing w:before="0" w:beforeAutospacing="0" w:after="0" w:afterAutospacing="0" w:line="360" w:lineRule="auto"/>
        <w:jc w:val="both"/>
        <w:rPr>
          <w:rFonts w:ascii="Arial" w:hAnsi="Arial" w:cs="Arial"/>
          <w:b/>
          <w:bCs/>
          <w:i/>
          <w:iCs/>
          <w:color w:val="0070C0"/>
          <w:sz w:val="17"/>
          <w:szCs w:val="17"/>
        </w:rPr>
      </w:pPr>
      <w:r w:rsidRPr="00BF194F">
        <w:rPr>
          <w:rFonts w:ascii="Arial" w:hAnsi="Arial" w:cs="Arial"/>
          <w:b/>
          <w:bCs/>
          <w:i/>
          <w:iCs/>
          <w:color w:val="0070C0"/>
          <w:sz w:val="17"/>
          <w:szCs w:val="17"/>
        </w:rPr>
        <w:t>(("</w:t>
      </w:r>
      <w:proofErr w:type="spellStart"/>
      <w:r w:rsidRPr="00BF194F">
        <w:rPr>
          <w:rFonts w:ascii="Arial" w:hAnsi="Arial" w:cs="Arial"/>
          <w:b/>
          <w:bCs/>
          <w:i/>
          <w:iCs/>
          <w:color w:val="0070C0"/>
          <w:sz w:val="17"/>
          <w:szCs w:val="17"/>
        </w:rPr>
        <w:t>Musculoskeletal</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Diseases</w:t>
      </w:r>
      <w:proofErr w:type="spellEnd"/>
      <w:r w:rsidRPr="00BF194F">
        <w:rPr>
          <w:rFonts w:ascii="Arial" w:hAnsi="Arial" w:cs="Arial"/>
          <w:b/>
          <w:bCs/>
          <w:i/>
          <w:iCs/>
          <w:color w:val="0070C0"/>
          <w:sz w:val="17"/>
          <w:szCs w:val="17"/>
        </w:rPr>
        <w:t>" OR "</w:t>
      </w:r>
      <w:proofErr w:type="spellStart"/>
      <w:r w:rsidRPr="00BF194F">
        <w:rPr>
          <w:rFonts w:ascii="Arial" w:hAnsi="Arial" w:cs="Arial"/>
          <w:b/>
          <w:bCs/>
          <w:i/>
          <w:iCs/>
          <w:color w:val="0070C0"/>
          <w:sz w:val="17"/>
          <w:szCs w:val="17"/>
        </w:rPr>
        <w:t>Musculoskeletal</w:t>
      </w:r>
      <w:proofErr w:type="spellEnd"/>
      <w:r w:rsidRPr="00BF194F">
        <w:rPr>
          <w:rFonts w:ascii="Arial" w:hAnsi="Arial" w:cs="Arial"/>
          <w:b/>
          <w:bCs/>
          <w:i/>
          <w:iCs/>
          <w:color w:val="0070C0"/>
          <w:sz w:val="17"/>
          <w:szCs w:val="17"/>
        </w:rPr>
        <w:t xml:space="preserve"> Pain" OR "</w:t>
      </w:r>
      <w:proofErr w:type="spellStart"/>
      <w:r w:rsidRPr="00BF194F">
        <w:rPr>
          <w:rFonts w:ascii="Arial" w:hAnsi="Arial" w:cs="Arial"/>
          <w:b/>
          <w:bCs/>
          <w:i/>
          <w:iCs/>
          <w:color w:val="0070C0"/>
          <w:sz w:val="17"/>
          <w:szCs w:val="17"/>
        </w:rPr>
        <w:t>Musculoskeletal</w:t>
      </w:r>
      <w:proofErr w:type="spellEnd"/>
      <w:r w:rsidRPr="00BF194F">
        <w:rPr>
          <w:rFonts w:ascii="Arial" w:hAnsi="Arial" w:cs="Arial"/>
          <w:b/>
          <w:bCs/>
          <w:i/>
          <w:iCs/>
          <w:color w:val="0070C0"/>
          <w:sz w:val="17"/>
          <w:szCs w:val="17"/>
        </w:rPr>
        <w:t xml:space="preserve"> Conditions" OR "</w:t>
      </w:r>
      <w:proofErr w:type="spellStart"/>
      <w:r w:rsidRPr="00BF194F">
        <w:rPr>
          <w:rFonts w:ascii="Arial" w:hAnsi="Arial" w:cs="Arial"/>
          <w:b/>
          <w:bCs/>
          <w:i/>
          <w:iCs/>
          <w:color w:val="0070C0"/>
          <w:sz w:val="17"/>
          <w:szCs w:val="17"/>
        </w:rPr>
        <w:t>Musculoskeletal</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Disorders</w:t>
      </w:r>
      <w:proofErr w:type="spellEnd"/>
      <w:r w:rsidRPr="00BF194F">
        <w:rPr>
          <w:rFonts w:ascii="Arial" w:hAnsi="Arial" w:cs="Arial"/>
          <w:b/>
          <w:bCs/>
          <w:i/>
          <w:iCs/>
          <w:color w:val="0070C0"/>
          <w:sz w:val="17"/>
          <w:szCs w:val="17"/>
        </w:rPr>
        <w:t>" OR "</w:t>
      </w:r>
      <w:proofErr w:type="spellStart"/>
      <w:r w:rsidRPr="00BF194F">
        <w:rPr>
          <w:rFonts w:ascii="Arial" w:hAnsi="Arial" w:cs="Arial"/>
          <w:b/>
          <w:bCs/>
          <w:i/>
          <w:iCs/>
          <w:color w:val="0070C0"/>
          <w:sz w:val="17"/>
          <w:szCs w:val="17"/>
        </w:rPr>
        <w:t>Musculoskeletal</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Symptoms</w:t>
      </w:r>
      <w:proofErr w:type="spellEnd"/>
      <w:r w:rsidRPr="00BF194F">
        <w:rPr>
          <w:rFonts w:ascii="Arial" w:hAnsi="Arial" w:cs="Arial"/>
          <w:b/>
          <w:bCs/>
          <w:i/>
          <w:iCs/>
          <w:color w:val="0070C0"/>
          <w:sz w:val="17"/>
          <w:szCs w:val="17"/>
        </w:rPr>
        <w:t xml:space="preserve">") AND ("Physical </w:t>
      </w:r>
      <w:proofErr w:type="spellStart"/>
      <w:r w:rsidRPr="00BF194F">
        <w:rPr>
          <w:rFonts w:ascii="Arial" w:hAnsi="Arial" w:cs="Arial"/>
          <w:b/>
          <w:bCs/>
          <w:i/>
          <w:iCs/>
          <w:color w:val="0070C0"/>
          <w:sz w:val="17"/>
          <w:szCs w:val="17"/>
        </w:rPr>
        <w:t>Therapy</w:t>
      </w:r>
      <w:proofErr w:type="spellEnd"/>
      <w:r w:rsidRPr="00BF194F">
        <w:rPr>
          <w:rFonts w:ascii="Arial" w:hAnsi="Arial" w:cs="Arial"/>
          <w:b/>
          <w:bCs/>
          <w:i/>
          <w:iCs/>
          <w:color w:val="0070C0"/>
          <w:sz w:val="17"/>
          <w:szCs w:val="17"/>
        </w:rPr>
        <w:t>" OR "</w:t>
      </w:r>
      <w:proofErr w:type="spellStart"/>
      <w:r w:rsidRPr="00BF194F">
        <w:rPr>
          <w:rFonts w:ascii="Arial" w:hAnsi="Arial" w:cs="Arial"/>
          <w:b/>
          <w:bCs/>
          <w:i/>
          <w:iCs/>
          <w:color w:val="0070C0"/>
          <w:sz w:val="17"/>
          <w:szCs w:val="17"/>
        </w:rPr>
        <w:t>Physiotherapy</w:t>
      </w:r>
      <w:proofErr w:type="spellEnd"/>
      <w:r w:rsidRPr="00BF194F">
        <w:rPr>
          <w:rFonts w:ascii="Arial" w:hAnsi="Arial" w:cs="Arial"/>
          <w:b/>
          <w:bCs/>
          <w:i/>
          <w:iCs/>
          <w:color w:val="0070C0"/>
          <w:sz w:val="17"/>
          <w:szCs w:val="17"/>
        </w:rPr>
        <w:t>" OR "</w:t>
      </w:r>
      <w:proofErr w:type="spellStart"/>
      <w:r w:rsidRPr="00BF194F">
        <w:rPr>
          <w:rFonts w:ascii="Arial" w:hAnsi="Arial" w:cs="Arial"/>
          <w:b/>
          <w:bCs/>
          <w:i/>
          <w:iCs/>
          <w:color w:val="0070C0"/>
          <w:sz w:val="17"/>
          <w:szCs w:val="17"/>
        </w:rPr>
        <w:t>Rehabilitation</w:t>
      </w:r>
      <w:proofErr w:type="spellEnd"/>
      <w:r w:rsidRPr="00BF194F">
        <w:rPr>
          <w:rFonts w:ascii="Arial" w:hAnsi="Arial" w:cs="Arial"/>
          <w:b/>
          <w:bCs/>
          <w:i/>
          <w:iCs/>
          <w:color w:val="0070C0"/>
          <w:sz w:val="17"/>
          <w:szCs w:val="17"/>
        </w:rPr>
        <w:t xml:space="preserve">" OR "Physical </w:t>
      </w:r>
      <w:proofErr w:type="spellStart"/>
      <w:r w:rsidRPr="00BF194F">
        <w:rPr>
          <w:rFonts w:ascii="Arial" w:hAnsi="Arial" w:cs="Arial"/>
          <w:b/>
          <w:bCs/>
          <w:i/>
          <w:iCs/>
          <w:color w:val="0070C0"/>
          <w:sz w:val="17"/>
          <w:szCs w:val="17"/>
        </w:rPr>
        <w:t>Therapy</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Modalities</w:t>
      </w:r>
      <w:proofErr w:type="spellEnd"/>
      <w:r w:rsidRPr="00BF194F">
        <w:rPr>
          <w:rFonts w:ascii="Arial" w:hAnsi="Arial" w:cs="Arial"/>
          <w:b/>
          <w:bCs/>
          <w:i/>
          <w:iCs/>
          <w:color w:val="0070C0"/>
          <w:sz w:val="17"/>
          <w:szCs w:val="17"/>
        </w:rPr>
        <w:t xml:space="preserve">" OR "Physical </w:t>
      </w:r>
      <w:proofErr w:type="spellStart"/>
      <w:r w:rsidRPr="00BF194F">
        <w:rPr>
          <w:rFonts w:ascii="Arial" w:hAnsi="Arial" w:cs="Arial"/>
          <w:b/>
          <w:bCs/>
          <w:i/>
          <w:iCs/>
          <w:color w:val="0070C0"/>
          <w:sz w:val="17"/>
          <w:szCs w:val="17"/>
        </w:rPr>
        <w:t>Therapy</w:t>
      </w:r>
      <w:proofErr w:type="spellEnd"/>
      <w:r w:rsidRPr="00BF194F">
        <w:rPr>
          <w:rFonts w:ascii="Arial" w:hAnsi="Arial" w:cs="Arial"/>
          <w:b/>
          <w:bCs/>
          <w:i/>
          <w:iCs/>
          <w:color w:val="0070C0"/>
          <w:sz w:val="17"/>
          <w:szCs w:val="17"/>
        </w:rPr>
        <w:t xml:space="preserve"> Specialty") AND  ("Direct Access" OR "Self-</w:t>
      </w:r>
      <w:proofErr w:type="spellStart"/>
      <w:r w:rsidRPr="00BF194F">
        <w:rPr>
          <w:rFonts w:ascii="Arial" w:hAnsi="Arial" w:cs="Arial"/>
          <w:b/>
          <w:bCs/>
          <w:i/>
          <w:iCs/>
          <w:color w:val="0070C0"/>
          <w:sz w:val="17"/>
          <w:szCs w:val="17"/>
        </w:rPr>
        <w:t>Referral</w:t>
      </w:r>
      <w:proofErr w:type="spellEnd"/>
      <w:r w:rsidRPr="00BF194F">
        <w:rPr>
          <w:rFonts w:ascii="Arial" w:hAnsi="Arial" w:cs="Arial"/>
          <w:b/>
          <w:bCs/>
          <w:i/>
          <w:iCs/>
          <w:color w:val="0070C0"/>
          <w:sz w:val="17"/>
          <w:szCs w:val="17"/>
        </w:rPr>
        <w:t>" OR "Patient-</w:t>
      </w:r>
      <w:proofErr w:type="spellStart"/>
      <w:r w:rsidRPr="00BF194F">
        <w:rPr>
          <w:rFonts w:ascii="Arial" w:hAnsi="Arial" w:cs="Arial"/>
          <w:b/>
          <w:bCs/>
          <w:i/>
          <w:iCs/>
          <w:color w:val="0070C0"/>
          <w:sz w:val="17"/>
          <w:szCs w:val="17"/>
        </w:rPr>
        <w:t>Initiated</w:t>
      </w:r>
      <w:proofErr w:type="spellEnd"/>
      <w:r w:rsidRPr="00BF194F">
        <w:rPr>
          <w:rFonts w:ascii="Arial" w:hAnsi="Arial" w:cs="Arial"/>
          <w:b/>
          <w:bCs/>
          <w:i/>
          <w:iCs/>
          <w:color w:val="0070C0"/>
          <w:sz w:val="17"/>
          <w:szCs w:val="17"/>
        </w:rPr>
        <w:t xml:space="preserve"> Access" OR "First-Contact </w:t>
      </w:r>
      <w:proofErr w:type="spellStart"/>
      <w:r w:rsidRPr="00BF194F">
        <w:rPr>
          <w:rFonts w:ascii="Arial" w:hAnsi="Arial" w:cs="Arial"/>
          <w:b/>
          <w:bCs/>
          <w:i/>
          <w:iCs/>
          <w:color w:val="0070C0"/>
          <w:sz w:val="17"/>
          <w:szCs w:val="17"/>
        </w:rPr>
        <w:t>Physiotherapy</w:t>
      </w:r>
      <w:proofErr w:type="spellEnd"/>
      <w:r w:rsidRPr="00BF194F">
        <w:rPr>
          <w:rFonts w:ascii="Arial" w:hAnsi="Arial" w:cs="Arial"/>
          <w:b/>
          <w:bCs/>
          <w:i/>
          <w:iCs/>
          <w:color w:val="0070C0"/>
          <w:sz w:val="17"/>
          <w:szCs w:val="17"/>
        </w:rPr>
        <w:t xml:space="preserve">") AND ("General </w:t>
      </w:r>
      <w:proofErr w:type="spellStart"/>
      <w:r w:rsidRPr="00BF194F">
        <w:rPr>
          <w:rFonts w:ascii="Arial" w:hAnsi="Arial" w:cs="Arial"/>
          <w:b/>
          <w:bCs/>
          <w:i/>
          <w:iCs/>
          <w:color w:val="0070C0"/>
          <w:sz w:val="17"/>
          <w:szCs w:val="17"/>
        </w:rPr>
        <w:t>Practitioners</w:t>
      </w:r>
      <w:proofErr w:type="spellEnd"/>
      <w:r w:rsidRPr="00BF194F">
        <w:rPr>
          <w:rFonts w:ascii="Arial" w:hAnsi="Arial" w:cs="Arial"/>
          <w:b/>
          <w:bCs/>
          <w:i/>
          <w:iCs/>
          <w:color w:val="0070C0"/>
          <w:sz w:val="17"/>
          <w:szCs w:val="17"/>
        </w:rPr>
        <w:t xml:space="preserve">" OR "Family </w:t>
      </w:r>
      <w:proofErr w:type="spellStart"/>
      <w:r w:rsidRPr="00BF194F">
        <w:rPr>
          <w:rFonts w:ascii="Arial" w:hAnsi="Arial" w:cs="Arial"/>
          <w:b/>
          <w:bCs/>
          <w:i/>
          <w:iCs/>
          <w:color w:val="0070C0"/>
          <w:sz w:val="17"/>
          <w:szCs w:val="17"/>
        </w:rPr>
        <w:t>Physicians</w:t>
      </w:r>
      <w:proofErr w:type="spellEnd"/>
      <w:r w:rsidRPr="00BF194F">
        <w:rPr>
          <w:rFonts w:ascii="Arial" w:hAnsi="Arial" w:cs="Arial"/>
          <w:b/>
          <w:bCs/>
          <w:i/>
          <w:iCs/>
          <w:color w:val="0070C0"/>
          <w:sz w:val="17"/>
          <w:szCs w:val="17"/>
        </w:rPr>
        <w:t>" OR "</w:t>
      </w:r>
      <w:proofErr w:type="spellStart"/>
      <w:r w:rsidRPr="00BF194F">
        <w:rPr>
          <w:rFonts w:ascii="Arial" w:hAnsi="Arial" w:cs="Arial"/>
          <w:b/>
          <w:bCs/>
          <w:i/>
          <w:iCs/>
          <w:color w:val="0070C0"/>
          <w:sz w:val="17"/>
          <w:szCs w:val="17"/>
        </w:rPr>
        <w:t>Primary</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Health</w:t>
      </w:r>
      <w:proofErr w:type="spellEnd"/>
      <w:r w:rsidRPr="00BF194F">
        <w:rPr>
          <w:rFonts w:ascii="Arial" w:hAnsi="Arial" w:cs="Arial"/>
          <w:b/>
          <w:bCs/>
          <w:i/>
          <w:iCs/>
          <w:color w:val="0070C0"/>
          <w:sz w:val="17"/>
          <w:szCs w:val="17"/>
        </w:rPr>
        <w:t xml:space="preserve"> Care" OR "General Practice" OR "</w:t>
      </w:r>
      <w:proofErr w:type="spellStart"/>
      <w:r w:rsidRPr="00BF194F">
        <w:rPr>
          <w:rFonts w:ascii="Arial" w:hAnsi="Arial" w:cs="Arial"/>
          <w:b/>
          <w:bCs/>
          <w:i/>
          <w:iCs/>
          <w:color w:val="0070C0"/>
          <w:sz w:val="17"/>
          <w:szCs w:val="17"/>
        </w:rPr>
        <w:t>Primary</w:t>
      </w:r>
      <w:proofErr w:type="spellEnd"/>
      <w:r w:rsidRPr="00BF194F">
        <w:rPr>
          <w:rFonts w:ascii="Arial" w:hAnsi="Arial" w:cs="Arial"/>
          <w:b/>
          <w:bCs/>
          <w:i/>
          <w:iCs/>
          <w:color w:val="0070C0"/>
          <w:sz w:val="17"/>
          <w:szCs w:val="17"/>
        </w:rPr>
        <w:t xml:space="preserve"> Care </w:t>
      </w:r>
      <w:proofErr w:type="spellStart"/>
      <w:r w:rsidRPr="00BF194F">
        <w:rPr>
          <w:rFonts w:ascii="Arial" w:hAnsi="Arial" w:cs="Arial"/>
          <w:b/>
          <w:bCs/>
          <w:i/>
          <w:iCs/>
          <w:color w:val="0070C0"/>
          <w:sz w:val="17"/>
          <w:szCs w:val="17"/>
        </w:rPr>
        <w:t>Physician</w:t>
      </w:r>
      <w:proofErr w:type="spellEnd"/>
      <w:r w:rsidRPr="00BF194F">
        <w:rPr>
          <w:rFonts w:ascii="Arial" w:hAnsi="Arial" w:cs="Arial"/>
          <w:b/>
          <w:bCs/>
          <w:i/>
          <w:iCs/>
          <w:color w:val="0070C0"/>
          <w:sz w:val="17"/>
          <w:szCs w:val="17"/>
        </w:rPr>
        <w:t xml:space="preserve">" OR "Family </w:t>
      </w:r>
      <w:proofErr w:type="spellStart"/>
      <w:r w:rsidRPr="00BF194F">
        <w:rPr>
          <w:rFonts w:ascii="Arial" w:hAnsi="Arial" w:cs="Arial"/>
          <w:b/>
          <w:bCs/>
          <w:i/>
          <w:iCs/>
          <w:color w:val="0070C0"/>
          <w:sz w:val="17"/>
          <w:szCs w:val="17"/>
        </w:rPr>
        <w:t>Doctor</w:t>
      </w:r>
      <w:proofErr w:type="spellEnd"/>
      <w:r w:rsidRPr="00BF194F">
        <w:rPr>
          <w:rFonts w:ascii="Arial" w:hAnsi="Arial" w:cs="Arial"/>
          <w:b/>
          <w:bCs/>
          <w:i/>
          <w:iCs/>
          <w:color w:val="0070C0"/>
          <w:sz w:val="17"/>
          <w:szCs w:val="17"/>
        </w:rPr>
        <w:t xml:space="preserve">" OR "General </w:t>
      </w:r>
      <w:proofErr w:type="spellStart"/>
      <w:r w:rsidRPr="00BF194F">
        <w:rPr>
          <w:rFonts w:ascii="Arial" w:hAnsi="Arial" w:cs="Arial"/>
          <w:b/>
          <w:bCs/>
          <w:i/>
          <w:iCs/>
          <w:color w:val="0070C0"/>
          <w:sz w:val="17"/>
          <w:szCs w:val="17"/>
        </w:rPr>
        <w:t>Medical</w:t>
      </w:r>
      <w:proofErr w:type="spellEnd"/>
      <w:r w:rsidRPr="00BF194F">
        <w:rPr>
          <w:rFonts w:ascii="Arial" w:hAnsi="Arial" w:cs="Arial"/>
          <w:b/>
          <w:bCs/>
          <w:i/>
          <w:iCs/>
          <w:color w:val="0070C0"/>
          <w:sz w:val="17"/>
          <w:szCs w:val="17"/>
        </w:rPr>
        <w:t xml:space="preserve"> Practice"))</w:t>
      </w:r>
    </w:p>
    <w:p w14:paraId="2B1FB7E4" w14:textId="77777777" w:rsidR="00BB0F51" w:rsidRPr="00BF194F" w:rsidRDefault="00BB0F51" w:rsidP="00BF194F">
      <w:pPr>
        <w:pStyle w:val="NormalWeb"/>
        <w:spacing w:line="360" w:lineRule="auto"/>
        <w:jc w:val="both"/>
        <w:rPr>
          <w:rFonts w:ascii="Arial" w:hAnsi="Arial" w:cs="Arial"/>
          <w:b/>
          <w:bCs/>
          <w:i/>
          <w:iCs/>
          <w:sz w:val="2"/>
          <w:szCs w:val="2"/>
        </w:rPr>
      </w:pPr>
    </w:p>
    <w:p w14:paraId="3754A3E2" w14:textId="77777777" w:rsidR="007353D0" w:rsidRPr="00BF194F" w:rsidRDefault="007353D0" w:rsidP="00BF194F">
      <w:pPr>
        <w:pStyle w:val="NormalWeb"/>
        <w:spacing w:line="360" w:lineRule="auto"/>
        <w:jc w:val="both"/>
        <w:rPr>
          <w:rFonts w:ascii="Arial" w:hAnsi="Arial" w:cs="Arial"/>
          <w:b/>
          <w:bCs/>
          <w:i/>
          <w:iCs/>
          <w:sz w:val="2"/>
          <w:szCs w:val="2"/>
        </w:rPr>
      </w:pPr>
    </w:p>
    <w:p w14:paraId="7ADE6E21" w14:textId="77777777" w:rsidR="00BB0F51" w:rsidRPr="00BF194F" w:rsidRDefault="00BB0F51" w:rsidP="00BF194F">
      <w:pPr>
        <w:pStyle w:val="NormalWeb"/>
        <w:spacing w:line="360" w:lineRule="auto"/>
        <w:jc w:val="both"/>
        <w:rPr>
          <w:rFonts w:ascii="Arial" w:hAnsi="Arial" w:cs="Arial"/>
          <w:b/>
          <w:bCs/>
          <w:i/>
          <w:iCs/>
          <w:sz w:val="2"/>
          <w:szCs w:val="2"/>
        </w:rPr>
      </w:pPr>
    </w:p>
    <w:p w14:paraId="04CF4905" w14:textId="77777777" w:rsidR="007353D0" w:rsidRPr="00BF194F" w:rsidRDefault="007353D0" w:rsidP="00BF194F">
      <w:pPr>
        <w:pStyle w:val="NormalWeb"/>
        <w:spacing w:line="360" w:lineRule="auto"/>
        <w:jc w:val="both"/>
        <w:rPr>
          <w:rFonts w:ascii="Arial" w:hAnsi="Arial" w:cs="Arial"/>
          <w:b/>
          <w:bCs/>
          <w:i/>
          <w:iCs/>
          <w:sz w:val="2"/>
          <w:szCs w:val="2"/>
        </w:rPr>
      </w:pPr>
    </w:p>
    <w:p w14:paraId="4233F30E" w14:textId="13FD26B5" w:rsidR="00BB0F51" w:rsidRPr="00BF194F" w:rsidRDefault="007353D0" w:rsidP="00BF194F">
      <w:pPr>
        <w:pStyle w:val="Titre3"/>
        <w:spacing w:line="360" w:lineRule="auto"/>
        <w:rPr>
          <w:rFonts w:cs="Arial"/>
        </w:rPr>
      </w:pPr>
      <w:proofErr w:type="spellStart"/>
      <w:r w:rsidRPr="00BF194F">
        <w:rPr>
          <w:rFonts w:cs="Arial"/>
        </w:rPr>
        <w:lastRenderedPageBreak/>
        <w:t>Search</w:t>
      </w:r>
      <w:proofErr w:type="spellEnd"/>
      <w:r w:rsidRPr="00BF194F">
        <w:rPr>
          <w:rFonts w:cs="Arial"/>
        </w:rPr>
        <w:t xml:space="preserve"> </w:t>
      </w:r>
      <w:proofErr w:type="spellStart"/>
      <w:r w:rsidRPr="00BF194F">
        <w:rPr>
          <w:rFonts w:cs="Arial"/>
        </w:rPr>
        <w:t>equation</w:t>
      </w:r>
      <w:proofErr w:type="spellEnd"/>
      <w:r w:rsidRPr="00BF194F">
        <w:rPr>
          <w:rFonts w:cs="Arial"/>
        </w:rPr>
        <w:t xml:space="preserve"> for the Google Scholar </w:t>
      </w:r>
      <w:proofErr w:type="spellStart"/>
      <w:r w:rsidRPr="00BF194F">
        <w:rPr>
          <w:rFonts w:cs="Arial"/>
        </w:rPr>
        <w:t>database</w:t>
      </w:r>
      <w:proofErr w:type="spellEnd"/>
    </w:p>
    <w:p w14:paraId="5E003EB8" w14:textId="77777777" w:rsidR="00BB0F51" w:rsidRPr="00BF194F" w:rsidRDefault="00BB0F51" w:rsidP="00BF194F">
      <w:pPr>
        <w:spacing w:line="360" w:lineRule="auto"/>
        <w:rPr>
          <w:rFonts w:ascii="Arial" w:hAnsi="Arial" w:cs="Arial"/>
          <w:sz w:val="18"/>
          <w:szCs w:val="18"/>
          <w:lang w:eastAsia="fr-FR"/>
        </w:rPr>
      </w:pPr>
    </w:p>
    <w:p w14:paraId="3BF16499" w14:textId="1A6FF339" w:rsidR="007353D0" w:rsidRPr="00BF194F" w:rsidRDefault="007353D0" w:rsidP="00BF194F">
      <w:pPr>
        <w:spacing w:line="360" w:lineRule="auto"/>
        <w:jc w:val="both"/>
        <w:rPr>
          <w:rFonts w:ascii="Arial" w:hAnsi="Arial" w:cs="Arial"/>
          <w:sz w:val="20"/>
          <w:szCs w:val="20"/>
        </w:rPr>
      </w:pPr>
      <w:r w:rsidRPr="00BF194F">
        <w:rPr>
          <w:rFonts w:ascii="Arial" w:hAnsi="Arial" w:cs="Arial"/>
          <w:sz w:val="20"/>
          <w:szCs w:val="20"/>
        </w:rPr>
        <w:t xml:space="preserve">The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strategy</w:t>
      </w:r>
      <w:proofErr w:type="spellEnd"/>
      <w:r w:rsidRPr="00BF194F">
        <w:rPr>
          <w:rFonts w:ascii="Arial" w:hAnsi="Arial" w:cs="Arial"/>
          <w:sz w:val="20"/>
          <w:szCs w:val="20"/>
        </w:rPr>
        <w:t xml:space="preserve"> for the Google Scholar </w:t>
      </w:r>
      <w:proofErr w:type="spellStart"/>
      <w:r w:rsidRPr="00BF194F">
        <w:rPr>
          <w:rFonts w:ascii="Arial" w:hAnsi="Arial" w:cs="Arial"/>
          <w:sz w:val="20"/>
          <w:szCs w:val="20"/>
        </w:rPr>
        <w:t>database</w:t>
      </w:r>
      <w:proofErr w:type="spellEnd"/>
      <w:r w:rsidRPr="00BF194F">
        <w:rPr>
          <w:rFonts w:ascii="Arial" w:hAnsi="Arial" w:cs="Arial"/>
          <w:sz w:val="20"/>
          <w:szCs w:val="20"/>
        </w:rPr>
        <w:t xml:space="preserve"> (</w:t>
      </w:r>
      <w:proofErr w:type="spellStart"/>
      <w:r w:rsidRPr="00BF194F">
        <w:rPr>
          <w:rFonts w:ascii="Arial" w:hAnsi="Arial" w:cs="Arial"/>
          <w:sz w:val="20"/>
          <w:szCs w:val="20"/>
        </w:rPr>
        <w:t>managed</w:t>
      </w:r>
      <w:proofErr w:type="spellEnd"/>
      <w:r w:rsidRPr="00BF194F">
        <w:rPr>
          <w:rFonts w:ascii="Arial" w:hAnsi="Arial" w:cs="Arial"/>
          <w:sz w:val="20"/>
          <w:szCs w:val="20"/>
        </w:rPr>
        <w:t xml:space="preserve"> by Google) </w:t>
      </w:r>
      <w:proofErr w:type="spellStart"/>
      <w:r w:rsidRPr="00BF194F">
        <w:rPr>
          <w:rFonts w:ascii="Arial" w:hAnsi="Arial" w:cs="Arial"/>
          <w:sz w:val="20"/>
          <w:szCs w:val="20"/>
        </w:rPr>
        <w:t>was</w:t>
      </w:r>
      <w:proofErr w:type="spellEnd"/>
      <w:r w:rsidRPr="00BF194F">
        <w:rPr>
          <w:rFonts w:ascii="Arial" w:hAnsi="Arial" w:cs="Arial"/>
          <w:sz w:val="20"/>
          <w:szCs w:val="20"/>
        </w:rPr>
        <w:t xml:space="preserve"> </w:t>
      </w:r>
      <w:proofErr w:type="spellStart"/>
      <w:r w:rsidRPr="00BF194F">
        <w:rPr>
          <w:rFonts w:ascii="Arial" w:hAnsi="Arial" w:cs="Arial"/>
          <w:sz w:val="20"/>
          <w:szCs w:val="20"/>
        </w:rPr>
        <w:t>adapted</w:t>
      </w:r>
      <w:proofErr w:type="spellEnd"/>
      <w:r w:rsidRPr="00BF194F">
        <w:rPr>
          <w:rFonts w:ascii="Arial" w:hAnsi="Arial" w:cs="Arial"/>
          <w:sz w:val="20"/>
          <w:szCs w:val="20"/>
        </w:rPr>
        <w:t xml:space="preserve"> to the </w:t>
      </w:r>
      <w:proofErr w:type="spellStart"/>
      <w:r w:rsidRPr="00BF194F">
        <w:rPr>
          <w:rFonts w:ascii="Arial" w:hAnsi="Arial" w:cs="Arial"/>
          <w:sz w:val="20"/>
          <w:szCs w:val="20"/>
        </w:rPr>
        <w:t>specific</w:t>
      </w:r>
      <w:proofErr w:type="spellEnd"/>
      <w:r w:rsidRPr="00BF194F">
        <w:rPr>
          <w:rFonts w:ascii="Arial" w:hAnsi="Arial" w:cs="Arial"/>
          <w:sz w:val="20"/>
          <w:szCs w:val="20"/>
        </w:rPr>
        <w:t xml:space="preserve"> </w:t>
      </w:r>
      <w:proofErr w:type="spellStart"/>
      <w:r w:rsidRPr="00BF194F">
        <w:rPr>
          <w:rFonts w:ascii="Arial" w:hAnsi="Arial" w:cs="Arial"/>
          <w:sz w:val="20"/>
          <w:szCs w:val="20"/>
        </w:rPr>
        <w:t>characteristics</w:t>
      </w:r>
      <w:proofErr w:type="spellEnd"/>
      <w:r w:rsidRPr="00BF194F">
        <w:rPr>
          <w:rFonts w:ascii="Arial" w:hAnsi="Arial" w:cs="Arial"/>
          <w:sz w:val="20"/>
          <w:szCs w:val="20"/>
        </w:rPr>
        <w:t xml:space="preserve"> of </w:t>
      </w:r>
      <w:proofErr w:type="spellStart"/>
      <w:r w:rsidRPr="00BF194F">
        <w:rPr>
          <w:rFonts w:ascii="Arial" w:hAnsi="Arial" w:cs="Arial"/>
          <w:sz w:val="20"/>
          <w:szCs w:val="20"/>
        </w:rPr>
        <w:t>this</w:t>
      </w:r>
      <w:proofErr w:type="spellEnd"/>
      <w:r w:rsidRPr="00BF194F">
        <w:rPr>
          <w:rFonts w:ascii="Arial" w:hAnsi="Arial" w:cs="Arial"/>
          <w:sz w:val="20"/>
          <w:szCs w:val="20"/>
        </w:rPr>
        <w:t xml:space="preserve"> platform. </w:t>
      </w:r>
      <w:proofErr w:type="spellStart"/>
      <w:r w:rsidRPr="00BF194F">
        <w:rPr>
          <w:rFonts w:ascii="Arial" w:hAnsi="Arial" w:cs="Arial"/>
          <w:sz w:val="20"/>
          <w:szCs w:val="20"/>
        </w:rPr>
        <w:t>Unlike</w:t>
      </w:r>
      <w:proofErr w:type="spellEnd"/>
      <w:r w:rsidRPr="00BF194F">
        <w:rPr>
          <w:rFonts w:ascii="Arial" w:hAnsi="Arial" w:cs="Arial"/>
          <w:sz w:val="20"/>
          <w:szCs w:val="20"/>
        </w:rPr>
        <w:t xml:space="preserve"> </w:t>
      </w:r>
      <w:proofErr w:type="spellStart"/>
      <w:r w:rsidRPr="00BF194F">
        <w:rPr>
          <w:rFonts w:ascii="Arial" w:hAnsi="Arial" w:cs="Arial"/>
          <w:sz w:val="20"/>
          <w:szCs w:val="20"/>
        </w:rPr>
        <w:t>databases</w:t>
      </w:r>
      <w:proofErr w:type="spellEnd"/>
      <w:r w:rsidRPr="00BF194F">
        <w:rPr>
          <w:rFonts w:ascii="Arial" w:hAnsi="Arial" w:cs="Arial"/>
          <w:sz w:val="20"/>
          <w:szCs w:val="20"/>
        </w:rPr>
        <w:t xml:space="preserve"> </w:t>
      </w:r>
      <w:proofErr w:type="spellStart"/>
      <w:r w:rsidRPr="00BF194F">
        <w:rPr>
          <w:rFonts w:ascii="Arial" w:hAnsi="Arial" w:cs="Arial"/>
          <w:sz w:val="20"/>
          <w:szCs w:val="20"/>
        </w:rPr>
        <w:t>such</w:t>
      </w:r>
      <w:proofErr w:type="spellEnd"/>
      <w:r w:rsidRPr="00BF194F">
        <w:rPr>
          <w:rFonts w:ascii="Arial" w:hAnsi="Arial" w:cs="Arial"/>
          <w:sz w:val="20"/>
          <w:szCs w:val="20"/>
        </w:rPr>
        <w:t xml:space="preserve"> as </w:t>
      </w:r>
      <w:proofErr w:type="spellStart"/>
      <w:r w:rsidRPr="00BF194F">
        <w:rPr>
          <w:rFonts w:ascii="Arial" w:hAnsi="Arial" w:cs="Arial"/>
          <w:sz w:val="20"/>
          <w:szCs w:val="20"/>
        </w:rPr>
        <w:t>Scopus</w:t>
      </w:r>
      <w:proofErr w:type="spellEnd"/>
      <w:r w:rsidRPr="00BF194F">
        <w:rPr>
          <w:rFonts w:ascii="Arial" w:hAnsi="Arial" w:cs="Arial"/>
          <w:sz w:val="20"/>
          <w:szCs w:val="20"/>
        </w:rPr>
        <w:t xml:space="preserve"> or PubMed, Google Scholar </w:t>
      </w:r>
      <w:proofErr w:type="spellStart"/>
      <w:r w:rsidRPr="00BF194F">
        <w:rPr>
          <w:rFonts w:ascii="Arial" w:hAnsi="Arial" w:cs="Arial"/>
          <w:sz w:val="20"/>
          <w:szCs w:val="20"/>
        </w:rPr>
        <w:t>does</w:t>
      </w:r>
      <w:proofErr w:type="spellEnd"/>
      <w:r w:rsidRPr="00BF194F">
        <w:rPr>
          <w:rFonts w:ascii="Arial" w:hAnsi="Arial" w:cs="Arial"/>
          <w:sz w:val="20"/>
          <w:szCs w:val="20"/>
        </w:rPr>
        <w:t xml:space="preserve"> not use a </w:t>
      </w:r>
      <w:proofErr w:type="spellStart"/>
      <w:r w:rsidRPr="00BF194F">
        <w:rPr>
          <w:rFonts w:ascii="Arial" w:hAnsi="Arial" w:cs="Arial"/>
          <w:sz w:val="20"/>
          <w:szCs w:val="20"/>
        </w:rPr>
        <w:t>controlled</w:t>
      </w:r>
      <w:proofErr w:type="spellEnd"/>
      <w:r w:rsidRPr="00BF194F">
        <w:rPr>
          <w:rFonts w:ascii="Arial" w:hAnsi="Arial" w:cs="Arial"/>
          <w:sz w:val="20"/>
          <w:szCs w:val="20"/>
        </w:rPr>
        <w:t xml:space="preserve"> thesaurus like MeSH for </w:t>
      </w:r>
      <w:proofErr w:type="spellStart"/>
      <w:r w:rsidRPr="00BF194F">
        <w:rPr>
          <w:rFonts w:ascii="Arial" w:hAnsi="Arial" w:cs="Arial"/>
          <w:sz w:val="20"/>
          <w:szCs w:val="20"/>
        </w:rPr>
        <w:t>indexing</w:t>
      </w:r>
      <w:proofErr w:type="spellEnd"/>
      <w:r w:rsidRPr="00BF194F">
        <w:rPr>
          <w:rFonts w:ascii="Arial" w:hAnsi="Arial" w:cs="Arial"/>
          <w:sz w:val="20"/>
          <w:szCs w:val="20"/>
        </w:rPr>
        <w:t xml:space="preserve"> but </w:t>
      </w:r>
      <w:proofErr w:type="spellStart"/>
      <w:r w:rsidRPr="00BF194F">
        <w:rPr>
          <w:rFonts w:ascii="Arial" w:hAnsi="Arial" w:cs="Arial"/>
          <w:sz w:val="20"/>
          <w:szCs w:val="20"/>
        </w:rPr>
        <w:t>instead</w:t>
      </w:r>
      <w:proofErr w:type="spellEnd"/>
      <w:r w:rsidRPr="00BF194F">
        <w:rPr>
          <w:rFonts w:ascii="Arial" w:hAnsi="Arial" w:cs="Arial"/>
          <w:sz w:val="20"/>
          <w:szCs w:val="20"/>
        </w:rPr>
        <w:t xml:space="preserve"> relies on keywords, article </w:t>
      </w:r>
      <w:proofErr w:type="spellStart"/>
      <w:r w:rsidRPr="00BF194F">
        <w:rPr>
          <w:rFonts w:ascii="Arial" w:hAnsi="Arial" w:cs="Arial"/>
          <w:sz w:val="20"/>
          <w:szCs w:val="20"/>
        </w:rPr>
        <w:t>titles</w:t>
      </w:r>
      <w:proofErr w:type="spellEnd"/>
      <w:r w:rsidRPr="00BF194F">
        <w:rPr>
          <w:rFonts w:ascii="Arial" w:hAnsi="Arial" w:cs="Arial"/>
          <w:sz w:val="20"/>
          <w:szCs w:val="20"/>
        </w:rPr>
        <w:t xml:space="preserve">, and citations to </w:t>
      </w:r>
      <w:proofErr w:type="spellStart"/>
      <w:r w:rsidRPr="00BF194F">
        <w:rPr>
          <w:rFonts w:ascii="Arial" w:hAnsi="Arial" w:cs="Arial"/>
          <w:sz w:val="20"/>
          <w:szCs w:val="20"/>
        </w:rPr>
        <w:t>identify</w:t>
      </w:r>
      <w:proofErr w:type="spellEnd"/>
      <w:r w:rsidRPr="00BF194F">
        <w:rPr>
          <w:rFonts w:ascii="Arial" w:hAnsi="Arial" w:cs="Arial"/>
          <w:sz w:val="20"/>
          <w:szCs w:val="20"/>
        </w:rPr>
        <w:t xml:space="preserve"> relevant documents.</w:t>
      </w:r>
    </w:p>
    <w:p w14:paraId="36AD17D4" w14:textId="77777777" w:rsidR="007353D0" w:rsidRPr="00BF194F" w:rsidRDefault="007353D0" w:rsidP="00BF194F">
      <w:pPr>
        <w:spacing w:line="360" w:lineRule="auto"/>
        <w:jc w:val="both"/>
        <w:rPr>
          <w:rFonts w:ascii="Arial" w:hAnsi="Arial" w:cs="Arial"/>
          <w:sz w:val="20"/>
          <w:szCs w:val="20"/>
        </w:rPr>
      </w:pPr>
      <w:r w:rsidRPr="00BF194F">
        <w:rPr>
          <w:rFonts w:ascii="Arial" w:hAnsi="Arial" w:cs="Arial"/>
          <w:sz w:val="20"/>
          <w:szCs w:val="20"/>
        </w:rPr>
        <w:t xml:space="preserve">It </w:t>
      </w:r>
      <w:proofErr w:type="spellStart"/>
      <w:r w:rsidRPr="00BF194F">
        <w:rPr>
          <w:rFonts w:ascii="Arial" w:hAnsi="Arial" w:cs="Arial"/>
          <w:sz w:val="20"/>
          <w:szCs w:val="20"/>
        </w:rPr>
        <w:t>is</w:t>
      </w:r>
      <w:proofErr w:type="spellEnd"/>
      <w:r w:rsidRPr="00BF194F">
        <w:rPr>
          <w:rFonts w:ascii="Arial" w:hAnsi="Arial" w:cs="Arial"/>
          <w:sz w:val="20"/>
          <w:szCs w:val="20"/>
        </w:rPr>
        <w:t xml:space="preserve"> important to note </w:t>
      </w:r>
      <w:proofErr w:type="spellStart"/>
      <w:r w:rsidRPr="00BF194F">
        <w:rPr>
          <w:rFonts w:ascii="Arial" w:hAnsi="Arial" w:cs="Arial"/>
          <w:sz w:val="20"/>
          <w:szCs w:val="20"/>
        </w:rPr>
        <w:t>that</w:t>
      </w:r>
      <w:proofErr w:type="spellEnd"/>
      <w:r w:rsidRPr="00BF194F">
        <w:rPr>
          <w:rFonts w:ascii="Arial" w:hAnsi="Arial" w:cs="Arial"/>
          <w:sz w:val="20"/>
          <w:szCs w:val="20"/>
        </w:rPr>
        <w:t xml:space="preserve"> Google Scholar </w:t>
      </w:r>
      <w:proofErr w:type="spellStart"/>
      <w:r w:rsidRPr="00BF194F">
        <w:rPr>
          <w:rFonts w:ascii="Arial" w:hAnsi="Arial" w:cs="Arial"/>
          <w:sz w:val="20"/>
          <w:szCs w:val="20"/>
        </w:rPr>
        <w:t>often</w:t>
      </w:r>
      <w:proofErr w:type="spellEnd"/>
      <w:r w:rsidRPr="00BF194F">
        <w:rPr>
          <w:rFonts w:ascii="Arial" w:hAnsi="Arial" w:cs="Arial"/>
          <w:sz w:val="20"/>
          <w:szCs w:val="20"/>
        </w:rPr>
        <w:t xml:space="preserve"> </w:t>
      </w:r>
      <w:proofErr w:type="spellStart"/>
      <w:r w:rsidRPr="00BF194F">
        <w:rPr>
          <w:rFonts w:ascii="Arial" w:hAnsi="Arial" w:cs="Arial"/>
          <w:sz w:val="20"/>
          <w:szCs w:val="20"/>
        </w:rPr>
        <w:t>interprets</w:t>
      </w:r>
      <w:proofErr w:type="spellEnd"/>
      <w:r w:rsidRPr="00BF194F">
        <w:rPr>
          <w:rFonts w:ascii="Arial" w:hAnsi="Arial" w:cs="Arial"/>
          <w:sz w:val="20"/>
          <w:szCs w:val="20"/>
        </w:rPr>
        <w:t xml:space="preserve"> Boolean </w:t>
      </w:r>
      <w:proofErr w:type="spellStart"/>
      <w:r w:rsidRPr="00BF194F">
        <w:rPr>
          <w:rFonts w:ascii="Arial" w:hAnsi="Arial" w:cs="Arial"/>
          <w:sz w:val="20"/>
          <w:szCs w:val="20"/>
        </w:rPr>
        <w:t>operators</w:t>
      </w:r>
      <w:proofErr w:type="spellEnd"/>
      <w:r w:rsidRPr="00BF194F">
        <w:rPr>
          <w:rFonts w:ascii="Arial" w:hAnsi="Arial" w:cs="Arial"/>
          <w:sz w:val="20"/>
          <w:szCs w:val="20"/>
        </w:rPr>
        <w:t xml:space="preserve"> "AND" and "OR" more </w:t>
      </w:r>
      <w:proofErr w:type="spellStart"/>
      <w:r w:rsidRPr="00BF194F">
        <w:rPr>
          <w:rFonts w:ascii="Arial" w:hAnsi="Arial" w:cs="Arial"/>
          <w:sz w:val="20"/>
          <w:szCs w:val="20"/>
        </w:rPr>
        <w:t>flexibly</w:t>
      </w:r>
      <w:proofErr w:type="spellEnd"/>
      <w:r w:rsidRPr="00BF194F">
        <w:rPr>
          <w:rFonts w:ascii="Arial" w:hAnsi="Arial" w:cs="Arial"/>
          <w:sz w:val="20"/>
          <w:szCs w:val="20"/>
        </w:rPr>
        <w:t xml:space="preserve"> </w:t>
      </w:r>
      <w:proofErr w:type="spellStart"/>
      <w:r w:rsidRPr="00BF194F">
        <w:rPr>
          <w:rFonts w:ascii="Arial" w:hAnsi="Arial" w:cs="Arial"/>
          <w:sz w:val="20"/>
          <w:szCs w:val="20"/>
        </w:rPr>
        <w:t>than</w:t>
      </w:r>
      <w:proofErr w:type="spellEnd"/>
      <w:r w:rsidRPr="00BF194F">
        <w:rPr>
          <w:rFonts w:ascii="Arial" w:hAnsi="Arial" w:cs="Arial"/>
          <w:sz w:val="20"/>
          <w:szCs w:val="20"/>
        </w:rPr>
        <w:t xml:space="preserve"> </w:t>
      </w:r>
      <w:proofErr w:type="spellStart"/>
      <w:r w:rsidRPr="00BF194F">
        <w:rPr>
          <w:rFonts w:ascii="Arial" w:hAnsi="Arial" w:cs="Arial"/>
          <w:sz w:val="20"/>
          <w:szCs w:val="20"/>
        </w:rPr>
        <w:t>specialized</w:t>
      </w:r>
      <w:proofErr w:type="spellEnd"/>
      <w:r w:rsidRPr="00BF194F">
        <w:rPr>
          <w:rFonts w:ascii="Arial" w:hAnsi="Arial" w:cs="Arial"/>
          <w:sz w:val="20"/>
          <w:szCs w:val="20"/>
        </w:rPr>
        <w:t xml:space="preserve"> </w:t>
      </w:r>
      <w:proofErr w:type="spellStart"/>
      <w:r w:rsidRPr="00BF194F">
        <w:rPr>
          <w:rFonts w:ascii="Arial" w:hAnsi="Arial" w:cs="Arial"/>
          <w:sz w:val="20"/>
          <w:szCs w:val="20"/>
        </w:rPr>
        <w:t>databases</w:t>
      </w:r>
      <w:proofErr w:type="spellEnd"/>
      <w:r w:rsidRPr="00BF194F">
        <w:rPr>
          <w:rFonts w:ascii="Arial" w:hAnsi="Arial" w:cs="Arial"/>
          <w:sz w:val="20"/>
          <w:szCs w:val="20"/>
        </w:rPr>
        <w:t xml:space="preserve">, </w:t>
      </w:r>
      <w:proofErr w:type="spellStart"/>
      <w:r w:rsidRPr="00BF194F">
        <w:rPr>
          <w:rFonts w:ascii="Arial" w:hAnsi="Arial" w:cs="Arial"/>
          <w:sz w:val="20"/>
          <w:szCs w:val="20"/>
        </w:rPr>
        <w:t>which</w:t>
      </w:r>
      <w:proofErr w:type="spellEnd"/>
      <w:r w:rsidRPr="00BF194F">
        <w:rPr>
          <w:rFonts w:ascii="Arial" w:hAnsi="Arial" w:cs="Arial"/>
          <w:sz w:val="20"/>
          <w:szCs w:val="20"/>
        </w:rPr>
        <w:t xml:space="preserve"> </w:t>
      </w:r>
      <w:proofErr w:type="spellStart"/>
      <w:r w:rsidRPr="00BF194F">
        <w:rPr>
          <w:rFonts w:ascii="Arial" w:hAnsi="Arial" w:cs="Arial"/>
          <w:sz w:val="20"/>
          <w:szCs w:val="20"/>
        </w:rPr>
        <w:t>may</w:t>
      </w:r>
      <w:proofErr w:type="spellEnd"/>
      <w:r w:rsidRPr="00BF194F">
        <w:rPr>
          <w:rFonts w:ascii="Arial" w:hAnsi="Arial" w:cs="Arial"/>
          <w:sz w:val="20"/>
          <w:szCs w:val="20"/>
        </w:rPr>
        <w:t xml:space="preserve"> </w:t>
      </w:r>
      <w:proofErr w:type="spellStart"/>
      <w:r w:rsidRPr="00BF194F">
        <w:rPr>
          <w:rFonts w:ascii="Arial" w:hAnsi="Arial" w:cs="Arial"/>
          <w:sz w:val="20"/>
          <w:szCs w:val="20"/>
        </w:rPr>
        <w:t>limit</w:t>
      </w:r>
      <w:proofErr w:type="spellEnd"/>
      <w:r w:rsidRPr="00BF194F">
        <w:rPr>
          <w:rFonts w:ascii="Arial" w:hAnsi="Arial" w:cs="Arial"/>
          <w:sz w:val="20"/>
          <w:szCs w:val="20"/>
        </w:rPr>
        <w:t xml:space="preserve"> the </w:t>
      </w:r>
      <w:proofErr w:type="spellStart"/>
      <w:r w:rsidRPr="00BF194F">
        <w:rPr>
          <w:rFonts w:ascii="Arial" w:hAnsi="Arial" w:cs="Arial"/>
          <w:sz w:val="20"/>
          <w:szCs w:val="20"/>
        </w:rPr>
        <w:t>effectiveness</w:t>
      </w:r>
      <w:proofErr w:type="spellEnd"/>
      <w:r w:rsidRPr="00BF194F">
        <w:rPr>
          <w:rFonts w:ascii="Arial" w:hAnsi="Arial" w:cs="Arial"/>
          <w:sz w:val="20"/>
          <w:szCs w:val="20"/>
        </w:rPr>
        <w:t xml:space="preserve"> of </w:t>
      </w:r>
      <w:proofErr w:type="spellStart"/>
      <w:r w:rsidRPr="00BF194F">
        <w:rPr>
          <w:rFonts w:ascii="Arial" w:hAnsi="Arial" w:cs="Arial"/>
          <w:sz w:val="20"/>
          <w:szCs w:val="20"/>
        </w:rPr>
        <w:t>complex</w:t>
      </w:r>
      <w:proofErr w:type="spellEnd"/>
      <w:r w:rsidRPr="00BF194F">
        <w:rPr>
          <w:rFonts w:ascii="Arial" w:hAnsi="Arial" w:cs="Arial"/>
          <w:sz w:val="20"/>
          <w:szCs w:val="20"/>
        </w:rPr>
        <w:t xml:space="preserv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equations</w:t>
      </w:r>
      <w:proofErr w:type="spellEnd"/>
      <w:r w:rsidRPr="00BF194F">
        <w:rPr>
          <w:rFonts w:ascii="Arial" w:hAnsi="Arial" w:cs="Arial"/>
          <w:sz w:val="20"/>
          <w:szCs w:val="20"/>
        </w:rPr>
        <w:t xml:space="preserve">. Due to </w:t>
      </w:r>
      <w:proofErr w:type="spellStart"/>
      <w:r w:rsidRPr="00BF194F">
        <w:rPr>
          <w:rFonts w:ascii="Arial" w:hAnsi="Arial" w:cs="Arial"/>
          <w:sz w:val="20"/>
          <w:szCs w:val="20"/>
        </w:rPr>
        <w:t>these</w:t>
      </w:r>
      <w:proofErr w:type="spellEnd"/>
      <w:r w:rsidRPr="00BF194F">
        <w:rPr>
          <w:rFonts w:ascii="Arial" w:hAnsi="Arial" w:cs="Arial"/>
          <w:sz w:val="20"/>
          <w:szCs w:val="20"/>
        </w:rPr>
        <w:t xml:space="preserve"> limitations, </w:t>
      </w:r>
      <w:proofErr w:type="spellStart"/>
      <w:r w:rsidRPr="00BF194F">
        <w:rPr>
          <w:rFonts w:ascii="Arial" w:hAnsi="Arial" w:cs="Arial"/>
          <w:sz w:val="20"/>
          <w:szCs w:val="20"/>
        </w:rPr>
        <w:t>adding</w:t>
      </w:r>
      <w:proofErr w:type="spellEnd"/>
      <w:r w:rsidRPr="00BF194F">
        <w:rPr>
          <w:rFonts w:ascii="Arial" w:hAnsi="Arial" w:cs="Arial"/>
          <w:sz w:val="20"/>
          <w:szCs w:val="20"/>
        </w:rPr>
        <w:t xml:space="preserve"> </w:t>
      </w:r>
      <w:proofErr w:type="spellStart"/>
      <w:r w:rsidRPr="00BF194F">
        <w:rPr>
          <w:rFonts w:ascii="Arial" w:hAnsi="Arial" w:cs="Arial"/>
          <w:sz w:val="20"/>
          <w:szCs w:val="20"/>
        </w:rPr>
        <w:t>secondary</w:t>
      </w:r>
      <w:proofErr w:type="spellEnd"/>
      <w:r w:rsidRPr="00BF194F">
        <w:rPr>
          <w:rFonts w:ascii="Arial" w:hAnsi="Arial" w:cs="Arial"/>
          <w:sz w:val="20"/>
          <w:szCs w:val="20"/>
        </w:rPr>
        <w:t xml:space="preserve"> </w:t>
      </w:r>
      <w:proofErr w:type="spellStart"/>
      <w:r w:rsidRPr="00BF194F">
        <w:rPr>
          <w:rFonts w:ascii="Arial" w:hAnsi="Arial" w:cs="Arial"/>
          <w:sz w:val="20"/>
          <w:szCs w:val="20"/>
        </w:rPr>
        <w:t>equations</w:t>
      </w:r>
      <w:proofErr w:type="spellEnd"/>
      <w:r w:rsidRPr="00BF194F">
        <w:rPr>
          <w:rFonts w:ascii="Arial" w:hAnsi="Arial" w:cs="Arial"/>
          <w:sz w:val="20"/>
          <w:szCs w:val="20"/>
        </w:rPr>
        <w:t xml:space="preserve"> </w:t>
      </w:r>
      <w:proofErr w:type="spellStart"/>
      <w:r w:rsidRPr="00BF194F">
        <w:rPr>
          <w:rFonts w:ascii="Arial" w:hAnsi="Arial" w:cs="Arial"/>
          <w:sz w:val="20"/>
          <w:szCs w:val="20"/>
        </w:rPr>
        <w:t>did</w:t>
      </w:r>
      <w:proofErr w:type="spellEnd"/>
      <w:r w:rsidRPr="00BF194F">
        <w:rPr>
          <w:rFonts w:ascii="Arial" w:hAnsi="Arial" w:cs="Arial"/>
          <w:sz w:val="20"/>
          <w:szCs w:val="20"/>
        </w:rPr>
        <w:t xml:space="preserve"> not </w:t>
      </w:r>
      <w:proofErr w:type="spellStart"/>
      <w:r w:rsidRPr="00BF194F">
        <w:rPr>
          <w:rFonts w:ascii="Arial" w:hAnsi="Arial" w:cs="Arial"/>
          <w:sz w:val="20"/>
          <w:szCs w:val="20"/>
        </w:rPr>
        <w:t>significantly</w:t>
      </w:r>
      <w:proofErr w:type="spellEnd"/>
      <w:r w:rsidRPr="00BF194F">
        <w:rPr>
          <w:rFonts w:ascii="Arial" w:hAnsi="Arial" w:cs="Arial"/>
          <w:sz w:val="20"/>
          <w:szCs w:val="20"/>
        </w:rPr>
        <w:t xml:space="preserve"> </w:t>
      </w:r>
      <w:proofErr w:type="spellStart"/>
      <w:r w:rsidRPr="00BF194F">
        <w:rPr>
          <w:rFonts w:ascii="Arial" w:hAnsi="Arial" w:cs="Arial"/>
          <w:sz w:val="20"/>
          <w:szCs w:val="20"/>
        </w:rPr>
        <w:t>refine</w:t>
      </w:r>
      <w:proofErr w:type="spellEnd"/>
      <w:r w:rsidRPr="00BF194F">
        <w:rPr>
          <w:rFonts w:ascii="Arial" w:hAnsi="Arial" w:cs="Arial"/>
          <w:sz w:val="20"/>
          <w:szCs w:val="20"/>
        </w:rPr>
        <w:t xml:space="preserve"> the </w:t>
      </w:r>
      <w:proofErr w:type="spellStart"/>
      <w:r w:rsidRPr="00BF194F">
        <w:rPr>
          <w:rFonts w:ascii="Arial" w:hAnsi="Arial" w:cs="Arial"/>
          <w:sz w:val="20"/>
          <w:szCs w:val="20"/>
        </w:rPr>
        <w:t>results</w:t>
      </w:r>
      <w:proofErr w:type="spellEnd"/>
      <w:r w:rsidRPr="00BF194F">
        <w:rPr>
          <w:rFonts w:ascii="Arial" w:hAnsi="Arial" w:cs="Arial"/>
          <w:sz w:val="20"/>
          <w:szCs w:val="20"/>
        </w:rPr>
        <w:t xml:space="preserve">. </w:t>
      </w:r>
      <w:proofErr w:type="spellStart"/>
      <w:r w:rsidRPr="00BF194F">
        <w:rPr>
          <w:rFonts w:ascii="Arial" w:hAnsi="Arial" w:cs="Arial"/>
          <w:sz w:val="20"/>
          <w:szCs w:val="20"/>
        </w:rPr>
        <w:t>Therefore</w:t>
      </w:r>
      <w:proofErr w:type="spellEnd"/>
      <w:r w:rsidRPr="00BF194F">
        <w:rPr>
          <w:rFonts w:ascii="Arial" w:hAnsi="Arial" w:cs="Arial"/>
          <w:sz w:val="20"/>
          <w:szCs w:val="20"/>
        </w:rPr>
        <w:t xml:space="preserve">, the </w:t>
      </w:r>
      <w:proofErr w:type="spellStart"/>
      <w:r w:rsidRPr="00BF194F">
        <w:rPr>
          <w:rFonts w:ascii="Arial" w:hAnsi="Arial" w:cs="Arial"/>
          <w:sz w:val="20"/>
          <w:szCs w:val="20"/>
        </w:rPr>
        <w:t>sorting</w:t>
      </w:r>
      <w:proofErr w:type="spellEnd"/>
      <w:r w:rsidRPr="00BF194F">
        <w:rPr>
          <w:rFonts w:ascii="Arial" w:hAnsi="Arial" w:cs="Arial"/>
          <w:sz w:val="20"/>
          <w:szCs w:val="20"/>
        </w:rPr>
        <w:t xml:space="preserve"> by </w:t>
      </w:r>
      <w:proofErr w:type="spellStart"/>
      <w:r w:rsidRPr="00BF194F">
        <w:rPr>
          <w:rFonts w:ascii="Arial" w:hAnsi="Arial" w:cs="Arial"/>
          <w:sz w:val="20"/>
          <w:szCs w:val="20"/>
        </w:rPr>
        <w:t>sub-themes</w:t>
      </w:r>
      <w:proofErr w:type="spellEnd"/>
      <w:r w:rsidRPr="00BF194F">
        <w:rPr>
          <w:rFonts w:ascii="Arial" w:hAnsi="Arial" w:cs="Arial"/>
          <w:sz w:val="20"/>
          <w:szCs w:val="20"/>
        </w:rPr>
        <w:t xml:space="preserve"> </w:t>
      </w:r>
      <w:proofErr w:type="spellStart"/>
      <w:r w:rsidRPr="00BF194F">
        <w:rPr>
          <w:rFonts w:ascii="Arial" w:hAnsi="Arial" w:cs="Arial"/>
          <w:sz w:val="20"/>
          <w:szCs w:val="20"/>
        </w:rPr>
        <w:t>will</w:t>
      </w:r>
      <w:proofErr w:type="spellEnd"/>
      <w:r w:rsidRPr="00BF194F">
        <w:rPr>
          <w:rFonts w:ascii="Arial" w:hAnsi="Arial" w:cs="Arial"/>
          <w:sz w:val="20"/>
          <w:szCs w:val="20"/>
        </w:rPr>
        <w:t xml:space="preserve"> </w:t>
      </w:r>
      <w:proofErr w:type="spellStart"/>
      <w:r w:rsidRPr="00BF194F">
        <w:rPr>
          <w:rFonts w:ascii="Arial" w:hAnsi="Arial" w:cs="Arial"/>
          <w:sz w:val="20"/>
          <w:szCs w:val="20"/>
        </w:rPr>
        <w:t>be</w:t>
      </w:r>
      <w:proofErr w:type="spellEnd"/>
      <w:r w:rsidRPr="00BF194F">
        <w:rPr>
          <w:rFonts w:ascii="Arial" w:hAnsi="Arial" w:cs="Arial"/>
          <w:sz w:val="20"/>
          <w:szCs w:val="20"/>
        </w:rPr>
        <w:t xml:space="preserve"> </w:t>
      </w:r>
      <w:proofErr w:type="spellStart"/>
      <w:r w:rsidRPr="00BF194F">
        <w:rPr>
          <w:rFonts w:ascii="Arial" w:hAnsi="Arial" w:cs="Arial"/>
          <w:sz w:val="20"/>
          <w:szCs w:val="20"/>
        </w:rPr>
        <w:t>performed</w:t>
      </w:r>
      <w:proofErr w:type="spellEnd"/>
      <w:r w:rsidRPr="00BF194F">
        <w:rPr>
          <w:rFonts w:ascii="Arial" w:hAnsi="Arial" w:cs="Arial"/>
          <w:sz w:val="20"/>
          <w:szCs w:val="20"/>
        </w:rPr>
        <w:t xml:space="preserve"> </w:t>
      </w:r>
      <w:proofErr w:type="spellStart"/>
      <w:r w:rsidRPr="00BF194F">
        <w:rPr>
          <w:rFonts w:ascii="Arial" w:hAnsi="Arial" w:cs="Arial"/>
          <w:sz w:val="20"/>
          <w:szCs w:val="20"/>
        </w:rPr>
        <w:t>during</w:t>
      </w:r>
      <w:proofErr w:type="spellEnd"/>
      <w:r w:rsidRPr="00BF194F">
        <w:rPr>
          <w:rFonts w:ascii="Arial" w:hAnsi="Arial" w:cs="Arial"/>
          <w:sz w:val="20"/>
          <w:szCs w:val="20"/>
        </w:rPr>
        <w:t xml:space="preserve"> the article </w:t>
      </w:r>
      <w:proofErr w:type="spellStart"/>
      <w:r w:rsidRPr="00BF194F">
        <w:rPr>
          <w:rFonts w:ascii="Arial" w:hAnsi="Arial" w:cs="Arial"/>
          <w:sz w:val="20"/>
          <w:szCs w:val="20"/>
        </w:rPr>
        <w:t>selection</w:t>
      </w:r>
      <w:proofErr w:type="spellEnd"/>
      <w:r w:rsidRPr="00BF194F">
        <w:rPr>
          <w:rFonts w:ascii="Arial" w:hAnsi="Arial" w:cs="Arial"/>
          <w:sz w:val="20"/>
          <w:szCs w:val="20"/>
        </w:rPr>
        <w:t xml:space="preserve"> phase.</w:t>
      </w:r>
    </w:p>
    <w:p w14:paraId="2977ED1E" w14:textId="77777777" w:rsidR="007353D0" w:rsidRPr="00BF194F" w:rsidRDefault="007353D0" w:rsidP="00BF194F">
      <w:pPr>
        <w:spacing w:line="360" w:lineRule="auto"/>
        <w:jc w:val="both"/>
        <w:rPr>
          <w:rFonts w:ascii="Arial" w:hAnsi="Arial" w:cs="Arial"/>
          <w:sz w:val="20"/>
          <w:szCs w:val="20"/>
        </w:rPr>
      </w:pPr>
      <w:proofErr w:type="spellStart"/>
      <w:r w:rsidRPr="00BF194F">
        <w:rPr>
          <w:rFonts w:ascii="Arial" w:hAnsi="Arial" w:cs="Arial"/>
          <w:sz w:val="20"/>
          <w:szCs w:val="20"/>
        </w:rPr>
        <w:t>Specific</w:t>
      </w:r>
      <w:proofErr w:type="spellEnd"/>
      <w:r w:rsidRPr="00BF194F">
        <w:rPr>
          <w:rFonts w:ascii="Arial" w:hAnsi="Arial" w:cs="Arial"/>
          <w:sz w:val="20"/>
          <w:szCs w:val="20"/>
        </w:rPr>
        <w:t xml:space="preserve"> </w:t>
      </w:r>
      <w:proofErr w:type="spellStart"/>
      <w:r w:rsidRPr="00BF194F">
        <w:rPr>
          <w:rFonts w:ascii="Arial" w:hAnsi="Arial" w:cs="Arial"/>
          <w:sz w:val="20"/>
          <w:szCs w:val="20"/>
        </w:rPr>
        <w:t>terms</w:t>
      </w:r>
      <w:proofErr w:type="spellEnd"/>
      <w:r w:rsidRPr="00BF194F">
        <w:rPr>
          <w:rFonts w:ascii="Arial" w:hAnsi="Arial" w:cs="Arial"/>
          <w:sz w:val="20"/>
          <w:szCs w:val="20"/>
        </w:rPr>
        <w:t xml:space="preserve"> and exact phrases </w:t>
      </w:r>
      <w:proofErr w:type="spellStart"/>
      <w:r w:rsidRPr="00BF194F">
        <w:rPr>
          <w:rFonts w:ascii="Arial" w:hAnsi="Arial" w:cs="Arial"/>
          <w:sz w:val="20"/>
          <w:szCs w:val="20"/>
        </w:rPr>
        <w:t>were</w:t>
      </w:r>
      <w:proofErr w:type="spellEnd"/>
      <w:r w:rsidRPr="00BF194F">
        <w:rPr>
          <w:rFonts w:ascii="Arial" w:hAnsi="Arial" w:cs="Arial"/>
          <w:sz w:val="20"/>
          <w:szCs w:val="20"/>
        </w:rPr>
        <w:t xml:space="preserve"> </w:t>
      </w:r>
      <w:proofErr w:type="spellStart"/>
      <w:r w:rsidRPr="00BF194F">
        <w:rPr>
          <w:rFonts w:ascii="Arial" w:hAnsi="Arial" w:cs="Arial"/>
          <w:sz w:val="20"/>
          <w:szCs w:val="20"/>
        </w:rPr>
        <w:t>placed</w:t>
      </w:r>
      <w:proofErr w:type="spellEnd"/>
      <w:r w:rsidRPr="00BF194F">
        <w:rPr>
          <w:rFonts w:ascii="Arial" w:hAnsi="Arial" w:cs="Arial"/>
          <w:sz w:val="20"/>
          <w:szCs w:val="20"/>
        </w:rPr>
        <w:t xml:space="preserve"> </w:t>
      </w:r>
      <w:proofErr w:type="spellStart"/>
      <w:r w:rsidRPr="00BF194F">
        <w:rPr>
          <w:rFonts w:ascii="Arial" w:hAnsi="Arial" w:cs="Arial"/>
          <w:sz w:val="20"/>
          <w:szCs w:val="20"/>
        </w:rPr>
        <w:t>within</w:t>
      </w:r>
      <w:proofErr w:type="spellEnd"/>
      <w:r w:rsidRPr="00BF194F">
        <w:rPr>
          <w:rFonts w:ascii="Arial" w:hAnsi="Arial" w:cs="Arial"/>
          <w:sz w:val="20"/>
          <w:szCs w:val="20"/>
        </w:rPr>
        <w:t xml:space="preserve"> </w:t>
      </w:r>
      <w:proofErr w:type="spellStart"/>
      <w:r w:rsidRPr="00BF194F">
        <w:rPr>
          <w:rFonts w:ascii="Arial" w:hAnsi="Arial" w:cs="Arial"/>
          <w:sz w:val="20"/>
          <w:szCs w:val="20"/>
        </w:rPr>
        <w:t>quotation</w:t>
      </w:r>
      <w:proofErr w:type="spellEnd"/>
      <w:r w:rsidRPr="00BF194F">
        <w:rPr>
          <w:rFonts w:ascii="Arial" w:hAnsi="Arial" w:cs="Arial"/>
          <w:sz w:val="20"/>
          <w:szCs w:val="20"/>
        </w:rPr>
        <w:t xml:space="preserve"> marks to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for </w:t>
      </w:r>
      <w:proofErr w:type="spellStart"/>
      <w:r w:rsidRPr="00BF194F">
        <w:rPr>
          <w:rFonts w:ascii="Arial" w:hAnsi="Arial" w:cs="Arial"/>
          <w:sz w:val="20"/>
          <w:szCs w:val="20"/>
        </w:rPr>
        <w:t>precise</w:t>
      </w:r>
      <w:proofErr w:type="spellEnd"/>
      <w:r w:rsidRPr="00BF194F">
        <w:rPr>
          <w:rFonts w:ascii="Arial" w:hAnsi="Arial" w:cs="Arial"/>
          <w:sz w:val="20"/>
          <w:szCs w:val="20"/>
        </w:rPr>
        <w:t xml:space="preserve"> expressions and </w:t>
      </w:r>
      <w:proofErr w:type="spellStart"/>
      <w:r w:rsidRPr="00BF194F">
        <w:rPr>
          <w:rFonts w:ascii="Arial" w:hAnsi="Arial" w:cs="Arial"/>
          <w:sz w:val="20"/>
          <w:szCs w:val="20"/>
        </w:rPr>
        <w:t>limit</w:t>
      </w:r>
      <w:proofErr w:type="spellEnd"/>
      <w:r w:rsidRPr="00BF194F">
        <w:rPr>
          <w:rFonts w:ascii="Arial" w:hAnsi="Arial" w:cs="Arial"/>
          <w:sz w:val="20"/>
          <w:szCs w:val="20"/>
        </w:rPr>
        <w:t xml:space="preserve"> </w:t>
      </w:r>
      <w:proofErr w:type="spellStart"/>
      <w:r w:rsidRPr="00BF194F">
        <w:rPr>
          <w:rFonts w:ascii="Arial" w:hAnsi="Arial" w:cs="Arial"/>
          <w:sz w:val="20"/>
          <w:szCs w:val="20"/>
        </w:rPr>
        <w:t>results</w:t>
      </w:r>
      <w:proofErr w:type="spellEnd"/>
      <w:r w:rsidRPr="00BF194F">
        <w:rPr>
          <w:rFonts w:ascii="Arial" w:hAnsi="Arial" w:cs="Arial"/>
          <w:sz w:val="20"/>
          <w:szCs w:val="20"/>
        </w:rPr>
        <w:t xml:space="preserve"> to the </w:t>
      </w:r>
      <w:proofErr w:type="spellStart"/>
      <w:r w:rsidRPr="00BF194F">
        <w:rPr>
          <w:rFonts w:ascii="Arial" w:hAnsi="Arial" w:cs="Arial"/>
          <w:sz w:val="20"/>
          <w:szCs w:val="20"/>
        </w:rPr>
        <w:t>most</w:t>
      </w:r>
      <w:proofErr w:type="spellEnd"/>
      <w:r w:rsidRPr="00BF194F">
        <w:rPr>
          <w:rFonts w:ascii="Arial" w:hAnsi="Arial" w:cs="Arial"/>
          <w:sz w:val="20"/>
          <w:szCs w:val="20"/>
        </w:rPr>
        <w:t xml:space="preserve"> relevant documents. </w:t>
      </w:r>
      <w:proofErr w:type="spellStart"/>
      <w:r w:rsidRPr="00BF194F">
        <w:rPr>
          <w:rFonts w:ascii="Arial" w:hAnsi="Arial" w:cs="Arial"/>
          <w:sz w:val="20"/>
          <w:szCs w:val="20"/>
        </w:rPr>
        <w:t>Additionally</w:t>
      </w:r>
      <w:proofErr w:type="spellEnd"/>
      <w:r w:rsidRPr="00BF194F">
        <w:rPr>
          <w:rFonts w:ascii="Arial" w:hAnsi="Arial" w:cs="Arial"/>
          <w:sz w:val="20"/>
          <w:szCs w:val="20"/>
        </w:rPr>
        <w:t xml:space="preserve">, all relevant variants of the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terms</w:t>
      </w:r>
      <w:proofErr w:type="spellEnd"/>
      <w:r w:rsidRPr="00BF194F">
        <w:rPr>
          <w:rFonts w:ascii="Arial" w:hAnsi="Arial" w:cs="Arial"/>
          <w:sz w:val="20"/>
          <w:szCs w:val="20"/>
        </w:rPr>
        <w:t xml:space="preserve"> </w:t>
      </w:r>
      <w:proofErr w:type="spellStart"/>
      <w:r w:rsidRPr="00BF194F">
        <w:rPr>
          <w:rFonts w:ascii="Arial" w:hAnsi="Arial" w:cs="Arial"/>
          <w:sz w:val="20"/>
          <w:szCs w:val="20"/>
        </w:rPr>
        <w:t>were</w:t>
      </w:r>
      <w:proofErr w:type="spellEnd"/>
      <w:r w:rsidRPr="00BF194F">
        <w:rPr>
          <w:rFonts w:ascii="Arial" w:hAnsi="Arial" w:cs="Arial"/>
          <w:sz w:val="20"/>
          <w:szCs w:val="20"/>
        </w:rPr>
        <w:t xml:space="preserve"> </w:t>
      </w:r>
      <w:proofErr w:type="spellStart"/>
      <w:r w:rsidRPr="00BF194F">
        <w:rPr>
          <w:rFonts w:ascii="Arial" w:hAnsi="Arial" w:cs="Arial"/>
          <w:sz w:val="20"/>
          <w:szCs w:val="20"/>
        </w:rPr>
        <w:t>included</w:t>
      </w:r>
      <w:proofErr w:type="spellEnd"/>
      <w:r w:rsidRPr="00BF194F">
        <w:rPr>
          <w:rFonts w:ascii="Arial" w:hAnsi="Arial" w:cs="Arial"/>
          <w:sz w:val="20"/>
          <w:szCs w:val="20"/>
        </w:rPr>
        <w:t xml:space="preserve"> in the </w:t>
      </w:r>
      <w:proofErr w:type="spellStart"/>
      <w:r w:rsidRPr="00BF194F">
        <w:rPr>
          <w:rFonts w:ascii="Arial" w:hAnsi="Arial" w:cs="Arial"/>
          <w:sz w:val="20"/>
          <w:szCs w:val="20"/>
        </w:rPr>
        <w:t>query</w:t>
      </w:r>
      <w:proofErr w:type="spellEnd"/>
      <w:r w:rsidRPr="00BF194F">
        <w:rPr>
          <w:rFonts w:ascii="Arial" w:hAnsi="Arial" w:cs="Arial"/>
          <w:sz w:val="20"/>
          <w:szCs w:val="20"/>
        </w:rPr>
        <w:t xml:space="preserve"> to cover a </w:t>
      </w:r>
      <w:proofErr w:type="spellStart"/>
      <w:r w:rsidRPr="00BF194F">
        <w:rPr>
          <w:rFonts w:ascii="Arial" w:hAnsi="Arial" w:cs="Arial"/>
          <w:sz w:val="20"/>
          <w:szCs w:val="20"/>
        </w:rPr>
        <w:t>wide</w:t>
      </w:r>
      <w:proofErr w:type="spellEnd"/>
      <w:r w:rsidRPr="00BF194F">
        <w:rPr>
          <w:rFonts w:ascii="Arial" w:hAnsi="Arial" w:cs="Arial"/>
          <w:sz w:val="20"/>
          <w:szCs w:val="20"/>
        </w:rPr>
        <w:t xml:space="preserve"> range of </w:t>
      </w:r>
      <w:proofErr w:type="spellStart"/>
      <w:r w:rsidRPr="00BF194F">
        <w:rPr>
          <w:rFonts w:ascii="Arial" w:hAnsi="Arial" w:cs="Arial"/>
          <w:sz w:val="20"/>
          <w:szCs w:val="20"/>
        </w:rPr>
        <w:t>word</w:t>
      </w:r>
      <w:proofErr w:type="spellEnd"/>
      <w:r w:rsidRPr="00BF194F">
        <w:rPr>
          <w:rFonts w:ascii="Arial" w:hAnsi="Arial" w:cs="Arial"/>
          <w:sz w:val="20"/>
          <w:szCs w:val="20"/>
        </w:rPr>
        <w:t xml:space="preserve"> </w:t>
      </w:r>
      <w:proofErr w:type="spellStart"/>
      <w:r w:rsidRPr="00BF194F">
        <w:rPr>
          <w:rFonts w:ascii="Arial" w:hAnsi="Arial" w:cs="Arial"/>
          <w:sz w:val="20"/>
          <w:szCs w:val="20"/>
        </w:rPr>
        <w:t>forms</w:t>
      </w:r>
      <w:proofErr w:type="spellEnd"/>
      <w:r w:rsidRPr="00BF194F">
        <w:rPr>
          <w:rFonts w:ascii="Arial" w:hAnsi="Arial" w:cs="Arial"/>
          <w:sz w:val="20"/>
          <w:szCs w:val="20"/>
        </w:rPr>
        <w:t xml:space="preserve">, as Google Scholar </w:t>
      </w:r>
      <w:proofErr w:type="spellStart"/>
      <w:r w:rsidRPr="00BF194F">
        <w:rPr>
          <w:rFonts w:ascii="Arial" w:hAnsi="Arial" w:cs="Arial"/>
          <w:sz w:val="20"/>
          <w:szCs w:val="20"/>
        </w:rPr>
        <w:t>does</w:t>
      </w:r>
      <w:proofErr w:type="spellEnd"/>
      <w:r w:rsidRPr="00BF194F">
        <w:rPr>
          <w:rFonts w:ascii="Arial" w:hAnsi="Arial" w:cs="Arial"/>
          <w:sz w:val="20"/>
          <w:szCs w:val="20"/>
        </w:rPr>
        <w:t xml:space="preserve"> not support </w:t>
      </w:r>
      <w:proofErr w:type="spellStart"/>
      <w:r w:rsidRPr="00BF194F">
        <w:rPr>
          <w:rFonts w:ascii="Arial" w:hAnsi="Arial" w:cs="Arial"/>
          <w:sz w:val="20"/>
          <w:szCs w:val="20"/>
        </w:rPr>
        <w:t>truncation</w:t>
      </w:r>
      <w:proofErr w:type="spellEnd"/>
      <w:r w:rsidRPr="00BF194F">
        <w:rPr>
          <w:rFonts w:ascii="Arial" w:hAnsi="Arial" w:cs="Arial"/>
          <w:sz w:val="20"/>
          <w:szCs w:val="20"/>
        </w:rPr>
        <w:t xml:space="preserve"> </w:t>
      </w:r>
      <w:proofErr w:type="spellStart"/>
      <w:r w:rsidRPr="00BF194F">
        <w:rPr>
          <w:rFonts w:ascii="Arial" w:hAnsi="Arial" w:cs="Arial"/>
          <w:sz w:val="20"/>
          <w:szCs w:val="20"/>
        </w:rPr>
        <w:t>with</w:t>
      </w:r>
      <w:proofErr w:type="spellEnd"/>
      <w:r w:rsidRPr="00BF194F">
        <w:rPr>
          <w:rFonts w:ascii="Arial" w:hAnsi="Arial" w:cs="Arial"/>
          <w:sz w:val="20"/>
          <w:szCs w:val="20"/>
        </w:rPr>
        <w:t xml:space="preserve"> </w:t>
      </w:r>
      <w:proofErr w:type="spellStart"/>
      <w:r w:rsidRPr="00BF194F">
        <w:rPr>
          <w:rFonts w:ascii="Arial" w:hAnsi="Arial" w:cs="Arial"/>
          <w:sz w:val="20"/>
          <w:szCs w:val="20"/>
        </w:rPr>
        <w:t>asterisks</w:t>
      </w:r>
      <w:proofErr w:type="spellEnd"/>
      <w:r w:rsidRPr="00BF194F">
        <w:rPr>
          <w:rFonts w:ascii="Arial" w:hAnsi="Arial" w:cs="Arial"/>
          <w:sz w:val="20"/>
          <w:szCs w:val="20"/>
        </w:rPr>
        <w:t xml:space="preserve"> like </w:t>
      </w:r>
      <w:proofErr w:type="spellStart"/>
      <w:r w:rsidRPr="00BF194F">
        <w:rPr>
          <w:rFonts w:ascii="Arial" w:hAnsi="Arial" w:cs="Arial"/>
          <w:sz w:val="20"/>
          <w:szCs w:val="20"/>
        </w:rPr>
        <w:t>other</w:t>
      </w:r>
      <w:proofErr w:type="spellEnd"/>
      <w:r w:rsidRPr="00BF194F">
        <w:rPr>
          <w:rFonts w:ascii="Arial" w:hAnsi="Arial" w:cs="Arial"/>
          <w:sz w:val="20"/>
          <w:szCs w:val="20"/>
        </w:rPr>
        <w:t xml:space="preserve"> </w:t>
      </w:r>
      <w:proofErr w:type="spellStart"/>
      <w:r w:rsidRPr="00BF194F">
        <w:rPr>
          <w:rFonts w:ascii="Arial" w:hAnsi="Arial" w:cs="Arial"/>
          <w:sz w:val="20"/>
          <w:szCs w:val="20"/>
        </w:rPr>
        <w:t>databases</w:t>
      </w:r>
      <w:proofErr w:type="spellEnd"/>
      <w:r w:rsidRPr="00BF194F">
        <w:rPr>
          <w:rFonts w:ascii="Arial" w:hAnsi="Arial" w:cs="Arial"/>
          <w:sz w:val="20"/>
          <w:szCs w:val="20"/>
        </w:rPr>
        <w:t xml:space="preserve">. </w:t>
      </w:r>
      <w:proofErr w:type="spellStart"/>
      <w:r w:rsidRPr="00BF194F">
        <w:rPr>
          <w:rFonts w:ascii="Arial" w:hAnsi="Arial" w:cs="Arial"/>
          <w:sz w:val="20"/>
          <w:szCs w:val="20"/>
        </w:rPr>
        <w:t>Related</w:t>
      </w:r>
      <w:proofErr w:type="spellEnd"/>
      <w:r w:rsidRPr="00BF194F">
        <w:rPr>
          <w:rFonts w:ascii="Arial" w:hAnsi="Arial" w:cs="Arial"/>
          <w:sz w:val="20"/>
          <w:szCs w:val="20"/>
        </w:rPr>
        <w:t xml:space="preserve"> </w:t>
      </w:r>
      <w:proofErr w:type="spellStart"/>
      <w:r w:rsidRPr="00BF194F">
        <w:rPr>
          <w:rFonts w:ascii="Arial" w:hAnsi="Arial" w:cs="Arial"/>
          <w:sz w:val="20"/>
          <w:szCs w:val="20"/>
        </w:rPr>
        <w:t>terms</w:t>
      </w:r>
      <w:proofErr w:type="spellEnd"/>
      <w:r w:rsidRPr="00BF194F">
        <w:rPr>
          <w:rFonts w:ascii="Arial" w:hAnsi="Arial" w:cs="Arial"/>
          <w:sz w:val="20"/>
          <w:szCs w:val="20"/>
        </w:rPr>
        <w:t xml:space="preserve"> </w:t>
      </w:r>
      <w:proofErr w:type="spellStart"/>
      <w:r w:rsidRPr="00BF194F">
        <w:rPr>
          <w:rFonts w:ascii="Arial" w:hAnsi="Arial" w:cs="Arial"/>
          <w:sz w:val="20"/>
          <w:szCs w:val="20"/>
        </w:rPr>
        <w:t>were</w:t>
      </w:r>
      <w:proofErr w:type="spellEnd"/>
      <w:r w:rsidRPr="00BF194F">
        <w:rPr>
          <w:rFonts w:ascii="Arial" w:hAnsi="Arial" w:cs="Arial"/>
          <w:sz w:val="20"/>
          <w:szCs w:val="20"/>
        </w:rPr>
        <w:t xml:space="preserve"> </w:t>
      </w:r>
      <w:proofErr w:type="spellStart"/>
      <w:r w:rsidRPr="00BF194F">
        <w:rPr>
          <w:rFonts w:ascii="Arial" w:hAnsi="Arial" w:cs="Arial"/>
          <w:sz w:val="20"/>
          <w:szCs w:val="20"/>
        </w:rPr>
        <w:t>therefore</w:t>
      </w:r>
      <w:proofErr w:type="spellEnd"/>
      <w:r w:rsidRPr="00BF194F">
        <w:rPr>
          <w:rFonts w:ascii="Arial" w:hAnsi="Arial" w:cs="Arial"/>
          <w:sz w:val="20"/>
          <w:szCs w:val="20"/>
        </w:rPr>
        <w:t xml:space="preserve"> </w:t>
      </w:r>
      <w:proofErr w:type="spellStart"/>
      <w:r w:rsidRPr="00BF194F">
        <w:rPr>
          <w:rFonts w:ascii="Arial" w:hAnsi="Arial" w:cs="Arial"/>
          <w:sz w:val="20"/>
          <w:szCs w:val="20"/>
        </w:rPr>
        <w:t>added</w:t>
      </w:r>
      <w:proofErr w:type="spellEnd"/>
      <w:r w:rsidRPr="00BF194F">
        <w:rPr>
          <w:rFonts w:ascii="Arial" w:hAnsi="Arial" w:cs="Arial"/>
          <w:sz w:val="20"/>
          <w:szCs w:val="20"/>
        </w:rPr>
        <w:t xml:space="preserve">. The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terms</w:t>
      </w:r>
      <w:proofErr w:type="spellEnd"/>
      <w:r w:rsidRPr="00BF194F">
        <w:rPr>
          <w:rFonts w:ascii="Arial" w:hAnsi="Arial" w:cs="Arial"/>
          <w:sz w:val="20"/>
          <w:szCs w:val="20"/>
        </w:rPr>
        <w:t xml:space="preserve"> </w:t>
      </w:r>
      <w:proofErr w:type="spellStart"/>
      <w:r w:rsidRPr="00BF194F">
        <w:rPr>
          <w:rFonts w:ascii="Arial" w:hAnsi="Arial" w:cs="Arial"/>
          <w:sz w:val="20"/>
          <w:szCs w:val="20"/>
        </w:rPr>
        <w:t>were</w:t>
      </w:r>
      <w:proofErr w:type="spellEnd"/>
      <w:r w:rsidRPr="00BF194F">
        <w:rPr>
          <w:rFonts w:ascii="Arial" w:hAnsi="Arial" w:cs="Arial"/>
          <w:sz w:val="20"/>
          <w:szCs w:val="20"/>
        </w:rPr>
        <w:t xml:space="preserve"> </w:t>
      </w:r>
      <w:proofErr w:type="spellStart"/>
      <w:r w:rsidRPr="00BF194F">
        <w:rPr>
          <w:rFonts w:ascii="Arial" w:hAnsi="Arial" w:cs="Arial"/>
          <w:sz w:val="20"/>
          <w:szCs w:val="20"/>
        </w:rPr>
        <w:t>chosen</w:t>
      </w:r>
      <w:proofErr w:type="spellEnd"/>
      <w:r w:rsidRPr="00BF194F">
        <w:rPr>
          <w:rFonts w:ascii="Arial" w:hAnsi="Arial" w:cs="Arial"/>
          <w:sz w:val="20"/>
          <w:szCs w:val="20"/>
        </w:rPr>
        <w:t xml:space="preserve"> in English to </w:t>
      </w:r>
      <w:proofErr w:type="spellStart"/>
      <w:r w:rsidRPr="00BF194F">
        <w:rPr>
          <w:rFonts w:ascii="Arial" w:hAnsi="Arial" w:cs="Arial"/>
          <w:sz w:val="20"/>
          <w:szCs w:val="20"/>
        </w:rPr>
        <w:t>ensure</w:t>
      </w:r>
      <w:proofErr w:type="spellEnd"/>
      <w:r w:rsidRPr="00BF194F">
        <w:rPr>
          <w:rFonts w:ascii="Arial" w:hAnsi="Arial" w:cs="Arial"/>
          <w:sz w:val="20"/>
          <w:szCs w:val="20"/>
        </w:rPr>
        <w:t xml:space="preserve"> </w:t>
      </w:r>
      <w:proofErr w:type="spellStart"/>
      <w:r w:rsidRPr="00BF194F">
        <w:rPr>
          <w:rFonts w:ascii="Arial" w:hAnsi="Arial" w:cs="Arial"/>
          <w:sz w:val="20"/>
          <w:szCs w:val="20"/>
        </w:rPr>
        <w:t>consistency</w:t>
      </w:r>
      <w:proofErr w:type="spellEnd"/>
      <w:r w:rsidRPr="00BF194F">
        <w:rPr>
          <w:rFonts w:ascii="Arial" w:hAnsi="Arial" w:cs="Arial"/>
          <w:sz w:val="20"/>
          <w:szCs w:val="20"/>
        </w:rPr>
        <w:t xml:space="preserve"> </w:t>
      </w:r>
      <w:proofErr w:type="spellStart"/>
      <w:r w:rsidRPr="00BF194F">
        <w:rPr>
          <w:rFonts w:ascii="Arial" w:hAnsi="Arial" w:cs="Arial"/>
          <w:sz w:val="20"/>
          <w:szCs w:val="20"/>
        </w:rPr>
        <w:t>with</w:t>
      </w:r>
      <w:proofErr w:type="spellEnd"/>
      <w:r w:rsidRPr="00BF194F">
        <w:rPr>
          <w:rFonts w:ascii="Arial" w:hAnsi="Arial" w:cs="Arial"/>
          <w:sz w:val="20"/>
          <w:szCs w:val="20"/>
        </w:rPr>
        <w:t xml:space="preserve"> international </w:t>
      </w:r>
      <w:proofErr w:type="spellStart"/>
      <w:r w:rsidRPr="00BF194F">
        <w:rPr>
          <w:rFonts w:ascii="Arial" w:hAnsi="Arial" w:cs="Arial"/>
          <w:sz w:val="20"/>
          <w:szCs w:val="20"/>
        </w:rPr>
        <w:t>scientific</w:t>
      </w:r>
      <w:proofErr w:type="spellEnd"/>
      <w:r w:rsidRPr="00BF194F">
        <w:rPr>
          <w:rFonts w:ascii="Arial" w:hAnsi="Arial" w:cs="Arial"/>
          <w:sz w:val="20"/>
          <w:szCs w:val="20"/>
        </w:rPr>
        <w:t xml:space="preserve"> </w:t>
      </w:r>
      <w:proofErr w:type="spellStart"/>
      <w:r w:rsidRPr="00BF194F">
        <w:rPr>
          <w:rFonts w:ascii="Arial" w:hAnsi="Arial" w:cs="Arial"/>
          <w:sz w:val="20"/>
          <w:szCs w:val="20"/>
        </w:rPr>
        <w:t>literature</w:t>
      </w:r>
      <w:proofErr w:type="spellEnd"/>
      <w:r w:rsidRPr="00BF194F">
        <w:rPr>
          <w:rFonts w:ascii="Arial" w:hAnsi="Arial" w:cs="Arial"/>
          <w:sz w:val="20"/>
          <w:szCs w:val="20"/>
        </w:rPr>
        <w:t xml:space="preserve"> and to </w:t>
      </w:r>
      <w:proofErr w:type="spellStart"/>
      <w:r w:rsidRPr="00BF194F">
        <w:rPr>
          <w:rFonts w:ascii="Arial" w:hAnsi="Arial" w:cs="Arial"/>
          <w:sz w:val="20"/>
          <w:szCs w:val="20"/>
        </w:rPr>
        <w:t>optimize</w:t>
      </w:r>
      <w:proofErr w:type="spellEnd"/>
      <w:r w:rsidRPr="00BF194F">
        <w:rPr>
          <w:rFonts w:ascii="Arial" w:hAnsi="Arial" w:cs="Arial"/>
          <w:sz w:val="20"/>
          <w:szCs w:val="20"/>
        </w:rPr>
        <w:t xml:space="preserve"> </w:t>
      </w:r>
      <w:proofErr w:type="spellStart"/>
      <w:r w:rsidRPr="00BF194F">
        <w:rPr>
          <w:rFonts w:ascii="Arial" w:hAnsi="Arial" w:cs="Arial"/>
          <w:sz w:val="20"/>
          <w:szCs w:val="20"/>
        </w:rPr>
        <w:t>results</w:t>
      </w:r>
      <w:proofErr w:type="spellEnd"/>
      <w:r w:rsidRPr="00BF194F">
        <w:rPr>
          <w:rFonts w:ascii="Arial" w:hAnsi="Arial" w:cs="Arial"/>
          <w:sz w:val="20"/>
          <w:szCs w:val="20"/>
        </w:rPr>
        <w:t xml:space="preserve"> in Google Scholar.</w:t>
      </w:r>
    </w:p>
    <w:p w14:paraId="78D06E36" w14:textId="77777777" w:rsidR="007353D0" w:rsidRPr="00BF194F" w:rsidRDefault="007353D0" w:rsidP="00BF194F">
      <w:pPr>
        <w:spacing w:line="360" w:lineRule="auto"/>
        <w:jc w:val="both"/>
        <w:rPr>
          <w:rFonts w:ascii="Arial" w:hAnsi="Arial" w:cs="Arial"/>
          <w:sz w:val="20"/>
          <w:szCs w:val="20"/>
        </w:rPr>
      </w:pPr>
      <w:r w:rsidRPr="00BF194F">
        <w:rPr>
          <w:rFonts w:ascii="Arial" w:hAnsi="Arial" w:cs="Arial"/>
          <w:sz w:val="20"/>
          <w:szCs w:val="20"/>
        </w:rPr>
        <w:t xml:space="preserve">To </w:t>
      </w:r>
      <w:proofErr w:type="spellStart"/>
      <w:r w:rsidRPr="00BF194F">
        <w:rPr>
          <w:rFonts w:ascii="Arial" w:hAnsi="Arial" w:cs="Arial"/>
          <w:sz w:val="20"/>
          <w:szCs w:val="20"/>
        </w:rPr>
        <w:t>facilitate</w:t>
      </w:r>
      <w:proofErr w:type="spellEnd"/>
      <w:r w:rsidRPr="00BF194F">
        <w:rPr>
          <w:rFonts w:ascii="Arial" w:hAnsi="Arial" w:cs="Arial"/>
          <w:sz w:val="20"/>
          <w:szCs w:val="20"/>
        </w:rPr>
        <w:t xml:space="preserve"> the management and </w:t>
      </w:r>
      <w:proofErr w:type="spellStart"/>
      <w:r w:rsidRPr="00BF194F">
        <w:rPr>
          <w:rFonts w:ascii="Arial" w:hAnsi="Arial" w:cs="Arial"/>
          <w:sz w:val="20"/>
          <w:szCs w:val="20"/>
        </w:rPr>
        <w:t>organization</w:t>
      </w:r>
      <w:proofErr w:type="spellEnd"/>
      <w:r w:rsidRPr="00BF194F">
        <w:rPr>
          <w:rFonts w:ascii="Arial" w:hAnsi="Arial" w:cs="Arial"/>
          <w:sz w:val="20"/>
          <w:szCs w:val="20"/>
        </w:rPr>
        <w:t xml:space="preserve"> of </w:t>
      </w:r>
      <w:proofErr w:type="spellStart"/>
      <w:r w:rsidRPr="00BF194F">
        <w:rPr>
          <w:rFonts w:ascii="Arial" w:hAnsi="Arial" w:cs="Arial"/>
          <w:sz w:val="20"/>
          <w:szCs w:val="20"/>
        </w:rPr>
        <w:t>bibliographic</w:t>
      </w:r>
      <w:proofErr w:type="spellEnd"/>
      <w:r w:rsidRPr="00BF194F">
        <w:rPr>
          <w:rFonts w:ascii="Arial" w:hAnsi="Arial" w:cs="Arial"/>
          <w:sz w:val="20"/>
          <w:szCs w:val="20"/>
        </w:rPr>
        <w:t xml:space="preserve"> </w:t>
      </w:r>
      <w:proofErr w:type="spellStart"/>
      <w:r w:rsidRPr="00BF194F">
        <w:rPr>
          <w:rFonts w:ascii="Arial" w:hAnsi="Arial" w:cs="Arial"/>
          <w:sz w:val="20"/>
          <w:szCs w:val="20"/>
        </w:rPr>
        <w:t>references</w:t>
      </w:r>
      <w:proofErr w:type="spellEnd"/>
      <w:r w:rsidRPr="00BF194F">
        <w:rPr>
          <w:rFonts w:ascii="Arial" w:hAnsi="Arial" w:cs="Arial"/>
          <w:sz w:val="20"/>
          <w:szCs w:val="20"/>
        </w:rPr>
        <w:t xml:space="preserve"> </w:t>
      </w:r>
      <w:proofErr w:type="spellStart"/>
      <w:r w:rsidRPr="00BF194F">
        <w:rPr>
          <w:rFonts w:ascii="Arial" w:hAnsi="Arial" w:cs="Arial"/>
          <w:sz w:val="20"/>
          <w:szCs w:val="20"/>
        </w:rPr>
        <w:t>obtained</w:t>
      </w:r>
      <w:proofErr w:type="spellEnd"/>
      <w:r w:rsidRPr="00BF194F">
        <w:rPr>
          <w:rFonts w:ascii="Arial" w:hAnsi="Arial" w:cs="Arial"/>
          <w:sz w:val="20"/>
          <w:szCs w:val="20"/>
        </w:rPr>
        <w:t xml:space="preserve"> </w:t>
      </w:r>
      <w:proofErr w:type="spellStart"/>
      <w:r w:rsidRPr="00BF194F">
        <w:rPr>
          <w:rFonts w:ascii="Arial" w:hAnsi="Arial" w:cs="Arial"/>
          <w:sz w:val="20"/>
          <w:szCs w:val="20"/>
        </w:rPr>
        <w:t>from</w:t>
      </w:r>
      <w:proofErr w:type="spellEnd"/>
      <w:r w:rsidRPr="00BF194F">
        <w:rPr>
          <w:rFonts w:ascii="Arial" w:hAnsi="Arial" w:cs="Arial"/>
          <w:sz w:val="20"/>
          <w:szCs w:val="20"/>
        </w:rPr>
        <w:t xml:space="preserve"> Google Scholar, the </w:t>
      </w:r>
      <w:proofErr w:type="spellStart"/>
      <w:r w:rsidRPr="00BF194F">
        <w:rPr>
          <w:rFonts w:ascii="Arial" w:hAnsi="Arial" w:cs="Arial"/>
          <w:sz w:val="20"/>
          <w:szCs w:val="20"/>
        </w:rPr>
        <w:t>EndNote</w:t>
      </w:r>
      <w:proofErr w:type="spellEnd"/>
      <w:r w:rsidRPr="00BF194F">
        <w:rPr>
          <w:rFonts w:ascii="Arial" w:hAnsi="Arial" w:cs="Arial"/>
          <w:sz w:val="20"/>
          <w:szCs w:val="20"/>
        </w:rPr>
        <w:t xml:space="preserve"> Click software </w:t>
      </w:r>
      <w:proofErr w:type="spellStart"/>
      <w:r w:rsidRPr="00BF194F">
        <w:rPr>
          <w:rFonts w:ascii="Arial" w:hAnsi="Arial" w:cs="Arial"/>
          <w:sz w:val="20"/>
          <w:szCs w:val="20"/>
        </w:rPr>
        <w:t>was</w:t>
      </w:r>
      <w:proofErr w:type="spellEnd"/>
      <w:r w:rsidRPr="00BF194F">
        <w:rPr>
          <w:rFonts w:ascii="Arial" w:hAnsi="Arial" w:cs="Arial"/>
          <w:sz w:val="20"/>
          <w:szCs w:val="20"/>
        </w:rPr>
        <w:t xml:space="preserve"> </w:t>
      </w:r>
      <w:proofErr w:type="spellStart"/>
      <w:r w:rsidRPr="00BF194F">
        <w:rPr>
          <w:rFonts w:ascii="Arial" w:hAnsi="Arial" w:cs="Arial"/>
          <w:sz w:val="20"/>
          <w:szCs w:val="20"/>
        </w:rPr>
        <w:t>used</w:t>
      </w:r>
      <w:proofErr w:type="spellEnd"/>
      <w:r w:rsidRPr="00BF194F">
        <w:rPr>
          <w:rFonts w:ascii="Arial" w:hAnsi="Arial" w:cs="Arial"/>
          <w:sz w:val="20"/>
          <w:szCs w:val="20"/>
        </w:rPr>
        <w:t xml:space="preserve"> to export </w:t>
      </w:r>
      <w:proofErr w:type="spellStart"/>
      <w:r w:rsidRPr="00BF194F">
        <w:rPr>
          <w:rFonts w:ascii="Arial" w:hAnsi="Arial" w:cs="Arial"/>
          <w:sz w:val="20"/>
          <w:szCs w:val="20"/>
        </w:rPr>
        <w:t>results</w:t>
      </w:r>
      <w:proofErr w:type="spellEnd"/>
      <w:r w:rsidRPr="00BF194F">
        <w:rPr>
          <w:rFonts w:ascii="Arial" w:hAnsi="Arial" w:cs="Arial"/>
          <w:sz w:val="20"/>
          <w:szCs w:val="20"/>
        </w:rPr>
        <w:t xml:space="preserve"> in </w:t>
      </w:r>
      <w:proofErr w:type="gramStart"/>
      <w:r w:rsidRPr="00BF194F">
        <w:rPr>
          <w:rFonts w:ascii="Arial" w:hAnsi="Arial" w:cs="Arial"/>
          <w:sz w:val="20"/>
          <w:szCs w:val="20"/>
        </w:rPr>
        <w:t>".ris</w:t>
      </w:r>
      <w:proofErr w:type="gramEnd"/>
      <w:r w:rsidRPr="00BF194F">
        <w:rPr>
          <w:rFonts w:ascii="Arial" w:hAnsi="Arial" w:cs="Arial"/>
          <w:sz w:val="20"/>
          <w:szCs w:val="20"/>
        </w:rPr>
        <w:t xml:space="preserve">" format. </w:t>
      </w:r>
      <w:proofErr w:type="spellStart"/>
      <w:r w:rsidRPr="00BF194F">
        <w:rPr>
          <w:rFonts w:ascii="Arial" w:hAnsi="Arial" w:cs="Arial"/>
          <w:sz w:val="20"/>
          <w:szCs w:val="20"/>
        </w:rPr>
        <w:t>However</w:t>
      </w:r>
      <w:proofErr w:type="spellEnd"/>
      <w:r w:rsidRPr="00BF194F">
        <w:rPr>
          <w:rFonts w:ascii="Arial" w:hAnsi="Arial" w:cs="Arial"/>
          <w:sz w:val="20"/>
          <w:szCs w:val="20"/>
        </w:rPr>
        <w:t xml:space="preserve">, </w:t>
      </w:r>
      <w:proofErr w:type="spellStart"/>
      <w:r w:rsidRPr="00BF194F">
        <w:rPr>
          <w:rFonts w:ascii="Arial" w:hAnsi="Arial" w:cs="Arial"/>
          <w:sz w:val="20"/>
          <w:szCs w:val="20"/>
        </w:rPr>
        <w:t>EndNote</w:t>
      </w:r>
      <w:proofErr w:type="spellEnd"/>
      <w:r w:rsidRPr="00BF194F">
        <w:rPr>
          <w:rFonts w:ascii="Arial" w:hAnsi="Arial" w:cs="Arial"/>
          <w:sz w:val="20"/>
          <w:szCs w:val="20"/>
        </w:rPr>
        <w:t xml:space="preserve"> Click </w:t>
      </w:r>
      <w:proofErr w:type="spellStart"/>
      <w:r w:rsidRPr="00BF194F">
        <w:rPr>
          <w:rFonts w:ascii="Arial" w:hAnsi="Arial" w:cs="Arial"/>
          <w:sz w:val="20"/>
          <w:szCs w:val="20"/>
        </w:rPr>
        <w:t>may</w:t>
      </w:r>
      <w:proofErr w:type="spellEnd"/>
      <w:r w:rsidRPr="00BF194F">
        <w:rPr>
          <w:rFonts w:ascii="Arial" w:hAnsi="Arial" w:cs="Arial"/>
          <w:sz w:val="20"/>
          <w:szCs w:val="20"/>
        </w:rPr>
        <w:t xml:space="preserve"> </w:t>
      </w:r>
      <w:proofErr w:type="spellStart"/>
      <w:r w:rsidRPr="00BF194F">
        <w:rPr>
          <w:rFonts w:ascii="Arial" w:hAnsi="Arial" w:cs="Arial"/>
          <w:sz w:val="20"/>
          <w:szCs w:val="20"/>
        </w:rPr>
        <w:t>introduce</w:t>
      </w:r>
      <w:proofErr w:type="spellEnd"/>
      <w:r w:rsidRPr="00BF194F">
        <w:rPr>
          <w:rFonts w:ascii="Arial" w:hAnsi="Arial" w:cs="Arial"/>
          <w:sz w:val="20"/>
          <w:szCs w:val="20"/>
        </w:rPr>
        <w:t xml:space="preserve"> a </w:t>
      </w:r>
      <w:proofErr w:type="spellStart"/>
      <w:r w:rsidRPr="00BF194F">
        <w:rPr>
          <w:rFonts w:ascii="Arial" w:hAnsi="Arial" w:cs="Arial"/>
          <w:sz w:val="20"/>
          <w:szCs w:val="20"/>
        </w:rPr>
        <w:t>selection</w:t>
      </w:r>
      <w:proofErr w:type="spellEnd"/>
      <w:r w:rsidRPr="00BF194F">
        <w:rPr>
          <w:rFonts w:ascii="Arial" w:hAnsi="Arial" w:cs="Arial"/>
          <w:sz w:val="20"/>
          <w:szCs w:val="20"/>
        </w:rPr>
        <w:t xml:space="preserve"> </w:t>
      </w:r>
      <w:proofErr w:type="spellStart"/>
      <w:r w:rsidRPr="00BF194F">
        <w:rPr>
          <w:rFonts w:ascii="Arial" w:hAnsi="Arial" w:cs="Arial"/>
          <w:sz w:val="20"/>
          <w:szCs w:val="20"/>
        </w:rPr>
        <w:t>bias</w:t>
      </w:r>
      <w:proofErr w:type="spellEnd"/>
      <w:r w:rsidRPr="00BF194F">
        <w:rPr>
          <w:rFonts w:ascii="Arial" w:hAnsi="Arial" w:cs="Arial"/>
          <w:sz w:val="20"/>
          <w:szCs w:val="20"/>
        </w:rPr>
        <w:t xml:space="preserve"> </w:t>
      </w:r>
      <w:proofErr w:type="spellStart"/>
      <w:r w:rsidRPr="00BF194F">
        <w:rPr>
          <w:rFonts w:ascii="Arial" w:hAnsi="Arial" w:cs="Arial"/>
          <w:sz w:val="20"/>
          <w:szCs w:val="20"/>
        </w:rPr>
        <w:t>because</w:t>
      </w:r>
      <w:proofErr w:type="spellEnd"/>
      <w:r w:rsidRPr="00BF194F">
        <w:rPr>
          <w:rFonts w:ascii="Arial" w:hAnsi="Arial" w:cs="Arial"/>
          <w:sz w:val="20"/>
          <w:szCs w:val="20"/>
        </w:rPr>
        <w:t xml:space="preserve"> </w:t>
      </w:r>
      <w:proofErr w:type="spellStart"/>
      <w:r w:rsidRPr="00BF194F">
        <w:rPr>
          <w:rFonts w:ascii="Arial" w:hAnsi="Arial" w:cs="Arial"/>
          <w:sz w:val="20"/>
          <w:szCs w:val="20"/>
        </w:rPr>
        <w:t>some</w:t>
      </w:r>
      <w:proofErr w:type="spellEnd"/>
      <w:r w:rsidRPr="00BF194F">
        <w:rPr>
          <w:rFonts w:ascii="Arial" w:hAnsi="Arial" w:cs="Arial"/>
          <w:sz w:val="20"/>
          <w:szCs w:val="20"/>
        </w:rPr>
        <w:t xml:space="preserve"> documents, </w:t>
      </w:r>
      <w:proofErr w:type="spellStart"/>
      <w:r w:rsidRPr="00BF194F">
        <w:rPr>
          <w:rFonts w:ascii="Arial" w:hAnsi="Arial" w:cs="Arial"/>
          <w:sz w:val="20"/>
          <w:szCs w:val="20"/>
        </w:rPr>
        <w:t>such</w:t>
      </w:r>
      <w:proofErr w:type="spellEnd"/>
      <w:r w:rsidRPr="00BF194F">
        <w:rPr>
          <w:rFonts w:ascii="Arial" w:hAnsi="Arial" w:cs="Arial"/>
          <w:sz w:val="20"/>
          <w:szCs w:val="20"/>
        </w:rPr>
        <w:t xml:space="preserve"> as </w:t>
      </w:r>
      <w:proofErr w:type="spellStart"/>
      <w:r w:rsidRPr="00BF194F">
        <w:rPr>
          <w:rFonts w:ascii="Arial" w:hAnsi="Arial" w:cs="Arial"/>
          <w:sz w:val="20"/>
          <w:szCs w:val="20"/>
        </w:rPr>
        <w:t>technical</w:t>
      </w:r>
      <w:proofErr w:type="spellEnd"/>
      <w:r w:rsidRPr="00BF194F">
        <w:rPr>
          <w:rFonts w:ascii="Arial" w:hAnsi="Arial" w:cs="Arial"/>
          <w:sz w:val="20"/>
          <w:szCs w:val="20"/>
        </w:rPr>
        <w:t xml:space="preserve"> reports, </w:t>
      </w:r>
      <w:proofErr w:type="spellStart"/>
      <w:r w:rsidRPr="00BF194F">
        <w:rPr>
          <w:rFonts w:ascii="Arial" w:hAnsi="Arial" w:cs="Arial"/>
          <w:sz w:val="20"/>
          <w:szCs w:val="20"/>
        </w:rPr>
        <w:t>theses</w:t>
      </w:r>
      <w:proofErr w:type="spellEnd"/>
      <w:r w:rsidRPr="00BF194F">
        <w:rPr>
          <w:rFonts w:ascii="Arial" w:hAnsi="Arial" w:cs="Arial"/>
          <w:sz w:val="20"/>
          <w:szCs w:val="20"/>
        </w:rPr>
        <w:t>, patents, or web pages—</w:t>
      </w:r>
      <w:proofErr w:type="spellStart"/>
      <w:r w:rsidRPr="00BF194F">
        <w:rPr>
          <w:rFonts w:ascii="Arial" w:hAnsi="Arial" w:cs="Arial"/>
          <w:sz w:val="20"/>
          <w:szCs w:val="20"/>
        </w:rPr>
        <w:t>which</w:t>
      </w:r>
      <w:proofErr w:type="spellEnd"/>
      <w:r w:rsidRPr="00BF194F">
        <w:rPr>
          <w:rFonts w:ascii="Arial" w:hAnsi="Arial" w:cs="Arial"/>
          <w:sz w:val="20"/>
          <w:szCs w:val="20"/>
        </w:rPr>
        <w:t xml:space="preserve"> </w:t>
      </w:r>
      <w:proofErr w:type="spellStart"/>
      <w:r w:rsidRPr="00BF194F">
        <w:rPr>
          <w:rFonts w:ascii="Arial" w:hAnsi="Arial" w:cs="Arial"/>
          <w:sz w:val="20"/>
          <w:szCs w:val="20"/>
        </w:rPr>
        <w:t>often</w:t>
      </w:r>
      <w:proofErr w:type="spellEnd"/>
      <w:r w:rsidRPr="00BF194F">
        <w:rPr>
          <w:rFonts w:ascii="Arial" w:hAnsi="Arial" w:cs="Arial"/>
          <w:sz w:val="20"/>
          <w:szCs w:val="20"/>
        </w:rPr>
        <w:t xml:space="preserve"> </w:t>
      </w:r>
      <w:proofErr w:type="spellStart"/>
      <w:r w:rsidRPr="00BF194F">
        <w:rPr>
          <w:rFonts w:ascii="Arial" w:hAnsi="Arial" w:cs="Arial"/>
          <w:sz w:val="20"/>
          <w:szCs w:val="20"/>
        </w:rPr>
        <w:t>constitute</w:t>
      </w:r>
      <w:proofErr w:type="spellEnd"/>
      <w:r w:rsidRPr="00BF194F">
        <w:rPr>
          <w:rFonts w:ascii="Arial" w:hAnsi="Arial" w:cs="Arial"/>
          <w:sz w:val="20"/>
          <w:szCs w:val="20"/>
        </w:rPr>
        <w:t xml:space="preserve"> gray </w:t>
      </w:r>
      <w:proofErr w:type="spellStart"/>
      <w:r w:rsidRPr="00BF194F">
        <w:rPr>
          <w:rFonts w:ascii="Arial" w:hAnsi="Arial" w:cs="Arial"/>
          <w:sz w:val="20"/>
          <w:szCs w:val="20"/>
        </w:rPr>
        <w:t>literature</w:t>
      </w:r>
      <w:proofErr w:type="spellEnd"/>
      <w:r w:rsidRPr="00BF194F">
        <w:rPr>
          <w:rFonts w:ascii="Arial" w:hAnsi="Arial" w:cs="Arial"/>
          <w:sz w:val="20"/>
          <w:szCs w:val="20"/>
        </w:rPr>
        <w:t>—</w:t>
      </w:r>
      <w:proofErr w:type="spellStart"/>
      <w:r w:rsidRPr="00BF194F">
        <w:rPr>
          <w:rFonts w:ascii="Arial" w:hAnsi="Arial" w:cs="Arial"/>
          <w:sz w:val="20"/>
          <w:szCs w:val="20"/>
        </w:rPr>
        <w:t>may</w:t>
      </w:r>
      <w:proofErr w:type="spellEnd"/>
      <w:r w:rsidRPr="00BF194F">
        <w:rPr>
          <w:rFonts w:ascii="Arial" w:hAnsi="Arial" w:cs="Arial"/>
          <w:sz w:val="20"/>
          <w:szCs w:val="20"/>
        </w:rPr>
        <w:t xml:space="preserve"> not </w:t>
      </w:r>
      <w:proofErr w:type="spellStart"/>
      <w:r w:rsidRPr="00BF194F">
        <w:rPr>
          <w:rFonts w:ascii="Arial" w:hAnsi="Arial" w:cs="Arial"/>
          <w:sz w:val="20"/>
          <w:szCs w:val="20"/>
        </w:rPr>
        <w:t>be</w:t>
      </w:r>
      <w:proofErr w:type="spellEnd"/>
      <w:r w:rsidRPr="00BF194F">
        <w:rPr>
          <w:rFonts w:ascii="Arial" w:hAnsi="Arial" w:cs="Arial"/>
          <w:sz w:val="20"/>
          <w:szCs w:val="20"/>
        </w:rPr>
        <w:t xml:space="preserve"> compatible </w:t>
      </w:r>
      <w:proofErr w:type="spellStart"/>
      <w:r w:rsidRPr="00BF194F">
        <w:rPr>
          <w:rFonts w:ascii="Arial" w:hAnsi="Arial" w:cs="Arial"/>
          <w:sz w:val="20"/>
          <w:szCs w:val="20"/>
        </w:rPr>
        <w:t>with</w:t>
      </w:r>
      <w:proofErr w:type="spellEnd"/>
      <w:r w:rsidRPr="00BF194F">
        <w:rPr>
          <w:rFonts w:ascii="Arial" w:hAnsi="Arial" w:cs="Arial"/>
          <w:sz w:val="20"/>
          <w:szCs w:val="20"/>
        </w:rPr>
        <w:t xml:space="preserve"> the software and, </w:t>
      </w:r>
      <w:proofErr w:type="spellStart"/>
      <w:r w:rsidRPr="00BF194F">
        <w:rPr>
          <w:rFonts w:ascii="Arial" w:hAnsi="Arial" w:cs="Arial"/>
          <w:sz w:val="20"/>
          <w:szCs w:val="20"/>
        </w:rPr>
        <w:t>therefore</w:t>
      </w:r>
      <w:proofErr w:type="spellEnd"/>
      <w:r w:rsidRPr="00BF194F">
        <w:rPr>
          <w:rFonts w:ascii="Arial" w:hAnsi="Arial" w:cs="Arial"/>
          <w:sz w:val="20"/>
          <w:szCs w:val="20"/>
        </w:rPr>
        <w:t xml:space="preserve">, </w:t>
      </w:r>
      <w:proofErr w:type="spellStart"/>
      <w:r w:rsidRPr="00BF194F">
        <w:rPr>
          <w:rFonts w:ascii="Arial" w:hAnsi="Arial" w:cs="Arial"/>
          <w:sz w:val="20"/>
          <w:szCs w:val="20"/>
        </w:rPr>
        <w:t>may</w:t>
      </w:r>
      <w:proofErr w:type="spellEnd"/>
      <w:r w:rsidRPr="00BF194F">
        <w:rPr>
          <w:rFonts w:ascii="Arial" w:hAnsi="Arial" w:cs="Arial"/>
          <w:sz w:val="20"/>
          <w:szCs w:val="20"/>
        </w:rPr>
        <w:t xml:space="preserve"> </w:t>
      </w:r>
      <w:proofErr w:type="spellStart"/>
      <w:r w:rsidRPr="00BF194F">
        <w:rPr>
          <w:rFonts w:ascii="Arial" w:hAnsi="Arial" w:cs="Arial"/>
          <w:sz w:val="20"/>
          <w:szCs w:val="20"/>
        </w:rPr>
        <w:t>be</w:t>
      </w:r>
      <w:proofErr w:type="spellEnd"/>
      <w:r w:rsidRPr="00BF194F">
        <w:rPr>
          <w:rFonts w:ascii="Arial" w:hAnsi="Arial" w:cs="Arial"/>
          <w:sz w:val="20"/>
          <w:szCs w:val="20"/>
        </w:rPr>
        <w:t xml:space="preserve"> </w:t>
      </w:r>
      <w:proofErr w:type="spellStart"/>
      <w:r w:rsidRPr="00BF194F">
        <w:rPr>
          <w:rFonts w:ascii="Arial" w:hAnsi="Arial" w:cs="Arial"/>
          <w:sz w:val="20"/>
          <w:szCs w:val="20"/>
        </w:rPr>
        <w:t>excluded</w:t>
      </w:r>
      <w:proofErr w:type="spellEnd"/>
      <w:r w:rsidRPr="00BF194F">
        <w:rPr>
          <w:rFonts w:ascii="Arial" w:hAnsi="Arial" w:cs="Arial"/>
          <w:sz w:val="20"/>
          <w:szCs w:val="20"/>
        </w:rPr>
        <w:t xml:space="preserve"> </w:t>
      </w:r>
      <w:proofErr w:type="spellStart"/>
      <w:r w:rsidRPr="00BF194F">
        <w:rPr>
          <w:rFonts w:ascii="Arial" w:hAnsi="Arial" w:cs="Arial"/>
          <w:sz w:val="20"/>
          <w:szCs w:val="20"/>
        </w:rPr>
        <w:t>from</w:t>
      </w:r>
      <w:proofErr w:type="spellEnd"/>
      <w:r w:rsidRPr="00BF194F">
        <w:rPr>
          <w:rFonts w:ascii="Arial" w:hAnsi="Arial" w:cs="Arial"/>
          <w:sz w:val="20"/>
          <w:szCs w:val="20"/>
        </w:rPr>
        <w:t xml:space="preserve"> export. This limitation </w:t>
      </w:r>
      <w:proofErr w:type="spellStart"/>
      <w:r w:rsidRPr="00BF194F">
        <w:rPr>
          <w:rFonts w:ascii="Arial" w:hAnsi="Arial" w:cs="Arial"/>
          <w:sz w:val="20"/>
          <w:szCs w:val="20"/>
        </w:rPr>
        <w:t>will</w:t>
      </w:r>
      <w:proofErr w:type="spellEnd"/>
      <w:r w:rsidRPr="00BF194F">
        <w:rPr>
          <w:rFonts w:ascii="Arial" w:hAnsi="Arial" w:cs="Arial"/>
          <w:sz w:val="20"/>
          <w:szCs w:val="20"/>
        </w:rPr>
        <w:t xml:space="preserve"> </w:t>
      </w:r>
      <w:proofErr w:type="spellStart"/>
      <w:r w:rsidRPr="00BF194F">
        <w:rPr>
          <w:rFonts w:ascii="Arial" w:hAnsi="Arial" w:cs="Arial"/>
          <w:sz w:val="20"/>
          <w:szCs w:val="20"/>
        </w:rPr>
        <w:t>be</w:t>
      </w:r>
      <w:proofErr w:type="spellEnd"/>
      <w:r w:rsidRPr="00BF194F">
        <w:rPr>
          <w:rFonts w:ascii="Arial" w:hAnsi="Arial" w:cs="Arial"/>
          <w:sz w:val="20"/>
          <w:szCs w:val="20"/>
        </w:rPr>
        <w:t xml:space="preserve"> </w:t>
      </w:r>
      <w:proofErr w:type="spellStart"/>
      <w:r w:rsidRPr="00BF194F">
        <w:rPr>
          <w:rFonts w:ascii="Arial" w:hAnsi="Arial" w:cs="Arial"/>
          <w:sz w:val="20"/>
          <w:szCs w:val="20"/>
        </w:rPr>
        <w:t>documented</w:t>
      </w:r>
      <w:proofErr w:type="spellEnd"/>
      <w:r w:rsidRPr="00BF194F">
        <w:rPr>
          <w:rFonts w:ascii="Arial" w:hAnsi="Arial" w:cs="Arial"/>
          <w:sz w:val="20"/>
          <w:szCs w:val="20"/>
        </w:rPr>
        <w:t xml:space="preserve"> </w:t>
      </w:r>
      <w:proofErr w:type="spellStart"/>
      <w:r w:rsidRPr="00BF194F">
        <w:rPr>
          <w:rFonts w:ascii="Arial" w:hAnsi="Arial" w:cs="Arial"/>
          <w:sz w:val="20"/>
          <w:szCs w:val="20"/>
        </w:rPr>
        <w:t>appropriately</w:t>
      </w:r>
      <w:proofErr w:type="spellEnd"/>
      <w:r w:rsidRPr="00BF194F">
        <w:rPr>
          <w:rFonts w:ascii="Arial" w:hAnsi="Arial" w:cs="Arial"/>
          <w:sz w:val="20"/>
          <w:szCs w:val="20"/>
        </w:rPr>
        <w:t>.</w:t>
      </w:r>
    </w:p>
    <w:p w14:paraId="33C25B6E" w14:textId="77777777" w:rsidR="00BB0F51" w:rsidRPr="00BF194F" w:rsidRDefault="00BB0F51" w:rsidP="00BF194F">
      <w:pPr>
        <w:spacing w:line="360" w:lineRule="auto"/>
        <w:rPr>
          <w:rFonts w:ascii="Arial" w:hAnsi="Arial" w:cs="Arial"/>
          <w:sz w:val="12"/>
          <w:szCs w:val="12"/>
          <w:lang w:eastAsia="fr-FR"/>
        </w:rPr>
      </w:pPr>
    </w:p>
    <w:p w14:paraId="7C8B72DC" w14:textId="77777777" w:rsidR="007353D0" w:rsidRPr="00BF194F" w:rsidRDefault="007353D0" w:rsidP="00BF194F">
      <w:pPr>
        <w:spacing w:line="360" w:lineRule="auto"/>
        <w:rPr>
          <w:rFonts w:ascii="Arial" w:hAnsi="Arial" w:cs="Arial"/>
          <w:sz w:val="12"/>
          <w:szCs w:val="12"/>
          <w:lang w:eastAsia="fr-FR"/>
        </w:rPr>
      </w:pPr>
    </w:p>
    <w:p w14:paraId="51404BED" w14:textId="648CE77D" w:rsidR="00BB0F51" w:rsidRPr="00BF194F" w:rsidRDefault="007353D0" w:rsidP="00BF194F">
      <w:pPr>
        <w:spacing w:line="360" w:lineRule="auto"/>
        <w:jc w:val="both"/>
        <w:rPr>
          <w:rFonts w:ascii="Arial" w:hAnsi="Arial" w:cs="Arial"/>
          <w:b/>
          <w:bCs/>
        </w:rPr>
      </w:pPr>
      <w:r w:rsidRPr="00BF194F">
        <w:rPr>
          <w:rFonts w:ascii="Arial" w:hAnsi="Arial" w:cs="Arial"/>
          <w:b/>
          <w:bCs/>
        </w:rPr>
        <w:t xml:space="preserve">Equation on Google </w:t>
      </w:r>
      <w:proofErr w:type="gramStart"/>
      <w:r w:rsidRPr="00BF194F">
        <w:rPr>
          <w:rFonts w:ascii="Arial" w:hAnsi="Arial" w:cs="Arial"/>
          <w:b/>
          <w:bCs/>
        </w:rPr>
        <w:t>Scholar:</w:t>
      </w:r>
      <w:proofErr w:type="gramEnd"/>
    </w:p>
    <w:p w14:paraId="2AAD9D8A" w14:textId="77777777" w:rsidR="00BB0F51" w:rsidRPr="00BF194F" w:rsidRDefault="00BB0F51" w:rsidP="00BF194F">
      <w:pPr>
        <w:spacing w:line="360" w:lineRule="auto"/>
        <w:rPr>
          <w:rFonts w:ascii="Arial" w:hAnsi="Arial" w:cs="Arial"/>
          <w:sz w:val="2"/>
          <w:szCs w:val="2"/>
        </w:rPr>
      </w:pPr>
      <w:r w:rsidRPr="00BF194F">
        <w:rPr>
          <w:rFonts w:ascii="Arial" w:hAnsi="Arial" w:cs="Arial"/>
        </w:rPr>
        <w:t xml:space="preserve"> </w:t>
      </w:r>
    </w:p>
    <w:p w14:paraId="618173D3" w14:textId="54084B58" w:rsidR="00BB0F51" w:rsidRPr="00BF194F" w:rsidRDefault="007353D0" w:rsidP="00BF194F">
      <w:pPr>
        <w:pStyle w:val="NormalWeb"/>
        <w:spacing w:line="360" w:lineRule="auto"/>
        <w:jc w:val="both"/>
        <w:rPr>
          <w:rFonts w:ascii="Arial" w:hAnsi="Arial" w:cs="Arial"/>
          <w:sz w:val="20"/>
          <w:szCs w:val="20"/>
        </w:rPr>
      </w:pPr>
      <w:r w:rsidRPr="00BF194F">
        <w:rPr>
          <w:rFonts w:ascii="Arial" w:hAnsi="Arial" w:cs="Arial"/>
          <w:sz w:val="20"/>
          <w:szCs w:val="20"/>
        </w:rPr>
        <w:t xml:space="preserve">The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equation</w:t>
      </w:r>
      <w:proofErr w:type="spellEnd"/>
      <w:r w:rsidRPr="00BF194F">
        <w:rPr>
          <w:rFonts w:ascii="Arial" w:hAnsi="Arial" w:cs="Arial"/>
          <w:sz w:val="20"/>
          <w:szCs w:val="20"/>
        </w:rPr>
        <w:t xml:space="preserve"> </w:t>
      </w:r>
      <w:proofErr w:type="spellStart"/>
      <w:r w:rsidRPr="00BF194F">
        <w:rPr>
          <w:rFonts w:ascii="Arial" w:hAnsi="Arial" w:cs="Arial"/>
          <w:sz w:val="20"/>
          <w:szCs w:val="20"/>
        </w:rPr>
        <w:t>is</w:t>
      </w:r>
      <w:proofErr w:type="spellEnd"/>
      <w:r w:rsidRPr="00BF194F">
        <w:rPr>
          <w:rFonts w:ascii="Arial" w:hAnsi="Arial" w:cs="Arial"/>
          <w:sz w:val="20"/>
          <w:szCs w:val="20"/>
        </w:rPr>
        <w:t xml:space="preserve"> as </w:t>
      </w:r>
      <w:proofErr w:type="spellStart"/>
      <w:proofErr w:type="gramStart"/>
      <w:r w:rsidRPr="00BF194F">
        <w:rPr>
          <w:rFonts w:ascii="Arial" w:hAnsi="Arial" w:cs="Arial"/>
          <w:sz w:val="20"/>
          <w:szCs w:val="20"/>
        </w:rPr>
        <w:t>follows</w:t>
      </w:r>
      <w:proofErr w:type="spellEnd"/>
      <w:r w:rsidRPr="00BF194F">
        <w:rPr>
          <w:rFonts w:ascii="Arial" w:hAnsi="Arial" w:cs="Arial"/>
          <w:sz w:val="20"/>
          <w:szCs w:val="20"/>
        </w:rPr>
        <w:t>:</w:t>
      </w:r>
      <w:proofErr w:type="gramEnd"/>
      <w:r w:rsidR="00BB0F51" w:rsidRPr="00BF194F">
        <w:rPr>
          <w:rFonts w:ascii="Arial" w:hAnsi="Arial" w:cs="Arial"/>
          <w:sz w:val="20"/>
          <w:szCs w:val="20"/>
        </w:rPr>
        <w:t xml:space="preserve"> </w:t>
      </w:r>
    </w:p>
    <w:p w14:paraId="3E454470" w14:textId="77777777" w:rsidR="00BB0F51" w:rsidRPr="00BF194F" w:rsidRDefault="00BB0F51" w:rsidP="00BF194F">
      <w:pPr>
        <w:pStyle w:val="NormalWeb"/>
        <w:spacing w:line="360" w:lineRule="auto"/>
        <w:jc w:val="both"/>
        <w:rPr>
          <w:rFonts w:ascii="Arial" w:hAnsi="Arial" w:cs="Arial"/>
          <w:b/>
          <w:bCs/>
          <w:i/>
          <w:iCs/>
          <w:color w:val="0070C0"/>
          <w:sz w:val="17"/>
          <w:szCs w:val="17"/>
        </w:rPr>
      </w:pPr>
      <w:r w:rsidRPr="00BF194F">
        <w:rPr>
          <w:rFonts w:ascii="Arial" w:hAnsi="Arial" w:cs="Arial"/>
          <w:b/>
          <w:bCs/>
          <w:i/>
          <w:iCs/>
          <w:color w:val="0070C0"/>
          <w:sz w:val="17"/>
          <w:szCs w:val="17"/>
        </w:rPr>
        <w:t>("</w:t>
      </w:r>
      <w:proofErr w:type="spellStart"/>
      <w:r w:rsidRPr="00BF194F">
        <w:rPr>
          <w:rFonts w:ascii="Arial" w:hAnsi="Arial" w:cs="Arial"/>
          <w:b/>
          <w:bCs/>
          <w:i/>
          <w:iCs/>
          <w:color w:val="0070C0"/>
          <w:sz w:val="17"/>
          <w:szCs w:val="17"/>
        </w:rPr>
        <w:t>Musculoskeletal</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Diseases</w:t>
      </w:r>
      <w:proofErr w:type="spellEnd"/>
      <w:r w:rsidRPr="00BF194F">
        <w:rPr>
          <w:rFonts w:ascii="Arial" w:hAnsi="Arial" w:cs="Arial"/>
          <w:b/>
          <w:bCs/>
          <w:i/>
          <w:iCs/>
          <w:color w:val="0070C0"/>
          <w:sz w:val="17"/>
          <w:szCs w:val="17"/>
        </w:rPr>
        <w:t>" OR "</w:t>
      </w:r>
      <w:proofErr w:type="spellStart"/>
      <w:r w:rsidRPr="00BF194F">
        <w:rPr>
          <w:rFonts w:ascii="Arial" w:hAnsi="Arial" w:cs="Arial"/>
          <w:b/>
          <w:bCs/>
          <w:i/>
          <w:iCs/>
          <w:color w:val="0070C0"/>
          <w:sz w:val="17"/>
          <w:szCs w:val="17"/>
        </w:rPr>
        <w:t>Musculoskeletal</w:t>
      </w:r>
      <w:proofErr w:type="spellEnd"/>
      <w:r w:rsidRPr="00BF194F">
        <w:rPr>
          <w:rFonts w:ascii="Arial" w:hAnsi="Arial" w:cs="Arial"/>
          <w:b/>
          <w:bCs/>
          <w:i/>
          <w:iCs/>
          <w:color w:val="0070C0"/>
          <w:sz w:val="17"/>
          <w:szCs w:val="17"/>
        </w:rPr>
        <w:t xml:space="preserve"> Pain" OR "</w:t>
      </w:r>
      <w:proofErr w:type="spellStart"/>
      <w:r w:rsidRPr="00BF194F">
        <w:rPr>
          <w:rFonts w:ascii="Arial" w:hAnsi="Arial" w:cs="Arial"/>
          <w:b/>
          <w:bCs/>
          <w:i/>
          <w:iCs/>
          <w:color w:val="0070C0"/>
          <w:sz w:val="17"/>
          <w:szCs w:val="17"/>
        </w:rPr>
        <w:t>Musculoskeletal</w:t>
      </w:r>
      <w:proofErr w:type="spellEnd"/>
      <w:r w:rsidRPr="00BF194F">
        <w:rPr>
          <w:rFonts w:ascii="Arial" w:hAnsi="Arial" w:cs="Arial"/>
          <w:b/>
          <w:bCs/>
          <w:i/>
          <w:iCs/>
          <w:color w:val="0070C0"/>
          <w:sz w:val="17"/>
          <w:szCs w:val="17"/>
        </w:rPr>
        <w:t xml:space="preserve"> Conditions" OR "</w:t>
      </w:r>
      <w:proofErr w:type="spellStart"/>
      <w:r w:rsidRPr="00BF194F">
        <w:rPr>
          <w:rFonts w:ascii="Arial" w:hAnsi="Arial" w:cs="Arial"/>
          <w:b/>
          <w:bCs/>
          <w:i/>
          <w:iCs/>
          <w:color w:val="0070C0"/>
          <w:sz w:val="17"/>
          <w:szCs w:val="17"/>
        </w:rPr>
        <w:t>Musculoskeletal</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Disorders</w:t>
      </w:r>
      <w:proofErr w:type="spellEnd"/>
      <w:r w:rsidRPr="00BF194F">
        <w:rPr>
          <w:rFonts w:ascii="Arial" w:hAnsi="Arial" w:cs="Arial"/>
          <w:b/>
          <w:bCs/>
          <w:i/>
          <w:iCs/>
          <w:color w:val="0070C0"/>
          <w:sz w:val="17"/>
          <w:szCs w:val="17"/>
        </w:rPr>
        <w:t>" OR "</w:t>
      </w:r>
      <w:proofErr w:type="spellStart"/>
      <w:r w:rsidRPr="00BF194F">
        <w:rPr>
          <w:rFonts w:ascii="Arial" w:hAnsi="Arial" w:cs="Arial"/>
          <w:b/>
          <w:bCs/>
          <w:i/>
          <w:iCs/>
          <w:color w:val="0070C0"/>
          <w:sz w:val="17"/>
          <w:szCs w:val="17"/>
        </w:rPr>
        <w:t>Musculoskeletal</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Symptoms</w:t>
      </w:r>
      <w:proofErr w:type="spellEnd"/>
      <w:r w:rsidRPr="00BF194F">
        <w:rPr>
          <w:rFonts w:ascii="Arial" w:hAnsi="Arial" w:cs="Arial"/>
          <w:b/>
          <w:bCs/>
          <w:i/>
          <w:iCs/>
          <w:color w:val="0070C0"/>
          <w:sz w:val="17"/>
          <w:szCs w:val="17"/>
        </w:rPr>
        <w:t xml:space="preserve">") AND ("Physical </w:t>
      </w:r>
      <w:proofErr w:type="spellStart"/>
      <w:r w:rsidRPr="00BF194F">
        <w:rPr>
          <w:rFonts w:ascii="Arial" w:hAnsi="Arial" w:cs="Arial"/>
          <w:b/>
          <w:bCs/>
          <w:i/>
          <w:iCs/>
          <w:color w:val="0070C0"/>
          <w:sz w:val="17"/>
          <w:szCs w:val="17"/>
        </w:rPr>
        <w:t>Therapy</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Modalities</w:t>
      </w:r>
      <w:proofErr w:type="spellEnd"/>
      <w:r w:rsidRPr="00BF194F">
        <w:rPr>
          <w:rFonts w:ascii="Arial" w:hAnsi="Arial" w:cs="Arial"/>
          <w:b/>
          <w:bCs/>
          <w:i/>
          <w:iCs/>
          <w:color w:val="0070C0"/>
          <w:sz w:val="17"/>
          <w:szCs w:val="17"/>
        </w:rPr>
        <w:t xml:space="preserve">" OR "Physical </w:t>
      </w:r>
      <w:proofErr w:type="spellStart"/>
      <w:r w:rsidRPr="00BF194F">
        <w:rPr>
          <w:rFonts w:ascii="Arial" w:hAnsi="Arial" w:cs="Arial"/>
          <w:b/>
          <w:bCs/>
          <w:i/>
          <w:iCs/>
          <w:color w:val="0070C0"/>
          <w:sz w:val="17"/>
          <w:szCs w:val="17"/>
        </w:rPr>
        <w:t>Therapy</w:t>
      </w:r>
      <w:proofErr w:type="spellEnd"/>
      <w:r w:rsidRPr="00BF194F">
        <w:rPr>
          <w:rFonts w:ascii="Arial" w:hAnsi="Arial" w:cs="Arial"/>
          <w:b/>
          <w:bCs/>
          <w:i/>
          <w:iCs/>
          <w:color w:val="0070C0"/>
          <w:sz w:val="17"/>
          <w:szCs w:val="17"/>
        </w:rPr>
        <w:t xml:space="preserve"> Specialty" OR "</w:t>
      </w:r>
      <w:proofErr w:type="spellStart"/>
      <w:r w:rsidRPr="00BF194F">
        <w:rPr>
          <w:rFonts w:ascii="Arial" w:hAnsi="Arial" w:cs="Arial"/>
          <w:b/>
          <w:bCs/>
          <w:i/>
          <w:iCs/>
          <w:color w:val="0070C0"/>
          <w:sz w:val="17"/>
          <w:szCs w:val="17"/>
        </w:rPr>
        <w:t>Physiotherapy</w:t>
      </w:r>
      <w:proofErr w:type="spellEnd"/>
      <w:r w:rsidRPr="00BF194F">
        <w:rPr>
          <w:rFonts w:ascii="Arial" w:hAnsi="Arial" w:cs="Arial"/>
          <w:b/>
          <w:bCs/>
          <w:i/>
          <w:iCs/>
          <w:color w:val="0070C0"/>
          <w:sz w:val="17"/>
          <w:szCs w:val="17"/>
        </w:rPr>
        <w:t xml:space="preserve">" OR "Physical </w:t>
      </w:r>
      <w:proofErr w:type="spellStart"/>
      <w:r w:rsidRPr="00BF194F">
        <w:rPr>
          <w:rFonts w:ascii="Arial" w:hAnsi="Arial" w:cs="Arial"/>
          <w:b/>
          <w:bCs/>
          <w:i/>
          <w:iCs/>
          <w:color w:val="0070C0"/>
          <w:sz w:val="17"/>
          <w:szCs w:val="17"/>
        </w:rPr>
        <w:t>Therapy</w:t>
      </w:r>
      <w:proofErr w:type="spellEnd"/>
      <w:r w:rsidRPr="00BF194F">
        <w:rPr>
          <w:rFonts w:ascii="Arial" w:hAnsi="Arial" w:cs="Arial"/>
          <w:b/>
          <w:bCs/>
          <w:i/>
          <w:iCs/>
          <w:color w:val="0070C0"/>
          <w:sz w:val="17"/>
          <w:szCs w:val="17"/>
        </w:rPr>
        <w:t>" OR "</w:t>
      </w:r>
      <w:proofErr w:type="spellStart"/>
      <w:r w:rsidRPr="00BF194F">
        <w:rPr>
          <w:rFonts w:ascii="Arial" w:hAnsi="Arial" w:cs="Arial"/>
          <w:b/>
          <w:bCs/>
          <w:i/>
          <w:iCs/>
          <w:color w:val="0070C0"/>
          <w:sz w:val="17"/>
          <w:szCs w:val="17"/>
        </w:rPr>
        <w:t>Rehabilitation</w:t>
      </w:r>
      <w:proofErr w:type="spellEnd"/>
      <w:r w:rsidRPr="00BF194F">
        <w:rPr>
          <w:rFonts w:ascii="Arial" w:hAnsi="Arial" w:cs="Arial"/>
          <w:b/>
          <w:bCs/>
          <w:i/>
          <w:iCs/>
          <w:color w:val="0070C0"/>
          <w:sz w:val="17"/>
          <w:szCs w:val="17"/>
        </w:rPr>
        <w:t>") AND ("Direct Access" OR "Self-</w:t>
      </w:r>
      <w:proofErr w:type="spellStart"/>
      <w:r w:rsidRPr="00BF194F">
        <w:rPr>
          <w:rFonts w:ascii="Arial" w:hAnsi="Arial" w:cs="Arial"/>
          <w:b/>
          <w:bCs/>
          <w:i/>
          <w:iCs/>
          <w:color w:val="0070C0"/>
          <w:sz w:val="17"/>
          <w:szCs w:val="17"/>
        </w:rPr>
        <w:t>Referral</w:t>
      </w:r>
      <w:proofErr w:type="spellEnd"/>
      <w:r w:rsidRPr="00BF194F">
        <w:rPr>
          <w:rFonts w:ascii="Arial" w:hAnsi="Arial" w:cs="Arial"/>
          <w:b/>
          <w:bCs/>
          <w:i/>
          <w:iCs/>
          <w:color w:val="0070C0"/>
          <w:sz w:val="17"/>
          <w:szCs w:val="17"/>
        </w:rPr>
        <w:t>" OR "Patient-</w:t>
      </w:r>
      <w:proofErr w:type="spellStart"/>
      <w:r w:rsidRPr="00BF194F">
        <w:rPr>
          <w:rFonts w:ascii="Arial" w:hAnsi="Arial" w:cs="Arial"/>
          <w:b/>
          <w:bCs/>
          <w:i/>
          <w:iCs/>
          <w:color w:val="0070C0"/>
          <w:sz w:val="17"/>
          <w:szCs w:val="17"/>
        </w:rPr>
        <w:t>Initiated</w:t>
      </w:r>
      <w:proofErr w:type="spellEnd"/>
      <w:r w:rsidRPr="00BF194F">
        <w:rPr>
          <w:rFonts w:ascii="Arial" w:hAnsi="Arial" w:cs="Arial"/>
          <w:b/>
          <w:bCs/>
          <w:i/>
          <w:iCs/>
          <w:color w:val="0070C0"/>
          <w:sz w:val="17"/>
          <w:szCs w:val="17"/>
        </w:rPr>
        <w:t xml:space="preserve"> Access" OR "First-Contact </w:t>
      </w:r>
      <w:proofErr w:type="spellStart"/>
      <w:r w:rsidRPr="00BF194F">
        <w:rPr>
          <w:rFonts w:ascii="Arial" w:hAnsi="Arial" w:cs="Arial"/>
          <w:b/>
          <w:bCs/>
          <w:i/>
          <w:iCs/>
          <w:color w:val="0070C0"/>
          <w:sz w:val="17"/>
          <w:szCs w:val="17"/>
        </w:rPr>
        <w:t>Physiotherapy</w:t>
      </w:r>
      <w:proofErr w:type="spellEnd"/>
      <w:r w:rsidRPr="00BF194F">
        <w:rPr>
          <w:rFonts w:ascii="Arial" w:hAnsi="Arial" w:cs="Arial"/>
          <w:b/>
          <w:bCs/>
          <w:i/>
          <w:iCs/>
          <w:color w:val="0070C0"/>
          <w:sz w:val="17"/>
          <w:szCs w:val="17"/>
        </w:rPr>
        <w:t xml:space="preserve">") AND ("General </w:t>
      </w:r>
      <w:proofErr w:type="spellStart"/>
      <w:r w:rsidRPr="00BF194F">
        <w:rPr>
          <w:rFonts w:ascii="Arial" w:hAnsi="Arial" w:cs="Arial"/>
          <w:b/>
          <w:bCs/>
          <w:i/>
          <w:iCs/>
          <w:color w:val="0070C0"/>
          <w:sz w:val="17"/>
          <w:szCs w:val="17"/>
        </w:rPr>
        <w:t>Practitioners</w:t>
      </w:r>
      <w:proofErr w:type="spellEnd"/>
      <w:r w:rsidRPr="00BF194F">
        <w:rPr>
          <w:rFonts w:ascii="Arial" w:hAnsi="Arial" w:cs="Arial"/>
          <w:b/>
          <w:bCs/>
          <w:i/>
          <w:iCs/>
          <w:color w:val="0070C0"/>
          <w:sz w:val="17"/>
          <w:szCs w:val="17"/>
        </w:rPr>
        <w:t xml:space="preserve">" OR "Family </w:t>
      </w:r>
      <w:proofErr w:type="spellStart"/>
      <w:r w:rsidRPr="00BF194F">
        <w:rPr>
          <w:rFonts w:ascii="Arial" w:hAnsi="Arial" w:cs="Arial"/>
          <w:b/>
          <w:bCs/>
          <w:i/>
          <w:iCs/>
          <w:color w:val="0070C0"/>
          <w:sz w:val="17"/>
          <w:szCs w:val="17"/>
        </w:rPr>
        <w:t>Physicians</w:t>
      </w:r>
      <w:proofErr w:type="spellEnd"/>
      <w:r w:rsidRPr="00BF194F">
        <w:rPr>
          <w:rFonts w:ascii="Arial" w:hAnsi="Arial" w:cs="Arial"/>
          <w:b/>
          <w:bCs/>
          <w:i/>
          <w:iCs/>
          <w:color w:val="0070C0"/>
          <w:sz w:val="17"/>
          <w:szCs w:val="17"/>
        </w:rPr>
        <w:t>" OR "</w:t>
      </w:r>
      <w:proofErr w:type="spellStart"/>
      <w:r w:rsidRPr="00BF194F">
        <w:rPr>
          <w:rFonts w:ascii="Arial" w:hAnsi="Arial" w:cs="Arial"/>
          <w:b/>
          <w:bCs/>
          <w:i/>
          <w:iCs/>
          <w:color w:val="0070C0"/>
          <w:sz w:val="17"/>
          <w:szCs w:val="17"/>
        </w:rPr>
        <w:t>Primary</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Health</w:t>
      </w:r>
      <w:proofErr w:type="spellEnd"/>
      <w:r w:rsidRPr="00BF194F">
        <w:rPr>
          <w:rFonts w:ascii="Arial" w:hAnsi="Arial" w:cs="Arial"/>
          <w:b/>
          <w:bCs/>
          <w:i/>
          <w:iCs/>
          <w:color w:val="0070C0"/>
          <w:sz w:val="17"/>
          <w:szCs w:val="17"/>
        </w:rPr>
        <w:t xml:space="preserve"> Care" OR "General Practice" OR "</w:t>
      </w:r>
      <w:proofErr w:type="spellStart"/>
      <w:r w:rsidRPr="00BF194F">
        <w:rPr>
          <w:rFonts w:ascii="Arial" w:hAnsi="Arial" w:cs="Arial"/>
          <w:b/>
          <w:bCs/>
          <w:i/>
          <w:iCs/>
          <w:color w:val="0070C0"/>
          <w:sz w:val="17"/>
          <w:szCs w:val="17"/>
        </w:rPr>
        <w:t>Primary</w:t>
      </w:r>
      <w:proofErr w:type="spellEnd"/>
      <w:r w:rsidRPr="00BF194F">
        <w:rPr>
          <w:rFonts w:ascii="Arial" w:hAnsi="Arial" w:cs="Arial"/>
          <w:b/>
          <w:bCs/>
          <w:i/>
          <w:iCs/>
          <w:color w:val="0070C0"/>
          <w:sz w:val="17"/>
          <w:szCs w:val="17"/>
        </w:rPr>
        <w:t xml:space="preserve"> Care </w:t>
      </w:r>
      <w:proofErr w:type="spellStart"/>
      <w:r w:rsidRPr="00BF194F">
        <w:rPr>
          <w:rFonts w:ascii="Arial" w:hAnsi="Arial" w:cs="Arial"/>
          <w:b/>
          <w:bCs/>
          <w:i/>
          <w:iCs/>
          <w:color w:val="0070C0"/>
          <w:sz w:val="17"/>
          <w:szCs w:val="17"/>
        </w:rPr>
        <w:t>Physician</w:t>
      </w:r>
      <w:proofErr w:type="spellEnd"/>
      <w:r w:rsidRPr="00BF194F">
        <w:rPr>
          <w:rFonts w:ascii="Arial" w:hAnsi="Arial" w:cs="Arial"/>
          <w:b/>
          <w:bCs/>
          <w:i/>
          <w:iCs/>
          <w:color w:val="0070C0"/>
          <w:sz w:val="17"/>
          <w:szCs w:val="17"/>
        </w:rPr>
        <w:t xml:space="preserve">" OR "Family </w:t>
      </w:r>
      <w:proofErr w:type="spellStart"/>
      <w:r w:rsidRPr="00BF194F">
        <w:rPr>
          <w:rFonts w:ascii="Arial" w:hAnsi="Arial" w:cs="Arial"/>
          <w:b/>
          <w:bCs/>
          <w:i/>
          <w:iCs/>
          <w:color w:val="0070C0"/>
          <w:sz w:val="17"/>
          <w:szCs w:val="17"/>
        </w:rPr>
        <w:t>Doctor</w:t>
      </w:r>
      <w:proofErr w:type="spellEnd"/>
      <w:r w:rsidRPr="00BF194F">
        <w:rPr>
          <w:rFonts w:ascii="Arial" w:hAnsi="Arial" w:cs="Arial"/>
          <w:b/>
          <w:bCs/>
          <w:i/>
          <w:iCs/>
          <w:color w:val="0070C0"/>
          <w:sz w:val="17"/>
          <w:szCs w:val="17"/>
        </w:rPr>
        <w:t xml:space="preserve">" OR "General </w:t>
      </w:r>
      <w:proofErr w:type="spellStart"/>
      <w:r w:rsidRPr="00BF194F">
        <w:rPr>
          <w:rFonts w:ascii="Arial" w:hAnsi="Arial" w:cs="Arial"/>
          <w:b/>
          <w:bCs/>
          <w:i/>
          <w:iCs/>
          <w:color w:val="0070C0"/>
          <w:sz w:val="17"/>
          <w:szCs w:val="17"/>
        </w:rPr>
        <w:t>Medical</w:t>
      </w:r>
      <w:proofErr w:type="spellEnd"/>
      <w:r w:rsidRPr="00BF194F">
        <w:rPr>
          <w:rFonts w:ascii="Arial" w:hAnsi="Arial" w:cs="Arial"/>
          <w:b/>
          <w:bCs/>
          <w:i/>
          <w:iCs/>
          <w:color w:val="0070C0"/>
          <w:sz w:val="17"/>
          <w:szCs w:val="17"/>
        </w:rPr>
        <w:t xml:space="preserve"> Practice")</w:t>
      </w:r>
    </w:p>
    <w:p w14:paraId="025F4DEA" w14:textId="77777777" w:rsidR="00BB0F51" w:rsidRPr="00BF194F" w:rsidRDefault="00BB0F51" w:rsidP="00BF194F">
      <w:pPr>
        <w:pStyle w:val="NormalWeb"/>
        <w:spacing w:line="360" w:lineRule="auto"/>
        <w:jc w:val="both"/>
        <w:rPr>
          <w:rFonts w:ascii="Arial" w:hAnsi="Arial" w:cs="Arial"/>
          <w:b/>
          <w:bCs/>
          <w:i/>
          <w:iCs/>
          <w:color w:val="0070C0"/>
          <w:sz w:val="17"/>
          <w:szCs w:val="17"/>
        </w:rPr>
      </w:pPr>
    </w:p>
    <w:p w14:paraId="51D53C8A" w14:textId="77777777" w:rsidR="007353D0" w:rsidRPr="00BF194F" w:rsidRDefault="007353D0" w:rsidP="00BF194F">
      <w:pPr>
        <w:pStyle w:val="NormalWeb"/>
        <w:spacing w:line="360" w:lineRule="auto"/>
        <w:jc w:val="both"/>
        <w:rPr>
          <w:rFonts w:ascii="Arial" w:hAnsi="Arial" w:cs="Arial"/>
          <w:b/>
          <w:bCs/>
          <w:i/>
          <w:iCs/>
          <w:color w:val="0070C0"/>
          <w:sz w:val="17"/>
          <w:szCs w:val="17"/>
        </w:rPr>
      </w:pPr>
    </w:p>
    <w:p w14:paraId="1D3CB997" w14:textId="1AB377A5" w:rsidR="00BB0F51" w:rsidRPr="00BF194F" w:rsidRDefault="007353D0" w:rsidP="00BF194F">
      <w:pPr>
        <w:pStyle w:val="Titre3"/>
        <w:spacing w:line="360" w:lineRule="auto"/>
        <w:rPr>
          <w:rFonts w:cs="Arial"/>
        </w:rPr>
      </w:pPr>
      <w:proofErr w:type="spellStart"/>
      <w:r w:rsidRPr="00BF194F">
        <w:rPr>
          <w:rFonts w:cs="Arial"/>
          <w:szCs w:val="20"/>
        </w:rPr>
        <w:lastRenderedPageBreak/>
        <w:t>Search</w:t>
      </w:r>
      <w:proofErr w:type="spellEnd"/>
      <w:r w:rsidRPr="00BF194F">
        <w:rPr>
          <w:rFonts w:cs="Arial"/>
          <w:szCs w:val="20"/>
        </w:rPr>
        <w:t xml:space="preserve"> </w:t>
      </w:r>
      <w:proofErr w:type="spellStart"/>
      <w:r w:rsidRPr="00BF194F">
        <w:rPr>
          <w:rFonts w:cs="Arial"/>
          <w:szCs w:val="20"/>
        </w:rPr>
        <w:t>equation</w:t>
      </w:r>
      <w:proofErr w:type="spellEnd"/>
      <w:r w:rsidRPr="00BF194F">
        <w:rPr>
          <w:rFonts w:cs="Arial"/>
          <w:szCs w:val="20"/>
        </w:rPr>
        <w:t xml:space="preserve"> for the Cairn.info and Érudit </w:t>
      </w:r>
      <w:proofErr w:type="spellStart"/>
      <w:r w:rsidRPr="00BF194F">
        <w:rPr>
          <w:rFonts w:cs="Arial"/>
          <w:szCs w:val="20"/>
        </w:rPr>
        <w:t>databases</w:t>
      </w:r>
      <w:proofErr w:type="spellEnd"/>
    </w:p>
    <w:p w14:paraId="3DA89672" w14:textId="77777777" w:rsidR="00BB0F51" w:rsidRPr="00BF194F" w:rsidRDefault="00BB0F51" w:rsidP="00BF194F">
      <w:pPr>
        <w:spacing w:line="360" w:lineRule="auto"/>
        <w:rPr>
          <w:rFonts w:ascii="Arial" w:hAnsi="Arial" w:cs="Arial"/>
          <w:sz w:val="20"/>
          <w:szCs w:val="20"/>
          <w:lang w:eastAsia="fr-FR"/>
        </w:rPr>
      </w:pPr>
    </w:p>
    <w:p w14:paraId="140FCA26" w14:textId="313FEBA9" w:rsidR="007353D0" w:rsidRPr="00BF194F" w:rsidRDefault="007353D0" w:rsidP="00BF194F">
      <w:pPr>
        <w:spacing w:line="360" w:lineRule="auto"/>
        <w:jc w:val="both"/>
        <w:rPr>
          <w:rFonts w:ascii="Arial" w:hAnsi="Arial" w:cs="Arial"/>
          <w:sz w:val="20"/>
          <w:szCs w:val="20"/>
          <w:lang w:eastAsia="fr-FR"/>
        </w:rPr>
      </w:pPr>
      <w:r w:rsidRPr="00BF194F">
        <w:rPr>
          <w:rFonts w:ascii="Arial" w:hAnsi="Arial" w:cs="Arial"/>
          <w:sz w:val="20"/>
          <w:szCs w:val="20"/>
          <w:lang w:eastAsia="fr-FR"/>
        </w:rPr>
        <w:t xml:space="preserve">The </w:t>
      </w:r>
      <w:proofErr w:type="spellStart"/>
      <w:r w:rsidRPr="00BF194F">
        <w:rPr>
          <w:rFonts w:ascii="Arial" w:hAnsi="Arial" w:cs="Arial"/>
          <w:sz w:val="20"/>
          <w:szCs w:val="20"/>
          <w:lang w:eastAsia="fr-FR"/>
        </w:rPr>
        <w:t>strategy</w:t>
      </w:r>
      <w:proofErr w:type="spellEnd"/>
      <w:r w:rsidRPr="00BF194F">
        <w:rPr>
          <w:rFonts w:ascii="Arial" w:hAnsi="Arial" w:cs="Arial"/>
          <w:sz w:val="20"/>
          <w:szCs w:val="20"/>
          <w:lang w:eastAsia="fr-FR"/>
        </w:rPr>
        <w:t xml:space="preserve"> for the Cairn.info and Érudit </w:t>
      </w:r>
      <w:proofErr w:type="spellStart"/>
      <w:r w:rsidRPr="00BF194F">
        <w:rPr>
          <w:rFonts w:ascii="Arial" w:hAnsi="Arial" w:cs="Arial"/>
          <w:sz w:val="20"/>
          <w:szCs w:val="20"/>
          <w:lang w:eastAsia="fr-FR"/>
        </w:rPr>
        <w:t>databases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was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adapted</w:t>
      </w:r>
      <w:proofErr w:type="spellEnd"/>
      <w:r w:rsidRPr="00BF194F">
        <w:rPr>
          <w:rFonts w:ascii="Arial" w:hAnsi="Arial" w:cs="Arial"/>
          <w:sz w:val="20"/>
          <w:szCs w:val="20"/>
          <w:lang w:eastAsia="fr-FR"/>
        </w:rPr>
        <w:t xml:space="preserve"> to </w:t>
      </w:r>
      <w:proofErr w:type="spellStart"/>
      <w:r w:rsidRPr="00BF194F">
        <w:rPr>
          <w:rFonts w:ascii="Arial" w:hAnsi="Arial" w:cs="Arial"/>
          <w:sz w:val="20"/>
          <w:szCs w:val="20"/>
          <w:lang w:eastAsia="fr-FR"/>
        </w:rPr>
        <w:t>account</w:t>
      </w:r>
      <w:proofErr w:type="spellEnd"/>
      <w:r w:rsidRPr="00BF194F">
        <w:rPr>
          <w:rFonts w:ascii="Arial" w:hAnsi="Arial" w:cs="Arial"/>
          <w:sz w:val="20"/>
          <w:szCs w:val="20"/>
          <w:lang w:eastAsia="fr-FR"/>
        </w:rPr>
        <w:t xml:space="preserve"> for the </w:t>
      </w:r>
      <w:proofErr w:type="spellStart"/>
      <w:r w:rsidRPr="00BF194F">
        <w:rPr>
          <w:rFonts w:ascii="Arial" w:hAnsi="Arial" w:cs="Arial"/>
          <w:sz w:val="20"/>
          <w:szCs w:val="20"/>
          <w:lang w:eastAsia="fr-FR"/>
        </w:rPr>
        <w:t>specific</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features</w:t>
      </w:r>
      <w:proofErr w:type="spellEnd"/>
      <w:r w:rsidRPr="00BF194F">
        <w:rPr>
          <w:rFonts w:ascii="Arial" w:hAnsi="Arial" w:cs="Arial"/>
          <w:sz w:val="20"/>
          <w:szCs w:val="20"/>
          <w:lang w:eastAsia="fr-FR"/>
        </w:rPr>
        <w:t xml:space="preserve"> of </w:t>
      </w:r>
      <w:proofErr w:type="spellStart"/>
      <w:r w:rsidRPr="00BF194F">
        <w:rPr>
          <w:rFonts w:ascii="Arial" w:hAnsi="Arial" w:cs="Arial"/>
          <w:sz w:val="20"/>
          <w:szCs w:val="20"/>
          <w:lang w:eastAsia="fr-FR"/>
        </w:rPr>
        <w:t>these</w:t>
      </w:r>
      <w:proofErr w:type="spellEnd"/>
      <w:r w:rsidRPr="00BF194F">
        <w:rPr>
          <w:rFonts w:ascii="Arial" w:hAnsi="Arial" w:cs="Arial"/>
          <w:sz w:val="20"/>
          <w:szCs w:val="20"/>
          <w:lang w:eastAsia="fr-FR"/>
        </w:rPr>
        <w:t xml:space="preserve"> French-</w:t>
      </w:r>
      <w:proofErr w:type="spellStart"/>
      <w:r w:rsidRPr="00BF194F">
        <w:rPr>
          <w:rFonts w:ascii="Arial" w:hAnsi="Arial" w:cs="Arial"/>
          <w:sz w:val="20"/>
          <w:szCs w:val="20"/>
          <w:lang w:eastAsia="fr-FR"/>
        </w:rPr>
        <w:t>language</w:t>
      </w:r>
      <w:proofErr w:type="spellEnd"/>
      <w:r w:rsidRPr="00BF194F">
        <w:rPr>
          <w:rFonts w:ascii="Arial" w:hAnsi="Arial" w:cs="Arial"/>
          <w:sz w:val="20"/>
          <w:szCs w:val="20"/>
          <w:lang w:eastAsia="fr-FR"/>
        </w:rPr>
        <w:t xml:space="preserve"> platforms. Cairn.info (</w:t>
      </w:r>
      <w:proofErr w:type="spellStart"/>
      <w:r w:rsidRPr="00BF194F">
        <w:rPr>
          <w:rFonts w:ascii="Arial" w:hAnsi="Arial" w:cs="Arial"/>
          <w:sz w:val="20"/>
          <w:szCs w:val="20"/>
          <w:lang w:eastAsia="fr-FR"/>
        </w:rPr>
        <w:t>co-managed</w:t>
      </w:r>
      <w:proofErr w:type="spellEnd"/>
      <w:r w:rsidRPr="00BF194F">
        <w:rPr>
          <w:rFonts w:ascii="Arial" w:hAnsi="Arial" w:cs="Arial"/>
          <w:sz w:val="20"/>
          <w:szCs w:val="20"/>
          <w:lang w:eastAsia="fr-FR"/>
        </w:rPr>
        <w:t xml:space="preserve"> by </w:t>
      </w:r>
      <w:proofErr w:type="spellStart"/>
      <w:r w:rsidRPr="00BF194F">
        <w:rPr>
          <w:rFonts w:ascii="Arial" w:hAnsi="Arial" w:cs="Arial"/>
          <w:sz w:val="20"/>
          <w:szCs w:val="20"/>
          <w:lang w:eastAsia="fr-FR"/>
        </w:rPr>
        <w:t>publishers</w:t>
      </w:r>
      <w:proofErr w:type="spellEnd"/>
      <w:r w:rsidRPr="00BF194F">
        <w:rPr>
          <w:rFonts w:ascii="Arial" w:hAnsi="Arial" w:cs="Arial"/>
          <w:sz w:val="20"/>
          <w:szCs w:val="20"/>
          <w:lang w:eastAsia="fr-FR"/>
        </w:rPr>
        <w:t xml:space="preserve"> Belin Education, Editions La Découverte, Editions </w:t>
      </w:r>
      <w:proofErr w:type="spellStart"/>
      <w:r w:rsidRPr="00BF194F">
        <w:rPr>
          <w:rFonts w:ascii="Arial" w:hAnsi="Arial" w:cs="Arial"/>
          <w:sz w:val="20"/>
          <w:szCs w:val="20"/>
          <w:lang w:eastAsia="fr-FR"/>
        </w:rPr>
        <w:t>Erès</w:t>
      </w:r>
      <w:proofErr w:type="spellEnd"/>
      <w:r w:rsidRPr="00BF194F">
        <w:rPr>
          <w:rFonts w:ascii="Arial" w:hAnsi="Arial" w:cs="Arial"/>
          <w:sz w:val="20"/>
          <w:szCs w:val="20"/>
          <w:lang w:eastAsia="fr-FR"/>
        </w:rPr>
        <w:t xml:space="preserve">, and De Boeck Supérieur) </w:t>
      </w:r>
      <w:proofErr w:type="spellStart"/>
      <w:r w:rsidRPr="00BF194F">
        <w:rPr>
          <w:rFonts w:ascii="Arial" w:hAnsi="Arial" w:cs="Arial"/>
          <w:sz w:val="20"/>
          <w:szCs w:val="20"/>
          <w:lang w:eastAsia="fr-FR"/>
        </w:rPr>
        <w:t>focuses</w:t>
      </w:r>
      <w:proofErr w:type="spellEnd"/>
      <w:r w:rsidRPr="00BF194F">
        <w:rPr>
          <w:rFonts w:ascii="Arial" w:hAnsi="Arial" w:cs="Arial"/>
          <w:sz w:val="20"/>
          <w:szCs w:val="20"/>
          <w:lang w:eastAsia="fr-FR"/>
        </w:rPr>
        <w:t xml:space="preserve"> on the </w:t>
      </w:r>
      <w:proofErr w:type="spellStart"/>
      <w:r w:rsidRPr="00BF194F">
        <w:rPr>
          <w:rFonts w:ascii="Arial" w:hAnsi="Arial" w:cs="Arial"/>
          <w:sz w:val="20"/>
          <w:szCs w:val="20"/>
          <w:lang w:eastAsia="fr-FR"/>
        </w:rPr>
        <w:t>humanities</w:t>
      </w:r>
      <w:proofErr w:type="spellEnd"/>
      <w:r w:rsidRPr="00BF194F">
        <w:rPr>
          <w:rFonts w:ascii="Arial" w:hAnsi="Arial" w:cs="Arial"/>
          <w:sz w:val="20"/>
          <w:szCs w:val="20"/>
          <w:lang w:eastAsia="fr-FR"/>
        </w:rPr>
        <w:t xml:space="preserve"> and social sciences, </w:t>
      </w:r>
      <w:proofErr w:type="spellStart"/>
      <w:r w:rsidRPr="00BF194F">
        <w:rPr>
          <w:rFonts w:ascii="Arial" w:hAnsi="Arial" w:cs="Arial"/>
          <w:sz w:val="20"/>
          <w:szCs w:val="20"/>
          <w:lang w:eastAsia="fr-FR"/>
        </w:rPr>
        <w:t>while</w:t>
      </w:r>
      <w:proofErr w:type="spellEnd"/>
      <w:r w:rsidRPr="00BF194F">
        <w:rPr>
          <w:rFonts w:ascii="Arial" w:hAnsi="Arial" w:cs="Arial"/>
          <w:sz w:val="20"/>
          <w:szCs w:val="20"/>
          <w:lang w:eastAsia="fr-FR"/>
        </w:rPr>
        <w:t xml:space="preserve"> Érudit (</w:t>
      </w:r>
      <w:proofErr w:type="spellStart"/>
      <w:r w:rsidRPr="00BF194F">
        <w:rPr>
          <w:rFonts w:ascii="Arial" w:hAnsi="Arial" w:cs="Arial"/>
          <w:sz w:val="20"/>
          <w:szCs w:val="20"/>
          <w:lang w:eastAsia="fr-FR"/>
        </w:rPr>
        <w:t>co-managed</w:t>
      </w:r>
      <w:proofErr w:type="spellEnd"/>
      <w:r w:rsidRPr="00BF194F">
        <w:rPr>
          <w:rFonts w:ascii="Arial" w:hAnsi="Arial" w:cs="Arial"/>
          <w:sz w:val="20"/>
          <w:szCs w:val="20"/>
          <w:lang w:eastAsia="fr-FR"/>
        </w:rPr>
        <w:t xml:space="preserve"> by Canadian </w:t>
      </w:r>
      <w:proofErr w:type="spellStart"/>
      <w:r w:rsidRPr="00BF194F">
        <w:rPr>
          <w:rFonts w:ascii="Arial" w:hAnsi="Arial" w:cs="Arial"/>
          <w:sz w:val="20"/>
          <w:szCs w:val="20"/>
          <w:lang w:eastAsia="fr-FR"/>
        </w:rPr>
        <w:t>universities</w:t>
      </w:r>
      <w:proofErr w:type="spellEnd"/>
      <w:r w:rsidRPr="00BF194F">
        <w:rPr>
          <w:rFonts w:ascii="Arial" w:hAnsi="Arial" w:cs="Arial"/>
          <w:sz w:val="20"/>
          <w:szCs w:val="20"/>
          <w:lang w:eastAsia="fr-FR"/>
        </w:rPr>
        <w:t xml:space="preserve"> Laval, </w:t>
      </w:r>
      <w:proofErr w:type="spellStart"/>
      <w:r w:rsidRPr="00BF194F">
        <w:rPr>
          <w:rFonts w:ascii="Arial" w:hAnsi="Arial" w:cs="Arial"/>
          <w:sz w:val="20"/>
          <w:szCs w:val="20"/>
          <w:lang w:eastAsia="fr-FR"/>
        </w:rPr>
        <w:t>Montreal</w:t>
      </w:r>
      <w:proofErr w:type="spellEnd"/>
      <w:r w:rsidRPr="00BF194F">
        <w:rPr>
          <w:rFonts w:ascii="Arial" w:hAnsi="Arial" w:cs="Arial"/>
          <w:sz w:val="20"/>
          <w:szCs w:val="20"/>
          <w:lang w:eastAsia="fr-FR"/>
        </w:rPr>
        <w:t xml:space="preserve">, and the </w:t>
      </w:r>
      <w:proofErr w:type="spellStart"/>
      <w:r w:rsidRPr="00BF194F">
        <w:rPr>
          <w:rFonts w:ascii="Arial" w:hAnsi="Arial" w:cs="Arial"/>
          <w:sz w:val="20"/>
          <w:szCs w:val="20"/>
          <w:lang w:eastAsia="fr-FR"/>
        </w:rPr>
        <w:t>University</w:t>
      </w:r>
      <w:proofErr w:type="spellEnd"/>
      <w:r w:rsidRPr="00BF194F">
        <w:rPr>
          <w:rFonts w:ascii="Arial" w:hAnsi="Arial" w:cs="Arial"/>
          <w:sz w:val="20"/>
          <w:szCs w:val="20"/>
          <w:lang w:eastAsia="fr-FR"/>
        </w:rPr>
        <w:t xml:space="preserve"> of </w:t>
      </w:r>
      <w:proofErr w:type="spellStart"/>
      <w:r w:rsidRPr="00BF194F">
        <w:rPr>
          <w:rFonts w:ascii="Arial" w:hAnsi="Arial" w:cs="Arial"/>
          <w:sz w:val="20"/>
          <w:szCs w:val="20"/>
          <w:lang w:eastAsia="fr-FR"/>
        </w:rPr>
        <w:t>Quebec</w:t>
      </w:r>
      <w:proofErr w:type="spellEnd"/>
      <w:r w:rsidRPr="00BF194F">
        <w:rPr>
          <w:rFonts w:ascii="Arial" w:hAnsi="Arial" w:cs="Arial"/>
          <w:sz w:val="20"/>
          <w:szCs w:val="20"/>
          <w:lang w:eastAsia="fr-FR"/>
        </w:rPr>
        <w:t xml:space="preserve"> at </w:t>
      </w:r>
      <w:proofErr w:type="spellStart"/>
      <w:r w:rsidRPr="00BF194F">
        <w:rPr>
          <w:rFonts w:ascii="Arial" w:hAnsi="Arial" w:cs="Arial"/>
          <w:sz w:val="20"/>
          <w:szCs w:val="20"/>
          <w:lang w:eastAsia="fr-FR"/>
        </w:rPr>
        <w:t>Montreal</w:t>
      </w:r>
      <w:proofErr w:type="spellEnd"/>
      <w:r w:rsidRPr="00BF194F">
        <w:rPr>
          <w:rFonts w:ascii="Arial" w:hAnsi="Arial" w:cs="Arial"/>
          <w:sz w:val="20"/>
          <w:szCs w:val="20"/>
          <w:lang w:eastAsia="fr-FR"/>
        </w:rPr>
        <w:t xml:space="preserve"> - UQAM) </w:t>
      </w:r>
      <w:proofErr w:type="spellStart"/>
      <w:r w:rsidRPr="00BF194F">
        <w:rPr>
          <w:rFonts w:ascii="Arial" w:hAnsi="Arial" w:cs="Arial"/>
          <w:sz w:val="20"/>
          <w:szCs w:val="20"/>
          <w:lang w:eastAsia="fr-FR"/>
        </w:rPr>
        <w:t>covers</w:t>
      </w:r>
      <w:proofErr w:type="spellEnd"/>
      <w:r w:rsidRPr="00BF194F">
        <w:rPr>
          <w:rFonts w:ascii="Arial" w:hAnsi="Arial" w:cs="Arial"/>
          <w:sz w:val="20"/>
          <w:szCs w:val="20"/>
          <w:lang w:eastAsia="fr-FR"/>
        </w:rPr>
        <w:t xml:space="preserve"> a </w:t>
      </w:r>
      <w:proofErr w:type="spellStart"/>
      <w:r w:rsidRPr="00BF194F">
        <w:rPr>
          <w:rFonts w:ascii="Arial" w:hAnsi="Arial" w:cs="Arial"/>
          <w:sz w:val="20"/>
          <w:szCs w:val="20"/>
          <w:lang w:eastAsia="fr-FR"/>
        </w:rPr>
        <w:t>wide</w:t>
      </w:r>
      <w:proofErr w:type="spellEnd"/>
      <w:r w:rsidRPr="00BF194F">
        <w:rPr>
          <w:rFonts w:ascii="Arial" w:hAnsi="Arial" w:cs="Arial"/>
          <w:sz w:val="20"/>
          <w:szCs w:val="20"/>
          <w:lang w:eastAsia="fr-FR"/>
        </w:rPr>
        <w:t xml:space="preserve"> range of disciplines, </w:t>
      </w:r>
      <w:proofErr w:type="spellStart"/>
      <w:r w:rsidRPr="00BF194F">
        <w:rPr>
          <w:rFonts w:ascii="Arial" w:hAnsi="Arial" w:cs="Arial"/>
          <w:sz w:val="20"/>
          <w:szCs w:val="20"/>
          <w:lang w:eastAsia="fr-FR"/>
        </w:rPr>
        <w:t>including</w:t>
      </w:r>
      <w:proofErr w:type="spellEnd"/>
      <w:r w:rsidRPr="00BF194F">
        <w:rPr>
          <w:rFonts w:ascii="Arial" w:hAnsi="Arial" w:cs="Arial"/>
          <w:sz w:val="20"/>
          <w:szCs w:val="20"/>
          <w:lang w:eastAsia="fr-FR"/>
        </w:rPr>
        <w:t xml:space="preserve"> social sciences, </w:t>
      </w:r>
      <w:proofErr w:type="spellStart"/>
      <w:r w:rsidRPr="00BF194F">
        <w:rPr>
          <w:rFonts w:ascii="Arial" w:hAnsi="Arial" w:cs="Arial"/>
          <w:sz w:val="20"/>
          <w:szCs w:val="20"/>
          <w:lang w:eastAsia="fr-FR"/>
        </w:rPr>
        <w:t>literature</w:t>
      </w:r>
      <w:proofErr w:type="spellEnd"/>
      <w:r w:rsidRPr="00BF194F">
        <w:rPr>
          <w:rFonts w:ascii="Arial" w:hAnsi="Arial" w:cs="Arial"/>
          <w:sz w:val="20"/>
          <w:szCs w:val="20"/>
          <w:lang w:eastAsia="fr-FR"/>
        </w:rPr>
        <w:t xml:space="preserve">, and the arts. </w:t>
      </w:r>
      <w:proofErr w:type="spellStart"/>
      <w:r w:rsidRPr="00BF194F">
        <w:rPr>
          <w:rFonts w:ascii="Arial" w:hAnsi="Arial" w:cs="Arial"/>
          <w:sz w:val="20"/>
          <w:szCs w:val="20"/>
          <w:lang w:eastAsia="fr-FR"/>
        </w:rPr>
        <w:t>Unlike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some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medical</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databases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they</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primarily</w:t>
      </w:r>
      <w:proofErr w:type="spellEnd"/>
      <w:r w:rsidRPr="00BF194F">
        <w:rPr>
          <w:rFonts w:ascii="Arial" w:hAnsi="Arial" w:cs="Arial"/>
          <w:sz w:val="20"/>
          <w:szCs w:val="20"/>
          <w:lang w:eastAsia="fr-FR"/>
        </w:rPr>
        <w:t xml:space="preserve"> use keywords and article </w:t>
      </w:r>
      <w:proofErr w:type="spellStart"/>
      <w:r w:rsidRPr="00BF194F">
        <w:rPr>
          <w:rFonts w:ascii="Arial" w:hAnsi="Arial" w:cs="Arial"/>
          <w:sz w:val="20"/>
          <w:szCs w:val="20"/>
          <w:lang w:eastAsia="fr-FR"/>
        </w:rPr>
        <w:t>titles</w:t>
      </w:r>
      <w:proofErr w:type="spellEnd"/>
      <w:r w:rsidRPr="00BF194F">
        <w:rPr>
          <w:rFonts w:ascii="Arial" w:hAnsi="Arial" w:cs="Arial"/>
          <w:sz w:val="20"/>
          <w:szCs w:val="20"/>
          <w:lang w:eastAsia="fr-FR"/>
        </w:rPr>
        <w:t xml:space="preserve"> for </w:t>
      </w:r>
      <w:proofErr w:type="spellStart"/>
      <w:r w:rsidRPr="00BF194F">
        <w:rPr>
          <w:rFonts w:ascii="Arial" w:hAnsi="Arial" w:cs="Arial"/>
          <w:sz w:val="20"/>
          <w:szCs w:val="20"/>
          <w:lang w:eastAsia="fr-FR"/>
        </w:rPr>
        <w:t>indexing</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rather</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than</w:t>
      </w:r>
      <w:proofErr w:type="spellEnd"/>
      <w:r w:rsidRPr="00BF194F">
        <w:rPr>
          <w:rFonts w:ascii="Arial" w:hAnsi="Arial" w:cs="Arial"/>
          <w:sz w:val="20"/>
          <w:szCs w:val="20"/>
          <w:lang w:eastAsia="fr-FR"/>
        </w:rPr>
        <w:t xml:space="preserve"> a </w:t>
      </w:r>
      <w:proofErr w:type="spellStart"/>
      <w:r w:rsidRPr="00BF194F">
        <w:rPr>
          <w:rFonts w:ascii="Arial" w:hAnsi="Arial" w:cs="Arial"/>
          <w:sz w:val="20"/>
          <w:szCs w:val="20"/>
          <w:lang w:eastAsia="fr-FR"/>
        </w:rPr>
        <w:t>controlled</w:t>
      </w:r>
      <w:proofErr w:type="spellEnd"/>
      <w:r w:rsidRPr="00BF194F">
        <w:rPr>
          <w:rFonts w:ascii="Arial" w:hAnsi="Arial" w:cs="Arial"/>
          <w:sz w:val="20"/>
          <w:szCs w:val="20"/>
          <w:lang w:eastAsia="fr-FR"/>
        </w:rPr>
        <w:t xml:space="preserve"> thesaurus like MeSH.</w:t>
      </w:r>
    </w:p>
    <w:p w14:paraId="3CCADB10" w14:textId="77777777" w:rsidR="007353D0" w:rsidRPr="00BF194F" w:rsidRDefault="007353D0" w:rsidP="00BF194F">
      <w:pPr>
        <w:spacing w:line="360" w:lineRule="auto"/>
        <w:jc w:val="both"/>
        <w:rPr>
          <w:rFonts w:ascii="Arial" w:hAnsi="Arial" w:cs="Arial"/>
          <w:sz w:val="20"/>
          <w:szCs w:val="20"/>
          <w:lang w:eastAsia="fr-FR"/>
        </w:rPr>
      </w:pPr>
      <w:proofErr w:type="spellStart"/>
      <w:r w:rsidRPr="00BF194F">
        <w:rPr>
          <w:rFonts w:ascii="Arial" w:hAnsi="Arial" w:cs="Arial"/>
          <w:sz w:val="20"/>
          <w:szCs w:val="20"/>
          <w:lang w:eastAsia="fr-FR"/>
        </w:rPr>
        <w:t>Therefore</w:t>
      </w:r>
      <w:proofErr w:type="spellEnd"/>
      <w:r w:rsidRPr="00BF194F">
        <w:rPr>
          <w:rFonts w:ascii="Arial" w:hAnsi="Arial" w:cs="Arial"/>
          <w:sz w:val="20"/>
          <w:szCs w:val="20"/>
          <w:lang w:eastAsia="fr-FR"/>
        </w:rPr>
        <w:t xml:space="preserve">, English MeSH </w:t>
      </w:r>
      <w:proofErr w:type="spellStart"/>
      <w:r w:rsidRPr="00BF194F">
        <w:rPr>
          <w:rFonts w:ascii="Arial" w:hAnsi="Arial" w:cs="Arial"/>
          <w:sz w:val="20"/>
          <w:szCs w:val="20"/>
          <w:lang w:eastAsia="fr-FR"/>
        </w:rPr>
        <w:t>terms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were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translated</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into</w:t>
      </w:r>
      <w:proofErr w:type="spellEnd"/>
      <w:r w:rsidRPr="00BF194F">
        <w:rPr>
          <w:rFonts w:ascii="Arial" w:hAnsi="Arial" w:cs="Arial"/>
          <w:sz w:val="20"/>
          <w:szCs w:val="20"/>
          <w:lang w:eastAsia="fr-FR"/>
        </w:rPr>
        <w:t xml:space="preserve"> French or </w:t>
      </w:r>
      <w:proofErr w:type="spellStart"/>
      <w:r w:rsidRPr="00BF194F">
        <w:rPr>
          <w:rFonts w:ascii="Arial" w:hAnsi="Arial" w:cs="Arial"/>
          <w:sz w:val="20"/>
          <w:szCs w:val="20"/>
          <w:lang w:eastAsia="fr-FR"/>
        </w:rPr>
        <w:t>replaced</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with</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equivalent</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terms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commonly</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used</w:t>
      </w:r>
      <w:proofErr w:type="spellEnd"/>
      <w:r w:rsidRPr="00BF194F">
        <w:rPr>
          <w:rFonts w:ascii="Arial" w:hAnsi="Arial" w:cs="Arial"/>
          <w:sz w:val="20"/>
          <w:szCs w:val="20"/>
          <w:lang w:eastAsia="fr-FR"/>
        </w:rPr>
        <w:t xml:space="preserve"> in French-</w:t>
      </w:r>
      <w:proofErr w:type="spellStart"/>
      <w:r w:rsidRPr="00BF194F">
        <w:rPr>
          <w:rFonts w:ascii="Arial" w:hAnsi="Arial" w:cs="Arial"/>
          <w:sz w:val="20"/>
          <w:szCs w:val="20"/>
          <w:lang w:eastAsia="fr-FR"/>
        </w:rPr>
        <w:t>language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literature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Specific</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terms</w:t>
      </w:r>
      <w:proofErr w:type="spellEnd"/>
      <w:r w:rsidRPr="00BF194F">
        <w:rPr>
          <w:rFonts w:ascii="Arial" w:hAnsi="Arial" w:cs="Arial"/>
          <w:sz w:val="20"/>
          <w:szCs w:val="20"/>
          <w:lang w:eastAsia="fr-FR"/>
        </w:rPr>
        <w:t xml:space="preserve"> and exact phrases are </w:t>
      </w:r>
      <w:proofErr w:type="spellStart"/>
      <w:r w:rsidRPr="00BF194F">
        <w:rPr>
          <w:rFonts w:ascii="Arial" w:hAnsi="Arial" w:cs="Arial"/>
          <w:sz w:val="20"/>
          <w:szCs w:val="20"/>
          <w:lang w:eastAsia="fr-FR"/>
        </w:rPr>
        <w:t>placed</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within</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quotation</w:t>
      </w:r>
      <w:proofErr w:type="spellEnd"/>
      <w:r w:rsidRPr="00BF194F">
        <w:rPr>
          <w:rFonts w:ascii="Arial" w:hAnsi="Arial" w:cs="Arial"/>
          <w:sz w:val="20"/>
          <w:szCs w:val="20"/>
          <w:lang w:eastAsia="fr-FR"/>
        </w:rPr>
        <w:t xml:space="preserve"> marks to </w:t>
      </w:r>
      <w:proofErr w:type="spellStart"/>
      <w:r w:rsidRPr="00BF194F">
        <w:rPr>
          <w:rFonts w:ascii="Arial" w:hAnsi="Arial" w:cs="Arial"/>
          <w:sz w:val="20"/>
          <w:szCs w:val="20"/>
          <w:lang w:eastAsia="fr-FR"/>
        </w:rPr>
        <w:t>search</w:t>
      </w:r>
      <w:proofErr w:type="spellEnd"/>
      <w:r w:rsidRPr="00BF194F">
        <w:rPr>
          <w:rFonts w:ascii="Arial" w:hAnsi="Arial" w:cs="Arial"/>
          <w:sz w:val="20"/>
          <w:szCs w:val="20"/>
          <w:lang w:eastAsia="fr-FR"/>
        </w:rPr>
        <w:t xml:space="preserve"> for </w:t>
      </w:r>
      <w:proofErr w:type="spellStart"/>
      <w:r w:rsidRPr="00BF194F">
        <w:rPr>
          <w:rFonts w:ascii="Arial" w:hAnsi="Arial" w:cs="Arial"/>
          <w:sz w:val="20"/>
          <w:szCs w:val="20"/>
          <w:lang w:eastAsia="fr-FR"/>
        </w:rPr>
        <w:t>precise</w:t>
      </w:r>
      <w:proofErr w:type="spellEnd"/>
      <w:r w:rsidRPr="00BF194F">
        <w:rPr>
          <w:rFonts w:ascii="Arial" w:hAnsi="Arial" w:cs="Arial"/>
          <w:sz w:val="20"/>
          <w:szCs w:val="20"/>
          <w:lang w:eastAsia="fr-FR"/>
        </w:rPr>
        <w:t xml:space="preserve"> expressions and </w:t>
      </w:r>
      <w:proofErr w:type="spellStart"/>
      <w:r w:rsidRPr="00BF194F">
        <w:rPr>
          <w:rFonts w:ascii="Arial" w:hAnsi="Arial" w:cs="Arial"/>
          <w:sz w:val="20"/>
          <w:szCs w:val="20"/>
          <w:lang w:eastAsia="fr-FR"/>
        </w:rPr>
        <w:t>limit</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results</w:t>
      </w:r>
      <w:proofErr w:type="spellEnd"/>
      <w:r w:rsidRPr="00BF194F">
        <w:rPr>
          <w:rFonts w:ascii="Arial" w:hAnsi="Arial" w:cs="Arial"/>
          <w:sz w:val="20"/>
          <w:szCs w:val="20"/>
          <w:lang w:eastAsia="fr-FR"/>
        </w:rPr>
        <w:t xml:space="preserve"> to the </w:t>
      </w:r>
      <w:proofErr w:type="spellStart"/>
      <w:r w:rsidRPr="00BF194F">
        <w:rPr>
          <w:rFonts w:ascii="Arial" w:hAnsi="Arial" w:cs="Arial"/>
          <w:sz w:val="20"/>
          <w:szCs w:val="20"/>
          <w:lang w:eastAsia="fr-FR"/>
        </w:rPr>
        <w:t>most</w:t>
      </w:r>
      <w:proofErr w:type="spellEnd"/>
      <w:r w:rsidRPr="00BF194F">
        <w:rPr>
          <w:rFonts w:ascii="Arial" w:hAnsi="Arial" w:cs="Arial"/>
          <w:sz w:val="20"/>
          <w:szCs w:val="20"/>
          <w:lang w:eastAsia="fr-FR"/>
        </w:rPr>
        <w:t xml:space="preserve"> relevant documents.</w:t>
      </w:r>
    </w:p>
    <w:p w14:paraId="4D42C4B0" w14:textId="77777777" w:rsidR="007353D0" w:rsidRPr="00BF194F" w:rsidRDefault="007353D0" w:rsidP="00BF194F">
      <w:pPr>
        <w:spacing w:line="360" w:lineRule="auto"/>
        <w:jc w:val="both"/>
        <w:rPr>
          <w:rFonts w:ascii="Arial" w:hAnsi="Arial" w:cs="Arial"/>
          <w:sz w:val="20"/>
          <w:szCs w:val="20"/>
          <w:lang w:eastAsia="fr-FR"/>
        </w:rPr>
      </w:pPr>
      <w:r w:rsidRPr="00BF194F">
        <w:rPr>
          <w:rFonts w:ascii="Arial" w:hAnsi="Arial" w:cs="Arial"/>
          <w:sz w:val="20"/>
          <w:szCs w:val="20"/>
          <w:lang w:eastAsia="fr-FR"/>
        </w:rPr>
        <w:t xml:space="preserve">The Boolean </w:t>
      </w:r>
      <w:proofErr w:type="spellStart"/>
      <w:r w:rsidRPr="00BF194F">
        <w:rPr>
          <w:rFonts w:ascii="Arial" w:hAnsi="Arial" w:cs="Arial"/>
          <w:sz w:val="20"/>
          <w:szCs w:val="20"/>
          <w:lang w:eastAsia="fr-FR"/>
        </w:rPr>
        <w:t>operators</w:t>
      </w:r>
      <w:proofErr w:type="spellEnd"/>
      <w:r w:rsidRPr="00BF194F">
        <w:rPr>
          <w:rFonts w:ascii="Arial" w:hAnsi="Arial" w:cs="Arial"/>
          <w:sz w:val="20"/>
          <w:szCs w:val="20"/>
          <w:lang w:eastAsia="fr-FR"/>
        </w:rPr>
        <w:t xml:space="preserve"> "ET" (</w:t>
      </w:r>
      <w:proofErr w:type="spellStart"/>
      <w:r w:rsidRPr="00BF194F">
        <w:rPr>
          <w:rFonts w:ascii="Arial" w:hAnsi="Arial" w:cs="Arial"/>
          <w:sz w:val="20"/>
          <w:szCs w:val="20"/>
          <w:lang w:eastAsia="fr-FR"/>
        </w:rPr>
        <w:t>equivalent</w:t>
      </w:r>
      <w:proofErr w:type="spellEnd"/>
      <w:r w:rsidRPr="00BF194F">
        <w:rPr>
          <w:rFonts w:ascii="Arial" w:hAnsi="Arial" w:cs="Arial"/>
          <w:sz w:val="20"/>
          <w:szCs w:val="20"/>
          <w:lang w:eastAsia="fr-FR"/>
        </w:rPr>
        <w:t xml:space="preserve"> to "AND") and "OU" (</w:t>
      </w:r>
      <w:proofErr w:type="spellStart"/>
      <w:r w:rsidRPr="00BF194F">
        <w:rPr>
          <w:rFonts w:ascii="Arial" w:hAnsi="Arial" w:cs="Arial"/>
          <w:sz w:val="20"/>
          <w:szCs w:val="20"/>
          <w:lang w:eastAsia="fr-FR"/>
        </w:rPr>
        <w:t>equivalent</w:t>
      </w:r>
      <w:proofErr w:type="spellEnd"/>
      <w:r w:rsidRPr="00BF194F">
        <w:rPr>
          <w:rFonts w:ascii="Arial" w:hAnsi="Arial" w:cs="Arial"/>
          <w:sz w:val="20"/>
          <w:szCs w:val="20"/>
          <w:lang w:eastAsia="fr-FR"/>
        </w:rPr>
        <w:t xml:space="preserve"> to "OR") </w:t>
      </w:r>
      <w:proofErr w:type="spellStart"/>
      <w:r w:rsidRPr="00BF194F">
        <w:rPr>
          <w:rFonts w:ascii="Arial" w:hAnsi="Arial" w:cs="Arial"/>
          <w:sz w:val="20"/>
          <w:szCs w:val="20"/>
          <w:lang w:eastAsia="fr-FR"/>
        </w:rPr>
        <w:t>were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used</w:t>
      </w:r>
      <w:proofErr w:type="spellEnd"/>
      <w:r w:rsidRPr="00BF194F">
        <w:rPr>
          <w:rFonts w:ascii="Arial" w:hAnsi="Arial" w:cs="Arial"/>
          <w:sz w:val="20"/>
          <w:szCs w:val="20"/>
          <w:lang w:eastAsia="fr-FR"/>
        </w:rPr>
        <w:t xml:space="preserve"> to structure the </w:t>
      </w:r>
      <w:proofErr w:type="spellStart"/>
      <w:r w:rsidRPr="00BF194F">
        <w:rPr>
          <w:rFonts w:ascii="Arial" w:hAnsi="Arial" w:cs="Arial"/>
          <w:sz w:val="20"/>
          <w:szCs w:val="20"/>
          <w:lang w:eastAsia="fr-FR"/>
        </w:rPr>
        <w:t>queries</w:t>
      </w:r>
      <w:proofErr w:type="spellEnd"/>
      <w:r w:rsidRPr="00BF194F">
        <w:rPr>
          <w:rFonts w:ascii="Arial" w:hAnsi="Arial" w:cs="Arial"/>
          <w:sz w:val="20"/>
          <w:szCs w:val="20"/>
          <w:lang w:eastAsia="fr-FR"/>
        </w:rPr>
        <w:t xml:space="preserve">. It </w:t>
      </w:r>
      <w:proofErr w:type="spellStart"/>
      <w:r w:rsidRPr="00BF194F">
        <w:rPr>
          <w:rFonts w:ascii="Arial" w:hAnsi="Arial" w:cs="Arial"/>
          <w:sz w:val="20"/>
          <w:szCs w:val="20"/>
          <w:lang w:eastAsia="fr-FR"/>
        </w:rPr>
        <w:t>is</w:t>
      </w:r>
      <w:proofErr w:type="spellEnd"/>
      <w:r w:rsidRPr="00BF194F">
        <w:rPr>
          <w:rFonts w:ascii="Arial" w:hAnsi="Arial" w:cs="Arial"/>
          <w:sz w:val="20"/>
          <w:szCs w:val="20"/>
          <w:lang w:eastAsia="fr-FR"/>
        </w:rPr>
        <w:t xml:space="preserve"> important to note </w:t>
      </w:r>
      <w:proofErr w:type="spellStart"/>
      <w:r w:rsidRPr="00BF194F">
        <w:rPr>
          <w:rFonts w:ascii="Arial" w:hAnsi="Arial" w:cs="Arial"/>
          <w:sz w:val="20"/>
          <w:szCs w:val="20"/>
          <w:lang w:eastAsia="fr-FR"/>
        </w:rPr>
        <w:t>that</w:t>
      </w:r>
      <w:proofErr w:type="spellEnd"/>
      <w:r w:rsidRPr="00BF194F">
        <w:rPr>
          <w:rFonts w:ascii="Arial" w:hAnsi="Arial" w:cs="Arial"/>
          <w:sz w:val="20"/>
          <w:szCs w:val="20"/>
          <w:lang w:eastAsia="fr-FR"/>
        </w:rPr>
        <w:t xml:space="preserve">, like Google Scholar, Cairn.info and Érudit </w:t>
      </w:r>
      <w:proofErr w:type="spellStart"/>
      <w:r w:rsidRPr="00BF194F">
        <w:rPr>
          <w:rFonts w:ascii="Arial" w:hAnsi="Arial" w:cs="Arial"/>
          <w:sz w:val="20"/>
          <w:szCs w:val="20"/>
          <w:lang w:eastAsia="fr-FR"/>
        </w:rPr>
        <w:t>may</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interpret</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queries</w:t>
      </w:r>
      <w:proofErr w:type="spellEnd"/>
      <w:r w:rsidRPr="00BF194F">
        <w:rPr>
          <w:rFonts w:ascii="Arial" w:hAnsi="Arial" w:cs="Arial"/>
          <w:sz w:val="20"/>
          <w:szCs w:val="20"/>
          <w:lang w:eastAsia="fr-FR"/>
        </w:rPr>
        <w:t xml:space="preserve"> more </w:t>
      </w:r>
      <w:proofErr w:type="spellStart"/>
      <w:r w:rsidRPr="00BF194F">
        <w:rPr>
          <w:rFonts w:ascii="Arial" w:hAnsi="Arial" w:cs="Arial"/>
          <w:sz w:val="20"/>
          <w:szCs w:val="20"/>
          <w:lang w:eastAsia="fr-FR"/>
        </w:rPr>
        <w:t>flexibly</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than</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specialized</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databases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Furthermore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neither</w:t>
      </w:r>
      <w:proofErr w:type="spellEnd"/>
      <w:r w:rsidRPr="00BF194F">
        <w:rPr>
          <w:rFonts w:ascii="Arial" w:hAnsi="Arial" w:cs="Arial"/>
          <w:sz w:val="20"/>
          <w:szCs w:val="20"/>
          <w:lang w:eastAsia="fr-FR"/>
        </w:rPr>
        <w:t xml:space="preserve"> Cairn.info </w:t>
      </w:r>
      <w:proofErr w:type="spellStart"/>
      <w:r w:rsidRPr="00BF194F">
        <w:rPr>
          <w:rFonts w:ascii="Arial" w:hAnsi="Arial" w:cs="Arial"/>
          <w:sz w:val="20"/>
          <w:szCs w:val="20"/>
          <w:lang w:eastAsia="fr-FR"/>
        </w:rPr>
        <w:t>nor</w:t>
      </w:r>
      <w:proofErr w:type="spellEnd"/>
      <w:r w:rsidRPr="00BF194F">
        <w:rPr>
          <w:rFonts w:ascii="Arial" w:hAnsi="Arial" w:cs="Arial"/>
          <w:sz w:val="20"/>
          <w:szCs w:val="20"/>
          <w:lang w:eastAsia="fr-FR"/>
        </w:rPr>
        <w:t xml:space="preserve"> Érudit supports </w:t>
      </w:r>
      <w:proofErr w:type="spellStart"/>
      <w:r w:rsidRPr="00BF194F">
        <w:rPr>
          <w:rFonts w:ascii="Arial" w:hAnsi="Arial" w:cs="Arial"/>
          <w:sz w:val="20"/>
          <w:szCs w:val="20"/>
          <w:lang w:eastAsia="fr-FR"/>
        </w:rPr>
        <w:t>truncation</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with</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asterisks</w:t>
      </w:r>
      <w:proofErr w:type="spellEnd"/>
      <w:r w:rsidRPr="00BF194F">
        <w:rPr>
          <w:rFonts w:ascii="Arial" w:hAnsi="Arial" w:cs="Arial"/>
          <w:sz w:val="20"/>
          <w:szCs w:val="20"/>
          <w:lang w:eastAsia="fr-FR"/>
        </w:rPr>
        <w:t xml:space="preserve"> (*) in the </w:t>
      </w:r>
      <w:proofErr w:type="spellStart"/>
      <w:r w:rsidRPr="00BF194F">
        <w:rPr>
          <w:rFonts w:ascii="Arial" w:hAnsi="Arial" w:cs="Arial"/>
          <w:sz w:val="20"/>
          <w:szCs w:val="20"/>
          <w:lang w:eastAsia="fr-FR"/>
        </w:rPr>
        <w:t>same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way</w:t>
      </w:r>
      <w:proofErr w:type="spellEnd"/>
      <w:r w:rsidRPr="00BF194F">
        <w:rPr>
          <w:rFonts w:ascii="Arial" w:hAnsi="Arial" w:cs="Arial"/>
          <w:sz w:val="20"/>
          <w:szCs w:val="20"/>
          <w:lang w:eastAsia="fr-FR"/>
        </w:rPr>
        <w:t xml:space="preserve"> as W.O.S., </w:t>
      </w:r>
      <w:proofErr w:type="spellStart"/>
      <w:r w:rsidRPr="00BF194F">
        <w:rPr>
          <w:rFonts w:ascii="Arial" w:hAnsi="Arial" w:cs="Arial"/>
          <w:sz w:val="20"/>
          <w:szCs w:val="20"/>
          <w:lang w:eastAsia="fr-FR"/>
        </w:rPr>
        <w:t>Scopus</w:t>
      </w:r>
      <w:proofErr w:type="spellEnd"/>
      <w:r w:rsidRPr="00BF194F">
        <w:rPr>
          <w:rFonts w:ascii="Arial" w:hAnsi="Arial" w:cs="Arial"/>
          <w:sz w:val="20"/>
          <w:szCs w:val="20"/>
          <w:lang w:eastAsia="fr-FR"/>
        </w:rPr>
        <w:t xml:space="preserve">, or </w:t>
      </w:r>
      <w:proofErr w:type="spellStart"/>
      <w:r w:rsidRPr="00BF194F">
        <w:rPr>
          <w:rFonts w:ascii="Arial" w:hAnsi="Arial" w:cs="Arial"/>
          <w:sz w:val="20"/>
          <w:szCs w:val="20"/>
          <w:lang w:eastAsia="fr-FR"/>
        </w:rPr>
        <w:t>other</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databases</w:t>
      </w:r>
      <w:proofErr w:type="spellEnd"/>
      <w:r w:rsidRPr="00BF194F">
        <w:rPr>
          <w:rFonts w:ascii="Arial" w:hAnsi="Arial" w:cs="Arial"/>
          <w:sz w:val="20"/>
          <w:szCs w:val="20"/>
          <w:lang w:eastAsia="fr-FR"/>
        </w:rPr>
        <w:t xml:space="preserve">. To </w:t>
      </w:r>
      <w:proofErr w:type="spellStart"/>
      <w:r w:rsidRPr="00BF194F">
        <w:rPr>
          <w:rFonts w:ascii="Arial" w:hAnsi="Arial" w:cs="Arial"/>
          <w:sz w:val="20"/>
          <w:szCs w:val="20"/>
          <w:lang w:eastAsia="fr-FR"/>
        </w:rPr>
        <w:t>address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this</w:t>
      </w:r>
      <w:proofErr w:type="spellEnd"/>
      <w:r w:rsidRPr="00BF194F">
        <w:rPr>
          <w:rFonts w:ascii="Arial" w:hAnsi="Arial" w:cs="Arial"/>
          <w:sz w:val="20"/>
          <w:szCs w:val="20"/>
          <w:lang w:eastAsia="fr-FR"/>
        </w:rPr>
        <w:t xml:space="preserve">, all relevant variants of the </w:t>
      </w:r>
      <w:proofErr w:type="spellStart"/>
      <w:r w:rsidRPr="00BF194F">
        <w:rPr>
          <w:rFonts w:ascii="Arial" w:hAnsi="Arial" w:cs="Arial"/>
          <w:sz w:val="20"/>
          <w:szCs w:val="20"/>
          <w:lang w:eastAsia="fr-FR"/>
        </w:rPr>
        <w:t>search</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terms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were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included</w:t>
      </w:r>
      <w:proofErr w:type="spellEnd"/>
      <w:r w:rsidRPr="00BF194F">
        <w:rPr>
          <w:rFonts w:ascii="Arial" w:hAnsi="Arial" w:cs="Arial"/>
          <w:sz w:val="20"/>
          <w:szCs w:val="20"/>
          <w:lang w:eastAsia="fr-FR"/>
        </w:rPr>
        <w:t xml:space="preserve"> in the </w:t>
      </w:r>
      <w:proofErr w:type="spellStart"/>
      <w:r w:rsidRPr="00BF194F">
        <w:rPr>
          <w:rFonts w:ascii="Arial" w:hAnsi="Arial" w:cs="Arial"/>
          <w:sz w:val="20"/>
          <w:szCs w:val="20"/>
          <w:lang w:eastAsia="fr-FR"/>
        </w:rPr>
        <w:t>queries</w:t>
      </w:r>
      <w:proofErr w:type="spellEnd"/>
      <w:r w:rsidRPr="00BF194F">
        <w:rPr>
          <w:rFonts w:ascii="Arial" w:hAnsi="Arial" w:cs="Arial"/>
          <w:sz w:val="20"/>
          <w:szCs w:val="20"/>
          <w:lang w:eastAsia="fr-FR"/>
        </w:rPr>
        <w:t xml:space="preserve"> to cover a </w:t>
      </w:r>
      <w:proofErr w:type="spellStart"/>
      <w:r w:rsidRPr="00BF194F">
        <w:rPr>
          <w:rFonts w:ascii="Arial" w:hAnsi="Arial" w:cs="Arial"/>
          <w:sz w:val="20"/>
          <w:szCs w:val="20"/>
          <w:lang w:eastAsia="fr-FR"/>
        </w:rPr>
        <w:t>wide</w:t>
      </w:r>
      <w:proofErr w:type="spellEnd"/>
      <w:r w:rsidRPr="00BF194F">
        <w:rPr>
          <w:rFonts w:ascii="Arial" w:hAnsi="Arial" w:cs="Arial"/>
          <w:sz w:val="20"/>
          <w:szCs w:val="20"/>
          <w:lang w:eastAsia="fr-FR"/>
        </w:rPr>
        <w:t xml:space="preserve"> range of </w:t>
      </w:r>
      <w:proofErr w:type="spellStart"/>
      <w:r w:rsidRPr="00BF194F">
        <w:rPr>
          <w:rFonts w:ascii="Arial" w:hAnsi="Arial" w:cs="Arial"/>
          <w:sz w:val="20"/>
          <w:szCs w:val="20"/>
          <w:lang w:eastAsia="fr-FR"/>
        </w:rPr>
        <w:t>word</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forms</w:t>
      </w:r>
      <w:proofErr w:type="spellEnd"/>
      <w:r w:rsidRPr="00BF194F">
        <w:rPr>
          <w:rFonts w:ascii="Arial" w:hAnsi="Arial" w:cs="Arial"/>
          <w:sz w:val="20"/>
          <w:szCs w:val="20"/>
          <w:lang w:eastAsia="fr-FR"/>
        </w:rPr>
        <w:t>.</w:t>
      </w:r>
    </w:p>
    <w:p w14:paraId="15805F8B" w14:textId="77777777" w:rsidR="007353D0" w:rsidRPr="00BF194F" w:rsidRDefault="007353D0" w:rsidP="00BF194F">
      <w:pPr>
        <w:spacing w:line="360" w:lineRule="auto"/>
        <w:jc w:val="both"/>
        <w:rPr>
          <w:rFonts w:ascii="Arial" w:hAnsi="Arial" w:cs="Arial"/>
          <w:sz w:val="20"/>
          <w:szCs w:val="20"/>
          <w:lang w:eastAsia="fr-FR"/>
        </w:rPr>
      </w:pPr>
      <w:proofErr w:type="spellStart"/>
      <w:r w:rsidRPr="00BF194F">
        <w:rPr>
          <w:rFonts w:ascii="Arial" w:hAnsi="Arial" w:cs="Arial"/>
          <w:sz w:val="20"/>
          <w:szCs w:val="20"/>
          <w:lang w:eastAsia="fr-FR"/>
        </w:rPr>
        <w:t>Finally</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considering</w:t>
      </w:r>
      <w:proofErr w:type="spellEnd"/>
      <w:r w:rsidRPr="00BF194F">
        <w:rPr>
          <w:rFonts w:ascii="Arial" w:hAnsi="Arial" w:cs="Arial"/>
          <w:sz w:val="20"/>
          <w:szCs w:val="20"/>
          <w:lang w:eastAsia="fr-FR"/>
        </w:rPr>
        <w:t xml:space="preserve"> the </w:t>
      </w:r>
      <w:proofErr w:type="spellStart"/>
      <w:r w:rsidRPr="00BF194F">
        <w:rPr>
          <w:rFonts w:ascii="Arial" w:hAnsi="Arial" w:cs="Arial"/>
          <w:sz w:val="20"/>
          <w:szCs w:val="20"/>
          <w:lang w:eastAsia="fr-FR"/>
        </w:rPr>
        <w:t>precise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research</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field</w:t>
      </w:r>
      <w:proofErr w:type="spellEnd"/>
      <w:r w:rsidRPr="00BF194F">
        <w:rPr>
          <w:rFonts w:ascii="Arial" w:hAnsi="Arial" w:cs="Arial"/>
          <w:sz w:val="20"/>
          <w:szCs w:val="20"/>
          <w:lang w:eastAsia="fr-FR"/>
        </w:rPr>
        <w:t xml:space="preserve"> and the </w:t>
      </w:r>
      <w:proofErr w:type="spellStart"/>
      <w:r w:rsidRPr="00BF194F">
        <w:rPr>
          <w:rFonts w:ascii="Arial" w:hAnsi="Arial" w:cs="Arial"/>
          <w:sz w:val="20"/>
          <w:szCs w:val="20"/>
          <w:lang w:eastAsia="fr-FR"/>
        </w:rPr>
        <w:t>fact</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that</w:t>
      </w:r>
      <w:proofErr w:type="spellEnd"/>
      <w:r w:rsidRPr="00BF194F">
        <w:rPr>
          <w:rFonts w:ascii="Arial" w:hAnsi="Arial" w:cs="Arial"/>
          <w:sz w:val="20"/>
          <w:szCs w:val="20"/>
          <w:lang w:eastAsia="fr-FR"/>
        </w:rPr>
        <w:t xml:space="preserve"> French-</w:t>
      </w:r>
      <w:proofErr w:type="spellStart"/>
      <w:r w:rsidRPr="00BF194F">
        <w:rPr>
          <w:rFonts w:ascii="Arial" w:hAnsi="Arial" w:cs="Arial"/>
          <w:sz w:val="20"/>
          <w:szCs w:val="20"/>
          <w:lang w:eastAsia="fr-FR"/>
        </w:rPr>
        <w:t>language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literature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is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less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abundant</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regarding</w:t>
      </w:r>
      <w:proofErr w:type="spellEnd"/>
      <w:r w:rsidRPr="00BF194F">
        <w:rPr>
          <w:rFonts w:ascii="Arial" w:hAnsi="Arial" w:cs="Arial"/>
          <w:sz w:val="20"/>
          <w:szCs w:val="20"/>
          <w:lang w:eastAsia="fr-FR"/>
        </w:rPr>
        <w:t xml:space="preserve"> the topic of direct </w:t>
      </w:r>
      <w:proofErr w:type="spellStart"/>
      <w:r w:rsidRPr="00BF194F">
        <w:rPr>
          <w:rFonts w:ascii="Arial" w:hAnsi="Arial" w:cs="Arial"/>
          <w:sz w:val="20"/>
          <w:szCs w:val="20"/>
          <w:lang w:eastAsia="fr-FR"/>
        </w:rPr>
        <w:t>access</w:t>
      </w:r>
      <w:proofErr w:type="spellEnd"/>
      <w:r w:rsidRPr="00BF194F">
        <w:rPr>
          <w:rFonts w:ascii="Arial" w:hAnsi="Arial" w:cs="Arial"/>
          <w:sz w:val="20"/>
          <w:szCs w:val="20"/>
          <w:lang w:eastAsia="fr-FR"/>
        </w:rPr>
        <w:t xml:space="preserve"> to </w:t>
      </w:r>
      <w:proofErr w:type="spellStart"/>
      <w:r w:rsidRPr="00BF194F">
        <w:rPr>
          <w:rFonts w:ascii="Arial" w:hAnsi="Arial" w:cs="Arial"/>
          <w:sz w:val="20"/>
          <w:szCs w:val="20"/>
          <w:lang w:eastAsia="fr-FR"/>
        </w:rPr>
        <w:t>physiotherapy</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it</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was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decided</w:t>
      </w:r>
      <w:proofErr w:type="spellEnd"/>
      <w:r w:rsidRPr="00BF194F">
        <w:rPr>
          <w:rFonts w:ascii="Arial" w:hAnsi="Arial" w:cs="Arial"/>
          <w:sz w:val="20"/>
          <w:szCs w:val="20"/>
          <w:lang w:eastAsia="fr-FR"/>
        </w:rPr>
        <w:t xml:space="preserve"> to </w:t>
      </w:r>
      <w:proofErr w:type="spellStart"/>
      <w:r w:rsidRPr="00BF194F">
        <w:rPr>
          <w:rFonts w:ascii="Arial" w:hAnsi="Arial" w:cs="Arial"/>
          <w:sz w:val="20"/>
          <w:szCs w:val="20"/>
          <w:lang w:eastAsia="fr-FR"/>
        </w:rPr>
        <w:t>keep</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only</w:t>
      </w:r>
      <w:proofErr w:type="spellEnd"/>
      <w:r w:rsidRPr="00BF194F">
        <w:rPr>
          <w:rFonts w:ascii="Arial" w:hAnsi="Arial" w:cs="Arial"/>
          <w:sz w:val="20"/>
          <w:szCs w:val="20"/>
          <w:lang w:eastAsia="fr-FR"/>
        </w:rPr>
        <w:t xml:space="preserve"> the main </w:t>
      </w:r>
      <w:proofErr w:type="spellStart"/>
      <w:r w:rsidRPr="00BF194F">
        <w:rPr>
          <w:rFonts w:ascii="Arial" w:hAnsi="Arial" w:cs="Arial"/>
          <w:sz w:val="20"/>
          <w:szCs w:val="20"/>
          <w:lang w:eastAsia="fr-FR"/>
        </w:rPr>
        <w:t>equation</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Therefore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it</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is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anticipated</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that</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this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approach</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will</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result</w:t>
      </w:r>
      <w:proofErr w:type="spellEnd"/>
      <w:r w:rsidRPr="00BF194F">
        <w:rPr>
          <w:rFonts w:ascii="Arial" w:hAnsi="Arial" w:cs="Arial"/>
          <w:sz w:val="20"/>
          <w:szCs w:val="20"/>
          <w:lang w:eastAsia="fr-FR"/>
        </w:rPr>
        <w:t xml:space="preserve"> in a </w:t>
      </w:r>
      <w:proofErr w:type="spellStart"/>
      <w:r w:rsidRPr="00BF194F">
        <w:rPr>
          <w:rFonts w:ascii="Arial" w:hAnsi="Arial" w:cs="Arial"/>
          <w:sz w:val="20"/>
          <w:szCs w:val="20"/>
          <w:lang w:eastAsia="fr-FR"/>
        </w:rPr>
        <w:t>low</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number</w:t>
      </w:r>
      <w:proofErr w:type="spellEnd"/>
      <w:r w:rsidRPr="00BF194F">
        <w:rPr>
          <w:rFonts w:ascii="Arial" w:hAnsi="Arial" w:cs="Arial"/>
          <w:sz w:val="20"/>
          <w:szCs w:val="20"/>
          <w:lang w:eastAsia="fr-FR"/>
        </w:rPr>
        <w:t xml:space="preserve"> of </w:t>
      </w:r>
      <w:proofErr w:type="spellStart"/>
      <w:r w:rsidRPr="00BF194F">
        <w:rPr>
          <w:rFonts w:ascii="Arial" w:hAnsi="Arial" w:cs="Arial"/>
          <w:sz w:val="20"/>
          <w:szCs w:val="20"/>
          <w:lang w:eastAsia="fr-FR"/>
        </w:rPr>
        <w:t>results</w:t>
      </w:r>
      <w:proofErr w:type="spellEnd"/>
      <w:r w:rsidRPr="00BF194F">
        <w:rPr>
          <w:rFonts w:ascii="Arial" w:hAnsi="Arial" w:cs="Arial"/>
          <w:sz w:val="20"/>
          <w:szCs w:val="20"/>
          <w:lang w:eastAsia="fr-FR"/>
        </w:rPr>
        <w:t>.</w:t>
      </w:r>
    </w:p>
    <w:p w14:paraId="0FC507EB" w14:textId="78DE1589" w:rsidR="00BB0F51" w:rsidRPr="00BF194F" w:rsidRDefault="00BB0F51" w:rsidP="00BF194F">
      <w:pPr>
        <w:spacing w:line="360" w:lineRule="auto"/>
        <w:jc w:val="both"/>
        <w:rPr>
          <w:rFonts w:ascii="Arial" w:hAnsi="Arial" w:cs="Arial"/>
          <w:sz w:val="20"/>
          <w:szCs w:val="20"/>
          <w:lang w:eastAsia="fr-FR"/>
        </w:rPr>
      </w:pPr>
    </w:p>
    <w:p w14:paraId="2BD818DB" w14:textId="03CD9E58" w:rsidR="00BB0F51" w:rsidRPr="00BF194F" w:rsidRDefault="007353D0" w:rsidP="00BF194F">
      <w:pPr>
        <w:spacing w:line="360" w:lineRule="auto"/>
        <w:jc w:val="both"/>
        <w:rPr>
          <w:rFonts w:ascii="Arial" w:hAnsi="Arial" w:cs="Arial"/>
          <w:b/>
          <w:bCs/>
          <w:u w:val="single"/>
        </w:rPr>
      </w:pPr>
      <w:r w:rsidRPr="00BF194F">
        <w:rPr>
          <w:rFonts w:ascii="Arial" w:hAnsi="Arial" w:cs="Arial"/>
          <w:b/>
          <w:bCs/>
        </w:rPr>
        <w:t xml:space="preserve">Equation on Cairn.info and </w:t>
      </w:r>
      <w:proofErr w:type="gramStart"/>
      <w:r w:rsidRPr="00BF194F">
        <w:rPr>
          <w:rFonts w:ascii="Arial" w:hAnsi="Arial" w:cs="Arial"/>
          <w:b/>
          <w:bCs/>
        </w:rPr>
        <w:t>Érudit:</w:t>
      </w:r>
      <w:proofErr w:type="gramEnd"/>
    </w:p>
    <w:p w14:paraId="1C3E5158" w14:textId="77777777" w:rsidR="00BB0F51" w:rsidRPr="00BF194F" w:rsidRDefault="00BB0F51" w:rsidP="00BF194F">
      <w:pPr>
        <w:spacing w:line="360" w:lineRule="auto"/>
        <w:rPr>
          <w:rFonts w:ascii="Arial" w:hAnsi="Arial" w:cs="Arial"/>
          <w:sz w:val="2"/>
          <w:szCs w:val="2"/>
        </w:rPr>
      </w:pPr>
      <w:r w:rsidRPr="00BF194F">
        <w:rPr>
          <w:rFonts w:ascii="Arial" w:hAnsi="Arial" w:cs="Arial"/>
        </w:rPr>
        <w:t xml:space="preserve"> </w:t>
      </w:r>
    </w:p>
    <w:p w14:paraId="1DC350E5" w14:textId="5C50543B" w:rsidR="00BB0F51" w:rsidRPr="00BF194F" w:rsidRDefault="007353D0" w:rsidP="00BF194F">
      <w:pPr>
        <w:pStyle w:val="NormalWeb"/>
        <w:spacing w:line="360" w:lineRule="auto"/>
        <w:jc w:val="both"/>
        <w:rPr>
          <w:rFonts w:ascii="Arial" w:hAnsi="Arial" w:cs="Arial"/>
          <w:sz w:val="20"/>
          <w:szCs w:val="20"/>
        </w:rPr>
      </w:pPr>
      <w:r w:rsidRPr="00BF194F">
        <w:rPr>
          <w:rFonts w:ascii="Arial" w:hAnsi="Arial" w:cs="Arial"/>
          <w:sz w:val="20"/>
          <w:szCs w:val="20"/>
        </w:rPr>
        <w:t xml:space="preserve">The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equation</w:t>
      </w:r>
      <w:proofErr w:type="spellEnd"/>
      <w:r w:rsidRPr="00BF194F">
        <w:rPr>
          <w:rFonts w:ascii="Arial" w:hAnsi="Arial" w:cs="Arial"/>
          <w:sz w:val="20"/>
          <w:szCs w:val="20"/>
        </w:rPr>
        <w:t xml:space="preserve"> </w:t>
      </w:r>
      <w:proofErr w:type="spellStart"/>
      <w:r w:rsidRPr="00BF194F">
        <w:rPr>
          <w:rFonts w:ascii="Arial" w:hAnsi="Arial" w:cs="Arial"/>
          <w:sz w:val="20"/>
          <w:szCs w:val="20"/>
        </w:rPr>
        <w:t>is</w:t>
      </w:r>
      <w:proofErr w:type="spellEnd"/>
      <w:r w:rsidRPr="00BF194F">
        <w:rPr>
          <w:rFonts w:ascii="Arial" w:hAnsi="Arial" w:cs="Arial"/>
          <w:sz w:val="20"/>
          <w:szCs w:val="20"/>
        </w:rPr>
        <w:t xml:space="preserve"> as </w:t>
      </w:r>
      <w:proofErr w:type="spellStart"/>
      <w:proofErr w:type="gramStart"/>
      <w:r w:rsidRPr="00BF194F">
        <w:rPr>
          <w:rFonts w:ascii="Arial" w:hAnsi="Arial" w:cs="Arial"/>
          <w:sz w:val="20"/>
          <w:szCs w:val="20"/>
        </w:rPr>
        <w:t>follows</w:t>
      </w:r>
      <w:proofErr w:type="spellEnd"/>
      <w:r w:rsidRPr="00BF194F">
        <w:rPr>
          <w:rFonts w:ascii="Arial" w:hAnsi="Arial" w:cs="Arial"/>
          <w:sz w:val="20"/>
          <w:szCs w:val="20"/>
        </w:rPr>
        <w:t>:</w:t>
      </w:r>
      <w:proofErr w:type="gramEnd"/>
      <w:r w:rsidR="00BB0F51" w:rsidRPr="00BF194F">
        <w:rPr>
          <w:rFonts w:ascii="Arial" w:hAnsi="Arial" w:cs="Arial"/>
          <w:sz w:val="20"/>
          <w:szCs w:val="20"/>
        </w:rPr>
        <w:t xml:space="preserve"> </w:t>
      </w:r>
    </w:p>
    <w:p w14:paraId="6903364F" w14:textId="77777777" w:rsidR="00BB0F51" w:rsidRPr="00BF194F" w:rsidRDefault="00BB0F51" w:rsidP="00BF194F">
      <w:pPr>
        <w:pStyle w:val="NormalWeb"/>
        <w:spacing w:line="360" w:lineRule="auto"/>
        <w:jc w:val="both"/>
        <w:rPr>
          <w:rFonts w:ascii="Arial" w:hAnsi="Arial" w:cs="Arial"/>
          <w:b/>
          <w:bCs/>
          <w:i/>
          <w:iCs/>
          <w:color w:val="0070C0"/>
          <w:sz w:val="17"/>
          <w:szCs w:val="17"/>
        </w:rPr>
      </w:pPr>
      <w:r w:rsidRPr="00BF194F">
        <w:rPr>
          <w:rFonts w:ascii="Arial" w:hAnsi="Arial" w:cs="Arial"/>
          <w:b/>
          <w:bCs/>
          <w:i/>
          <w:iCs/>
          <w:color w:val="0070C0"/>
          <w:sz w:val="17"/>
          <w:szCs w:val="17"/>
        </w:rPr>
        <w:t>("pathologies musculosquelettiques" OU "troubles musculosquelettiques" OU "douleurs musculosquelettiques" OU "affections musculosquelettiques") ET ("modalités de physiothérapie" OU "spécialité en physiothérapie" OU "kinésithérapie" OU "physiothérapie" OU "réhabilitation" OU "accès direct" OU "auto-référence" OU "accès patient-initié" OU "physiothérapie de premier contact") ET ("médecin généraliste" OU "médecin de famille" OU "médecin traitant" OU "soins primaires" OU "médecine de premier recours" OU "cabinet libéral") ET ("charge de travail" OU "prescription" OU "collaboration" OU "satisfaction" OU "qualité de prise en charge" OU "qualité des soins")</w:t>
      </w:r>
    </w:p>
    <w:p w14:paraId="3B475BBA" w14:textId="77777777" w:rsidR="00BB0F51" w:rsidRPr="00BF194F" w:rsidRDefault="00BB0F51" w:rsidP="00BF194F">
      <w:pPr>
        <w:pStyle w:val="NormalWeb"/>
        <w:spacing w:line="360" w:lineRule="auto"/>
        <w:jc w:val="both"/>
        <w:rPr>
          <w:rFonts w:ascii="Arial" w:hAnsi="Arial" w:cs="Arial"/>
          <w:b/>
          <w:bCs/>
          <w:i/>
          <w:iCs/>
          <w:color w:val="0070C0"/>
          <w:sz w:val="17"/>
          <w:szCs w:val="17"/>
        </w:rPr>
      </w:pPr>
    </w:p>
    <w:p w14:paraId="78AD11D8" w14:textId="77777777" w:rsidR="007353D0" w:rsidRPr="00BF194F" w:rsidRDefault="007353D0" w:rsidP="00BF194F">
      <w:pPr>
        <w:pStyle w:val="NormalWeb"/>
        <w:spacing w:line="360" w:lineRule="auto"/>
        <w:jc w:val="both"/>
        <w:rPr>
          <w:rFonts w:ascii="Arial" w:hAnsi="Arial" w:cs="Arial"/>
          <w:b/>
          <w:bCs/>
          <w:i/>
          <w:iCs/>
          <w:color w:val="0070C0"/>
          <w:sz w:val="17"/>
          <w:szCs w:val="17"/>
        </w:rPr>
      </w:pPr>
    </w:p>
    <w:p w14:paraId="7F2D8217" w14:textId="77777777" w:rsidR="007353D0" w:rsidRPr="00BF194F" w:rsidRDefault="007353D0" w:rsidP="00BF194F">
      <w:pPr>
        <w:pStyle w:val="NormalWeb"/>
        <w:spacing w:line="360" w:lineRule="auto"/>
        <w:jc w:val="both"/>
        <w:rPr>
          <w:rFonts w:ascii="Arial" w:hAnsi="Arial" w:cs="Arial"/>
          <w:b/>
          <w:bCs/>
          <w:i/>
          <w:iCs/>
          <w:color w:val="0070C0"/>
          <w:sz w:val="17"/>
          <w:szCs w:val="17"/>
        </w:rPr>
      </w:pPr>
    </w:p>
    <w:p w14:paraId="3B96BF0B" w14:textId="2AF39156" w:rsidR="00BB0F51" w:rsidRPr="00BF194F" w:rsidRDefault="007353D0" w:rsidP="00BF194F">
      <w:pPr>
        <w:pStyle w:val="Titre3"/>
        <w:spacing w:line="360" w:lineRule="auto"/>
        <w:rPr>
          <w:rFonts w:cs="Arial"/>
        </w:rPr>
      </w:pPr>
      <w:proofErr w:type="spellStart"/>
      <w:r w:rsidRPr="00BF194F">
        <w:rPr>
          <w:rFonts w:cs="Arial"/>
        </w:rPr>
        <w:lastRenderedPageBreak/>
        <w:t>Search</w:t>
      </w:r>
      <w:proofErr w:type="spellEnd"/>
      <w:r w:rsidRPr="00BF194F">
        <w:rPr>
          <w:rFonts w:cs="Arial"/>
        </w:rPr>
        <w:t xml:space="preserve"> </w:t>
      </w:r>
      <w:proofErr w:type="spellStart"/>
      <w:r w:rsidRPr="00BF194F">
        <w:rPr>
          <w:rFonts w:cs="Arial"/>
        </w:rPr>
        <w:t>equation</w:t>
      </w:r>
      <w:proofErr w:type="spellEnd"/>
      <w:r w:rsidRPr="00BF194F">
        <w:rPr>
          <w:rFonts w:cs="Arial"/>
        </w:rPr>
        <w:t xml:space="preserve"> for the </w:t>
      </w:r>
      <w:proofErr w:type="spellStart"/>
      <w:r w:rsidRPr="00BF194F">
        <w:rPr>
          <w:rFonts w:cs="Arial"/>
        </w:rPr>
        <w:t>clinical</w:t>
      </w:r>
      <w:proofErr w:type="spellEnd"/>
      <w:r w:rsidRPr="00BF194F">
        <w:rPr>
          <w:rFonts w:cs="Arial"/>
        </w:rPr>
        <w:t xml:space="preserve"> trial </w:t>
      </w:r>
      <w:proofErr w:type="spellStart"/>
      <w:r w:rsidRPr="00BF194F">
        <w:rPr>
          <w:rFonts w:cs="Arial"/>
        </w:rPr>
        <w:t>registries</w:t>
      </w:r>
      <w:proofErr w:type="spellEnd"/>
      <w:r w:rsidRPr="00BF194F">
        <w:rPr>
          <w:rFonts w:cs="Arial"/>
        </w:rPr>
        <w:t xml:space="preserve"> ClinicalTrials.gov and WHO ICTRP</w:t>
      </w:r>
    </w:p>
    <w:p w14:paraId="212BE5FC" w14:textId="77777777" w:rsidR="00BB0F51" w:rsidRPr="00BF194F" w:rsidRDefault="00BB0F51" w:rsidP="00BF194F">
      <w:pPr>
        <w:spacing w:line="360" w:lineRule="auto"/>
        <w:jc w:val="both"/>
        <w:rPr>
          <w:rFonts w:ascii="Arial" w:hAnsi="Arial" w:cs="Arial"/>
          <w:sz w:val="24"/>
          <w:szCs w:val="24"/>
          <w:lang w:eastAsia="fr-FR"/>
        </w:rPr>
      </w:pPr>
    </w:p>
    <w:p w14:paraId="20424758" w14:textId="676C61E8" w:rsidR="007353D0" w:rsidRPr="00BF194F" w:rsidRDefault="007353D0" w:rsidP="00BF194F">
      <w:pPr>
        <w:spacing w:line="360" w:lineRule="auto"/>
        <w:jc w:val="both"/>
        <w:rPr>
          <w:rFonts w:ascii="Arial" w:hAnsi="Arial" w:cs="Arial"/>
          <w:sz w:val="20"/>
          <w:szCs w:val="20"/>
          <w:lang w:eastAsia="fr-FR"/>
        </w:rPr>
      </w:pPr>
      <w:r w:rsidRPr="00BF194F">
        <w:rPr>
          <w:rFonts w:ascii="Arial" w:hAnsi="Arial" w:cs="Arial"/>
          <w:sz w:val="20"/>
          <w:szCs w:val="20"/>
          <w:lang w:eastAsia="fr-FR"/>
        </w:rPr>
        <w:t xml:space="preserve">The </w:t>
      </w:r>
      <w:proofErr w:type="spellStart"/>
      <w:r w:rsidRPr="00BF194F">
        <w:rPr>
          <w:rFonts w:ascii="Arial" w:hAnsi="Arial" w:cs="Arial"/>
          <w:sz w:val="20"/>
          <w:szCs w:val="20"/>
          <w:lang w:eastAsia="fr-FR"/>
        </w:rPr>
        <w:t>search</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strategy</w:t>
      </w:r>
      <w:proofErr w:type="spellEnd"/>
      <w:r w:rsidRPr="00BF194F">
        <w:rPr>
          <w:rFonts w:ascii="Arial" w:hAnsi="Arial" w:cs="Arial"/>
          <w:sz w:val="20"/>
          <w:szCs w:val="20"/>
          <w:lang w:eastAsia="fr-FR"/>
        </w:rPr>
        <w:t xml:space="preserve"> for the ClinicalTrials.gov </w:t>
      </w:r>
      <w:proofErr w:type="spellStart"/>
      <w:r w:rsidRPr="00BF194F">
        <w:rPr>
          <w:rFonts w:ascii="Arial" w:hAnsi="Arial" w:cs="Arial"/>
          <w:sz w:val="20"/>
          <w:szCs w:val="20"/>
          <w:lang w:eastAsia="fr-FR"/>
        </w:rPr>
        <w:t>database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managed</w:t>
      </w:r>
      <w:proofErr w:type="spellEnd"/>
      <w:r w:rsidRPr="00BF194F">
        <w:rPr>
          <w:rFonts w:ascii="Arial" w:hAnsi="Arial" w:cs="Arial"/>
          <w:sz w:val="20"/>
          <w:szCs w:val="20"/>
          <w:lang w:eastAsia="fr-FR"/>
        </w:rPr>
        <w:t xml:space="preserve"> by the U.S. National Library of </w:t>
      </w:r>
      <w:proofErr w:type="spellStart"/>
      <w:r w:rsidRPr="00BF194F">
        <w:rPr>
          <w:rFonts w:ascii="Arial" w:hAnsi="Arial" w:cs="Arial"/>
          <w:sz w:val="20"/>
          <w:szCs w:val="20"/>
          <w:lang w:eastAsia="fr-FR"/>
        </w:rPr>
        <w:t>Medicine</w:t>
      </w:r>
      <w:proofErr w:type="spellEnd"/>
      <w:r w:rsidRPr="00BF194F">
        <w:rPr>
          <w:rFonts w:ascii="Arial" w:hAnsi="Arial" w:cs="Arial"/>
          <w:sz w:val="20"/>
          <w:szCs w:val="20"/>
          <w:lang w:eastAsia="fr-FR"/>
        </w:rPr>
        <w:t xml:space="preserve"> - N.L.M., part of the National Institutes of </w:t>
      </w:r>
      <w:proofErr w:type="spellStart"/>
      <w:r w:rsidRPr="00BF194F">
        <w:rPr>
          <w:rFonts w:ascii="Arial" w:hAnsi="Arial" w:cs="Arial"/>
          <w:sz w:val="20"/>
          <w:szCs w:val="20"/>
          <w:lang w:eastAsia="fr-FR"/>
        </w:rPr>
        <w:t>Health</w:t>
      </w:r>
      <w:proofErr w:type="spellEnd"/>
      <w:r w:rsidRPr="00BF194F">
        <w:rPr>
          <w:rFonts w:ascii="Arial" w:hAnsi="Arial" w:cs="Arial"/>
          <w:sz w:val="20"/>
          <w:szCs w:val="20"/>
          <w:lang w:eastAsia="fr-FR"/>
        </w:rPr>
        <w:t xml:space="preserve"> - N.I.H.) and the W.H.O. I.C.T.R.P. ("World </w:t>
      </w:r>
      <w:proofErr w:type="spellStart"/>
      <w:r w:rsidRPr="00BF194F">
        <w:rPr>
          <w:rFonts w:ascii="Arial" w:hAnsi="Arial" w:cs="Arial"/>
          <w:sz w:val="20"/>
          <w:szCs w:val="20"/>
          <w:lang w:eastAsia="fr-FR"/>
        </w:rPr>
        <w:t>Health</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Organization</w:t>
      </w:r>
      <w:proofErr w:type="spellEnd"/>
      <w:r w:rsidRPr="00BF194F">
        <w:rPr>
          <w:rFonts w:ascii="Arial" w:hAnsi="Arial" w:cs="Arial"/>
          <w:sz w:val="20"/>
          <w:szCs w:val="20"/>
          <w:lang w:eastAsia="fr-FR"/>
        </w:rPr>
        <w:t xml:space="preserve"> International </w:t>
      </w:r>
      <w:proofErr w:type="spellStart"/>
      <w:r w:rsidRPr="00BF194F">
        <w:rPr>
          <w:rFonts w:ascii="Arial" w:hAnsi="Arial" w:cs="Arial"/>
          <w:sz w:val="20"/>
          <w:szCs w:val="20"/>
          <w:lang w:eastAsia="fr-FR"/>
        </w:rPr>
        <w:t>Clinical</w:t>
      </w:r>
      <w:proofErr w:type="spellEnd"/>
      <w:r w:rsidRPr="00BF194F">
        <w:rPr>
          <w:rFonts w:ascii="Arial" w:hAnsi="Arial" w:cs="Arial"/>
          <w:sz w:val="20"/>
          <w:szCs w:val="20"/>
          <w:lang w:eastAsia="fr-FR"/>
        </w:rPr>
        <w:t xml:space="preserve"> Trials </w:t>
      </w:r>
      <w:proofErr w:type="spellStart"/>
      <w:r w:rsidRPr="00BF194F">
        <w:rPr>
          <w:rFonts w:ascii="Arial" w:hAnsi="Arial" w:cs="Arial"/>
          <w:sz w:val="20"/>
          <w:szCs w:val="20"/>
          <w:lang w:eastAsia="fr-FR"/>
        </w:rPr>
        <w:t>Registry</w:t>
      </w:r>
      <w:proofErr w:type="spellEnd"/>
      <w:r w:rsidRPr="00BF194F">
        <w:rPr>
          <w:rFonts w:ascii="Arial" w:hAnsi="Arial" w:cs="Arial"/>
          <w:sz w:val="20"/>
          <w:szCs w:val="20"/>
          <w:lang w:eastAsia="fr-FR"/>
        </w:rPr>
        <w:t xml:space="preserve"> Platform" </w:t>
      </w:r>
      <w:proofErr w:type="spellStart"/>
      <w:r w:rsidRPr="00BF194F">
        <w:rPr>
          <w:rFonts w:ascii="Arial" w:hAnsi="Arial" w:cs="Arial"/>
          <w:sz w:val="20"/>
          <w:szCs w:val="20"/>
          <w:lang w:eastAsia="fr-FR"/>
        </w:rPr>
        <w:t>managed</w:t>
      </w:r>
      <w:proofErr w:type="spellEnd"/>
      <w:r w:rsidRPr="00BF194F">
        <w:rPr>
          <w:rFonts w:ascii="Arial" w:hAnsi="Arial" w:cs="Arial"/>
          <w:sz w:val="20"/>
          <w:szCs w:val="20"/>
          <w:lang w:eastAsia="fr-FR"/>
        </w:rPr>
        <w:t xml:space="preserve"> by the W.H.O.) </w:t>
      </w:r>
      <w:proofErr w:type="spellStart"/>
      <w:r w:rsidRPr="00BF194F">
        <w:rPr>
          <w:rFonts w:ascii="Arial" w:hAnsi="Arial" w:cs="Arial"/>
          <w:sz w:val="20"/>
          <w:szCs w:val="20"/>
          <w:lang w:eastAsia="fr-FR"/>
        </w:rPr>
        <w:t>was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adapted</w:t>
      </w:r>
      <w:proofErr w:type="spellEnd"/>
      <w:r w:rsidRPr="00BF194F">
        <w:rPr>
          <w:rFonts w:ascii="Arial" w:hAnsi="Arial" w:cs="Arial"/>
          <w:sz w:val="20"/>
          <w:szCs w:val="20"/>
          <w:lang w:eastAsia="fr-FR"/>
        </w:rPr>
        <w:t xml:space="preserve"> to </w:t>
      </w:r>
      <w:proofErr w:type="spellStart"/>
      <w:r w:rsidRPr="00BF194F">
        <w:rPr>
          <w:rFonts w:ascii="Arial" w:hAnsi="Arial" w:cs="Arial"/>
          <w:sz w:val="20"/>
          <w:szCs w:val="20"/>
          <w:lang w:eastAsia="fr-FR"/>
        </w:rPr>
        <w:t>meet</w:t>
      </w:r>
      <w:proofErr w:type="spellEnd"/>
      <w:r w:rsidRPr="00BF194F">
        <w:rPr>
          <w:rFonts w:ascii="Arial" w:hAnsi="Arial" w:cs="Arial"/>
          <w:sz w:val="20"/>
          <w:szCs w:val="20"/>
          <w:lang w:eastAsia="fr-FR"/>
        </w:rPr>
        <w:t xml:space="preserve"> the </w:t>
      </w:r>
      <w:proofErr w:type="spellStart"/>
      <w:r w:rsidRPr="00BF194F">
        <w:rPr>
          <w:rFonts w:ascii="Arial" w:hAnsi="Arial" w:cs="Arial"/>
          <w:sz w:val="20"/>
          <w:szCs w:val="20"/>
          <w:lang w:eastAsia="fr-FR"/>
        </w:rPr>
        <w:t>specific</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characteristics</w:t>
      </w:r>
      <w:proofErr w:type="spellEnd"/>
      <w:r w:rsidRPr="00BF194F">
        <w:rPr>
          <w:rFonts w:ascii="Arial" w:hAnsi="Arial" w:cs="Arial"/>
          <w:sz w:val="20"/>
          <w:szCs w:val="20"/>
          <w:lang w:eastAsia="fr-FR"/>
        </w:rPr>
        <w:t xml:space="preserve"> of </w:t>
      </w:r>
      <w:proofErr w:type="spellStart"/>
      <w:r w:rsidRPr="00BF194F">
        <w:rPr>
          <w:rFonts w:ascii="Arial" w:hAnsi="Arial" w:cs="Arial"/>
          <w:sz w:val="20"/>
          <w:szCs w:val="20"/>
          <w:lang w:eastAsia="fr-FR"/>
        </w:rPr>
        <w:t>these</w:t>
      </w:r>
      <w:proofErr w:type="spellEnd"/>
      <w:r w:rsidRPr="00BF194F">
        <w:rPr>
          <w:rFonts w:ascii="Arial" w:hAnsi="Arial" w:cs="Arial"/>
          <w:sz w:val="20"/>
          <w:szCs w:val="20"/>
          <w:lang w:eastAsia="fr-FR"/>
        </w:rPr>
        <w:t xml:space="preserve"> platforms. </w:t>
      </w:r>
      <w:proofErr w:type="spellStart"/>
      <w:r w:rsidRPr="00BF194F">
        <w:rPr>
          <w:rFonts w:ascii="Arial" w:hAnsi="Arial" w:cs="Arial"/>
          <w:sz w:val="20"/>
          <w:szCs w:val="20"/>
          <w:lang w:eastAsia="fr-FR"/>
        </w:rPr>
        <w:t>These</w:t>
      </w:r>
      <w:proofErr w:type="spellEnd"/>
      <w:r w:rsidRPr="00BF194F">
        <w:rPr>
          <w:rFonts w:ascii="Arial" w:hAnsi="Arial" w:cs="Arial"/>
          <w:sz w:val="20"/>
          <w:szCs w:val="20"/>
          <w:lang w:eastAsia="fr-FR"/>
        </w:rPr>
        <w:t xml:space="preserve"> platforms are </w:t>
      </w:r>
      <w:proofErr w:type="spellStart"/>
      <w:r w:rsidRPr="00BF194F">
        <w:rPr>
          <w:rFonts w:ascii="Arial" w:hAnsi="Arial" w:cs="Arial"/>
          <w:sz w:val="20"/>
          <w:szCs w:val="20"/>
          <w:lang w:eastAsia="fr-FR"/>
        </w:rPr>
        <w:t>clinical</w:t>
      </w:r>
      <w:proofErr w:type="spellEnd"/>
      <w:r w:rsidRPr="00BF194F">
        <w:rPr>
          <w:rFonts w:ascii="Arial" w:hAnsi="Arial" w:cs="Arial"/>
          <w:sz w:val="20"/>
          <w:szCs w:val="20"/>
          <w:lang w:eastAsia="fr-FR"/>
        </w:rPr>
        <w:t xml:space="preserve"> trial </w:t>
      </w:r>
      <w:proofErr w:type="spellStart"/>
      <w:r w:rsidRPr="00BF194F">
        <w:rPr>
          <w:rFonts w:ascii="Arial" w:hAnsi="Arial" w:cs="Arial"/>
          <w:sz w:val="20"/>
          <w:szCs w:val="20"/>
          <w:lang w:eastAsia="fr-FR"/>
        </w:rPr>
        <w:t>registries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that</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provide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detailed</w:t>
      </w:r>
      <w:proofErr w:type="spellEnd"/>
      <w:r w:rsidRPr="00BF194F">
        <w:rPr>
          <w:rFonts w:ascii="Arial" w:hAnsi="Arial" w:cs="Arial"/>
          <w:sz w:val="20"/>
          <w:szCs w:val="20"/>
          <w:lang w:eastAsia="fr-FR"/>
        </w:rPr>
        <w:t xml:space="preserve"> information about </w:t>
      </w:r>
      <w:proofErr w:type="spellStart"/>
      <w:r w:rsidRPr="00BF194F">
        <w:rPr>
          <w:rFonts w:ascii="Arial" w:hAnsi="Arial" w:cs="Arial"/>
          <w:sz w:val="20"/>
          <w:szCs w:val="20"/>
          <w:lang w:eastAsia="fr-FR"/>
        </w:rPr>
        <w:t>study</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protocols</w:t>
      </w:r>
      <w:proofErr w:type="spellEnd"/>
      <w:r w:rsidRPr="00BF194F">
        <w:rPr>
          <w:rFonts w:ascii="Arial" w:hAnsi="Arial" w:cs="Arial"/>
          <w:sz w:val="20"/>
          <w:szCs w:val="20"/>
          <w:lang w:eastAsia="fr-FR"/>
        </w:rPr>
        <w:t xml:space="preserve">, objectives, inclusion and exclusion </w:t>
      </w:r>
      <w:proofErr w:type="spellStart"/>
      <w:r w:rsidRPr="00BF194F">
        <w:rPr>
          <w:rFonts w:ascii="Arial" w:hAnsi="Arial" w:cs="Arial"/>
          <w:sz w:val="20"/>
          <w:szCs w:val="20"/>
          <w:lang w:eastAsia="fr-FR"/>
        </w:rPr>
        <w:t>criteria</w:t>
      </w:r>
      <w:proofErr w:type="spellEnd"/>
      <w:r w:rsidRPr="00BF194F">
        <w:rPr>
          <w:rFonts w:ascii="Arial" w:hAnsi="Arial" w:cs="Arial"/>
          <w:sz w:val="20"/>
          <w:szCs w:val="20"/>
          <w:lang w:eastAsia="fr-FR"/>
        </w:rPr>
        <w:t xml:space="preserve">, sponsors, and </w:t>
      </w:r>
      <w:proofErr w:type="spellStart"/>
      <w:r w:rsidRPr="00BF194F">
        <w:rPr>
          <w:rFonts w:ascii="Arial" w:hAnsi="Arial" w:cs="Arial"/>
          <w:sz w:val="20"/>
          <w:szCs w:val="20"/>
          <w:lang w:eastAsia="fr-FR"/>
        </w:rPr>
        <w:t>clinical</w:t>
      </w:r>
      <w:proofErr w:type="spellEnd"/>
      <w:r w:rsidRPr="00BF194F">
        <w:rPr>
          <w:rFonts w:ascii="Arial" w:hAnsi="Arial" w:cs="Arial"/>
          <w:sz w:val="20"/>
          <w:szCs w:val="20"/>
          <w:lang w:eastAsia="fr-FR"/>
        </w:rPr>
        <w:t xml:space="preserve"> trial </w:t>
      </w:r>
      <w:proofErr w:type="spellStart"/>
      <w:r w:rsidRPr="00BF194F">
        <w:rPr>
          <w:rFonts w:ascii="Arial" w:hAnsi="Arial" w:cs="Arial"/>
          <w:sz w:val="20"/>
          <w:szCs w:val="20"/>
          <w:lang w:eastAsia="fr-FR"/>
        </w:rPr>
        <w:t>results</w:t>
      </w:r>
      <w:proofErr w:type="spellEnd"/>
      <w:r w:rsidRPr="00BF194F">
        <w:rPr>
          <w:rFonts w:ascii="Arial" w:hAnsi="Arial" w:cs="Arial"/>
          <w:sz w:val="20"/>
          <w:szCs w:val="20"/>
          <w:lang w:eastAsia="fr-FR"/>
        </w:rPr>
        <w:t>.</w:t>
      </w:r>
    </w:p>
    <w:p w14:paraId="29B7C47A" w14:textId="77777777" w:rsidR="007353D0" w:rsidRPr="00BF194F" w:rsidRDefault="007353D0" w:rsidP="00BF194F">
      <w:pPr>
        <w:spacing w:line="360" w:lineRule="auto"/>
        <w:jc w:val="both"/>
        <w:rPr>
          <w:rFonts w:ascii="Arial" w:hAnsi="Arial" w:cs="Arial"/>
          <w:sz w:val="20"/>
          <w:szCs w:val="20"/>
          <w:lang w:eastAsia="fr-FR"/>
        </w:rPr>
      </w:pPr>
      <w:proofErr w:type="spellStart"/>
      <w:r w:rsidRPr="00BF194F">
        <w:rPr>
          <w:rFonts w:ascii="Arial" w:hAnsi="Arial" w:cs="Arial"/>
          <w:sz w:val="20"/>
          <w:szCs w:val="20"/>
          <w:lang w:eastAsia="fr-FR"/>
        </w:rPr>
        <w:t>Unlike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other</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databases</w:t>
      </w:r>
      <w:proofErr w:type="spellEnd"/>
      <w:r w:rsidRPr="00BF194F">
        <w:rPr>
          <w:rFonts w:ascii="Arial" w:hAnsi="Arial" w:cs="Arial"/>
          <w:sz w:val="20"/>
          <w:szCs w:val="20"/>
          <w:lang w:eastAsia="fr-FR"/>
        </w:rPr>
        <w:t xml:space="preserve">, ClinicalTrials.gov and W.H.O. I.C.T.R.P. do not use a </w:t>
      </w:r>
      <w:proofErr w:type="spellStart"/>
      <w:r w:rsidRPr="00BF194F">
        <w:rPr>
          <w:rFonts w:ascii="Arial" w:hAnsi="Arial" w:cs="Arial"/>
          <w:sz w:val="20"/>
          <w:szCs w:val="20"/>
          <w:lang w:eastAsia="fr-FR"/>
        </w:rPr>
        <w:t>controlled</w:t>
      </w:r>
      <w:proofErr w:type="spellEnd"/>
      <w:r w:rsidRPr="00BF194F">
        <w:rPr>
          <w:rFonts w:ascii="Arial" w:hAnsi="Arial" w:cs="Arial"/>
          <w:sz w:val="20"/>
          <w:szCs w:val="20"/>
          <w:lang w:eastAsia="fr-FR"/>
        </w:rPr>
        <w:t xml:space="preserve"> thesaurus like MeSH and </w:t>
      </w:r>
      <w:proofErr w:type="spellStart"/>
      <w:r w:rsidRPr="00BF194F">
        <w:rPr>
          <w:rFonts w:ascii="Arial" w:hAnsi="Arial" w:cs="Arial"/>
          <w:sz w:val="20"/>
          <w:szCs w:val="20"/>
          <w:lang w:eastAsia="fr-FR"/>
        </w:rPr>
        <w:t>require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terms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specific</w:t>
      </w:r>
      <w:proofErr w:type="spellEnd"/>
      <w:r w:rsidRPr="00BF194F">
        <w:rPr>
          <w:rFonts w:ascii="Arial" w:hAnsi="Arial" w:cs="Arial"/>
          <w:sz w:val="20"/>
          <w:szCs w:val="20"/>
          <w:lang w:eastAsia="fr-FR"/>
        </w:rPr>
        <w:t xml:space="preserve"> to </w:t>
      </w:r>
      <w:proofErr w:type="spellStart"/>
      <w:r w:rsidRPr="00BF194F">
        <w:rPr>
          <w:rFonts w:ascii="Arial" w:hAnsi="Arial" w:cs="Arial"/>
          <w:sz w:val="20"/>
          <w:szCs w:val="20"/>
          <w:lang w:eastAsia="fr-FR"/>
        </w:rPr>
        <w:t>clinical</w:t>
      </w:r>
      <w:proofErr w:type="spellEnd"/>
      <w:r w:rsidRPr="00BF194F">
        <w:rPr>
          <w:rFonts w:ascii="Arial" w:hAnsi="Arial" w:cs="Arial"/>
          <w:sz w:val="20"/>
          <w:szCs w:val="20"/>
          <w:lang w:eastAsia="fr-FR"/>
        </w:rPr>
        <w:t xml:space="preserve"> trials to </w:t>
      </w:r>
      <w:proofErr w:type="spellStart"/>
      <w:r w:rsidRPr="00BF194F">
        <w:rPr>
          <w:rFonts w:ascii="Arial" w:hAnsi="Arial" w:cs="Arial"/>
          <w:sz w:val="20"/>
          <w:szCs w:val="20"/>
          <w:lang w:eastAsia="fr-FR"/>
        </w:rPr>
        <w:t>increase</w:t>
      </w:r>
      <w:proofErr w:type="spellEnd"/>
      <w:r w:rsidRPr="00BF194F">
        <w:rPr>
          <w:rFonts w:ascii="Arial" w:hAnsi="Arial" w:cs="Arial"/>
          <w:sz w:val="20"/>
          <w:szCs w:val="20"/>
          <w:lang w:eastAsia="fr-FR"/>
        </w:rPr>
        <w:t xml:space="preserve"> the relevance of the </w:t>
      </w:r>
      <w:proofErr w:type="spellStart"/>
      <w:r w:rsidRPr="00BF194F">
        <w:rPr>
          <w:rFonts w:ascii="Arial" w:hAnsi="Arial" w:cs="Arial"/>
          <w:sz w:val="20"/>
          <w:szCs w:val="20"/>
          <w:lang w:eastAsia="fr-FR"/>
        </w:rPr>
        <w:t>results</w:t>
      </w:r>
      <w:proofErr w:type="spellEnd"/>
      <w:r w:rsidRPr="00BF194F">
        <w:rPr>
          <w:rFonts w:ascii="Arial" w:hAnsi="Arial" w:cs="Arial"/>
          <w:sz w:val="20"/>
          <w:szCs w:val="20"/>
          <w:lang w:eastAsia="fr-FR"/>
        </w:rPr>
        <w:t xml:space="preserve">. English </w:t>
      </w:r>
      <w:proofErr w:type="spellStart"/>
      <w:r w:rsidRPr="00BF194F">
        <w:rPr>
          <w:rFonts w:ascii="Arial" w:hAnsi="Arial" w:cs="Arial"/>
          <w:sz w:val="20"/>
          <w:szCs w:val="20"/>
          <w:lang w:eastAsia="fr-FR"/>
        </w:rPr>
        <w:t>terms</w:t>
      </w:r>
      <w:proofErr w:type="spellEnd"/>
      <w:r w:rsidRPr="00BF194F">
        <w:rPr>
          <w:rFonts w:ascii="Arial" w:hAnsi="Arial" w:cs="Arial"/>
          <w:sz w:val="20"/>
          <w:szCs w:val="20"/>
          <w:lang w:eastAsia="fr-FR"/>
        </w:rPr>
        <w:t xml:space="preserve"> must </w:t>
      </w:r>
      <w:proofErr w:type="spellStart"/>
      <w:r w:rsidRPr="00BF194F">
        <w:rPr>
          <w:rFonts w:ascii="Arial" w:hAnsi="Arial" w:cs="Arial"/>
          <w:sz w:val="20"/>
          <w:szCs w:val="20"/>
          <w:lang w:eastAsia="fr-FR"/>
        </w:rPr>
        <w:t>be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used</w:t>
      </w:r>
      <w:proofErr w:type="spellEnd"/>
      <w:r w:rsidRPr="00BF194F">
        <w:rPr>
          <w:rFonts w:ascii="Arial" w:hAnsi="Arial" w:cs="Arial"/>
          <w:sz w:val="20"/>
          <w:szCs w:val="20"/>
          <w:lang w:eastAsia="fr-FR"/>
        </w:rPr>
        <w:t xml:space="preserve"> to </w:t>
      </w:r>
      <w:proofErr w:type="spellStart"/>
      <w:r w:rsidRPr="00BF194F">
        <w:rPr>
          <w:rFonts w:ascii="Arial" w:hAnsi="Arial" w:cs="Arial"/>
          <w:sz w:val="20"/>
          <w:szCs w:val="20"/>
          <w:lang w:eastAsia="fr-FR"/>
        </w:rPr>
        <w:t>ensure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consistency</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with</w:t>
      </w:r>
      <w:proofErr w:type="spellEnd"/>
      <w:r w:rsidRPr="00BF194F">
        <w:rPr>
          <w:rFonts w:ascii="Arial" w:hAnsi="Arial" w:cs="Arial"/>
          <w:sz w:val="20"/>
          <w:szCs w:val="20"/>
          <w:lang w:eastAsia="fr-FR"/>
        </w:rPr>
        <w:t xml:space="preserve"> the </w:t>
      </w:r>
      <w:proofErr w:type="spellStart"/>
      <w:r w:rsidRPr="00BF194F">
        <w:rPr>
          <w:rFonts w:ascii="Arial" w:hAnsi="Arial" w:cs="Arial"/>
          <w:sz w:val="20"/>
          <w:szCs w:val="20"/>
          <w:lang w:eastAsia="fr-FR"/>
        </w:rPr>
        <w:t>database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terminology</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while</w:t>
      </w:r>
      <w:proofErr w:type="spellEnd"/>
      <w:r w:rsidRPr="00BF194F">
        <w:rPr>
          <w:rFonts w:ascii="Arial" w:hAnsi="Arial" w:cs="Arial"/>
          <w:sz w:val="20"/>
          <w:szCs w:val="20"/>
          <w:lang w:eastAsia="fr-FR"/>
        </w:rPr>
        <w:t xml:space="preserve"> French translations </w:t>
      </w:r>
      <w:proofErr w:type="spellStart"/>
      <w:r w:rsidRPr="00BF194F">
        <w:rPr>
          <w:rFonts w:ascii="Arial" w:hAnsi="Arial" w:cs="Arial"/>
          <w:sz w:val="20"/>
          <w:szCs w:val="20"/>
          <w:lang w:eastAsia="fr-FR"/>
        </w:rPr>
        <w:t>should</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be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adapted</w:t>
      </w:r>
      <w:proofErr w:type="spellEnd"/>
      <w:r w:rsidRPr="00BF194F">
        <w:rPr>
          <w:rFonts w:ascii="Arial" w:hAnsi="Arial" w:cs="Arial"/>
          <w:sz w:val="20"/>
          <w:szCs w:val="20"/>
          <w:lang w:eastAsia="fr-FR"/>
        </w:rPr>
        <w:t xml:space="preserve"> to </w:t>
      </w:r>
      <w:proofErr w:type="spellStart"/>
      <w:r w:rsidRPr="00BF194F">
        <w:rPr>
          <w:rFonts w:ascii="Arial" w:hAnsi="Arial" w:cs="Arial"/>
          <w:sz w:val="20"/>
          <w:szCs w:val="20"/>
          <w:lang w:eastAsia="fr-FR"/>
        </w:rPr>
        <w:t>reflect</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commonly</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used</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terms</w:t>
      </w:r>
      <w:proofErr w:type="spellEnd"/>
      <w:r w:rsidRPr="00BF194F">
        <w:rPr>
          <w:rFonts w:ascii="Arial" w:hAnsi="Arial" w:cs="Arial"/>
          <w:sz w:val="20"/>
          <w:szCs w:val="20"/>
          <w:lang w:eastAsia="fr-FR"/>
        </w:rPr>
        <w:t xml:space="preserve"> in the </w:t>
      </w:r>
      <w:proofErr w:type="spellStart"/>
      <w:r w:rsidRPr="00BF194F">
        <w:rPr>
          <w:rFonts w:ascii="Arial" w:hAnsi="Arial" w:cs="Arial"/>
          <w:sz w:val="20"/>
          <w:szCs w:val="20"/>
          <w:lang w:eastAsia="fr-FR"/>
        </w:rPr>
        <w:t>context</w:t>
      </w:r>
      <w:proofErr w:type="spellEnd"/>
      <w:r w:rsidRPr="00BF194F">
        <w:rPr>
          <w:rFonts w:ascii="Arial" w:hAnsi="Arial" w:cs="Arial"/>
          <w:sz w:val="20"/>
          <w:szCs w:val="20"/>
          <w:lang w:eastAsia="fr-FR"/>
        </w:rPr>
        <w:t xml:space="preserve"> of </w:t>
      </w:r>
      <w:proofErr w:type="spellStart"/>
      <w:r w:rsidRPr="00BF194F">
        <w:rPr>
          <w:rFonts w:ascii="Arial" w:hAnsi="Arial" w:cs="Arial"/>
          <w:sz w:val="20"/>
          <w:szCs w:val="20"/>
          <w:lang w:eastAsia="fr-FR"/>
        </w:rPr>
        <w:t>clinical</w:t>
      </w:r>
      <w:proofErr w:type="spellEnd"/>
      <w:r w:rsidRPr="00BF194F">
        <w:rPr>
          <w:rFonts w:ascii="Arial" w:hAnsi="Arial" w:cs="Arial"/>
          <w:sz w:val="20"/>
          <w:szCs w:val="20"/>
          <w:lang w:eastAsia="fr-FR"/>
        </w:rPr>
        <w:t xml:space="preserve"> trials.</w:t>
      </w:r>
    </w:p>
    <w:p w14:paraId="09F93711" w14:textId="3AC5FFCE" w:rsidR="007353D0" w:rsidRPr="00BF194F" w:rsidRDefault="007353D0" w:rsidP="00BF194F">
      <w:pPr>
        <w:spacing w:line="360" w:lineRule="auto"/>
        <w:jc w:val="both"/>
        <w:rPr>
          <w:rFonts w:ascii="Arial" w:hAnsi="Arial" w:cs="Arial"/>
          <w:sz w:val="20"/>
          <w:szCs w:val="20"/>
          <w:lang w:eastAsia="fr-FR"/>
        </w:rPr>
      </w:pPr>
      <w:r w:rsidRPr="00BF194F">
        <w:rPr>
          <w:rFonts w:ascii="Arial" w:hAnsi="Arial" w:cs="Arial"/>
          <w:sz w:val="20"/>
          <w:szCs w:val="20"/>
          <w:lang w:eastAsia="fr-FR"/>
        </w:rPr>
        <w:t xml:space="preserve">The Boolean </w:t>
      </w:r>
      <w:proofErr w:type="spellStart"/>
      <w:r w:rsidRPr="00BF194F">
        <w:rPr>
          <w:rFonts w:ascii="Arial" w:hAnsi="Arial" w:cs="Arial"/>
          <w:sz w:val="20"/>
          <w:szCs w:val="20"/>
          <w:lang w:eastAsia="fr-FR"/>
        </w:rPr>
        <w:t>operators</w:t>
      </w:r>
      <w:proofErr w:type="spellEnd"/>
      <w:r w:rsidRPr="00BF194F">
        <w:rPr>
          <w:rFonts w:ascii="Arial" w:hAnsi="Arial" w:cs="Arial"/>
          <w:sz w:val="20"/>
          <w:szCs w:val="20"/>
          <w:lang w:eastAsia="fr-FR"/>
        </w:rPr>
        <w:t xml:space="preserve"> "AND" and "OR" </w:t>
      </w:r>
      <w:proofErr w:type="spellStart"/>
      <w:r w:rsidRPr="00BF194F">
        <w:rPr>
          <w:rFonts w:ascii="Arial" w:hAnsi="Arial" w:cs="Arial"/>
          <w:sz w:val="20"/>
          <w:szCs w:val="20"/>
          <w:lang w:eastAsia="fr-FR"/>
        </w:rPr>
        <w:t>were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used</w:t>
      </w:r>
      <w:proofErr w:type="spellEnd"/>
      <w:r w:rsidRPr="00BF194F">
        <w:rPr>
          <w:rFonts w:ascii="Arial" w:hAnsi="Arial" w:cs="Arial"/>
          <w:sz w:val="20"/>
          <w:szCs w:val="20"/>
          <w:lang w:eastAsia="fr-FR"/>
        </w:rPr>
        <w:t xml:space="preserve"> to structure the </w:t>
      </w:r>
      <w:proofErr w:type="spellStart"/>
      <w:r w:rsidRPr="00BF194F">
        <w:rPr>
          <w:rFonts w:ascii="Arial" w:hAnsi="Arial" w:cs="Arial"/>
          <w:sz w:val="20"/>
          <w:szCs w:val="20"/>
          <w:lang w:eastAsia="fr-FR"/>
        </w:rPr>
        <w:t>queries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which</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is</w:t>
      </w:r>
      <w:proofErr w:type="spellEnd"/>
      <w:r w:rsidRPr="00BF194F">
        <w:rPr>
          <w:rFonts w:ascii="Arial" w:hAnsi="Arial" w:cs="Arial"/>
          <w:sz w:val="20"/>
          <w:szCs w:val="20"/>
          <w:lang w:eastAsia="fr-FR"/>
        </w:rPr>
        <w:t xml:space="preserve"> compatible </w:t>
      </w:r>
      <w:proofErr w:type="spellStart"/>
      <w:r w:rsidRPr="00BF194F">
        <w:rPr>
          <w:rFonts w:ascii="Arial" w:hAnsi="Arial" w:cs="Arial"/>
          <w:sz w:val="20"/>
          <w:szCs w:val="20"/>
          <w:lang w:eastAsia="fr-FR"/>
        </w:rPr>
        <w:t>with</w:t>
      </w:r>
      <w:proofErr w:type="spellEnd"/>
      <w:r w:rsidRPr="00BF194F">
        <w:rPr>
          <w:rFonts w:ascii="Arial" w:hAnsi="Arial" w:cs="Arial"/>
          <w:sz w:val="20"/>
          <w:szCs w:val="20"/>
          <w:lang w:eastAsia="fr-FR"/>
        </w:rPr>
        <w:t xml:space="preserve"> the </w:t>
      </w:r>
      <w:proofErr w:type="spellStart"/>
      <w:r w:rsidRPr="00BF194F">
        <w:rPr>
          <w:rFonts w:ascii="Arial" w:hAnsi="Arial" w:cs="Arial"/>
          <w:sz w:val="20"/>
          <w:szCs w:val="20"/>
          <w:lang w:eastAsia="fr-FR"/>
        </w:rPr>
        <w:t>search</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logic</w:t>
      </w:r>
      <w:proofErr w:type="spellEnd"/>
      <w:r w:rsidRPr="00BF194F">
        <w:rPr>
          <w:rFonts w:ascii="Arial" w:hAnsi="Arial" w:cs="Arial"/>
          <w:sz w:val="20"/>
          <w:szCs w:val="20"/>
          <w:lang w:eastAsia="fr-FR"/>
        </w:rPr>
        <w:t xml:space="preserve"> of </w:t>
      </w:r>
      <w:proofErr w:type="spellStart"/>
      <w:r w:rsidRPr="00BF194F">
        <w:rPr>
          <w:rFonts w:ascii="Arial" w:hAnsi="Arial" w:cs="Arial"/>
          <w:sz w:val="20"/>
          <w:szCs w:val="20"/>
          <w:lang w:eastAsia="fr-FR"/>
        </w:rPr>
        <w:t>these</w:t>
      </w:r>
      <w:proofErr w:type="spellEnd"/>
      <w:r w:rsidRPr="00BF194F">
        <w:rPr>
          <w:rFonts w:ascii="Arial" w:hAnsi="Arial" w:cs="Arial"/>
          <w:sz w:val="20"/>
          <w:szCs w:val="20"/>
          <w:lang w:eastAsia="fr-FR"/>
        </w:rPr>
        <w:t xml:space="preserve"> platforms. Exact phrases </w:t>
      </w:r>
      <w:proofErr w:type="spellStart"/>
      <w:r w:rsidRPr="00BF194F">
        <w:rPr>
          <w:rFonts w:ascii="Arial" w:hAnsi="Arial" w:cs="Arial"/>
          <w:sz w:val="20"/>
          <w:szCs w:val="20"/>
          <w:lang w:eastAsia="fr-FR"/>
        </w:rPr>
        <w:t>were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placed</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within</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quotation</w:t>
      </w:r>
      <w:proofErr w:type="spellEnd"/>
      <w:r w:rsidRPr="00BF194F">
        <w:rPr>
          <w:rFonts w:ascii="Arial" w:hAnsi="Arial" w:cs="Arial"/>
          <w:sz w:val="20"/>
          <w:szCs w:val="20"/>
          <w:lang w:eastAsia="fr-FR"/>
        </w:rPr>
        <w:t xml:space="preserve"> marks to </w:t>
      </w:r>
      <w:proofErr w:type="spellStart"/>
      <w:r w:rsidRPr="00BF194F">
        <w:rPr>
          <w:rFonts w:ascii="Arial" w:hAnsi="Arial" w:cs="Arial"/>
          <w:sz w:val="20"/>
          <w:szCs w:val="20"/>
          <w:lang w:eastAsia="fr-FR"/>
        </w:rPr>
        <w:t>search</w:t>
      </w:r>
      <w:proofErr w:type="spellEnd"/>
      <w:r w:rsidRPr="00BF194F">
        <w:rPr>
          <w:rFonts w:ascii="Arial" w:hAnsi="Arial" w:cs="Arial"/>
          <w:sz w:val="20"/>
          <w:szCs w:val="20"/>
          <w:lang w:eastAsia="fr-FR"/>
        </w:rPr>
        <w:t xml:space="preserve"> for </w:t>
      </w:r>
      <w:proofErr w:type="spellStart"/>
      <w:r w:rsidRPr="00BF194F">
        <w:rPr>
          <w:rFonts w:ascii="Arial" w:hAnsi="Arial" w:cs="Arial"/>
          <w:sz w:val="20"/>
          <w:szCs w:val="20"/>
          <w:lang w:eastAsia="fr-FR"/>
        </w:rPr>
        <w:t>precise</w:t>
      </w:r>
      <w:proofErr w:type="spellEnd"/>
      <w:r w:rsidRPr="00BF194F">
        <w:rPr>
          <w:rFonts w:ascii="Arial" w:hAnsi="Arial" w:cs="Arial"/>
          <w:sz w:val="20"/>
          <w:szCs w:val="20"/>
          <w:lang w:eastAsia="fr-FR"/>
        </w:rPr>
        <w:t xml:space="preserve"> expressions to </w:t>
      </w:r>
      <w:proofErr w:type="spellStart"/>
      <w:r w:rsidRPr="00BF194F">
        <w:rPr>
          <w:rFonts w:ascii="Arial" w:hAnsi="Arial" w:cs="Arial"/>
          <w:sz w:val="20"/>
          <w:szCs w:val="20"/>
          <w:lang w:eastAsia="fr-FR"/>
        </w:rPr>
        <w:t>adequately</w:t>
      </w:r>
      <w:proofErr w:type="spellEnd"/>
      <w:r w:rsidRPr="00BF194F">
        <w:rPr>
          <w:rFonts w:ascii="Arial" w:hAnsi="Arial" w:cs="Arial"/>
          <w:sz w:val="20"/>
          <w:szCs w:val="20"/>
          <w:lang w:eastAsia="fr-FR"/>
        </w:rPr>
        <w:t xml:space="preserve"> cover the </w:t>
      </w:r>
      <w:proofErr w:type="spellStart"/>
      <w:r w:rsidRPr="00BF194F">
        <w:rPr>
          <w:rFonts w:ascii="Arial" w:hAnsi="Arial" w:cs="Arial"/>
          <w:sz w:val="20"/>
          <w:szCs w:val="20"/>
          <w:lang w:eastAsia="fr-FR"/>
        </w:rPr>
        <w:t>available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clinical</w:t>
      </w:r>
      <w:proofErr w:type="spellEnd"/>
      <w:r w:rsidRPr="00BF194F">
        <w:rPr>
          <w:rFonts w:ascii="Arial" w:hAnsi="Arial" w:cs="Arial"/>
          <w:sz w:val="20"/>
          <w:szCs w:val="20"/>
          <w:lang w:eastAsia="fr-FR"/>
        </w:rPr>
        <w:t xml:space="preserve"> trials on </w:t>
      </w:r>
      <w:proofErr w:type="spellStart"/>
      <w:r w:rsidRPr="00BF194F">
        <w:rPr>
          <w:rFonts w:ascii="Arial" w:hAnsi="Arial" w:cs="Arial"/>
          <w:sz w:val="20"/>
          <w:szCs w:val="20"/>
          <w:lang w:eastAsia="fr-FR"/>
        </w:rPr>
        <w:t>these</w:t>
      </w:r>
      <w:proofErr w:type="spellEnd"/>
      <w:r w:rsidRPr="00BF194F">
        <w:rPr>
          <w:rFonts w:ascii="Arial" w:hAnsi="Arial" w:cs="Arial"/>
          <w:sz w:val="20"/>
          <w:szCs w:val="20"/>
          <w:lang w:eastAsia="fr-FR"/>
        </w:rPr>
        <w:t xml:space="preserve"> platforms, </w:t>
      </w:r>
      <w:proofErr w:type="spellStart"/>
      <w:r w:rsidRPr="00BF194F">
        <w:rPr>
          <w:rFonts w:ascii="Arial" w:hAnsi="Arial" w:cs="Arial"/>
          <w:sz w:val="20"/>
          <w:szCs w:val="20"/>
          <w:lang w:eastAsia="fr-FR"/>
        </w:rPr>
        <w:t>particularly</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those</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related</w:t>
      </w:r>
      <w:proofErr w:type="spellEnd"/>
      <w:r w:rsidRPr="00BF194F">
        <w:rPr>
          <w:rFonts w:ascii="Arial" w:hAnsi="Arial" w:cs="Arial"/>
          <w:sz w:val="20"/>
          <w:szCs w:val="20"/>
          <w:lang w:eastAsia="fr-FR"/>
        </w:rPr>
        <w:t xml:space="preserve"> to </w:t>
      </w:r>
      <w:proofErr w:type="spellStart"/>
      <w:r w:rsidRPr="00BF194F">
        <w:rPr>
          <w:rFonts w:ascii="Arial" w:hAnsi="Arial" w:cs="Arial"/>
          <w:sz w:val="20"/>
          <w:szCs w:val="20"/>
          <w:lang w:eastAsia="fr-FR"/>
        </w:rPr>
        <w:t>musculoskeletal</w:t>
      </w:r>
      <w:proofErr w:type="spellEnd"/>
      <w:r w:rsidRPr="00BF194F">
        <w:rPr>
          <w:rFonts w:ascii="Arial" w:hAnsi="Arial" w:cs="Arial"/>
          <w:sz w:val="20"/>
          <w:szCs w:val="20"/>
          <w:lang w:eastAsia="fr-FR"/>
        </w:rPr>
        <w:t xml:space="preserve"> conditions, </w:t>
      </w:r>
      <w:proofErr w:type="spellStart"/>
      <w:r w:rsidRPr="00BF194F">
        <w:rPr>
          <w:rFonts w:ascii="Arial" w:hAnsi="Arial" w:cs="Arial"/>
          <w:sz w:val="20"/>
          <w:szCs w:val="20"/>
          <w:lang w:eastAsia="fr-FR"/>
        </w:rPr>
        <w:t>physiotherapy</w:t>
      </w:r>
      <w:proofErr w:type="spellEnd"/>
      <w:r w:rsidRPr="00BF194F">
        <w:rPr>
          <w:rFonts w:ascii="Arial" w:hAnsi="Arial" w:cs="Arial"/>
          <w:sz w:val="20"/>
          <w:szCs w:val="20"/>
          <w:lang w:eastAsia="fr-FR"/>
        </w:rPr>
        <w:t>/</w:t>
      </w:r>
      <w:proofErr w:type="spellStart"/>
      <w:r w:rsidRPr="00BF194F">
        <w:rPr>
          <w:rFonts w:ascii="Arial" w:hAnsi="Arial" w:cs="Arial"/>
          <w:sz w:val="20"/>
          <w:szCs w:val="20"/>
          <w:lang w:eastAsia="fr-FR"/>
        </w:rPr>
        <w:t>physical</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therapy</w:t>
      </w:r>
      <w:proofErr w:type="spellEnd"/>
      <w:r w:rsidRPr="00BF194F">
        <w:rPr>
          <w:rFonts w:ascii="Arial" w:hAnsi="Arial" w:cs="Arial"/>
          <w:sz w:val="20"/>
          <w:szCs w:val="20"/>
          <w:lang w:eastAsia="fr-FR"/>
        </w:rPr>
        <w:t xml:space="preserve">, direct </w:t>
      </w:r>
      <w:proofErr w:type="spellStart"/>
      <w:r w:rsidRPr="00BF194F">
        <w:rPr>
          <w:rFonts w:ascii="Arial" w:hAnsi="Arial" w:cs="Arial"/>
          <w:sz w:val="20"/>
          <w:szCs w:val="20"/>
          <w:lang w:eastAsia="fr-FR"/>
        </w:rPr>
        <w:t>access</w:t>
      </w:r>
      <w:proofErr w:type="spellEnd"/>
      <w:r w:rsidRPr="00BF194F">
        <w:rPr>
          <w:rFonts w:ascii="Arial" w:hAnsi="Arial" w:cs="Arial"/>
          <w:sz w:val="20"/>
          <w:szCs w:val="20"/>
          <w:lang w:eastAsia="fr-FR"/>
        </w:rPr>
        <w:t xml:space="preserve"> to care, and the </w:t>
      </w:r>
      <w:proofErr w:type="spellStart"/>
      <w:r w:rsidRPr="00BF194F">
        <w:rPr>
          <w:rFonts w:ascii="Arial" w:hAnsi="Arial" w:cs="Arial"/>
          <w:sz w:val="20"/>
          <w:szCs w:val="20"/>
          <w:lang w:eastAsia="fr-FR"/>
        </w:rPr>
        <w:t>role</w:t>
      </w:r>
      <w:proofErr w:type="spellEnd"/>
      <w:r w:rsidRPr="00BF194F">
        <w:rPr>
          <w:rFonts w:ascii="Arial" w:hAnsi="Arial" w:cs="Arial"/>
          <w:sz w:val="20"/>
          <w:szCs w:val="20"/>
          <w:lang w:eastAsia="fr-FR"/>
        </w:rPr>
        <w:t xml:space="preserve"> of the </w:t>
      </w:r>
      <w:proofErr w:type="spellStart"/>
      <w:r w:rsidRPr="00BF194F">
        <w:rPr>
          <w:rFonts w:ascii="Arial" w:hAnsi="Arial" w:cs="Arial"/>
          <w:sz w:val="20"/>
          <w:szCs w:val="20"/>
          <w:lang w:eastAsia="fr-FR"/>
        </w:rPr>
        <w:t>general</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practitioner</w:t>
      </w:r>
      <w:proofErr w:type="spellEnd"/>
      <w:r w:rsidRPr="00BF194F">
        <w:rPr>
          <w:rFonts w:ascii="Arial" w:hAnsi="Arial" w:cs="Arial"/>
          <w:sz w:val="20"/>
          <w:szCs w:val="20"/>
          <w:lang w:eastAsia="fr-FR"/>
        </w:rPr>
        <w:t xml:space="preserve">. This </w:t>
      </w:r>
      <w:proofErr w:type="spellStart"/>
      <w:r w:rsidRPr="00BF194F">
        <w:rPr>
          <w:rFonts w:ascii="Arial" w:hAnsi="Arial" w:cs="Arial"/>
          <w:sz w:val="20"/>
          <w:szCs w:val="20"/>
          <w:lang w:eastAsia="fr-FR"/>
        </w:rPr>
        <w:t>approach</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is</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expected</w:t>
      </w:r>
      <w:proofErr w:type="spellEnd"/>
      <w:r w:rsidRPr="00BF194F">
        <w:rPr>
          <w:rFonts w:ascii="Arial" w:hAnsi="Arial" w:cs="Arial"/>
          <w:sz w:val="20"/>
          <w:szCs w:val="20"/>
          <w:lang w:eastAsia="fr-FR"/>
        </w:rPr>
        <w:t xml:space="preserve"> to </w:t>
      </w:r>
      <w:proofErr w:type="spellStart"/>
      <w:r w:rsidRPr="00BF194F">
        <w:rPr>
          <w:rFonts w:ascii="Arial" w:hAnsi="Arial" w:cs="Arial"/>
          <w:sz w:val="20"/>
          <w:szCs w:val="20"/>
          <w:lang w:eastAsia="fr-FR"/>
        </w:rPr>
        <w:t>result</w:t>
      </w:r>
      <w:proofErr w:type="spellEnd"/>
      <w:r w:rsidRPr="00BF194F">
        <w:rPr>
          <w:rFonts w:ascii="Arial" w:hAnsi="Arial" w:cs="Arial"/>
          <w:sz w:val="20"/>
          <w:szCs w:val="20"/>
          <w:lang w:eastAsia="fr-FR"/>
        </w:rPr>
        <w:t xml:space="preserve"> in a </w:t>
      </w:r>
      <w:proofErr w:type="spellStart"/>
      <w:r w:rsidRPr="00BF194F">
        <w:rPr>
          <w:rFonts w:ascii="Arial" w:hAnsi="Arial" w:cs="Arial"/>
          <w:sz w:val="20"/>
          <w:szCs w:val="20"/>
          <w:lang w:eastAsia="fr-FR"/>
        </w:rPr>
        <w:t>low</w:t>
      </w:r>
      <w:proofErr w:type="spellEnd"/>
      <w:r w:rsidRPr="00BF194F">
        <w:rPr>
          <w:rFonts w:ascii="Arial" w:hAnsi="Arial" w:cs="Arial"/>
          <w:sz w:val="20"/>
          <w:szCs w:val="20"/>
          <w:lang w:eastAsia="fr-FR"/>
        </w:rPr>
        <w:t xml:space="preserve"> </w:t>
      </w:r>
      <w:proofErr w:type="spellStart"/>
      <w:r w:rsidRPr="00BF194F">
        <w:rPr>
          <w:rFonts w:ascii="Arial" w:hAnsi="Arial" w:cs="Arial"/>
          <w:sz w:val="20"/>
          <w:szCs w:val="20"/>
          <w:lang w:eastAsia="fr-FR"/>
        </w:rPr>
        <w:t>number</w:t>
      </w:r>
      <w:proofErr w:type="spellEnd"/>
      <w:r w:rsidRPr="00BF194F">
        <w:rPr>
          <w:rFonts w:ascii="Arial" w:hAnsi="Arial" w:cs="Arial"/>
          <w:sz w:val="20"/>
          <w:szCs w:val="20"/>
          <w:lang w:eastAsia="fr-FR"/>
        </w:rPr>
        <w:t xml:space="preserve"> of </w:t>
      </w:r>
      <w:proofErr w:type="spellStart"/>
      <w:r w:rsidRPr="00BF194F">
        <w:rPr>
          <w:rFonts w:ascii="Arial" w:hAnsi="Arial" w:cs="Arial"/>
          <w:sz w:val="20"/>
          <w:szCs w:val="20"/>
          <w:lang w:eastAsia="fr-FR"/>
        </w:rPr>
        <w:t>results</w:t>
      </w:r>
      <w:proofErr w:type="spellEnd"/>
      <w:r w:rsidRPr="00BF194F">
        <w:rPr>
          <w:rFonts w:ascii="Arial" w:hAnsi="Arial" w:cs="Arial"/>
          <w:sz w:val="20"/>
          <w:szCs w:val="20"/>
          <w:lang w:eastAsia="fr-FR"/>
        </w:rPr>
        <w:t>.</w:t>
      </w:r>
    </w:p>
    <w:p w14:paraId="513E6CF8" w14:textId="77777777" w:rsidR="007353D0" w:rsidRPr="00BF194F" w:rsidRDefault="007353D0" w:rsidP="00BF194F">
      <w:pPr>
        <w:spacing w:line="360" w:lineRule="auto"/>
        <w:jc w:val="both"/>
        <w:rPr>
          <w:rFonts w:ascii="Arial" w:hAnsi="Arial" w:cs="Arial"/>
          <w:sz w:val="20"/>
          <w:szCs w:val="20"/>
          <w:lang w:eastAsia="fr-FR"/>
        </w:rPr>
      </w:pPr>
    </w:p>
    <w:p w14:paraId="31CD1732" w14:textId="5D08177C" w:rsidR="00BB0F51" w:rsidRPr="00BF194F" w:rsidRDefault="007353D0" w:rsidP="00BF194F">
      <w:pPr>
        <w:spacing w:line="360" w:lineRule="auto"/>
        <w:jc w:val="both"/>
        <w:rPr>
          <w:rFonts w:ascii="Arial" w:hAnsi="Arial" w:cs="Arial"/>
          <w:sz w:val="20"/>
          <w:szCs w:val="20"/>
          <w:lang w:eastAsia="fr-FR"/>
        </w:rPr>
      </w:pPr>
      <w:r w:rsidRPr="00BF194F">
        <w:rPr>
          <w:rFonts w:ascii="Arial" w:hAnsi="Arial" w:cs="Arial"/>
          <w:b/>
          <w:bCs/>
        </w:rPr>
        <w:t xml:space="preserve">Equation on ClinicalTrials.gov and WHO </w:t>
      </w:r>
      <w:proofErr w:type="gramStart"/>
      <w:r w:rsidRPr="00BF194F">
        <w:rPr>
          <w:rFonts w:ascii="Arial" w:hAnsi="Arial" w:cs="Arial"/>
          <w:b/>
          <w:bCs/>
        </w:rPr>
        <w:t>ICTRP:</w:t>
      </w:r>
      <w:proofErr w:type="gramEnd"/>
    </w:p>
    <w:p w14:paraId="23FF95A2" w14:textId="77777777" w:rsidR="00BB0F51" w:rsidRPr="00BF194F" w:rsidRDefault="00BB0F51" w:rsidP="00BF194F">
      <w:pPr>
        <w:spacing w:line="360" w:lineRule="auto"/>
        <w:rPr>
          <w:rFonts w:ascii="Arial" w:hAnsi="Arial" w:cs="Arial"/>
          <w:sz w:val="2"/>
          <w:szCs w:val="2"/>
        </w:rPr>
      </w:pPr>
      <w:r w:rsidRPr="00BF194F">
        <w:rPr>
          <w:rFonts w:ascii="Arial" w:hAnsi="Arial" w:cs="Arial"/>
        </w:rPr>
        <w:t xml:space="preserve"> </w:t>
      </w:r>
    </w:p>
    <w:p w14:paraId="1F1C31BC" w14:textId="1799BC69" w:rsidR="00BB0F51" w:rsidRPr="00BF194F" w:rsidRDefault="007353D0" w:rsidP="00BF194F">
      <w:pPr>
        <w:pStyle w:val="NormalWeb"/>
        <w:spacing w:line="360" w:lineRule="auto"/>
        <w:jc w:val="both"/>
        <w:rPr>
          <w:rFonts w:ascii="Arial" w:hAnsi="Arial" w:cs="Arial"/>
          <w:sz w:val="20"/>
          <w:szCs w:val="20"/>
        </w:rPr>
      </w:pPr>
      <w:r w:rsidRPr="00BF194F">
        <w:rPr>
          <w:rFonts w:ascii="Arial" w:hAnsi="Arial" w:cs="Arial"/>
          <w:sz w:val="20"/>
          <w:szCs w:val="20"/>
        </w:rPr>
        <w:t xml:space="preserve">The </w:t>
      </w:r>
      <w:proofErr w:type="spellStart"/>
      <w:r w:rsidRPr="00BF194F">
        <w:rPr>
          <w:rFonts w:ascii="Arial" w:hAnsi="Arial" w:cs="Arial"/>
          <w:sz w:val="20"/>
          <w:szCs w:val="20"/>
        </w:rPr>
        <w:t>search</w:t>
      </w:r>
      <w:proofErr w:type="spellEnd"/>
      <w:r w:rsidRPr="00BF194F">
        <w:rPr>
          <w:rFonts w:ascii="Arial" w:hAnsi="Arial" w:cs="Arial"/>
          <w:sz w:val="20"/>
          <w:szCs w:val="20"/>
        </w:rPr>
        <w:t xml:space="preserve"> </w:t>
      </w:r>
      <w:proofErr w:type="spellStart"/>
      <w:r w:rsidRPr="00BF194F">
        <w:rPr>
          <w:rFonts w:ascii="Arial" w:hAnsi="Arial" w:cs="Arial"/>
          <w:sz w:val="20"/>
          <w:szCs w:val="20"/>
        </w:rPr>
        <w:t>equation</w:t>
      </w:r>
      <w:proofErr w:type="spellEnd"/>
      <w:r w:rsidRPr="00BF194F">
        <w:rPr>
          <w:rFonts w:ascii="Arial" w:hAnsi="Arial" w:cs="Arial"/>
          <w:sz w:val="20"/>
          <w:szCs w:val="20"/>
        </w:rPr>
        <w:t xml:space="preserve"> </w:t>
      </w:r>
      <w:proofErr w:type="spellStart"/>
      <w:r w:rsidRPr="00BF194F">
        <w:rPr>
          <w:rFonts w:ascii="Arial" w:hAnsi="Arial" w:cs="Arial"/>
          <w:sz w:val="20"/>
          <w:szCs w:val="20"/>
        </w:rPr>
        <w:t>is</w:t>
      </w:r>
      <w:proofErr w:type="spellEnd"/>
      <w:r w:rsidRPr="00BF194F">
        <w:rPr>
          <w:rFonts w:ascii="Arial" w:hAnsi="Arial" w:cs="Arial"/>
          <w:sz w:val="20"/>
          <w:szCs w:val="20"/>
        </w:rPr>
        <w:t xml:space="preserve"> as </w:t>
      </w:r>
      <w:proofErr w:type="spellStart"/>
      <w:proofErr w:type="gramStart"/>
      <w:r w:rsidRPr="00BF194F">
        <w:rPr>
          <w:rFonts w:ascii="Arial" w:hAnsi="Arial" w:cs="Arial"/>
          <w:sz w:val="20"/>
          <w:szCs w:val="20"/>
        </w:rPr>
        <w:t>follows</w:t>
      </w:r>
      <w:proofErr w:type="spellEnd"/>
      <w:r w:rsidRPr="00BF194F">
        <w:rPr>
          <w:rFonts w:ascii="Arial" w:hAnsi="Arial" w:cs="Arial"/>
          <w:sz w:val="20"/>
          <w:szCs w:val="20"/>
        </w:rPr>
        <w:t>:</w:t>
      </w:r>
      <w:proofErr w:type="gramEnd"/>
    </w:p>
    <w:p w14:paraId="17ACB086" w14:textId="77777777" w:rsidR="00BB0F51" w:rsidRPr="00BF194F" w:rsidRDefault="00BB0F51" w:rsidP="00BF194F">
      <w:pPr>
        <w:pStyle w:val="NormalWeb"/>
        <w:spacing w:line="360" w:lineRule="auto"/>
        <w:jc w:val="both"/>
        <w:rPr>
          <w:rFonts w:ascii="Arial" w:hAnsi="Arial" w:cs="Arial"/>
          <w:b/>
          <w:bCs/>
          <w:i/>
          <w:iCs/>
          <w:color w:val="0070C0"/>
          <w:sz w:val="17"/>
          <w:szCs w:val="17"/>
        </w:rPr>
      </w:pPr>
      <w:r w:rsidRPr="00BF194F">
        <w:rPr>
          <w:rFonts w:ascii="Arial" w:hAnsi="Arial" w:cs="Arial"/>
          <w:b/>
          <w:bCs/>
          <w:i/>
          <w:iCs/>
          <w:color w:val="0070C0"/>
          <w:sz w:val="17"/>
          <w:szCs w:val="17"/>
        </w:rPr>
        <w:t>("</w:t>
      </w:r>
      <w:proofErr w:type="spellStart"/>
      <w:r w:rsidRPr="00BF194F">
        <w:rPr>
          <w:rFonts w:ascii="Arial" w:hAnsi="Arial" w:cs="Arial"/>
          <w:b/>
          <w:bCs/>
          <w:i/>
          <w:iCs/>
          <w:color w:val="0070C0"/>
          <w:sz w:val="17"/>
          <w:szCs w:val="17"/>
        </w:rPr>
        <w:t>Musculoskeletal</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Diseases</w:t>
      </w:r>
      <w:proofErr w:type="spellEnd"/>
      <w:r w:rsidRPr="00BF194F">
        <w:rPr>
          <w:rFonts w:ascii="Arial" w:hAnsi="Arial" w:cs="Arial"/>
          <w:b/>
          <w:bCs/>
          <w:i/>
          <w:iCs/>
          <w:color w:val="0070C0"/>
          <w:sz w:val="17"/>
          <w:szCs w:val="17"/>
        </w:rPr>
        <w:t>" OR "</w:t>
      </w:r>
      <w:proofErr w:type="spellStart"/>
      <w:r w:rsidRPr="00BF194F">
        <w:rPr>
          <w:rFonts w:ascii="Arial" w:hAnsi="Arial" w:cs="Arial"/>
          <w:b/>
          <w:bCs/>
          <w:i/>
          <w:iCs/>
          <w:color w:val="0070C0"/>
          <w:sz w:val="17"/>
          <w:szCs w:val="17"/>
        </w:rPr>
        <w:t>Musculoskeletal</w:t>
      </w:r>
      <w:proofErr w:type="spellEnd"/>
      <w:r w:rsidRPr="00BF194F">
        <w:rPr>
          <w:rFonts w:ascii="Arial" w:hAnsi="Arial" w:cs="Arial"/>
          <w:b/>
          <w:bCs/>
          <w:i/>
          <w:iCs/>
          <w:color w:val="0070C0"/>
          <w:sz w:val="17"/>
          <w:szCs w:val="17"/>
        </w:rPr>
        <w:t xml:space="preserve"> Pain" OR "</w:t>
      </w:r>
      <w:proofErr w:type="spellStart"/>
      <w:r w:rsidRPr="00BF194F">
        <w:rPr>
          <w:rFonts w:ascii="Arial" w:hAnsi="Arial" w:cs="Arial"/>
          <w:b/>
          <w:bCs/>
          <w:i/>
          <w:iCs/>
          <w:color w:val="0070C0"/>
          <w:sz w:val="17"/>
          <w:szCs w:val="17"/>
        </w:rPr>
        <w:t>musculoskeletal</w:t>
      </w:r>
      <w:proofErr w:type="spellEnd"/>
      <w:r w:rsidRPr="00BF194F">
        <w:rPr>
          <w:rFonts w:ascii="Arial" w:hAnsi="Arial" w:cs="Arial"/>
          <w:b/>
          <w:bCs/>
          <w:i/>
          <w:iCs/>
          <w:color w:val="0070C0"/>
          <w:sz w:val="17"/>
          <w:szCs w:val="17"/>
        </w:rPr>
        <w:t xml:space="preserve"> conditions" OR "</w:t>
      </w:r>
      <w:proofErr w:type="spellStart"/>
      <w:r w:rsidRPr="00BF194F">
        <w:rPr>
          <w:rFonts w:ascii="Arial" w:hAnsi="Arial" w:cs="Arial"/>
          <w:b/>
          <w:bCs/>
          <w:i/>
          <w:iCs/>
          <w:color w:val="0070C0"/>
          <w:sz w:val="17"/>
          <w:szCs w:val="17"/>
        </w:rPr>
        <w:t>musculoskeletal</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disorders</w:t>
      </w:r>
      <w:proofErr w:type="spellEnd"/>
      <w:r w:rsidRPr="00BF194F">
        <w:rPr>
          <w:rFonts w:ascii="Arial" w:hAnsi="Arial" w:cs="Arial"/>
          <w:b/>
          <w:bCs/>
          <w:i/>
          <w:iCs/>
          <w:color w:val="0070C0"/>
          <w:sz w:val="17"/>
          <w:szCs w:val="17"/>
        </w:rPr>
        <w:t>" OR "</w:t>
      </w:r>
      <w:proofErr w:type="spellStart"/>
      <w:r w:rsidRPr="00BF194F">
        <w:rPr>
          <w:rFonts w:ascii="Arial" w:hAnsi="Arial" w:cs="Arial"/>
          <w:b/>
          <w:bCs/>
          <w:i/>
          <w:iCs/>
          <w:color w:val="0070C0"/>
          <w:sz w:val="17"/>
          <w:szCs w:val="17"/>
        </w:rPr>
        <w:t>musculoskeletal</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symptoms</w:t>
      </w:r>
      <w:proofErr w:type="spellEnd"/>
      <w:r w:rsidRPr="00BF194F">
        <w:rPr>
          <w:rFonts w:ascii="Arial" w:hAnsi="Arial" w:cs="Arial"/>
          <w:b/>
          <w:bCs/>
          <w:i/>
          <w:iCs/>
          <w:color w:val="0070C0"/>
          <w:sz w:val="17"/>
          <w:szCs w:val="17"/>
        </w:rPr>
        <w:t xml:space="preserve">") AND ("Physical </w:t>
      </w:r>
      <w:proofErr w:type="spellStart"/>
      <w:r w:rsidRPr="00BF194F">
        <w:rPr>
          <w:rFonts w:ascii="Arial" w:hAnsi="Arial" w:cs="Arial"/>
          <w:b/>
          <w:bCs/>
          <w:i/>
          <w:iCs/>
          <w:color w:val="0070C0"/>
          <w:sz w:val="17"/>
          <w:szCs w:val="17"/>
        </w:rPr>
        <w:t>Therapy</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Modalities</w:t>
      </w:r>
      <w:proofErr w:type="spellEnd"/>
      <w:r w:rsidRPr="00BF194F">
        <w:rPr>
          <w:rFonts w:ascii="Arial" w:hAnsi="Arial" w:cs="Arial"/>
          <w:b/>
          <w:bCs/>
          <w:i/>
          <w:iCs/>
          <w:color w:val="0070C0"/>
          <w:sz w:val="17"/>
          <w:szCs w:val="17"/>
        </w:rPr>
        <w:t xml:space="preserve">" OR "Physical </w:t>
      </w:r>
      <w:proofErr w:type="spellStart"/>
      <w:r w:rsidRPr="00BF194F">
        <w:rPr>
          <w:rFonts w:ascii="Arial" w:hAnsi="Arial" w:cs="Arial"/>
          <w:b/>
          <w:bCs/>
          <w:i/>
          <w:iCs/>
          <w:color w:val="0070C0"/>
          <w:sz w:val="17"/>
          <w:szCs w:val="17"/>
        </w:rPr>
        <w:t>Therapy</w:t>
      </w:r>
      <w:proofErr w:type="spellEnd"/>
      <w:r w:rsidRPr="00BF194F">
        <w:rPr>
          <w:rFonts w:ascii="Arial" w:hAnsi="Arial" w:cs="Arial"/>
          <w:b/>
          <w:bCs/>
          <w:i/>
          <w:iCs/>
          <w:color w:val="0070C0"/>
          <w:sz w:val="17"/>
          <w:szCs w:val="17"/>
        </w:rPr>
        <w:t xml:space="preserve"> Specialty" OR "</w:t>
      </w:r>
      <w:proofErr w:type="spellStart"/>
      <w:r w:rsidRPr="00BF194F">
        <w:rPr>
          <w:rFonts w:ascii="Arial" w:hAnsi="Arial" w:cs="Arial"/>
          <w:b/>
          <w:bCs/>
          <w:i/>
          <w:iCs/>
          <w:color w:val="0070C0"/>
          <w:sz w:val="17"/>
          <w:szCs w:val="17"/>
        </w:rPr>
        <w:t>Physiotherapy</w:t>
      </w:r>
      <w:proofErr w:type="spellEnd"/>
      <w:r w:rsidRPr="00BF194F">
        <w:rPr>
          <w:rFonts w:ascii="Arial" w:hAnsi="Arial" w:cs="Arial"/>
          <w:b/>
          <w:bCs/>
          <w:i/>
          <w:iCs/>
          <w:color w:val="0070C0"/>
          <w:sz w:val="17"/>
          <w:szCs w:val="17"/>
        </w:rPr>
        <w:t xml:space="preserve">" OR "Physical </w:t>
      </w:r>
      <w:proofErr w:type="spellStart"/>
      <w:r w:rsidRPr="00BF194F">
        <w:rPr>
          <w:rFonts w:ascii="Arial" w:hAnsi="Arial" w:cs="Arial"/>
          <w:b/>
          <w:bCs/>
          <w:i/>
          <w:iCs/>
          <w:color w:val="0070C0"/>
          <w:sz w:val="17"/>
          <w:szCs w:val="17"/>
        </w:rPr>
        <w:t>Therapy</w:t>
      </w:r>
      <w:proofErr w:type="spellEnd"/>
      <w:r w:rsidRPr="00BF194F">
        <w:rPr>
          <w:rFonts w:ascii="Arial" w:hAnsi="Arial" w:cs="Arial"/>
          <w:b/>
          <w:bCs/>
          <w:i/>
          <w:iCs/>
          <w:color w:val="0070C0"/>
          <w:sz w:val="17"/>
          <w:szCs w:val="17"/>
        </w:rPr>
        <w:t>" OR "</w:t>
      </w:r>
      <w:proofErr w:type="spellStart"/>
      <w:r w:rsidRPr="00BF194F">
        <w:rPr>
          <w:rFonts w:ascii="Arial" w:hAnsi="Arial" w:cs="Arial"/>
          <w:b/>
          <w:bCs/>
          <w:i/>
          <w:iCs/>
          <w:color w:val="0070C0"/>
          <w:sz w:val="17"/>
          <w:szCs w:val="17"/>
        </w:rPr>
        <w:t>kinesitherapy</w:t>
      </w:r>
      <w:proofErr w:type="spellEnd"/>
      <w:r w:rsidRPr="00BF194F">
        <w:rPr>
          <w:rFonts w:ascii="Arial" w:hAnsi="Arial" w:cs="Arial"/>
          <w:b/>
          <w:bCs/>
          <w:i/>
          <w:iCs/>
          <w:color w:val="0070C0"/>
          <w:sz w:val="17"/>
          <w:szCs w:val="17"/>
        </w:rPr>
        <w:t>" OR "</w:t>
      </w:r>
      <w:proofErr w:type="spellStart"/>
      <w:r w:rsidRPr="00BF194F">
        <w:rPr>
          <w:rFonts w:ascii="Arial" w:hAnsi="Arial" w:cs="Arial"/>
          <w:b/>
          <w:bCs/>
          <w:i/>
          <w:iCs/>
          <w:color w:val="0070C0"/>
          <w:sz w:val="17"/>
          <w:szCs w:val="17"/>
        </w:rPr>
        <w:t>physiotherapy</w:t>
      </w:r>
      <w:proofErr w:type="spellEnd"/>
      <w:r w:rsidRPr="00BF194F">
        <w:rPr>
          <w:rFonts w:ascii="Arial" w:hAnsi="Arial" w:cs="Arial"/>
          <w:b/>
          <w:bCs/>
          <w:i/>
          <w:iCs/>
          <w:color w:val="0070C0"/>
          <w:sz w:val="17"/>
          <w:szCs w:val="17"/>
        </w:rPr>
        <w:t>" OR "</w:t>
      </w:r>
      <w:proofErr w:type="spellStart"/>
      <w:r w:rsidRPr="00BF194F">
        <w:rPr>
          <w:rFonts w:ascii="Arial" w:hAnsi="Arial" w:cs="Arial"/>
          <w:b/>
          <w:bCs/>
          <w:i/>
          <w:iCs/>
          <w:color w:val="0070C0"/>
          <w:sz w:val="17"/>
          <w:szCs w:val="17"/>
        </w:rPr>
        <w:t>rehabilitation</w:t>
      </w:r>
      <w:proofErr w:type="spellEnd"/>
      <w:r w:rsidRPr="00BF194F">
        <w:rPr>
          <w:rFonts w:ascii="Arial" w:hAnsi="Arial" w:cs="Arial"/>
          <w:b/>
          <w:bCs/>
          <w:i/>
          <w:iCs/>
          <w:color w:val="0070C0"/>
          <w:sz w:val="17"/>
          <w:szCs w:val="17"/>
        </w:rPr>
        <w:t>" OR "Direct Access" OR "Self-</w:t>
      </w:r>
      <w:proofErr w:type="spellStart"/>
      <w:r w:rsidRPr="00BF194F">
        <w:rPr>
          <w:rFonts w:ascii="Arial" w:hAnsi="Arial" w:cs="Arial"/>
          <w:b/>
          <w:bCs/>
          <w:i/>
          <w:iCs/>
          <w:color w:val="0070C0"/>
          <w:sz w:val="17"/>
          <w:szCs w:val="17"/>
        </w:rPr>
        <w:t>Referral</w:t>
      </w:r>
      <w:proofErr w:type="spellEnd"/>
      <w:r w:rsidRPr="00BF194F">
        <w:rPr>
          <w:rFonts w:ascii="Arial" w:hAnsi="Arial" w:cs="Arial"/>
          <w:b/>
          <w:bCs/>
          <w:i/>
          <w:iCs/>
          <w:color w:val="0070C0"/>
          <w:sz w:val="17"/>
          <w:szCs w:val="17"/>
        </w:rPr>
        <w:t>" OR "patient-</w:t>
      </w:r>
      <w:proofErr w:type="spellStart"/>
      <w:r w:rsidRPr="00BF194F">
        <w:rPr>
          <w:rFonts w:ascii="Arial" w:hAnsi="Arial" w:cs="Arial"/>
          <w:b/>
          <w:bCs/>
          <w:i/>
          <w:iCs/>
          <w:color w:val="0070C0"/>
          <w:sz w:val="17"/>
          <w:szCs w:val="17"/>
        </w:rPr>
        <w:t>initiated</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access</w:t>
      </w:r>
      <w:proofErr w:type="spellEnd"/>
      <w:r w:rsidRPr="00BF194F">
        <w:rPr>
          <w:rFonts w:ascii="Arial" w:hAnsi="Arial" w:cs="Arial"/>
          <w:b/>
          <w:bCs/>
          <w:i/>
          <w:iCs/>
          <w:color w:val="0070C0"/>
          <w:sz w:val="17"/>
          <w:szCs w:val="17"/>
        </w:rPr>
        <w:t xml:space="preserve">" OR "first-contact </w:t>
      </w:r>
      <w:proofErr w:type="spellStart"/>
      <w:r w:rsidRPr="00BF194F">
        <w:rPr>
          <w:rFonts w:ascii="Arial" w:hAnsi="Arial" w:cs="Arial"/>
          <w:b/>
          <w:bCs/>
          <w:i/>
          <w:iCs/>
          <w:color w:val="0070C0"/>
          <w:sz w:val="17"/>
          <w:szCs w:val="17"/>
        </w:rPr>
        <w:t>physiotherapy</w:t>
      </w:r>
      <w:proofErr w:type="spellEnd"/>
      <w:r w:rsidRPr="00BF194F">
        <w:rPr>
          <w:rFonts w:ascii="Arial" w:hAnsi="Arial" w:cs="Arial"/>
          <w:b/>
          <w:bCs/>
          <w:i/>
          <w:iCs/>
          <w:color w:val="0070C0"/>
          <w:sz w:val="17"/>
          <w:szCs w:val="17"/>
        </w:rPr>
        <w:t xml:space="preserve">") AND ("General </w:t>
      </w:r>
      <w:proofErr w:type="spellStart"/>
      <w:r w:rsidRPr="00BF194F">
        <w:rPr>
          <w:rFonts w:ascii="Arial" w:hAnsi="Arial" w:cs="Arial"/>
          <w:b/>
          <w:bCs/>
          <w:i/>
          <w:iCs/>
          <w:color w:val="0070C0"/>
          <w:sz w:val="17"/>
          <w:szCs w:val="17"/>
        </w:rPr>
        <w:t>Practitioners</w:t>
      </w:r>
      <w:proofErr w:type="spellEnd"/>
      <w:r w:rsidRPr="00BF194F">
        <w:rPr>
          <w:rFonts w:ascii="Arial" w:hAnsi="Arial" w:cs="Arial"/>
          <w:b/>
          <w:bCs/>
          <w:i/>
          <w:iCs/>
          <w:color w:val="0070C0"/>
          <w:sz w:val="17"/>
          <w:szCs w:val="17"/>
        </w:rPr>
        <w:t xml:space="preserve">" OR "Family </w:t>
      </w:r>
      <w:proofErr w:type="spellStart"/>
      <w:r w:rsidRPr="00BF194F">
        <w:rPr>
          <w:rFonts w:ascii="Arial" w:hAnsi="Arial" w:cs="Arial"/>
          <w:b/>
          <w:bCs/>
          <w:i/>
          <w:iCs/>
          <w:color w:val="0070C0"/>
          <w:sz w:val="17"/>
          <w:szCs w:val="17"/>
        </w:rPr>
        <w:t>Physicians</w:t>
      </w:r>
      <w:proofErr w:type="spellEnd"/>
      <w:r w:rsidRPr="00BF194F">
        <w:rPr>
          <w:rFonts w:ascii="Arial" w:hAnsi="Arial" w:cs="Arial"/>
          <w:b/>
          <w:bCs/>
          <w:i/>
          <w:iCs/>
          <w:color w:val="0070C0"/>
          <w:sz w:val="17"/>
          <w:szCs w:val="17"/>
        </w:rPr>
        <w:t>" OR "</w:t>
      </w:r>
      <w:proofErr w:type="spellStart"/>
      <w:r w:rsidRPr="00BF194F">
        <w:rPr>
          <w:rFonts w:ascii="Arial" w:hAnsi="Arial" w:cs="Arial"/>
          <w:b/>
          <w:bCs/>
          <w:i/>
          <w:iCs/>
          <w:color w:val="0070C0"/>
          <w:sz w:val="17"/>
          <w:szCs w:val="17"/>
        </w:rPr>
        <w:t>Primary</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Health</w:t>
      </w:r>
      <w:proofErr w:type="spellEnd"/>
      <w:r w:rsidRPr="00BF194F">
        <w:rPr>
          <w:rFonts w:ascii="Arial" w:hAnsi="Arial" w:cs="Arial"/>
          <w:b/>
          <w:bCs/>
          <w:i/>
          <w:iCs/>
          <w:color w:val="0070C0"/>
          <w:sz w:val="17"/>
          <w:szCs w:val="17"/>
        </w:rPr>
        <w:t xml:space="preserve"> Care" OR "General Practice" OR "</w:t>
      </w:r>
      <w:proofErr w:type="spellStart"/>
      <w:r w:rsidRPr="00BF194F">
        <w:rPr>
          <w:rFonts w:ascii="Arial" w:hAnsi="Arial" w:cs="Arial"/>
          <w:b/>
          <w:bCs/>
          <w:i/>
          <w:iCs/>
          <w:color w:val="0070C0"/>
          <w:sz w:val="17"/>
          <w:szCs w:val="17"/>
        </w:rPr>
        <w:t>primary</w:t>
      </w:r>
      <w:proofErr w:type="spellEnd"/>
      <w:r w:rsidRPr="00BF194F">
        <w:rPr>
          <w:rFonts w:ascii="Arial" w:hAnsi="Arial" w:cs="Arial"/>
          <w:b/>
          <w:bCs/>
          <w:i/>
          <w:iCs/>
          <w:color w:val="0070C0"/>
          <w:sz w:val="17"/>
          <w:szCs w:val="17"/>
        </w:rPr>
        <w:t xml:space="preserve"> care </w:t>
      </w:r>
      <w:proofErr w:type="spellStart"/>
      <w:r w:rsidRPr="00BF194F">
        <w:rPr>
          <w:rFonts w:ascii="Arial" w:hAnsi="Arial" w:cs="Arial"/>
          <w:b/>
          <w:bCs/>
          <w:i/>
          <w:iCs/>
          <w:color w:val="0070C0"/>
          <w:sz w:val="17"/>
          <w:szCs w:val="17"/>
        </w:rPr>
        <w:t>physician</w:t>
      </w:r>
      <w:proofErr w:type="spellEnd"/>
      <w:r w:rsidRPr="00BF194F">
        <w:rPr>
          <w:rFonts w:ascii="Arial" w:hAnsi="Arial" w:cs="Arial"/>
          <w:b/>
          <w:bCs/>
          <w:i/>
          <w:iCs/>
          <w:color w:val="0070C0"/>
          <w:sz w:val="17"/>
          <w:szCs w:val="17"/>
        </w:rPr>
        <w:t>" OR "</w:t>
      </w:r>
      <w:proofErr w:type="spellStart"/>
      <w:r w:rsidRPr="00BF194F">
        <w:rPr>
          <w:rFonts w:ascii="Arial" w:hAnsi="Arial" w:cs="Arial"/>
          <w:b/>
          <w:bCs/>
          <w:i/>
          <w:iCs/>
          <w:color w:val="0070C0"/>
          <w:sz w:val="17"/>
          <w:szCs w:val="17"/>
        </w:rPr>
        <w:t>family</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doctor</w:t>
      </w:r>
      <w:proofErr w:type="spellEnd"/>
      <w:r w:rsidRPr="00BF194F">
        <w:rPr>
          <w:rFonts w:ascii="Arial" w:hAnsi="Arial" w:cs="Arial"/>
          <w:b/>
          <w:bCs/>
          <w:i/>
          <w:iCs/>
          <w:color w:val="0070C0"/>
          <w:sz w:val="17"/>
          <w:szCs w:val="17"/>
        </w:rPr>
        <w:t>" OR "</w:t>
      </w:r>
      <w:proofErr w:type="spellStart"/>
      <w:r w:rsidRPr="00BF194F">
        <w:rPr>
          <w:rFonts w:ascii="Arial" w:hAnsi="Arial" w:cs="Arial"/>
          <w:b/>
          <w:bCs/>
          <w:i/>
          <w:iCs/>
          <w:color w:val="0070C0"/>
          <w:sz w:val="17"/>
          <w:szCs w:val="17"/>
        </w:rPr>
        <w:t>general</w:t>
      </w:r>
      <w:proofErr w:type="spellEnd"/>
      <w:r w:rsidRPr="00BF194F">
        <w:rPr>
          <w:rFonts w:ascii="Arial" w:hAnsi="Arial" w:cs="Arial"/>
          <w:b/>
          <w:bCs/>
          <w:i/>
          <w:iCs/>
          <w:color w:val="0070C0"/>
          <w:sz w:val="17"/>
          <w:szCs w:val="17"/>
        </w:rPr>
        <w:t xml:space="preserve"> </w:t>
      </w:r>
      <w:proofErr w:type="spellStart"/>
      <w:r w:rsidRPr="00BF194F">
        <w:rPr>
          <w:rFonts w:ascii="Arial" w:hAnsi="Arial" w:cs="Arial"/>
          <w:b/>
          <w:bCs/>
          <w:i/>
          <w:iCs/>
          <w:color w:val="0070C0"/>
          <w:sz w:val="17"/>
          <w:szCs w:val="17"/>
        </w:rPr>
        <w:t>medical</w:t>
      </w:r>
      <w:proofErr w:type="spellEnd"/>
      <w:r w:rsidRPr="00BF194F">
        <w:rPr>
          <w:rFonts w:ascii="Arial" w:hAnsi="Arial" w:cs="Arial"/>
          <w:b/>
          <w:bCs/>
          <w:i/>
          <w:iCs/>
          <w:color w:val="0070C0"/>
          <w:sz w:val="17"/>
          <w:szCs w:val="17"/>
        </w:rPr>
        <w:t xml:space="preserve"> practice")</w:t>
      </w:r>
      <w:bookmarkEnd w:id="0"/>
      <w:bookmarkEnd w:id="1"/>
      <w:bookmarkEnd w:id="2"/>
      <w:bookmarkEnd w:id="3"/>
      <w:bookmarkEnd w:id="4"/>
    </w:p>
    <w:sectPr w:rsidR="00BB0F51" w:rsidRPr="00BF19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w:panose1 w:val="02070409020205020404"/>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B1C11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8E2128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5A895E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0A93B3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5"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6"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7"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8"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9"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10"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11"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12"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13" w15:restartNumberingAfterBreak="0">
    <w:nsid w:val="01D7556E"/>
    <w:multiLevelType w:val="multilevel"/>
    <w:tmpl w:val="6FE4F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1FB38B8"/>
    <w:multiLevelType w:val="hybridMultilevel"/>
    <w:tmpl w:val="F8C66E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020779F6"/>
    <w:multiLevelType w:val="hybridMultilevel"/>
    <w:tmpl w:val="6106AC8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032A0B43"/>
    <w:multiLevelType w:val="multilevel"/>
    <w:tmpl w:val="78EEA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499217F"/>
    <w:multiLevelType w:val="multilevel"/>
    <w:tmpl w:val="55089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51C41A3"/>
    <w:multiLevelType w:val="multilevel"/>
    <w:tmpl w:val="813A1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5495E70"/>
    <w:multiLevelType w:val="multilevel"/>
    <w:tmpl w:val="4C76AB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55A7360"/>
    <w:multiLevelType w:val="multilevel"/>
    <w:tmpl w:val="0A8C2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5681676"/>
    <w:multiLevelType w:val="hybridMultilevel"/>
    <w:tmpl w:val="C1821C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059A0D13"/>
    <w:multiLevelType w:val="multilevel"/>
    <w:tmpl w:val="A5202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65B776D"/>
    <w:multiLevelType w:val="multilevel"/>
    <w:tmpl w:val="BA667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6EC3850"/>
    <w:multiLevelType w:val="multilevel"/>
    <w:tmpl w:val="1236F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70B5CA2"/>
    <w:multiLevelType w:val="hybridMultilevel"/>
    <w:tmpl w:val="CBBA4DD2"/>
    <w:lvl w:ilvl="0" w:tplc="4F7A6F56">
      <w:start w:val="1"/>
      <w:numFmt w:val="bullet"/>
      <w:lvlText w:val=""/>
      <w:lvlJc w:val="left"/>
      <w:pPr>
        <w:ind w:left="720" w:hanging="360"/>
      </w:pPr>
      <w:rPr>
        <w:rFonts w:ascii="Wingdings" w:eastAsiaTheme="minorHAnsi" w:hAnsi="Wingdings" w:cs="Arial"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08863C44"/>
    <w:multiLevelType w:val="hybridMultilevel"/>
    <w:tmpl w:val="7FA435A2"/>
    <w:lvl w:ilvl="0" w:tplc="915C1F0A">
      <w:start w:val="1"/>
      <w:numFmt w:val="decimal"/>
      <w:pStyle w:val="Titre2"/>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0B27125C"/>
    <w:multiLevelType w:val="multilevel"/>
    <w:tmpl w:val="3014C2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B2F495F"/>
    <w:multiLevelType w:val="hybridMultilevel"/>
    <w:tmpl w:val="0EAEA6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0B736E10"/>
    <w:multiLevelType w:val="hybridMultilevel"/>
    <w:tmpl w:val="3146BE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0BD402C5"/>
    <w:multiLevelType w:val="hybridMultilevel"/>
    <w:tmpl w:val="FED872D4"/>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0C53075D"/>
    <w:multiLevelType w:val="multilevel"/>
    <w:tmpl w:val="F606FCAE"/>
    <w:lvl w:ilvl="0">
      <w:start w:val="1"/>
      <w:numFmt w:val="bullet"/>
      <w:lvlText w:val=""/>
      <w:lvlJc w:val="left"/>
      <w:pPr>
        <w:tabs>
          <w:tab w:val="num" w:pos="1778"/>
        </w:tabs>
        <w:ind w:left="1778" w:hanging="360"/>
      </w:pPr>
      <w:rPr>
        <w:rFonts w:ascii="Symbol" w:hAnsi="Symbol" w:hint="default"/>
        <w:sz w:val="20"/>
      </w:rPr>
    </w:lvl>
    <w:lvl w:ilvl="1">
      <w:start w:val="1"/>
      <w:numFmt w:val="bullet"/>
      <w:lvlText w:val=""/>
      <w:lvlJc w:val="left"/>
      <w:pPr>
        <w:ind w:left="2498" w:hanging="360"/>
      </w:pPr>
      <w:rPr>
        <w:rFonts w:ascii="Symbol" w:hAnsi="Symbol" w:hint="default"/>
      </w:rPr>
    </w:lvl>
    <w:lvl w:ilvl="2">
      <w:start w:val="1"/>
      <w:numFmt w:val="bullet"/>
      <w:lvlText w:val=""/>
      <w:lvlJc w:val="left"/>
      <w:pPr>
        <w:tabs>
          <w:tab w:val="num" w:pos="3218"/>
        </w:tabs>
        <w:ind w:left="3218" w:hanging="360"/>
      </w:pPr>
      <w:rPr>
        <w:rFonts w:ascii="Wingdings" w:hAnsi="Wingdings" w:hint="default"/>
        <w:sz w:val="20"/>
      </w:rPr>
    </w:lvl>
    <w:lvl w:ilvl="3">
      <w:start w:val="1"/>
      <w:numFmt w:val="bullet"/>
      <w:lvlText w:val=""/>
      <w:lvlJc w:val="left"/>
      <w:pPr>
        <w:tabs>
          <w:tab w:val="num" w:pos="3938"/>
        </w:tabs>
        <w:ind w:left="3938" w:hanging="360"/>
      </w:pPr>
      <w:rPr>
        <w:rFonts w:ascii="Wingdings" w:hAnsi="Wingdings" w:hint="default"/>
        <w:sz w:val="20"/>
      </w:rPr>
    </w:lvl>
    <w:lvl w:ilvl="4" w:tentative="1">
      <w:start w:val="1"/>
      <w:numFmt w:val="bullet"/>
      <w:lvlText w:val=""/>
      <w:lvlJc w:val="left"/>
      <w:pPr>
        <w:tabs>
          <w:tab w:val="num" w:pos="4658"/>
        </w:tabs>
        <w:ind w:left="4658" w:hanging="360"/>
      </w:pPr>
      <w:rPr>
        <w:rFonts w:ascii="Wingdings" w:hAnsi="Wingdings" w:hint="default"/>
        <w:sz w:val="20"/>
      </w:rPr>
    </w:lvl>
    <w:lvl w:ilvl="5" w:tentative="1">
      <w:start w:val="1"/>
      <w:numFmt w:val="bullet"/>
      <w:lvlText w:val=""/>
      <w:lvlJc w:val="left"/>
      <w:pPr>
        <w:tabs>
          <w:tab w:val="num" w:pos="5378"/>
        </w:tabs>
        <w:ind w:left="5378" w:hanging="360"/>
      </w:pPr>
      <w:rPr>
        <w:rFonts w:ascii="Wingdings" w:hAnsi="Wingdings" w:hint="default"/>
        <w:sz w:val="20"/>
      </w:rPr>
    </w:lvl>
    <w:lvl w:ilvl="6" w:tentative="1">
      <w:start w:val="1"/>
      <w:numFmt w:val="bullet"/>
      <w:lvlText w:val=""/>
      <w:lvlJc w:val="left"/>
      <w:pPr>
        <w:tabs>
          <w:tab w:val="num" w:pos="6098"/>
        </w:tabs>
        <w:ind w:left="6098" w:hanging="360"/>
      </w:pPr>
      <w:rPr>
        <w:rFonts w:ascii="Wingdings" w:hAnsi="Wingdings" w:hint="default"/>
        <w:sz w:val="20"/>
      </w:rPr>
    </w:lvl>
    <w:lvl w:ilvl="7" w:tentative="1">
      <w:start w:val="1"/>
      <w:numFmt w:val="bullet"/>
      <w:lvlText w:val=""/>
      <w:lvlJc w:val="left"/>
      <w:pPr>
        <w:tabs>
          <w:tab w:val="num" w:pos="6818"/>
        </w:tabs>
        <w:ind w:left="6818" w:hanging="360"/>
      </w:pPr>
      <w:rPr>
        <w:rFonts w:ascii="Wingdings" w:hAnsi="Wingdings" w:hint="default"/>
        <w:sz w:val="20"/>
      </w:rPr>
    </w:lvl>
    <w:lvl w:ilvl="8" w:tentative="1">
      <w:start w:val="1"/>
      <w:numFmt w:val="bullet"/>
      <w:lvlText w:val=""/>
      <w:lvlJc w:val="left"/>
      <w:pPr>
        <w:tabs>
          <w:tab w:val="num" w:pos="7538"/>
        </w:tabs>
        <w:ind w:left="7538" w:hanging="360"/>
      </w:pPr>
      <w:rPr>
        <w:rFonts w:ascii="Wingdings" w:hAnsi="Wingdings" w:hint="default"/>
        <w:sz w:val="20"/>
      </w:rPr>
    </w:lvl>
  </w:abstractNum>
  <w:abstractNum w:abstractNumId="32" w15:restartNumberingAfterBreak="0">
    <w:nsid w:val="0CE13745"/>
    <w:multiLevelType w:val="hybridMultilevel"/>
    <w:tmpl w:val="A6AED5E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0E2A11A7"/>
    <w:multiLevelType w:val="multilevel"/>
    <w:tmpl w:val="CB90E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E632746"/>
    <w:multiLevelType w:val="multilevel"/>
    <w:tmpl w:val="9030231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5" w15:restartNumberingAfterBreak="0">
    <w:nsid w:val="10497CDD"/>
    <w:multiLevelType w:val="multilevel"/>
    <w:tmpl w:val="5BFE8CF8"/>
    <w:lvl w:ilvl="0">
      <w:numFmt w:val="bullet"/>
      <w:lvlText w:val=""/>
      <w:lvlJc w:val="left"/>
      <w:pPr>
        <w:tabs>
          <w:tab w:val="num" w:pos="720"/>
        </w:tabs>
        <w:ind w:left="720" w:hanging="360"/>
      </w:pPr>
      <w:rPr>
        <w:rFonts w:ascii="Wingdings" w:eastAsiaTheme="minorHAnsi" w:hAnsi="Wingdings"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0C22712"/>
    <w:multiLevelType w:val="multilevel"/>
    <w:tmpl w:val="1DD255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23953BC"/>
    <w:multiLevelType w:val="multilevel"/>
    <w:tmpl w:val="C1A43F0E"/>
    <w:lvl w:ilvl="0">
      <w:start w:val="1"/>
      <w:numFmt w:val="bullet"/>
      <w:lvlText w:val=""/>
      <w:lvlJc w:val="left"/>
      <w:pPr>
        <w:tabs>
          <w:tab w:val="num" w:pos="1778"/>
        </w:tabs>
        <w:ind w:left="1778" w:hanging="360"/>
      </w:pPr>
      <w:rPr>
        <w:rFonts w:ascii="Symbol" w:hAnsi="Symbol" w:hint="default"/>
        <w:sz w:val="20"/>
      </w:rPr>
    </w:lvl>
    <w:lvl w:ilvl="1">
      <w:start w:val="1"/>
      <w:numFmt w:val="bullet"/>
      <w:lvlText w:val=""/>
      <w:lvlJc w:val="left"/>
      <w:pPr>
        <w:ind w:left="2498" w:hanging="360"/>
      </w:pPr>
      <w:rPr>
        <w:rFonts w:ascii="Symbol" w:hAnsi="Symbol" w:hint="default"/>
      </w:rPr>
    </w:lvl>
    <w:lvl w:ilvl="2">
      <w:start w:val="1"/>
      <w:numFmt w:val="bullet"/>
      <w:lvlText w:val=""/>
      <w:lvlJc w:val="left"/>
      <w:pPr>
        <w:ind w:left="3218" w:hanging="360"/>
      </w:pPr>
      <w:rPr>
        <w:rFonts w:ascii="Symbol" w:hAnsi="Symbol" w:hint="default"/>
      </w:rPr>
    </w:lvl>
    <w:lvl w:ilvl="3">
      <w:start w:val="1"/>
      <w:numFmt w:val="bullet"/>
      <w:lvlText w:val=""/>
      <w:lvlJc w:val="left"/>
      <w:pPr>
        <w:tabs>
          <w:tab w:val="num" w:pos="3938"/>
        </w:tabs>
        <w:ind w:left="3938" w:hanging="360"/>
      </w:pPr>
      <w:rPr>
        <w:rFonts w:ascii="Wingdings" w:hAnsi="Wingdings" w:hint="default"/>
        <w:sz w:val="20"/>
      </w:rPr>
    </w:lvl>
    <w:lvl w:ilvl="4" w:tentative="1">
      <w:start w:val="1"/>
      <w:numFmt w:val="bullet"/>
      <w:lvlText w:val=""/>
      <w:lvlJc w:val="left"/>
      <w:pPr>
        <w:tabs>
          <w:tab w:val="num" w:pos="4658"/>
        </w:tabs>
        <w:ind w:left="4658" w:hanging="360"/>
      </w:pPr>
      <w:rPr>
        <w:rFonts w:ascii="Wingdings" w:hAnsi="Wingdings" w:hint="default"/>
        <w:sz w:val="20"/>
      </w:rPr>
    </w:lvl>
    <w:lvl w:ilvl="5" w:tentative="1">
      <w:start w:val="1"/>
      <w:numFmt w:val="bullet"/>
      <w:lvlText w:val=""/>
      <w:lvlJc w:val="left"/>
      <w:pPr>
        <w:tabs>
          <w:tab w:val="num" w:pos="5378"/>
        </w:tabs>
        <w:ind w:left="5378" w:hanging="360"/>
      </w:pPr>
      <w:rPr>
        <w:rFonts w:ascii="Wingdings" w:hAnsi="Wingdings" w:hint="default"/>
        <w:sz w:val="20"/>
      </w:rPr>
    </w:lvl>
    <w:lvl w:ilvl="6" w:tentative="1">
      <w:start w:val="1"/>
      <w:numFmt w:val="bullet"/>
      <w:lvlText w:val=""/>
      <w:lvlJc w:val="left"/>
      <w:pPr>
        <w:tabs>
          <w:tab w:val="num" w:pos="6098"/>
        </w:tabs>
        <w:ind w:left="6098" w:hanging="360"/>
      </w:pPr>
      <w:rPr>
        <w:rFonts w:ascii="Wingdings" w:hAnsi="Wingdings" w:hint="default"/>
        <w:sz w:val="20"/>
      </w:rPr>
    </w:lvl>
    <w:lvl w:ilvl="7" w:tentative="1">
      <w:start w:val="1"/>
      <w:numFmt w:val="bullet"/>
      <w:lvlText w:val=""/>
      <w:lvlJc w:val="left"/>
      <w:pPr>
        <w:tabs>
          <w:tab w:val="num" w:pos="6818"/>
        </w:tabs>
        <w:ind w:left="6818" w:hanging="360"/>
      </w:pPr>
      <w:rPr>
        <w:rFonts w:ascii="Wingdings" w:hAnsi="Wingdings" w:hint="default"/>
        <w:sz w:val="20"/>
      </w:rPr>
    </w:lvl>
    <w:lvl w:ilvl="8" w:tentative="1">
      <w:start w:val="1"/>
      <w:numFmt w:val="bullet"/>
      <w:lvlText w:val=""/>
      <w:lvlJc w:val="left"/>
      <w:pPr>
        <w:tabs>
          <w:tab w:val="num" w:pos="7538"/>
        </w:tabs>
        <w:ind w:left="7538" w:hanging="360"/>
      </w:pPr>
      <w:rPr>
        <w:rFonts w:ascii="Wingdings" w:hAnsi="Wingdings" w:hint="default"/>
        <w:sz w:val="20"/>
      </w:rPr>
    </w:lvl>
  </w:abstractNum>
  <w:abstractNum w:abstractNumId="38" w15:restartNumberingAfterBreak="0">
    <w:nsid w:val="12E33AE2"/>
    <w:multiLevelType w:val="multilevel"/>
    <w:tmpl w:val="7DBAA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380469E"/>
    <w:multiLevelType w:val="multilevel"/>
    <w:tmpl w:val="BE82F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42E952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15986C0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175551C4"/>
    <w:multiLevelType w:val="multilevel"/>
    <w:tmpl w:val="F7F2A93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77E70A2"/>
    <w:multiLevelType w:val="multilevel"/>
    <w:tmpl w:val="2F22B3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ind w:left="72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7CB786A"/>
    <w:multiLevelType w:val="multilevel"/>
    <w:tmpl w:val="BA1A13A6"/>
    <w:lvl w:ilvl="0">
      <w:start w:val="1"/>
      <w:numFmt w:val="bullet"/>
      <w:lvlText w:val=""/>
      <w:lvlJc w:val="left"/>
      <w:pPr>
        <w:tabs>
          <w:tab w:val="num" w:pos="1778"/>
        </w:tabs>
        <w:ind w:left="1778" w:hanging="360"/>
      </w:pPr>
      <w:rPr>
        <w:rFonts w:ascii="Symbol" w:hAnsi="Symbol" w:hint="default"/>
        <w:sz w:val="20"/>
      </w:rPr>
    </w:lvl>
    <w:lvl w:ilvl="1">
      <w:start w:val="1"/>
      <w:numFmt w:val="bullet"/>
      <w:lvlText w:val="o"/>
      <w:lvlJc w:val="left"/>
      <w:pPr>
        <w:tabs>
          <w:tab w:val="num" w:pos="2498"/>
        </w:tabs>
        <w:ind w:left="2498" w:hanging="360"/>
      </w:pPr>
      <w:rPr>
        <w:rFonts w:ascii="Courier New" w:hAnsi="Courier New" w:hint="default"/>
        <w:sz w:val="20"/>
      </w:rPr>
    </w:lvl>
    <w:lvl w:ilvl="2">
      <w:start w:val="1"/>
      <w:numFmt w:val="bullet"/>
      <w:lvlText w:val=""/>
      <w:lvlJc w:val="left"/>
      <w:pPr>
        <w:ind w:left="3218" w:hanging="360"/>
      </w:pPr>
      <w:rPr>
        <w:rFonts w:ascii="Symbol" w:hAnsi="Symbol" w:hint="default"/>
      </w:rPr>
    </w:lvl>
    <w:lvl w:ilvl="3">
      <w:start w:val="1"/>
      <w:numFmt w:val="bullet"/>
      <w:lvlText w:val=""/>
      <w:lvlJc w:val="left"/>
      <w:pPr>
        <w:tabs>
          <w:tab w:val="num" w:pos="3938"/>
        </w:tabs>
        <w:ind w:left="3938" w:hanging="360"/>
      </w:pPr>
      <w:rPr>
        <w:rFonts w:ascii="Wingdings" w:hAnsi="Wingdings" w:hint="default"/>
        <w:sz w:val="20"/>
      </w:rPr>
    </w:lvl>
    <w:lvl w:ilvl="4" w:tentative="1">
      <w:start w:val="1"/>
      <w:numFmt w:val="bullet"/>
      <w:lvlText w:val=""/>
      <w:lvlJc w:val="left"/>
      <w:pPr>
        <w:tabs>
          <w:tab w:val="num" w:pos="4658"/>
        </w:tabs>
        <w:ind w:left="4658" w:hanging="360"/>
      </w:pPr>
      <w:rPr>
        <w:rFonts w:ascii="Wingdings" w:hAnsi="Wingdings" w:hint="default"/>
        <w:sz w:val="20"/>
      </w:rPr>
    </w:lvl>
    <w:lvl w:ilvl="5" w:tentative="1">
      <w:start w:val="1"/>
      <w:numFmt w:val="bullet"/>
      <w:lvlText w:val=""/>
      <w:lvlJc w:val="left"/>
      <w:pPr>
        <w:tabs>
          <w:tab w:val="num" w:pos="5378"/>
        </w:tabs>
        <w:ind w:left="5378" w:hanging="360"/>
      </w:pPr>
      <w:rPr>
        <w:rFonts w:ascii="Wingdings" w:hAnsi="Wingdings" w:hint="default"/>
        <w:sz w:val="20"/>
      </w:rPr>
    </w:lvl>
    <w:lvl w:ilvl="6" w:tentative="1">
      <w:start w:val="1"/>
      <w:numFmt w:val="bullet"/>
      <w:lvlText w:val=""/>
      <w:lvlJc w:val="left"/>
      <w:pPr>
        <w:tabs>
          <w:tab w:val="num" w:pos="6098"/>
        </w:tabs>
        <w:ind w:left="6098" w:hanging="360"/>
      </w:pPr>
      <w:rPr>
        <w:rFonts w:ascii="Wingdings" w:hAnsi="Wingdings" w:hint="default"/>
        <w:sz w:val="20"/>
      </w:rPr>
    </w:lvl>
    <w:lvl w:ilvl="7" w:tentative="1">
      <w:start w:val="1"/>
      <w:numFmt w:val="bullet"/>
      <w:lvlText w:val=""/>
      <w:lvlJc w:val="left"/>
      <w:pPr>
        <w:tabs>
          <w:tab w:val="num" w:pos="6818"/>
        </w:tabs>
        <w:ind w:left="6818" w:hanging="360"/>
      </w:pPr>
      <w:rPr>
        <w:rFonts w:ascii="Wingdings" w:hAnsi="Wingdings" w:hint="default"/>
        <w:sz w:val="20"/>
      </w:rPr>
    </w:lvl>
    <w:lvl w:ilvl="8" w:tentative="1">
      <w:start w:val="1"/>
      <w:numFmt w:val="bullet"/>
      <w:lvlText w:val=""/>
      <w:lvlJc w:val="left"/>
      <w:pPr>
        <w:tabs>
          <w:tab w:val="num" w:pos="7538"/>
        </w:tabs>
        <w:ind w:left="7538" w:hanging="360"/>
      </w:pPr>
      <w:rPr>
        <w:rFonts w:ascii="Wingdings" w:hAnsi="Wingdings" w:hint="default"/>
        <w:sz w:val="20"/>
      </w:rPr>
    </w:lvl>
  </w:abstractNum>
  <w:abstractNum w:abstractNumId="45" w15:restartNumberingAfterBreak="0">
    <w:nsid w:val="1AAB3FD0"/>
    <w:multiLevelType w:val="multilevel"/>
    <w:tmpl w:val="50CE4F3E"/>
    <w:lvl w:ilvl="0">
      <w:start w:val="1"/>
      <w:numFmt w:val="bullet"/>
      <w:lvlText w:val=""/>
      <w:lvlJc w:val="left"/>
      <w:pPr>
        <w:tabs>
          <w:tab w:val="num" w:pos="1069"/>
        </w:tabs>
        <w:ind w:left="1069" w:hanging="360"/>
      </w:pPr>
      <w:rPr>
        <w:rFonts w:ascii="Symbol" w:hAnsi="Symbol" w:hint="default"/>
        <w:sz w:val="20"/>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Symbol" w:hAnsi="Symbol" w:hint="default"/>
      </w:rPr>
    </w:lvl>
    <w:lvl w:ilvl="3">
      <w:start w:val="1"/>
      <w:numFmt w:val="bullet"/>
      <w:lvlText w:val=""/>
      <w:lvlJc w:val="left"/>
      <w:pPr>
        <w:tabs>
          <w:tab w:val="num" w:pos="3229"/>
        </w:tabs>
        <w:ind w:left="3229" w:hanging="360"/>
      </w:pPr>
      <w:rPr>
        <w:rFonts w:ascii="Wingdings" w:hAnsi="Wingdings" w:hint="default"/>
        <w:sz w:val="20"/>
      </w:rPr>
    </w:lvl>
    <w:lvl w:ilvl="4">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46" w15:restartNumberingAfterBreak="0">
    <w:nsid w:val="1B4A1C6D"/>
    <w:multiLevelType w:val="multilevel"/>
    <w:tmpl w:val="91481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B524A65"/>
    <w:multiLevelType w:val="multilevel"/>
    <w:tmpl w:val="8AEAC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C8D79F4"/>
    <w:multiLevelType w:val="hybridMultilevel"/>
    <w:tmpl w:val="5FB62586"/>
    <w:lvl w:ilvl="0" w:tplc="3A1E020E">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1DA32B5D"/>
    <w:multiLevelType w:val="hybridMultilevel"/>
    <w:tmpl w:val="B336B1D6"/>
    <w:lvl w:ilvl="0" w:tplc="467A20E8">
      <w:start w:val="1"/>
      <w:numFmt w:val="lowerLetter"/>
      <w:pStyle w:val="Titre4"/>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1DFD3AC3"/>
    <w:multiLevelType w:val="hybridMultilevel"/>
    <w:tmpl w:val="2DBA83BC"/>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Wingdings" w:hAnsi="Wingdings"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1FFC4BC8"/>
    <w:multiLevelType w:val="multilevel"/>
    <w:tmpl w:val="14960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22F2C58"/>
    <w:multiLevelType w:val="multilevel"/>
    <w:tmpl w:val="BC9400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38A104F"/>
    <w:multiLevelType w:val="multilevel"/>
    <w:tmpl w:val="C6BCB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4103258"/>
    <w:multiLevelType w:val="multilevel"/>
    <w:tmpl w:val="29E6B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5112B0A"/>
    <w:multiLevelType w:val="multilevel"/>
    <w:tmpl w:val="A8462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5C00178"/>
    <w:multiLevelType w:val="multilevel"/>
    <w:tmpl w:val="ECBA3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6A11DD8"/>
    <w:multiLevelType w:val="multilevel"/>
    <w:tmpl w:val="24123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6F2574D"/>
    <w:multiLevelType w:val="multilevel"/>
    <w:tmpl w:val="D07A9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7452A5A"/>
    <w:multiLevelType w:val="multilevel"/>
    <w:tmpl w:val="E982AA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884097F"/>
    <w:multiLevelType w:val="multilevel"/>
    <w:tmpl w:val="F334A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288F25C4"/>
    <w:multiLevelType w:val="multilevel"/>
    <w:tmpl w:val="514092E6"/>
    <w:lvl w:ilvl="0">
      <w:numFmt w:val="bullet"/>
      <w:lvlText w:val=""/>
      <w:lvlJc w:val="left"/>
      <w:pPr>
        <w:tabs>
          <w:tab w:val="num" w:pos="720"/>
        </w:tabs>
        <w:ind w:left="720" w:hanging="360"/>
      </w:pPr>
      <w:rPr>
        <w:rFonts w:ascii="Wingdings" w:eastAsiaTheme="minorHAnsi" w:hAnsi="Wingdings"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8C95C67"/>
    <w:multiLevelType w:val="multilevel"/>
    <w:tmpl w:val="5D8C4C1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9F022C3"/>
    <w:multiLevelType w:val="multilevel"/>
    <w:tmpl w:val="7206A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AF377B2"/>
    <w:multiLevelType w:val="multilevel"/>
    <w:tmpl w:val="83EC9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BC305E3"/>
    <w:multiLevelType w:val="hybridMultilevel"/>
    <w:tmpl w:val="144E5A6E"/>
    <w:lvl w:ilvl="0" w:tplc="18E455BA">
      <w:numFmt w:val="bullet"/>
      <w:lvlText w:val=""/>
      <w:lvlJc w:val="left"/>
      <w:pPr>
        <w:ind w:left="720" w:hanging="360"/>
      </w:pPr>
      <w:rPr>
        <w:rFonts w:ascii="Wingdings" w:eastAsiaTheme="minorHAnsi" w:hAnsi="Wingdings"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15:restartNumberingAfterBreak="0">
    <w:nsid w:val="2C8F69F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15:restartNumberingAfterBreak="0">
    <w:nsid w:val="2CAC1072"/>
    <w:multiLevelType w:val="multilevel"/>
    <w:tmpl w:val="0C6E4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D59684A"/>
    <w:multiLevelType w:val="multilevel"/>
    <w:tmpl w:val="73DAE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D7C36E1"/>
    <w:multiLevelType w:val="multilevel"/>
    <w:tmpl w:val="072EF07C"/>
    <w:lvl w:ilvl="0">
      <w:start w:val="1"/>
      <w:numFmt w:val="bullet"/>
      <w:lvlText w:val=""/>
      <w:lvlJc w:val="left"/>
      <w:pPr>
        <w:tabs>
          <w:tab w:val="num" w:pos="1778"/>
        </w:tabs>
        <w:ind w:left="1778" w:hanging="360"/>
      </w:pPr>
      <w:rPr>
        <w:rFonts w:ascii="Symbol" w:hAnsi="Symbol" w:hint="default"/>
        <w:sz w:val="20"/>
      </w:rPr>
    </w:lvl>
    <w:lvl w:ilvl="1">
      <w:start w:val="1"/>
      <w:numFmt w:val="bullet"/>
      <w:lvlText w:val="o"/>
      <w:lvlJc w:val="left"/>
      <w:pPr>
        <w:tabs>
          <w:tab w:val="num" w:pos="2498"/>
        </w:tabs>
        <w:ind w:left="2498" w:hanging="360"/>
      </w:pPr>
      <w:rPr>
        <w:rFonts w:ascii="Courier New" w:hAnsi="Courier New" w:hint="default"/>
        <w:sz w:val="20"/>
      </w:rPr>
    </w:lvl>
    <w:lvl w:ilvl="2">
      <w:start w:val="1"/>
      <w:numFmt w:val="bullet"/>
      <w:lvlText w:val=""/>
      <w:lvlJc w:val="left"/>
      <w:pPr>
        <w:ind w:left="3218" w:hanging="360"/>
      </w:pPr>
      <w:rPr>
        <w:rFonts w:ascii="Symbol" w:hAnsi="Symbol" w:hint="default"/>
      </w:rPr>
    </w:lvl>
    <w:lvl w:ilvl="3">
      <w:start w:val="1"/>
      <w:numFmt w:val="bullet"/>
      <w:lvlText w:val=""/>
      <w:lvlJc w:val="left"/>
      <w:pPr>
        <w:tabs>
          <w:tab w:val="num" w:pos="3938"/>
        </w:tabs>
        <w:ind w:left="3938" w:hanging="360"/>
      </w:pPr>
      <w:rPr>
        <w:rFonts w:ascii="Wingdings" w:hAnsi="Wingdings" w:hint="default"/>
        <w:sz w:val="20"/>
      </w:rPr>
    </w:lvl>
    <w:lvl w:ilvl="4" w:tentative="1">
      <w:start w:val="1"/>
      <w:numFmt w:val="bullet"/>
      <w:lvlText w:val=""/>
      <w:lvlJc w:val="left"/>
      <w:pPr>
        <w:tabs>
          <w:tab w:val="num" w:pos="4658"/>
        </w:tabs>
        <w:ind w:left="4658" w:hanging="360"/>
      </w:pPr>
      <w:rPr>
        <w:rFonts w:ascii="Wingdings" w:hAnsi="Wingdings" w:hint="default"/>
        <w:sz w:val="20"/>
      </w:rPr>
    </w:lvl>
    <w:lvl w:ilvl="5" w:tentative="1">
      <w:start w:val="1"/>
      <w:numFmt w:val="bullet"/>
      <w:lvlText w:val=""/>
      <w:lvlJc w:val="left"/>
      <w:pPr>
        <w:tabs>
          <w:tab w:val="num" w:pos="5378"/>
        </w:tabs>
        <w:ind w:left="5378" w:hanging="360"/>
      </w:pPr>
      <w:rPr>
        <w:rFonts w:ascii="Wingdings" w:hAnsi="Wingdings" w:hint="default"/>
        <w:sz w:val="20"/>
      </w:rPr>
    </w:lvl>
    <w:lvl w:ilvl="6" w:tentative="1">
      <w:start w:val="1"/>
      <w:numFmt w:val="bullet"/>
      <w:lvlText w:val=""/>
      <w:lvlJc w:val="left"/>
      <w:pPr>
        <w:tabs>
          <w:tab w:val="num" w:pos="6098"/>
        </w:tabs>
        <w:ind w:left="6098" w:hanging="360"/>
      </w:pPr>
      <w:rPr>
        <w:rFonts w:ascii="Wingdings" w:hAnsi="Wingdings" w:hint="default"/>
        <w:sz w:val="20"/>
      </w:rPr>
    </w:lvl>
    <w:lvl w:ilvl="7" w:tentative="1">
      <w:start w:val="1"/>
      <w:numFmt w:val="bullet"/>
      <w:lvlText w:val=""/>
      <w:lvlJc w:val="left"/>
      <w:pPr>
        <w:tabs>
          <w:tab w:val="num" w:pos="6818"/>
        </w:tabs>
        <w:ind w:left="6818" w:hanging="360"/>
      </w:pPr>
      <w:rPr>
        <w:rFonts w:ascii="Wingdings" w:hAnsi="Wingdings" w:hint="default"/>
        <w:sz w:val="20"/>
      </w:rPr>
    </w:lvl>
    <w:lvl w:ilvl="8" w:tentative="1">
      <w:start w:val="1"/>
      <w:numFmt w:val="bullet"/>
      <w:lvlText w:val=""/>
      <w:lvlJc w:val="left"/>
      <w:pPr>
        <w:tabs>
          <w:tab w:val="num" w:pos="7538"/>
        </w:tabs>
        <w:ind w:left="7538" w:hanging="360"/>
      </w:pPr>
      <w:rPr>
        <w:rFonts w:ascii="Wingdings" w:hAnsi="Wingdings" w:hint="default"/>
        <w:sz w:val="20"/>
      </w:rPr>
    </w:lvl>
  </w:abstractNum>
  <w:abstractNum w:abstractNumId="70" w15:restartNumberingAfterBreak="0">
    <w:nsid w:val="2E9257D3"/>
    <w:multiLevelType w:val="multilevel"/>
    <w:tmpl w:val="F4621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00C7ACE"/>
    <w:multiLevelType w:val="multilevel"/>
    <w:tmpl w:val="1C66D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042171D"/>
    <w:multiLevelType w:val="multilevel"/>
    <w:tmpl w:val="ADB0D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05C67FC"/>
    <w:multiLevelType w:val="hybridMultilevel"/>
    <w:tmpl w:val="E9EA3D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15:restartNumberingAfterBreak="0">
    <w:nsid w:val="313F72C9"/>
    <w:multiLevelType w:val="multilevel"/>
    <w:tmpl w:val="D57A5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3BF6288"/>
    <w:multiLevelType w:val="multilevel"/>
    <w:tmpl w:val="B1080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4027615"/>
    <w:multiLevelType w:val="multilevel"/>
    <w:tmpl w:val="B1E66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49A37A6"/>
    <w:multiLevelType w:val="multilevel"/>
    <w:tmpl w:val="23F61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511029C"/>
    <w:multiLevelType w:val="multilevel"/>
    <w:tmpl w:val="7E46E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7254077"/>
    <w:multiLevelType w:val="multilevel"/>
    <w:tmpl w:val="91A28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772498A"/>
    <w:multiLevelType w:val="multilevel"/>
    <w:tmpl w:val="08D8A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8A26494"/>
    <w:multiLevelType w:val="multilevel"/>
    <w:tmpl w:val="7FC2D358"/>
    <w:lvl w:ilvl="0">
      <w:numFmt w:val="bullet"/>
      <w:lvlText w:val=""/>
      <w:lvlJc w:val="left"/>
      <w:pPr>
        <w:tabs>
          <w:tab w:val="num" w:pos="720"/>
        </w:tabs>
        <w:ind w:left="720" w:hanging="360"/>
      </w:pPr>
      <w:rPr>
        <w:rFonts w:ascii="Wingdings" w:eastAsiaTheme="minorHAnsi" w:hAnsi="Wingdings"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9F76BDC"/>
    <w:multiLevelType w:val="hybridMultilevel"/>
    <w:tmpl w:val="4BB824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15:restartNumberingAfterBreak="0">
    <w:nsid w:val="3A0E6134"/>
    <w:multiLevelType w:val="multilevel"/>
    <w:tmpl w:val="A69E7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A17494F"/>
    <w:multiLevelType w:val="hybridMultilevel"/>
    <w:tmpl w:val="364EE10C"/>
    <w:lvl w:ilvl="0" w:tplc="1CF2EDD8">
      <w:start w:val="1"/>
      <w:numFmt w:val="upperLetter"/>
      <w:pStyle w:val="Style2"/>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5" w15:restartNumberingAfterBreak="0">
    <w:nsid w:val="3AAA4A4F"/>
    <w:multiLevelType w:val="multilevel"/>
    <w:tmpl w:val="17821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C2942D5"/>
    <w:multiLevelType w:val="hybridMultilevel"/>
    <w:tmpl w:val="D9CE4DEE"/>
    <w:lvl w:ilvl="0" w:tplc="040C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3C5F3D23"/>
    <w:multiLevelType w:val="multilevel"/>
    <w:tmpl w:val="6964C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C8C795C"/>
    <w:multiLevelType w:val="multilevel"/>
    <w:tmpl w:val="1512C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D785BAD"/>
    <w:multiLevelType w:val="multilevel"/>
    <w:tmpl w:val="A4144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E063CE9"/>
    <w:multiLevelType w:val="multilevel"/>
    <w:tmpl w:val="146831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E83786C"/>
    <w:multiLevelType w:val="multilevel"/>
    <w:tmpl w:val="53F43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EE217F1"/>
    <w:multiLevelType w:val="multilevel"/>
    <w:tmpl w:val="769A91F4"/>
    <w:lvl w:ilvl="0">
      <w:numFmt w:val="bullet"/>
      <w:lvlText w:val=""/>
      <w:lvlJc w:val="left"/>
      <w:pPr>
        <w:tabs>
          <w:tab w:val="num" w:pos="720"/>
        </w:tabs>
        <w:ind w:left="720" w:hanging="360"/>
      </w:pPr>
      <w:rPr>
        <w:rFonts w:ascii="Wingdings" w:eastAsiaTheme="minorHAnsi" w:hAnsi="Wingdings"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0943E82"/>
    <w:multiLevelType w:val="multilevel"/>
    <w:tmpl w:val="8D2AF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0E31738"/>
    <w:multiLevelType w:val="hybridMultilevel"/>
    <w:tmpl w:val="F5ECE7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5" w15:restartNumberingAfterBreak="0">
    <w:nsid w:val="40EE3945"/>
    <w:multiLevelType w:val="multilevel"/>
    <w:tmpl w:val="9F343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27671BF"/>
    <w:multiLevelType w:val="multilevel"/>
    <w:tmpl w:val="D9B4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28645DF"/>
    <w:multiLevelType w:val="multilevel"/>
    <w:tmpl w:val="90302318"/>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8" w15:restartNumberingAfterBreak="0">
    <w:nsid w:val="42E3385F"/>
    <w:multiLevelType w:val="multilevel"/>
    <w:tmpl w:val="F7F2A93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4330410E"/>
    <w:multiLevelType w:val="multilevel"/>
    <w:tmpl w:val="D7464A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4CF6AA9"/>
    <w:multiLevelType w:val="multilevel"/>
    <w:tmpl w:val="6958C5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5B56C10"/>
    <w:multiLevelType w:val="multilevel"/>
    <w:tmpl w:val="CB54C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68A6919"/>
    <w:multiLevelType w:val="multilevel"/>
    <w:tmpl w:val="6EF62ACE"/>
    <w:lvl w:ilvl="0">
      <w:start w:val="1"/>
      <w:numFmt w:val="bullet"/>
      <w:lvlText w:val=""/>
      <w:lvlJc w:val="left"/>
      <w:pPr>
        <w:tabs>
          <w:tab w:val="num" w:pos="1778"/>
        </w:tabs>
        <w:ind w:left="1778" w:hanging="360"/>
      </w:pPr>
      <w:rPr>
        <w:rFonts w:ascii="Symbol" w:hAnsi="Symbol" w:hint="default"/>
        <w:sz w:val="20"/>
      </w:rPr>
    </w:lvl>
    <w:lvl w:ilvl="1">
      <w:start w:val="1"/>
      <w:numFmt w:val="bullet"/>
      <w:lvlText w:val="o"/>
      <w:lvlJc w:val="left"/>
      <w:pPr>
        <w:tabs>
          <w:tab w:val="num" w:pos="2498"/>
        </w:tabs>
        <w:ind w:left="2498" w:hanging="360"/>
      </w:pPr>
      <w:rPr>
        <w:rFonts w:ascii="Courier New" w:hAnsi="Courier New" w:hint="default"/>
        <w:sz w:val="20"/>
      </w:rPr>
    </w:lvl>
    <w:lvl w:ilvl="2">
      <w:start w:val="1"/>
      <w:numFmt w:val="bullet"/>
      <w:lvlText w:val=""/>
      <w:lvlJc w:val="left"/>
      <w:pPr>
        <w:tabs>
          <w:tab w:val="num" w:pos="3218"/>
        </w:tabs>
        <w:ind w:left="3218" w:hanging="360"/>
      </w:pPr>
      <w:rPr>
        <w:rFonts w:ascii="Wingdings" w:hAnsi="Wingdings" w:hint="default"/>
        <w:sz w:val="20"/>
      </w:rPr>
    </w:lvl>
    <w:lvl w:ilvl="3">
      <w:start w:val="1"/>
      <w:numFmt w:val="bullet"/>
      <w:lvlText w:val=""/>
      <w:lvlJc w:val="left"/>
      <w:pPr>
        <w:tabs>
          <w:tab w:val="num" w:pos="3938"/>
        </w:tabs>
        <w:ind w:left="3938" w:hanging="360"/>
      </w:pPr>
      <w:rPr>
        <w:rFonts w:ascii="Wingdings" w:hAnsi="Wingdings" w:hint="default"/>
        <w:sz w:val="20"/>
      </w:rPr>
    </w:lvl>
    <w:lvl w:ilvl="4" w:tentative="1">
      <w:start w:val="1"/>
      <w:numFmt w:val="bullet"/>
      <w:lvlText w:val=""/>
      <w:lvlJc w:val="left"/>
      <w:pPr>
        <w:tabs>
          <w:tab w:val="num" w:pos="4658"/>
        </w:tabs>
        <w:ind w:left="4658" w:hanging="360"/>
      </w:pPr>
      <w:rPr>
        <w:rFonts w:ascii="Wingdings" w:hAnsi="Wingdings" w:hint="default"/>
        <w:sz w:val="20"/>
      </w:rPr>
    </w:lvl>
    <w:lvl w:ilvl="5" w:tentative="1">
      <w:start w:val="1"/>
      <w:numFmt w:val="bullet"/>
      <w:lvlText w:val=""/>
      <w:lvlJc w:val="left"/>
      <w:pPr>
        <w:tabs>
          <w:tab w:val="num" w:pos="5378"/>
        </w:tabs>
        <w:ind w:left="5378" w:hanging="360"/>
      </w:pPr>
      <w:rPr>
        <w:rFonts w:ascii="Wingdings" w:hAnsi="Wingdings" w:hint="default"/>
        <w:sz w:val="20"/>
      </w:rPr>
    </w:lvl>
    <w:lvl w:ilvl="6" w:tentative="1">
      <w:start w:val="1"/>
      <w:numFmt w:val="bullet"/>
      <w:lvlText w:val=""/>
      <w:lvlJc w:val="left"/>
      <w:pPr>
        <w:tabs>
          <w:tab w:val="num" w:pos="6098"/>
        </w:tabs>
        <w:ind w:left="6098" w:hanging="360"/>
      </w:pPr>
      <w:rPr>
        <w:rFonts w:ascii="Wingdings" w:hAnsi="Wingdings" w:hint="default"/>
        <w:sz w:val="20"/>
      </w:rPr>
    </w:lvl>
    <w:lvl w:ilvl="7" w:tentative="1">
      <w:start w:val="1"/>
      <w:numFmt w:val="bullet"/>
      <w:lvlText w:val=""/>
      <w:lvlJc w:val="left"/>
      <w:pPr>
        <w:tabs>
          <w:tab w:val="num" w:pos="6818"/>
        </w:tabs>
        <w:ind w:left="6818" w:hanging="360"/>
      </w:pPr>
      <w:rPr>
        <w:rFonts w:ascii="Wingdings" w:hAnsi="Wingdings" w:hint="default"/>
        <w:sz w:val="20"/>
      </w:rPr>
    </w:lvl>
    <w:lvl w:ilvl="8" w:tentative="1">
      <w:start w:val="1"/>
      <w:numFmt w:val="bullet"/>
      <w:lvlText w:val=""/>
      <w:lvlJc w:val="left"/>
      <w:pPr>
        <w:tabs>
          <w:tab w:val="num" w:pos="7538"/>
        </w:tabs>
        <w:ind w:left="7538" w:hanging="360"/>
      </w:pPr>
      <w:rPr>
        <w:rFonts w:ascii="Wingdings" w:hAnsi="Wingdings" w:hint="default"/>
        <w:sz w:val="20"/>
      </w:rPr>
    </w:lvl>
  </w:abstractNum>
  <w:abstractNum w:abstractNumId="103" w15:restartNumberingAfterBreak="0">
    <w:nsid w:val="470C56BD"/>
    <w:multiLevelType w:val="multilevel"/>
    <w:tmpl w:val="C810C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70E3663"/>
    <w:multiLevelType w:val="multilevel"/>
    <w:tmpl w:val="43DA6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717044A"/>
    <w:multiLevelType w:val="multilevel"/>
    <w:tmpl w:val="9DB0E910"/>
    <w:lvl w:ilvl="0">
      <w:start w:val="1"/>
      <w:numFmt w:val="bullet"/>
      <w:lvlText w:val="o"/>
      <w:lvlJc w:val="left"/>
      <w:pPr>
        <w:tabs>
          <w:tab w:val="num" w:pos="1069"/>
        </w:tabs>
        <w:ind w:left="1069" w:hanging="360"/>
      </w:pPr>
      <w:rPr>
        <w:rFonts w:ascii="Courier New" w:hAnsi="Courier New" w:cs="Courier New"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106" w15:restartNumberingAfterBreak="0">
    <w:nsid w:val="474A356C"/>
    <w:multiLevelType w:val="multilevel"/>
    <w:tmpl w:val="4BE63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78E840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8" w15:restartNumberingAfterBreak="0">
    <w:nsid w:val="48117111"/>
    <w:multiLevelType w:val="multilevel"/>
    <w:tmpl w:val="EB2EC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8DF638E"/>
    <w:multiLevelType w:val="multilevel"/>
    <w:tmpl w:val="42728E24"/>
    <w:lvl w:ilvl="0">
      <w:numFmt w:val="bullet"/>
      <w:lvlText w:val=""/>
      <w:lvlJc w:val="left"/>
      <w:pPr>
        <w:tabs>
          <w:tab w:val="num" w:pos="720"/>
        </w:tabs>
        <w:ind w:left="720" w:hanging="360"/>
      </w:pPr>
      <w:rPr>
        <w:rFonts w:ascii="Wingdings" w:eastAsiaTheme="minorHAnsi" w:hAnsi="Wingdings"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9B86CF1"/>
    <w:multiLevelType w:val="multilevel"/>
    <w:tmpl w:val="4BE87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B280E33"/>
    <w:multiLevelType w:val="multilevel"/>
    <w:tmpl w:val="CC36B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B6A6C50"/>
    <w:multiLevelType w:val="multilevel"/>
    <w:tmpl w:val="67AED728"/>
    <w:lvl w:ilvl="0">
      <w:start w:val="1"/>
      <w:numFmt w:val="bullet"/>
      <w:lvlText w:val=""/>
      <w:lvlJc w:val="left"/>
      <w:pPr>
        <w:tabs>
          <w:tab w:val="num" w:pos="1069"/>
        </w:tabs>
        <w:ind w:left="1069" w:hanging="360"/>
      </w:pPr>
      <w:rPr>
        <w:rFonts w:ascii="Symbol" w:hAnsi="Symbol" w:hint="default"/>
        <w:sz w:val="20"/>
      </w:rPr>
    </w:lvl>
    <w:lvl w:ilvl="1">
      <w:start w:val="1"/>
      <w:numFmt w:val="bullet"/>
      <w:lvlText w:val="o"/>
      <w:lvlJc w:val="left"/>
      <w:pPr>
        <w:ind w:left="1068" w:hanging="360"/>
      </w:pPr>
      <w:rPr>
        <w:rFonts w:ascii="Courier New" w:hAnsi="Courier New" w:cs="Courier New" w:hint="default"/>
      </w:rPr>
    </w:lvl>
    <w:lvl w:ilvl="2">
      <w:start w:val="1"/>
      <w:numFmt w:val="bullet"/>
      <w:lvlText w:val=""/>
      <w:lvlJc w:val="left"/>
      <w:pPr>
        <w:tabs>
          <w:tab w:val="num" w:pos="2509"/>
        </w:tabs>
        <w:ind w:left="2509" w:hanging="360"/>
      </w:pPr>
      <w:rPr>
        <w:rFonts w:ascii="Wingdings" w:hAnsi="Wingdings" w:hint="default"/>
        <w:sz w:val="20"/>
      </w:rPr>
    </w:lvl>
    <w:lvl w:ilvl="3">
      <w:start w:val="1"/>
      <w:numFmt w:val="bullet"/>
      <w:lvlText w:val=""/>
      <w:lvlJc w:val="left"/>
      <w:pPr>
        <w:tabs>
          <w:tab w:val="num" w:pos="3229"/>
        </w:tabs>
        <w:ind w:left="3229" w:hanging="360"/>
      </w:pPr>
      <w:rPr>
        <w:rFonts w:ascii="Wingdings" w:hAnsi="Wingdings" w:hint="default"/>
        <w:sz w:val="20"/>
      </w:rPr>
    </w:lvl>
    <w:lvl w:ilvl="4">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113" w15:restartNumberingAfterBreak="0">
    <w:nsid w:val="4D7C4131"/>
    <w:multiLevelType w:val="multilevel"/>
    <w:tmpl w:val="86748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DC12ADA"/>
    <w:multiLevelType w:val="hybridMultilevel"/>
    <w:tmpl w:val="487E9A1C"/>
    <w:lvl w:ilvl="0" w:tplc="040C0001">
      <w:start w:val="1"/>
      <w:numFmt w:val="bullet"/>
      <w:lvlText w:val=""/>
      <w:lvlJc w:val="left"/>
      <w:pPr>
        <w:ind w:left="1789" w:hanging="360"/>
      </w:pPr>
      <w:rPr>
        <w:rFonts w:ascii="Symbol" w:hAnsi="Symbol" w:hint="default"/>
      </w:rPr>
    </w:lvl>
    <w:lvl w:ilvl="1" w:tplc="040C0003" w:tentative="1">
      <w:start w:val="1"/>
      <w:numFmt w:val="bullet"/>
      <w:lvlText w:val="o"/>
      <w:lvlJc w:val="left"/>
      <w:pPr>
        <w:ind w:left="2509" w:hanging="360"/>
      </w:pPr>
      <w:rPr>
        <w:rFonts w:ascii="Courier New" w:hAnsi="Courier New" w:cs="Courier New" w:hint="default"/>
      </w:rPr>
    </w:lvl>
    <w:lvl w:ilvl="2" w:tplc="040C0005" w:tentative="1">
      <w:start w:val="1"/>
      <w:numFmt w:val="bullet"/>
      <w:lvlText w:val=""/>
      <w:lvlJc w:val="left"/>
      <w:pPr>
        <w:ind w:left="3229" w:hanging="360"/>
      </w:pPr>
      <w:rPr>
        <w:rFonts w:ascii="Wingdings" w:hAnsi="Wingdings" w:hint="default"/>
      </w:rPr>
    </w:lvl>
    <w:lvl w:ilvl="3" w:tplc="040C0001" w:tentative="1">
      <w:start w:val="1"/>
      <w:numFmt w:val="bullet"/>
      <w:lvlText w:val=""/>
      <w:lvlJc w:val="left"/>
      <w:pPr>
        <w:ind w:left="3949" w:hanging="360"/>
      </w:pPr>
      <w:rPr>
        <w:rFonts w:ascii="Symbol" w:hAnsi="Symbol" w:hint="default"/>
      </w:rPr>
    </w:lvl>
    <w:lvl w:ilvl="4" w:tplc="040C0003" w:tentative="1">
      <w:start w:val="1"/>
      <w:numFmt w:val="bullet"/>
      <w:lvlText w:val="o"/>
      <w:lvlJc w:val="left"/>
      <w:pPr>
        <w:ind w:left="4669" w:hanging="360"/>
      </w:pPr>
      <w:rPr>
        <w:rFonts w:ascii="Courier New" w:hAnsi="Courier New" w:cs="Courier New" w:hint="default"/>
      </w:rPr>
    </w:lvl>
    <w:lvl w:ilvl="5" w:tplc="040C0005" w:tentative="1">
      <w:start w:val="1"/>
      <w:numFmt w:val="bullet"/>
      <w:lvlText w:val=""/>
      <w:lvlJc w:val="left"/>
      <w:pPr>
        <w:ind w:left="5389" w:hanging="360"/>
      </w:pPr>
      <w:rPr>
        <w:rFonts w:ascii="Wingdings" w:hAnsi="Wingdings" w:hint="default"/>
      </w:rPr>
    </w:lvl>
    <w:lvl w:ilvl="6" w:tplc="040C0001" w:tentative="1">
      <w:start w:val="1"/>
      <w:numFmt w:val="bullet"/>
      <w:lvlText w:val=""/>
      <w:lvlJc w:val="left"/>
      <w:pPr>
        <w:ind w:left="6109" w:hanging="360"/>
      </w:pPr>
      <w:rPr>
        <w:rFonts w:ascii="Symbol" w:hAnsi="Symbol" w:hint="default"/>
      </w:rPr>
    </w:lvl>
    <w:lvl w:ilvl="7" w:tplc="040C0003" w:tentative="1">
      <w:start w:val="1"/>
      <w:numFmt w:val="bullet"/>
      <w:lvlText w:val="o"/>
      <w:lvlJc w:val="left"/>
      <w:pPr>
        <w:ind w:left="6829" w:hanging="360"/>
      </w:pPr>
      <w:rPr>
        <w:rFonts w:ascii="Courier New" w:hAnsi="Courier New" w:cs="Courier New" w:hint="default"/>
      </w:rPr>
    </w:lvl>
    <w:lvl w:ilvl="8" w:tplc="040C0005" w:tentative="1">
      <w:start w:val="1"/>
      <w:numFmt w:val="bullet"/>
      <w:lvlText w:val=""/>
      <w:lvlJc w:val="left"/>
      <w:pPr>
        <w:ind w:left="7549" w:hanging="360"/>
      </w:pPr>
      <w:rPr>
        <w:rFonts w:ascii="Wingdings" w:hAnsi="Wingdings" w:hint="default"/>
      </w:rPr>
    </w:lvl>
  </w:abstractNum>
  <w:abstractNum w:abstractNumId="115" w15:restartNumberingAfterBreak="0">
    <w:nsid w:val="4E752240"/>
    <w:multiLevelType w:val="multilevel"/>
    <w:tmpl w:val="6EBE0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F245259"/>
    <w:multiLevelType w:val="multilevel"/>
    <w:tmpl w:val="BF9AF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F263515"/>
    <w:multiLevelType w:val="hybridMultilevel"/>
    <w:tmpl w:val="37FC4A48"/>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Wingdings" w:hAnsi="Wingdings" w:hint="default"/>
      </w:rPr>
    </w:lvl>
    <w:lvl w:ilvl="4" w:tplc="FFFFFFFF">
      <w:start w:val="1"/>
      <w:numFmt w:val="bullet"/>
      <w:lvlText w:val="o"/>
      <w:lvlJc w:val="left"/>
      <w:pPr>
        <w:ind w:left="3600" w:hanging="360"/>
      </w:pPr>
      <w:rPr>
        <w:rFonts w:ascii="Courier New" w:hAnsi="Courier New" w:cs="Courier New" w:hint="default"/>
      </w:rPr>
    </w:lvl>
    <w:lvl w:ilvl="5" w:tplc="040C0003">
      <w:start w:val="1"/>
      <w:numFmt w:val="bullet"/>
      <w:lvlText w:val="o"/>
      <w:lvlJc w:val="left"/>
      <w:pPr>
        <w:ind w:left="1440" w:hanging="360"/>
      </w:pPr>
      <w:rPr>
        <w:rFonts w:ascii="Courier New" w:hAnsi="Courier New" w:cs="Courier New"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8" w15:restartNumberingAfterBreak="0">
    <w:nsid w:val="4F5D721A"/>
    <w:multiLevelType w:val="hybridMultilevel"/>
    <w:tmpl w:val="FB56A182"/>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040C0003">
      <w:start w:val="1"/>
      <w:numFmt w:val="bullet"/>
      <w:lvlText w:val="o"/>
      <w:lvlJc w:val="left"/>
      <w:pPr>
        <w:ind w:left="1440" w:hanging="360"/>
      </w:pPr>
      <w:rPr>
        <w:rFonts w:ascii="Courier New" w:hAnsi="Courier New" w:cs="Courier New" w:hint="default"/>
      </w:rPr>
    </w:lvl>
    <w:lvl w:ilvl="3" w:tplc="FFFFFFFF">
      <w:start w:val="1"/>
      <w:numFmt w:val="bullet"/>
      <w:lvlText w:val=""/>
      <w:lvlJc w:val="left"/>
      <w:pPr>
        <w:ind w:left="2880" w:hanging="360"/>
      </w:pPr>
      <w:rPr>
        <w:rFonts w:ascii="Wingdings" w:hAnsi="Wingdings"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9" w15:restartNumberingAfterBreak="0">
    <w:nsid w:val="50EE0788"/>
    <w:multiLevelType w:val="multilevel"/>
    <w:tmpl w:val="21426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0F91A0C"/>
    <w:multiLevelType w:val="multilevel"/>
    <w:tmpl w:val="0754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2915BF2"/>
    <w:multiLevelType w:val="hybridMultilevel"/>
    <w:tmpl w:val="2B92030C"/>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22" w15:restartNumberingAfterBreak="0">
    <w:nsid w:val="537F0178"/>
    <w:multiLevelType w:val="multilevel"/>
    <w:tmpl w:val="FD0C8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3A770B7"/>
    <w:multiLevelType w:val="hybridMultilevel"/>
    <w:tmpl w:val="37F0570C"/>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24" w15:restartNumberingAfterBreak="0">
    <w:nsid w:val="556F3C0D"/>
    <w:multiLevelType w:val="multilevel"/>
    <w:tmpl w:val="E06086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62C2CFE"/>
    <w:multiLevelType w:val="multilevel"/>
    <w:tmpl w:val="844A8C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62D487F"/>
    <w:multiLevelType w:val="multilevel"/>
    <w:tmpl w:val="0BA4E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6B06CB9"/>
    <w:multiLevelType w:val="hybridMultilevel"/>
    <w:tmpl w:val="1486BED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8" w15:restartNumberingAfterBreak="0">
    <w:nsid w:val="56B22DDE"/>
    <w:multiLevelType w:val="multilevel"/>
    <w:tmpl w:val="D220B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581C66C1"/>
    <w:multiLevelType w:val="hybridMultilevel"/>
    <w:tmpl w:val="853496DC"/>
    <w:lvl w:ilvl="0" w:tplc="040C0003">
      <w:start w:val="1"/>
      <w:numFmt w:val="bullet"/>
      <w:lvlText w:val="o"/>
      <w:lvlJc w:val="left"/>
      <w:pPr>
        <w:ind w:left="1069" w:hanging="360"/>
      </w:pPr>
      <w:rPr>
        <w:rFonts w:ascii="Courier New" w:hAnsi="Courier New" w:cs="Courier New"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30" w15:restartNumberingAfterBreak="0">
    <w:nsid w:val="58E47AD4"/>
    <w:multiLevelType w:val="multilevel"/>
    <w:tmpl w:val="746CF3B8"/>
    <w:lvl w:ilvl="0">
      <w:start w:val="1"/>
      <w:numFmt w:val="bullet"/>
      <w:lvlText w:val=""/>
      <w:lvlJc w:val="left"/>
      <w:pPr>
        <w:tabs>
          <w:tab w:val="num" w:pos="1778"/>
        </w:tabs>
        <w:ind w:left="1778" w:hanging="360"/>
      </w:pPr>
      <w:rPr>
        <w:rFonts w:ascii="Symbol" w:hAnsi="Symbol" w:hint="default"/>
        <w:sz w:val="20"/>
      </w:rPr>
    </w:lvl>
    <w:lvl w:ilvl="1">
      <w:start w:val="1"/>
      <w:numFmt w:val="bullet"/>
      <w:lvlText w:val=""/>
      <w:lvlJc w:val="left"/>
      <w:pPr>
        <w:ind w:left="2498" w:hanging="360"/>
      </w:pPr>
      <w:rPr>
        <w:rFonts w:ascii="Symbol" w:hAnsi="Symbol" w:hint="default"/>
      </w:rPr>
    </w:lvl>
    <w:lvl w:ilvl="2">
      <w:start w:val="1"/>
      <w:numFmt w:val="bullet"/>
      <w:lvlText w:val=""/>
      <w:lvlJc w:val="left"/>
      <w:pPr>
        <w:tabs>
          <w:tab w:val="num" w:pos="3218"/>
        </w:tabs>
        <w:ind w:left="3218" w:hanging="360"/>
      </w:pPr>
      <w:rPr>
        <w:rFonts w:ascii="Wingdings" w:hAnsi="Wingdings" w:hint="default"/>
        <w:sz w:val="20"/>
      </w:rPr>
    </w:lvl>
    <w:lvl w:ilvl="3">
      <w:start w:val="1"/>
      <w:numFmt w:val="bullet"/>
      <w:lvlText w:val=""/>
      <w:lvlJc w:val="left"/>
      <w:pPr>
        <w:tabs>
          <w:tab w:val="num" w:pos="3938"/>
        </w:tabs>
        <w:ind w:left="3938" w:hanging="360"/>
      </w:pPr>
      <w:rPr>
        <w:rFonts w:ascii="Wingdings" w:hAnsi="Wingdings" w:hint="default"/>
        <w:sz w:val="20"/>
      </w:rPr>
    </w:lvl>
    <w:lvl w:ilvl="4" w:tentative="1">
      <w:start w:val="1"/>
      <w:numFmt w:val="bullet"/>
      <w:lvlText w:val=""/>
      <w:lvlJc w:val="left"/>
      <w:pPr>
        <w:tabs>
          <w:tab w:val="num" w:pos="4658"/>
        </w:tabs>
        <w:ind w:left="4658" w:hanging="360"/>
      </w:pPr>
      <w:rPr>
        <w:rFonts w:ascii="Wingdings" w:hAnsi="Wingdings" w:hint="default"/>
        <w:sz w:val="20"/>
      </w:rPr>
    </w:lvl>
    <w:lvl w:ilvl="5" w:tentative="1">
      <w:start w:val="1"/>
      <w:numFmt w:val="bullet"/>
      <w:lvlText w:val=""/>
      <w:lvlJc w:val="left"/>
      <w:pPr>
        <w:tabs>
          <w:tab w:val="num" w:pos="5378"/>
        </w:tabs>
        <w:ind w:left="5378" w:hanging="360"/>
      </w:pPr>
      <w:rPr>
        <w:rFonts w:ascii="Wingdings" w:hAnsi="Wingdings" w:hint="default"/>
        <w:sz w:val="20"/>
      </w:rPr>
    </w:lvl>
    <w:lvl w:ilvl="6" w:tentative="1">
      <w:start w:val="1"/>
      <w:numFmt w:val="bullet"/>
      <w:lvlText w:val=""/>
      <w:lvlJc w:val="left"/>
      <w:pPr>
        <w:tabs>
          <w:tab w:val="num" w:pos="6098"/>
        </w:tabs>
        <w:ind w:left="6098" w:hanging="360"/>
      </w:pPr>
      <w:rPr>
        <w:rFonts w:ascii="Wingdings" w:hAnsi="Wingdings" w:hint="default"/>
        <w:sz w:val="20"/>
      </w:rPr>
    </w:lvl>
    <w:lvl w:ilvl="7" w:tentative="1">
      <w:start w:val="1"/>
      <w:numFmt w:val="bullet"/>
      <w:lvlText w:val=""/>
      <w:lvlJc w:val="left"/>
      <w:pPr>
        <w:tabs>
          <w:tab w:val="num" w:pos="6818"/>
        </w:tabs>
        <w:ind w:left="6818" w:hanging="360"/>
      </w:pPr>
      <w:rPr>
        <w:rFonts w:ascii="Wingdings" w:hAnsi="Wingdings" w:hint="default"/>
        <w:sz w:val="20"/>
      </w:rPr>
    </w:lvl>
    <w:lvl w:ilvl="8" w:tentative="1">
      <w:start w:val="1"/>
      <w:numFmt w:val="bullet"/>
      <w:lvlText w:val=""/>
      <w:lvlJc w:val="left"/>
      <w:pPr>
        <w:tabs>
          <w:tab w:val="num" w:pos="7538"/>
        </w:tabs>
        <w:ind w:left="7538" w:hanging="360"/>
      </w:pPr>
      <w:rPr>
        <w:rFonts w:ascii="Wingdings" w:hAnsi="Wingdings" w:hint="default"/>
        <w:sz w:val="20"/>
      </w:rPr>
    </w:lvl>
  </w:abstractNum>
  <w:abstractNum w:abstractNumId="131" w15:restartNumberingAfterBreak="0">
    <w:nsid w:val="59561008"/>
    <w:multiLevelType w:val="hybridMultilevel"/>
    <w:tmpl w:val="7E5AD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2" w15:restartNumberingAfterBreak="0">
    <w:nsid w:val="59BE0E6D"/>
    <w:multiLevelType w:val="multilevel"/>
    <w:tmpl w:val="18AE3B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5C742000"/>
    <w:multiLevelType w:val="multilevel"/>
    <w:tmpl w:val="1A08E39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D944594"/>
    <w:multiLevelType w:val="hybridMultilevel"/>
    <w:tmpl w:val="A54CE1AC"/>
    <w:lvl w:ilvl="0" w:tplc="040C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15:restartNumberingAfterBreak="0">
    <w:nsid w:val="5DB1261F"/>
    <w:multiLevelType w:val="multilevel"/>
    <w:tmpl w:val="6486B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EF77F78"/>
    <w:multiLevelType w:val="multilevel"/>
    <w:tmpl w:val="EB2EC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60BC47DB"/>
    <w:multiLevelType w:val="multilevel"/>
    <w:tmpl w:val="45146B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ind w:left="5040" w:hanging="360"/>
      </w:pPr>
      <w:rPr>
        <w:rFonts w:ascii="Symbol" w:hAnsi="Symbol" w:hint="default"/>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61095F6F"/>
    <w:multiLevelType w:val="multilevel"/>
    <w:tmpl w:val="2F32E99E"/>
    <w:lvl w:ilvl="0">
      <w:start w:val="1"/>
      <w:numFmt w:val="bullet"/>
      <w:lvlText w:val=""/>
      <w:lvlJc w:val="left"/>
      <w:pPr>
        <w:tabs>
          <w:tab w:val="num" w:pos="1778"/>
        </w:tabs>
        <w:ind w:left="1778" w:hanging="360"/>
      </w:pPr>
      <w:rPr>
        <w:rFonts w:ascii="Symbol" w:hAnsi="Symbol" w:hint="default"/>
        <w:sz w:val="20"/>
      </w:rPr>
    </w:lvl>
    <w:lvl w:ilvl="1">
      <w:start w:val="1"/>
      <w:numFmt w:val="bullet"/>
      <w:lvlText w:val="o"/>
      <w:lvlJc w:val="left"/>
      <w:pPr>
        <w:tabs>
          <w:tab w:val="num" w:pos="2498"/>
        </w:tabs>
        <w:ind w:left="2498" w:hanging="360"/>
      </w:pPr>
      <w:rPr>
        <w:rFonts w:ascii="Courier New" w:hAnsi="Courier New" w:hint="default"/>
        <w:sz w:val="20"/>
      </w:rPr>
    </w:lvl>
    <w:lvl w:ilvl="2">
      <w:start w:val="1"/>
      <w:numFmt w:val="bullet"/>
      <w:lvlText w:val=""/>
      <w:lvlJc w:val="left"/>
      <w:pPr>
        <w:ind w:left="3218" w:hanging="360"/>
      </w:pPr>
      <w:rPr>
        <w:rFonts w:ascii="Symbol" w:hAnsi="Symbol" w:hint="default"/>
      </w:rPr>
    </w:lvl>
    <w:lvl w:ilvl="3">
      <w:start w:val="1"/>
      <w:numFmt w:val="bullet"/>
      <w:lvlText w:val=""/>
      <w:lvlJc w:val="left"/>
      <w:pPr>
        <w:tabs>
          <w:tab w:val="num" w:pos="3938"/>
        </w:tabs>
        <w:ind w:left="3938" w:hanging="360"/>
      </w:pPr>
      <w:rPr>
        <w:rFonts w:ascii="Wingdings" w:hAnsi="Wingdings" w:hint="default"/>
        <w:sz w:val="20"/>
      </w:rPr>
    </w:lvl>
    <w:lvl w:ilvl="4" w:tentative="1">
      <w:start w:val="1"/>
      <w:numFmt w:val="bullet"/>
      <w:lvlText w:val=""/>
      <w:lvlJc w:val="left"/>
      <w:pPr>
        <w:tabs>
          <w:tab w:val="num" w:pos="4658"/>
        </w:tabs>
        <w:ind w:left="4658" w:hanging="360"/>
      </w:pPr>
      <w:rPr>
        <w:rFonts w:ascii="Wingdings" w:hAnsi="Wingdings" w:hint="default"/>
        <w:sz w:val="20"/>
      </w:rPr>
    </w:lvl>
    <w:lvl w:ilvl="5" w:tentative="1">
      <w:start w:val="1"/>
      <w:numFmt w:val="bullet"/>
      <w:lvlText w:val=""/>
      <w:lvlJc w:val="left"/>
      <w:pPr>
        <w:tabs>
          <w:tab w:val="num" w:pos="5378"/>
        </w:tabs>
        <w:ind w:left="5378" w:hanging="360"/>
      </w:pPr>
      <w:rPr>
        <w:rFonts w:ascii="Wingdings" w:hAnsi="Wingdings" w:hint="default"/>
        <w:sz w:val="20"/>
      </w:rPr>
    </w:lvl>
    <w:lvl w:ilvl="6" w:tentative="1">
      <w:start w:val="1"/>
      <w:numFmt w:val="bullet"/>
      <w:lvlText w:val=""/>
      <w:lvlJc w:val="left"/>
      <w:pPr>
        <w:tabs>
          <w:tab w:val="num" w:pos="6098"/>
        </w:tabs>
        <w:ind w:left="6098" w:hanging="360"/>
      </w:pPr>
      <w:rPr>
        <w:rFonts w:ascii="Wingdings" w:hAnsi="Wingdings" w:hint="default"/>
        <w:sz w:val="20"/>
      </w:rPr>
    </w:lvl>
    <w:lvl w:ilvl="7" w:tentative="1">
      <w:start w:val="1"/>
      <w:numFmt w:val="bullet"/>
      <w:lvlText w:val=""/>
      <w:lvlJc w:val="left"/>
      <w:pPr>
        <w:tabs>
          <w:tab w:val="num" w:pos="6818"/>
        </w:tabs>
        <w:ind w:left="6818" w:hanging="360"/>
      </w:pPr>
      <w:rPr>
        <w:rFonts w:ascii="Wingdings" w:hAnsi="Wingdings" w:hint="default"/>
        <w:sz w:val="20"/>
      </w:rPr>
    </w:lvl>
    <w:lvl w:ilvl="8" w:tentative="1">
      <w:start w:val="1"/>
      <w:numFmt w:val="bullet"/>
      <w:lvlText w:val=""/>
      <w:lvlJc w:val="left"/>
      <w:pPr>
        <w:tabs>
          <w:tab w:val="num" w:pos="7538"/>
        </w:tabs>
        <w:ind w:left="7538" w:hanging="360"/>
      </w:pPr>
      <w:rPr>
        <w:rFonts w:ascii="Wingdings" w:hAnsi="Wingdings" w:hint="default"/>
        <w:sz w:val="20"/>
      </w:rPr>
    </w:lvl>
  </w:abstractNum>
  <w:abstractNum w:abstractNumId="139" w15:restartNumberingAfterBreak="0">
    <w:nsid w:val="61507AD9"/>
    <w:multiLevelType w:val="multilevel"/>
    <w:tmpl w:val="EE606D96"/>
    <w:lvl w:ilvl="0">
      <w:start w:val="1"/>
      <w:numFmt w:val="bullet"/>
      <w:lvlText w:val="o"/>
      <w:lvlJc w:val="left"/>
      <w:pPr>
        <w:tabs>
          <w:tab w:val="num" w:pos="1068"/>
        </w:tabs>
        <w:ind w:left="1068" w:hanging="360"/>
      </w:pPr>
      <w:rPr>
        <w:rFonts w:ascii="Courier New" w:hAnsi="Courier New" w:cs="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40" w15:restartNumberingAfterBreak="0">
    <w:nsid w:val="619D13DC"/>
    <w:multiLevelType w:val="multilevel"/>
    <w:tmpl w:val="41AA7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27E488A"/>
    <w:multiLevelType w:val="multilevel"/>
    <w:tmpl w:val="50B8F6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2D54BFA"/>
    <w:multiLevelType w:val="multilevel"/>
    <w:tmpl w:val="E3385D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3590A59"/>
    <w:multiLevelType w:val="multilevel"/>
    <w:tmpl w:val="6568BA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37C512D"/>
    <w:multiLevelType w:val="multilevel"/>
    <w:tmpl w:val="D07CE4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647F385F"/>
    <w:multiLevelType w:val="multilevel"/>
    <w:tmpl w:val="8834D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6743F17"/>
    <w:multiLevelType w:val="multilevel"/>
    <w:tmpl w:val="4A4CB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6E2444B"/>
    <w:multiLevelType w:val="multilevel"/>
    <w:tmpl w:val="5BF07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671F547B"/>
    <w:multiLevelType w:val="multilevel"/>
    <w:tmpl w:val="85162298"/>
    <w:lvl w:ilvl="0">
      <w:start w:val="1"/>
      <w:numFmt w:val="bullet"/>
      <w:lvlText w:val=""/>
      <w:lvlJc w:val="left"/>
      <w:pPr>
        <w:tabs>
          <w:tab w:val="num" w:pos="1778"/>
        </w:tabs>
        <w:ind w:left="1778" w:hanging="360"/>
      </w:pPr>
      <w:rPr>
        <w:rFonts w:ascii="Symbol" w:hAnsi="Symbol" w:hint="default"/>
        <w:sz w:val="20"/>
      </w:rPr>
    </w:lvl>
    <w:lvl w:ilvl="1">
      <w:start w:val="1"/>
      <w:numFmt w:val="bullet"/>
      <w:lvlText w:val=""/>
      <w:lvlJc w:val="left"/>
      <w:pPr>
        <w:ind w:left="2498" w:hanging="360"/>
      </w:pPr>
      <w:rPr>
        <w:rFonts w:ascii="Symbol" w:hAnsi="Symbol" w:hint="default"/>
      </w:rPr>
    </w:lvl>
    <w:lvl w:ilvl="2">
      <w:start w:val="1"/>
      <w:numFmt w:val="bullet"/>
      <w:lvlText w:val=""/>
      <w:lvlJc w:val="left"/>
      <w:pPr>
        <w:tabs>
          <w:tab w:val="num" w:pos="3218"/>
        </w:tabs>
        <w:ind w:left="3218" w:hanging="360"/>
      </w:pPr>
      <w:rPr>
        <w:rFonts w:ascii="Wingdings" w:hAnsi="Wingdings" w:hint="default"/>
        <w:sz w:val="20"/>
      </w:rPr>
    </w:lvl>
    <w:lvl w:ilvl="3">
      <w:start w:val="1"/>
      <w:numFmt w:val="bullet"/>
      <w:lvlText w:val=""/>
      <w:lvlJc w:val="left"/>
      <w:pPr>
        <w:tabs>
          <w:tab w:val="num" w:pos="3938"/>
        </w:tabs>
        <w:ind w:left="3938" w:hanging="360"/>
      </w:pPr>
      <w:rPr>
        <w:rFonts w:ascii="Wingdings" w:hAnsi="Wingdings" w:hint="default"/>
        <w:sz w:val="20"/>
      </w:rPr>
    </w:lvl>
    <w:lvl w:ilvl="4" w:tentative="1">
      <w:start w:val="1"/>
      <w:numFmt w:val="bullet"/>
      <w:lvlText w:val=""/>
      <w:lvlJc w:val="left"/>
      <w:pPr>
        <w:tabs>
          <w:tab w:val="num" w:pos="4658"/>
        </w:tabs>
        <w:ind w:left="4658" w:hanging="360"/>
      </w:pPr>
      <w:rPr>
        <w:rFonts w:ascii="Wingdings" w:hAnsi="Wingdings" w:hint="default"/>
        <w:sz w:val="20"/>
      </w:rPr>
    </w:lvl>
    <w:lvl w:ilvl="5" w:tentative="1">
      <w:start w:val="1"/>
      <w:numFmt w:val="bullet"/>
      <w:lvlText w:val=""/>
      <w:lvlJc w:val="left"/>
      <w:pPr>
        <w:tabs>
          <w:tab w:val="num" w:pos="5378"/>
        </w:tabs>
        <w:ind w:left="5378" w:hanging="360"/>
      </w:pPr>
      <w:rPr>
        <w:rFonts w:ascii="Wingdings" w:hAnsi="Wingdings" w:hint="default"/>
        <w:sz w:val="20"/>
      </w:rPr>
    </w:lvl>
    <w:lvl w:ilvl="6" w:tentative="1">
      <w:start w:val="1"/>
      <w:numFmt w:val="bullet"/>
      <w:lvlText w:val=""/>
      <w:lvlJc w:val="left"/>
      <w:pPr>
        <w:tabs>
          <w:tab w:val="num" w:pos="6098"/>
        </w:tabs>
        <w:ind w:left="6098" w:hanging="360"/>
      </w:pPr>
      <w:rPr>
        <w:rFonts w:ascii="Wingdings" w:hAnsi="Wingdings" w:hint="default"/>
        <w:sz w:val="20"/>
      </w:rPr>
    </w:lvl>
    <w:lvl w:ilvl="7" w:tentative="1">
      <w:start w:val="1"/>
      <w:numFmt w:val="bullet"/>
      <w:lvlText w:val=""/>
      <w:lvlJc w:val="left"/>
      <w:pPr>
        <w:tabs>
          <w:tab w:val="num" w:pos="6818"/>
        </w:tabs>
        <w:ind w:left="6818" w:hanging="360"/>
      </w:pPr>
      <w:rPr>
        <w:rFonts w:ascii="Wingdings" w:hAnsi="Wingdings" w:hint="default"/>
        <w:sz w:val="20"/>
      </w:rPr>
    </w:lvl>
    <w:lvl w:ilvl="8" w:tentative="1">
      <w:start w:val="1"/>
      <w:numFmt w:val="bullet"/>
      <w:lvlText w:val=""/>
      <w:lvlJc w:val="left"/>
      <w:pPr>
        <w:tabs>
          <w:tab w:val="num" w:pos="7538"/>
        </w:tabs>
        <w:ind w:left="7538" w:hanging="360"/>
      </w:pPr>
      <w:rPr>
        <w:rFonts w:ascii="Wingdings" w:hAnsi="Wingdings" w:hint="default"/>
        <w:sz w:val="20"/>
      </w:rPr>
    </w:lvl>
  </w:abstractNum>
  <w:abstractNum w:abstractNumId="149" w15:restartNumberingAfterBreak="0">
    <w:nsid w:val="67632014"/>
    <w:multiLevelType w:val="hybridMultilevel"/>
    <w:tmpl w:val="6A34B07A"/>
    <w:lvl w:ilvl="0" w:tplc="910AB1E6">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0" w15:restartNumberingAfterBreak="0">
    <w:nsid w:val="67F7A5C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1" w15:restartNumberingAfterBreak="0">
    <w:nsid w:val="684B518A"/>
    <w:multiLevelType w:val="multilevel"/>
    <w:tmpl w:val="CE5AF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686234E9"/>
    <w:multiLevelType w:val="multilevel"/>
    <w:tmpl w:val="0FB29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69506582"/>
    <w:multiLevelType w:val="multilevel"/>
    <w:tmpl w:val="DA9899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6AD5305F"/>
    <w:multiLevelType w:val="multilevel"/>
    <w:tmpl w:val="AFD06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ADA0070"/>
    <w:multiLevelType w:val="multilevel"/>
    <w:tmpl w:val="E068A7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6C390884"/>
    <w:multiLevelType w:val="multilevel"/>
    <w:tmpl w:val="BD6A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6C75160E"/>
    <w:multiLevelType w:val="multilevel"/>
    <w:tmpl w:val="B36A6118"/>
    <w:lvl w:ilvl="0">
      <w:start w:val="1"/>
      <w:numFmt w:val="bullet"/>
      <w:lvlText w:val="o"/>
      <w:lvlJc w:val="left"/>
      <w:pPr>
        <w:tabs>
          <w:tab w:val="num" w:pos="1440"/>
        </w:tabs>
        <w:ind w:left="1440" w:hanging="360"/>
      </w:pPr>
      <w:rPr>
        <w:rFonts w:ascii="Courier New" w:hAnsi="Courier New" w:cs="Courier New"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58" w15:restartNumberingAfterBreak="0">
    <w:nsid w:val="6D16271A"/>
    <w:multiLevelType w:val="multilevel"/>
    <w:tmpl w:val="8DB4D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6E51573C"/>
    <w:multiLevelType w:val="multilevel"/>
    <w:tmpl w:val="A1B6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702C1E98"/>
    <w:multiLevelType w:val="multilevel"/>
    <w:tmpl w:val="B82614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70357FE3"/>
    <w:multiLevelType w:val="multilevel"/>
    <w:tmpl w:val="12661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7075761A"/>
    <w:multiLevelType w:val="multilevel"/>
    <w:tmpl w:val="23980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0CB7D3A"/>
    <w:multiLevelType w:val="multilevel"/>
    <w:tmpl w:val="FC7A9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70F07B80"/>
    <w:multiLevelType w:val="multilevel"/>
    <w:tmpl w:val="45146B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ind w:left="5040" w:hanging="360"/>
      </w:pPr>
      <w:rPr>
        <w:rFonts w:ascii="Symbol" w:hAnsi="Symbol" w:hint="default"/>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7148A64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6" w15:restartNumberingAfterBreak="0">
    <w:nsid w:val="72296C28"/>
    <w:multiLevelType w:val="multilevel"/>
    <w:tmpl w:val="0F5C8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72450EC6"/>
    <w:multiLevelType w:val="hybridMultilevel"/>
    <w:tmpl w:val="D840C9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8" w15:restartNumberingAfterBreak="0">
    <w:nsid w:val="72D47C66"/>
    <w:multiLevelType w:val="multilevel"/>
    <w:tmpl w:val="5ECC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73606918"/>
    <w:multiLevelType w:val="multilevel"/>
    <w:tmpl w:val="3384B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75185E48"/>
    <w:multiLevelType w:val="multilevel"/>
    <w:tmpl w:val="954E5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75371E16"/>
    <w:multiLevelType w:val="multilevel"/>
    <w:tmpl w:val="DF925E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7709606C"/>
    <w:multiLevelType w:val="multilevel"/>
    <w:tmpl w:val="9E62B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7A707656"/>
    <w:multiLevelType w:val="multilevel"/>
    <w:tmpl w:val="160E72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7AF675B5"/>
    <w:multiLevelType w:val="multilevel"/>
    <w:tmpl w:val="CF3E0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7B0D7F3B"/>
    <w:multiLevelType w:val="multilevel"/>
    <w:tmpl w:val="AE047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7C145274"/>
    <w:multiLevelType w:val="hybridMultilevel"/>
    <w:tmpl w:val="AFE2FD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7" w15:restartNumberingAfterBreak="0">
    <w:nsid w:val="7CD07CDA"/>
    <w:multiLevelType w:val="multilevel"/>
    <w:tmpl w:val="F85C8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7E8D32C8"/>
    <w:multiLevelType w:val="hybridMultilevel"/>
    <w:tmpl w:val="BECE61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9" w15:restartNumberingAfterBreak="0">
    <w:nsid w:val="7EDD2676"/>
    <w:multiLevelType w:val="multilevel"/>
    <w:tmpl w:val="F14479E0"/>
    <w:lvl w:ilvl="0">
      <w:start w:val="1"/>
      <w:numFmt w:val="bullet"/>
      <w:lvlText w:val="o"/>
      <w:lvlJc w:val="left"/>
      <w:pPr>
        <w:tabs>
          <w:tab w:val="num" w:pos="1069"/>
        </w:tabs>
        <w:ind w:left="1069" w:hanging="360"/>
      </w:pPr>
      <w:rPr>
        <w:rFonts w:ascii="Courier New" w:hAnsi="Courier New" w:cs="Courier New"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num w:numId="1" w16cid:durableId="920456460">
    <w:abstractNumId w:val="84"/>
  </w:num>
  <w:num w:numId="2" w16cid:durableId="1714504154">
    <w:abstractNumId w:val="121"/>
  </w:num>
  <w:num w:numId="3" w16cid:durableId="1438333603">
    <w:abstractNumId w:val="73"/>
  </w:num>
  <w:num w:numId="4" w16cid:durableId="1426874890">
    <w:abstractNumId w:val="131"/>
  </w:num>
  <w:num w:numId="5" w16cid:durableId="89666821">
    <w:abstractNumId w:val="94"/>
  </w:num>
  <w:num w:numId="6" w16cid:durableId="808980527">
    <w:abstractNumId w:val="135"/>
  </w:num>
  <w:num w:numId="7" w16cid:durableId="649988925">
    <w:abstractNumId w:val="51"/>
  </w:num>
  <w:num w:numId="8" w16cid:durableId="179316488">
    <w:abstractNumId w:val="67"/>
  </w:num>
  <w:num w:numId="9" w16cid:durableId="535702719">
    <w:abstractNumId w:val="95"/>
  </w:num>
  <w:num w:numId="10" w16cid:durableId="55008088">
    <w:abstractNumId w:val="68"/>
  </w:num>
  <w:num w:numId="11" w16cid:durableId="1714840467">
    <w:abstractNumId w:val="39"/>
  </w:num>
  <w:num w:numId="12" w16cid:durableId="1649894447">
    <w:abstractNumId w:val="101"/>
  </w:num>
  <w:num w:numId="13" w16cid:durableId="1413620037">
    <w:abstractNumId w:val="133"/>
  </w:num>
  <w:num w:numId="14" w16cid:durableId="1407142177">
    <w:abstractNumId w:val="22"/>
  </w:num>
  <w:num w:numId="15" w16cid:durableId="34353101">
    <w:abstractNumId w:val="16"/>
  </w:num>
  <w:num w:numId="16" w16cid:durableId="1715039725">
    <w:abstractNumId w:val="98"/>
  </w:num>
  <w:num w:numId="17" w16cid:durableId="1756433939">
    <w:abstractNumId w:val="42"/>
  </w:num>
  <w:num w:numId="18" w16cid:durableId="1393116726">
    <w:abstractNumId w:val="162"/>
  </w:num>
  <w:num w:numId="19" w16cid:durableId="178544539">
    <w:abstractNumId w:val="34"/>
  </w:num>
  <w:num w:numId="20" w16cid:durableId="344207187">
    <w:abstractNumId w:val="97"/>
  </w:num>
  <w:num w:numId="21" w16cid:durableId="684749107">
    <w:abstractNumId w:val="139"/>
  </w:num>
  <w:num w:numId="22" w16cid:durableId="741678552">
    <w:abstractNumId w:val="30"/>
  </w:num>
  <w:num w:numId="23" w16cid:durableId="1356074403">
    <w:abstractNumId w:val="157"/>
  </w:num>
  <w:num w:numId="24" w16cid:durableId="1801804274">
    <w:abstractNumId w:val="123"/>
  </w:num>
  <w:num w:numId="25" w16cid:durableId="248126016">
    <w:abstractNumId w:val="128"/>
  </w:num>
  <w:num w:numId="26" w16cid:durableId="2026859599">
    <w:abstractNumId w:val="36"/>
  </w:num>
  <w:num w:numId="27" w16cid:durableId="712852060">
    <w:abstractNumId w:val="142"/>
  </w:num>
  <w:num w:numId="28" w16cid:durableId="1567302527">
    <w:abstractNumId w:val="21"/>
  </w:num>
  <w:num w:numId="29" w16cid:durableId="1209076352">
    <w:abstractNumId w:val="158"/>
  </w:num>
  <w:num w:numId="30" w16cid:durableId="599990668">
    <w:abstractNumId w:val="88"/>
  </w:num>
  <w:num w:numId="31" w16cid:durableId="485168792">
    <w:abstractNumId w:val="52"/>
  </w:num>
  <w:num w:numId="32" w16cid:durableId="2134058274">
    <w:abstractNumId w:val="153"/>
  </w:num>
  <w:num w:numId="33" w16cid:durableId="1726677978">
    <w:abstractNumId w:val="124"/>
  </w:num>
  <w:num w:numId="34" w16cid:durableId="1061028136">
    <w:abstractNumId w:val="29"/>
  </w:num>
  <w:num w:numId="35" w16cid:durableId="1246917204">
    <w:abstractNumId w:val="136"/>
  </w:num>
  <w:num w:numId="36" w16cid:durableId="1984191824">
    <w:abstractNumId w:val="108"/>
  </w:num>
  <w:num w:numId="37" w16cid:durableId="1423184166">
    <w:abstractNumId w:val="13"/>
  </w:num>
  <w:num w:numId="38" w16cid:durableId="652637951">
    <w:abstractNumId w:val="152"/>
  </w:num>
  <w:num w:numId="39" w16cid:durableId="1804494589">
    <w:abstractNumId w:val="127"/>
  </w:num>
  <w:num w:numId="40" w16cid:durableId="103233796">
    <w:abstractNumId w:val="90"/>
  </w:num>
  <w:num w:numId="41" w16cid:durableId="1578857017">
    <w:abstractNumId w:val="144"/>
  </w:num>
  <w:num w:numId="42" w16cid:durableId="2035108635">
    <w:abstractNumId w:val="19"/>
  </w:num>
  <w:num w:numId="43" w16cid:durableId="1616407338">
    <w:abstractNumId w:val="100"/>
  </w:num>
  <w:num w:numId="44" w16cid:durableId="766926034">
    <w:abstractNumId w:val="18"/>
  </w:num>
  <w:num w:numId="45" w16cid:durableId="1468427407">
    <w:abstractNumId w:val="80"/>
  </w:num>
  <w:num w:numId="46" w16cid:durableId="1584148934">
    <w:abstractNumId w:val="154"/>
  </w:num>
  <w:num w:numId="47" w16cid:durableId="547180128">
    <w:abstractNumId w:val="78"/>
  </w:num>
  <w:num w:numId="48" w16cid:durableId="45422261">
    <w:abstractNumId w:val="163"/>
  </w:num>
  <w:num w:numId="49" w16cid:durableId="252206958">
    <w:abstractNumId w:val="141"/>
  </w:num>
  <w:num w:numId="50" w16cid:durableId="1616861498">
    <w:abstractNumId w:val="99"/>
  </w:num>
  <w:num w:numId="51" w16cid:durableId="651447998">
    <w:abstractNumId w:val="32"/>
  </w:num>
  <w:num w:numId="52" w16cid:durableId="1988778071">
    <w:abstractNumId w:val="134"/>
  </w:num>
  <w:num w:numId="53" w16cid:durableId="862667332">
    <w:abstractNumId w:val="86"/>
  </w:num>
  <w:num w:numId="54" w16cid:durableId="443967812">
    <w:abstractNumId w:val="50"/>
  </w:num>
  <w:num w:numId="55" w16cid:durableId="789982523">
    <w:abstractNumId w:val="118"/>
  </w:num>
  <w:num w:numId="56" w16cid:durableId="657002970">
    <w:abstractNumId w:val="117"/>
  </w:num>
  <w:num w:numId="57" w16cid:durableId="1323045505">
    <w:abstractNumId w:val="15"/>
  </w:num>
  <w:num w:numId="58" w16cid:durableId="542600652">
    <w:abstractNumId w:val="167"/>
  </w:num>
  <w:num w:numId="59" w16cid:durableId="2103867068">
    <w:abstractNumId w:val="33"/>
  </w:num>
  <w:num w:numId="60" w16cid:durableId="318266024">
    <w:abstractNumId w:val="91"/>
  </w:num>
  <w:num w:numId="61" w16cid:durableId="1997146810">
    <w:abstractNumId w:val="82"/>
  </w:num>
  <w:num w:numId="62" w16cid:durableId="1338389892">
    <w:abstractNumId w:val="53"/>
  </w:num>
  <w:num w:numId="63" w16cid:durableId="2035031985">
    <w:abstractNumId w:val="170"/>
  </w:num>
  <w:num w:numId="64" w16cid:durableId="972902646">
    <w:abstractNumId w:val="179"/>
  </w:num>
  <w:num w:numId="65" w16cid:durableId="1586957395">
    <w:abstractNumId w:val="125"/>
  </w:num>
  <w:num w:numId="66" w16cid:durableId="1253201810">
    <w:abstractNumId w:val="171"/>
  </w:num>
  <w:num w:numId="67" w16cid:durableId="487019565">
    <w:abstractNumId w:val="83"/>
  </w:num>
  <w:num w:numId="68" w16cid:durableId="1378050326">
    <w:abstractNumId w:val="27"/>
  </w:num>
  <w:num w:numId="69" w16cid:durableId="670983297">
    <w:abstractNumId w:val="96"/>
  </w:num>
  <w:num w:numId="70" w16cid:durableId="1526822964">
    <w:abstractNumId w:val="137"/>
  </w:num>
  <w:num w:numId="71" w16cid:durableId="114064518">
    <w:abstractNumId w:val="164"/>
  </w:num>
  <w:num w:numId="72" w16cid:durableId="2069649832">
    <w:abstractNumId w:val="129"/>
  </w:num>
  <w:num w:numId="73" w16cid:durableId="1017343171">
    <w:abstractNumId w:val="114"/>
  </w:num>
  <w:num w:numId="74" w16cid:durableId="1269921546">
    <w:abstractNumId w:val="43"/>
  </w:num>
  <w:num w:numId="75" w16cid:durableId="1444688695">
    <w:abstractNumId w:val="146"/>
  </w:num>
  <w:num w:numId="76" w16cid:durableId="1096291383">
    <w:abstractNumId w:val="122"/>
  </w:num>
  <w:num w:numId="77" w16cid:durableId="2124492372">
    <w:abstractNumId w:val="87"/>
  </w:num>
  <w:num w:numId="78" w16cid:durableId="135487990">
    <w:abstractNumId w:val="172"/>
  </w:num>
  <w:num w:numId="79" w16cid:durableId="462433003">
    <w:abstractNumId w:val="161"/>
  </w:num>
  <w:num w:numId="80" w16cid:durableId="371003623">
    <w:abstractNumId w:val="70"/>
  </w:num>
  <w:num w:numId="81" w16cid:durableId="350762424">
    <w:abstractNumId w:val="12"/>
  </w:num>
  <w:num w:numId="82" w16cid:durableId="1112474575">
    <w:abstractNumId w:val="10"/>
  </w:num>
  <w:num w:numId="83" w16cid:durableId="1928691564">
    <w:abstractNumId w:val="9"/>
  </w:num>
  <w:num w:numId="84" w16cid:durableId="335498459">
    <w:abstractNumId w:val="11"/>
  </w:num>
  <w:num w:numId="85" w16cid:durableId="1568686365">
    <w:abstractNumId w:val="7"/>
  </w:num>
  <w:num w:numId="86" w16cid:durableId="169832380">
    <w:abstractNumId w:val="6"/>
  </w:num>
  <w:num w:numId="87" w16cid:durableId="1244992562">
    <w:abstractNumId w:val="178"/>
  </w:num>
  <w:num w:numId="88" w16cid:durableId="688488276">
    <w:abstractNumId w:val="176"/>
  </w:num>
  <w:num w:numId="89" w16cid:durableId="327367264">
    <w:abstractNumId w:val="112"/>
  </w:num>
  <w:num w:numId="90" w16cid:durableId="651564728">
    <w:abstractNumId w:val="145"/>
  </w:num>
  <w:num w:numId="91" w16cid:durableId="1166171945">
    <w:abstractNumId w:val="77"/>
  </w:num>
  <w:num w:numId="92" w16cid:durableId="1066685760">
    <w:abstractNumId w:val="174"/>
  </w:num>
  <w:num w:numId="93" w16cid:durableId="1011025008">
    <w:abstractNumId w:val="103"/>
  </w:num>
  <w:num w:numId="94" w16cid:durableId="562525888">
    <w:abstractNumId w:val="175"/>
  </w:num>
  <w:num w:numId="95" w16cid:durableId="181554882">
    <w:abstractNumId w:val="25"/>
  </w:num>
  <w:num w:numId="96" w16cid:durableId="1907959752">
    <w:abstractNumId w:val="46"/>
  </w:num>
  <w:num w:numId="97" w16cid:durableId="749423366">
    <w:abstractNumId w:val="63"/>
  </w:num>
  <w:num w:numId="98" w16cid:durableId="1496872720">
    <w:abstractNumId w:val="159"/>
  </w:num>
  <w:num w:numId="99" w16cid:durableId="1026490790">
    <w:abstractNumId w:val="120"/>
  </w:num>
  <w:num w:numId="100" w16cid:durableId="2090536166">
    <w:abstractNumId w:val="24"/>
  </w:num>
  <w:num w:numId="101" w16cid:durableId="448934635">
    <w:abstractNumId w:val="38"/>
  </w:num>
  <w:num w:numId="102" w16cid:durableId="1325354542">
    <w:abstractNumId w:val="119"/>
  </w:num>
  <w:num w:numId="103" w16cid:durableId="370883870">
    <w:abstractNumId w:val="156"/>
  </w:num>
  <w:num w:numId="104" w16cid:durableId="1187909132">
    <w:abstractNumId w:val="64"/>
  </w:num>
  <w:num w:numId="105" w16cid:durableId="1435318463">
    <w:abstractNumId w:val="58"/>
  </w:num>
  <w:num w:numId="106" w16cid:durableId="977683989">
    <w:abstractNumId w:val="57"/>
  </w:num>
  <w:num w:numId="107" w16cid:durableId="841318072">
    <w:abstractNumId w:val="110"/>
  </w:num>
  <w:num w:numId="108" w16cid:durableId="17195749">
    <w:abstractNumId w:val="74"/>
  </w:num>
  <w:num w:numId="109" w16cid:durableId="2139029921">
    <w:abstractNumId w:val="93"/>
  </w:num>
  <w:num w:numId="110" w16cid:durableId="1952855003">
    <w:abstractNumId w:val="89"/>
  </w:num>
  <w:num w:numId="111" w16cid:durableId="739863436">
    <w:abstractNumId w:val="55"/>
  </w:num>
  <w:num w:numId="112" w16cid:durableId="308828909">
    <w:abstractNumId w:val="65"/>
  </w:num>
  <w:num w:numId="113" w16cid:durableId="161969631">
    <w:abstractNumId w:val="149"/>
  </w:num>
  <w:num w:numId="114" w16cid:durableId="711002533">
    <w:abstractNumId w:val="92"/>
  </w:num>
  <w:num w:numId="115" w16cid:durableId="1861315408">
    <w:abstractNumId w:val="35"/>
  </w:num>
  <w:num w:numId="116" w16cid:durableId="235748593">
    <w:abstractNumId w:val="61"/>
  </w:num>
  <w:num w:numId="117" w16cid:durableId="44766780">
    <w:abstractNumId w:val="109"/>
  </w:num>
  <w:num w:numId="118" w16cid:durableId="1131947822">
    <w:abstractNumId w:val="81"/>
  </w:num>
  <w:num w:numId="119" w16cid:durableId="1923179242">
    <w:abstractNumId w:val="54"/>
  </w:num>
  <w:num w:numId="120" w16cid:durableId="1017659131">
    <w:abstractNumId w:val="17"/>
  </w:num>
  <w:num w:numId="121" w16cid:durableId="1008795796">
    <w:abstractNumId w:val="126"/>
  </w:num>
  <w:num w:numId="122" w16cid:durableId="1511530232">
    <w:abstractNumId w:val="113"/>
  </w:num>
  <w:num w:numId="123" w16cid:durableId="1638219863">
    <w:abstractNumId w:val="28"/>
  </w:num>
  <w:num w:numId="124" w16cid:durableId="683092854">
    <w:abstractNumId w:val="151"/>
  </w:num>
  <w:num w:numId="125" w16cid:durableId="1033116649">
    <w:abstractNumId w:val="177"/>
  </w:num>
  <w:num w:numId="126" w16cid:durableId="735469789">
    <w:abstractNumId w:val="147"/>
  </w:num>
  <w:num w:numId="127" w16cid:durableId="864173671">
    <w:abstractNumId w:val="140"/>
  </w:num>
  <w:num w:numId="128" w16cid:durableId="1670795294">
    <w:abstractNumId w:val="79"/>
  </w:num>
  <w:num w:numId="129" w16cid:durableId="1671710272">
    <w:abstractNumId w:val="168"/>
  </w:num>
  <w:num w:numId="130" w16cid:durableId="1238320869">
    <w:abstractNumId w:val="111"/>
  </w:num>
  <w:num w:numId="131" w16cid:durableId="1321155475">
    <w:abstractNumId w:val="75"/>
  </w:num>
  <w:num w:numId="132" w16cid:durableId="953712481">
    <w:abstractNumId w:val="105"/>
  </w:num>
  <w:num w:numId="133" w16cid:durableId="1636987504">
    <w:abstractNumId w:val="14"/>
  </w:num>
  <w:num w:numId="134" w16cid:durableId="20595147">
    <w:abstractNumId w:val="143"/>
  </w:num>
  <w:num w:numId="135" w16cid:durableId="1789154412">
    <w:abstractNumId w:val="71"/>
  </w:num>
  <w:num w:numId="136" w16cid:durableId="1074594856">
    <w:abstractNumId w:val="23"/>
  </w:num>
  <w:num w:numId="137" w16cid:durableId="293877316">
    <w:abstractNumId w:val="56"/>
  </w:num>
  <w:num w:numId="138" w16cid:durableId="850072567">
    <w:abstractNumId w:val="62"/>
  </w:num>
  <w:num w:numId="139" w16cid:durableId="247739381">
    <w:abstractNumId w:val="20"/>
  </w:num>
  <w:num w:numId="140" w16cid:durableId="366757873">
    <w:abstractNumId w:val="155"/>
  </w:num>
  <w:num w:numId="141" w16cid:durableId="527568761">
    <w:abstractNumId w:val="59"/>
  </w:num>
  <w:num w:numId="142" w16cid:durableId="1749763100">
    <w:abstractNumId w:val="132"/>
  </w:num>
  <w:num w:numId="143" w16cid:durableId="1887720052">
    <w:abstractNumId w:val="60"/>
  </w:num>
  <w:num w:numId="144" w16cid:durableId="863788767">
    <w:abstractNumId w:val="160"/>
  </w:num>
  <w:num w:numId="145" w16cid:durableId="1504324176">
    <w:abstractNumId w:val="45"/>
  </w:num>
  <w:num w:numId="146" w16cid:durableId="1348366387">
    <w:abstractNumId w:val="72"/>
  </w:num>
  <w:num w:numId="147" w16cid:durableId="448821726">
    <w:abstractNumId w:val="173"/>
  </w:num>
  <w:num w:numId="148" w16cid:durableId="1135021793">
    <w:abstractNumId w:val="102"/>
  </w:num>
  <w:num w:numId="149" w16cid:durableId="1836146922">
    <w:abstractNumId w:val="130"/>
  </w:num>
  <w:num w:numId="150" w16cid:durableId="405761648">
    <w:abstractNumId w:val="69"/>
  </w:num>
  <w:num w:numId="151" w16cid:durableId="177089788">
    <w:abstractNumId w:val="37"/>
  </w:num>
  <w:num w:numId="152" w16cid:durableId="426391368">
    <w:abstractNumId w:val="31"/>
  </w:num>
  <w:num w:numId="153" w16cid:durableId="1687901763">
    <w:abstractNumId w:val="138"/>
  </w:num>
  <w:num w:numId="154" w16cid:durableId="1028487057">
    <w:abstractNumId w:val="148"/>
  </w:num>
  <w:num w:numId="155" w16cid:durableId="1264461571">
    <w:abstractNumId w:val="44"/>
  </w:num>
  <w:num w:numId="156" w16cid:durableId="1584948233">
    <w:abstractNumId w:val="8"/>
  </w:num>
  <w:num w:numId="157" w16cid:durableId="406610972">
    <w:abstractNumId w:val="5"/>
  </w:num>
  <w:num w:numId="158" w16cid:durableId="1924951366">
    <w:abstractNumId w:val="4"/>
  </w:num>
  <w:num w:numId="159" w16cid:durableId="1337880551">
    <w:abstractNumId w:val="3"/>
  </w:num>
  <w:num w:numId="160" w16cid:durableId="1260406574">
    <w:abstractNumId w:val="1"/>
  </w:num>
  <w:num w:numId="161" w16cid:durableId="1498032786">
    <w:abstractNumId w:val="41"/>
  </w:num>
  <w:num w:numId="162" w16cid:durableId="1166087845">
    <w:abstractNumId w:val="107"/>
  </w:num>
  <w:num w:numId="163" w16cid:durableId="1986544544">
    <w:abstractNumId w:val="150"/>
  </w:num>
  <w:num w:numId="164" w16cid:durableId="435172284">
    <w:abstractNumId w:val="165"/>
  </w:num>
  <w:num w:numId="165" w16cid:durableId="285043233">
    <w:abstractNumId w:val="40"/>
  </w:num>
  <w:num w:numId="166" w16cid:durableId="1773550531">
    <w:abstractNumId w:val="2"/>
  </w:num>
  <w:num w:numId="167" w16cid:durableId="1276717310">
    <w:abstractNumId w:val="66"/>
  </w:num>
  <w:num w:numId="168" w16cid:durableId="6253570">
    <w:abstractNumId w:val="0"/>
  </w:num>
  <w:num w:numId="169" w16cid:durableId="220026518">
    <w:abstractNumId w:val="26"/>
  </w:num>
  <w:num w:numId="170" w16cid:durableId="1428573216">
    <w:abstractNumId w:val="48"/>
  </w:num>
  <w:num w:numId="171" w16cid:durableId="1912806742">
    <w:abstractNumId w:val="49"/>
  </w:num>
  <w:num w:numId="172" w16cid:durableId="1631133773">
    <w:abstractNumId w:val="166"/>
  </w:num>
  <w:num w:numId="173" w16cid:durableId="1052732115">
    <w:abstractNumId w:val="106"/>
  </w:num>
  <w:num w:numId="174" w16cid:durableId="1190949838">
    <w:abstractNumId w:val="85"/>
  </w:num>
  <w:num w:numId="175" w16cid:durableId="1749306769">
    <w:abstractNumId w:val="169"/>
  </w:num>
  <w:num w:numId="176" w16cid:durableId="1807239045">
    <w:abstractNumId w:val="49"/>
    <w:lvlOverride w:ilvl="0">
      <w:startOverride w:val="1"/>
    </w:lvlOverride>
  </w:num>
  <w:num w:numId="177" w16cid:durableId="1577205322">
    <w:abstractNumId w:val="49"/>
    <w:lvlOverride w:ilvl="0">
      <w:startOverride w:val="1"/>
    </w:lvlOverride>
  </w:num>
  <w:num w:numId="178" w16cid:durableId="181020519">
    <w:abstractNumId w:val="115"/>
  </w:num>
  <w:num w:numId="179" w16cid:durableId="888415286">
    <w:abstractNumId w:val="49"/>
    <w:lvlOverride w:ilvl="0">
      <w:startOverride w:val="1"/>
    </w:lvlOverride>
  </w:num>
  <w:num w:numId="180" w16cid:durableId="67726891">
    <w:abstractNumId w:val="76"/>
  </w:num>
  <w:num w:numId="181" w16cid:durableId="799877588">
    <w:abstractNumId w:val="49"/>
    <w:lvlOverride w:ilvl="0">
      <w:startOverride w:val="1"/>
    </w:lvlOverride>
  </w:num>
  <w:num w:numId="182" w16cid:durableId="1882282035">
    <w:abstractNumId w:val="49"/>
    <w:lvlOverride w:ilvl="0">
      <w:startOverride w:val="1"/>
    </w:lvlOverride>
  </w:num>
  <w:num w:numId="183" w16cid:durableId="894198310">
    <w:abstractNumId w:val="104"/>
  </w:num>
  <w:num w:numId="184" w16cid:durableId="1767192776">
    <w:abstractNumId w:val="49"/>
    <w:lvlOverride w:ilvl="0">
      <w:startOverride w:val="1"/>
    </w:lvlOverride>
  </w:num>
  <w:num w:numId="185" w16cid:durableId="2057269028">
    <w:abstractNumId w:val="49"/>
    <w:lvlOverride w:ilvl="0">
      <w:startOverride w:val="1"/>
    </w:lvlOverride>
  </w:num>
  <w:num w:numId="186" w16cid:durableId="1136412678">
    <w:abstractNumId w:val="116"/>
  </w:num>
  <w:num w:numId="187" w16cid:durableId="527959589">
    <w:abstractNumId w:val="49"/>
    <w:lvlOverride w:ilvl="0">
      <w:startOverride w:val="1"/>
    </w:lvlOverride>
  </w:num>
  <w:num w:numId="188" w16cid:durableId="55663424">
    <w:abstractNumId w:val="49"/>
    <w:lvlOverride w:ilvl="0">
      <w:startOverride w:val="1"/>
    </w:lvlOverride>
  </w:num>
  <w:num w:numId="189" w16cid:durableId="169294020">
    <w:abstractNumId w:val="48"/>
    <w:lvlOverride w:ilvl="0">
      <w:startOverride w:val="1"/>
    </w:lvlOverride>
  </w:num>
  <w:num w:numId="190" w16cid:durableId="1681618870">
    <w:abstractNumId w:val="49"/>
    <w:lvlOverride w:ilvl="0">
      <w:startOverride w:val="1"/>
    </w:lvlOverride>
  </w:num>
  <w:num w:numId="191" w16cid:durableId="2068339678">
    <w:abstractNumId w:val="48"/>
    <w:lvlOverride w:ilvl="0">
      <w:startOverride w:val="1"/>
    </w:lvlOverride>
  </w:num>
  <w:num w:numId="192" w16cid:durableId="1893274155">
    <w:abstractNumId w:val="49"/>
    <w:lvlOverride w:ilvl="0">
      <w:startOverride w:val="1"/>
    </w:lvlOverride>
  </w:num>
  <w:num w:numId="193" w16cid:durableId="134834894">
    <w:abstractNumId w:val="47"/>
  </w:num>
  <w:num w:numId="194" w16cid:durableId="321783278">
    <w:abstractNumId w:val="49"/>
    <w:lvlOverride w:ilvl="0">
      <w:startOverride w:val="1"/>
    </w:lvlOverride>
  </w:num>
  <w:num w:numId="195" w16cid:durableId="797186686">
    <w:abstractNumId w:val="26"/>
    <w:lvlOverride w:ilvl="0">
      <w:startOverride w:val="1"/>
    </w:lvlOverride>
  </w:num>
  <w:num w:numId="196" w16cid:durableId="2026397387">
    <w:abstractNumId w:val="48"/>
    <w:lvlOverride w:ilvl="0">
      <w:startOverride w:val="1"/>
    </w:lvlOverride>
  </w:num>
  <w:num w:numId="197" w16cid:durableId="914364298">
    <w:abstractNumId w:val="49"/>
    <w:lvlOverride w:ilvl="0">
      <w:startOverride w:val="1"/>
    </w:lvlOverride>
  </w:num>
  <w:num w:numId="198" w16cid:durableId="1616254865">
    <w:abstractNumId w:val="49"/>
    <w:lvlOverride w:ilvl="0">
      <w:startOverride w:val="1"/>
    </w:lvlOverride>
  </w:num>
  <w:num w:numId="199" w16cid:durableId="278953949">
    <w:abstractNumId w:val="49"/>
    <w:lvlOverride w:ilvl="0">
      <w:startOverride w:val="1"/>
    </w:lvlOverride>
  </w:num>
  <w:num w:numId="200" w16cid:durableId="1491100683">
    <w:abstractNumId w:val="49"/>
    <w:lvlOverride w:ilvl="0">
      <w:startOverride w:val="1"/>
    </w:lvlOverride>
  </w:num>
  <w:num w:numId="201" w16cid:durableId="564296940">
    <w:abstractNumId w:val="49"/>
    <w:lvlOverride w:ilvl="0">
      <w:startOverride w:val="1"/>
    </w:lvlOverride>
  </w:num>
  <w:num w:numId="202" w16cid:durableId="597642868">
    <w:abstractNumId w:val="49"/>
    <w:lvlOverride w:ilvl="0">
      <w:startOverride w:val="1"/>
    </w:lvlOverride>
  </w:num>
  <w:num w:numId="203" w16cid:durableId="568657292">
    <w:abstractNumId w:val="49"/>
    <w:lvlOverride w:ilvl="0">
      <w:startOverride w:val="1"/>
    </w:lvlOverride>
  </w:num>
  <w:num w:numId="204" w16cid:durableId="721170695">
    <w:abstractNumId w:val="49"/>
    <w:lvlOverride w:ilvl="0">
      <w:startOverride w:val="1"/>
    </w:lvlOverride>
  </w:num>
  <w:num w:numId="205" w16cid:durableId="322007541">
    <w:abstractNumId w:val="49"/>
    <w:lvlOverride w:ilvl="0">
      <w:startOverride w:val="1"/>
    </w:lvlOverride>
  </w:num>
  <w:num w:numId="206" w16cid:durableId="1124424389">
    <w:abstractNumId w:val="49"/>
    <w:lvlOverride w:ilvl="0">
      <w:startOverride w:val="1"/>
    </w:lvlOverride>
  </w:num>
  <w:num w:numId="207" w16cid:durableId="1116290487">
    <w:abstractNumId w:val="48"/>
    <w:lvlOverride w:ilvl="0">
      <w:startOverride w:val="1"/>
    </w:lvlOverride>
  </w:num>
  <w:num w:numId="208" w16cid:durableId="1844200873">
    <w:abstractNumId w:val="49"/>
    <w:lvlOverride w:ilvl="0">
      <w:startOverride w:val="1"/>
    </w:lvlOverride>
  </w:num>
  <w:num w:numId="209" w16cid:durableId="1953438976">
    <w:abstractNumId w:val="48"/>
    <w:lvlOverride w:ilvl="0">
      <w:startOverride w:val="1"/>
    </w:lvlOverride>
  </w:num>
  <w:num w:numId="210" w16cid:durableId="1282956813">
    <w:abstractNumId w:val="49"/>
    <w:lvlOverride w:ilvl="0">
      <w:startOverride w:val="1"/>
    </w:lvlOverride>
  </w:num>
  <w:num w:numId="211" w16cid:durableId="940914386">
    <w:abstractNumId w:val="49"/>
    <w:lvlOverride w:ilvl="0">
      <w:startOverride w:val="1"/>
    </w:lvlOverride>
  </w:num>
  <w:num w:numId="212" w16cid:durableId="1299065701">
    <w:abstractNumId w:val="48"/>
    <w:lvlOverride w:ilvl="0">
      <w:startOverride w:val="1"/>
    </w:lvlOverride>
  </w:num>
  <w:num w:numId="213" w16cid:durableId="633950836">
    <w:abstractNumId w:val="26"/>
    <w:lvlOverride w:ilvl="0">
      <w:startOverride w:val="1"/>
    </w:lvlOverride>
  </w:num>
  <w:num w:numId="214" w16cid:durableId="820775205">
    <w:abstractNumId w:val="4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23E"/>
    <w:rsid w:val="00090689"/>
    <w:rsid w:val="00265DF2"/>
    <w:rsid w:val="002701B9"/>
    <w:rsid w:val="0027523E"/>
    <w:rsid w:val="00280243"/>
    <w:rsid w:val="0032192F"/>
    <w:rsid w:val="003D765F"/>
    <w:rsid w:val="004616C6"/>
    <w:rsid w:val="004A6A30"/>
    <w:rsid w:val="004F63CF"/>
    <w:rsid w:val="0055216C"/>
    <w:rsid w:val="005622B1"/>
    <w:rsid w:val="005639FC"/>
    <w:rsid w:val="0057576A"/>
    <w:rsid w:val="005F56E8"/>
    <w:rsid w:val="00647B8B"/>
    <w:rsid w:val="00724BA5"/>
    <w:rsid w:val="007353D0"/>
    <w:rsid w:val="007A3A58"/>
    <w:rsid w:val="00882EDC"/>
    <w:rsid w:val="009605DB"/>
    <w:rsid w:val="00A64289"/>
    <w:rsid w:val="00A73163"/>
    <w:rsid w:val="00B231A8"/>
    <w:rsid w:val="00BB0F51"/>
    <w:rsid w:val="00BF194F"/>
    <w:rsid w:val="00C21B40"/>
    <w:rsid w:val="00C26C72"/>
    <w:rsid w:val="00C66397"/>
    <w:rsid w:val="00C86003"/>
    <w:rsid w:val="00C9467B"/>
    <w:rsid w:val="00CC0805"/>
    <w:rsid w:val="00CF0B0E"/>
    <w:rsid w:val="00DA106D"/>
    <w:rsid w:val="00DC177F"/>
    <w:rsid w:val="00E626E2"/>
    <w:rsid w:val="00E658CF"/>
    <w:rsid w:val="00E76892"/>
    <w:rsid w:val="00F02FEB"/>
    <w:rsid w:val="00FC1D8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83543"/>
  <w15:chartTrackingRefBased/>
  <w15:docId w15:val="{974A620E-69DE-471E-93B4-389C330EB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23E"/>
    <w:pPr>
      <w:spacing w:after="200" w:line="276" w:lineRule="auto"/>
    </w:pPr>
    <w:rPr>
      <w:kern w:val="0"/>
      <w:sz w:val="22"/>
      <w:szCs w:val="22"/>
      <w14:ligatures w14:val="none"/>
    </w:rPr>
  </w:style>
  <w:style w:type="paragraph" w:styleId="Titre1">
    <w:name w:val="heading 1"/>
    <w:basedOn w:val="Normal"/>
    <w:next w:val="Normal"/>
    <w:link w:val="Titre1Car"/>
    <w:uiPriority w:val="9"/>
    <w:qFormat/>
    <w:rsid w:val="0027523E"/>
    <w:pPr>
      <w:keepNext/>
      <w:keepLines/>
      <w:spacing w:before="360" w:after="80"/>
      <w:jc w:val="both"/>
      <w:outlineLvl w:val="0"/>
    </w:pPr>
    <w:rPr>
      <w:rFonts w:ascii="Arial" w:eastAsiaTheme="majorEastAsia" w:hAnsi="Arial" w:cstheme="majorBidi"/>
      <w:b/>
      <w:sz w:val="32"/>
      <w:szCs w:val="40"/>
    </w:rPr>
  </w:style>
  <w:style w:type="paragraph" w:styleId="Titre2">
    <w:name w:val="heading 2"/>
    <w:basedOn w:val="Normal"/>
    <w:next w:val="Normal"/>
    <w:link w:val="Titre2Car"/>
    <w:uiPriority w:val="9"/>
    <w:unhideWhenUsed/>
    <w:qFormat/>
    <w:rsid w:val="0027523E"/>
    <w:pPr>
      <w:keepNext/>
      <w:keepLines/>
      <w:numPr>
        <w:numId w:val="169"/>
      </w:numPr>
      <w:spacing w:before="160" w:after="80"/>
      <w:outlineLvl w:val="1"/>
    </w:pPr>
    <w:rPr>
      <w:rFonts w:ascii="Arial" w:eastAsiaTheme="majorEastAsia" w:hAnsi="Arial" w:cstheme="majorBidi"/>
      <w:b/>
      <w:sz w:val="28"/>
      <w:szCs w:val="32"/>
    </w:rPr>
  </w:style>
  <w:style w:type="paragraph" w:styleId="Titre3">
    <w:name w:val="heading 3"/>
    <w:basedOn w:val="Normal"/>
    <w:next w:val="Normal"/>
    <w:link w:val="Titre3Car"/>
    <w:uiPriority w:val="9"/>
    <w:unhideWhenUsed/>
    <w:qFormat/>
    <w:rsid w:val="0027523E"/>
    <w:pPr>
      <w:keepNext/>
      <w:keepLines/>
      <w:numPr>
        <w:numId w:val="170"/>
      </w:numPr>
      <w:spacing w:before="160" w:after="80"/>
      <w:jc w:val="both"/>
      <w:outlineLvl w:val="2"/>
    </w:pPr>
    <w:rPr>
      <w:rFonts w:ascii="Arial" w:eastAsiaTheme="majorEastAsia" w:hAnsi="Arial" w:cstheme="majorBidi"/>
      <w:b/>
      <w:sz w:val="24"/>
      <w:szCs w:val="28"/>
    </w:rPr>
  </w:style>
  <w:style w:type="paragraph" w:styleId="Titre4">
    <w:name w:val="heading 4"/>
    <w:basedOn w:val="Normal"/>
    <w:next w:val="Normal"/>
    <w:link w:val="Titre4Car"/>
    <w:uiPriority w:val="9"/>
    <w:unhideWhenUsed/>
    <w:qFormat/>
    <w:rsid w:val="0027523E"/>
    <w:pPr>
      <w:keepNext/>
      <w:keepLines/>
      <w:numPr>
        <w:numId w:val="171"/>
      </w:numPr>
      <w:spacing w:before="80" w:after="40"/>
      <w:jc w:val="both"/>
      <w:outlineLvl w:val="3"/>
    </w:pPr>
    <w:rPr>
      <w:rFonts w:ascii="Arial" w:eastAsiaTheme="majorEastAsia" w:hAnsi="Arial" w:cstheme="majorBidi"/>
      <w:b/>
      <w:i/>
      <w:iCs/>
    </w:rPr>
  </w:style>
  <w:style w:type="paragraph" w:styleId="Titre5">
    <w:name w:val="heading 5"/>
    <w:basedOn w:val="Normal"/>
    <w:next w:val="Normal"/>
    <w:link w:val="Titre5Car"/>
    <w:uiPriority w:val="9"/>
    <w:unhideWhenUsed/>
    <w:qFormat/>
    <w:rsid w:val="0027523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unhideWhenUsed/>
    <w:qFormat/>
    <w:rsid w:val="0027523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unhideWhenUsed/>
    <w:qFormat/>
    <w:rsid w:val="0027523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7523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7523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7523E"/>
    <w:rPr>
      <w:rFonts w:ascii="Arial" w:eastAsiaTheme="majorEastAsia" w:hAnsi="Arial" w:cstheme="majorBidi"/>
      <w:b/>
      <w:kern w:val="0"/>
      <w:sz w:val="32"/>
      <w:szCs w:val="40"/>
      <w14:ligatures w14:val="none"/>
    </w:rPr>
  </w:style>
  <w:style w:type="character" w:customStyle="1" w:styleId="Titre2Car">
    <w:name w:val="Titre 2 Car"/>
    <w:basedOn w:val="Policepardfaut"/>
    <w:link w:val="Titre2"/>
    <w:uiPriority w:val="9"/>
    <w:rsid w:val="0027523E"/>
    <w:rPr>
      <w:rFonts w:ascii="Arial" w:eastAsiaTheme="majorEastAsia" w:hAnsi="Arial" w:cstheme="majorBidi"/>
      <w:b/>
      <w:kern w:val="0"/>
      <w:sz w:val="28"/>
      <w:szCs w:val="32"/>
      <w14:ligatures w14:val="none"/>
    </w:rPr>
  </w:style>
  <w:style w:type="character" w:customStyle="1" w:styleId="Titre3Car">
    <w:name w:val="Titre 3 Car"/>
    <w:basedOn w:val="Policepardfaut"/>
    <w:link w:val="Titre3"/>
    <w:uiPriority w:val="9"/>
    <w:rsid w:val="0027523E"/>
    <w:rPr>
      <w:rFonts w:ascii="Arial" w:eastAsiaTheme="majorEastAsia" w:hAnsi="Arial" w:cstheme="majorBidi"/>
      <w:b/>
      <w:kern w:val="0"/>
      <w:szCs w:val="28"/>
      <w14:ligatures w14:val="none"/>
    </w:rPr>
  </w:style>
  <w:style w:type="character" w:customStyle="1" w:styleId="Titre4Car">
    <w:name w:val="Titre 4 Car"/>
    <w:basedOn w:val="Policepardfaut"/>
    <w:link w:val="Titre4"/>
    <w:uiPriority w:val="9"/>
    <w:rsid w:val="0027523E"/>
    <w:rPr>
      <w:rFonts w:ascii="Arial" w:eastAsiaTheme="majorEastAsia" w:hAnsi="Arial" w:cstheme="majorBidi"/>
      <w:b/>
      <w:i/>
      <w:iCs/>
      <w:kern w:val="0"/>
      <w:sz w:val="22"/>
      <w:szCs w:val="22"/>
      <w14:ligatures w14:val="none"/>
    </w:rPr>
  </w:style>
  <w:style w:type="character" w:customStyle="1" w:styleId="Titre5Car">
    <w:name w:val="Titre 5 Car"/>
    <w:basedOn w:val="Policepardfaut"/>
    <w:link w:val="Titre5"/>
    <w:uiPriority w:val="9"/>
    <w:rsid w:val="0027523E"/>
    <w:rPr>
      <w:rFonts w:eastAsiaTheme="majorEastAsia" w:cstheme="majorBidi"/>
      <w:color w:val="0F4761" w:themeColor="accent1" w:themeShade="BF"/>
    </w:rPr>
  </w:style>
  <w:style w:type="character" w:customStyle="1" w:styleId="Titre6Car">
    <w:name w:val="Titre 6 Car"/>
    <w:basedOn w:val="Policepardfaut"/>
    <w:link w:val="Titre6"/>
    <w:uiPriority w:val="9"/>
    <w:rsid w:val="0027523E"/>
    <w:rPr>
      <w:rFonts w:eastAsiaTheme="majorEastAsia" w:cstheme="majorBidi"/>
      <w:i/>
      <w:iCs/>
      <w:color w:val="595959" w:themeColor="text1" w:themeTint="A6"/>
    </w:rPr>
  </w:style>
  <w:style w:type="character" w:customStyle="1" w:styleId="Titre7Car">
    <w:name w:val="Titre 7 Car"/>
    <w:basedOn w:val="Policepardfaut"/>
    <w:link w:val="Titre7"/>
    <w:uiPriority w:val="9"/>
    <w:rsid w:val="0027523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7523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7523E"/>
    <w:rPr>
      <w:rFonts w:eastAsiaTheme="majorEastAsia" w:cstheme="majorBidi"/>
      <w:color w:val="272727" w:themeColor="text1" w:themeTint="D8"/>
    </w:rPr>
  </w:style>
  <w:style w:type="paragraph" w:styleId="Titre">
    <w:name w:val="Title"/>
    <w:basedOn w:val="Normal"/>
    <w:next w:val="Normal"/>
    <w:link w:val="TitreCar"/>
    <w:uiPriority w:val="10"/>
    <w:qFormat/>
    <w:rsid w:val="002752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7523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7523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7523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7523E"/>
    <w:pPr>
      <w:spacing w:before="160"/>
      <w:jc w:val="center"/>
    </w:pPr>
    <w:rPr>
      <w:i/>
      <w:iCs/>
      <w:color w:val="404040" w:themeColor="text1" w:themeTint="BF"/>
    </w:rPr>
  </w:style>
  <w:style w:type="character" w:customStyle="1" w:styleId="CitationCar">
    <w:name w:val="Citation Car"/>
    <w:basedOn w:val="Policepardfaut"/>
    <w:link w:val="Citation"/>
    <w:uiPriority w:val="29"/>
    <w:rsid w:val="0027523E"/>
    <w:rPr>
      <w:i/>
      <w:iCs/>
      <w:color w:val="404040" w:themeColor="text1" w:themeTint="BF"/>
    </w:rPr>
  </w:style>
  <w:style w:type="paragraph" w:styleId="Paragraphedeliste">
    <w:name w:val="List Paragraph"/>
    <w:basedOn w:val="Normal"/>
    <w:uiPriority w:val="34"/>
    <w:qFormat/>
    <w:rsid w:val="0027523E"/>
    <w:pPr>
      <w:ind w:left="720"/>
      <w:contextualSpacing/>
    </w:pPr>
  </w:style>
  <w:style w:type="character" w:styleId="Accentuationintense">
    <w:name w:val="Intense Emphasis"/>
    <w:basedOn w:val="Policepardfaut"/>
    <w:uiPriority w:val="21"/>
    <w:qFormat/>
    <w:rsid w:val="0027523E"/>
    <w:rPr>
      <w:i/>
      <w:iCs/>
      <w:color w:val="0F4761" w:themeColor="accent1" w:themeShade="BF"/>
    </w:rPr>
  </w:style>
  <w:style w:type="paragraph" w:styleId="Citationintense">
    <w:name w:val="Intense Quote"/>
    <w:basedOn w:val="Normal"/>
    <w:next w:val="Normal"/>
    <w:link w:val="CitationintenseCar"/>
    <w:uiPriority w:val="30"/>
    <w:qFormat/>
    <w:rsid w:val="002752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7523E"/>
    <w:rPr>
      <w:i/>
      <w:iCs/>
      <w:color w:val="0F4761" w:themeColor="accent1" w:themeShade="BF"/>
    </w:rPr>
  </w:style>
  <w:style w:type="character" w:styleId="Rfrenceintense">
    <w:name w:val="Intense Reference"/>
    <w:basedOn w:val="Policepardfaut"/>
    <w:uiPriority w:val="32"/>
    <w:qFormat/>
    <w:rsid w:val="0027523E"/>
    <w:rPr>
      <w:b/>
      <w:bCs/>
      <w:smallCaps/>
      <w:color w:val="0F4761" w:themeColor="accent1" w:themeShade="BF"/>
      <w:spacing w:val="5"/>
    </w:rPr>
  </w:style>
  <w:style w:type="paragraph" w:styleId="En-tte">
    <w:name w:val="header"/>
    <w:basedOn w:val="Normal"/>
    <w:link w:val="En-tteCar"/>
    <w:uiPriority w:val="99"/>
    <w:unhideWhenUsed/>
    <w:rsid w:val="0027523E"/>
    <w:pPr>
      <w:tabs>
        <w:tab w:val="center" w:pos="4536"/>
        <w:tab w:val="right" w:pos="9072"/>
      </w:tabs>
      <w:spacing w:after="0" w:line="240" w:lineRule="auto"/>
    </w:pPr>
  </w:style>
  <w:style w:type="character" w:customStyle="1" w:styleId="En-tteCar">
    <w:name w:val="En-tête Car"/>
    <w:basedOn w:val="Policepardfaut"/>
    <w:link w:val="En-tte"/>
    <w:uiPriority w:val="99"/>
    <w:rsid w:val="0027523E"/>
    <w:rPr>
      <w:kern w:val="0"/>
      <w:sz w:val="22"/>
      <w:szCs w:val="22"/>
      <w14:ligatures w14:val="none"/>
    </w:rPr>
  </w:style>
  <w:style w:type="paragraph" w:styleId="Pieddepage">
    <w:name w:val="footer"/>
    <w:basedOn w:val="Normal"/>
    <w:link w:val="PieddepageCar"/>
    <w:uiPriority w:val="99"/>
    <w:unhideWhenUsed/>
    <w:rsid w:val="0027523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7523E"/>
    <w:rPr>
      <w:kern w:val="0"/>
      <w:sz w:val="22"/>
      <w:szCs w:val="22"/>
      <w14:ligatures w14:val="none"/>
    </w:rPr>
  </w:style>
  <w:style w:type="paragraph" w:styleId="Textedebulles">
    <w:name w:val="Balloon Text"/>
    <w:basedOn w:val="Normal"/>
    <w:link w:val="TextedebullesCar"/>
    <w:uiPriority w:val="99"/>
    <w:semiHidden/>
    <w:unhideWhenUsed/>
    <w:rsid w:val="0027523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7523E"/>
    <w:rPr>
      <w:rFonts w:ascii="Tahoma" w:hAnsi="Tahoma" w:cs="Tahoma"/>
      <w:kern w:val="0"/>
      <w:sz w:val="16"/>
      <w:szCs w:val="16"/>
      <w14:ligatures w14:val="none"/>
    </w:rPr>
  </w:style>
  <w:style w:type="paragraph" w:styleId="En-ttedetabledesmatires">
    <w:name w:val="TOC Heading"/>
    <w:basedOn w:val="Titre1"/>
    <w:next w:val="Normal"/>
    <w:uiPriority w:val="39"/>
    <w:unhideWhenUsed/>
    <w:qFormat/>
    <w:rsid w:val="0027523E"/>
    <w:pPr>
      <w:spacing w:before="480" w:after="0" w:line="360" w:lineRule="auto"/>
      <w:ind w:left="432" w:hanging="432"/>
      <w:outlineLvl w:val="9"/>
    </w:pPr>
    <w:rPr>
      <w:rFonts w:cs="Arial"/>
      <w:b w:val="0"/>
      <w:bCs/>
      <w:color w:val="000000" w:themeColor="text1"/>
      <w:sz w:val="24"/>
      <w:szCs w:val="28"/>
    </w:rPr>
  </w:style>
  <w:style w:type="paragraph" w:styleId="TM2">
    <w:name w:val="toc 2"/>
    <w:basedOn w:val="Normal"/>
    <w:next w:val="Normal"/>
    <w:autoRedefine/>
    <w:uiPriority w:val="39"/>
    <w:unhideWhenUsed/>
    <w:qFormat/>
    <w:rsid w:val="0027523E"/>
    <w:pPr>
      <w:spacing w:after="100"/>
      <w:ind w:left="220"/>
      <w:jc w:val="both"/>
    </w:pPr>
    <w:rPr>
      <w:rFonts w:ascii="Arial" w:eastAsiaTheme="minorEastAsia" w:hAnsi="Arial"/>
      <w:b/>
      <w:sz w:val="20"/>
    </w:rPr>
  </w:style>
  <w:style w:type="paragraph" w:styleId="TM1">
    <w:name w:val="toc 1"/>
    <w:basedOn w:val="Normal"/>
    <w:next w:val="Normal"/>
    <w:autoRedefine/>
    <w:uiPriority w:val="39"/>
    <w:unhideWhenUsed/>
    <w:qFormat/>
    <w:rsid w:val="0027523E"/>
    <w:pPr>
      <w:spacing w:after="100"/>
      <w:jc w:val="both"/>
    </w:pPr>
    <w:rPr>
      <w:rFonts w:ascii="Arial" w:eastAsiaTheme="minorEastAsia" w:hAnsi="Arial"/>
      <w:b/>
    </w:rPr>
  </w:style>
  <w:style w:type="paragraph" w:styleId="TM3">
    <w:name w:val="toc 3"/>
    <w:basedOn w:val="Normal"/>
    <w:next w:val="Normal"/>
    <w:autoRedefine/>
    <w:uiPriority w:val="39"/>
    <w:unhideWhenUsed/>
    <w:qFormat/>
    <w:rsid w:val="0027523E"/>
    <w:pPr>
      <w:spacing w:after="100"/>
      <w:ind w:left="440"/>
      <w:jc w:val="both"/>
    </w:pPr>
    <w:rPr>
      <w:rFonts w:ascii="Arial" w:eastAsiaTheme="minorEastAsia" w:hAnsi="Arial"/>
      <w:sz w:val="17"/>
    </w:rPr>
  </w:style>
  <w:style w:type="character" w:styleId="Lienhypertexte">
    <w:name w:val="Hyperlink"/>
    <w:basedOn w:val="Policepardfaut"/>
    <w:uiPriority w:val="99"/>
    <w:unhideWhenUsed/>
    <w:rsid w:val="0027523E"/>
    <w:rPr>
      <w:color w:val="467886" w:themeColor="hyperlink"/>
      <w:u w:val="single"/>
    </w:rPr>
  </w:style>
  <w:style w:type="paragraph" w:styleId="TM9">
    <w:name w:val="toc 9"/>
    <w:basedOn w:val="Normal"/>
    <w:next w:val="Normal"/>
    <w:autoRedefine/>
    <w:uiPriority w:val="39"/>
    <w:unhideWhenUsed/>
    <w:rsid w:val="0027523E"/>
    <w:pPr>
      <w:spacing w:after="100"/>
      <w:ind w:left="1760"/>
    </w:pPr>
  </w:style>
  <w:style w:type="paragraph" w:styleId="TM4">
    <w:name w:val="toc 4"/>
    <w:basedOn w:val="Normal"/>
    <w:next w:val="Normal"/>
    <w:autoRedefine/>
    <w:uiPriority w:val="39"/>
    <w:unhideWhenUsed/>
    <w:rsid w:val="0027523E"/>
    <w:pPr>
      <w:spacing w:after="100"/>
      <w:ind w:left="660"/>
      <w:jc w:val="both"/>
    </w:pPr>
    <w:rPr>
      <w:rFonts w:ascii="Arial" w:hAnsi="Arial"/>
      <w:i/>
      <w:sz w:val="20"/>
    </w:rPr>
  </w:style>
  <w:style w:type="paragraph" w:styleId="Bibliographie">
    <w:name w:val="Bibliography"/>
    <w:basedOn w:val="Normal"/>
    <w:next w:val="Normal"/>
    <w:uiPriority w:val="37"/>
    <w:unhideWhenUsed/>
    <w:rsid w:val="0027523E"/>
  </w:style>
  <w:style w:type="paragraph" w:styleId="Notedebasdepage">
    <w:name w:val="footnote text"/>
    <w:basedOn w:val="Normal"/>
    <w:link w:val="NotedebasdepageCar"/>
    <w:uiPriority w:val="99"/>
    <w:unhideWhenUsed/>
    <w:rsid w:val="0027523E"/>
    <w:pPr>
      <w:spacing w:after="0" w:line="240" w:lineRule="auto"/>
    </w:pPr>
    <w:rPr>
      <w:sz w:val="24"/>
      <w:szCs w:val="24"/>
    </w:rPr>
  </w:style>
  <w:style w:type="character" w:customStyle="1" w:styleId="NotedebasdepageCar">
    <w:name w:val="Note de bas de page Car"/>
    <w:basedOn w:val="Policepardfaut"/>
    <w:link w:val="Notedebasdepage"/>
    <w:uiPriority w:val="99"/>
    <w:rsid w:val="0027523E"/>
    <w:rPr>
      <w:kern w:val="0"/>
      <w14:ligatures w14:val="none"/>
    </w:rPr>
  </w:style>
  <w:style w:type="character" w:styleId="Appelnotedebasdep">
    <w:name w:val="footnote reference"/>
    <w:basedOn w:val="Policepardfaut"/>
    <w:uiPriority w:val="99"/>
    <w:unhideWhenUsed/>
    <w:rsid w:val="0027523E"/>
    <w:rPr>
      <w:vertAlign w:val="superscript"/>
    </w:rPr>
  </w:style>
  <w:style w:type="character" w:styleId="Appeldenotedefin">
    <w:name w:val="endnote reference"/>
    <w:basedOn w:val="Policepardfaut"/>
    <w:uiPriority w:val="99"/>
    <w:semiHidden/>
    <w:unhideWhenUsed/>
    <w:rsid w:val="0027523E"/>
    <w:rPr>
      <w:vertAlign w:val="superscript"/>
    </w:rPr>
  </w:style>
  <w:style w:type="character" w:styleId="Lienhypertextesuivivisit">
    <w:name w:val="FollowedHyperlink"/>
    <w:basedOn w:val="Policepardfaut"/>
    <w:uiPriority w:val="99"/>
    <w:semiHidden/>
    <w:unhideWhenUsed/>
    <w:rsid w:val="0027523E"/>
    <w:rPr>
      <w:color w:val="96607D" w:themeColor="followedHyperlink"/>
      <w:u w:val="single"/>
    </w:rPr>
  </w:style>
  <w:style w:type="paragraph" w:styleId="TM5">
    <w:name w:val="toc 5"/>
    <w:basedOn w:val="Normal"/>
    <w:next w:val="Normal"/>
    <w:autoRedefine/>
    <w:uiPriority w:val="39"/>
    <w:unhideWhenUsed/>
    <w:rsid w:val="0027523E"/>
    <w:pPr>
      <w:tabs>
        <w:tab w:val="left" w:pos="567"/>
        <w:tab w:val="right" w:leader="dot" w:pos="8487"/>
      </w:tabs>
      <w:spacing w:after="100"/>
    </w:pPr>
    <w:rPr>
      <w:rFonts w:ascii="Arial" w:hAnsi="Arial" w:cs="Arial"/>
      <w:b/>
      <w:i/>
      <w:noProof/>
    </w:rPr>
  </w:style>
  <w:style w:type="character" w:styleId="Numrodepage">
    <w:name w:val="page number"/>
    <w:basedOn w:val="Policepardfaut"/>
    <w:uiPriority w:val="99"/>
    <w:semiHidden/>
    <w:unhideWhenUsed/>
    <w:rsid w:val="0027523E"/>
  </w:style>
  <w:style w:type="paragraph" w:styleId="TM6">
    <w:name w:val="toc 6"/>
    <w:basedOn w:val="Normal"/>
    <w:next w:val="Normal"/>
    <w:autoRedefine/>
    <w:uiPriority w:val="39"/>
    <w:unhideWhenUsed/>
    <w:rsid w:val="0027523E"/>
    <w:pPr>
      <w:spacing w:after="100"/>
      <w:ind w:left="1100"/>
    </w:pPr>
    <w:rPr>
      <w:rFonts w:eastAsiaTheme="minorEastAsia"/>
      <w:lang w:eastAsia="fr-FR"/>
    </w:rPr>
  </w:style>
  <w:style w:type="paragraph" w:styleId="TM7">
    <w:name w:val="toc 7"/>
    <w:basedOn w:val="Normal"/>
    <w:next w:val="Normal"/>
    <w:autoRedefine/>
    <w:uiPriority w:val="39"/>
    <w:unhideWhenUsed/>
    <w:rsid w:val="0027523E"/>
    <w:pPr>
      <w:spacing w:after="100"/>
      <w:ind w:left="1320"/>
    </w:pPr>
    <w:rPr>
      <w:rFonts w:eastAsiaTheme="minorEastAsia"/>
      <w:lang w:eastAsia="fr-FR"/>
    </w:rPr>
  </w:style>
  <w:style w:type="paragraph" w:styleId="TM8">
    <w:name w:val="toc 8"/>
    <w:basedOn w:val="Normal"/>
    <w:next w:val="Normal"/>
    <w:autoRedefine/>
    <w:uiPriority w:val="39"/>
    <w:unhideWhenUsed/>
    <w:rsid w:val="0027523E"/>
    <w:pPr>
      <w:spacing w:after="100"/>
      <w:ind w:left="1540"/>
    </w:pPr>
    <w:rPr>
      <w:rFonts w:eastAsiaTheme="minorEastAsia"/>
      <w:lang w:eastAsia="fr-FR"/>
    </w:rPr>
  </w:style>
  <w:style w:type="paragraph" w:customStyle="1" w:styleId="Texteparagraphe">
    <w:name w:val="Texte paragraphe"/>
    <w:basedOn w:val="Paragraphedeliste"/>
    <w:qFormat/>
    <w:rsid w:val="0027523E"/>
    <w:pPr>
      <w:spacing w:after="0" w:line="360" w:lineRule="auto"/>
      <w:ind w:left="0" w:firstLine="567"/>
      <w:jc w:val="both"/>
    </w:pPr>
    <w:rPr>
      <w:rFonts w:ascii="Times New Roman" w:hAnsi="Times New Roman"/>
    </w:rPr>
  </w:style>
  <w:style w:type="paragraph" w:styleId="PrformatHTML">
    <w:name w:val="HTML Preformatted"/>
    <w:basedOn w:val="Normal"/>
    <w:link w:val="PrformatHTMLCar"/>
    <w:uiPriority w:val="99"/>
    <w:unhideWhenUsed/>
    <w:rsid w:val="0027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27523E"/>
    <w:rPr>
      <w:rFonts w:ascii="Courier New" w:eastAsia="Times New Roman" w:hAnsi="Courier New" w:cs="Courier New"/>
      <w:kern w:val="0"/>
      <w:sz w:val="20"/>
      <w:szCs w:val="20"/>
      <w:lang w:eastAsia="fr-FR"/>
      <w14:ligatures w14:val="none"/>
    </w:rPr>
  </w:style>
  <w:style w:type="paragraph" w:customStyle="1" w:styleId="Default">
    <w:name w:val="Default"/>
    <w:rsid w:val="0027523E"/>
    <w:pPr>
      <w:autoSpaceDE w:val="0"/>
      <w:autoSpaceDN w:val="0"/>
      <w:adjustRightInd w:val="0"/>
      <w:spacing w:after="0" w:line="240" w:lineRule="auto"/>
    </w:pPr>
    <w:rPr>
      <w:rFonts w:ascii="Times New Roman" w:hAnsi="Times New Roman" w:cs="Times New Roman"/>
      <w:color w:val="000000"/>
      <w:kern w:val="0"/>
      <w14:ligatures w14:val="none"/>
    </w:rPr>
  </w:style>
  <w:style w:type="paragraph" w:customStyle="1" w:styleId="Style1">
    <w:name w:val="Style1"/>
    <w:basedOn w:val="Titre5"/>
    <w:next w:val="Titre5"/>
    <w:link w:val="Style1Car"/>
    <w:qFormat/>
    <w:rsid w:val="0027523E"/>
    <w:pPr>
      <w:spacing w:before="200" w:after="0"/>
      <w:jc w:val="right"/>
    </w:pPr>
    <w:rPr>
      <w:rFonts w:ascii="Arial" w:hAnsi="Arial" w:cs="Arial"/>
      <w:b/>
      <w:color w:val="auto"/>
      <w:sz w:val="44"/>
    </w:rPr>
  </w:style>
  <w:style w:type="paragraph" w:customStyle="1" w:styleId="Style2">
    <w:name w:val="Style2"/>
    <w:basedOn w:val="Style1"/>
    <w:link w:val="Style2Car"/>
    <w:qFormat/>
    <w:rsid w:val="0027523E"/>
    <w:pPr>
      <w:numPr>
        <w:numId w:val="1"/>
      </w:numPr>
    </w:pPr>
  </w:style>
  <w:style w:type="character" w:customStyle="1" w:styleId="Style1Car">
    <w:name w:val="Style1 Car"/>
    <w:basedOn w:val="Policepardfaut"/>
    <w:link w:val="Style1"/>
    <w:rsid w:val="0027523E"/>
    <w:rPr>
      <w:rFonts w:ascii="Arial" w:eastAsiaTheme="majorEastAsia" w:hAnsi="Arial" w:cs="Arial"/>
      <w:b/>
      <w:kern w:val="0"/>
      <w:sz w:val="44"/>
      <w:szCs w:val="22"/>
      <w14:ligatures w14:val="none"/>
    </w:rPr>
  </w:style>
  <w:style w:type="paragraph" w:styleId="Commentaire">
    <w:name w:val="annotation text"/>
    <w:basedOn w:val="Normal"/>
    <w:link w:val="CommentaireCar"/>
    <w:uiPriority w:val="99"/>
    <w:unhideWhenUsed/>
    <w:rsid w:val="0027523E"/>
    <w:pPr>
      <w:spacing w:line="240" w:lineRule="auto"/>
    </w:pPr>
    <w:rPr>
      <w:rFonts w:eastAsiaTheme="minorEastAsia"/>
      <w:sz w:val="20"/>
      <w:szCs w:val="20"/>
      <w:lang w:eastAsia="fr-FR"/>
    </w:rPr>
  </w:style>
  <w:style w:type="character" w:customStyle="1" w:styleId="CommentaireCar">
    <w:name w:val="Commentaire Car"/>
    <w:basedOn w:val="Policepardfaut"/>
    <w:link w:val="Commentaire"/>
    <w:uiPriority w:val="99"/>
    <w:rsid w:val="0027523E"/>
    <w:rPr>
      <w:rFonts w:eastAsiaTheme="minorEastAsia"/>
      <w:kern w:val="0"/>
      <w:sz w:val="20"/>
      <w:szCs w:val="20"/>
      <w:lang w:eastAsia="fr-FR"/>
      <w14:ligatures w14:val="none"/>
    </w:rPr>
  </w:style>
  <w:style w:type="character" w:customStyle="1" w:styleId="Style2Car">
    <w:name w:val="Style2 Car"/>
    <w:basedOn w:val="Style1Car"/>
    <w:link w:val="Style2"/>
    <w:rsid w:val="0027523E"/>
    <w:rPr>
      <w:rFonts w:ascii="Arial" w:eastAsiaTheme="majorEastAsia" w:hAnsi="Arial" w:cs="Arial"/>
      <w:b/>
      <w:kern w:val="0"/>
      <w:sz w:val="44"/>
      <w:szCs w:val="22"/>
      <w14:ligatures w14:val="none"/>
    </w:rPr>
  </w:style>
  <w:style w:type="paragraph" w:styleId="Objetducommentaire">
    <w:name w:val="annotation subject"/>
    <w:basedOn w:val="Commentaire"/>
    <w:next w:val="Commentaire"/>
    <w:link w:val="ObjetducommentaireCar"/>
    <w:uiPriority w:val="99"/>
    <w:semiHidden/>
    <w:unhideWhenUsed/>
    <w:rsid w:val="0027523E"/>
    <w:rPr>
      <w:b/>
      <w:bCs/>
    </w:rPr>
  </w:style>
  <w:style w:type="character" w:customStyle="1" w:styleId="ObjetducommentaireCar">
    <w:name w:val="Objet du commentaire Car"/>
    <w:basedOn w:val="CommentaireCar"/>
    <w:link w:val="Objetducommentaire"/>
    <w:uiPriority w:val="99"/>
    <w:semiHidden/>
    <w:rsid w:val="0027523E"/>
    <w:rPr>
      <w:rFonts w:eastAsiaTheme="minorEastAsia"/>
      <w:b/>
      <w:bCs/>
      <w:kern w:val="0"/>
      <w:sz w:val="20"/>
      <w:szCs w:val="20"/>
      <w:lang w:eastAsia="fr-FR"/>
      <w14:ligatures w14:val="none"/>
    </w:rPr>
  </w:style>
  <w:style w:type="table" w:styleId="Grilledutableau">
    <w:name w:val="Table Grid"/>
    <w:basedOn w:val="TableauNormal"/>
    <w:uiPriority w:val="59"/>
    <w:rsid w:val="0027523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7523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DfinitionHTML">
    <w:name w:val="HTML Definition"/>
    <w:basedOn w:val="Policepardfaut"/>
    <w:uiPriority w:val="99"/>
    <w:semiHidden/>
    <w:unhideWhenUsed/>
    <w:rsid w:val="0027523E"/>
    <w:rPr>
      <w:i/>
      <w:iCs/>
    </w:rPr>
  </w:style>
  <w:style w:type="character" w:styleId="lev">
    <w:name w:val="Strong"/>
    <w:basedOn w:val="Policepardfaut"/>
    <w:uiPriority w:val="22"/>
    <w:qFormat/>
    <w:rsid w:val="0027523E"/>
    <w:rPr>
      <w:b/>
      <w:bCs/>
    </w:rPr>
  </w:style>
  <w:style w:type="character" w:styleId="Textedelespacerserv">
    <w:name w:val="Placeholder Text"/>
    <w:basedOn w:val="Policepardfaut"/>
    <w:uiPriority w:val="99"/>
    <w:semiHidden/>
    <w:rsid w:val="0027523E"/>
    <w:rPr>
      <w:color w:val="666666"/>
    </w:rPr>
  </w:style>
  <w:style w:type="character" w:customStyle="1" w:styleId="citation-0">
    <w:name w:val="citation-0"/>
    <w:basedOn w:val="Policepardfaut"/>
    <w:rsid w:val="0027523E"/>
  </w:style>
  <w:style w:type="paragraph" w:customStyle="1" w:styleId="first-token">
    <w:name w:val="first-token"/>
    <w:basedOn w:val="Normal"/>
    <w:rsid w:val="0027523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entionnonrsolue">
    <w:name w:val="Unresolved Mention"/>
    <w:basedOn w:val="Policepardfaut"/>
    <w:uiPriority w:val="99"/>
    <w:semiHidden/>
    <w:unhideWhenUsed/>
    <w:rsid w:val="0027523E"/>
    <w:rPr>
      <w:color w:val="605E5C"/>
      <w:shd w:val="clear" w:color="auto" w:fill="E1DFDD"/>
    </w:rPr>
  </w:style>
  <w:style w:type="character" w:customStyle="1" w:styleId="css-220">
    <w:name w:val="css-220"/>
    <w:basedOn w:val="Policepardfaut"/>
    <w:rsid w:val="0027523E"/>
  </w:style>
  <w:style w:type="character" w:customStyle="1" w:styleId="citation-1">
    <w:name w:val="citation-1"/>
    <w:basedOn w:val="Policepardfaut"/>
    <w:rsid w:val="0027523E"/>
  </w:style>
  <w:style w:type="character" w:customStyle="1" w:styleId="line-clamp-1">
    <w:name w:val="line-clamp-1"/>
    <w:basedOn w:val="Policepardfaut"/>
    <w:rsid w:val="0027523E"/>
  </w:style>
  <w:style w:type="character" w:customStyle="1" w:styleId="ng-tns-c2090178923-79">
    <w:name w:val="ng-tns-c2090178923-79"/>
    <w:basedOn w:val="Policepardfaut"/>
    <w:rsid w:val="0027523E"/>
  </w:style>
  <w:style w:type="paragraph" w:customStyle="1" w:styleId="ng-tns-c2090178923-791">
    <w:name w:val="ng-tns-c2090178923-791"/>
    <w:basedOn w:val="Normal"/>
    <w:rsid w:val="0027523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itation-2">
    <w:name w:val="citation-2"/>
    <w:basedOn w:val="Policepardfaut"/>
    <w:rsid w:val="0027523E"/>
  </w:style>
  <w:style w:type="character" w:customStyle="1" w:styleId="citation-3">
    <w:name w:val="citation-3"/>
    <w:basedOn w:val="Policepardfaut"/>
    <w:rsid w:val="0027523E"/>
  </w:style>
  <w:style w:type="character" w:customStyle="1" w:styleId="citation-4">
    <w:name w:val="citation-4"/>
    <w:basedOn w:val="Policepardfaut"/>
    <w:rsid w:val="0027523E"/>
  </w:style>
  <w:style w:type="character" w:customStyle="1" w:styleId="citation-5">
    <w:name w:val="citation-5"/>
    <w:basedOn w:val="Policepardfaut"/>
    <w:rsid w:val="0027523E"/>
  </w:style>
  <w:style w:type="character" w:styleId="Accentuation">
    <w:name w:val="Emphasis"/>
    <w:basedOn w:val="Policepardfaut"/>
    <w:uiPriority w:val="20"/>
    <w:qFormat/>
    <w:rsid w:val="0027523E"/>
    <w:rPr>
      <w:i/>
      <w:iCs/>
    </w:rPr>
  </w:style>
  <w:style w:type="character" w:customStyle="1" w:styleId="text-token-text-secondary">
    <w:name w:val="text-token-text-secondary"/>
    <w:basedOn w:val="Policepardfaut"/>
    <w:rsid w:val="0027523E"/>
  </w:style>
  <w:style w:type="character" w:customStyle="1" w:styleId="ng-star-inserted">
    <w:name w:val="ng-star-inserted"/>
    <w:basedOn w:val="Policepardfaut"/>
    <w:rsid w:val="0027523E"/>
  </w:style>
  <w:style w:type="character" w:customStyle="1" w:styleId="label">
    <w:name w:val="label"/>
    <w:basedOn w:val="Policepardfaut"/>
    <w:rsid w:val="0027523E"/>
  </w:style>
  <w:style w:type="character" w:customStyle="1" w:styleId="ng-tns-c3090702960-573">
    <w:name w:val="ng-tns-c3090702960-573"/>
    <w:basedOn w:val="Policepardfaut"/>
    <w:rsid w:val="0027523E"/>
  </w:style>
  <w:style w:type="paragraph" w:customStyle="1" w:styleId="ng-tns-c3090702960-5731">
    <w:name w:val="ng-tns-c3090702960-5731"/>
    <w:basedOn w:val="Normal"/>
    <w:rsid w:val="0027523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export-sheets-button">
    <w:name w:val="export-sheets-button"/>
    <w:basedOn w:val="Policepardfaut"/>
    <w:rsid w:val="0027523E"/>
  </w:style>
  <w:style w:type="character" w:customStyle="1" w:styleId="export-sheets-icon">
    <w:name w:val="export-sheets-icon"/>
    <w:basedOn w:val="Policepardfaut"/>
    <w:rsid w:val="0027523E"/>
  </w:style>
  <w:style w:type="character" w:styleId="CodeHTML">
    <w:name w:val="HTML Code"/>
    <w:basedOn w:val="Policepardfaut"/>
    <w:uiPriority w:val="99"/>
    <w:semiHidden/>
    <w:unhideWhenUsed/>
    <w:rsid w:val="0027523E"/>
    <w:rPr>
      <w:rFonts w:ascii="Courier New" w:eastAsia="Times New Roman" w:hAnsi="Courier New" w:cs="Courier New"/>
      <w:sz w:val="20"/>
      <w:szCs w:val="20"/>
    </w:rPr>
  </w:style>
  <w:style w:type="character" w:customStyle="1" w:styleId="citation-6">
    <w:name w:val="citation-6"/>
    <w:basedOn w:val="Policepardfaut"/>
    <w:rsid w:val="0027523E"/>
  </w:style>
  <w:style w:type="character" w:customStyle="1" w:styleId="citation-7">
    <w:name w:val="citation-7"/>
    <w:basedOn w:val="Policepardfaut"/>
    <w:rsid w:val="0027523E"/>
  </w:style>
  <w:style w:type="character" w:customStyle="1" w:styleId="citation-8">
    <w:name w:val="citation-8"/>
    <w:basedOn w:val="Policepardfaut"/>
    <w:rsid w:val="0027523E"/>
  </w:style>
  <w:style w:type="character" w:customStyle="1" w:styleId="citation-9">
    <w:name w:val="citation-9"/>
    <w:basedOn w:val="Policepardfaut"/>
    <w:rsid w:val="0027523E"/>
  </w:style>
  <w:style w:type="character" w:customStyle="1" w:styleId="citation-10">
    <w:name w:val="citation-10"/>
    <w:basedOn w:val="Policepardfaut"/>
    <w:rsid w:val="0027523E"/>
  </w:style>
  <w:style w:type="character" w:customStyle="1" w:styleId="citation-11">
    <w:name w:val="citation-11"/>
    <w:basedOn w:val="Policepardfaut"/>
    <w:rsid w:val="0027523E"/>
  </w:style>
  <w:style w:type="paragraph" w:customStyle="1" w:styleId="recitation-list-content">
    <w:name w:val="recitation-list-content"/>
    <w:basedOn w:val="Normal"/>
    <w:rsid w:val="002752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Sansinterligne">
    <w:name w:val="No Spacing"/>
    <w:uiPriority w:val="1"/>
    <w:qFormat/>
    <w:rsid w:val="0027523E"/>
    <w:pPr>
      <w:spacing w:after="0" w:line="240" w:lineRule="auto"/>
    </w:pPr>
    <w:rPr>
      <w:rFonts w:ascii="Arial" w:hAnsi="Arial"/>
      <w:kern w:val="0"/>
      <w:sz w:val="20"/>
      <w:szCs w:val="22"/>
      <w14:ligatures w14:val="none"/>
    </w:rPr>
  </w:style>
  <w:style w:type="character" w:customStyle="1" w:styleId="whitespace-nowrap">
    <w:name w:val="whitespace-nowrap"/>
    <w:basedOn w:val="Policepardfaut"/>
    <w:rsid w:val="0027523E"/>
  </w:style>
  <w:style w:type="character" w:customStyle="1" w:styleId="whitespace-normal">
    <w:name w:val="whitespace-normal"/>
    <w:basedOn w:val="Policepardfaut"/>
    <w:rsid w:val="0027523E"/>
  </w:style>
  <w:style w:type="character" w:customStyle="1" w:styleId="truncate">
    <w:name w:val="truncate"/>
    <w:basedOn w:val="Policepardfaut"/>
    <w:rsid w:val="0027523E"/>
  </w:style>
  <w:style w:type="paragraph" w:styleId="Textebrut">
    <w:name w:val="Plain Text"/>
    <w:basedOn w:val="Normal"/>
    <w:link w:val="TextebrutCar"/>
    <w:uiPriority w:val="99"/>
    <w:unhideWhenUsed/>
    <w:rsid w:val="0027523E"/>
    <w:pPr>
      <w:spacing w:after="0" w:line="240" w:lineRule="auto"/>
    </w:pPr>
    <w:rPr>
      <w:rFonts w:ascii="Consolas" w:hAnsi="Consolas"/>
      <w:kern w:val="2"/>
      <w:sz w:val="21"/>
      <w:szCs w:val="21"/>
      <w14:ligatures w14:val="standardContextual"/>
    </w:rPr>
  </w:style>
  <w:style w:type="character" w:customStyle="1" w:styleId="TextebrutCar">
    <w:name w:val="Texte brut Car"/>
    <w:basedOn w:val="Policepardfaut"/>
    <w:link w:val="Textebrut"/>
    <w:uiPriority w:val="99"/>
    <w:rsid w:val="0027523E"/>
    <w:rPr>
      <w:rFonts w:ascii="Consolas" w:hAnsi="Consolas"/>
      <w:sz w:val="21"/>
      <w:szCs w:val="21"/>
    </w:rPr>
  </w:style>
  <w:style w:type="paragraph" w:styleId="Corpsdetexte">
    <w:name w:val="Body Text"/>
    <w:basedOn w:val="Normal"/>
    <w:link w:val="CorpsdetexteCar"/>
    <w:uiPriority w:val="99"/>
    <w:unhideWhenUsed/>
    <w:rsid w:val="0027523E"/>
    <w:pPr>
      <w:spacing w:after="120"/>
    </w:pPr>
    <w:rPr>
      <w:rFonts w:eastAsiaTheme="minorEastAsia"/>
      <w:lang w:val="en-US"/>
    </w:rPr>
  </w:style>
  <w:style w:type="character" w:customStyle="1" w:styleId="CorpsdetexteCar">
    <w:name w:val="Corps de texte Car"/>
    <w:basedOn w:val="Policepardfaut"/>
    <w:link w:val="Corpsdetexte"/>
    <w:uiPriority w:val="99"/>
    <w:rsid w:val="0027523E"/>
    <w:rPr>
      <w:rFonts w:eastAsiaTheme="minorEastAsia"/>
      <w:kern w:val="0"/>
      <w:sz w:val="22"/>
      <w:szCs w:val="22"/>
      <w:lang w:val="en-US"/>
      <w14:ligatures w14:val="none"/>
    </w:rPr>
  </w:style>
  <w:style w:type="paragraph" w:styleId="Corpsdetexte2">
    <w:name w:val="Body Text 2"/>
    <w:basedOn w:val="Normal"/>
    <w:link w:val="Corpsdetexte2Car"/>
    <w:uiPriority w:val="99"/>
    <w:unhideWhenUsed/>
    <w:rsid w:val="0027523E"/>
    <w:pPr>
      <w:spacing w:after="120" w:line="480" w:lineRule="auto"/>
    </w:pPr>
    <w:rPr>
      <w:rFonts w:eastAsiaTheme="minorEastAsia"/>
      <w:lang w:val="en-US"/>
    </w:rPr>
  </w:style>
  <w:style w:type="character" w:customStyle="1" w:styleId="Corpsdetexte2Car">
    <w:name w:val="Corps de texte 2 Car"/>
    <w:basedOn w:val="Policepardfaut"/>
    <w:link w:val="Corpsdetexte2"/>
    <w:uiPriority w:val="99"/>
    <w:rsid w:val="0027523E"/>
    <w:rPr>
      <w:rFonts w:eastAsiaTheme="minorEastAsia"/>
      <w:kern w:val="0"/>
      <w:sz w:val="22"/>
      <w:szCs w:val="22"/>
      <w:lang w:val="en-US"/>
      <w14:ligatures w14:val="none"/>
    </w:rPr>
  </w:style>
  <w:style w:type="paragraph" w:styleId="Corpsdetexte3">
    <w:name w:val="Body Text 3"/>
    <w:basedOn w:val="Normal"/>
    <w:link w:val="Corpsdetexte3Car"/>
    <w:uiPriority w:val="99"/>
    <w:unhideWhenUsed/>
    <w:rsid w:val="0027523E"/>
    <w:pPr>
      <w:spacing w:after="120"/>
    </w:pPr>
    <w:rPr>
      <w:rFonts w:eastAsiaTheme="minorEastAsia"/>
      <w:sz w:val="16"/>
      <w:szCs w:val="16"/>
      <w:lang w:val="en-US"/>
    </w:rPr>
  </w:style>
  <w:style w:type="character" w:customStyle="1" w:styleId="Corpsdetexte3Car">
    <w:name w:val="Corps de texte 3 Car"/>
    <w:basedOn w:val="Policepardfaut"/>
    <w:link w:val="Corpsdetexte3"/>
    <w:uiPriority w:val="99"/>
    <w:rsid w:val="0027523E"/>
    <w:rPr>
      <w:rFonts w:eastAsiaTheme="minorEastAsia"/>
      <w:kern w:val="0"/>
      <w:sz w:val="16"/>
      <w:szCs w:val="16"/>
      <w:lang w:val="en-US"/>
      <w14:ligatures w14:val="none"/>
    </w:rPr>
  </w:style>
  <w:style w:type="paragraph" w:styleId="Liste">
    <w:name w:val="List"/>
    <w:basedOn w:val="Normal"/>
    <w:uiPriority w:val="99"/>
    <w:unhideWhenUsed/>
    <w:rsid w:val="0027523E"/>
    <w:pPr>
      <w:ind w:left="360" w:hanging="360"/>
      <w:contextualSpacing/>
    </w:pPr>
    <w:rPr>
      <w:rFonts w:eastAsiaTheme="minorEastAsia"/>
      <w:lang w:val="en-US"/>
    </w:rPr>
  </w:style>
  <w:style w:type="paragraph" w:styleId="Liste2">
    <w:name w:val="List 2"/>
    <w:basedOn w:val="Normal"/>
    <w:uiPriority w:val="99"/>
    <w:unhideWhenUsed/>
    <w:rsid w:val="0027523E"/>
    <w:pPr>
      <w:ind w:left="720" w:hanging="360"/>
      <w:contextualSpacing/>
    </w:pPr>
    <w:rPr>
      <w:rFonts w:eastAsiaTheme="minorEastAsia"/>
      <w:lang w:val="en-US"/>
    </w:rPr>
  </w:style>
  <w:style w:type="paragraph" w:styleId="Liste3">
    <w:name w:val="List 3"/>
    <w:basedOn w:val="Normal"/>
    <w:uiPriority w:val="99"/>
    <w:unhideWhenUsed/>
    <w:rsid w:val="0027523E"/>
    <w:pPr>
      <w:ind w:left="1080" w:hanging="360"/>
      <w:contextualSpacing/>
    </w:pPr>
    <w:rPr>
      <w:rFonts w:eastAsiaTheme="minorEastAsia"/>
      <w:lang w:val="en-US"/>
    </w:rPr>
  </w:style>
  <w:style w:type="paragraph" w:styleId="Listepuces">
    <w:name w:val="List Bullet"/>
    <w:basedOn w:val="Normal"/>
    <w:uiPriority w:val="99"/>
    <w:unhideWhenUsed/>
    <w:rsid w:val="0027523E"/>
    <w:pPr>
      <w:numPr>
        <w:numId w:val="81"/>
      </w:numPr>
      <w:contextualSpacing/>
    </w:pPr>
    <w:rPr>
      <w:rFonts w:eastAsiaTheme="minorEastAsia"/>
      <w:lang w:val="en-US"/>
    </w:rPr>
  </w:style>
  <w:style w:type="paragraph" w:styleId="Listepuces2">
    <w:name w:val="List Bullet 2"/>
    <w:basedOn w:val="Normal"/>
    <w:uiPriority w:val="99"/>
    <w:unhideWhenUsed/>
    <w:rsid w:val="0027523E"/>
    <w:pPr>
      <w:numPr>
        <w:numId w:val="82"/>
      </w:numPr>
      <w:contextualSpacing/>
    </w:pPr>
    <w:rPr>
      <w:rFonts w:eastAsiaTheme="minorEastAsia"/>
      <w:lang w:val="en-US"/>
    </w:rPr>
  </w:style>
  <w:style w:type="paragraph" w:styleId="Listepuces3">
    <w:name w:val="List Bullet 3"/>
    <w:basedOn w:val="Normal"/>
    <w:uiPriority w:val="99"/>
    <w:unhideWhenUsed/>
    <w:rsid w:val="0027523E"/>
    <w:pPr>
      <w:numPr>
        <w:numId w:val="83"/>
      </w:numPr>
      <w:contextualSpacing/>
    </w:pPr>
    <w:rPr>
      <w:rFonts w:eastAsiaTheme="minorEastAsia"/>
      <w:lang w:val="en-US"/>
    </w:rPr>
  </w:style>
  <w:style w:type="paragraph" w:styleId="Listenumros">
    <w:name w:val="List Number"/>
    <w:basedOn w:val="Normal"/>
    <w:uiPriority w:val="99"/>
    <w:unhideWhenUsed/>
    <w:rsid w:val="0027523E"/>
    <w:pPr>
      <w:numPr>
        <w:numId w:val="84"/>
      </w:numPr>
      <w:contextualSpacing/>
    </w:pPr>
    <w:rPr>
      <w:rFonts w:eastAsiaTheme="minorEastAsia"/>
      <w:lang w:val="en-US"/>
    </w:rPr>
  </w:style>
  <w:style w:type="paragraph" w:styleId="Listenumros2">
    <w:name w:val="List Number 2"/>
    <w:basedOn w:val="Normal"/>
    <w:uiPriority w:val="99"/>
    <w:unhideWhenUsed/>
    <w:rsid w:val="0027523E"/>
    <w:pPr>
      <w:numPr>
        <w:numId w:val="85"/>
      </w:numPr>
      <w:contextualSpacing/>
    </w:pPr>
    <w:rPr>
      <w:rFonts w:eastAsiaTheme="minorEastAsia"/>
      <w:lang w:val="en-US"/>
    </w:rPr>
  </w:style>
  <w:style w:type="paragraph" w:styleId="Listenumros3">
    <w:name w:val="List Number 3"/>
    <w:basedOn w:val="Normal"/>
    <w:uiPriority w:val="99"/>
    <w:unhideWhenUsed/>
    <w:rsid w:val="0027523E"/>
    <w:pPr>
      <w:numPr>
        <w:numId w:val="86"/>
      </w:numPr>
      <w:contextualSpacing/>
    </w:pPr>
    <w:rPr>
      <w:rFonts w:eastAsiaTheme="minorEastAsia"/>
      <w:lang w:val="en-US"/>
    </w:rPr>
  </w:style>
  <w:style w:type="paragraph" w:styleId="Listecontinue">
    <w:name w:val="List Continue"/>
    <w:basedOn w:val="Normal"/>
    <w:uiPriority w:val="99"/>
    <w:unhideWhenUsed/>
    <w:rsid w:val="0027523E"/>
    <w:pPr>
      <w:spacing w:after="120"/>
      <w:ind w:left="360"/>
      <w:contextualSpacing/>
    </w:pPr>
    <w:rPr>
      <w:rFonts w:eastAsiaTheme="minorEastAsia"/>
      <w:lang w:val="en-US"/>
    </w:rPr>
  </w:style>
  <w:style w:type="paragraph" w:styleId="Listecontinue2">
    <w:name w:val="List Continue 2"/>
    <w:basedOn w:val="Normal"/>
    <w:uiPriority w:val="99"/>
    <w:unhideWhenUsed/>
    <w:rsid w:val="0027523E"/>
    <w:pPr>
      <w:spacing w:after="120"/>
      <w:ind w:left="720"/>
      <w:contextualSpacing/>
    </w:pPr>
    <w:rPr>
      <w:rFonts w:eastAsiaTheme="minorEastAsia"/>
      <w:lang w:val="en-US"/>
    </w:rPr>
  </w:style>
  <w:style w:type="paragraph" w:styleId="Listecontinue3">
    <w:name w:val="List Continue 3"/>
    <w:basedOn w:val="Normal"/>
    <w:uiPriority w:val="99"/>
    <w:unhideWhenUsed/>
    <w:rsid w:val="0027523E"/>
    <w:pPr>
      <w:spacing w:after="120"/>
      <w:ind w:left="1080"/>
      <w:contextualSpacing/>
    </w:pPr>
    <w:rPr>
      <w:rFonts w:eastAsiaTheme="minorEastAsia"/>
      <w:lang w:val="en-US"/>
    </w:rPr>
  </w:style>
  <w:style w:type="paragraph" w:styleId="Textedemacro">
    <w:name w:val="macro"/>
    <w:link w:val="TextedemacroCar"/>
    <w:uiPriority w:val="99"/>
    <w:unhideWhenUsed/>
    <w:rsid w:val="0027523E"/>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kern w:val="0"/>
      <w:sz w:val="20"/>
      <w:szCs w:val="20"/>
      <w:lang w:val="en-US"/>
      <w14:ligatures w14:val="none"/>
    </w:rPr>
  </w:style>
  <w:style w:type="character" w:customStyle="1" w:styleId="TextedemacroCar">
    <w:name w:val="Texte de macro Car"/>
    <w:basedOn w:val="Policepardfaut"/>
    <w:link w:val="Textedemacro"/>
    <w:uiPriority w:val="99"/>
    <w:rsid w:val="0027523E"/>
    <w:rPr>
      <w:rFonts w:ascii="Courier" w:eastAsiaTheme="minorEastAsia" w:hAnsi="Courier"/>
      <w:kern w:val="0"/>
      <w:sz w:val="20"/>
      <w:szCs w:val="20"/>
      <w:lang w:val="en-US"/>
      <w14:ligatures w14:val="none"/>
    </w:rPr>
  </w:style>
  <w:style w:type="paragraph" w:styleId="Lgende">
    <w:name w:val="caption"/>
    <w:basedOn w:val="Normal"/>
    <w:next w:val="Normal"/>
    <w:uiPriority w:val="35"/>
    <w:semiHidden/>
    <w:unhideWhenUsed/>
    <w:qFormat/>
    <w:rsid w:val="0027523E"/>
    <w:pPr>
      <w:spacing w:line="240" w:lineRule="auto"/>
    </w:pPr>
    <w:rPr>
      <w:rFonts w:eastAsiaTheme="minorEastAsia"/>
      <w:b/>
      <w:bCs/>
      <w:color w:val="156082" w:themeColor="accent1"/>
      <w:sz w:val="18"/>
      <w:szCs w:val="18"/>
      <w:lang w:val="en-US"/>
    </w:rPr>
  </w:style>
  <w:style w:type="character" w:styleId="Accentuationlgre">
    <w:name w:val="Subtle Emphasis"/>
    <w:basedOn w:val="Policepardfaut"/>
    <w:uiPriority w:val="19"/>
    <w:qFormat/>
    <w:rsid w:val="0027523E"/>
    <w:rPr>
      <w:i/>
      <w:iCs/>
      <w:color w:val="808080" w:themeColor="text1" w:themeTint="7F"/>
    </w:rPr>
  </w:style>
  <w:style w:type="character" w:styleId="Rfrencelgre">
    <w:name w:val="Subtle Reference"/>
    <w:basedOn w:val="Policepardfaut"/>
    <w:uiPriority w:val="31"/>
    <w:qFormat/>
    <w:rsid w:val="0027523E"/>
    <w:rPr>
      <w:smallCaps/>
      <w:color w:val="E97132" w:themeColor="accent2"/>
      <w:u w:val="single"/>
    </w:rPr>
  </w:style>
  <w:style w:type="character" w:styleId="Titredulivre">
    <w:name w:val="Book Title"/>
    <w:basedOn w:val="Policepardfaut"/>
    <w:uiPriority w:val="33"/>
    <w:qFormat/>
    <w:rsid w:val="0027523E"/>
    <w:rPr>
      <w:b/>
      <w:bCs/>
      <w:smallCaps/>
      <w:spacing w:val="5"/>
    </w:rPr>
  </w:style>
  <w:style w:type="table" w:styleId="Ombrageclair">
    <w:name w:val="Light Shading"/>
    <w:basedOn w:val="TableauNormal"/>
    <w:uiPriority w:val="60"/>
    <w:rsid w:val="0027523E"/>
    <w:pPr>
      <w:spacing w:after="0" w:line="240" w:lineRule="auto"/>
    </w:pPr>
    <w:rPr>
      <w:rFonts w:eastAsiaTheme="minorEastAsia"/>
      <w:color w:val="000000" w:themeColor="text1" w:themeShade="BF"/>
      <w:kern w:val="0"/>
      <w:sz w:val="22"/>
      <w:szCs w:val="22"/>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27523E"/>
    <w:pPr>
      <w:spacing w:after="0" w:line="240" w:lineRule="auto"/>
    </w:pPr>
    <w:rPr>
      <w:rFonts w:eastAsiaTheme="minorEastAsia"/>
      <w:color w:val="0F4761" w:themeColor="accent1" w:themeShade="BF"/>
      <w:kern w:val="0"/>
      <w:sz w:val="22"/>
      <w:szCs w:val="22"/>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Trameclaire-Accent2">
    <w:name w:val="Light Shading Accent 2"/>
    <w:basedOn w:val="TableauNormal"/>
    <w:uiPriority w:val="60"/>
    <w:rsid w:val="0027523E"/>
    <w:pPr>
      <w:spacing w:after="0" w:line="240" w:lineRule="auto"/>
    </w:pPr>
    <w:rPr>
      <w:rFonts w:eastAsiaTheme="minorEastAsia"/>
      <w:color w:val="BF4E14" w:themeColor="accent2" w:themeShade="BF"/>
      <w:kern w:val="0"/>
      <w:sz w:val="22"/>
      <w:szCs w:val="22"/>
      <w:lang w:val="en-US"/>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Trameclaire-Accent3">
    <w:name w:val="Light Shading Accent 3"/>
    <w:basedOn w:val="TableauNormal"/>
    <w:uiPriority w:val="60"/>
    <w:rsid w:val="0027523E"/>
    <w:pPr>
      <w:spacing w:after="0" w:line="240" w:lineRule="auto"/>
    </w:pPr>
    <w:rPr>
      <w:rFonts w:eastAsiaTheme="minorEastAsia"/>
      <w:color w:val="124F1A" w:themeColor="accent3" w:themeShade="BF"/>
      <w:kern w:val="0"/>
      <w:sz w:val="22"/>
      <w:szCs w:val="22"/>
      <w:lang w:val="en-US"/>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Trameclaire-Accent4">
    <w:name w:val="Light Shading Accent 4"/>
    <w:basedOn w:val="TableauNormal"/>
    <w:uiPriority w:val="60"/>
    <w:rsid w:val="0027523E"/>
    <w:pPr>
      <w:spacing w:after="0" w:line="240" w:lineRule="auto"/>
    </w:pPr>
    <w:rPr>
      <w:rFonts w:eastAsiaTheme="minorEastAsia"/>
      <w:color w:val="0B769F" w:themeColor="accent4" w:themeShade="BF"/>
      <w:kern w:val="0"/>
      <w:sz w:val="22"/>
      <w:szCs w:val="22"/>
      <w:lang w:val="en-US"/>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Trameclaire-Accent5">
    <w:name w:val="Light Shading Accent 5"/>
    <w:basedOn w:val="TableauNormal"/>
    <w:uiPriority w:val="60"/>
    <w:rsid w:val="0027523E"/>
    <w:pPr>
      <w:spacing w:after="0" w:line="240" w:lineRule="auto"/>
    </w:pPr>
    <w:rPr>
      <w:rFonts w:eastAsiaTheme="minorEastAsia"/>
      <w:color w:val="77206D" w:themeColor="accent5" w:themeShade="BF"/>
      <w:kern w:val="0"/>
      <w:sz w:val="22"/>
      <w:szCs w:val="22"/>
      <w:lang w:val="en-US"/>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Trameclaire-Accent6">
    <w:name w:val="Light Shading Accent 6"/>
    <w:basedOn w:val="TableauNormal"/>
    <w:uiPriority w:val="60"/>
    <w:rsid w:val="0027523E"/>
    <w:pPr>
      <w:spacing w:after="0" w:line="240" w:lineRule="auto"/>
    </w:pPr>
    <w:rPr>
      <w:rFonts w:eastAsiaTheme="minorEastAsia"/>
      <w:color w:val="3A7C22" w:themeColor="accent6" w:themeShade="BF"/>
      <w:kern w:val="0"/>
      <w:sz w:val="22"/>
      <w:szCs w:val="22"/>
      <w:lang w:val="en-US"/>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eclaire">
    <w:name w:val="Light List"/>
    <w:basedOn w:val="TableauNormal"/>
    <w:uiPriority w:val="61"/>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steclaire-Accent2">
    <w:name w:val="Light List Accent 2"/>
    <w:basedOn w:val="TableauNormal"/>
    <w:uiPriority w:val="61"/>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steclaire-Accent3">
    <w:name w:val="Light List Accent 3"/>
    <w:basedOn w:val="TableauNormal"/>
    <w:uiPriority w:val="61"/>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steclaire-Accent4">
    <w:name w:val="Light List Accent 4"/>
    <w:basedOn w:val="TableauNormal"/>
    <w:uiPriority w:val="61"/>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steclaire-Accent5">
    <w:name w:val="Light List Accent 5"/>
    <w:basedOn w:val="TableauNormal"/>
    <w:uiPriority w:val="61"/>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steclaire-Accent6">
    <w:name w:val="Light List Accent 6"/>
    <w:basedOn w:val="TableauNormal"/>
    <w:uiPriority w:val="61"/>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Grilleclaire">
    <w:name w:val="Light Grid"/>
    <w:basedOn w:val="TableauNormal"/>
    <w:uiPriority w:val="62"/>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Grilleclaire-Accent2">
    <w:name w:val="Light Grid Accent 2"/>
    <w:basedOn w:val="TableauNormal"/>
    <w:uiPriority w:val="62"/>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Grilleclaire-Accent3">
    <w:name w:val="Light Grid Accent 3"/>
    <w:basedOn w:val="TableauNormal"/>
    <w:uiPriority w:val="62"/>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Grilleclaire-Accent4">
    <w:name w:val="Light Grid Accent 4"/>
    <w:basedOn w:val="TableauNormal"/>
    <w:uiPriority w:val="62"/>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Grilleclaire-Accent5">
    <w:name w:val="Light Grid Accent 5"/>
    <w:basedOn w:val="TableauNormal"/>
    <w:uiPriority w:val="62"/>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Grilleclaire-Accent6">
    <w:name w:val="Light Grid Accent 6"/>
    <w:basedOn w:val="TableauNormal"/>
    <w:uiPriority w:val="62"/>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Tramemoyenne1">
    <w:name w:val="Medium Shading 1"/>
    <w:basedOn w:val="TableauNormal"/>
    <w:uiPriority w:val="63"/>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27523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27523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Listemoyenne1-Accent2">
    <w:name w:val="Medium List 1 Accent 2"/>
    <w:basedOn w:val="TableauNormal"/>
    <w:uiPriority w:val="65"/>
    <w:rsid w:val="0027523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Listemoyenne1-Accent3">
    <w:name w:val="Medium List 1 Accent 3"/>
    <w:basedOn w:val="TableauNormal"/>
    <w:uiPriority w:val="65"/>
    <w:rsid w:val="0027523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Listemoyenne1-Accent4">
    <w:name w:val="Medium List 1 Accent 4"/>
    <w:basedOn w:val="TableauNormal"/>
    <w:uiPriority w:val="65"/>
    <w:rsid w:val="0027523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Listemoyenne1-Accent5">
    <w:name w:val="Medium List 1 Accent 5"/>
    <w:basedOn w:val="TableauNormal"/>
    <w:uiPriority w:val="65"/>
    <w:rsid w:val="0027523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Listemoyenne1-Accent6">
    <w:name w:val="Medium List 1 Accent 6"/>
    <w:basedOn w:val="TableauNormal"/>
    <w:uiPriority w:val="65"/>
    <w:rsid w:val="0027523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Listemoyenne2">
    <w:name w:val="Medium List 2"/>
    <w:basedOn w:val="TableauNormal"/>
    <w:uiPriority w:val="66"/>
    <w:rsid w:val="0027523E"/>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27523E"/>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27523E"/>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27523E"/>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27523E"/>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27523E"/>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27523E"/>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Grillemoyenne1-Accent2">
    <w:name w:val="Medium Grid 1 Accent 2"/>
    <w:basedOn w:val="TableauNormal"/>
    <w:uiPriority w:val="67"/>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Grillemoyenne1-Accent3">
    <w:name w:val="Medium Grid 1 Accent 3"/>
    <w:basedOn w:val="TableauNormal"/>
    <w:uiPriority w:val="67"/>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Grillemoyenne1-Accent4">
    <w:name w:val="Medium Grid 1 Accent 4"/>
    <w:basedOn w:val="TableauNormal"/>
    <w:uiPriority w:val="67"/>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Grillemoyenne1-Accent5">
    <w:name w:val="Medium Grid 1 Accent 5"/>
    <w:basedOn w:val="TableauNormal"/>
    <w:uiPriority w:val="67"/>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Grillemoyenne1-Accent6">
    <w:name w:val="Medium Grid 1 Accent 6"/>
    <w:basedOn w:val="TableauNormal"/>
    <w:uiPriority w:val="67"/>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Grillemoyenne2">
    <w:name w:val="Medium Grid 2"/>
    <w:basedOn w:val="TableauNormal"/>
    <w:uiPriority w:val="68"/>
    <w:rsid w:val="0027523E"/>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27523E"/>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27523E"/>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27523E"/>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27523E"/>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27523E"/>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27523E"/>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Grillemoyenne3-Accent2">
    <w:name w:val="Medium Grid 3 Accent 2"/>
    <w:basedOn w:val="TableauNormal"/>
    <w:uiPriority w:val="69"/>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Grillemoyenne3-Accent3">
    <w:name w:val="Medium Grid 3 Accent 3"/>
    <w:basedOn w:val="TableauNormal"/>
    <w:uiPriority w:val="69"/>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Grillemoyenne3-Accent4">
    <w:name w:val="Medium Grid 3 Accent 4"/>
    <w:basedOn w:val="TableauNormal"/>
    <w:uiPriority w:val="69"/>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Grillemoyenne3-Accent5">
    <w:name w:val="Medium Grid 3 Accent 5"/>
    <w:basedOn w:val="TableauNormal"/>
    <w:uiPriority w:val="69"/>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Grillemoyenne3-Accent6">
    <w:name w:val="Medium Grid 3 Accent 6"/>
    <w:basedOn w:val="TableauNormal"/>
    <w:uiPriority w:val="69"/>
    <w:rsid w:val="0027523E"/>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Listefonce">
    <w:name w:val="Dark List"/>
    <w:basedOn w:val="TableauNormal"/>
    <w:uiPriority w:val="70"/>
    <w:rsid w:val="0027523E"/>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27523E"/>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Listefonce-Accent2">
    <w:name w:val="Dark List Accent 2"/>
    <w:basedOn w:val="TableauNormal"/>
    <w:uiPriority w:val="70"/>
    <w:rsid w:val="0027523E"/>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Listefonce-Accent3">
    <w:name w:val="Dark List Accent 3"/>
    <w:basedOn w:val="TableauNormal"/>
    <w:uiPriority w:val="70"/>
    <w:rsid w:val="0027523E"/>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Listefonce-Accent4">
    <w:name w:val="Dark List Accent 4"/>
    <w:basedOn w:val="TableauNormal"/>
    <w:uiPriority w:val="70"/>
    <w:rsid w:val="0027523E"/>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Listefonce-Accent5">
    <w:name w:val="Dark List Accent 5"/>
    <w:basedOn w:val="TableauNormal"/>
    <w:uiPriority w:val="70"/>
    <w:rsid w:val="0027523E"/>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Listefonce-Accent6">
    <w:name w:val="Dark List Accent 6"/>
    <w:basedOn w:val="TableauNormal"/>
    <w:uiPriority w:val="70"/>
    <w:rsid w:val="0027523E"/>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Tramecouleur">
    <w:name w:val="Colorful Shading"/>
    <w:basedOn w:val="TableauNormal"/>
    <w:uiPriority w:val="71"/>
    <w:rsid w:val="0027523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27523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27523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27523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Tramecouleur-Accent4">
    <w:name w:val="Colorful Shading Accent 4"/>
    <w:basedOn w:val="TableauNormal"/>
    <w:uiPriority w:val="71"/>
    <w:rsid w:val="0027523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27523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27523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27523E"/>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27523E"/>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Listecouleur-Accent2">
    <w:name w:val="Colorful List Accent 2"/>
    <w:basedOn w:val="TableauNormal"/>
    <w:uiPriority w:val="72"/>
    <w:rsid w:val="0027523E"/>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Listecouleur-Accent3">
    <w:name w:val="Colorful List Accent 3"/>
    <w:basedOn w:val="TableauNormal"/>
    <w:uiPriority w:val="72"/>
    <w:rsid w:val="0027523E"/>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Listecouleur-Accent4">
    <w:name w:val="Colorful List Accent 4"/>
    <w:basedOn w:val="TableauNormal"/>
    <w:uiPriority w:val="72"/>
    <w:rsid w:val="0027523E"/>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Listecouleur-Accent5">
    <w:name w:val="Colorful List Accent 5"/>
    <w:basedOn w:val="TableauNormal"/>
    <w:uiPriority w:val="72"/>
    <w:rsid w:val="0027523E"/>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Listecouleur-Accent6">
    <w:name w:val="Colorful List Accent 6"/>
    <w:basedOn w:val="TableauNormal"/>
    <w:uiPriority w:val="72"/>
    <w:rsid w:val="0027523E"/>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Grillecouleur">
    <w:name w:val="Colorful Grid"/>
    <w:basedOn w:val="TableauNormal"/>
    <w:uiPriority w:val="73"/>
    <w:rsid w:val="0027523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27523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Grillecouleur-Accent2">
    <w:name w:val="Colorful Grid Accent 2"/>
    <w:basedOn w:val="TableauNormal"/>
    <w:uiPriority w:val="73"/>
    <w:rsid w:val="0027523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Grillecouleur-Accent3">
    <w:name w:val="Colorful Grid Accent 3"/>
    <w:basedOn w:val="TableauNormal"/>
    <w:uiPriority w:val="73"/>
    <w:rsid w:val="0027523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Grillecouleur-Accent4">
    <w:name w:val="Colorful Grid Accent 4"/>
    <w:basedOn w:val="TableauNormal"/>
    <w:uiPriority w:val="73"/>
    <w:rsid w:val="0027523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Grillecouleur-Accent5">
    <w:name w:val="Colorful Grid Accent 5"/>
    <w:basedOn w:val="TableauNormal"/>
    <w:uiPriority w:val="73"/>
    <w:rsid w:val="0027523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Grillecouleur-Accent6">
    <w:name w:val="Colorful Grid Accent 6"/>
    <w:basedOn w:val="TableauNormal"/>
    <w:uiPriority w:val="73"/>
    <w:rsid w:val="0027523E"/>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3957">
      <w:bodyDiv w:val="1"/>
      <w:marLeft w:val="0"/>
      <w:marRight w:val="0"/>
      <w:marTop w:val="0"/>
      <w:marBottom w:val="0"/>
      <w:divBdr>
        <w:top w:val="none" w:sz="0" w:space="0" w:color="auto"/>
        <w:left w:val="none" w:sz="0" w:space="0" w:color="auto"/>
        <w:bottom w:val="none" w:sz="0" w:space="0" w:color="auto"/>
        <w:right w:val="none" w:sz="0" w:space="0" w:color="auto"/>
      </w:divBdr>
    </w:div>
    <w:div w:id="7027474">
      <w:bodyDiv w:val="1"/>
      <w:marLeft w:val="0"/>
      <w:marRight w:val="0"/>
      <w:marTop w:val="0"/>
      <w:marBottom w:val="0"/>
      <w:divBdr>
        <w:top w:val="none" w:sz="0" w:space="0" w:color="auto"/>
        <w:left w:val="none" w:sz="0" w:space="0" w:color="auto"/>
        <w:bottom w:val="none" w:sz="0" w:space="0" w:color="auto"/>
        <w:right w:val="none" w:sz="0" w:space="0" w:color="auto"/>
      </w:divBdr>
    </w:div>
    <w:div w:id="10373777">
      <w:bodyDiv w:val="1"/>
      <w:marLeft w:val="0"/>
      <w:marRight w:val="0"/>
      <w:marTop w:val="0"/>
      <w:marBottom w:val="0"/>
      <w:divBdr>
        <w:top w:val="none" w:sz="0" w:space="0" w:color="auto"/>
        <w:left w:val="none" w:sz="0" w:space="0" w:color="auto"/>
        <w:bottom w:val="none" w:sz="0" w:space="0" w:color="auto"/>
        <w:right w:val="none" w:sz="0" w:space="0" w:color="auto"/>
      </w:divBdr>
    </w:div>
    <w:div w:id="12460021">
      <w:bodyDiv w:val="1"/>
      <w:marLeft w:val="0"/>
      <w:marRight w:val="0"/>
      <w:marTop w:val="0"/>
      <w:marBottom w:val="0"/>
      <w:divBdr>
        <w:top w:val="none" w:sz="0" w:space="0" w:color="auto"/>
        <w:left w:val="none" w:sz="0" w:space="0" w:color="auto"/>
        <w:bottom w:val="none" w:sz="0" w:space="0" w:color="auto"/>
        <w:right w:val="none" w:sz="0" w:space="0" w:color="auto"/>
      </w:divBdr>
    </w:div>
    <w:div w:id="17127430">
      <w:bodyDiv w:val="1"/>
      <w:marLeft w:val="0"/>
      <w:marRight w:val="0"/>
      <w:marTop w:val="0"/>
      <w:marBottom w:val="0"/>
      <w:divBdr>
        <w:top w:val="none" w:sz="0" w:space="0" w:color="auto"/>
        <w:left w:val="none" w:sz="0" w:space="0" w:color="auto"/>
        <w:bottom w:val="none" w:sz="0" w:space="0" w:color="auto"/>
        <w:right w:val="none" w:sz="0" w:space="0" w:color="auto"/>
      </w:divBdr>
    </w:div>
    <w:div w:id="21057475">
      <w:bodyDiv w:val="1"/>
      <w:marLeft w:val="0"/>
      <w:marRight w:val="0"/>
      <w:marTop w:val="0"/>
      <w:marBottom w:val="0"/>
      <w:divBdr>
        <w:top w:val="none" w:sz="0" w:space="0" w:color="auto"/>
        <w:left w:val="none" w:sz="0" w:space="0" w:color="auto"/>
        <w:bottom w:val="none" w:sz="0" w:space="0" w:color="auto"/>
        <w:right w:val="none" w:sz="0" w:space="0" w:color="auto"/>
      </w:divBdr>
    </w:div>
    <w:div w:id="22292434">
      <w:bodyDiv w:val="1"/>
      <w:marLeft w:val="0"/>
      <w:marRight w:val="0"/>
      <w:marTop w:val="0"/>
      <w:marBottom w:val="0"/>
      <w:divBdr>
        <w:top w:val="none" w:sz="0" w:space="0" w:color="auto"/>
        <w:left w:val="none" w:sz="0" w:space="0" w:color="auto"/>
        <w:bottom w:val="none" w:sz="0" w:space="0" w:color="auto"/>
        <w:right w:val="none" w:sz="0" w:space="0" w:color="auto"/>
      </w:divBdr>
    </w:div>
    <w:div w:id="24721825">
      <w:bodyDiv w:val="1"/>
      <w:marLeft w:val="0"/>
      <w:marRight w:val="0"/>
      <w:marTop w:val="0"/>
      <w:marBottom w:val="0"/>
      <w:divBdr>
        <w:top w:val="none" w:sz="0" w:space="0" w:color="auto"/>
        <w:left w:val="none" w:sz="0" w:space="0" w:color="auto"/>
        <w:bottom w:val="none" w:sz="0" w:space="0" w:color="auto"/>
        <w:right w:val="none" w:sz="0" w:space="0" w:color="auto"/>
      </w:divBdr>
    </w:div>
    <w:div w:id="45763962">
      <w:bodyDiv w:val="1"/>
      <w:marLeft w:val="0"/>
      <w:marRight w:val="0"/>
      <w:marTop w:val="0"/>
      <w:marBottom w:val="0"/>
      <w:divBdr>
        <w:top w:val="none" w:sz="0" w:space="0" w:color="auto"/>
        <w:left w:val="none" w:sz="0" w:space="0" w:color="auto"/>
        <w:bottom w:val="none" w:sz="0" w:space="0" w:color="auto"/>
        <w:right w:val="none" w:sz="0" w:space="0" w:color="auto"/>
      </w:divBdr>
    </w:div>
    <w:div w:id="51855499">
      <w:bodyDiv w:val="1"/>
      <w:marLeft w:val="0"/>
      <w:marRight w:val="0"/>
      <w:marTop w:val="0"/>
      <w:marBottom w:val="0"/>
      <w:divBdr>
        <w:top w:val="none" w:sz="0" w:space="0" w:color="auto"/>
        <w:left w:val="none" w:sz="0" w:space="0" w:color="auto"/>
        <w:bottom w:val="none" w:sz="0" w:space="0" w:color="auto"/>
        <w:right w:val="none" w:sz="0" w:space="0" w:color="auto"/>
      </w:divBdr>
    </w:div>
    <w:div w:id="63380730">
      <w:bodyDiv w:val="1"/>
      <w:marLeft w:val="0"/>
      <w:marRight w:val="0"/>
      <w:marTop w:val="0"/>
      <w:marBottom w:val="0"/>
      <w:divBdr>
        <w:top w:val="none" w:sz="0" w:space="0" w:color="auto"/>
        <w:left w:val="none" w:sz="0" w:space="0" w:color="auto"/>
        <w:bottom w:val="none" w:sz="0" w:space="0" w:color="auto"/>
        <w:right w:val="none" w:sz="0" w:space="0" w:color="auto"/>
      </w:divBdr>
    </w:div>
    <w:div w:id="103960931">
      <w:bodyDiv w:val="1"/>
      <w:marLeft w:val="0"/>
      <w:marRight w:val="0"/>
      <w:marTop w:val="0"/>
      <w:marBottom w:val="0"/>
      <w:divBdr>
        <w:top w:val="none" w:sz="0" w:space="0" w:color="auto"/>
        <w:left w:val="none" w:sz="0" w:space="0" w:color="auto"/>
        <w:bottom w:val="none" w:sz="0" w:space="0" w:color="auto"/>
        <w:right w:val="none" w:sz="0" w:space="0" w:color="auto"/>
      </w:divBdr>
    </w:div>
    <w:div w:id="105850344">
      <w:bodyDiv w:val="1"/>
      <w:marLeft w:val="0"/>
      <w:marRight w:val="0"/>
      <w:marTop w:val="0"/>
      <w:marBottom w:val="0"/>
      <w:divBdr>
        <w:top w:val="none" w:sz="0" w:space="0" w:color="auto"/>
        <w:left w:val="none" w:sz="0" w:space="0" w:color="auto"/>
        <w:bottom w:val="none" w:sz="0" w:space="0" w:color="auto"/>
        <w:right w:val="none" w:sz="0" w:space="0" w:color="auto"/>
      </w:divBdr>
    </w:div>
    <w:div w:id="170753680">
      <w:bodyDiv w:val="1"/>
      <w:marLeft w:val="0"/>
      <w:marRight w:val="0"/>
      <w:marTop w:val="0"/>
      <w:marBottom w:val="0"/>
      <w:divBdr>
        <w:top w:val="none" w:sz="0" w:space="0" w:color="auto"/>
        <w:left w:val="none" w:sz="0" w:space="0" w:color="auto"/>
        <w:bottom w:val="none" w:sz="0" w:space="0" w:color="auto"/>
        <w:right w:val="none" w:sz="0" w:space="0" w:color="auto"/>
      </w:divBdr>
    </w:div>
    <w:div w:id="170871824">
      <w:bodyDiv w:val="1"/>
      <w:marLeft w:val="0"/>
      <w:marRight w:val="0"/>
      <w:marTop w:val="0"/>
      <w:marBottom w:val="0"/>
      <w:divBdr>
        <w:top w:val="none" w:sz="0" w:space="0" w:color="auto"/>
        <w:left w:val="none" w:sz="0" w:space="0" w:color="auto"/>
        <w:bottom w:val="none" w:sz="0" w:space="0" w:color="auto"/>
        <w:right w:val="none" w:sz="0" w:space="0" w:color="auto"/>
      </w:divBdr>
    </w:div>
    <w:div w:id="172501280">
      <w:bodyDiv w:val="1"/>
      <w:marLeft w:val="0"/>
      <w:marRight w:val="0"/>
      <w:marTop w:val="0"/>
      <w:marBottom w:val="0"/>
      <w:divBdr>
        <w:top w:val="none" w:sz="0" w:space="0" w:color="auto"/>
        <w:left w:val="none" w:sz="0" w:space="0" w:color="auto"/>
        <w:bottom w:val="none" w:sz="0" w:space="0" w:color="auto"/>
        <w:right w:val="none" w:sz="0" w:space="0" w:color="auto"/>
      </w:divBdr>
    </w:div>
    <w:div w:id="196964650">
      <w:bodyDiv w:val="1"/>
      <w:marLeft w:val="0"/>
      <w:marRight w:val="0"/>
      <w:marTop w:val="0"/>
      <w:marBottom w:val="0"/>
      <w:divBdr>
        <w:top w:val="none" w:sz="0" w:space="0" w:color="auto"/>
        <w:left w:val="none" w:sz="0" w:space="0" w:color="auto"/>
        <w:bottom w:val="none" w:sz="0" w:space="0" w:color="auto"/>
        <w:right w:val="none" w:sz="0" w:space="0" w:color="auto"/>
      </w:divBdr>
    </w:div>
    <w:div w:id="208028774">
      <w:bodyDiv w:val="1"/>
      <w:marLeft w:val="0"/>
      <w:marRight w:val="0"/>
      <w:marTop w:val="0"/>
      <w:marBottom w:val="0"/>
      <w:divBdr>
        <w:top w:val="none" w:sz="0" w:space="0" w:color="auto"/>
        <w:left w:val="none" w:sz="0" w:space="0" w:color="auto"/>
        <w:bottom w:val="none" w:sz="0" w:space="0" w:color="auto"/>
        <w:right w:val="none" w:sz="0" w:space="0" w:color="auto"/>
      </w:divBdr>
    </w:div>
    <w:div w:id="262541273">
      <w:bodyDiv w:val="1"/>
      <w:marLeft w:val="0"/>
      <w:marRight w:val="0"/>
      <w:marTop w:val="0"/>
      <w:marBottom w:val="0"/>
      <w:divBdr>
        <w:top w:val="none" w:sz="0" w:space="0" w:color="auto"/>
        <w:left w:val="none" w:sz="0" w:space="0" w:color="auto"/>
        <w:bottom w:val="none" w:sz="0" w:space="0" w:color="auto"/>
        <w:right w:val="none" w:sz="0" w:space="0" w:color="auto"/>
      </w:divBdr>
    </w:div>
    <w:div w:id="298386289">
      <w:bodyDiv w:val="1"/>
      <w:marLeft w:val="0"/>
      <w:marRight w:val="0"/>
      <w:marTop w:val="0"/>
      <w:marBottom w:val="0"/>
      <w:divBdr>
        <w:top w:val="none" w:sz="0" w:space="0" w:color="auto"/>
        <w:left w:val="none" w:sz="0" w:space="0" w:color="auto"/>
        <w:bottom w:val="none" w:sz="0" w:space="0" w:color="auto"/>
        <w:right w:val="none" w:sz="0" w:space="0" w:color="auto"/>
      </w:divBdr>
    </w:div>
    <w:div w:id="300231358">
      <w:bodyDiv w:val="1"/>
      <w:marLeft w:val="0"/>
      <w:marRight w:val="0"/>
      <w:marTop w:val="0"/>
      <w:marBottom w:val="0"/>
      <w:divBdr>
        <w:top w:val="none" w:sz="0" w:space="0" w:color="auto"/>
        <w:left w:val="none" w:sz="0" w:space="0" w:color="auto"/>
        <w:bottom w:val="none" w:sz="0" w:space="0" w:color="auto"/>
        <w:right w:val="none" w:sz="0" w:space="0" w:color="auto"/>
      </w:divBdr>
    </w:div>
    <w:div w:id="310794903">
      <w:bodyDiv w:val="1"/>
      <w:marLeft w:val="0"/>
      <w:marRight w:val="0"/>
      <w:marTop w:val="0"/>
      <w:marBottom w:val="0"/>
      <w:divBdr>
        <w:top w:val="none" w:sz="0" w:space="0" w:color="auto"/>
        <w:left w:val="none" w:sz="0" w:space="0" w:color="auto"/>
        <w:bottom w:val="none" w:sz="0" w:space="0" w:color="auto"/>
        <w:right w:val="none" w:sz="0" w:space="0" w:color="auto"/>
      </w:divBdr>
    </w:div>
    <w:div w:id="314145096">
      <w:bodyDiv w:val="1"/>
      <w:marLeft w:val="0"/>
      <w:marRight w:val="0"/>
      <w:marTop w:val="0"/>
      <w:marBottom w:val="0"/>
      <w:divBdr>
        <w:top w:val="none" w:sz="0" w:space="0" w:color="auto"/>
        <w:left w:val="none" w:sz="0" w:space="0" w:color="auto"/>
        <w:bottom w:val="none" w:sz="0" w:space="0" w:color="auto"/>
        <w:right w:val="none" w:sz="0" w:space="0" w:color="auto"/>
      </w:divBdr>
    </w:div>
    <w:div w:id="326133918">
      <w:bodyDiv w:val="1"/>
      <w:marLeft w:val="0"/>
      <w:marRight w:val="0"/>
      <w:marTop w:val="0"/>
      <w:marBottom w:val="0"/>
      <w:divBdr>
        <w:top w:val="none" w:sz="0" w:space="0" w:color="auto"/>
        <w:left w:val="none" w:sz="0" w:space="0" w:color="auto"/>
        <w:bottom w:val="none" w:sz="0" w:space="0" w:color="auto"/>
        <w:right w:val="none" w:sz="0" w:space="0" w:color="auto"/>
      </w:divBdr>
    </w:div>
    <w:div w:id="329329690">
      <w:bodyDiv w:val="1"/>
      <w:marLeft w:val="0"/>
      <w:marRight w:val="0"/>
      <w:marTop w:val="0"/>
      <w:marBottom w:val="0"/>
      <w:divBdr>
        <w:top w:val="none" w:sz="0" w:space="0" w:color="auto"/>
        <w:left w:val="none" w:sz="0" w:space="0" w:color="auto"/>
        <w:bottom w:val="none" w:sz="0" w:space="0" w:color="auto"/>
        <w:right w:val="none" w:sz="0" w:space="0" w:color="auto"/>
      </w:divBdr>
    </w:div>
    <w:div w:id="333654827">
      <w:bodyDiv w:val="1"/>
      <w:marLeft w:val="0"/>
      <w:marRight w:val="0"/>
      <w:marTop w:val="0"/>
      <w:marBottom w:val="0"/>
      <w:divBdr>
        <w:top w:val="none" w:sz="0" w:space="0" w:color="auto"/>
        <w:left w:val="none" w:sz="0" w:space="0" w:color="auto"/>
        <w:bottom w:val="none" w:sz="0" w:space="0" w:color="auto"/>
        <w:right w:val="none" w:sz="0" w:space="0" w:color="auto"/>
      </w:divBdr>
    </w:div>
    <w:div w:id="360015296">
      <w:bodyDiv w:val="1"/>
      <w:marLeft w:val="0"/>
      <w:marRight w:val="0"/>
      <w:marTop w:val="0"/>
      <w:marBottom w:val="0"/>
      <w:divBdr>
        <w:top w:val="none" w:sz="0" w:space="0" w:color="auto"/>
        <w:left w:val="none" w:sz="0" w:space="0" w:color="auto"/>
        <w:bottom w:val="none" w:sz="0" w:space="0" w:color="auto"/>
        <w:right w:val="none" w:sz="0" w:space="0" w:color="auto"/>
      </w:divBdr>
    </w:div>
    <w:div w:id="394208331">
      <w:bodyDiv w:val="1"/>
      <w:marLeft w:val="0"/>
      <w:marRight w:val="0"/>
      <w:marTop w:val="0"/>
      <w:marBottom w:val="0"/>
      <w:divBdr>
        <w:top w:val="none" w:sz="0" w:space="0" w:color="auto"/>
        <w:left w:val="none" w:sz="0" w:space="0" w:color="auto"/>
        <w:bottom w:val="none" w:sz="0" w:space="0" w:color="auto"/>
        <w:right w:val="none" w:sz="0" w:space="0" w:color="auto"/>
      </w:divBdr>
    </w:div>
    <w:div w:id="425658990">
      <w:bodyDiv w:val="1"/>
      <w:marLeft w:val="0"/>
      <w:marRight w:val="0"/>
      <w:marTop w:val="0"/>
      <w:marBottom w:val="0"/>
      <w:divBdr>
        <w:top w:val="none" w:sz="0" w:space="0" w:color="auto"/>
        <w:left w:val="none" w:sz="0" w:space="0" w:color="auto"/>
        <w:bottom w:val="none" w:sz="0" w:space="0" w:color="auto"/>
        <w:right w:val="none" w:sz="0" w:space="0" w:color="auto"/>
      </w:divBdr>
    </w:div>
    <w:div w:id="447435576">
      <w:bodyDiv w:val="1"/>
      <w:marLeft w:val="0"/>
      <w:marRight w:val="0"/>
      <w:marTop w:val="0"/>
      <w:marBottom w:val="0"/>
      <w:divBdr>
        <w:top w:val="none" w:sz="0" w:space="0" w:color="auto"/>
        <w:left w:val="none" w:sz="0" w:space="0" w:color="auto"/>
        <w:bottom w:val="none" w:sz="0" w:space="0" w:color="auto"/>
        <w:right w:val="none" w:sz="0" w:space="0" w:color="auto"/>
      </w:divBdr>
    </w:div>
    <w:div w:id="449709567">
      <w:bodyDiv w:val="1"/>
      <w:marLeft w:val="0"/>
      <w:marRight w:val="0"/>
      <w:marTop w:val="0"/>
      <w:marBottom w:val="0"/>
      <w:divBdr>
        <w:top w:val="none" w:sz="0" w:space="0" w:color="auto"/>
        <w:left w:val="none" w:sz="0" w:space="0" w:color="auto"/>
        <w:bottom w:val="none" w:sz="0" w:space="0" w:color="auto"/>
        <w:right w:val="none" w:sz="0" w:space="0" w:color="auto"/>
      </w:divBdr>
    </w:div>
    <w:div w:id="455946399">
      <w:bodyDiv w:val="1"/>
      <w:marLeft w:val="0"/>
      <w:marRight w:val="0"/>
      <w:marTop w:val="0"/>
      <w:marBottom w:val="0"/>
      <w:divBdr>
        <w:top w:val="none" w:sz="0" w:space="0" w:color="auto"/>
        <w:left w:val="none" w:sz="0" w:space="0" w:color="auto"/>
        <w:bottom w:val="none" w:sz="0" w:space="0" w:color="auto"/>
        <w:right w:val="none" w:sz="0" w:space="0" w:color="auto"/>
      </w:divBdr>
    </w:div>
    <w:div w:id="460659691">
      <w:bodyDiv w:val="1"/>
      <w:marLeft w:val="0"/>
      <w:marRight w:val="0"/>
      <w:marTop w:val="0"/>
      <w:marBottom w:val="0"/>
      <w:divBdr>
        <w:top w:val="none" w:sz="0" w:space="0" w:color="auto"/>
        <w:left w:val="none" w:sz="0" w:space="0" w:color="auto"/>
        <w:bottom w:val="none" w:sz="0" w:space="0" w:color="auto"/>
        <w:right w:val="none" w:sz="0" w:space="0" w:color="auto"/>
      </w:divBdr>
    </w:div>
    <w:div w:id="462231361">
      <w:bodyDiv w:val="1"/>
      <w:marLeft w:val="0"/>
      <w:marRight w:val="0"/>
      <w:marTop w:val="0"/>
      <w:marBottom w:val="0"/>
      <w:divBdr>
        <w:top w:val="none" w:sz="0" w:space="0" w:color="auto"/>
        <w:left w:val="none" w:sz="0" w:space="0" w:color="auto"/>
        <w:bottom w:val="none" w:sz="0" w:space="0" w:color="auto"/>
        <w:right w:val="none" w:sz="0" w:space="0" w:color="auto"/>
      </w:divBdr>
    </w:div>
    <w:div w:id="479227239">
      <w:bodyDiv w:val="1"/>
      <w:marLeft w:val="0"/>
      <w:marRight w:val="0"/>
      <w:marTop w:val="0"/>
      <w:marBottom w:val="0"/>
      <w:divBdr>
        <w:top w:val="none" w:sz="0" w:space="0" w:color="auto"/>
        <w:left w:val="none" w:sz="0" w:space="0" w:color="auto"/>
        <w:bottom w:val="none" w:sz="0" w:space="0" w:color="auto"/>
        <w:right w:val="none" w:sz="0" w:space="0" w:color="auto"/>
      </w:divBdr>
    </w:div>
    <w:div w:id="481118375">
      <w:bodyDiv w:val="1"/>
      <w:marLeft w:val="0"/>
      <w:marRight w:val="0"/>
      <w:marTop w:val="0"/>
      <w:marBottom w:val="0"/>
      <w:divBdr>
        <w:top w:val="none" w:sz="0" w:space="0" w:color="auto"/>
        <w:left w:val="none" w:sz="0" w:space="0" w:color="auto"/>
        <w:bottom w:val="none" w:sz="0" w:space="0" w:color="auto"/>
        <w:right w:val="none" w:sz="0" w:space="0" w:color="auto"/>
      </w:divBdr>
    </w:div>
    <w:div w:id="495221419">
      <w:bodyDiv w:val="1"/>
      <w:marLeft w:val="0"/>
      <w:marRight w:val="0"/>
      <w:marTop w:val="0"/>
      <w:marBottom w:val="0"/>
      <w:divBdr>
        <w:top w:val="none" w:sz="0" w:space="0" w:color="auto"/>
        <w:left w:val="none" w:sz="0" w:space="0" w:color="auto"/>
        <w:bottom w:val="none" w:sz="0" w:space="0" w:color="auto"/>
        <w:right w:val="none" w:sz="0" w:space="0" w:color="auto"/>
      </w:divBdr>
    </w:div>
    <w:div w:id="503474311">
      <w:bodyDiv w:val="1"/>
      <w:marLeft w:val="0"/>
      <w:marRight w:val="0"/>
      <w:marTop w:val="0"/>
      <w:marBottom w:val="0"/>
      <w:divBdr>
        <w:top w:val="none" w:sz="0" w:space="0" w:color="auto"/>
        <w:left w:val="none" w:sz="0" w:space="0" w:color="auto"/>
        <w:bottom w:val="none" w:sz="0" w:space="0" w:color="auto"/>
        <w:right w:val="none" w:sz="0" w:space="0" w:color="auto"/>
      </w:divBdr>
    </w:div>
    <w:div w:id="505173486">
      <w:bodyDiv w:val="1"/>
      <w:marLeft w:val="0"/>
      <w:marRight w:val="0"/>
      <w:marTop w:val="0"/>
      <w:marBottom w:val="0"/>
      <w:divBdr>
        <w:top w:val="none" w:sz="0" w:space="0" w:color="auto"/>
        <w:left w:val="none" w:sz="0" w:space="0" w:color="auto"/>
        <w:bottom w:val="none" w:sz="0" w:space="0" w:color="auto"/>
        <w:right w:val="none" w:sz="0" w:space="0" w:color="auto"/>
      </w:divBdr>
    </w:div>
    <w:div w:id="532839703">
      <w:bodyDiv w:val="1"/>
      <w:marLeft w:val="0"/>
      <w:marRight w:val="0"/>
      <w:marTop w:val="0"/>
      <w:marBottom w:val="0"/>
      <w:divBdr>
        <w:top w:val="none" w:sz="0" w:space="0" w:color="auto"/>
        <w:left w:val="none" w:sz="0" w:space="0" w:color="auto"/>
        <w:bottom w:val="none" w:sz="0" w:space="0" w:color="auto"/>
        <w:right w:val="none" w:sz="0" w:space="0" w:color="auto"/>
      </w:divBdr>
    </w:div>
    <w:div w:id="536310509">
      <w:bodyDiv w:val="1"/>
      <w:marLeft w:val="0"/>
      <w:marRight w:val="0"/>
      <w:marTop w:val="0"/>
      <w:marBottom w:val="0"/>
      <w:divBdr>
        <w:top w:val="none" w:sz="0" w:space="0" w:color="auto"/>
        <w:left w:val="none" w:sz="0" w:space="0" w:color="auto"/>
        <w:bottom w:val="none" w:sz="0" w:space="0" w:color="auto"/>
        <w:right w:val="none" w:sz="0" w:space="0" w:color="auto"/>
      </w:divBdr>
    </w:div>
    <w:div w:id="572355291">
      <w:bodyDiv w:val="1"/>
      <w:marLeft w:val="0"/>
      <w:marRight w:val="0"/>
      <w:marTop w:val="0"/>
      <w:marBottom w:val="0"/>
      <w:divBdr>
        <w:top w:val="none" w:sz="0" w:space="0" w:color="auto"/>
        <w:left w:val="none" w:sz="0" w:space="0" w:color="auto"/>
        <w:bottom w:val="none" w:sz="0" w:space="0" w:color="auto"/>
        <w:right w:val="none" w:sz="0" w:space="0" w:color="auto"/>
      </w:divBdr>
    </w:div>
    <w:div w:id="572468633">
      <w:bodyDiv w:val="1"/>
      <w:marLeft w:val="0"/>
      <w:marRight w:val="0"/>
      <w:marTop w:val="0"/>
      <w:marBottom w:val="0"/>
      <w:divBdr>
        <w:top w:val="none" w:sz="0" w:space="0" w:color="auto"/>
        <w:left w:val="none" w:sz="0" w:space="0" w:color="auto"/>
        <w:bottom w:val="none" w:sz="0" w:space="0" w:color="auto"/>
        <w:right w:val="none" w:sz="0" w:space="0" w:color="auto"/>
      </w:divBdr>
    </w:div>
    <w:div w:id="575482918">
      <w:bodyDiv w:val="1"/>
      <w:marLeft w:val="0"/>
      <w:marRight w:val="0"/>
      <w:marTop w:val="0"/>
      <w:marBottom w:val="0"/>
      <w:divBdr>
        <w:top w:val="none" w:sz="0" w:space="0" w:color="auto"/>
        <w:left w:val="none" w:sz="0" w:space="0" w:color="auto"/>
        <w:bottom w:val="none" w:sz="0" w:space="0" w:color="auto"/>
        <w:right w:val="none" w:sz="0" w:space="0" w:color="auto"/>
      </w:divBdr>
    </w:div>
    <w:div w:id="576401724">
      <w:bodyDiv w:val="1"/>
      <w:marLeft w:val="0"/>
      <w:marRight w:val="0"/>
      <w:marTop w:val="0"/>
      <w:marBottom w:val="0"/>
      <w:divBdr>
        <w:top w:val="none" w:sz="0" w:space="0" w:color="auto"/>
        <w:left w:val="none" w:sz="0" w:space="0" w:color="auto"/>
        <w:bottom w:val="none" w:sz="0" w:space="0" w:color="auto"/>
        <w:right w:val="none" w:sz="0" w:space="0" w:color="auto"/>
      </w:divBdr>
    </w:div>
    <w:div w:id="585766241">
      <w:bodyDiv w:val="1"/>
      <w:marLeft w:val="0"/>
      <w:marRight w:val="0"/>
      <w:marTop w:val="0"/>
      <w:marBottom w:val="0"/>
      <w:divBdr>
        <w:top w:val="none" w:sz="0" w:space="0" w:color="auto"/>
        <w:left w:val="none" w:sz="0" w:space="0" w:color="auto"/>
        <w:bottom w:val="none" w:sz="0" w:space="0" w:color="auto"/>
        <w:right w:val="none" w:sz="0" w:space="0" w:color="auto"/>
      </w:divBdr>
    </w:div>
    <w:div w:id="611087000">
      <w:bodyDiv w:val="1"/>
      <w:marLeft w:val="0"/>
      <w:marRight w:val="0"/>
      <w:marTop w:val="0"/>
      <w:marBottom w:val="0"/>
      <w:divBdr>
        <w:top w:val="none" w:sz="0" w:space="0" w:color="auto"/>
        <w:left w:val="none" w:sz="0" w:space="0" w:color="auto"/>
        <w:bottom w:val="none" w:sz="0" w:space="0" w:color="auto"/>
        <w:right w:val="none" w:sz="0" w:space="0" w:color="auto"/>
      </w:divBdr>
    </w:div>
    <w:div w:id="613294047">
      <w:bodyDiv w:val="1"/>
      <w:marLeft w:val="0"/>
      <w:marRight w:val="0"/>
      <w:marTop w:val="0"/>
      <w:marBottom w:val="0"/>
      <w:divBdr>
        <w:top w:val="none" w:sz="0" w:space="0" w:color="auto"/>
        <w:left w:val="none" w:sz="0" w:space="0" w:color="auto"/>
        <w:bottom w:val="none" w:sz="0" w:space="0" w:color="auto"/>
        <w:right w:val="none" w:sz="0" w:space="0" w:color="auto"/>
      </w:divBdr>
    </w:div>
    <w:div w:id="617762730">
      <w:bodyDiv w:val="1"/>
      <w:marLeft w:val="0"/>
      <w:marRight w:val="0"/>
      <w:marTop w:val="0"/>
      <w:marBottom w:val="0"/>
      <w:divBdr>
        <w:top w:val="none" w:sz="0" w:space="0" w:color="auto"/>
        <w:left w:val="none" w:sz="0" w:space="0" w:color="auto"/>
        <w:bottom w:val="none" w:sz="0" w:space="0" w:color="auto"/>
        <w:right w:val="none" w:sz="0" w:space="0" w:color="auto"/>
      </w:divBdr>
    </w:div>
    <w:div w:id="637033546">
      <w:bodyDiv w:val="1"/>
      <w:marLeft w:val="0"/>
      <w:marRight w:val="0"/>
      <w:marTop w:val="0"/>
      <w:marBottom w:val="0"/>
      <w:divBdr>
        <w:top w:val="none" w:sz="0" w:space="0" w:color="auto"/>
        <w:left w:val="none" w:sz="0" w:space="0" w:color="auto"/>
        <w:bottom w:val="none" w:sz="0" w:space="0" w:color="auto"/>
        <w:right w:val="none" w:sz="0" w:space="0" w:color="auto"/>
      </w:divBdr>
    </w:div>
    <w:div w:id="649947019">
      <w:bodyDiv w:val="1"/>
      <w:marLeft w:val="0"/>
      <w:marRight w:val="0"/>
      <w:marTop w:val="0"/>
      <w:marBottom w:val="0"/>
      <w:divBdr>
        <w:top w:val="none" w:sz="0" w:space="0" w:color="auto"/>
        <w:left w:val="none" w:sz="0" w:space="0" w:color="auto"/>
        <w:bottom w:val="none" w:sz="0" w:space="0" w:color="auto"/>
        <w:right w:val="none" w:sz="0" w:space="0" w:color="auto"/>
      </w:divBdr>
    </w:div>
    <w:div w:id="656761871">
      <w:bodyDiv w:val="1"/>
      <w:marLeft w:val="0"/>
      <w:marRight w:val="0"/>
      <w:marTop w:val="0"/>
      <w:marBottom w:val="0"/>
      <w:divBdr>
        <w:top w:val="none" w:sz="0" w:space="0" w:color="auto"/>
        <w:left w:val="none" w:sz="0" w:space="0" w:color="auto"/>
        <w:bottom w:val="none" w:sz="0" w:space="0" w:color="auto"/>
        <w:right w:val="none" w:sz="0" w:space="0" w:color="auto"/>
      </w:divBdr>
    </w:div>
    <w:div w:id="679503270">
      <w:bodyDiv w:val="1"/>
      <w:marLeft w:val="0"/>
      <w:marRight w:val="0"/>
      <w:marTop w:val="0"/>
      <w:marBottom w:val="0"/>
      <w:divBdr>
        <w:top w:val="none" w:sz="0" w:space="0" w:color="auto"/>
        <w:left w:val="none" w:sz="0" w:space="0" w:color="auto"/>
        <w:bottom w:val="none" w:sz="0" w:space="0" w:color="auto"/>
        <w:right w:val="none" w:sz="0" w:space="0" w:color="auto"/>
      </w:divBdr>
    </w:div>
    <w:div w:id="709495064">
      <w:bodyDiv w:val="1"/>
      <w:marLeft w:val="0"/>
      <w:marRight w:val="0"/>
      <w:marTop w:val="0"/>
      <w:marBottom w:val="0"/>
      <w:divBdr>
        <w:top w:val="none" w:sz="0" w:space="0" w:color="auto"/>
        <w:left w:val="none" w:sz="0" w:space="0" w:color="auto"/>
        <w:bottom w:val="none" w:sz="0" w:space="0" w:color="auto"/>
        <w:right w:val="none" w:sz="0" w:space="0" w:color="auto"/>
      </w:divBdr>
    </w:div>
    <w:div w:id="732125531">
      <w:bodyDiv w:val="1"/>
      <w:marLeft w:val="0"/>
      <w:marRight w:val="0"/>
      <w:marTop w:val="0"/>
      <w:marBottom w:val="0"/>
      <w:divBdr>
        <w:top w:val="none" w:sz="0" w:space="0" w:color="auto"/>
        <w:left w:val="none" w:sz="0" w:space="0" w:color="auto"/>
        <w:bottom w:val="none" w:sz="0" w:space="0" w:color="auto"/>
        <w:right w:val="none" w:sz="0" w:space="0" w:color="auto"/>
      </w:divBdr>
    </w:div>
    <w:div w:id="740057035">
      <w:bodyDiv w:val="1"/>
      <w:marLeft w:val="0"/>
      <w:marRight w:val="0"/>
      <w:marTop w:val="0"/>
      <w:marBottom w:val="0"/>
      <w:divBdr>
        <w:top w:val="none" w:sz="0" w:space="0" w:color="auto"/>
        <w:left w:val="none" w:sz="0" w:space="0" w:color="auto"/>
        <w:bottom w:val="none" w:sz="0" w:space="0" w:color="auto"/>
        <w:right w:val="none" w:sz="0" w:space="0" w:color="auto"/>
      </w:divBdr>
    </w:div>
    <w:div w:id="743917976">
      <w:bodyDiv w:val="1"/>
      <w:marLeft w:val="0"/>
      <w:marRight w:val="0"/>
      <w:marTop w:val="0"/>
      <w:marBottom w:val="0"/>
      <w:divBdr>
        <w:top w:val="none" w:sz="0" w:space="0" w:color="auto"/>
        <w:left w:val="none" w:sz="0" w:space="0" w:color="auto"/>
        <w:bottom w:val="none" w:sz="0" w:space="0" w:color="auto"/>
        <w:right w:val="none" w:sz="0" w:space="0" w:color="auto"/>
      </w:divBdr>
    </w:div>
    <w:div w:id="744037566">
      <w:bodyDiv w:val="1"/>
      <w:marLeft w:val="0"/>
      <w:marRight w:val="0"/>
      <w:marTop w:val="0"/>
      <w:marBottom w:val="0"/>
      <w:divBdr>
        <w:top w:val="none" w:sz="0" w:space="0" w:color="auto"/>
        <w:left w:val="none" w:sz="0" w:space="0" w:color="auto"/>
        <w:bottom w:val="none" w:sz="0" w:space="0" w:color="auto"/>
        <w:right w:val="none" w:sz="0" w:space="0" w:color="auto"/>
      </w:divBdr>
    </w:div>
    <w:div w:id="752702181">
      <w:bodyDiv w:val="1"/>
      <w:marLeft w:val="0"/>
      <w:marRight w:val="0"/>
      <w:marTop w:val="0"/>
      <w:marBottom w:val="0"/>
      <w:divBdr>
        <w:top w:val="none" w:sz="0" w:space="0" w:color="auto"/>
        <w:left w:val="none" w:sz="0" w:space="0" w:color="auto"/>
        <w:bottom w:val="none" w:sz="0" w:space="0" w:color="auto"/>
        <w:right w:val="none" w:sz="0" w:space="0" w:color="auto"/>
      </w:divBdr>
    </w:div>
    <w:div w:id="756367087">
      <w:bodyDiv w:val="1"/>
      <w:marLeft w:val="0"/>
      <w:marRight w:val="0"/>
      <w:marTop w:val="0"/>
      <w:marBottom w:val="0"/>
      <w:divBdr>
        <w:top w:val="none" w:sz="0" w:space="0" w:color="auto"/>
        <w:left w:val="none" w:sz="0" w:space="0" w:color="auto"/>
        <w:bottom w:val="none" w:sz="0" w:space="0" w:color="auto"/>
        <w:right w:val="none" w:sz="0" w:space="0" w:color="auto"/>
      </w:divBdr>
    </w:div>
    <w:div w:id="763108135">
      <w:bodyDiv w:val="1"/>
      <w:marLeft w:val="0"/>
      <w:marRight w:val="0"/>
      <w:marTop w:val="0"/>
      <w:marBottom w:val="0"/>
      <w:divBdr>
        <w:top w:val="none" w:sz="0" w:space="0" w:color="auto"/>
        <w:left w:val="none" w:sz="0" w:space="0" w:color="auto"/>
        <w:bottom w:val="none" w:sz="0" w:space="0" w:color="auto"/>
        <w:right w:val="none" w:sz="0" w:space="0" w:color="auto"/>
      </w:divBdr>
    </w:div>
    <w:div w:id="784547265">
      <w:bodyDiv w:val="1"/>
      <w:marLeft w:val="0"/>
      <w:marRight w:val="0"/>
      <w:marTop w:val="0"/>
      <w:marBottom w:val="0"/>
      <w:divBdr>
        <w:top w:val="none" w:sz="0" w:space="0" w:color="auto"/>
        <w:left w:val="none" w:sz="0" w:space="0" w:color="auto"/>
        <w:bottom w:val="none" w:sz="0" w:space="0" w:color="auto"/>
        <w:right w:val="none" w:sz="0" w:space="0" w:color="auto"/>
      </w:divBdr>
    </w:div>
    <w:div w:id="801466394">
      <w:bodyDiv w:val="1"/>
      <w:marLeft w:val="0"/>
      <w:marRight w:val="0"/>
      <w:marTop w:val="0"/>
      <w:marBottom w:val="0"/>
      <w:divBdr>
        <w:top w:val="none" w:sz="0" w:space="0" w:color="auto"/>
        <w:left w:val="none" w:sz="0" w:space="0" w:color="auto"/>
        <w:bottom w:val="none" w:sz="0" w:space="0" w:color="auto"/>
        <w:right w:val="none" w:sz="0" w:space="0" w:color="auto"/>
      </w:divBdr>
    </w:div>
    <w:div w:id="805854664">
      <w:bodyDiv w:val="1"/>
      <w:marLeft w:val="0"/>
      <w:marRight w:val="0"/>
      <w:marTop w:val="0"/>
      <w:marBottom w:val="0"/>
      <w:divBdr>
        <w:top w:val="none" w:sz="0" w:space="0" w:color="auto"/>
        <w:left w:val="none" w:sz="0" w:space="0" w:color="auto"/>
        <w:bottom w:val="none" w:sz="0" w:space="0" w:color="auto"/>
        <w:right w:val="none" w:sz="0" w:space="0" w:color="auto"/>
      </w:divBdr>
    </w:div>
    <w:div w:id="848327581">
      <w:bodyDiv w:val="1"/>
      <w:marLeft w:val="0"/>
      <w:marRight w:val="0"/>
      <w:marTop w:val="0"/>
      <w:marBottom w:val="0"/>
      <w:divBdr>
        <w:top w:val="none" w:sz="0" w:space="0" w:color="auto"/>
        <w:left w:val="none" w:sz="0" w:space="0" w:color="auto"/>
        <w:bottom w:val="none" w:sz="0" w:space="0" w:color="auto"/>
        <w:right w:val="none" w:sz="0" w:space="0" w:color="auto"/>
      </w:divBdr>
    </w:div>
    <w:div w:id="862938651">
      <w:bodyDiv w:val="1"/>
      <w:marLeft w:val="0"/>
      <w:marRight w:val="0"/>
      <w:marTop w:val="0"/>
      <w:marBottom w:val="0"/>
      <w:divBdr>
        <w:top w:val="none" w:sz="0" w:space="0" w:color="auto"/>
        <w:left w:val="none" w:sz="0" w:space="0" w:color="auto"/>
        <w:bottom w:val="none" w:sz="0" w:space="0" w:color="auto"/>
        <w:right w:val="none" w:sz="0" w:space="0" w:color="auto"/>
      </w:divBdr>
    </w:div>
    <w:div w:id="904680293">
      <w:bodyDiv w:val="1"/>
      <w:marLeft w:val="0"/>
      <w:marRight w:val="0"/>
      <w:marTop w:val="0"/>
      <w:marBottom w:val="0"/>
      <w:divBdr>
        <w:top w:val="none" w:sz="0" w:space="0" w:color="auto"/>
        <w:left w:val="none" w:sz="0" w:space="0" w:color="auto"/>
        <w:bottom w:val="none" w:sz="0" w:space="0" w:color="auto"/>
        <w:right w:val="none" w:sz="0" w:space="0" w:color="auto"/>
      </w:divBdr>
    </w:div>
    <w:div w:id="952133781">
      <w:bodyDiv w:val="1"/>
      <w:marLeft w:val="0"/>
      <w:marRight w:val="0"/>
      <w:marTop w:val="0"/>
      <w:marBottom w:val="0"/>
      <w:divBdr>
        <w:top w:val="none" w:sz="0" w:space="0" w:color="auto"/>
        <w:left w:val="none" w:sz="0" w:space="0" w:color="auto"/>
        <w:bottom w:val="none" w:sz="0" w:space="0" w:color="auto"/>
        <w:right w:val="none" w:sz="0" w:space="0" w:color="auto"/>
      </w:divBdr>
    </w:div>
    <w:div w:id="957491915">
      <w:bodyDiv w:val="1"/>
      <w:marLeft w:val="0"/>
      <w:marRight w:val="0"/>
      <w:marTop w:val="0"/>
      <w:marBottom w:val="0"/>
      <w:divBdr>
        <w:top w:val="none" w:sz="0" w:space="0" w:color="auto"/>
        <w:left w:val="none" w:sz="0" w:space="0" w:color="auto"/>
        <w:bottom w:val="none" w:sz="0" w:space="0" w:color="auto"/>
        <w:right w:val="none" w:sz="0" w:space="0" w:color="auto"/>
      </w:divBdr>
    </w:div>
    <w:div w:id="957639242">
      <w:bodyDiv w:val="1"/>
      <w:marLeft w:val="0"/>
      <w:marRight w:val="0"/>
      <w:marTop w:val="0"/>
      <w:marBottom w:val="0"/>
      <w:divBdr>
        <w:top w:val="none" w:sz="0" w:space="0" w:color="auto"/>
        <w:left w:val="none" w:sz="0" w:space="0" w:color="auto"/>
        <w:bottom w:val="none" w:sz="0" w:space="0" w:color="auto"/>
        <w:right w:val="none" w:sz="0" w:space="0" w:color="auto"/>
      </w:divBdr>
    </w:div>
    <w:div w:id="994531195">
      <w:bodyDiv w:val="1"/>
      <w:marLeft w:val="0"/>
      <w:marRight w:val="0"/>
      <w:marTop w:val="0"/>
      <w:marBottom w:val="0"/>
      <w:divBdr>
        <w:top w:val="none" w:sz="0" w:space="0" w:color="auto"/>
        <w:left w:val="none" w:sz="0" w:space="0" w:color="auto"/>
        <w:bottom w:val="none" w:sz="0" w:space="0" w:color="auto"/>
        <w:right w:val="none" w:sz="0" w:space="0" w:color="auto"/>
      </w:divBdr>
    </w:div>
    <w:div w:id="1012561673">
      <w:bodyDiv w:val="1"/>
      <w:marLeft w:val="0"/>
      <w:marRight w:val="0"/>
      <w:marTop w:val="0"/>
      <w:marBottom w:val="0"/>
      <w:divBdr>
        <w:top w:val="none" w:sz="0" w:space="0" w:color="auto"/>
        <w:left w:val="none" w:sz="0" w:space="0" w:color="auto"/>
        <w:bottom w:val="none" w:sz="0" w:space="0" w:color="auto"/>
        <w:right w:val="none" w:sz="0" w:space="0" w:color="auto"/>
      </w:divBdr>
    </w:div>
    <w:div w:id="1017273750">
      <w:bodyDiv w:val="1"/>
      <w:marLeft w:val="0"/>
      <w:marRight w:val="0"/>
      <w:marTop w:val="0"/>
      <w:marBottom w:val="0"/>
      <w:divBdr>
        <w:top w:val="none" w:sz="0" w:space="0" w:color="auto"/>
        <w:left w:val="none" w:sz="0" w:space="0" w:color="auto"/>
        <w:bottom w:val="none" w:sz="0" w:space="0" w:color="auto"/>
        <w:right w:val="none" w:sz="0" w:space="0" w:color="auto"/>
      </w:divBdr>
    </w:div>
    <w:div w:id="1022366202">
      <w:bodyDiv w:val="1"/>
      <w:marLeft w:val="0"/>
      <w:marRight w:val="0"/>
      <w:marTop w:val="0"/>
      <w:marBottom w:val="0"/>
      <w:divBdr>
        <w:top w:val="none" w:sz="0" w:space="0" w:color="auto"/>
        <w:left w:val="none" w:sz="0" w:space="0" w:color="auto"/>
        <w:bottom w:val="none" w:sz="0" w:space="0" w:color="auto"/>
        <w:right w:val="none" w:sz="0" w:space="0" w:color="auto"/>
      </w:divBdr>
    </w:div>
    <w:div w:id="1030106432">
      <w:bodyDiv w:val="1"/>
      <w:marLeft w:val="0"/>
      <w:marRight w:val="0"/>
      <w:marTop w:val="0"/>
      <w:marBottom w:val="0"/>
      <w:divBdr>
        <w:top w:val="none" w:sz="0" w:space="0" w:color="auto"/>
        <w:left w:val="none" w:sz="0" w:space="0" w:color="auto"/>
        <w:bottom w:val="none" w:sz="0" w:space="0" w:color="auto"/>
        <w:right w:val="none" w:sz="0" w:space="0" w:color="auto"/>
      </w:divBdr>
    </w:div>
    <w:div w:id="1035229499">
      <w:bodyDiv w:val="1"/>
      <w:marLeft w:val="0"/>
      <w:marRight w:val="0"/>
      <w:marTop w:val="0"/>
      <w:marBottom w:val="0"/>
      <w:divBdr>
        <w:top w:val="none" w:sz="0" w:space="0" w:color="auto"/>
        <w:left w:val="none" w:sz="0" w:space="0" w:color="auto"/>
        <w:bottom w:val="none" w:sz="0" w:space="0" w:color="auto"/>
        <w:right w:val="none" w:sz="0" w:space="0" w:color="auto"/>
      </w:divBdr>
    </w:div>
    <w:div w:id="1043024273">
      <w:bodyDiv w:val="1"/>
      <w:marLeft w:val="0"/>
      <w:marRight w:val="0"/>
      <w:marTop w:val="0"/>
      <w:marBottom w:val="0"/>
      <w:divBdr>
        <w:top w:val="none" w:sz="0" w:space="0" w:color="auto"/>
        <w:left w:val="none" w:sz="0" w:space="0" w:color="auto"/>
        <w:bottom w:val="none" w:sz="0" w:space="0" w:color="auto"/>
        <w:right w:val="none" w:sz="0" w:space="0" w:color="auto"/>
      </w:divBdr>
    </w:div>
    <w:div w:id="1075472647">
      <w:bodyDiv w:val="1"/>
      <w:marLeft w:val="0"/>
      <w:marRight w:val="0"/>
      <w:marTop w:val="0"/>
      <w:marBottom w:val="0"/>
      <w:divBdr>
        <w:top w:val="none" w:sz="0" w:space="0" w:color="auto"/>
        <w:left w:val="none" w:sz="0" w:space="0" w:color="auto"/>
        <w:bottom w:val="none" w:sz="0" w:space="0" w:color="auto"/>
        <w:right w:val="none" w:sz="0" w:space="0" w:color="auto"/>
      </w:divBdr>
    </w:div>
    <w:div w:id="1087774795">
      <w:bodyDiv w:val="1"/>
      <w:marLeft w:val="0"/>
      <w:marRight w:val="0"/>
      <w:marTop w:val="0"/>
      <w:marBottom w:val="0"/>
      <w:divBdr>
        <w:top w:val="none" w:sz="0" w:space="0" w:color="auto"/>
        <w:left w:val="none" w:sz="0" w:space="0" w:color="auto"/>
        <w:bottom w:val="none" w:sz="0" w:space="0" w:color="auto"/>
        <w:right w:val="none" w:sz="0" w:space="0" w:color="auto"/>
      </w:divBdr>
    </w:div>
    <w:div w:id="1091045853">
      <w:bodyDiv w:val="1"/>
      <w:marLeft w:val="0"/>
      <w:marRight w:val="0"/>
      <w:marTop w:val="0"/>
      <w:marBottom w:val="0"/>
      <w:divBdr>
        <w:top w:val="none" w:sz="0" w:space="0" w:color="auto"/>
        <w:left w:val="none" w:sz="0" w:space="0" w:color="auto"/>
        <w:bottom w:val="none" w:sz="0" w:space="0" w:color="auto"/>
        <w:right w:val="none" w:sz="0" w:space="0" w:color="auto"/>
      </w:divBdr>
    </w:div>
    <w:div w:id="1097210363">
      <w:bodyDiv w:val="1"/>
      <w:marLeft w:val="0"/>
      <w:marRight w:val="0"/>
      <w:marTop w:val="0"/>
      <w:marBottom w:val="0"/>
      <w:divBdr>
        <w:top w:val="none" w:sz="0" w:space="0" w:color="auto"/>
        <w:left w:val="none" w:sz="0" w:space="0" w:color="auto"/>
        <w:bottom w:val="none" w:sz="0" w:space="0" w:color="auto"/>
        <w:right w:val="none" w:sz="0" w:space="0" w:color="auto"/>
      </w:divBdr>
    </w:div>
    <w:div w:id="1099833208">
      <w:bodyDiv w:val="1"/>
      <w:marLeft w:val="0"/>
      <w:marRight w:val="0"/>
      <w:marTop w:val="0"/>
      <w:marBottom w:val="0"/>
      <w:divBdr>
        <w:top w:val="none" w:sz="0" w:space="0" w:color="auto"/>
        <w:left w:val="none" w:sz="0" w:space="0" w:color="auto"/>
        <w:bottom w:val="none" w:sz="0" w:space="0" w:color="auto"/>
        <w:right w:val="none" w:sz="0" w:space="0" w:color="auto"/>
      </w:divBdr>
    </w:div>
    <w:div w:id="1106729550">
      <w:bodyDiv w:val="1"/>
      <w:marLeft w:val="0"/>
      <w:marRight w:val="0"/>
      <w:marTop w:val="0"/>
      <w:marBottom w:val="0"/>
      <w:divBdr>
        <w:top w:val="none" w:sz="0" w:space="0" w:color="auto"/>
        <w:left w:val="none" w:sz="0" w:space="0" w:color="auto"/>
        <w:bottom w:val="none" w:sz="0" w:space="0" w:color="auto"/>
        <w:right w:val="none" w:sz="0" w:space="0" w:color="auto"/>
      </w:divBdr>
    </w:div>
    <w:div w:id="1121415249">
      <w:bodyDiv w:val="1"/>
      <w:marLeft w:val="0"/>
      <w:marRight w:val="0"/>
      <w:marTop w:val="0"/>
      <w:marBottom w:val="0"/>
      <w:divBdr>
        <w:top w:val="none" w:sz="0" w:space="0" w:color="auto"/>
        <w:left w:val="none" w:sz="0" w:space="0" w:color="auto"/>
        <w:bottom w:val="none" w:sz="0" w:space="0" w:color="auto"/>
        <w:right w:val="none" w:sz="0" w:space="0" w:color="auto"/>
      </w:divBdr>
    </w:div>
    <w:div w:id="1161316686">
      <w:bodyDiv w:val="1"/>
      <w:marLeft w:val="0"/>
      <w:marRight w:val="0"/>
      <w:marTop w:val="0"/>
      <w:marBottom w:val="0"/>
      <w:divBdr>
        <w:top w:val="none" w:sz="0" w:space="0" w:color="auto"/>
        <w:left w:val="none" w:sz="0" w:space="0" w:color="auto"/>
        <w:bottom w:val="none" w:sz="0" w:space="0" w:color="auto"/>
        <w:right w:val="none" w:sz="0" w:space="0" w:color="auto"/>
      </w:divBdr>
    </w:div>
    <w:div w:id="1161388070">
      <w:bodyDiv w:val="1"/>
      <w:marLeft w:val="0"/>
      <w:marRight w:val="0"/>
      <w:marTop w:val="0"/>
      <w:marBottom w:val="0"/>
      <w:divBdr>
        <w:top w:val="none" w:sz="0" w:space="0" w:color="auto"/>
        <w:left w:val="none" w:sz="0" w:space="0" w:color="auto"/>
        <w:bottom w:val="none" w:sz="0" w:space="0" w:color="auto"/>
        <w:right w:val="none" w:sz="0" w:space="0" w:color="auto"/>
      </w:divBdr>
    </w:div>
    <w:div w:id="1164591732">
      <w:bodyDiv w:val="1"/>
      <w:marLeft w:val="0"/>
      <w:marRight w:val="0"/>
      <w:marTop w:val="0"/>
      <w:marBottom w:val="0"/>
      <w:divBdr>
        <w:top w:val="none" w:sz="0" w:space="0" w:color="auto"/>
        <w:left w:val="none" w:sz="0" w:space="0" w:color="auto"/>
        <w:bottom w:val="none" w:sz="0" w:space="0" w:color="auto"/>
        <w:right w:val="none" w:sz="0" w:space="0" w:color="auto"/>
      </w:divBdr>
    </w:div>
    <w:div w:id="1179271210">
      <w:bodyDiv w:val="1"/>
      <w:marLeft w:val="0"/>
      <w:marRight w:val="0"/>
      <w:marTop w:val="0"/>
      <w:marBottom w:val="0"/>
      <w:divBdr>
        <w:top w:val="none" w:sz="0" w:space="0" w:color="auto"/>
        <w:left w:val="none" w:sz="0" w:space="0" w:color="auto"/>
        <w:bottom w:val="none" w:sz="0" w:space="0" w:color="auto"/>
        <w:right w:val="none" w:sz="0" w:space="0" w:color="auto"/>
      </w:divBdr>
    </w:div>
    <w:div w:id="1197426391">
      <w:bodyDiv w:val="1"/>
      <w:marLeft w:val="0"/>
      <w:marRight w:val="0"/>
      <w:marTop w:val="0"/>
      <w:marBottom w:val="0"/>
      <w:divBdr>
        <w:top w:val="none" w:sz="0" w:space="0" w:color="auto"/>
        <w:left w:val="none" w:sz="0" w:space="0" w:color="auto"/>
        <w:bottom w:val="none" w:sz="0" w:space="0" w:color="auto"/>
        <w:right w:val="none" w:sz="0" w:space="0" w:color="auto"/>
      </w:divBdr>
    </w:div>
    <w:div w:id="1203253399">
      <w:bodyDiv w:val="1"/>
      <w:marLeft w:val="0"/>
      <w:marRight w:val="0"/>
      <w:marTop w:val="0"/>
      <w:marBottom w:val="0"/>
      <w:divBdr>
        <w:top w:val="none" w:sz="0" w:space="0" w:color="auto"/>
        <w:left w:val="none" w:sz="0" w:space="0" w:color="auto"/>
        <w:bottom w:val="none" w:sz="0" w:space="0" w:color="auto"/>
        <w:right w:val="none" w:sz="0" w:space="0" w:color="auto"/>
      </w:divBdr>
    </w:div>
    <w:div w:id="1235435682">
      <w:bodyDiv w:val="1"/>
      <w:marLeft w:val="0"/>
      <w:marRight w:val="0"/>
      <w:marTop w:val="0"/>
      <w:marBottom w:val="0"/>
      <w:divBdr>
        <w:top w:val="none" w:sz="0" w:space="0" w:color="auto"/>
        <w:left w:val="none" w:sz="0" w:space="0" w:color="auto"/>
        <w:bottom w:val="none" w:sz="0" w:space="0" w:color="auto"/>
        <w:right w:val="none" w:sz="0" w:space="0" w:color="auto"/>
      </w:divBdr>
    </w:div>
    <w:div w:id="1257638134">
      <w:bodyDiv w:val="1"/>
      <w:marLeft w:val="0"/>
      <w:marRight w:val="0"/>
      <w:marTop w:val="0"/>
      <w:marBottom w:val="0"/>
      <w:divBdr>
        <w:top w:val="none" w:sz="0" w:space="0" w:color="auto"/>
        <w:left w:val="none" w:sz="0" w:space="0" w:color="auto"/>
        <w:bottom w:val="none" w:sz="0" w:space="0" w:color="auto"/>
        <w:right w:val="none" w:sz="0" w:space="0" w:color="auto"/>
      </w:divBdr>
    </w:div>
    <w:div w:id="1267734797">
      <w:bodyDiv w:val="1"/>
      <w:marLeft w:val="0"/>
      <w:marRight w:val="0"/>
      <w:marTop w:val="0"/>
      <w:marBottom w:val="0"/>
      <w:divBdr>
        <w:top w:val="none" w:sz="0" w:space="0" w:color="auto"/>
        <w:left w:val="none" w:sz="0" w:space="0" w:color="auto"/>
        <w:bottom w:val="none" w:sz="0" w:space="0" w:color="auto"/>
        <w:right w:val="none" w:sz="0" w:space="0" w:color="auto"/>
      </w:divBdr>
    </w:div>
    <w:div w:id="1279220745">
      <w:bodyDiv w:val="1"/>
      <w:marLeft w:val="0"/>
      <w:marRight w:val="0"/>
      <w:marTop w:val="0"/>
      <w:marBottom w:val="0"/>
      <w:divBdr>
        <w:top w:val="none" w:sz="0" w:space="0" w:color="auto"/>
        <w:left w:val="none" w:sz="0" w:space="0" w:color="auto"/>
        <w:bottom w:val="none" w:sz="0" w:space="0" w:color="auto"/>
        <w:right w:val="none" w:sz="0" w:space="0" w:color="auto"/>
      </w:divBdr>
    </w:div>
    <w:div w:id="1279677542">
      <w:bodyDiv w:val="1"/>
      <w:marLeft w:val="0"/>
      <w:marRight w:val="0"/>
      <w:marTop w:val="0"/>
      <w:marBottom w:val="0"/>
      <w:divBdr>
        <w:top w:val="none" w:sz="0" w:space="0" w:color="auto"/>
        <w:left w:val="none" w:sz="0" w:space="0" w:color="auto"/>
        <w:bottom w:val="none" w:sz="0" w:space="0" w:color="auto"/>
        <w:right w:val="none" w:sz="0" w:space="0" w:color="auto"/>
      </w:divBdr>
    </w:div>
    <w:div w:id="1283264850">
      <w:bodyDiv w:val="1"/>
      <w:marLeft w:val="0"/>
      <w:marRight w:val="0"/>
      <w:marTop w:val="0"/>
      <w:marBottom w:val="0"/>
      <w:divBdr>
        <w:top w:val="none" w:sz="0" w:space="0" w:color="auto"/>
        <w:left w:val="none" w:sz="0" w:space="0" w:color="auto"/>
        <w:bottom w:val="none" w:sz="0" w:space="0" w:color="auto"/>
        <w:right w:val="none" w:sz="0" w:space="0" w:color="auto"/>
      </w:divBdr>
    </w:div>
    <w:div w:id="1314487268">
      <w:bodyDiv w:val="1"/>
      <w:marLeft w:val="0"/>
      <w:marRight w:val="0"/>
      <w:marTop w:val="0"/>
      <w:marBottom w:val="0"/>
      <w:divBdr>
        <w:top w:val="none" w:sz="0" w:space="0" w:color="auto"/>
        <w:left w:val="none" w:sz="0" w:space="0" w:color="auto"/>
        <w:bottom w:val="none" w:sz="0" w:space="0" w:color="auto"/>
        <w:right w:val="none" w:sz="0" w:space="0" w:color="auto"/>
      </w:divBdr>
    </w:div>
    <w:div w:id="1314605766">
      <w:bodyDiv w:val="1"/>
      <w:marLeft w:val="0"/>
      <w:marRight w:val="0"/>
      <w:marTop w:val="0"/>
      <w:marBottom w:val="0"/>
      <w:divBdr>
        <w:top w:val="none" w:sz="0" w:space="0" w:color="auto"/>
        <w:left w:val="none" w:sz="0" w:space="0" w:color="auto"/>
        <w:bottom w:val="none" w:sz="0" w:space="0" w:color="auto"/>
        <w:right w:val="none" w:sz="0" w:space="0" w:color="auto"/>
      </w:divBdr>
    </w:div>
    <w:div w:id="1334071761">
      <w:bodyDiv w:val="1"/>
      <w:marLeft w:val="0"/>
      <w:marRight w:val="0"/>
      <w:marTop w:val="0"/>
      <w:marBottom w:val="0"/>
      <w:divBdr>
        <w:top w:val="none" w:sz="0" w:space="0" w:color="auto"/>
        <w:left w:val="none" w:sz="0" w:space="0" w:color="auto"/>
        <w:bottom w:val="none" w:sz="0" w:space="0" w:color="auto"/>
        <w:right w:val="none" w:sz="0" w:space="0" w:color="auto"/>
      </w:divBdr>
    </w:div>
    <w:div w:id="1349914655">
      <w:bodyDiv w:val="1"/>
      <w:marLeft w:val="0"/>
      <w:marRight w:val="0"/>
      <w:marTop w:val="0"/>
      <w:marBottom w:val="0"/>
      <w:divBdr>
        <w:top w:val="none" w:sz="0" w:space="0" w:color="auto"/>
        <w:left w:val="none" w:sz="0" w:space="0" w:color="auto"/>
        <w:bottom w:val="none" w:sz="0" w:space="0" w:color="auto"/>
        <w:right w:val="none" w:sz="0" w:space="0" w:color="auto"/>
      </w:divBdr>
    </w:div>
    <w:div w:id="1371221829">
      <w:bodyDiv w:val="1"/>
      <w:marLeft w:val="0"/>
      <w:marRight w:val="0"/>
      <w:marTop w:val="0"/>
      <w:marBottom w:val="0"/>
      <w:divBdr>
        <w:top w:val="none" w:sz="0" w:space="0" w:color="auto"/>
        <w:left w:val="none" w:sz="0" w:space="0" w:color="auto"/>
        <w:bottom w:val="none" w:sz="0" w:space="0" w:color="auto"/>
        <w:right w:val="none" w:sz="0" w:space="0" w:color="auto"/>
      </w:divBdr>
    </w:div>
    <w:div w:id="1384021846">
      <w:bodyDiv w:val="1"/>
      <w:marLeft w:val="0"/>
      <w:marRight w:val="0"/>
      <w:marTop w:val="0"/>
      <w:marBottom w:val="0"/>
      <w:divBdr>
        <w:top w:val="none" w:sz="0" w:space="0" w:color="auto"/>
        <w:left w:val="none" w:sz="0" w:space="0" w:color="auto"/>
        <w:bottom w:val="none" w:sz="0" w:space="0" w:color="auto"/>
        <w:right w:val="none" w:sz="0" w:space="0" w:color="auto"/>
      </w:divBdr>
    </w:div>
    <w:div w:id="1402799574">
      <w:bodyDiv w:val="1"/>
      <w:marLeft w:val="0"/>
      <w:marRight w:val="0"/>
      <w:marTop w:val="0"/>
      <w:marBottom w:val="0"/>
      <w:divBdr>
        <w:top w:val="none" w:sz="0" w:space="0" w:color="auto"/>
        <w:left w:val="none" w:sz="0" w:space="0" w:color="auto"/>
        <w:bottom w:val="none" w:sz="0" w:space="0" w:color="auto"/>
        <w:right w:val="none" w:sz="0" w:space="0" w:color="auto"/>
      </w:divBdr>
    </w:div>
    <w:div w:id="1421372390">
      <w:bodyDiv w:val="1"/>
      <w:marLeft w:val="0"/>
      <w:marRight w:val="0"/>
      <w:marTop w:val="0"/>
      <w:marBottom w:val="0"/>
      <w:divBdr>
        <w:top w:val="none" w:sz="0" w:space="0" w:color="auto"/>
        <w:left w:val="none" w:sz="0" w:space="0" w:color="auto"/>
        <w:bottom w:val="none" w:sz="0" w:space="0" w:color="auto"/>
        <w:right w:val="none" w:sz="0" w:space="0" w:color="auto"/>
      </w:divBdr>
    </w:div>
    <w:div w:id="1426457984">
      <w:bodyDiv w:val="1"/>
      <w:marLeft w:val="0"/>
      <w:marRight w:val="0"/>
      <w:marTop w:val="0"/>
      <w:marBottom w:val="0"/>
      <w:divBdr>
        <w:top w:val="none" w:sz="0" w:space="0" w:color="auto"/>
        <w:left w:val="none" w:sz="0" w:space="0" w:color="auto"/>
        <w:bottom w:val="none" w:sz="0" w:space="0" w:color="auto"/>
        <w:right w:val="none" w:sz="0" w:space="0" w:color="auto"/>
      </w:divBdr>
    </w:div>
    <w:div w:id="1428575112">
      <w:bodyDiv w:val="1"/>
      <w:marLeft w:val="0"/>
      <w:marRight w:val="0"/>
      <w:marTop w:val="0"/>
      <w:marBottom w:val="0"/>
      <w:divBdr>
        <w:top w:val="none" w:sz="0" w:space="0" w:color="auto"/>
        <w:left w:val="none" w:sz="0" w:space="0" w:color="auto"/>
        <w:bottom w:val="none" w:sz="0" w:space="0" w:color="auto"/>
        <w:right w:val="none" w:sz="0" w:space="0" w:color="auto"/>
      </w:divBdr>
    </w:div>
    <w:div w:id="1453329793">
      <w:bodyDiv w:val="1"/>
      <w:marLeft w:val="0"/>
      <w:marRight w:val="0"/>
      <w:marTop w:val="0"/>
      <w:marBottom w:val="0"/>
      <w:divBdr>
        <w:top w:val="none" w:sz="0" w:space="0" w:color="auto"/>
        <w:left w:val="none" w:sz="0" w:space="0" w:color="auto"/>
        <w:bottom w:val="none" w:sz="0" w:space="0" w:color="auto"/>
        <w:right w:val="none" w:sz="0" w:space="0" w:color="auto"/>
      </w:divBdr>
    </w:div>
    <w:div w:id="1462504212">
      <w:bodyDiv w:val="1"/>
      <w:marLeft w:val="0"/>
      <w:marRight w:val="0"/>
      <w:marTop w:val="0"/>
      <w:marBottom w:val="0"/>
      <w:divBdr>
        <w:top w:val="none" w:sz="0" w:space="0" w:color="auto"/>
        <w:left w:val="none" w:sz="0" w:space="0" w:color="auto"/>
        <w:bottom w:val="none" w:sz="0" w:space="0" w:color="auto"/>
        <w:right w:val="none" w:sz="0" w:space="0" w:color="auto"/>
      </w:divBdr>
    </w:div>
    <w:div w:id="1474103411">
      <w:bodyDiv w:val="1"/>
      <w:marLeft w:val="0"/>
      <w:marRight w:val="0"/>
      <w:marTop w:val="0"/>
      <w:marBottom w:val="0"/>
      <w:divBdr>
        <w:top w:val="none" w:sz="0" w:space="0" w:color="auto"/>
        <w:left w:val="none" w:sz="0" w:space="0" w:color="auto"/>
        <w:bottom w:val="none" w:sz="0" w:space="0" w:color="auto"/>
        <w:right w:val="none" w:sz="0" w:space="0" w:color="auto"/>
      </w:divBdr>
    </w:div>
    <w:div w:id="1474443592">
      <w:bodyDiv w:val="1"/>
      <w:marLeft w:val="0"/>
      <w:marRight w:val="0"/>
      <w:marTop w:val="0"/>
      <w:marBottom w:val="0"/>
      <w:divBdr>
        <w:top w:val="none" w:sz="0" w:space="0" w:color="auto"/>
        <w:left w:val="none" w:sz="0" w:space="0" w:color="auto"/>
        <w:bottom w:val="none" w:sz="0" w:space="0" w:color="auto"/>
        <w:right w:val="none" w:sz="0" w:space="0" w:color="auto"/>
      </w:divBdr>
    </w:div>
    <w:div w:id="1493524200">
      <w:bodyDiv w:val="1"/>
      <w:marLeft w:val="0"/>
      <w:marRight w:val="0"/>
      <w:marTop w:val="0"/>
      <w:marBottom w:val="0"/>
      <w:divBdr>
        <w:top w:val="none" w:sz="0" w:space="0" w:color="auto"/>
        <w:left w:val="none" w:sz="0" w:space="0" w:color="auto"/>
        <w:bottom w:val="none" w:sz="0" w:space="0" w:color="auto"/>
        <w:right w:val="none" w:sz="0" w:space="0" w:color="auto"/>
      </w:divBdr>
    </w:div>
    <w:div w:id="1512912428">
      <w:bodyDiv w:val="1"/>
      <w:marLeft w:val="0"/>
      <w:marRight w:val="0"/>
      <w:marTop w:val="0"/>
      <w:marBottom w:val="0"/>
      <w:divBdr>
        <w:top w:val="none" w:sz="0" w:space="0" w:color="auto"/>
        <w:left w:val="none" w:sz="0" w:space="0" w:color="auto"/>
        <w:bottom w:val="none" w:sz="0" w:space="0" w:color="auto"/>
        <w:right w:val="none" w:sz="0" w:space="0" w:color="auto"/>
      </w:divBdr>
    </w:div>
    <w:div w:id="1518034038">
      <w:bodyDiv w:val="1"/>
      <w:marLeft w:val="0"/>
      <w:marRight w:val="0"/>
      <w:marTop w:val="0"/>
      <w:marBottom w:val="0"/>
      <w:divBdr>
        <w:top w:val="none" w:sz="0" w:space="0" w:color="auto"/>
        <w:left w:val="none" w:sz="0" w:space="0" w:color="auto"/>
        <w:bottom w:val="none" w:sz="0" w:space="0" w:color="auto"/>
        <w:right w:val="none" w:sz="0" w:space="0" w:color="auto"/>
      </w:divBdr>
    </w:div>
    <w:div w:id="1520391727">
      <w:bodyDiv w:val="1"/>
      <w:marLeft w:val="0"/>
      <w:marRight w:val="0"/>
      <w:marTop w:val="0"/>
      <w:marBottom w:val="0"/>
      <w:divBdr>
        <w:top w:val="none" w:sz="0" w:space="0" w:color="auto"/>
        <w:left w:val="none" w:sz="0" w:space="0" w:color="auto"/>
        <w:bottom w:val="none" w:sz="0" w:space="0" w:color="auto"/>
        <w:right w:val="none" w:sz="0" w:space="0" w:color="auto"/>
      </w:divBdr>
    </w:div>
    <w:div w:id="1537544634">
      <w:bodyDiv w:val="1"/>
      <w:marLeft w:val="0"/>
      <w:marRight w:val="0"/>
      <w:marTop w:val="0"/>
      <w:marBottom w:val="0"/>
      <w:divBdr>
        <w:top w:val="none" w:sz="0" w:space="0" w:color="auto"/>
        <w:left w:val="none" w:sz="0" w:space="0" w:color="auto"/>
        <w:bottom w:val="none" w:sz="0" w:space="0" w:color="auto"/>
        <w:right w:val="none" w:sz="0" w:space="0" w:color="auto"/>
      </w:divBdr>
    </w:div>
    <w:div w:id="1540165123">
      <w:bodyDiv w:val="1"/>
      <w:marLeft w:val="0"/>
      <w:marRight w:val="0"/>
      <w:marTop w:val="0"/>
      <w:marBottom w:val="0"/>
      <w:divBdr>
        <w:top w:val="none" w:sz="0" w:space="0" w:color="auto"/>
        <w:left w:val="none" w:sz="0" w:space="0" w:color="auto"/>
        <w:bottom w:val="none" w:sz="0" w:space="0" w:color="auto"/>
        <w:right w:val="none" w:sz="0" w:space="0" w:color="auto"/>
      </w:divBdr>
    </w:div>
    <w:div w:id="1546673634">
      <w:bodyDiv w:val="1"/>
      <w:marLeft w:val="0"/>
      <w:marRight w:val="0"/>
      <w:marTop w:val="0"/>
      <w:marBottom w:val="0"/>
      <w:divBdr>
        <w:top w:val="none" w:sz="0" w:space="0" w:color="auto"/>
        <w:left w:val="none" w:sz="0" w:space="0" w:color="auto"/>
        <w:bottom w:val="none" w:sz="0" w:space="0" w:color="auto"/>
        <w:right w:val="none" w:sz="0" w:space="0" w:color="auto"/>
      </w:divBdr>
    </w:div>
    <w:div w:id="1576358694">
      <w:bodyDiv w:val="1"/>
      <w:marLeft w:val="0"/>
      <w:marRight w:val="0"/>
      <w:marTop w:val="0"/>
      <w:marBottom w:val="0"/>
      <w:divBdr>
        <w:top w:val="none" w:sz="0" w:space="0" w:color="auto"/>
        <w:left w:val="none" w:sz="0" w:space="0" w:color="auto"/>
        <w:bottom w:val="none" w:sz="0" w:space="0" w:color="auto"/>
        <w:right w:val="none" w:sz="0" w:space="0" w:color="auto"/>
      </w:divBdr>
    </w:div>
    <w:div w:id="1578708148">
      <w:bodyDiv w:val="1"/>
      <w:marLeft w:val="0"/>
      <w:marRight w:val="0"/>
      <w:marTop w:val="0"/>
      <w:marBottom w:val="0"/>
      <w:divBdr>
        <w:top w:val="none" w:sz="0" w:space="0" w:color="auto"/>
        <w:left w:val="none" w:sz="0" w:space="0" w:color="auto"/>
        <w:bottom w:val="none" w:sz="0" w:space="0" w:color="auto"/>
        <w:right w:val="none" w:sz="0" w:space="0" w:color="auto"/>
      </w:divBdr>
    </w:div>
    <w:div w:id="1610812447">
      <w:bodyDiv w:val="1"/>
      <w:marLeft w:val="0"/>
      <w:marRight w:val="0"/>
      <w:marTop w:val="0"/>
      <w:marBottom w:val="0"/>
      <w:divBdr>
        <w:top w:val="none" w:sz="0" w:space="0" w:color="auto"/>
        <w:left w:val="none" w:sz="0" w:space="0" w:color="auto"/>
        <w:bottom w:val="none" w:sz="0" w:space="0" w:color="auto"/>
        <w:right w:val="none" w:sz="0" w:space="0" w:color="auto"/>
      </w:divBdr>
    </w:div>
    <w:div w:id="1642149496">
      <w:bodyDiv w:val="1"/>
      <w:marLeft w:val="0"/>
      <w:marRight w:val="0"/>
      <w:marTop w:val="0"/>
      <w:marBottom w:val="0"/>
      <w:divBdr>
        <w:top w:val="none" w:sz="0" w:space="0" w:color="auto"/>
        <w:left w:val="none" w:sz="0" w:space="0" w:color="auto"/>
        <w:bottom w:val="none" w:sz="0" w:space="0" w:color="auto"/>
        <w:right w:val="none" w:sz="0" w:space="0" w:color="auto"/>
      </w:divBdr>
    </w:div>
    <w:div w:id="1673023707">
      <w:bodyDiv w:val="1"/>
      <w:marLeft w:val="0"/>
      <w:marRight w:val="0"/>
      <w:marTop w:val="0"/>
      <w:marBottom w:val="0"/>
      <w:divBdr>
        <w:top w:val="none" w:sz="0" w:space="0" w:color="auto"/>
        <w:left w:val="none" w:sz="0" w:space="0" w:color="auto"/>
        <w:bottom w:val="none" w:sz="0" w:space="0" w:color="auto"/>
        <w:right w:val="none" w:sz="0" w:space="0" w:color="auto"/>
      </w:divBdr>
    </w:div>
    <w:div w:id="1685473795">
      <w:bodyDiv w:val="1"/>
      <w:marLeft w:val="0"/>
      <w:marRight w:val="0"/>
      <w:marTop w:val="0"/>
      <w:marBottom w:val="0"/>
      <w:divBdr>
        <w:top w:val="none" w:sz="0" w:space="0" w:color="auto"/>
        <w:left w:val="none" w:sz="0" w:space="0" w:color="auto"/>
        <w:bottom w:val="none" w:sz="0" w:space="0" w:color="auto"/>
        <w:right w:val="none" w:sz="0" w:space="0" w:color="auto"/>
      </w:divBdr>
    </w:div>
    <w:div w:id="1713916517">
      <w:bodyDiv w:val="1"/>
      <w:marLeft w:val="0"/>
      <w:marRight w:val="0"/>
      <w:marTop w:val="0"/>
      <w:marBottom w:val="0"/>
      <w:divBdr>
        <w:top w:val="none" w:sz="0" w:space="0" w:color="auto"/>
        <w:left w:val="none" w:sz="0" w:space="0" w:color="auto"/>
        <w:bottom w:val="none" w:sz="0" w:space="0" w:color="auto"/>
        <w:right w:val="none" w:sz="0" w:space="0" w:color="auto"/>
      </w:divBdr>
    </w:div>
    <w:div w:id="1716351776">
      <w:bodyDiv w:val="1"/>
      <w:marLeft w:val="0"/>
      <w:marRight w:val="0"/>
      <w:marTop w:val="0"/>
      <w:marBottom w:val="0"/>
      <w:divBdr>
        <w:top w:val="none" w:sz="0" w:space="0" w:color="auto"/>
        <w:left w:val="none" w:sz="0" w:space="0" w:color="auto"/>
        <w:bottom w:val="none" w:sz="0" w:space="0" w:color="auto"/>
        <w:right w:val="none" w:sz="0" w:space="0" w:color="auto"/>
      </w:divBdr>
    </w:div>
    <w:div w:id="1720009509">
      <w:bodyDiv w:val="1"/>
      <w:marLeft w:val="0"/>
      <w:marRight w:val="0"/>
      <w:marTop w:val="0"/>
      <w:marBottom w:val="0"/>
      <w:divBdr>
        <w:top w:val="none" w:sz="0" w:space="0" w:color="auto"/>
        <w:left w:val="none" w:sz="0" w:space="0" w:color="auto"/>
        <w:bottom w:val="none" w:sz="0" w:space="0" w:color="auto"/>
        <w:right w:val="none" w:sz="0" w:space="0" w:color="auto"/>
      </w:divBdr>
    </w:div>
    <w:div w:id="1748578522">
      <w:bodyDiv w:val="1"/>
      <w:marLeft w:val="0"/>
      <w:marRight w:val="0"/>
      <w:marTop w:val="0"/>
      <w:marBottom w:val="0"/>
      <w:divBdr>
        <w:top w:val="none" w:sz="0" w:space="0" w:color="auto"/>
        <w:left w:val="none" w:sz="0" w:space="0" w:color="auto"/>
        <w:bottom w:val="none" w:sz="0" w:space="0" w:color="auto"/>
        <w:right w:val="none" w:sz="0" w:space="0" w:color="auto"/>
      </w:divBdr>
    </w:div>
    <w:div w:id="1784499819">
      <w:bodyDiv w:val="1"/>
      <w:marLeft w:val="0"/>
      <w:marRight w:val="0"/>
      <w:marTop w:val="0"/>
      <w:marBottom w:val="0"/>
      <w:divBdr>
        <w:top w:val="none" w:sz="0" w:space="0" w:color="auto"/>
        <w:left w:val="none" w:sz="0" w:space="0" w:color="auto"/>
        <w:bottom w:val="none" w:sz="0" w:space="0" w:color="auto"/>
        <w:right w:val="none" w:sz="0" w:space="0" w:color="auto"/>
      </w:divBdr>
    </w:div>
    <w:div w:id="1788428864">
      <w:bodyDiv w:val="1"/>
      <w:marLeft w:val="0"/>
      <w:marRight w:val="0"/>
      <w:marTop w:val="0"/>
      <w:marBottom w:val="0"/>
      <w:divBdr>
        <w:top w:val="none" w:sz="0" w:space="0" w:color="auto"/>
        <w:left w:val="none" w:sz="0" w:space="0" w:color="auto"/>
        <w:bottom w:val="none" w:sz="0" w:space="0" w:color="auto"/>
        <w:right w:val="none" w:sz="0" w:space="0" w:color="auto"/>
      </w:divBdr>
    </w:div>
    <w:div w:id="1806893192">
      <w:bodyDiv w:val="1"/>
      <w:marLeft w:val="0"/>
      <w:marRight w:val="0"/>
      <w:marTop w:val="0"/>
      <w:marBottom w:val="0"/>
      <w:divBdr>
        <w:top w:val="none" w:sz="0" w:space="0" w:color="auto"/>
        <w:left w:val="none" w:sz="0" w:space="0" w:color="auto"/>
        <w:bottom w:val="none" w:sz="0" w:space="0" w:color="auto"/>
        <w:right w:val="none" w:sz="0" w:space="0" w:color="auto"/>
      </w:divBdr>
    </w:div>
    <w:div w:id="1815292218">
      <w:bodyDiv w:val="1"/>
      <w:marLeft w:val="0"/>
      <w:marRight w:val="0"/>
      <w:marTop w:val="0"/>
      <w:marBottom w:val="0"/>
      <w:divBdr>
        <w:top w:val="none" w:sz="0" w:space="0" w:color="auto"/>
        <w:left w:val="none" w:sz="0" w:space="0" w:color="auto"/>
        <w:bottom w:val="none" w:sz="0" w:space="0" w:color="auto"/>
        <w:right w:val="none" w:sz="0" w:space="0" w:color="auto"/>
      </w:divBdr>
    </w:div>
    <w:div w:id="1815684385">
      <w:bodyDiv w:val="1"/>
      <w:marLeft w:val="0"/>
      <w:marRight w:val="0"/>
      <w:marTop w:val="0"/>
      <w:marBottom w:val="0"/>
      <w:divBdr>
        <w:top w:val="none" w:sz="0" w:space="0" w:color="auto"/>
        <w:left w:val="none" w:sz="0" w:space="0" w:color="auto"/>
        <w:bottom w:val="none" w:sz="0" w:space="0" w:color="auto"/>
        <w:right w:val="none" w:sz="0" w:space="0" w:color="auto"/>
      </w:divBdr>
    </w:div>
    <w:div w:id="1817409684">
      <w:bodyDiv w:val="1"/>
      <w:marLeft w:val="0"/>
      <w:marRight w:val="0"/>
      <w:marTop w:val="0"/>
      <w:marBottom w:val="0"/>
      <w:divBdr>
        <w:top w:val="none" w:sz="0" w:space="0" w:color="auto"/>
        <w:left w:val="none" w:sz="0" w:space="0" w:color="auto"/>
        <w:bottom w:val="none" w:sz="0" w:space="0" w:color="auto"/>
        <w:right w:val="none" w:sz="0" w:space="0" w:color="auto"/>
      </w:divBdr>
    </w:div>
    <w:div w:id="1822381856">
      <w:bodyDiv w:val="1"/>
      <w:marLeft w:val="0"/>
      <w:marRight w:val="0"/>
      <w:marTop w:val="0"/>
      <w:marBottom w:val="0"/>
      <w:divBdr>
        <w:top w:val="none" w:sz="0" w:space="0" w:color="auto"/>
        <w:left w:val="none" w:sz="0" w:space="0" w:color="auto"/>
        <w:bottom w:val="none" w:sz="0" w:space="0" w:color="auto"/>
        <w:right w:val="none" w:sz="0" w:space="0" w:color="auto"/>
      </w:divBdr>
    </w:div>
    <w:div w:id="1832718079">
      <w:bodyDiv w:val="1"/>
      <w:marLeft w:val="0"/>
      <w:marRight w:val="0"/>
      <w:marTop w:val="0"/>
      <w:marBottom w:val="0"/>
      <w:divBdr>
        <w:top w:val="none" w:sz="0" w:space="0" w:color="auto"/>
        <w:left w:val="none" w:sz="0" w:space="0" w:color="auto"/>
        <w:bottom w:val="none" w:sz="0" w:space="0" w:color="auto"/>
        <w:right w:val="none" w:sz="0" w:space="0" w:color="auto"/>
      </w:divBdr>
    </w:div>
    <w:div w:id="1853179284">
      <w:bodyDiv w:val="1"/>
      <w:marLeft w:val="0"/>
      <w:marRight w:val="0"/>
      <w:marTop w:val="0"/>
      <w:marBottom w:val="0"/>
      <w:divBdr>
        <w:top w:val="none" w:sz="0" w:space="0" w:color="auto"/>
        <w:left w:val="none" w:sz="0" w:space="0" w:color="auto"/>
        <w:bottom w:val="none" w:sz="0" w:space="0" w:color="auto"/>
        <w:right w:val="none" w:sz="0" w:space="0" w:color="auto"/>
      </w:divBdr>
    </w:div>
    <w:div w:id="1853716041">
      <w:bodyDiv w:val="1"/>
      <w:marLeft w:val="0"/>
      <w:marRight w:val="0"/>
      <w:marTop w:val="0"/>
      <w:marBottom w:val="0"/>
      <w:divBdr>
        <w:top w:val="none" w:sz="0" w:space="0" w:color="auto"/>
        <w:left w:val="none" w:sz="0" w:space="0" w:color="auto"/>
        <w:bottom w:val="none" w:sz="0" w:space="0" w:color="auto"/>
        <w:right w:val="none" w:sz="0" w:space="0" w:color="auto"/>
      </w:divBdr>
    </w:div>
    <w:div w:id="1879929813">
      <w:bodyDiv w:val="1"/>
      <w:marLeft w:val="0"/>
      <w:marRight w:val="0"/>
      <w:marTop w:val="0"/>
      <w:marBottom w:val="0"/>
      <w:divBdr>
        <w:top w:val="none" w:sz="0" w:space="0" w:color="auto"/>
        <w:left w:val="none" w:sz="0" w:space="0" w:color="auto"/>
        <w:bottom w:val="none" w:sz="0" w:space="0" w:color="auto"/>
        <w:right w:val="none" w:sz="0" w:space="0" w:color="auto"/>
      </w:divBdr>
    </w:div>
    <w:div w:id="1891842383">
      <w:bodyDiv w:val="1"/>
      <w:marLeft w:val="0"/>
      <w:marRight w:val="0"/>
      <w:marTop w:val="0"/>
      <w:marBottom w:val="0"/>
      <w:divBdr>
        <w:top w:val="none" w:sz="0" w:space="0" w:color="auto"/>
        <w:left w:val="none" w:sz="0" w:space="0" w:color="auto"/>
        <w:bottom w:val="none" w:sz="0" w:space="0" w:color="auto"/>
        <w:right w:val="none" w:sz="0" w:space="0" w:color="auto"/>
      </w:divBdr>
    </w:div>
    <w:div w:id="1893729542">
      <w:bodyDiv w:val="1"/>
      <w:marLeft w:val="0"/>
      <w:marRight w:val="0"/>
      <w:marTop w:val="0"/>
      <w:marBottom w:val="0"/>
      <w:divBdr>
        <w:top w:val="none" w:sz="0" w:space="0" w:color="auto"/>
        <w:left w:val="none" w:sz="0" w:space="0" w:color="auto"/>
        <w:bottom w:val="none" w:sz="0" w:space="0" w:color="auto"/>
        <w:right w:val="none" w:sz="0" w:space="0" w:color="auto"/>
      </w:divBdr>
    </w:div>
    <w:div w:id="1895654413">
      <w:bodyDiv w:val="1"/>
      <w:marLeft w:val="0"/>
      <w:marRight w:val="0"/>
      <w:marTop w:val="0"/>
      <w:marBottom w:val="0"/>
      <w:divBdr>
        <w:top w:val="none" w:sz="0" w:space="0" w:color="auto"/>
        <w:left w:val="none" w:sz="0" w:space="0" w:color="auto"/>
        <w:bottom w:val="none" w:sz="0" w:space="0" w:color="auto"/>
        <w:right w:val="none" w:sz="0" w:space="0" w:color="auto"/>
      </w:divBdr>
    </w:div>
    <w:div w:id="1903442394">
      <w:bodyDiv w:val="1"/>
      <w:marLeft w:val="0"/>
      <w:marRight w:val="0"/>
      <w:marTop w:val="0"/>
      <w:marBottom w:val="0"/>
      <w:divBdr>
        <w:top w:val="none" w:sz="0" w:space="0" w:color="auto"/>
        <w:left w:val="none" w:sz="0" w:space="0" w:color="auto"/>
        <w:bottom w:val="none" w:sz="0" w:space="0" w:color="auto"/>
        <w:right w:val="none" w:sz="0" w:space="0" w:color="auto"/>
      </w:divBdr>
    </w:div>
    <w:div w:id="1928691170">
      <w:bodyDiv w:val="1"/>
      <w:marLeft w:val="0"/>
      <w:marRight w:val="0"/>
      <w:marTop w:val="0"/>
      <w:marBottom w:val="0"/>
      <w:divBdr>
        <w:top w:val="none" w:sz="0" w:space="0" w:color="auto"/>
        <w:left w:val="none" w:sz="0" w:space="0" w:color="auto"/>
        <w:bottom w:val="none" w:sz="0" w:space="0" w:color="auto"/>
        <w:right w:val="none" w:sz="0" w:space="0" w:color="auto"/>
      </w:divBdr>
    </w:div>
    <w:div w:id="1930382077">
      <w:bodyDiv w:val="1"/>
      <w:marLeft w:val="0"/>
      <w:marRight w:val="0"/>
      <w:marTop w:val="0"/>
      <w:marBottom w:val="0"/>
      <w:divBdr>
        <w:top w:val="none" w:sz="0" w:space="0" w:color="auto"/>
        <w:left w:val="none" w:sz="0" w:space="0" w:color="auto"/>
        <w:bottom w:val="none" w:sz="0" w:space="0" w:color="auto"/>
        <w:right w:val="none" w:sz="0" w:space="0" w:color="auto"/>
      </w:divBdr>
    </w:div>
    <w:div w:id="1938100244">
      <w:bodyDiv w:val="1"/>
      <w:marLeft w:val="0"/>
      <w:marRight w:val="0"/>
      <w:marTop w:val="0"/>
      <w:marBottom w:val="0"/>
      <w:divBdr>
        <w:top w:val="none" w:sz="0" w:space="0" w:color="auto"/>
        <w:left w:val="none" w:sz="0" w:space="0" w:color="auto"/>
        <w:bottom w:val="none" w:sz="0" w:space="0" w:color="auto"/>
        <w:right w:val="none" w:sz="0" w:space="0" w:color="auto"/>
      </w:divBdr>
    </w:div>
    <w:div w:id="1938514114">
      <w:bodyDiv w:val="1"/>
      <w:marLeft w:val="0"/>
      <w:marRight w:val="0"/>
      <w:marTop w:val="0"/>
      <w:marBottom w:val="0"/>
      <w:divBdr>
        <w:top w:val="none" w:sz="0" w:space="0" w:color="auto"/>
        <w:left w:val="none" w:sz="0" w:space="0" w:color="auto"/>
        <w:bottom w:val="none" w:sz="0" w:space="0" w:color="auto"/>
        <w:right w:val="none" w:sz="0" w:space="0" w:color="auto"/>
      </w:divBdr>
    </w:div>
    <w:div w:id="1939604734">
      <w:bodyDiv w:val="1"/>
      <w:marLeft w:val="0"/>
      <w:marRight w:val="0"/>
      <w:marTop w:val="0"/>
      <w:marBottom w:val="0"/>
      <w:divBdr>
        <w:top w:val="none" w:sz="0" w:space="0" w:color="auto"/>
        <w:left w:val="none" w:sz="0" w:space="0" w:color="auto"/>
        <w:bottom w:val="none" w:sz="0" w:space="0" w:color="auto"/>
        <w:right w:val="none" w:sz="0" w:space="0" w:color="auto"/>
      </w:divBdr>
    </w:div>
    <w:div w:id="2003850316">
      <w:bodyDiv w:val="1"/>
      <w:marLeft w:val="0"/>
      <w:marRight w:val="0"/>
      <w:marTop w:val="0"/>
      <w:marBottom w:val="0"/>
      <w:divBdr>
        <w:top w:val="none" w:sz="0" w:space="0" w:color="auto"/>
        <w:left w:val="none" w:sz="0" w:space="0" w:color="auto"/>
        <w:bottom w:val="none" w:sz="0" w:space="0" w:color="auto"/>
        <w:right w:val="none" w:sz="0" w:space="0" w:color="auto"/>
      </w:divBdr>
    </w:div>
    <w:div w:id="2036881818">
      <w:bodyDiv w:val="1"/>
      <w:marLeft w:val="0"/>
      <w:marRight w:val="0"/>
      <w:marTop w:val="0"/>
      <w:marBottom w:val="0"/>
      <w:divBdr>
        <w:top w:val="none" w:sz="0" w:space="0" w:color="auto"/>
        <w:left w:val="none" w:sz="0" w:space="0" w:color="auto"/>
        <w:bottom w:val="none" w:sz="0" w:space="0" w:color="auto"/>
        <w:right w:val="none" w:sz="0" w:space="0" w:color="auto"/>
      </w:divBdr>
    </w:div>
    <w:div w:id="2057586734">
      <w:bodyDiv w:val="1"/>
      <w:marLeft w:val="0"/>
      <w:marRight w:val="0"/>
      <w:marTop w:val="0"/>
      <w:marBottom w:val="0"/>
      <w:divBdr>
        <w:top w:val="none" w:sz="0" w:space="0" w:color="auto"/>
        <w:left w:val="none" w:sz="0" w:space="0" w:color="auto"/>
        <w:bottom w:val="none" w:sz="0" w:space="0" w:color="auto"/>
        <w:right w:val="none" w:sz="0" w:space="0" w:color="auto"/>
      </w:divBdr>
    </w:div>
    <w:div w:id="2065516626">
      <w:bodyDiv w:val="1"/>
      <w:marLeft w:val="0"/>
      <w:marRight w:val="0"/>
      <w:marTop w:val="0"/>
      <w:marBottom w:val="0"/>
      <w:divBdr>
        <w:top w:val="none" w:sz="0" w:space="0" w:color="auto"/>
        <w:left w:val="none" w:sz="0" w:space="0" w:color="auto"/>
        <w:bottom w:val="none" w:sz="0" w:space="0" w:color="auto"/>
        <w:right w:val="none" w:sz="0" w:space="0" w:color="auto"/>
      </w:divBdr>
    </w:div>
    <w:div w:id="2071659341">
      <w:bodyDiv w:val="1"/>
      <w:marLeft w:val="0"/>
      <w:marRight w:val="0"/>
      <w:marTop w:val="0"/>
      <w:marBottom w:val="0"/>
      <w:divBdr>
        <w:top w:val="none" w:sz="0" w:space="0" w:color="auto"/>
        <w:left w:val="none" w:sz="0" w:space="0" w:color="auto"/>
        <w:bottom w:val="none" w:sz="0" w:space="0" w:color="auto"/>
        <w:right w:val="none" w:sz="0" w:space="0" w:color="auto"/>
      </w:divBdr>
    </w:div>
    <w:div w:id="2108915243">
      <w:bodyDiv w:val="1"/>
      <w:marLeft w:val="0"/>
      <w:marRight w:val="0"/>
      <w:marTop w:val="0"/>
      <w:marBottom w:val="0"/>
      <w:divBdr>
        <w:top w:val="none" w:sz="0" w:space="0" w:color="auto"/>
        <w:left w:val="none" w:sz="0" w:space="0" w:color="auto"/>
        <w:bottom w:val="none" w:sz="0" w:space="0" w:color="auto"/>
        <w:right w:val="none" w:sz="0" w:space="0" w:color="auto"/>
      </w:divBdr>
    </w:div>
    <w:div w:id="2110733494">
      <w:bodyDiv w:val="1"/>
      <w:marLeft w:val="0"/>
      <w:marRight w:val="0"/>
      <w:marTop w:val="0"/>
      <w:marBottom w:val="0"/>
      <w:divBdr>
        <w:top w:val="none" w:sz="0" w:space="0" w:color="auto"/>
        <w:left w:val="none" w:sz="0" w:space="0" w:color="auto"/>
        <w:bottom w:val="none" w:sz="0" w:space="0" w:color="auto"/>
        <w:right w:val="none" w:sz="0" w:space="0" w:color="auto"/>
      </w:divBdr>
    </w:div>
    <w:div w:id="2131047092">
      <w:bodyDiv w:val="1"/>
      <w:marLeft w:val="0"/>
      <w:marRight w:val="0"/>
      <w:marTop w:val="0"/>
      <w:marBottom w:val="0"/>
      <w:divBdr>
        <w:top w:val="none" w:sz="0" w:space="0" w:color="auto"/>
        <w:left w:val="none" w:sz="0" w:space="0" w:color="auto"/>
        <w:bottom w:val="none" w:sz="0" w:space="0" w:color="auto"/>
        <w:right w:val="none" w:sz="0" w:space="0" w:color="auto"/>
      </w:divBdr>
    </w:div>
    <w:div w:id="214009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eshb.nlm.nih.gov/"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4009</Words>
  <Characters>23940</Characters>
  <Application>Microsoft Office Word</Application>
  <DocSecurity>0</DocSecurity>
  <Lines>825</Lines>
  <Paragraphs>218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Matthieu FISCHER</dc:creator>
  <cp:keywords/>
  <dc:description/>
  <cp:lastModifiedBy>Matthieu FISCHER</cp:lastModifiedBy>
  <cp:revision>23</cp:revision>
  <dcterms:created xsi:type="dcterms:W3CDTF">2025-04-06T10:36:00Z</dcterms:created>
  <dcterms:modified xsi:type="dcterms:W3CDTF">2025-10-19T12:24:00Z</dcterms:modified>
</cp:coreProperties>
</file>