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1F1" w:rsidRPr="00923438" w:rsidRDefault="00D2565F" w:rsidP="004F5DDC">
      <w:pPr>
        <w:pStyle w:val="Title"/>
        <w:rPr>
          <w:rFonts w:asciiTheme="majorBidi" w:hAnsiTheme="majorBidi"/>
          <w:b/>
          <w:bCs/>
          <w:sz w:val="24"/>
          <w:szCs w:val="24"/>
        </w:rPr>
      </w:pPr>
      <w:r w:rsidRPr="00923438">
        <w:rPr>
          <w:rFonts w:asciiTheme="majorBidi" w:hAnsiTheme="majorBidi"/>
          <w:b/>
          <w:bCs/>
          <w:sz w:val="24"/>
          <w:szCs w:val="24"/>
        </w:rPr>
        <w:t xml:space="preserve">Supplementary File 1: Study Questionnaire </w:t>
      </w:r>
    </w:p>
    <w:p w:rsidR="00E671F1" w:rsidRPr="004F5DDC" w:rsidRDefault="00D2565F">
      <w:pPr>
        <w:rPr>
          <w:rFonts w:asciiTheme="majorBidi" w:hAnsiTheme="majorBidi" w:cstheme="majorBidi"/>
          <w:sz w:val="24"/>
          <w:szCs w:val="24"/>
        </w:rPr>
      </w:pPr>
      <w:r w:rsidRPr="004F5DDC">
        <w:rPr>
          <w:rFonts w:asciiTheme="majorBidi" w:hAnsiTheme="majorBidi" w:cstheme="majorBidi"/>
          <w:sz w:val="24"/>
          <w:szCs w:val="24"/>
        </w:rPr>
        <w:t>Please answer the following questions. Tick (</w:t>
      </w:r>
      <w:r w:rsidRPr="004F5DDC">
        <w:rPr>
          <w:rFonts w:ascii="MS Gothic" w:eastAsia="MS Gothic" w:hAnsi="MS Gothic" w:cs="MS Gothic" w:hint="eastAsia"/>
          <w:sz w:val="24"/>
          <w:szCs w:val="24"/>
        </w:rPr>
        <w:t>✓</w:t>
      </w:r>
      <w:r w:rsidRPr="004F5DDC">
        <w:rPr>
          <w:rFonts w:asciiTheme="majorBidi" w:hAnsiTheme="majorBidi" w:cstheme="majorBidi"/>
          <w:sz w:val="24"/>
          <w:szCs w:val="24"/>
        </w:rPr>
        <w:t>) one option where applicable or fill in the blank.</w:t>
      </w:r>
      <w:bookmarkStart w:id="0" w:name="_GoBack"/>
      <w:bookmarkEnd w:id="0"/>
    </w:p>
    <w:p w:rsidR="00E671F1" w:rsidRPr="004F5DDC" w:rsidRDefault="00D2565F">
      <w:pPr>
        <w:pStyle w:val="Heading1"/>
        <w:rPr>
          <w:rFonts w:asciiTheme="majorBidi" w:hAnsiTheme="majorBidi"/>
          <w:sz w:val="24"/>
          <w:szCs w:val="24"/>
        </w:rPr>
      </w:pPr>
      <w:r w:rsidRPr="004F5DDC">
        <w:rPr>
          <w:rFonts w:asciiTheme="majorBidi" w:hAnsiTheme="majorBidi"/>
          <w:sz w:val="24"/>
          <w:szCs w:val="24"/>
        </w:rPr>
        <w:t>Section 1: Demographic and Clinical Characteristics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40"/>
      </w:tblGrid>
      <w:tr w:rsidR="00E671F1" w:rsidRPr="004F5DDC">
        <w:tc>
          <w:tcPr>
            <w:tcW w:w="8640" w:type="dxa"/>
          </w:tcPr>
          <w:p w:rsidR="00E671F1" w:rsidRPr="004F5DDC" w:rsidRDefault="00D2565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Theme="majorBidi" w:hAnsiTheme="majorBidi" w:cstheme="majorBidi"/>
                <w:sz w:val="24"/>
                <w:szCs w:val="24"/>
              </w:rPr>
              <w:t>Age (years): __________</w:t>
            </w:r>
          </w:p>
        </w:tc>
      </w:tr>
      <w:tr w:rsidR="00E671F1" w:rsidRPr="004F5DDC">
        <w:tc>
          <w:tcPr>
            <w:tcW w:w="8640" w:type="dxa"/>
          </w:tcPr>
          <w:p w:rsidR="00E671F1" w:rsidRPr="004F5DDC" w:rsidRDefault="00D2565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Theme="majorBidi" w:hAnsiTheme="majorBidi" w:cstheme="majorBidi"/>
                <w:sz w:val="24"/>
                <w:szCs w:val="24"/>
              </w:rPr>
              <w:t xml:space="preserve">Sex: </w:t>
            </w: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  <w:r w:rsidRPr="004F5DDC">
              <w:rPr>
                <w:rFonts w:asciiTheme="majorBidi" w:hAnsiTheme="majorBidi" w:cstheme="majorBidi"/>
                <w:sz w:val="24"/>
                <w:szCs w:val="24"/>
              </w:rPr>
              <w:t xml:space="preserve"> Male    </w:t>
            </w: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  <w:r w:rsidRPr="004F5DD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4F5DDC">
              <w:rPr>
                <w:rFonts w:asciiTheme="majorBidi" w:hAnsiTheme="majorBidi" w:cstheme="majorBidi"/>
                <w:sz w:val="24"/>
                <w:szCs w:val="24"/>
              </w:rPr>
              <w:t>Female</w:t>
            </w:r>
          </w:p>
        </w:tc>
      </w:tr>
      <w:tr w:rsidR="00E671F1" w:rsidRPr="004F5DDC">
        <w:tc>
          <w:tcPr>
            <w:tcW w:w="8640" w:type="dxa"/>
          </w:tcPr>
          <w:p w:rsidR="00E671F1" w:rsidRPr="004F5DDC" w:rsidRDefault="00D2565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Theme="majorBidi" w:hAnsiTheme="majorBidi" w:cstheme="majorBidi"/>
                <w:sz w:val="24"/>
                <w:szCs w:val="24"/>
              </w:rPr>
              <w:t xml:space="preserve">Marital status: </w:t>
            </w: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  <w:r w:rsidRPr="004F5DDC">
              <w:rPr>
                <w:rFonts w:asciiTheme="majorBidi" w:hAnsiTheme="majorBidi" w:cstheme="majorBidi"/>
                <w:sz w:val="24"/>
                <w:szCs w:val="24"/>
              </w:rPr>
              <w:t xml:space="preserve"> Single    </w:t>
            </w: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  <w:r w:rsidRPr="004F5DDC">
              <w:rPr>
                <w:rFonts w:asciiTheme="majorBidi" w:hAnsiTheme="majorBidi" w:cstheme="majorBidi"/>
                <w:sz w:val="24"/>
                <w:szCs w:val="24"/>
              </w:rPr>
              <w:t xml:space="preserve"> Married    </w:t>
            </w: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  <w:r w:rsidRPr="004F5DDC">
              <w:rPr>
                <w:rFonts w:asciiTheme="majorBidi" w:hAnsiTheme="majorBidi" w:cstheme="majorBidi"/>
                <w:sz w:val="24"/>
                <w:szCs w:val="24"/>
              </w:rPr>
              <w:t xml:space="preserve"> Other</w:t>
            </w:r>
          </w:p>
        </w:tc>
      </w:tr>
      <w:tr w:rsidR="00E671F1" w:rsidRPr="004F5DDC">
        <w:tc>
          <w:tcPr>
            <w:tcW w:w="8640" w:type="dxa"/>
          </w:tcPr>
          <w:p w:rsidR="00E671F1" w:rsidRPr="004F5DDC" w:rsidRDefault="00D2565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Theme="majorBidi" w:hAnsiTheme="majorBidi" w:cstheme="majorBidi"/>
                <w:sz w:val="24"/>
                <w:szCs w:val="24"/>
              </w:rPr>
              <w:t xml:space="preserve">Educational level: </w:t>
            </w: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  <w:r w:rsidRPr="004F5DDC">
              <w:rPr>
                <w:rFonts w:asciiTheme="majorBidi" w:hAnsiTheme="majorBidi" w:cstheme="majorBidi"/>
                <w:sz w:val="24"/>
                <w:szCs w:val="24"/>
              </w:rPr>
              <w:t xml:space="preserve"> Elementary    </w:t>
            </w: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  <w:r w:rsidRPr="004F5DDC">
              <w:rPr>
                <w:rFonts w:asciiTheme="majorBidi" w:hAnsiTheme="majorBidi" w:cstheme="majorBidi"/>
                <w:sz w:val="24"/>
                <w:szCs w:val="24"/>
              </w:rPr>
              <w:t xml:space="preserve"> Secondary    </w:t>
            </w: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  <w:r w:rsidRPr="004F5DDC">
              <w:rPr>
                <w:rFonts w:asciiTheme="majorBidi" w:hAnsiTheme="majorBidi" w:cstheme="majorBidi"/>
                <w:sz w:val="24"/>
                <w:szCs w:val="24"/>
              </w:rPr>
              <w:t xml:space="preserve"> Bachelor's    </w:t>
            </w: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  <w:r w:rsidRPr="004F5DDC">
              <w:rPr>
                <w:rFonts w:asciiTheme="majorBidi" w:hAnsiTheme="majorBidi" w:cstheme="majorBidi"/>
                <w:sz w:val="24"/>
                <w:szCs w:val="24"/>
              </w:rPr>
              <w:t xml:space="preserve"> Above bachelor's</w:t>
            </w:r>
          </w:p>
        </w:tc>
      </w:tr>
      <w:tr w:rsidR="00E671F1" w:rsidRPr="004F5DDC">
        <w:tc>
          <w:tcPr>
            <w:tcW w:w="8640" w:type="dxa"/>
          </w:tcPr>
          <w:p w:rsidR="00E671F1" w:rsidRPr="004F5DDC" w:rsidRDefault="00D2565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Theme="majorBidi" w:hAnsiTheme="majorBidi" w:cstheme="majorBidi"/>
                <w:sz w:val="24"/>
                <w:szCs w:val="24"/>
              </w:rPr>
              <w:t xml:space="preserve">Monthly income (NIS): </w:t>
            </w: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  <w:r w:rsidRPr="004F5DDC">
              <w:rPr>
                <w:rFonts w:asciiTheme="majorBidi" w:hAnsiTheme="majorBidi" w:cstheme="majorBidi"/>
                <w:sz w:val="24"/>
                <w:szCs w:val="24"/>
              </w:rPr>
              <w:t xml:space="preserve"> &lt;2000    </w:t>
            </w: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  <w:r w:rsidRPr="004F5DDC">
              <w:rPr>
                <w:rFonts w:asciiTheme="majorBidi" w:hAnsiTheme="majorBidi" w:cstheme="majorBidi"/>
                <w:sz w:val="24"/>
                <w:szCs w:val="24"/>
              </w:rPr>
              <w:t xml:space="preserve"> 2000</w:t>
            </w:r>
            <w:r w:rsidRPr="004F5DD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F5DDC">
              <w:rPr>
                <w:rFonts w:asciiTheme="majorBidi" w:hAnsiTheme="majorBidi" w:cstheme="majorBidi"/>
                <w:sz w:val="24"/>
                <w:szCs w:val="24"/>
              </w:rPr>
              <w:t xml:space="preserve">4000    </w:t>
            </w: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  <w:r w:rsidRPr="004F5DDC">
              <w:rPr>
                <w:rFonts w:asciiTheme="majorBidi" w:hAnsiTheme="majorBidi" w:cstheme="majorBidi"/>
                <w:sz w:val="24"/>
                <w:szCs w:val="24"/>
              </w:rPr>
              <w:t xml:space="preserve"> &gt;4000</w:t>
            </w:r>
          </w:p>
        </w:tc>
      </w:tr>
      <w:tr w:rsidR="00E671F1" w:rsidRPr="004F5DDC">
        <w:tc>
          <w:tcPr>
            <w:tcW w:w="8640" w:type="dxa"/>
          </w:tcPr>
          <w:p w:rsidR="00E671F1" w:rsidRPr="004F5DDC" w:rsidRDefault="00D2565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Theme="majorBidi" w:hAnsiTheme="majorBidi" w:cstheme="majorBidi"/>
                <w:sz w:val="24"/>
                <w:szCs w:val="24"/>
              </w:rPr>
              <w:t xml:space="preserve">Place of residence: </w:t>
            </w: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  <w:r w:rsidRPr="004F5DDC">
              <w:rPr>
                <w:rFonts w:asciiTheme="majorBidi" w:hAnsiTheme="majorBidi" w:cstheme="majorBidi"/>
                <w:sz w:val="24"/>
                <w:szCs w:val="24"/>
              </w:rPr>
              <w:t xml:space="preserve"> City    </w:t>
            </w: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  <w:r w:rsidRPr="004F5DDC">
              <w:rPr>
                <w:rFonts w:asciiTheme="majorBidi" w:hAnsiTheme="majorBidi" w:cstheme="majorBidi"/>
                <w:sz w:val="24"/>
                <w:szCs w:val="24"/>
              </w:rPr>
              <w:t xml:space="preserve"> Village    </w:t>
            </w: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  <w:r w:rsidRPr="004F5DDC">
              <w:rPr>
                <w:rFonts w:asciiTheme="majorBidi" w:hAnsiTheme="majorBidi" w:cstheme="majorBidi"/>
                <w:sz w:val="24"/>
                <w:szCs w:val="24"/>
              </w:rPr>
              <w:t xml:space="preserve"> Camp</w:t>
            </w:r>
          </w:p>
        </w:tc>
      </w:tr>
      <w:tr w:rsidR="00E671F1" w:rsidRPr="004F5DDC">
        <w:tc>
          <w:tcPr>
            <w:tcW w:w="8640" w:type="dxa"/>
          </w:tcPr>
          <w:p w:rsidR="00E671F1" w:rsidRPr="004F5DDC" w:rsidRDefault="00D2565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Theme="majorBidi" w:hAnsiTheme="majorBidi" w:cstheme="majorBidi"/>
                <w:sz w:val="24"/>
                <w:szCs w:val="24"/>
              </w:rPr>
              <w:t>Smok</w:t>
            </w:r>
            <w:r w:rsidRPr="004F5DDC">
              <w:rPr>
                <w:rFonts w:asciiTheme="majorBidi" w:hAnsiTheme="majorBidi" w:cstheme="majorBidi"/>
                <w:sz w:val="24"/>
                <w:szCs w:val="24"/>
              </w:rPr>
              <w:t xml:space="preserve">ing status: </w:t>
            </w: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  <w:r w:rsidRPr="004F5DDC">
              <w:rPr>
                <w:rFonts w:asciiTheme="majorBidi" w:hAnsiTheme="majorBidi" w:cstheme="majorBidi"/>
                <w:sz w:val="24"/>
                <w:szCs w:val="24"/>
              </w:rPr>
              <w:t xml:space="preserve"> Current smoker    </w:t>
            </w: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  <w:r w:rsidRPr="004F5DDC">
              <w:rPr>
                <w:rFonts w:asciiTheme="majorBidi" w:hAnsiTheme="majorBidi" w:cstheme="majorBidi"/>
                <w:sz w:val="24"/>
                <w:szCs w:val="24"/>
              </w:rPr>
              <w:t xml:space="preserve"> Former smoker    </w:t>
            </w: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  <w:r w:rsidRPr="004F5DDC">
              <w:rPr>
                <w:rFonts w:asciiTheme="majorBidi" w:hAnsiTheme="majorBidi" w:cstheme="majorBidi"/>
                <w:sz w:val="24"/>
                <w:szCs w:val="24"/>
              </w:rPr>
              <w:t xml:space="preserve"> Non-smoker</w:t>
            </w:r>
          </w:p>
        </w:tc>
      </w:tr>
      <w:tr w:rsidR="00E671F1" w:rsidRPr="004F5DDC">
        <w:tc>
          <w:tcPr>
            <w:tcW w:w="8640" w:type="dxa"/>
          </w:tcPr>
          <w:p w:rsidR="00E671F1" w:rsidRPr="004F5DDC" w:rsidRDefault="00D2565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Theme="majorBidi" w:hAnsiTheme="majorBidi" w:cstheme="majorBidi"/>
                <w:sz w:val="24"/>
                <w:szCs w:val="24"/>
              </w:rPr>
              <w:t xml:space="preserve">Physical activity: </w:t>
            </w: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  <w:r w:rsidRPr="004F5DDC">
              <w:rPr>
                <w:rFonts w:asciiTheme="majorBidi" w:hAnsiTheme="majorBidi" w:cstheme="majorBidi"/>
                <w:sz w:val="24"/>
                <w:szCs w:val="24"/>
              </w:rPr>
              <w:t xml:space="preserve"> Regularly    </w:t>
            </w: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  <w:r w:rsidRPr="004F5DDC">
              <w:rPr>
                <w:rFonts w:asciiTheme="majorBidi" w:hAnsiTheme="majorBidi" w:cstheme="majorBidi"/>
                <w:sz w:val="24"/>
                <w:szCs w:val="24"/>
              </w:rPr>
              <w:t xml:space="preserve"> Sometimes    </w:t>
            </w: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  <w:r w:rsidRPr="004F5DDC">
              <w:rPr>
                <w:rFonts w:asciiTheme="majorBidi" w:hAnsiTheme="majorBidi" w:cstheme="majorBidi"/>
                <w:sz w:val="24"/>
                <w:szCs w:val="24"/>
              </w:rPr>
              <w:t xml:space="preserve"> Rarely    </w:t>
            </w: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  <w:r w:rsidRPr="004F5DDC">
              <w:rPr>
                <w:rFonts w:asciiTheme="majorBidi" w:hAnsiTheme="majorBidi" w:cstheme="majorBidi"/>
                <w:sz w:val="24"/>
                <w:szCs w:val="24"/>
              </w:rPr>
              <w:t xml:space="preserve"> Never</w:t>
            </w:r>
          </w:p>
        </w:tc>
      </w:tr>
      <w:tr w:rsidR="00E671F1" w:rsidRPr="004F5DDC">
        <w:tc>
          <w:tcPr>
            <w:tcW w:w="8640" w:type="dxa"/>
          </w:tcPr>
          <w:p w:rsidR="00E671F1" w:rsidRPr="004F5DDC" w:rsidRDefault="00D2565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Theme="majorBidi" w:hAnsiTheme="majorBidi" w:cstheme="majorBidi"/>
                <w:sz w:val="24"/>
                <w:szCs w:val="24"/>
              </w:rPr>
              <w:t xml:space="preserve">Type of diabetes: </w:t>
            </w: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  <w:r w:rsidRPr="004F5DDC">
              <w:rPr>
                <w:rFonts w:asciiTheme="majorBidi" w:hAnsiTheme="majorBidi" w:cstheme="majorBidi"/>
                <w:sz w:val="24"/>
                <w:szCs w:val="24"/>
              </w:rPr>
              <w:t xml:space="preserve"> Type 1    </w:t>
            </w: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  <w:r w:rsidRPr="004F5DDC">
              <w:rPr>
                <w:rFonts w:asciiTheme="majorBidi" w:hAnsiTheme="majorBidi" w:cstheme="majorBidi"/>
                <w:sz w:val="24"/>
                <w:szCs w:val="24"/>
              </w:rPr>
              <w:t xml:space="preserve"> Type 2</w:t>
            </w:r>
          </w:p>
        </w:tc>
      </w:tr>
      <w:tr w:rsidR="00E671F1" w:rsidRPr="004F5DDC">
        <w:tc>
          <w:tcPr>
            <w:tcW w:w="8640" w:type="dxa"/>
          </w:tcPr>
          <w:p w:rsidR="00E671F1" w:rsidRPr="004F5DDC" w:rsidRDefault="00D2565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Theme="majorBidi" w:hAnsiTheme="majorBidi" w:cstheme="majorBidi"/>
                <w:sz w:val="24"/>
                <w:szCs w:val="24"/>
              </w:rPr>
              <w:t xml:space="preserve">Duration of diabetes: </w:t>
            </w: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  <w:r w:rsidRPr="004F5DDC">
              <w:rPr>
                <w:rFonts w:asciiTheme="majorBidi" w:hAnsiTheme="majorBidi" w:cstheme="majorBidi"/>
                <w:sz w:val="24"/>
                <w:szCs w:val="24"/>
              </w:rPr>
              <w:t xml:space="preserve"> &lt;1 year    </w:t>
            </w: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  <w:r w:rsidRPr="004F5DDC">
              <w:rPr>
                <w:rFonts w:asciiTheme="majorBidi" w:hAnsiTheme="majorBidi" w:cstheme="majorBidi"/>
                <w:sz w:val="24"/>
                <w:szCs w:val="24"/>
              </w:rPr>
              <w:t xml:space="preserve"> 1</w:t>
            </w:r>
            <w:r w:rsidRPr="004F5DD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F5DDC">
              <w:rPr>
                <w:rFonts w:asciiTheme="majorBidi" w:hAnsiTheme="majorBidi" w:cstheme="majorBidi"/>
                <w:sz w:val="24"/>
                <w:szCs w:val="24"/>
              </w:rPr>
              <w:t xml:space="preserve">5 years    </w:t>
            </w: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  <w:r w:rsidRPr="004F5DDC">
              <w:rPr>
                <w:rFonts w:asciiTheme="majorBidi" w:hAnsiTheme="majorBidi" w:cstheme="majorBidi"/>
                <w:sz w:val="24"/>
                <w:szCs w:val="24"/>
              </w:rPr>
              <w:t xml:space="preserve"> 6</w:t>
            </w:r>
            <w:r w:rsidRPr="004F5DD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F5DDC">
              <w:rPr>
                <w:rFonts w:asciiTheme="majorBidi" w:hAnsiTheme="majorBidi" w:cstheme="majorBidi"/>
                <w:sz w:val="24"/>
                <w:szCs w:val="24"/>
              </w:rPr>
              <w:t xml:space="preserve">10 years    </w:t>
            </w: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  <w:r w:rsidRPr="004F5DDC">
              <w:rPr>
                <w:rFonts w:asciiTheme="majorBidi" w:hAnsiTheme="majorBidi" w:cstheme="majorBidi"/>
                <w:sz w:val="24"/>
                <w:szCs w:val="24"/>
              </w:rPr>
              <w:t xml:space="preserve"> &gt;10 years</w:t>
            </w:r>
          </w:p>
        </w:tc>
      </w:tr>
      <w:tr w:rsidR="00E671F1" w:rsidRPr="004F5DDC">
        <w:tc>
          <w:tcPr>
            <w:tcW w:w="8640" w:type="dxa"/>
          </w:tcPr>
          <w:p w:rsidR="00E671F1" w:rsidRPr="004F5DDC" w:rsidRDefault="00D2565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Theme="majorBidi" w:hAnsiTheme="majorBidi" w:cstheme="majorBidi"/>
                <w:sz w:val="24"/>
                <w:szCs w:val="24"/>
              </w:rPr>
              <w:t>HbA1c value: __________</w:t>
            </w:r>
          </w:p>
        </w:tc>
      </w:tr>
      <w:tr w:rsidR="00E671F1" w:rsidRPr="004F5DDC">
        <w:tc>
          <w:tcPr>
            <w:tcW w:w="8640" w:type="dxa"/>
          </w:tcPr>
          <w:p w:rsidR="00E671F1" w:rsidRPr="004F5DDC" w:rsidRDefault="00D2565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Theme="majorBidi" w:hAnsiTheme="majorBidi" w:cstheme="majorBidi"/>
                <w:sz w:val="24"/>
                <w:szCs w:val="24"/>
              </w:rPr>
              <w:t xml:space="preserve">Do you have diabetes-related complications? </w:t>
            </w: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  <w:r w:rsidRPr="004F5DDC">
              <w:rPr>
                <w:rFonts w:asciiTheme="majorBidi" w:hAnsiTheme="majorBidi" w:cstheme="majorBidi"/>
                <w:sz w:val="24"/>
                <w:szCs w:val="24"/>
              </w:rPr>
              <w:t xml:space="preserve"> Yes    </w:t>
            </w: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  <w:r w:rsidRPr="004F5DDC">
              <w:rPr>
                <w:rFonts w:asciiTheme="majorBidi" w:hAnsiTheme="majorBidi" w:cstheme="majorBidi"/>
                <w:sz w:val="24"/>
                <w:szCs w:val="24"/>
              </w:rPr>
              <w:t xml:space="preserve"> No</w:t>
            </w:r>
          </w:p>
        </w:tc>
      </w:tr>
      <w:tr w:rsidR="00E671F1" w:rsidRPr="004F5DDC">
        <w:tc>
          <w:tcPr>
            <w:tcW w:w="8640" w:type="dxa"/>
          </w:tcPr>
          <w:p w:rsidR="00E671F1" w:rsidRPr="004F5DDC" w:rsidRDefault="00D2565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Theme="majorBidi" w:hAnsiTheme="majorBidi" w:cstheme="majorBidi"/>
                <w:sz w:val="24"/>
                <w:szCs w:val="24"/>
              </w:rPr>
              <w:t xml:space="preserve">If yes, specify: </w:t>
            </w: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  <w:r w:rsidRPr="004F5DDC">
              <w:rPr>
                <w:rFonts w:asciiTheme="majorBidi" w:hAnsiTheme="majorBidi" w:cstheme="majorBidi"/>
                <w:sz w:val="24"/>
                <w:szCs w:val="24"/>
              </w:rPr>
              <w:t xml:space="preserve"> Hypertension    </w:t>
            </w: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  <w:r w:rsidRPr="004F5DDC">
              <w:rPr>
                <w:rFonts w:asciiTheme="majorBidi" w:hAnsiTheme="majorBidi" w:cstheme="majorBidi"/>
                <w:sz w:val="24"/>
                <w:szCs w:val="24"/>
              </w:rPr>
              <w:t xml:space="preserve"> Visual impairment    </w:t>
            </w: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  <w:r w:rsidRPr="004F5DDC">
              <w:rPr>
                <w:rFonts w:asciiTheme="majorBidi" w:hAnsiTheme="majorBidi" w:cstheme="majorBidi"/>
                <w:sz w:val="24"/>
                <w:szCs w:val="24"/>
              </w:rPr>
              <w:t xml:space="preserve"> Renal failure    </w:t>
            </w: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  <w:r w:rsidRPr="004F5DDC">
              <w:rPr>
                <w:rFonts w:asciiTheme="majorBidi" w:hAnsiTheme="majorBidi" w:cstheme="majorBidi"/>
                <w:sz w:val="24"/>
                <w:szCs w:val="24"/>
              </w:rPr>
              <w:t xml:space="preserve"> Diabetic foot    </w:t>
            </w: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  <w:r w:rsidRPr="004F5DDC">
              <w:rPr>
                <w:rFonts w:asciiTheme="majorBidi" w:hAnsiTheme="majorBidi" w:cstheme="majorBidi"/>
                <w:sz w:val="24"/>
                <w:szCs w:val="24"/>
              </w:rPr>
              <w:t xml:space="preserve"> Other: ______</w:t>
            </w:r>
          </w:p>
        </w:tc>
      </w:tr>
    </w:tbl>
    <w:p w:rsidR="004F5DDC" w:rsidRDefault="004F5DDC">
      <w:pPr>
        <w:pStyle w:val="Heading1"/>
        <w:rPr>
          <w:rFonts w:asciiTheme="majorBidi" w:hAnsiTheme="majorBidi"/>
          <w:sz w:val="24"/>
          <w:szCs w:val="24"/>
        </w:rPr>
      </w:pPr>
    </w:p>
    <w:p w:rsidR="004F5DDC" w:rsidRDefault="004F5DDC">
      <w:pPr>
        <w:pStyle w:val="Heading1"/>
        <w:rPr>
          <w:rFonts w:asciiTheme="majorBidi" w:hAnsiTheme="majorBidi"/>
          <w:sz w:val="24"/>
          <w:szCs w:val="24"/>
        </w:rPr>
      </w:pPr>
    </w:p>
    <w:p w:rsidR="00E671F1" w:rsidRPr="004F5DDC" w:rsidRDefault="00D2565F">
      <w:pPr>
        <w:pStyle w:val="Heading1"/>
        <w:rPr>
          <w:rFonts w:asciiTheme="majorBidi" w:hAnsiTheme="majorBidi"/>
          <w:sz w:val="24"/>
          <w:szCs w:val="24"/>
        </w:rPr>
      </w:pPr>
      <w:r w:rsidRPr="004F5DDC">
        <w:rPr>
          <w:rFonts w:asciiTheme="majorBidi" w:hAnsiTheme="majorBidi"/>
          <w:sz w:val="24"/>
          <w:szCs w:val="24"/>
        </w:rPr>
        <w:t xml:space="preserve">Section 2: Diabetes Management Self-Efficacy Scale </w:t>
      </w:r>
      <w:r w:rsidRPr="004F5DDC">
        <w:rPr>
          <w:rFonts w:asciiTheme="majorBidi" w:hAnsiTheme="majorBidi"/>
          <w:sz w:val="24"/>
          <w:szCs w:val="24"/>
        </w:rPr>
        <w:t>(DMSES)</w:t>
      </w:r>
    </w:p>
    <w:p w:rsidR="00E671F1" w:rsidRPr="004F5DDC" w:rsidRDefault="00D2565F">
      <w:pPr>
        <w:rPr>
          <w:rFonts w:asciiTheme="majorBidi" w:hAnsiTheme="majorBidi" w:cstheme="majorBidi"/>
          <w:sz w:val="24"/>
          <w:szCs w:val="24"/>
        </w:rPr>
      </w:pPr>
      <w:r w:rsidRPr="004F5DDC">
        <w:rPr>
          <w:rFonts w:asciiTheme="majorBidi" w:hAnsiTheme="majorBidi" w:cstheme="majorBidi"/>
          <w:sz w:val="24"/>
          <w:szCs w:val="24"/>
        </w:rPr>
        <w:t>Instructions: For each statement, circle one number that best describes your confidence.</w:t>
      </w:r>
      <w:r w:rsidRPr="004F5DDC">
        <w:rPr>
          <w:rFonts w:asciiTheme="majorBidi" w:hAnsiTheme="majorBidi" w:cstheme="majorBidi"/>
          <w:sz w:val="24"/>
          <w:szCs w:val="24"/>
        </w:rPr>
        <w:br/>
        <w:t xml:space="preserve">1 = No, surely not | 2 = </w:t>
      </w:r>
      <w:proofErr w:type="gramStart"/>
      <w:r w:rsidRPr="004F5DDC">
        <w:rPr>
          <w:rFonts w:asciiTheme="majorBidi" w:hAnsiTheme="majorBidi" w:cstheme="majorBidi"/>
          <w:sz w:val="24"/>
          <w:szCs w:val="24"/>
        </w:rPr>
        <w:t>Probably</w:t>
      </w:r>
      <w:proofErr w:type="gramEnd"/>
      <w:r w:rsidRPr="004F5DDC">
        <w:rPr>
          <w:rFonts w:asciiTheme="majorBidi" w:hAnsiTheme="majorBidi" w:cstheme="majorBidi"/>
          <w:sz w:val="24"/>
          <w:szCs w:val="24"/>
        </w:rPr>
        <w:t xml:space="preserve"> not | 3 = Maybe yes/Maybe no | 4 = Probably yes | 5 = Yes, surely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7"/>
        <w:gridCol w:w="5011"/>
        <w:gridCol w:w="506"/>
        <w:gridCol w:w="456"/>
        <w:gridCol w:w="456"/>
        <w:gridCol w:w="536"/>
        <w:gridCol w:w="456"/>
      </w:tblGrid>
      <w:tr w:rsidR="004F5DDC" w:rsidRPr="004F5DDC" w:rsidTr="004F5DDC">
        <w:tc>
          <w:tcPr>
            <w:tcW w:w="767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Theme="majorBidi" w:hAnsiTheme="majorBidi" w:cstheme="majorBidi"/>
                <w:sz w:val="24"/>
                <w:szCs w:val="24"/>
              </w:rPr>
              <w:t>No.</w:t>
            </w:r>
          </w:p>
        </w:tc>
        <w:tc>
          <w:tcPr>
            <w:tcW w:w="5011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Theme="majorBidi" w:hAnsiTheme="majorBidi" w:cstheme="majorBidi"/>
                <w:sz w:val="24"/>
                <w:szCs w:val="24"/>
              </w:rPr>
              <w:t>Statement</w:t>
            </w:r>
          </w:p>
        </w:tc>
        <w:tc>
          <w:tcPr>
            <w:tcW w:w="506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36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</w:tr>
      <w:tr w:rsidR="004F5DDC" w:rsidRPr="004F5DDC" w:rsidTr="004F5DDC">
        <w:tc>
          <w:tcPr>
            <w:tcW w:w="767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011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Theme="majorBidi" w:hAnsiTheme="majorBidi" w:cstheme="majorBidi"/>
                <w:sz w:val="24"/>
                <w:szCs w:val="24"/>
              </w:rPr>
              <w:t>I can follow my diet when away from home.</w:t>
            </w:r>
          </w:p>
        </w:tc>
        <w:tc>
          <w:tcPr>
            <w:tcW w:w="506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56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56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536" w:type="dxa"/>
          </w:tcPr>
          <w:p w:rsidR="004F5DDC" w:rsidRPr="004F5DDC" w:rsidRDefault="004F5DDC" w:rsidP="00D70AB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56" w:type="dxa"/>
          </w:tcPr>
          <w:p w:rsidR="004F5DDC" w:rsidRPr="004F5DDC" w:rsidRDefault="004F5DDC" w:rsidP="00D70AB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</w:tr>
      <w:tr w:rsidR="004F5DDC" w:rsidRPr="004F5DDC" w:rsidTr="004F5DDC">
        <w:tc>
          <w:tcPr>
            <w:tcW w:w="767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011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Theme="majorBidi" w:hAnsiTheme="majorBidi" w:cstheme="majorBidi"/>
                <w:sz w:val="24"/>
                <w:szCs w:val="24"/>
              </w:rPr>
              <w:t>I can adjust my diet when away from home.</w:t>
            </w:r>
          </w:p>
        </w:tc>
        <w:tc>
          <w:tcPr>
            <w:tcW w:w="506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56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56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536" w:type="dxa"/>
          </w:tcPr>
          <w:p w:rsidR="004F5DDC" w:rsidRPr="004F5DDC" w:rsidRDefault="004F5DDC" w:rsidP="00D70AB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56" w:type="dxa"/>
          </w:tcPr>
          <w:p w:rsidR="004F5DDC" w:rsidRPr="004F5DDC" w:rsidRDefault="004F5DDC" w:rsidP="00D70AB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</w:tr>
      <w:tr w:rsidR="004F5DDC" w:rsidRPr="004F5DDC" w:rsidTr="004F5DDC">
        <w:tc>
          <w:tcPr>
            <w:tcW w:w="767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011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Theme="majorBidi" w:hAnsiTheme="majorBidi" w:cstheme="majorBidi"/>
                <w:sz w:val="24"/>
                <w:szCs w:val="24"/>
              </w:rPr>
              <w:t>I can follow my diet when on vacation.</w:t>
            </w:r>
          </w:p>
        </w:tc>
        <w:tc>
          <w:tcPr>
            <w:tcW w:w="506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56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56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536" w:type="dxa"/>
          </w:tcPr>
          <w:p w:rsidR="004F5DDC" w:rsidRPr="004F5DDC" w:rsidRDefault="004F5DDC" w:rsidP="00D70AB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56" w:type="dxa"/>
          </w:tcPr>
          <w:p w:rsidR="004F5DDC" w:rsidRPr="004F5DDC" w:rsidRDefault="004F5DDC" w:rsidP="00D70AB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</w:tr>
      <w:tr w:rsidR="004F5DDC" w:rsidRPr="004F5DDC" w:rsidTr="004F5DDC">
        <w:tc>
          <w:tcPr>
            <w:tcW w:w="767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011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Theme="majorBidi" w:hAnsiTheme="majorBidi" w:cstheme="majorBidi"/>
                <w:sz w:val="24"/>
                <w:szCs w:val="24"/>
              </w:rPr>
              <w:t>I can follow my diet at social events.</w:t>
            </w:r>
          </w:p>
        </w:tc>
        <w:tc>
          <w:tcPr>
            <w:tcW w:w="506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56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56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536" w:type="dxa"/>
          </w:tcPr>
          <w:p w:rsidR="004F5DDC" w:rsidRPr="004F5DDC" w:rsidRDefault="004F5DDC" w:rsidP="00D70AB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56" w:type="dxa"/>
          </w:tcPr>
          <w:p w:rsidR="004F5DDC" w:rsidRPr="004F5DDC" w:rsidRDefault="004F5DDC" w:rsidP="00D70AB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</w:tr>
      <w:tr w:rsidR="004F5DDC" w:rsidRPr="004F5DDC" w:rsidTr="004F5DDC">
        <w:tc>
          <w:tcPr>
            <w:tcW w:w="767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011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Theme="majorBidi" w:hAnsiTheme="majorBidi" w:cstheme="majorBidi"/>
                <w:sz w:val="24"/>
                <w:szCs w:val="24"/>
              </w:rPr>
              <w:t>I can keep my weight under control.</w:t>
            </w:r>
          </w:p>
        </w:tc>
        <w:tc>
          <w:tcPr>
            <w:tcW w:w="506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56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56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536" w:type="dxa"/>
          </w:tcPr>
          <w:p w:rsidR="004F5DDC" w:rsidRPr="004F5DDC" w:rsidRDefault="004F5DDC" w:rsidP="00D70AB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56" w:type="dxa"/>
          </w:tcPr>
          <w:p w:rsidR="004F5DDC" w:rsidRPr="004F5DDC" w:rsidRDefault="004F5DDC" w:rsidP="00D70AB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</w:tr>
      <w:tr w:rsidR="004F5DDC" w:rsidRPr="004F5DDC" w:rsidTr="004F5DDC">
        <w:tc>
          <w:tcPr>
            <w:tcW w:w="767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5011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Theme="majorBidi" w:hAnsiTheme="majorBidi" w:cstheme="majorBidi"/>
                <w:sz w:val="24"/>
                <w:szCs w:val="24"/>
              </w:rPr>
              <w:t>I can select appropriate foods within my diet.</w:t>
            </w:r>
          </w:p>
        </w:tc>
        <w:tc>
          <w:tcPr>
            <w:tcW w:w="506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56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56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536" w:type="dxa"/>
          </w:tcPr>
          <w:p w:rsidR="004F5DDC" w:rsidRPr="004F5DDC" w:rsidRDefault="004F5DDC" w:rsidP="00D70AB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56" w:type="dxa"/>
          </w:tcPr>
          <w:p w:rsidR="004F5DDC" w:rsidRPr="004F5DDC" w:rsidRDefault="004F5DDC" w:rsidP="00D70AB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</w:tr>
      <w:tr w:rsidR="004F5DDC" w:rsidRPr="004F5DDC" w:rsidTr="004F5DDC">
        <w:tc>
          <w:tcPr>
            <w:tcW w:w="767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5011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Theme="majorBidi" w:hAnsiTheme="majorBidi" w:cstheme="majorBidi"/>
                <w:sz w:val="24"/>
                <w:szCs w:val="24"/>
              </w:rPr>
              <w:t>I can follow my diet most of the time.</w:t>
            </w:r>
          </w:p>
        </w:tc>
        <w:tc>
          <w:tcPr>
            <w:tcW w:w="506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56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56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536" w:type="dxa"/>
          </w:tcPr>
          <w:p w:rsidR="004F5DDC" w:rsidRPr="004F5DDC" w:rsidRDefault="004F5DDC" w:rsidP="00D70AB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56" w:type="dxa"/>
          </w:tcPr>
          <w:p w:rsidR="004F5DDC" w:rsidRPr="004F5DDC" w:rsidRDefault="004F5DDC" w:rsidP="00D70AB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</w:tr>
      <w:tr w:rsidR="004F5DDC" w:rsidRPr="004F5DDC" w:rsidTr="004F5DDC">
        <w:tc>
          <w:tcPr>
            <w:tcW w:w="767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5011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Theme="majorBidi" w:hAnsiTheme="majorBidi" w:cstheme="majorBidi"/>
                <w:sz w:val="24"/>
                <w:szCs w:val="24"/>
              </w:rPr>
              <w:t>I can adjust my diet when I am ill.</w:t>
            </w:r>
          </w:p>
        </w:tc>
        <w:tc>
          <w:tcPr>
            <w:tcW w:w="506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56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56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536" w:type="dxa"/>
          </w:tcPr>
          <w:p w:rsidR="004F5DDC" w:rsidRPr="004F5DDC" w:rsidRDefault="004F5DDC" w:rsidP="00D70AB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56" w:type="dxa"/>
          </w:tcPr>
          <w:p w:rsidR="004F5DDC" w:rsidRPr="004F5DDC" w:rsidRDefault="004F5DDC" w:rsidP="00D70AB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</w:tr>
      <w:tr w:rsidR="004F5DDC" w:rsidRPr="004F5DDC" w:rsidTr="004F5DDC">
        <w:tc>
          <w:tcPr>
            <w:tcW w:w="767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5011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Theme="majorBidi" w:hAnsiTheme="majorBidi" w:cstheme="majorBidi"/>
                <w:sz w:val="24"/>
                <w:szCs w:val="24"/>
              </w:rPr>
              <w:t>I can examine my feet for problems.</w:t>
            </w:r>
          </w:p>
        </w:tc>
        <w:tc>
          <w:tcPr>
            <w:tcW w:w="506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56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56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536" w:type="dxa"/>
          </w:tcPr>
          <w:p w:rsidR="004F5DDC" w:rsidRPr="004F5DDC" w:rsidRDefault="004F5DDC" w:rsidP="00D70AB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56" w:type="dxa"/>
          </w:tcPr>
          <w:p w:rsidR="004F5DDC" w:rsidRPr="004F5DDC" w:rsidRDefault="004F5DDC" w:rsidP="00D70AB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</w:tr>
      <w:tr w:rsidR="004F5DDC" w:rsidRPr="004F5DDC" w:rsidTr="004F5DDC">
        <w:tc>
          <w:tcPr>
            <w:tcW w:w="767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5011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Theme="majorBidi" w:hAnsiTheme="majorBidi" w:cstheme="majorBidi"/>
                <w:sz w:val="24"/>
                <w:szCs w:val="24"/>
              </w:rPr>
              <w:t>I can visit a doctor regularly.</w:t>
            </w:r>
          </w:p>
        </w:tc>
        <w:tc>
          <w:tcPr>
            <w:tcW w:w="506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56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56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536" w:type="dxa"/>
          </w:tcPr>
          <w:p w:rsidR="004F5DDC" w:rsidRPr="004F5DDC" w:rsidRDefault="004F5DDC" w:rsidP="00D70AB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56" w:type="dxa"/>
          </w:tcPr>
          <w:p w:rsidR="004F5DDC" w:rsidRPr="004F5DDC" w:rsidRDefault="004F5DDC" w:rsidP="00D70AB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</w:tr>
      <w:tr w:rsidR="004F5DDC" w:rsidRPr="004F5DDC" w:rsidTr="004F5DDC">
        <w:tc>
          <w:tcPr>
            <w:tcW w:w="767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5011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Theme="majorBidi" w:hAnsiTheme="majorBidi" w:cstheme="majorBidi"/>
                <w:sz w:val="24"/>
                <w:szCs w:val="24"/>
              </w:rPr>
              <w:t>I can choose the right foods.</w:t>
            </w:r>
          </w:p>
        </w:tc>
        <w:tc>
          <w:tcPr>
            <w:tcW w:w="506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56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56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536" w:type="dxa"/>
          </w:tcPr>
          <w:p w:rsidR="004F5DDC" w:rsidRPr="004F5DDC" w:rsidRDefault="004F5DDC" w:rsidP="00D70AB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56" w:type="dxa"/>
          </w:tcPr>
          <w:p w:rsidR="004F5DDC" w:rsidRPr="004F5DDC" w:rsidRDefault="004F5DDC" w:rsidP="00D70AB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</w:tr>
      <w:tr w:rsidR="004F5DDC" w:rsidRPr="004F5DDC" w:rsidTr="004F5DDC">
        <w:tc>
          <w:tcPr>
            <w:tcW w:w="767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5011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Theme="majorBidi" w:hAnsiTheme="majorBidi" w:cstheme="majorBidi"/>
                <w:sz w:val="24"/>
                <w:szCs w:val="24"/>
              </w:rPr>
              <w:t>I can take medication as prescribed.</w:t>
            </w:r>
          </w:p>
        </w:tc>
        <w:tc>
          <w:tcPr>
            <w:tcW w:w="506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56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56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536" w:type="dxa"/>
          </w:tcPr>
          <w:p w:rsidR="004F5DDC" w:rsidRPr="004F5DDC" w:rsidRDefault="004F5DDC" w:rsidP="00D70AB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56" w:type="dxa"/>
          </w:tcPr>
          <w:p w:rsidR="004F5DDC" w:rsidRPr="004F5DDC" w:rsidRDefault="004F5DDC" w:rsidP="00D70AB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</w:tr>
      <w:tr w:rsidR="004F5DDC" w:rsidRPr="004F5DDC" w:rsidTr="004F5DDC">
        <w:tc>
          <w:tcPr>
            <w:tcW w:w="767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5011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Theme="majorBidi" w:hAnsiTheme="majorBidi" w:cstheme="majorBidi"/>
                <w:sz w:val="24"/>
                <w:szCs w:val="24"/>
              </w:rPr>
              <w:t>I can adjust my diet under stress.</w:t>
            </w:r>
          </w:p>
        </w:tc>
        <w:tc>
          <w:tcPr>
            <w:tcW w:w="506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56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56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536" w:type="dxa"/>
          </w:tcPr>
          <w:p w:rsidR="004F5DDC" w:rsidRPr="004F5DDC" w:rsidRDefault="004F5DDC" w:rsidP="00D70AB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56" w:type="dxa"/>
          </w:tcPr>
          <w:p w:rsidR="004F5DDC" w:rsidRPr="004F5DDC" w:rsidRDefault="004F5DDC" w:rsidP="00D70AB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</w:tr>
      <w:tr w:rsidR="004F5DDC" w:rsidRPr="004F5DDC" w:rsidTr="004F5DDC">
        <w:tc>
          <w:tcPr>
            <w:tcW w:w="767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5011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Theme="majorBidi" w:hAnsiTheme="majorBidi" w:cstheme="majorBidi"/>
                <w:sz w:val="24"/>
                <w:szCs w:val="24"/>
              </w:rPr>
              <w:t>I can adjust medication when ill.</w:t>
            </w:r>
          </w:p>
        </w:tc>
        <w:tc>
          <w:tcPr>
            <w:tcW w:w="506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56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56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536" w:type="dxa"/>
          </w:tcPr>
          <w:p w:rsidR="004F5DDC" w:rsidRPr="004F5DDC" w:rsidRDefault="004F5DDC" w:rsidP="00D70AB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56" w:type="dxa"/>
          </w:tcPr>
          <w:p w:rsidR="004F5DDC" w:rsidRPr="004F5DDC" w:rsidRDefault="004F5DDC" w:rsidP="00D70AB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</w:tr>
      <w:tr w:rsidR="004F5DDC" w:rsidRPr="004F5DDC" w:rsidTr="004F5DDC">
        <w:tc>
          <w:tcPr>
            <w:tcW w:w="767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5011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Theme="majorBidi" w:hAnsiTheme="majorBidi" w:cstheme="majorBidi"/>
                <w:sz w:val="24"/>
                <w:szCs w:val="24"/>
              </w:rPr>
              <w:t>I can increase physical activity when advised.</w:t>
            </w:r>
          </w:p>
        </w:tc>
        <w:tc>
          <w:tcPr>
            <w:tcW w:w="506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56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56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536" w:type="dxa"/>
          </w:tcPr>
          <w:p w:rsidR="004F5DDC" w:rsidRPr="004F5DDC" w:rsidRDefault="004F5DDC" w:rsidP="00D70AB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56" w:type="dxa"/>
          </w:tcPr>
          <w:p w:rsidR="004F5DDC" w:rsidRPr="004F5DDC" w:rsidRDefault="004F5DDC" w:rsidP="00D70AB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</w:tr>
      <w:tr w:rsidR="004F5DDC" w:rsidRPr="004F5DDC" w:rsidTr="004F5DDC">
        <w:tc>
          <w:tcPr>
            <w:tcW w:w="767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</w:tc>
        <w:tc>
          <w:tcPr>
            <w:tcW w:w="5011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Theme="majorBidi" w:hAnsiTheme="majorBidi" w:cstheme="majorBidi"/>
                <w:sz w:val="24"/>
                <w:szCs w:val="24"/>
              </w:rPr>
              <w:t>I can adjust diet when physically active.</w:t>
            </w:r>
          </w:p>
        </w:tc>
        <w:tc>
          <w:tcPr>
            <w:tcW w:w="506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56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56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536" w:type="dxa"/>
          </w:tcPr>
          <w:p w:rsidR="004F5DDC" w:rsidRPr="004F5DDC" w:rsidRDefault="004F5DDC" w:rsidP="00D70AB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56" w:type="dxa"/>
          </w:tcPr>
          <w:p w:rsidR="004F5DDC" w:rsidRPr="004F5DDC" w:rsidRDefault="004F5DDC" w:rsidP="00D70AB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</w:tr>
      <w:tr w:rsidR="004F5DDC" w:rsidRPr="004F5DDC" w:rsidTr="004F5DDC">
        <w:tc>
          <w:tcPr>
            <w:tcW w:w="767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Theme="majorBidi" w:hAnsiTheme="majorBidi" w:cstheme="majorBidi"/>
                <w:sz w:val="24"/>
                <w:szCs w:val="24"/>
              </w:rPr>
              <w:t>17</w:t>
            </w:r>
          </w:p>
        </w:tc>
        <w:tc>
          <w:tcPr>
            <w:tcW w:w="5011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Theme="majorBidi" w:hAnsiTheme="majorBidi" w:cstheme="majorBidi"/>
                <w:sz w:val="24"/>
                <w:szCs w:val="24"/>
              </w:rPr>
              <w:t>I can perform sufficient physical activity.</w:t>
            </w:r>
          </w:p>
        </w:tc>
        <w:tc>
          <w:tcPr>
            <w:tcW w:w="506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56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56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536" w:type="dxa"/>
          </w:tcPr>
          <w:p w:rsidR="004F5DDC" w:rsidRPr="004F5DDC" w:rsidRDefault="004F5DDC" w:rsidP="00D70AB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56" w:type="dxa"/>
          </w:tcPr>
          <w:p w:rsidR="004F5DDC" w:rsidRPr="004F5DDC" w:rsidRDefault="004F5DDC" w:rsidP="00D70AB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</w:tr>
      <w:tr w:rsidR="004F5DDC" w:rsidRPr="004F5DDC" w:rsidTr="004F5DDC">
        <w:tc>
          <w:tcPr>
            <w:tcW w:w="767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Theme="majorBidi" w:hAnsiTheme="majorBidi" w:cstheme="majorBidi"/>
                <w:sz w:val="24"/>
                <w:szCs w:val="24"/>
              </w:rPr>
              <w:t>18</w:t>
            </w:r>
          </w:p>
        </w:tc>
        <w:tc>
          <w:tcPr>
            <w:tcW w:w="5011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Theme="majorBidi" w:hAnsiTheme="majorBidi" w:cstheme="majorBidi"/>
                <w:sz w:val="24"/>
                <w:szCs w:val="24"/>
              </w:rPr>
              <w:t>I can check my blood sugar when needed.</w:t>
            </w:r>
          </w:p>
        </w:tc>
        <w:tc>
          <w:tcPr>
            <w:tcW w:w="506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56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56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536" w:type="dxa"/>
          </w:tcPr>
          <w:p w:rsidR="004F5DDC" w:rsidRPr="004F5DDC" w:rsidRDefault="004F5DDC" w:rsidP="00D70AB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56" w:type="dxa"/>
          </w:tcPr>
          <w:p w:rsidR="004F5DDC" w:rsidRPr="004F5DDC" w:rsidRDefault="004F5DDC" w:rsidP="00D70AB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</w:tr>
      <w:tr w:rsidR="004F5DDC" w:rsidRPr="004F5DDC" w:rsidTr="004F5DDC">
        <w:tc>
          <w:tcPr>
            <w:tcW w:w="767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Theme="majorBidi" w:hAnsiTheme="majorBidi" w:cstheme="majorBidi"/>
                <w:sz w:val="24"/>
                <w:szCs w:val="24"/>
              </w:rPr>
              <w:t>19</w:t>
            </w:r>
          </w:p>
        </w:tc>
        <w:tc>
          <w:tcPr>
            <w:tcW w:w="5011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Theme="majorBidi" w:hAnsiTheme="majorBidi" w:cstheme="majorBidi"/>
                <w:sz w:val="24"/>
                <w:szCs w:val="24"/>
              </w:rPr>
              <w:t>I can correct high blood sugar.</w:t>
            </w:r>
          </w:p>
        </w:tc>
        <w:tc>
          <w:tcPr>
            <w:tcW w:w="506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56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56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536" w:type="dxa"/>
          </w:tcPr>
          <w:p w:rsidR="004F5DDC" w:rsidRPr="004F5DDC" w:rsidRDefault="004F5DDC" w:rsidP="00D70AB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56" w:type="dxa"/>
          </w:tcPr>
          <w:p w:rsidR="004F5DDC" w:rsidRPr="004F5DDC" w:rsidRDefault="004F5DDC" w:rsidP="00D70AB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</w:tr>
      <w:tr w:rsidR="004F5DDC" w:rsidRPr="004F5DDC" w:rsidTr="004F5DDC">
        <w:tc>
          <w:tcPr>
            <w:tcW w:w="767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5011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Theme="majorBidi" w:hAnsiTheme="majorBidi" w:cstheme="majorBidi"/>
                <w:sz w:val="24"/>
                <w:szCs w:val="24"/>
              </w:rPr>
              <w:t>I can correct low blood sugar.</w:t>
            </w:r>
          </w:p>
        </w:tc>
        <w:tc>
          <w:tcPr>
            <w:tcW w:w="506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56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56" w:type="dxa"/>
          </w:tcPr>
          <w:p w:rsidR="004F5DDC" w:rsidRPr="004F5DDC" w:rsidRDefault="004F5D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536" w:type="dxa"/>
          </w:tcPr>
          <w:p w:rsidR="004F5DDC" w:rsidRPr="004F5DDC" w:rsidRDefault="004F5DDC" w:rsidP="00D70AB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  <w:tc>
          <w:tcPr>
            <w:tcW w:w="456" w:type="dxa"/>
          </w:tcPr>
          <w:p w:rsidR="004F5DDC" w:rsidRPr="004F5DDC" w:rsidRDefault="004F5DDC" w:rsidP="00D70AB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F5DDC">
              <w:rPr>
                <w:rFonts w:ascii="MS Gothic" w:eastAsia="MS Gothic" w:hAnsi="MS Gothic" w:cs="MS Gothic" w:hint="eastAsia"/>
                <w:sz w:val="24"/>
                <w:szCs w:val="24"/>
              </w:rPr>
              <w:t>☐</w:t>
            </w:r>
          </w:p>
        </w:tc>
      </w:tr>
    </w:tbl>
    <w:p w:rsidR="00D2565F" w:rsidRPr="004F5DDC" w:rsidRDefault="00D2565F">
      <w:pPr>
        <w:rPr>
          <w:rFonts w:asciiTheme="majorBidi" w:hAnsiTheme="majorBidi" w:cstheme="majorBidi"/>
          <w:sz w:val="24"/>
          <w:szCs w:val="24"/>
        </w:rPr>
      </w:pPr>
    </w:p>
    <w:sectPr w:rsidR="00D2565F" w:rsidRPr="004F5DD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F5DDC"/>
    <w:rsid w:val="00923438"/>
    <w:rsid w:val="00AA1D8D"/>
    <w:rsid w:val="00B47730"/>
    <w:rsid w:val="00CB0664"/>
    <w:rsid w:val="00D2565F"/>
    <w:rsid w:val="00E671F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8B96F45-BF51-45E6-8117-21045E199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350</Words>
  <Characters>1899</Characters>
  <Application>Microsoft Office Word</Application>
  <DocSecurity>0</DocSecurity>
  <Lines>111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2166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anonymous</cp:lastModifiedBy>
  <cp:revision>3</cp:revision>
  <dcterms:created xsi:type="dcterms:W3CDTF">2013-12-23T23:15:00Z</dcterms:created>
  <dcterms:modified xsi:type="dcterms:W3CDTF">2026-03-30T08:21:00Z</dcterms:modified>
  <cp:category/>
</cp:coreProperties>
</file>