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89DC7" w14:textId="61484360" w:rsidR="00CA428C" w:rsidRDefault="00413DE7" w:rsidP="000D721A">
      <w:pPr>
        <w:pStyle w:val="aa"/>
        <w:jc w:val="center"/>
      </w:pPr>
      <w:r>
        <w:t xml:space="preserve"> Questionnaire</w:t>
      </w:r>
    </w:p>
    <w:p w14:paraId="6FB9C218" w14:textId="77777777" w:rsidR="00CA428C" w:rsidRDefault="00413DE7">
      <w:pPr>
        <w:pStyle w:val="1"/>
      </w:pPr>
      <w:r>
        <w:t>Demographics</w:t>
      </w:r>
    </w:p>
    <w:p w14:paraId="4457F4A6" w14:textId="77777777" w:rsidR="00CA428C" w:rsidRDefault="00413DE7">
      <w:r>
        <w:t>History No: ____________________</w:t>
      </w:r>
    </w:p>
    <w:p w14:paraId="7D516DBA" w14:textId="77777777" w:rsidR="00CA428C" w:rsidRDefault="00413DE7">
      <w:r>
        <w:t>Study ID: ____________________</w:t>
      </w:r>
    </w:p>
    <w:p w14:paraId="37EB6837" w14:textId="77777777" w:rsidR="00CA428C" w:rsidRDefault="00413DE7">
      <w:r>
        <w:t>Sex:</w:t>
      </w:r>
      <w:r>
        <w:br/>
        <w:t>□ Male (1)</w:t>
      </w:r>
      <w:r>
        <w:tab/>
        <w:t>□ Female (0)</w:t>
      </w:r>
    </w:p>
    <w:p w14:paraId="5D09D255" w14:textId="77777777" w:rsidR="00CA428C" w:rsidRDefault="00413DE7">
      <w:r>
        <w:t>Date of Birth (Year-Month): ____________</w:t>
      </w:r>
    </w:p>
    <w:p w14:paraId="5CD6E43D" w14:textId="77777777" w:rsidR="00CA428C" w:rsidRDefault="00413DE7">
      <w:r>
        <w:t>Date Today (Year-Month): ____________</w:t>
      </w:r>
    </w:p>
    <w:p w14:paraId="3AFEDE70" w14:textId="77777777" w:rsidR="00CA428C" w:rsidRDefault="00413DE7">
      <w:r>
        <w:t>Age: ______ years</w:t>
      </w:r>
    </w:p>
    <w:p w14:paraId="5EA84634" w14:textId="77777777" w:rsidR="00CA428C" w:rsidRDefault="00413DE7">
      <w:r>
        <w:t>Ethnicity:</w:t>
      </w:r>
      <w:r>
        <w:br/>
        <w:t>□ 1. Local Taiwanese  □ 2. Hakka  □ 3. Mainland Chinese  □ 4. Indigenous  □ 5. Other</w:t>
      </w:r>
    </w:p>
    <w:p w14:paraId="789A18B9" w14:textId="77777777" w:rsidR="00CA428C" w:rsidRDefault="00413DE7">
      <w:r>
        <w:t>Highest Education:</w:t>
      </w:r>
      <w:r>
        <w:br/>
        <w:t>□ Illiterate  □ Primary  □ Junior high/Vocational  □ High school/Vocational  □ University  □ Graduate school  □ Unknown</w:t>
      </w:r>
    </w:p>
    <w:p w14:paraId="4AB35742" w14:textId="77777777" w:rsidR="00CA428C" w:rsidRDefault="00413DE7">
      <w:r>
        <w:t>Marital Status:</w:t>
      </w:r>
      <w:r>
        <w:br/>
        <w:t>□ 1. Married, living together  □ 2. Married, living apart  □ 3. Widowed  □ 4. Divorced  □ 5. Never married</w:t>
      </w:r>
    </w:p>
    <w:p w14:paraId="5D276819" w14:textId="77777777" w:rsidR="00CA428C" w:rsidRDefault="00413DE7">
      <w:r>
        <w:t>Living Arrangement:</w:t>
      </w:r>
      <w:r>
        <w:br/>
        <w:t>□ 1. Alone  □ 2. With spouse only  □ 3. With children  □ 4. With relatives  □ 5. Care facility  □ 6. Other</w:t>
      </w:r>
    </w:p>
    <w:p w14:paraId="4BD18137" w14:textId="77777777" w:rsidR="00CA428C" w:rsidRDefault="00413DE7">
      <w:pPr>
        <w:pStyle w:val="1"/>
      </w:pPr>
      <w:r>
        <w:t>Health Behaviours</w:t>
      </w:r>
    </w:p>
    <w:p w14:paraId="3F56F7AB" w14:textId="77777777" w:rsidR="00CA428C" w:rsidRDefault="00413DE7">
      <w:r>
        <w:t>Smoking:</w:t>
      </w:r>
      <w:r>
        <w:br/>
        <w:t>□ 1. Never  □ 2. Former smoker  □ 3. Current smoker</w:t>
      </w:r>
    </w:p>
    <w:p w14:paraId="0668290D" w14:textId="77777777" w:rsidR="00CA428C" w:rsidRDefault="00413DE7">
      <w:r>
        <w:t>For former smokers: Total years smoked: _____ years</w:t>
      </w:r>
    </w:p>
    <w:p w14:paraId="64FB879A" w14:textId="77777777" w:rsidR="00CA428C" w:rsidRDefault="00413DE7">
      <w:r>
        <w:t>For current smokers: Average cigarettes/day: _____</w:t>
      </w:r>
    </w:p>
    <w:p w14:paraId="208DFB69" w14:textId="77777777" w:rsidR="00CA428C" w:rsidRDefault="00413DE7">
      <w:r>
        <w:t>Alcohol Use:</w:t>
      </w:r>
      <w:r>
        <w:br/>
        <w:t>□ 1. Never  □ 2. &lt;1/month  □ 3. 1–2/month  □ 4. Weekly  □ 5. 2–3/week  □ 6. Almost daily</w:t>
      </w:r>
    </w:p>
    <w:p w14:paraId="01F2A42B" w14:textId="77777777" w:rsidR="00CA428C" w:rsidRDefault="00413DE7">
      <w:r>
        <w:t>Average hours of sleep per night: _____ hours</w:t>
      </w:r>
    </w:p>
    <w:p w14:paraId="5490C1DD" w14:textId="77777777" w:rsidR="00CA428C" w:rsidRDefault="00413DE7">
      <w:pPr>
        <w:pStyle w:val="1"/>
      </w:pPr>
      <w:r>
        <w:lastRenderedPageBreak/>
        <w:t>Medical History</w:t>
      </w:r>
    </w:p>
    <w:p w14:paraId="506A16A0" w14:textId="77777777" w:rsidR="00CA428C" w:rsidRDefault="00413DE7">
      <w:r>
        <w:t>Hypertension:</w:t>
      </w:r>
      <w:r>
        <w:br/>
        <w:t>□ No (0)  □ Yes (1)  □ Don’t know (7)  □ Refused (9)</w:t>
      </w:r>
    </w:p>
    <w:p w14:paraId="10F2D2B7" w14:textId="77777777" w:rsidR="00CA428C" w:rsidRDefault="00413DE7">
      <w:r>
        <w:t>Diabetes:</w:t>
      </w:r>
      <w:r>
        <w:br/>
        <w:t>□ No (0)  □ Yes (1)  □ Don’t know (7)  □ Refused (9)</w:t>
      </w:r>
    </w:p>
    <w:p w14:paraId="4E8A811C" w14:textId="77777777" w:rsidR="00CA428C" w:rsidRDefault="00413DE7">
      <w:r>
        <w:t>Stroke:</w:t>
      </w:r>
      <w:r>
        <w:br/>
        <w:t>□ No (0)  □ Yes (1)  □ Don’t know (7)  □ Refused (9)</w:t>
      </w:r>
    </w:p>
    <w:p w14:paraId="3287E5B7" w14:textId="77777777" w:rsidR="00CA428C" w:rsidRDefault="00413DE7">
      <w:r>
        <w:t>Myocardial infarction:</w:t>
      </w:r>
      <w:r>
        <w:br/>
        <w:t>□ No (0)  □ Yes (1)  □ Don’t know (7)  □ Refused (9)</w:t>
      </w:r>
    </w:p>
    <w:p w14:paraId="22846F74" w14:textId="77777777" w:rsidR="00CA428C" w:rsidRDefault="00413DE7">
      <w:r>
        <w:t>Angina:</w:t>
      </w:r>
      <w:r>
        <w:br/>
        <w:t>□ No (0)  □ Yes (1)  □ Don’t know (7)  □ Refused (9)</w:t>
      </w:r>
    </w:p>
    <w:p w14:paraId="4DB4840A" w14:textId="77777777" w:rsidR="00CA428C" w:rsidRDefault="00413DE7">
      <w:r>
        <w:t>Coronary artery disease:</w:t>
      </w:r>
      <w:r>
        <w:br/>
        <w:t>□ No (0)  □ Yes (1)  □ Don’t know (7)  □ Refused (9)</w:t>
      </w:r>
    </w:p>
    <w:p w14:paraId="213A57BD" w14:textId="77777777" w:rsidR="00CA428C" w:rsidRDefault="00413DE7">
      <w:r>
        <w:t>Hypertriglyceridemia:</w:t>
      </w:r>
      <w:r>
        <w:br/>
        <w:t>□ No (0)  □ Yes (1)  □ Don’t know (7)  □ Refused (9)</w:t>
      </w:r>
    </w:p>
    <w:p w14:paraId="5644BAE9" w14:textId="77777777" w:rsidR="00CA428C" w:rsidRDefault="00413DE7">
      <w:r>
        <w:t>Hypercholesterolemia:</w:t>
      </w:r>
      <w:r>
        <w:br/>
        <w:t>□ No (0)  □ Yes (1)  □ Don’t know (7)  □ Refused (9)</w:t>
      </w:r>
    </w:p>
    <w:p w14:paraId="25C360E7" w14:textId="77777777" w:rsidR="00CA428C" w:rsidRDefault="00413DE7">
      <w:r>
        <w:t>COPD (incl. asthma):</w:t>
      </w:r>
      <w:r>
        <w:br/>
        <w:t>□ No (0)  □ Yes (1)  □ Don’t know (7)  □ Refused (9)</w:t>
      </w:r>
    </w:p>
    <w:p w14:paraId="536932BE" w14:textId="77777777" w:rsidR="00CA428C" w:rsidRDefault="00413DE7">
      <w:r>
        <w:t>Chronic arthritis:</w:t>
      </w:r>
      <w:r>
        <w:br/>
        <w:t>□ No (0)  □ Yes (1)  □ Don’t know (7)  □ Refused (9)</w:t>
      </w:r>
    </w:p>
    <w:p w14:paraId="05CC7F0A" w14:textId="77777777" w:rsidR="00CA428C" w:rsidRDefault="00413DE7">
      <w:r>
        <w:t>Osteoporosis:</w:t>
      </w:r>
      <w:r>
        <w:br/>
        <w:t>□ No (0)  □ Yes (1)  □ Don’t know (7)  □ Refused (9)</w:t>
      </w:r>
    </w:p>
    <w:p w14:paraId="11325836" w14:textId="77777777" w:rsidR="00CA428C" w:rsidRDefault="00413DE7">
      <w:r>
        <w:t>Liver disease:</w:t>
      </w:r>
      <w:r>
        <w:br/>
        <w:t>□ No (0)  □ Yes (1)  □ Don’t know (7)  □ Refused (9)</w:t>
      </w:r>
    </w:p>
    <w:p w14:paraId="536EBE39" w14:textId="77777777" w:rsidR="00CA428C" w:rsidRDefault="00413DE7">
      <w:r>
        <w:t>Parkinson's disease:</w:t>
      </w:r>
      <w:r>
        <w:br/>
        <w:t>□ No (0)  □ Yes (1)  □ Don’t know (7)  □ Refused (9)</w:t>
      </w:r>
    </w:p>
    <w:p w14:paraId="5A8469CC" w14:textId="77777777" w:rsidR="00CA428C" w:rsidRDefault="00413DE7">
      <w:r>
        <w:t>Depression:</w:t>
      </w:r>
      <w:r>
        <w:br/>
        <w:t>□ No (0)  □ Yes (1)  □ Don’t know (7)  □ Refused (9)</w:t>
      </w:r>
    </w:p>
    <w:p w14:paraId="24DB8FD4" w14:textId="77777777" w:rsidR="00CA428C" w:rsidRDefault="00413DE7">
      <w:r>
        <w:t>Cancer (type: ____________):</w:t>
      </w:r>
      <w:r>
        <w:br/>
        <w:t>□ No (0)  □ Yes (1)  □ Don’t know (7)  □ Refused (9)</w:t>
      </w:r>
    </w:p>
    <w:p w14:paraId="16296DE4" w14:textId="77777777" w:rsidR="00CA428C" w:rsidRDefault="00413DE7">
      <w:pPr>
        <w:pStyle w:val="1"/>
      </w:pPr>
      <w:r>
        <w:lastRenderedPageBreak/>
        <w:t>Medication Use</w:t>
      </w:r>
    </w:p>
    <w:p w14:paraId="4E698E4E" w14:textId="77777777" w:rsidR="00CA428C" w:rsidRDefault="00413DE7">
      <w:r>
        <w:t>Antihypertensives:</w:t>
      </w:r>
      <w:r>
        <w:br/>
        <w:t>□ No (0)  □ Yes (1)  □ Don’t know (7)  □ Refused (9)</w:t>
      </w:r>
      <w:r>
        <w:br/>
        <w:t>Drug name: ____________</w:t>
      </w:r>
    </w:p>
    <w:p w14:paraId="4285354E" w14:textId="77777777" w:rsidR="00CA428C" w:rsidRDefault="00413DE7">
      <w:r>
        <w:t>Oral hypoglycaemic agents:</w:t>
      </w:r>
      <w:r>
        <w:br/>
        <w:t>□ No (0)  □ Yes (1)  □ Don’t know (7)  □ Refused (9)</w:t>
      </w:r>
      <w:r>
        <w:br/>
        <w:t>Drug name: ____________</w:t>
      </w:r>
    </w:p>
    <w:p w14:paraId="0B5ACB8E" w14:textId="77777777" w:rsidR="00CA428C" w:rsidRDefault="00413DE7">
      <w:r>
        <w:t>Insulin:</w:t>
      </w:r>
      <w:r>
        <w:br/>
        <w:t>□ No (0)  □ Yes (1)  □ Don’t know (7)  □ Refused (9)</w:t>
      </w:r>
      <w:r>
        <w:br/>
        <w:t>Drug name: ____________</w:t>
      </w:r>
    </w:p>
    <w:p w14:paraId="353FAE60" w14:textId="77777777" w:rsidR="00CA428C" w:rsidRDefault="00413DE7">
      <w:r>
        <w:t>Aspirin:</w:t>
      </w:r>
      <w:r>
        <w:br/>
        <w:t>□ No (0)  □ Yes (1)  □ Don’t know (7)  □ Refused (9)</w:t>
      </w:r>
      <w:r>
        <w:br/>
        <w:t>Drug name: ____________</w:t>
      </w:r>
    </w:p>
    <w:p w14:paraId="67115DA8" w14:textId="77777777" w:rsidR="00CA428C" w:rsidRDefault="00413DE7">
      <w:r>
        <w:t>NSAIDs:</w:t>
      </w:r>
      <w:r>
        <w:br/>
        <w:t>□ No (0)  □ Yes (1)  □ Don’t know (7)  □ Refused (9)</w:t>
      </w:r>
      <w:r>
        <w:br/>
        <w:t>Drug name: ____________</w:t>
      </w:r>
    </w:p>
    <w:p w14:paraId="2042EC7F" w14:textId="77777777" w:rsidR="00CA428C" w:rsidRDefault="00413DE7">
      <w:r>
        <w:t>Vitamin A:</w:t>
      </w:r>
      <w:r>
        <w:br/>
        <w:t>□ No (0)  □ Yes (1)  □ Don’t know (7)  □ Refused (9)</w:t>
      </w:r>
      <w:r>
        <w:br/>
        <w:t>Drug name: ____________</w:t>
      </w:r>
    </w:p>
    <w:p w14:paraId="42777E48" w14:textId="77777777" w:rsidR="00CA428C" w:rsidRDefault="00413DE7">
      <w:r>
        <w:t>Vitamin C:</w:t>
      </w:r>
      <w:r>
        <w:br/>
        <w:t>□ No (0)  □ Yes (1)  □ Don’t know (7)  □ Refused (9)</w:t>
      </w:r>
      <w:r>
        <w:br/>
        <w:t>Drug name: ____________</w:t>
      </w:r>
    </w:p>
    <w:p w14:paraId="7D346832" w14:textId="77777777" w:rsidR="00CA428C" w:rsidRDefault="00413DE7">
      <w:r>
        <w:t>Vitamin D:</w:t>
      </w:r>
      <w:r>
        <w:br/>
        <w:t>□ No (0)  □ Yes (1)  □ Don’t know (7)  □ Refused (9)</w:t>
      </w:r>
      <w:r>
        <w:br/>
        <w:t>Drug name: ____________</w:t>
      </w:r>
    </w:p>
    <w:p w14:paraId="5E8E3069" w14:textId="77777777" w:rsidR="00CA428C" w:rsidRDefault="00413DE7">
      <w:r>
        <w:t>Vitamin E:</w:t>
      </w:r>
      <w:r>
        <w:br/>
        <w:t>□ No (0)  □ Yes (1)  □ Don’t know (7)  □ Refused (9)</w:t>
      </w:r>
      <w:r>
        <w:br/>
        <w:t>Drug name: ____________</w:t>
      </w:r>
    </w:p>
    <w:p w14:paraId="0FE41BDE" w14:textId="77777777" w:rsidR="00CA428C" w:rsidRDefault="00413DE7">
      <w:r>
        <w:t>Chemotherapy drugs:</w:t>
      </w:r>
      <w:r>
        <w:br/>
        <w:t>□ No (0)  □ Yes (1)  □ Don’t know (7)  □ Refused (9)</w:t>
      </w:r>
      <w:r>
        <w:br/>
        <w:t>Drug name: ____________</w:t>
      </w:r>
    </w:p>
    <w:p w14:paraId="3D0DC075" w14:textId="77777777" w:rsidR="00CA428C" w:rsidRDefault="00413DE7">
      <w:r>
        <w:t>Steroids:</w:t>
      </w:r>
      <w:r>
        <w:br/>
        <w:t>□ No (0)  □ Yes (1)  □ Don’t know (7)  □ Refused (9)</w:t>
      </w:r>
      <w:r>
        <w:br/>
        <w:t>Drug name: ____________</w:t>
      </w:r>
    </w:p>
    <w:p w14:paraId="539D13CE" w14:textId="77777777" w:rsidR="00CA428C" w:rsidRDefault="00413DE7">
      <w:r>
        <w:lastRenderedPageBreak/>
        <w:t>Antidepressants:</w:t>
      </w:r>
      <w:r>
        <w:br/>
        <w:t>□ No (0)  □ Yes (1)  □ Don’t know (7)  □ Refused (9)</w:t>
      </w:r>
      <w:r>
        <w:br/>
        <w:t>Drug name: ____________</w:t>
      </w:r>
    </w:p>
    <w:p w14:paraId="4C0DB4BB" w14:textId="77777777" w:rsidR="00CA428C" w:rsidRDefault="00413DE7">
      <w:r>
        <w:t>Antipsychotics:</w:t>
      </w:r>
      <w:r>
        <w:br/>
        <w:t>□ No (0)  □ Yes (1)  □ Don’t know (7)  □ Refused (9)</w:t>
      </w:r>
      <w:r>
        <w:br/>
        <w:t>Drug name: ____________</w:t>
      </w:r>
    </w:p>
    <w:p w14:paraId="44DB3D2E" w14:textId="77777777" w:rsidR="00CA428C" w:rsidRDefault="00413DE7">
      <w:r>
        <w:t>Sedatives:</w:t>
      </w:r>
      <w:r>
        <w:br/>
        <w:t>□ No (0)  □ Yes (1)  □ Don’t know (7)  □ Refused (9)</w:t>
      </w:r>
      <w:r>
        <w:br/>
        <w:t>Drug name: ____________</w:t>
      </w:r>
    </w:p>
    <w:p w14:paraId="29C6DFFC" w14:textId="77777777" w:rsidR="00CA428C" w:rsidRDefault="00413DE7">
      <w:r>
        <w:t>Other psychiatric drugs:</w:t>
      </w:r>
      <w:r>
        <w:br/>
        <w:t>□ No (0)  □ Yes (1)  □ Don’t know (7)  □ Refused (9)</w:t>
      </w:r>
      <w:r>
        <w:br/>
        <w:t>Drug name: ____________</w:t>
      </w:r>
    </w:p>
    <w:p w14:paraId="4D8B8AF5" w14:textId="77777777" w:rsidR="00CA428C" w:rsidRDefault="00413DE7">
      <w:pPr>
        <w:pStyle w:val="1"/>
      </w:pPr>
      <w:r>
        <w:t>Physical Measurements</w:t>
      </w:r>
    </w:p>
    <w:p w14:paraId="7D5EAC9F" w14:textId="77777777" w:rsidR="00CA428C" w:rsidRDefault="00413DE7">
      <w:r>
        <w:t>Height (cm): ____________________</w:t>
      </w:r>
    </w:p>
    <w:p w14:paraId="341144E0" w14:textId="77777777" w:rsidR="00CA428C" w:rsidRDefault="00413DE7">
      <w:r>
        <w:t>Weight (kg): ____________________</w:t>
      </w:r>
    </w:p>
    <w:p w14:paraId="158C1B9F" w14:textId="77777777" w:rsidR="00CA428C" w:rsidRDefault="00413DE7">
      <w:r>
        <w:t>BMI: ____________________</w:t>
      </w:r>
    </w:p>
    <w:p w14:paraId="3B0C58DC" w14:textId="77777777" w:rsidR="00CA428C" w:rsidRDefault="00413DE7">
      <w:r>
        <w:t>Waist Circumference (cm): ____________________</w:t>
      </w:r>
    </w:p>
    <w:p w14:paraId="63B9CF4E" w14:textId="77777777" w:rsidR="00CA428C" w:rsidRDefault="00413DE7">
      <w:r>
        <w:t>Blood Pressure: ____________________</w:t>
      </w:r>
    </w:p>
    <w:p w14:paraId="6A52C5F0" w14:textId="77777777" w:rsidR="00CA428C" w:rsidRDefault="00413DE7">
      <w:r>
        <w:t>Pulse: ____________________</w:t>
      </w:r>
    </w:p>
    <w:p w14:paraId="5236B36A" w14:textId="7139C5C6" w:rsidR="00CA428C" w:rsidRDefault="00413DE7">
      <w:r>
        <w:t>Grip Str</w:t>
      </w:r>
      <w:r w:rsidR="00256D40">
        <w:t>ength</w:t>
      </w:r>
      <w:r>
        <w:t>:</w:t>
      </w:r>
    </w:p>
    <w:p w14:paraId="178DBD35" w14:textId="18398CE5" w:rsidR="00CA428C" w:rsidRPr="000D721A" w:rsidRDefault="00413DE7">
      <w:pPr>
        <w:rPr>
          <w:rFonts w:eastAsia="新細明體"/>
          <w:lang w:eastAsia="zh-TW"/>
        </w:rPr>
      </w:pPr>
      <w:r>
        <w:t xml:space="preserve">Measure dominant hand </w:t>
      </w:r>
      <w:r w:rsidR="000D721A">
        <w:t>using hand dynamometer</w:t>
      </w:r>
      <w:r w:rsidR="000D721A">
        <w:rPr>
          <w:rFonts w:eastAsia="新細明體" w:hint="eastAsia"/>
          <w:lang w:eastAsia="zh-TW"/>
        </w:rPr>
        <w:t>:</w:t>
      </w:r>
    </w:p>
    <w:p w14:paraId="72DEFAAA" w14:textId="77777777" w:rsidR="000D721A" w:rsidRDefault="00413DE7">
      <w:pPr>
        <w:rPr>
          <w:rFonts w:eastAsia="新細明體"/>
          <w:lang w:eastAsia="zh-TW"/>
        </w:rPr>
      </w:pPr>
      <w:r>
        <w:t>Attempt 1: _____ kg</w:t>
      </w:r>
      <w:r>
        <w:tab/>
        <w:t>Attempt 2: _____ kg</w:t>
      </w:r>
      <w:r>
        <w:tab/>
        <w:t>Attempt 3: _____ kg</w:t>
      </w:r>
    </w:p>
    <w:p w14:paraId="0A705D18" w14:textId="00D8C341" w:rsidR="000D721A" w:rsidRDefault="000D721A">
      <w:pPr>
        <w:rPr>
          <w:rFonts w:eastAsia="新細明體"/>
          <w:lang w:eastAsia="zh-TW"/>
        </w:rPr>
      </w:pPr>
      <w:r>
        <w:rPr>
          <w:rFonts w:eastAsia="新細明體"/>
          <w:lang w:eastAsia="zh-TW"/>
        </w:rPr>
        <w:t>T</w:t>
      </w:r>
      <w:r>
        <w:rPr>
          <w:rFonts w:eastAsia="新細明體" w:hint="eastAsia"/>
          <w:lang w:eastAsia="zh-TW"/>
        </w:rPr>
        <w:t xml:space="preserve">he best </w:t>
      </w:r>
      <w:r>
        <w:t>of three attempts</w:t>
      </w:r>
      <w:r>
        <w:rPr>
          <w:rFonts w:eastAsia="新細明體" w:hint="eastAsia"/>
          <w:lang w:eastAsia="zh-TW"/>
        </w:rPr>
        <w:t xml:space="preserve">: </w:t>
      </w:r>
      <w:r>
        <w:t>_____ kg</w:t>
      </w:r>
      <w:r w:rsidR="00413DE7">
        <w:br/>
      </w:r>
    </w:p>
    <w:p w14:paraId="2734B7B8" w14:textId="0F3D1AE6" w:rsidR="00CA428C" w:rsidRDefault="00256D40">
      <w:r>
        <w:t>Walking Speed</w:t>
      </w:r>
      <w:bookmarkStart w:id="0" w:name="_GoBack"/>
      <w:bookmarkEnd w:id="0"/>
      <w:r w:rsidR="00413DE7">
        <w:t>:</w:t>
      </w:r>
    </w:p>
    <w:p w14:paraId="2C78E3B7" w14:textId="33C1EF39" w:rsidR="00CA428C" w:rsidRDefault="000D721A">
      <w:r>
        <w:t xml:space="preserve">Time to walk </w:t>
      </w:r>
      <w:r>
        <w:rPr>
          <w:rFonts w:eastAsia="新細明體" w:hint="eastAsia"/>
          <w:lang w:eastAsia="zh-TW"/>
        </w:rPr>
        <w:t xml:space="preserve">6 meters </w:t>
      </w:r>
      <w:r w:rsidR="00413DE7">
        <w:t>(with shoes and assistive device if needed): _____ seconds</w:t>
      </w:r>
    </w:p>
    <w:p w14:paraId="16C739A1" w14:textId="77777777" w:rsidR="000D721A" w:rsidRDefault="000D721A">
      <w:pPr>
        <w:rPr>
          <w:rFonts w:eastAsia="新細明體" w:hint="eastAsia"/>
          <w:lang w:eastAsia="zh-TW"/>
        </w:rPr>
      </w:pPr>
    </w:p>
    <w:p w14:paraId="6B9472DA" w14:textId="77777777" w:rsidR="00256D40" w:rsidRDefault="00256D40">
      <w:pPr>
        <w:rPr>
          <w:rFonts w:eastAsia="新細明體"/>
          <w:lang w:eastAsia="zh-TW"/>
        </w:rPr>
      </w:pPr>
    </w:p>
    <w:p w14:paraId="087AD6F0" w14:textId="77777777" w:rsidR="00256D40" w:rsidRDefault="00256D40" w:rsidP="00256D40">
      <w:pPr>
        <w:pStyle w:val="1"/>
      </w:pPr>
      <w:r>
        <w:lastRenderedPageBreak/>
        <w:t>Assessment</w:t>
      </w:r>
    </w:p>
    <w:p w14:paraId="390701D8" w14:textId="77777777" w:rsidR="00256D40" w:rsidRDefault="00256D40">
      <w:pPr>
        <w:rPr>
          <w:rFonts w:eastAsia="新細明體" w:hint="eastAsia"/>
          <w:lang w:eastAsia="zh-TW"/>
        </w:rPr>
      </w:pPr>
    </w:p>
    <w:p w14:paraId="39241BD8" w14:textId="77777777" w:rsidR="00256D40" w:rsidRDefault="00413DE7">
      <w:pPr>
        <w:rPr>
          <w:rFonts w:eastAsia="新細明體" w:hint="eastAsia"/>
          <w:lang w:eastAsia="zh-TW"/>
        </w:rPr>
      </w:pPr>
      <w:r>
        <w:t>Exhaustion:</w:t>
      </w:r>
    </w:p>
    <w:p w14:paraId="75CBBC11" w14:textId="394D0057" w:rsidR="00CA428C" w:rsidRDefault="00413DE7">
      <w:r>
        <w:t>In the past week, did you feel the following for at least 3 days?</w:t>
      </w:r>
      <w:r>
        <w:br/>
        <w:t>□ Everything was an effort</w:t>
      </w:r>
      <w:r>
        <w:br/>
        <w:t>□ Could not get going</w:t>
      </w:r>
    </w:p>
    <w:p w14:paraId="23FADF46" w14:textId="77777777" w:rsidR="00CA428C" w:rsidRDefault="00413DE7">
      <w:r>
        <w:t>Weight Loss:</w:t>
      </w:r>
    </w:p>
    <w:p w14:paraId="367D3DAA" w14:textId="7DB375DA" w:rsidR="00256D40" w:rsidRPr="00256D40" w:rsidRDefault="00413DE7">
      <w:pPr>
        <w:rPr>
          <w:rFonts w:eastAsia="新細明體" w:hint="eastAsia"/>
          <w:lang w:eastAsia="zh-TW"/>
        </w:rPr>
      </w:pPr>
      <w:r>
        <w:t>Unintentional weight loss &gt;5% or &gt;3 kg in past year</w:t>
      </w:r>
      <w:r>
        <w:br/>
        <w:t>□ No □ Yes, _____ kg</w:t>
      </w:r>
    </w:p>
    <w:p w14:paraId="3E37FBD9" w14:textId="0A4C91AD" w:rsidR="00CA428C" w:rsidRPr="00256D40" w:rsidRDefault="00413DE7">
      <w:pPr>
        <w:rPr>
          <w:rFonts w:eastAsia="新細明體"/>
          <w:lang w:eastAsia="zh-TW"/>
        </w:rPr>
      </w:pPr>
      <w:r>
        <w:t>Low Physical Activity:</w:t>
      </w:r>
      <w:r>
        <w:br/>
        <w:t>Measured by Taiwan IPAQ–Elderly Short Form</w:t>
      </w:r>
    </w:p>
    <w:p w14:paraId="04C57A0B" w14:textId="77777777" w:rsidR="00CA428C" w:rsidRDefault="00413DE7">
      <w:r>
        <w:t>Weekly energy expenditure: _____ kcal/week</w:t>
      </w:r>
    </w:p>
    <w:p w14:paraId="26E7B30B" w14:textId="77777777" w:rsidR="00CA428C" w:rsidRDefault="00413DE7">
      <w:pPr>
        <w:pStyle w:val="1"/>
      </w:pPr>
      <w:r>
        <w:t>IPAQ – Taiwan Elderly Short Form</w:t>
      </w:r>
    </w:p>
    <w:p w14:paraId="21CC6592" w14:textId="77777777" w:rsidR="00CA428C" w:rsidRDefault="00413DE7">
      <w:r>
        <w:t>Please recall your physical activities in the past 7 days.</w:t>
      </w:r>
    </w:p>
    <w:p w14:paraId="39614AD6" w14:textId="77777777" w:rsidR="00CA428C" w:rsidRDefault="00413DE7">
      <w:r>
        <w:t>1. Vigorous Activity (≥10 minutes):</w:t>
      </w:r>
      <w:r>
        <w:br/>
        <w:t>Examples: running, hiking, fast swimming, aerobic dance, sports</w:t>
      </w:r>
    </w:p>
    <w:p w14:paraId="6480C171" w14:textId="77777777" w:rsidR="00CA428C" w:rsidRDefault="00413DE7">
      <w:r>
        <w:t>□ No □ Yes, ___ days, ___ hours ___ minutes/day</w:t>
      </w:r>
      <w:r>
        <w:br/>
        <w:t>□ Don’t know</w:t>
      </w:r>
    </w:p>
    <w:p w14:paraId="3A89F3C1" w14:textId="77777777" w:rsidR="00CA428C" w:rsidRDefault="00413DE7">
      <w:r>
        <w:t>2. Moderate Activity (≥10 minutes):</w:t>
      </w:r>
      <w:r>
        <w:br/>
        <w:t>Examples: walking downstairs, general swimming, light housework</w:t>
      </w:r>
    </w:p>
    <w:p w14:paraId="5958F593" w14:textId="77777777" w:rsidR="00CA428C" w:rsidRDefault="00413DE7">
      <w:r>
        <w:t>□ No □ Yes, ___ days, ___ hours ___ minutes/day</w:t>
      </w:r>
      <w:r>
        <w:br/>
        <w:t>□ Don’t know</w:t>
      </w:r>
    </w:p>
    <w:p w14:paraId="44D1E6AA" w14:textId="77777777" w:rsidR="00CA428C" w:rsidRDefault="00413DE7">
      <w:r>
        <w:t>3. Walking (≥10 minutes):</w:t>
      </w:r>
      <w:r>
        <w:br/>
        <w:t>Including commuting, errands, recreation</w:t>
      </w:r>
    </w:p>
    <w:p w14:paraId="438ACE91" w14:textId="77777777" w:rsidR="00CA428C" w:rsidRDefault="00413DE7">
      <w:r>
        <w:t>□ Yes, ___ days, ___ hours ___ minutes/day</w:t>
      </w:r>
    </w:p>
    <w:p w14:paraId="3F235D1A" w14:textId="77777777" w:rsidR="00CA428C" w:rsidRDefault="00413DE7">
      <w:r>
        <w:t>4. Light Activity (≥10 minutes):</w:t>
      </w:r>
      <w:r>
        <w:br/>
        <w:t>Examples: shopping, cooking, light housework, leisure activities</w:t>
      </w:r>
    </w:p>
    <w:p w14:paraId="4AB792C6" w14:textId="77777777" w:rsidR="00CA428C" w:rsidRDefault="00413DE7">
      <w:r>
        <w:t>□ No □ Yes, ___ days, ___ hours ___ minutes/day</w:t>
      </w:r>
      <w:r>
        <w:br/>
        <w:t>□ Don’t know</w:t>
      </w:r>
    </w:p>
    <w:p w14:paraId="7F869815" w14:textId="77777777" w:rsidR="00CA428C" w:rsidRDefault="00413DE7">
      <w:r>
        <w:t>5. Sitting Time (excluding sleep):</w:t>
      </w:r>
      <w:r>
        <w:br/>
        <w:t>Include working, dining, watching TV</w:t>
      </w:r>
    </w:p>
    <w:p w14:paraId="69855BE2" w14:textId="77777777" w:rsidR="00CA428C" w:rsidRDefault="00413DE7">
      <w:r>
        <w:lastRenderedPageBreak/>
        <w:t>□ Yes, ___ days, ___ hours ___ minutes/day</w:t>
      </w:r>
    </w:p>
    <w:p w14:paraId="3C22C97D" w14:textId="77777777" w:rsidR="00CA428C" w:rsidRDefault="00413DE7">
      <w:r>
        <w:t>6. Sleep Duration (including naps):</w:t>
      </w:r>
      <w:r>
        <w:br/>
        <w:t>Average per day: ___ hours ___ minutes</w:t>
      </w:r>
    </w:p>
    <w:p w14:paraId="1D9898D4" w14:textId="77777777" w:rsidR="00CA428C" w:rsidRDefault="00413DE7">
      <w:r>
        <w:t>7. Compared to past 3 months, your physical activity in the past week was:</w:t>
      </w:r>
      <w:r>
        <w:br/>
        <w:t>□ More  □ Less  □ About the same</w:t>
      </w:r>
    </w:p>
    <w:p w14:paraId="022BBD62" w14:textId="77777777" w:rsidR="00CA428C" w:rsidRDefault="00413DE7">
      <w:r>
        <w:t>Sex: ______  Age: _____  Height: _______ cm   Weight: _______ kg</w:t>
      </w:r>
    </w:p>
    <w:p w14:paraId="630D0D33" w14:textId="77777777" w:rsidR="00CA428C" w:rsidRDefault="00413DE7">
      <w:r>
        <w:t>Weekly Physical Activity Energy Expenditure (Kcal/week):</w:t>
      </w:r>
    </w:p>
    <w:p w14:paraId="06C04B01" w14:textId="77777777" w:rsidR="00CA428C" w:rsidRDefault="00413DE7">
      <w:r>
        <w:t>= 8 × _____(min) + 4 × _____(min) + 3.3 × _____(min) + 2 × _____(min) + 1 × _____(min) + 0.9 × _____(min)</w:t>
      </w:r>
    </w:p>
    <w:p w14:paraId="1A0A17F1" w14:textId="77777777" w:rsidR="00CA428C" w:rsidRDefault="00413DE7">
      <w:r>
        <w:t>= __________ Kcal/week</w:t>
      </w:r>
    </w:p>
    <w:sectPr w:rsidR="00CA428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7550C3" w14:textId="77777777" w:rsidR="000D721A" w:rsidRDefault="000D721A" w:rsidP="000D721A">
      <w:pPr>
        <w:spacing w:after="0" w:line="240" w:lineRule="auto"/>
      </w:pPr>
      <w:r>
        <w:separator/>
      </w:r>
    </w:p>
  </w:endnote>
  <w:endnote w:type="continuationSeparator" w:id="0">
    <w:p w14:paraId="318B0658" w14:textId="77777777" w:rsidR="000D721A" w:rsidRDefault="000D721A" w:rsidP="000D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0881783"/>
      <w:docPartObj>
        <w:docPartGallery w:val="Page Numbers (Bottom of Page)"/>
        <w:docPartUnique/>
      </w:docPartObj>
    </w:sdtPr>
    <w:sdtEndPr/>
    <w:sdtContent>
      <w:p w14:paraId="66F22B71" w14:textId="18DA6AB8" w:rsidR="000D721A" w:rsidRDefault="000D721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D40" w:rsidRPr="00256D40">
          <w:rPr>
            <w:noProof/>
            <w:lang w:val="zh-TW" w:eastAsia="zh-TW"/>
          </w:rPr>
          <w:t>4</w:t>
        </w:r>
        <w:r>
          <w:fldChar w:fldCharType="end"/>
        </w:r>
      </w:p>
    </w:sdtContent>
  </w:sdt>
  <w:p w14:paraId="057D456C" w14:textId="77777777" w:rsidR="000D721A" w:rsidRDefault="000D721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730BEC" w14:textId="77777777" w:rsidR="000D721A" w:rsidRDefault="000D721A" w:rsidP="000D721A">
      <w:pPr>
        <w:spacing w:after="0" w:line="240" w:lineRule="auto"/>
      </w:pPr>
      <w:r>
        <w:separator/>
      </w:r>
    </w:p>
  </w:footnote>
  <w:footnote w:type="continuationSeparator" w:id="0">
    <w:p w14:paraId="5CD78F4F" w14:textId="77777777" w:rsidR="000D721A" w:rsidRDefault="000D721A" w:rsidP="000D7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721A"/>
    <w:rsid w:val="0015074B"/>
    <w:rsid w:val="00256D40"/>
    <w:rsid w:val="0029639D"/>
    <w:rsid w:val="00326F90"/>
    <w:rsid w:val="00413DE7"/>
    <w:rsid w:val="004F54F9"/>
    <w:rsid w:val="00AA1D8D"/>
    <w:rsid w:val="00AF245A"/>
    <w:rsid w:val="00B47730"/>
    <w:rsid w:val="00BA0E65"/>
    <w:rsid w:val="00CA428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166FE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7787E3-563D-4676-9E31-22A7F1931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dcterms:created xsi:type="dcterms:W3CDTF">2025-07-02T03:25:00Z</dcterms:created>
  <dcterms:modified xsi:type="dcterms:W3CDTF">2025-07-02T03:25:00Z</dcterms:modified>
</cp:coreProperties>
</file>