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FF91FE" w14:textId="610FFE91" w:rsidR="008A72A5" w:rsidRPr="000F1538" w:rsidRDefault="00D36B29">
      <w:pPr>
        <w:pStyle w:val="Balk2"/>
        <w:rPr>
          <w:rFonts w:ascii="Times New Roman" w:hAnsi="Times New Roman" w:cs="Times New Roman"/>
          <w:color w:val="auto"/>
          <w:sz w:val="24"/>
          <w:szCs w:val="24"/>
        </w:rPr>
      </w:pPr>
      <w:r w:rsidRPr="000F1538">
        <w:rPr>
          <w:rFonts w:ascii="Times New Roman" w:hAnsi="Times New Roman" w:cs="Times New Roman"/>
          <w:color w:val="auto"/>
          <w:sz w:val="24"/>
          <w:szCs w:val="24"/>
        </w:rPr>
        <w:t xml:space="preserve">Supplementary Table S1. </w:t>
      </w:r>
      <w:proofErr w:type="spellStart"/>
      <w:r w:rsidRPr="000F1538">
        <w:rPr>
          <w:rFonts w:ascii="Times New Roman" w:hAnsi="Times New Roman" w:cs="Times New Roman"/>
          <w:color w:val="auto"/>
          <w:sz w:val="24"/>
          <w:szCs w:val="24"/>
        </w:rPr>
        <w:t>Polychoric</w:t>
      </w:r>
      <w:proofErr w:type="spellEnd"/>
      <w:r w:rsidRPr="000F1538">
        <w:rPr>
          <w:rFonts w:ascii="Times New Roman" w:hAnsi="Times New Roman" w:cs="Times New Roman"/>
          <w:color w:val="auto"/>
          <w:sz w:val="24"/>
          <w:szCs w:val="24"/>
        </w:rPr>
        <w:t xml:space="preserve"> Correlation Matrix Used for the DWLS Estimation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518"/>
        <w:gridCol w:w="581"/>
        <w:gridCol w:w="581"/>
        <w:gridCol w:w="581"/>
        <w:gridCol w:w="581"/>
        <w:gridCol w:w="581"/>
        <w:gridCol w:w="581"/>
        <w:gridCol w:w="581"/>
        <w:gridCol w:w="581"/>
        <w:gridCol w:w="581"/>
        <w:gridCol w:w="581"/>
        <w:gridCol w:w="581"/>
        <w:gridCol w:w="581"/>
        <w:gridCol w:w="581"/>
        <w:gridCol w:w="581"/>
        <w:gridCol w:w="581"/>
        <w:gridCol w:w="581"/>
        <w:gridCol w:w="581"/>
        <w:gridCol w:w="581"/>
        <w:gridCol w:w="581"/>
        <w:gridCol w:w="581"/>
        <w:gridCol w:w="581"/>
      </w:tblGrid>
      <w:tr w:rsidR="008A72A5" w:rsidRPr="00CA3091" w14:paraId="0F903D4B" w14:textId="77777777" w:rsidTr="00632A6D">
        <w:tc>
          <w:tcPr>
            <w:tcW w:w="518" w:type="dxa"/>
          </w:tcPr>
          <w:p w14:paraId="20907A58" w14:textId="77777777" w:rsidR="008A72A5" w:rsidRPr="00CA3091" w:rsidRDefault="0061584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3091">
              <w:rPr>
                <w:rFonts w:ascii="Times New Roman" w:hAnsi="Times New Roman" w:cs="Times New Roman"/>
                <w:sz w:val="16"/>
                <w:szCs w:val="16"/>
              </w:rPr>
              <w:t>Item</w:t>
            </w:r>
          </w:p>
        </w:tc>
        <w:tc>
          <w:tcPr>
            <w:tcW w:w="581" w:type="dxa"/>
          </w:tcPr>
          <w:p w14:paraId="61B236DE" w14:textId="77777777" w:rsidR="008A72A5" w:rsidRPr="00CA3091" w:rsidRDefault="0061584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3091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81" w:type="dxa"/>
          </w:tcPr>
          <w:p w14:paraId="0CEFC5A2" w14:textId="77777777" w:rsidR="008A72A5" w:rsidRPr="00CA3091" w:rsidRDefault="0061584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3091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81" w:type="dxa"/>
          </w:tcPr>
          <w:p w14:paraId="657D894D" w14:textId="77777777" w:rsidR="008A72A5" w:rsidRPr="00CA3091" w:rsidRDefault="0061584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3091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581" w:type="dxa"/>
          </w:tcPr>
          <w:p w14:paraId="1C094AAF" w14:textId="77777777" w:rsidR="008A72A5" w:rsidRPr="00CA3091" w:rsidRDefault="0061584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3091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581" w:type="dxa"/>
          </w:tcPr>
          <w:p w14:paraId="2B82CAC8" w14:textId="77777777" w:rsidR="008A72A5" w:rsidRPr="00CA3091" w:rsidRDefault="0061584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3091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581" w:type="dxa"/>
          </w:tcPr>
          <w:p w14:paraId="53AA1EC4" w14:textId="77777777" w:rsidR="008A72A5" w:rsidRPr="00CA3091" w:rsidRDefault="0061584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3091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581" w:type="dxa"/>
          </w:tcPr>
          <w:p w14:paraId="406B2350" w14:textId="77777777" w:rsidR="008A72A5" w:rsidRPr="00CA3091" w:rsidRDefault="0061584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3091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581" w:type="dxa"/>
          </w:tcPr>
          <w:p w14:paraId="6936934B" w14:textId="77777777" w:rsidR="008A72A5" w:rsidRPr="00CA3091" w:rsidRDefault="0061584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3091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581" w:type="dxa"/>
          </w:tcPr>
          <w:p w14:paraId="6DBD9F47" w14:textId="77777777" w:rsidR="008A72A5" w:rsidRPr="00CA3091" w:rsidRDefault="0061584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3091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581" w:type="dxa"/>
          </w:tcPr>
          <w:p w14:paraId="1E944A60" w14:textId="77777777" w:rsidR="008A72A5" w:rsidRPr="00CA3091" w:rsidRDefault="0061584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3091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581" w:type="dxa"/>
          </w:tcPr>
          <w:p w14:paraId="39F607C9" w14:textId="77777777" w:rsidR="008A72A5" w:rsidRPr="00CA3091" w:rsidRDefault="0061584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3091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581" w:type="dxa"/>
          </w:tcPr>
          <w:p w14:paraId="2E958BBA" w14:textId="77777777" w:rsidR="008A72A5" w:rsidRPr="00CA3091" w:rsidRDefault="0061584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3091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581" w:type="dxa"/>
          </w:tcPr>
          <w:p w14:paraId="3A1E3304" w14:textId="77777777" w:rsidR="008A72A5" w:rsidRPr="00CA3091" w:rsidRDefault="0061584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3091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581" w:type="dxa"/>
          </w:tcPr>
          <w:p w14:paraId="3397EF21" w14:textId="77777777" w:rsidR="008A72A5" w:rsidRPr="00CA3091" w:rsidRDefault="0061584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3091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581" w:type="dxa"/>
          </w:tcPr>
          <w:p w14:paraId="66BD942F" w14:textId="77777777" w:rsidR="008A72A5" w:rsidRPr="00CA3091" w:rsidRDefault="0061584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3091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581" w:type="dxa"/>
          </w:tcPr>
          <w:p w14:paraId="11EACF0E" w14:textId="77777777" w:rsidR="008A72A5" w:rsidRPr="00CA3091" w:rsidRDefault="0061584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3091"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581" w:type="dxa"/>
          </w:tcPr>
          <w:p w14:paraId="781608DA" w14:textId="77777777" w:rsidR="008A72A5" w:rsidRPr="00CA3091" w:rsidRDefault="0061584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3091">
              <w:rPr>
                <w:rFonts w:ascii="Times New Roman" w:hAnsi="Times New Roman" w:cs="Times New Roman"/>
                <w:sz w:val="16"/>
                <w:szCs w:val="16"/>
              </w:rPr>
              <w:t>17</w:t>
            </w:r>
          </w:p>
        </w:tc>
        <w:tc>
          <w:tcPr>
            <w:tcW w:w="581" w:type="dxa"/>
          </w:tcPr>
          <w:p w14:paraId="005E78F4" w14:textId="77777777" w:rsidR="008A72A5" w:rsidRPr="00CA3091" w:rsidRDefault="0061584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3091">
              <w:rPr>
                <w:rFonts w:ascii="Times New Roman" w:hAnsi="Times New Roman" w:cs="Times New Roman"/>
                <w:sz w:val="16"/>
                <w:szCs w:val="16"/>
              </w:rPr>
              <w:t>18</w:t>
            </w:r>
          </w:p>
        </w:tc>
        <w:tc>
          <w:tcPr>
            <w:tcW w:w="581" w:type="dxa"/>
          </w:tcPr>
          <w:p w14:paraId="4352CF87" w14:textId="77777777" w:rsidR="008A72A5" w:rsidRPr="00CA3091" w:rsidRDefault="0061584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3091">
              <w:rPr>
                <w:rFonts w:ascii="Times New Roman" w:hAnsi="Times New Roman" w:cs="Times New Roman"/>
                <w:sz w:val="16"/>
                <w:szCs w:val="16"/>
              </w:rPr>
              <w:t>19</w:t>
            </w:r>
          </w:p>
        </w:tc>
        <w:tc>
          <w:tcPr>
            <w:tcW w:w="581" w:type="dxa"/>
          </w:tcPr>
          <w:p w14:paraId="5AF0524C" w14:textId="77777777" w:rsidR="008A72A5" w:rsidRPr="00CA3091" w:rsidRDefault="0061584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3091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581" w:type="dxa"/>
          </w:tcPr>
          <w:p w14:paraId="5092172F" w14:textId="77777777" w:rsidR="008A72A5" w:rsidRPr="00CA3091" w:rsidRDefault="0061584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3091">
              <w:rPr>
                <w:rFonts w:ascii="Times New Roman" w:hAnsi="Times New Roman" w:cs="Times New Roman"/>
                <w:sz w:val="16"/>
                <w:szCs w:val="16"/>
              </w:rPr>
              <w:t>21</w:t>
            </w:r>
          </w:p>
        </w:tc>
      </w:tr>
      <w:tr w:rsidR="008A72A5" w:rsidRPr="00CA3091" w14:paraId="2057BEDD" w14:textId="77777777" w:rsidTr="00632A6D">
        <w:tc>
          <w:tcPr>
            <w:tcW w:w="518" w:type="dxa"/>
          </w:tcPr>
          <w:p w14:paraId="2B8C2A35" w14:textId="77777777" w:rsidR="008A72A5" w:rsidRPr="00CA3091" w:rsidRDefault="0061584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3091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81" w:type="dxa"/>
          </w:tcPr>
          <w:p w14:paraId="3B3C036E" w14:textId="77777777" w:rsidR="008A72A5" w:rsidRPr="00CA3091" w:rsidRDefault="0061584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3091">
              <w:rPr>
                <w:rFonts w:ascii="Times New Roman" w:hAnsi="Times New Roman" w:cs="Times New Roman"/>
                <w:sz w:val="16"/>
                <w:szCs w:val="16"/>
              </w:rPr>
              <w:t>1.000</w:t>
            </w:r>
          </w:p>
        </w:tc>
        <w:tc>
          <w:tcPr>
            <w:tcW w:w="581" w:type="dxa"/>
          </w:tcPr>
          <w:p w14:paraId="085C5414" w14:textId="77777777" w:rsidR="008A72A5" w:rsidRPr="00CA3091" w:rsidRDefault="008A72A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1" w:type="dxa"/>
          </w:tcPr>
          <w:p w14:paraId="591230D2" w14:textId="77777777" w:rsidR="008A72A5" w:rsidRPr="00CA3091" w:rsidRDefault="008A72A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1" w:type="dxa"/>
          </w:tcPr>
          <w:p w14:paraId="29E7D2EA" w14:textId="77777777" w:rsidR="008A72A5" w:rsidRPr="00CA3091" w:rsidRDefault="008A72A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1" w:type="dxa"/>
          </w:tcPr>
          <w:p w14:paraId="3D9320B1" w14:textId="77777777" w:rsidR="008A72A5" w:rsidRPr="00CA3091" w:rsidRDefault="008A72A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1" w:type="dxa"/>
          </w:tcPr>
          <w:p w14:paraId="5059FD4B" w14:textId="77777777" w:rsidR="008A72A5" w:rsidRPr="00CA3091" w:rsidRDefault="008A72A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1" w:type="dxa"/>
          </w:tcPr>
          <w:p w14:paraId="2756FBAB" w14:textId="77777777" w:rsidR="008A72A5" w:rsidRPr="00CA3091" w:rsidRDefault="008A72A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1" w:type="dxa"/>
          </w:tcPr>
          <w:p w14:paraId="4F01854B" w14:textId="77777777" w:rsidR="008A72A5" w:rsidRPr="00CA3091" w:rsidRDefault="008A72A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1" w:type="dxa"/>
          </w:tcPr>
          <w:p w14:paraId="0863749A" w14:textId="77777777" w:rsidR="008A72A5" w:rsidRPr="00CA3091" w:rsidRDefault="008A72A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1" w:type="dxa"/>
          </w:tcPr>
          <w:p w14:paraId="6A7CF010" w14:textId="77777777" w:rsidR="008A72A5" w:rsidRPr="00CA3091" w:rsidRDefault="008A72A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1" w:type="dxa"/>
          </w:tcPr>
          <w:p w14:paraId="561297E3" w14:textId="77777777" w:rsidR="008A72A5" w:rsidRPr="00CA3091" w:rsidRDefault="008A72A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1" w:type="dxa"/>
          </w:tcPr>
          <w:p w14:paraId="2259C5E5" w14:textId="77777777" w:rsidR="008A72A5" w:rsidRPr="00CA3091" w:rsidRDefault="008A72A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1" w:type="dxa"/>
          </w:tcPr>
          <w:p w14:paraId="6909A147" w14:textId="77777777" w:rsidR="008A72A5" w:rsidRPr="00CA3091" w:rsidRDefault="008A72A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1" w:type="dxa"/>
          </w:tcPr>
          <w:p w14:paraId="317D1EC0" w14:textId="77777777" w:rsidR="008A72A5" w:rsidRPr="00CA3091" w:rsidRDefault="008A72A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1" w:type="dxa"/>
          </w:tcPr>
          <w:p w14:paraId="28116C31" w14:textId="77777777" w:rsidR="008A72A5" w:rsidRPr="00CA3091" w:rsidRDefault="008A72A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1" w:type="dxa"/>
          </w:tcPr>
          <w:p w14:paraId="3F704F5E" w14:textId="77777777" w:rsidR="008A72A5" w:rsidRPr="00CA3091" w:rsidRDefault="008A72A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1" w:type="dxa"/>
          </w:tcPr>
          <w:p w14:paraId="52A1B27F" w14:textId="77777777" w:rsidR="008A72A5" w:rsidRPr="00CA3091" w:rsidRDefault="008A72A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1" w:type="dxa"/>
          </w:tcPr>
          <w:p w14:paraId="20499AD0" w14:textId="77777777" w:rsidR="008A72A5" w:rsidRPr="00CA3091" w:rsidRDefault="008A72A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1" w:type="dxa"/>
          </w:tcPr>
          <w:p w14:paraId="42C4EDE3" w14:textId="77777777" w:rsidR="008A72A5" w:rsidRPr="00CA3091" w:rsidRDefault="008A72A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1" w:type="dxa"/>
          </w:tcPr>
          <w:p w14:paraId="17E6EC84" w14:textId="77777777" w:rsidR="008A72A5" w:rsidRPr="00CA3091" w:rsidRDefault="008A72A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1" w:type="dxa"/>
          </w:tcPr>
          <w:p w14:paraId="110C4FA2" w14:textId="77777777" w:rsidR="008A72A5" w:rsidRPr="00CA3091" w:rsidRDefault="008A72A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A72A5" w:rsidRPr="00CA3091" w14:paraId="2BDF22F6" w14:textId="77777777" w:rsidTr="00632A6D">
        <w:tc>
          <w:tcPr>
            <w:tcW w:w="518" w:type="dxa"/>
          </w:tcPr>
          <w:p w14:paraId="6141E2EC" w14:textId="77777777" w:rsidR="008A72A5" w:rsidRPr="00CA3091" w:rsidRDefault="0061584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3091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81" w:type="dxa"/>
          </w:tcPr>
          <w:p w14:paraId="37AB723E" w14:textId="77777777" w:rsidR="008A72A5" w:rsidRPr="00CA3091" w:rsidRDefault="0061584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3091">
              <w:rPr>
                <w:rFonts w:ascii="Times New Roman" w:hAnsi="Times New Roman" w:cs="Times New Roman"/>
                <w:sz w:val="16"/>
                <w:szCs w:val="16"/>
              </w:rPr>
              <w:t>0.515</w:t>
            </w:r>
          </w:p>
        </w:tc>
        <w:tc>
          <w:tcPr>
            <w:tcW w:w="581" w:type="dxa"/>
          </w:tcPr>
          <w:p w14:paraId="474A8DB0" w14:textId="77777777" w:rsidR="008A72A5" w:rsidRPr="00CA3091" w:rsidRDefault="0061584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3091">
              <w:rPr>
                <w:rFonts w:ascii="Times New Roman" w:hAnsi="Times New Roman" w:cs="Times New Roman"/>
                <w:sz w:val="16"/>
                <w:szCs w:val="16"/>
              </w:rPr>
              <w:t>1.000</w:t>
            </w:r>
          </w:p>
        </w:tc>
        <w:tc>
          <w:tcPr>
            <w:tcW w:w="581" w:type="dxa"/>
          </w:tcPr>
          <w:p w14:paraId="122A78A0" w14:textId="77777777" w:rsidR="008A72A5" w:rsidRPr="00CA3091" w:rsidRDefault="008A72A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1" w:type="dxa"/>
          </w:tcPr>
          <w:p w14:paraId="026243E2" w14:textId="77777777" w:rsidR="008A72A5" w:rsidRPr="00CA3091" w:rsidRDefault="008A72A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1" w:type="dxa"/>
          </w:tcPr>
          <w:p w14:paraId="0ED2D998" w14:textId="77777777" w:rsidR="008A72A5" w:rsidRPr="00CA3091" w:rsidRDefault="008A72A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1" w:type="dxa"/>
          </w:tcPr>
          <w:p w14:paraId="49F2614E" w14:textId="77777777" w:rsidR="008A72A5" w:rsidRPr="00CA3091" w:rsidRDefault="008A72A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1" w:type="dxa"/>
          </w:tcPr>
          <w:p w14:paraId="728BC9F2" w14:textId="77777777" w:rsidR="008A72A5" w:rsidRPr="00CA3091" w:rsidRDefault="008A72A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1" w:type="dxa"/>
          </w:tcPr>
          <w:p w14:paraId="77CF363B" w14:textId="77777777" w:rsidR="008A72A5" w:rsidRPr="00CA3091" w:rsidRDefault="008A72A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1" w:type="dxa"/>
          </w:tcPr>
          <w:p w14:paraId="6360763C" w14:textId="77777777" w:rsidR="008A72A5" w:rsidRPr="00CA3091" w:rsidRDefault="008A72A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1" w:type="dxa"/>
          </w:tcPr>
          <w:p w14:paraId="06A4BEEE" w14:textId="77777777" w:rsidR="008A72A5" w:rsidRPr="00CA3091" w:rsidRDefault="008A72A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1" w:type="dxa"/>
          </w:tcPr>
          <w:p w14:paraId="793D6FD9" w14:textId="77777777" w:rsidR="008A72A5" w:rsidRPr="00CA3091" w:rsidRDefault="008A72A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1" w:type="dxa"/>
          </w:tcPr>
          <w:p w14:paraId="44F8CB4C" w14:textId="77777777" w:rsidR="008A72A5" w:rsidRPr="00CA3091" w:rsidRDefault="008A72A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1" w:type="dxa"/>
          </w:tcPr>
          <w:p w14:paraId="179BF901" w14:textId="77777777" w:rsidR="008A72A5" w:rsidRPr="00CA3091" w:rsidRDefault="008A72A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1" w:type="dxa"/>
          </w:tcPr>
          <w:p w14:paraId="55AC5F66" w14:textId="77777777" w:rsidR="008A72A5" w:rsidRPr="00CA3091" w:rsidRDefault="008A72A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1" w:type="dxa"/>
          </w:tcPr>
          <w:p w14:paraId="50D4A332" w14:textId="77777777" w:rsidR="008A72A5" w:rsidRPr="00CA3091" w:rsidRDefault="008A72A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1" w:type="dxa"/>
          </w:tcPr>
          <w:p w14:paraId="08859886" w14:textId="77777777" w:rsidR="008A72A5" w:rsidRPr="00CA3091" w:rsidRDefault="008A72A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1" w:type="dxa"/>
          </w:tcPr>
          <w:p w14:paraId="0838FA9D" w14:textId="77777777" w:rsidR="008A72A5" w:rsidRPr="00CA3091" w:rsidRDefault="008A72A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1" w:type="dxa"/>
          </w:tcPr>
          <w:p w14:paraId="0CF319C7" w14:textId="77777777" w:rsidR="008A72A5" w:rsidRPr="00CA3091" w:rsidRDefault="008A72A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1" w:type="dxa"/>
          </w:tcPr>
          <w:p w14:paraId="6530985E" w14:textId="77777777" w:rsidR="008A72A5" w:rsidRPr="00CA3091" w:rsidRDefault="008A72A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1" w:type="dxa"/>
          </w:tcPr>
          <w:p w14:paraId="14524D61" w14:textId="77777777" w:rsidR="008A72A5" w:rsidRPr="00CA3091" w:rsidRDefault="008A72A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1" w:type="dxa"/>
          </w:tcPr>
          <w:p w14:paraId="346F460D" w14:textId="77777777" w:rsidR="008A72A5" w:rsidRPr="00CA3091" w:rsidRDefault="008A72A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A72A5" w:rsidRPr="00CA3091" w14:paraId="0F333484" w14:textId="77777777" w:rsidTr="00632A6D">
        <w:tc>
          <w:tcPr>
            <w:tcW w:w="518" w:type="dxa"/>
          </w:tcPr>
          <w:p w14:paraId="2A4D00B9" w14:textId="77777777" w:rsidR="008A72A5" w:rsidRPr="00CA3091" w:rsidRDefault="0061584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3091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581" w:type="dxa"/>
          </w:tcPr>
          <w:p w14:paraId="67218C60" w14:textId="77777777" w:rsidR="008A72A5" w:rsidRPr="00CA3091" w:rsidRDefault="0061584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3091">
              <w:rPr>
                <w:rFonts w:ascii="Times New Roman" w:hAnsi="Times New Roman" w:cs="Times New Roman"/>
                <w:sz w:val="16"/>
                <w:szCs w:val="16"/>
              </w:rPr>
              <w:t>0.503</w:t>
            </w:r>
          </w:p>
        </w:tc>
        <w:tc>
          <w:tcPr>
            <w:tcW w:w="581" w:type="dxa"/>
          </w:tcPr>
          <w:p w14:paraId="0D13308B" w14:textId="77777777" w:rsidR="008A72A5" w:rsidRPr="00CA3091" w:rsidRDefault="0061584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3091">
              <w:rPr>
                <w:rFonts w:ascii="Times New Roman" w:hAnsi="Times New Roman" w:cs="Times New Roman"/>
                <w:sz w:val="16"/>
                <w:szCs w:val="16"/>
              </w:rPr>
              <w:t>0.449</w:t>
            </w:r>
          </w:p>
        </w:tc>
        <w:tc>
          <w:tcPr>
            <w:tcW w:w="581" w:type="dxa"/>
          </w:tcPr>
          <w:p w14:paraId="343A0D07" w14:textId="77777777" w:rsidR="008A72A5" w:rsidRPr="00CA3091" w:rsidRDefault="0061584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3091">
              <w:rPr>
                <w:rFonts w:ascii="Times New Roman" w:hAnsi="Times New Roman" w:cs="Times New Roman"/>
                <w:sz w:val="16"/>
                <w:szCs w:val="16"/>
              </w:rPr>
              <w:t>1.000</w:t>
            </w:r>
          </w:p>
        </w:tc>
        <w:tc>
          <w:tcPr>
            <w:tcW w:w="581" w:type="dxa"/>
          </w:tcPr>
          <w:p w14:paraId="321298CA" w14:textId="77777777" w:rsidR="008A72A5" w:rsidRPr="00CA3091" w:rsidRDefault="008A72A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1" w:type="dxa"/>
          </w:tcPr>
          <w:p w14:paraId="0E7C4FA8" w14:textId="77777777" w:rsidR="008A72A5" w:rsidRPr="00CA3091" w:rsidRDefault="008A72A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1" w:type="dxa"/>
          </w:tcPr>
          <w:p w14:paraId="5208A471" w14:textId="77777777" w:rsidR="008A72A5" w:rsidRPr="00CA3091" w:rsidRDefault="008A72A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1" w:type="dxa"/>
          </w:tcPr>
          <w:p w14:paraId="309956AC" w14:textId="77777777" w:rsidR="008A72A5" w:rsidRPr="00CA3091" w:rsidRDefault="008A72A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1" w:type="dxa"/>
          </w:tcPr>
          <w:p w14:paraId="059ED33D" w14:textId="77777777" w:rsidR="008A72A5" w:rsidRPr="00CA3091" w:rsidRDefault="008A72A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1" w:type="dxa"/>
          </w:tcPr>
          <w:p w14:paraId="391A7AF7" w14:textId="77777777" w:rsidR="008A72A5" w:rsidRPr="00CA3091" w:rsidRDefault="008A72A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1" w:type="dxa"/>
          </w:tcPr>
          <w:p w14:paraId="47EC2B39" w14:textId="77777777" w:rsidR="008A72A5" w:rsidRPr="00CA3091" w:rsidRDefault="008A72A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1" w:type="dxa"/>
          </w:tcPr>
          <w:p w14:paraId="4A430D36" w14:textId="77777777" w:rsidR="008A72A5" w:rsidRPr="00CA3091" w:rsidRDefault="008A72A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1" w:type="dxa"/>
          </w:tcPr>
          <w:p w14:paraId="095EB2DA" w14:textId="77777777" w:rsidR="008A72A5" w:rsidRPr="00CA3091" w:rsidRDefault="008A72A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1" w:type="dxa"/>
          </w:tcPr>
          <w:p w14:paraId="11000DB2" w14:textId="77777777" w:rsidR="008A72A5" w:rsidRPr="00CA3091" w:rsidRDefault="008A72A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1" w:type="dxa"/>
          </w:tcPr>
          <w:p w14:paraId="4A1A177E" w14:textId="77777777" w:rsidR="008A72A5" w:rsidRPr="00CA3091" w:rsidRDefault="008A72A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1" w:type="dxa"/>
          </w:tcPr>
          <w:p w14:paraId="66040E98" w14:textId="77777777" w:rsidR="008A72A5" w:rsidRPr="00CA3091" w:rsidRDefault="008A72A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1" w:type="dxa"/>
          </w:tcPr>
          <w:p w14:paraId="44B0C48B" w14:textId="77777777" w:rsidR="008A72A5" w:rsidRPr="00CA3091" w:rsidRDefault="008A72A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1" w:type="dxa"/>
          </w:tcPr>
          <w:p w14:paraId="4C70F4D8" w14:textId="77777777" w:rsidR="008A72A5" w:rsidRPr="00CA3091" w:rsidRDefault="008A72A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1" w:type="dxa"/>
          </w:tcPr>
          <w:p w14:paraId="246DCEF9" w14:textId="77777777" w:rsidR="008A72A5" w:rsidRPr="00CA3091" w:rsidRDefault="008A72A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1" w:type="dxa"/>
          </w:tcPr>
          <w:p w14:paraId="23A9EB65" w14:textId="77777777" w:rsidR="008A72A5" w:rsidRPr="00CA3091" w:rsidRDefault="008A72A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1" w:type="dxa"/>
          </w:tcPr>
          <w:p w14:paraId="48B8395D" w14:textId="77777777" w:rsidR="008A72A5" w:rsidRPr="00CA3091" w:rsidRDefault="008A72A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1" w:type="dxa"/>
          </w:tcPr>
          <w:p w14:paraId="5E7D7D0D" w14:textId="77777777" w:rsidR="008A72A5" w:rsidRPr="00CA3091" w:rsidRDefault="008A72A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A72A5" w:rsidRPr="00CA3091" w14:paraId="1AA8BEEF" w14:textId="77777777" w:rsidTr="00632A6D">
        <w:tc>
          <w:tcPr>
            <w:tcW w:w="518" w:type="dxa"/>
          </w:tcPr>
          <w:p w14:paraId="3A7268CC" w14:textId="77777777" w:rsidR="008A72A5" w:rsidRPr="00CA3091" w:rsidRDefault="0061584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3091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581" w:type="dxa"/>
          </w:tcPr>
          <w:p w14:paraId="522B2077" w14:textId="77777777" w:rsidR="008A72A5" w:rsidRPr="00CA3091" w:rsidRDefault="0061584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3091">
              <w:rPr>
                <w:rFonts w:ascii="Times New Roman" w:hAnsi="Times New Roman" w:cs="Times New Roman"/>
                <w:sz w:val="16"/>
                <w:szCs w:val="16"/>
              </w:rPr>
              <w:t>0.412</w:t>
            </w:r>
          </w:p>
        </w:tc>
        <w:tc>
          <w:tcPr>
            <w:tcW w:w="581" w:type="dxa"/>
          </w:tcPr>
          <w:p w14:paraId="5B896493" w14:textId="77777777" w:rsidR="008A72A5" w:rsidRPr="00CA3091" w:rsidRDefault="0061584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3091">
              <w:rPr>
                <w:rFonts w:ascii="Times New Roman" w:hAnsi="Times New Roman" w:cs="Times New Roman"/>
                <w:sz w:val="16"/>
                <w:szCs w:val="16"/>
              </w:rPr>
              <w:t>0.480</w:t>
            </w:r>
          </w:p>
        </w:tc>
        <w:tc>
          <w:tcPr>
            <w:tcW w:w="581" w:type="dxa"/>
          </w:tcPr>
          <w:p w14:paraId="40E43218" w14:textId="77777777" w:rsidR="008A72A5" w:rsidRPr="00CA3091" w:rsidRDefault="0061584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3091">
              <w:rPr>
                <w:rFonts w:ascii="Times New Roman" w:hAnsi="Times New Roman" w:cs="Times New Roman"/>
                <w:sz w:val="16"/>
                <w:szCs w:val="16"/>
              </w:rPr>
              <w:t>0.561</w:t>
            </w:r>
          </w:p>
        </w:tc>
        <w:tc>
          <w:tcPr>
            <w:tcW w:w="581" w:type="dxa"/>
          </w:tcPr>
          <w:p w14:paraId="0D62A2A1" w14:textId="77777777" w:rsidR="008A72A5" w:rsidRPr="00CA3091" w:rsidRDefault="0061584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3091">
              <w:rPr>
                <w:rFonts w:ascii="Times New Roman" w:hAnsi="Times New Roman" w:cs="Times New Roman"/>
                <w:sz w:val="16"/>
                <w:szCs w:val="16"/>
              </w:rPr>
              <w:t>1.000</w:t>
            </w:r>
          </w:p>
        </w:tc>
        <w:tc>
          <w:tcPr>
            <w:tcW w:w="581" w:type="dxa"/>
          </w:tcPr>
          <w:p w14:paraId="1C05C126" w14:textId="77777777" w:rsidR="008A72A5" w:rsidRPr="00CA3091" w:rsidRDefault="008A72A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1" w:type="dxa"/>
          </w:tcPr>
          <w:p w14:paraId="23CF8D4C" w14:textId="77777777" w:rsidR="008A72A5" w:rsidRPr="00CA3091" w:rsidRDefault="008A72A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1" w:type="dxa"/>
          </w:tcPr>
          <w:p w14:paraId="6C6C62D1" w14:textId="77777777" w:rsidR="008A72A5" w:rsidRPr="00CA3091" w:rsidRDefault="008A72A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1" w:type="dxa"/>
          </w:tcPr>
          <w:p w14:paraId="1517CD56" w14:textId="77777777" w:rsidR="008A72A5" w:rsidRPr="00CA3091" w:rsidRDefault="008A72A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1" w:type="dxa"/>
          </w:tcPr>
          <w:p w14:paraId="4D2D14D0" w14:textId="77777777" w:rsidR="008A72A5" w:rsidRPr="00CA3091" w:rsidRDefault="008A72A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1" w:type="dxa"/>
          </w:tcPr>
          <w:p w14:paraId="55844EB8" w14:textId="77777777" w:rsidR="008A72A5" w:rsidRPr="00CA3091" w:rsidRDefault="008A72A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1" w:type="dxa"/>
          </w:tcPr>
          <w:p w14:paraId="4FCCDCE8" w14:textId="77777777" w:rsidR="008A72A5" w:rsidRPr="00CA3091" w:rsidRDefault="008A72A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1" w:type="dxa"/>
          </w:tcPr>
          <w:p w14:paraId="014397FC" w14:textId="77777777" w:rsidR="008A72A5" w:rsidRPr="00CA3091" w:rsidRDefault="008A72A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1" w:type="dxa"/>
          </w:tcPr>
          <w:p w14:paraId="192A6103" w14:textId="77777777" w:rsidR="008A72A5" w:rsidRPr="00CA3091" w:rsidRDefault="008A72A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1" w:type="dxa"/>
          </w:tcPr>
          <w:p w14:paraId="09D867FE" w14:textId="77777777" w:rsidR="008A72A5" w:rsidRPr="00CA3091" w:rsidRDefault="008A72A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1" w:type="dxa"/>
          </w:tcPr>
          <w:p w14:paraId="4E1A2738" w14:textId="77777777" w:rsidR="008A72A5" w:rsidRPr="00CA3091" w:rsidRDefault="008A72A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1" w:type="dxa"/>
          </w:tcPr>
          <w:p w14:paraId="5C5F6A6B" w14:textId="77777777" w:rsidR="008A72A5" w:rsidRPr="00CA3091" w:rsidRDefault="008A72A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1" w:type="dxa"/>
          </w:tcPr>
          <w:p w14:paraId="53826F93" w14:textId="77777777" w:rsidR="008A72A5" w:rsidRPr="00CA3091" w:rsidRDefault="008A72A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1" w:type="dxa"/>
          </w:tcPr>
          <w:p w14:paraId="4DFF3909" w14:textId="77777777" w:rsidR="008A72A5" w:rsidRPr="00CA3091" w:rsidRDefault="008A72A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1" w:type="dxa"/>
          </w:tcPr>
          <w:p w14:paraId="533BF7EB" w14:textId="77777777" w:rsidR="008A72A5" w:rsidRPr="00CA3091" w:rsidRDefault="008A72A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1" w:type="dxa"/>
          </w:tcPr>
          <w:p w14:paraId="3EA2D08E" w14:textId="77777777" w:rsidR="008A72A5" w:rsidRPr="00CA3091" w:rsidRDefault="008A72A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1" w:type="dxa"/>
          </w:tcPr>
          <w:p w14:paraId="0727BDCB" w14:textId="77777777" w:rsidR="008A72A5" w:rsidRPr="00CA3091" w:rsidRDefault="008A72A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A72A5" w:rsidRPr="00CA3091" w14:paraId="6FD95588" w14:textId="77777777" w:rsidTr="00632A6D">
        <w:tc>
          <w:tcPr>
            <w:tcW w:w="518" w:type="dxa"/>
          </w:tcPr>
          <w:p w14:paraId="56B1946A" w14:textId="77777777" w:rsidR="008A72A5" w:rsidRPr="00CA3091" w:rsidRDefault="0061584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3091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581" w:type="dxa"/>
          </w:tcPr>
          <w:p w14:paraId="75978C2F" w14:textId="77777777" w:rsidR="008A72A5" w:rsidRPr="00CA3091" w:rsidRDefault="0061584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3091">
              <w:rPr>
                <w:rFonts w:ascii="Times New Roman" w:hAnsi="Times New Roman" w:cs="Times New Roman"/>
                <w:sz w:val="16"/>
                <w:szCs w:val="16"/>
              </w:rPr>
              <w:t>0.442</w:t>
            </w:r>
          </w:p>
        </w:tc>
        <w:tc>
          <w:tcPr>
            <w:tcW w:w="581" w:type="dxa"/>
          </w:tcPr>
          <w:p w14:paraId="51E9D392" w14:textId="77777777" w:rsidR="008A72A5" w:rsidRPr="00CA3091" w:rsidRDefault="0061584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3091">
              <w:rPr>
                <w:rFonts w:ascii="Times New Roman" w:hAnsi="Times New Roman" w:cs="Times New Roman"/>
                <w:sz w:val="16"/>
                <w:szCs w:val="16"/>
              </w:rPr>
              <w:t>0.220</w:t>
            </w:r>
          </w:p>
        </w:tc>
        <w:tc>
          <w:tcPr>
            <w:tcW w:w="581" w:type="dxa"/>
          </w:tcPr>
          <w:p w14:paraId="1266627B" w14:textId="77777777" w:rsidR="008A72A5" w:rsidRPr="00CA3091" w:rsidRDefault="0061584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3091">
              <w:rPr>
                <w:rFonts w:ascii="Times New Roman" w:hAnsi="Times New Roman" w:cs="Times New Roman"/>
                <w:sz w:val="16"/>
                <w:szCs w:val="16"/>
              </w:rPr>
              <w:t>0.376</w:t>
            </w:r>
          </w:p>
        </w:tc>
        <w:tc>
          <w:tcPr>
            <w:tcW w:w="581" w:type="dxa"/>
          </w:tcPr>
          <w:p w14:paraId="7CDCC55F" w14:textId="77777777" w:rsidR="008A72A5" w:rsidRPr="00CA3091" w:rsidRDefault="0061584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3091">
              <w:rPr>
                <w:rFonts w:ascii="Times New Roman" w:hAnsi="Times New Roman" w:cs="Times New Roman"/>
                <w:sz w:val="16"/>
                <w:szCs w:val="16"/>
              </w:rPr>
              <w:t>0.255</w:t>
            </w:r>
          </w:p>
        </w:tc>
        <w:tc>
          <w:tcPr>
            <w:tcW w:w="581" w:type="dxa"/>
          </w:tcPr>
          <w:p w14:paraId="3C8CD2A9" w14:textId="77777777" w:rsidR="008A72A5" w:rsidRPr="00CA3091" w:rsidRDefault="0061584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3091">
              <w:rPr>
                <w:rFonts w:ascii="Times New Roman" w:hAnsi="Times New Roman" w:cs="Times New Roman"/>
                <w:sz w:val="16"/>
                <w:szCs w:val="16"/>
              </w:rPr>
              <w:t>1.000</w:t>
            </w:r>
          </w:p>
        </w:tc>
        <w:tc>
          <w:tcPr>
            <w:tcW w:w="581" w:type="dxa"/>
          </w:tcPr>
          <w:p w14:paraId="017A6EB2" w14:textId="77777777" w:rsidR="008A72A5" w:rsidRPr="00CA3091" w:rsidRDefault="008A72A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1" w:type="dxa"/>
          </w:tcPr>
          <w:p w14:paraId="50F55936" w14:textId="77777777" w:rsidR="008A72A5" w:rsidRPr="00CA3091" w:rsidRDefault="008A72A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1" w:type="dxa"/>
          </w:tcPr>
          <w:p w14:paraId="6F6C4F72" w14:textId="77777777" w:rsidR="008A72A5" w:rsidRPr="00CA3091" w:rsidRDefault="008A72A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1" w:type="dxa"/>
          </w:tcPr>
          <w:p w14:paraId="2930C41F" w14:textId="77777777" w:rsidR="008A72A5" w:rsidRPr="00CA3091" w:rsidRDefault="008A72A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1" w:type="dxa"/>
          </w:tcPr>
          <w:p w14:paraId="4EE0AEE7" w14:textId="77777777" w:rsidR="008A72A5" w:rsidRPr="00CA3091" w:rsidRDefault="008A72A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1" w:type="dxa"/>
          </w:tcPr>
          <w:p w14:paraId="1CA2C55D" w14:textId="77777777" w:rsidR="008A72A5" w:rsidRPr="00CA3091" w:rsidRDefault="008A72A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1" w:type="dxa"/>
          </w:tcPr>
          <w:p w14:paraId="2B7A346A" w14:textId="77777777" w:rsidR="008A72A5" w:rsidRPr="00CA3091" w:rsidRDefault="008A72A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1" w:type="dxa"/>
          </w:tcPr>
          <w:p w14:paraId="0A397FC2" w14:textId="77777777" w:rsidR="008A72A5" w:rsidRPr="00CA3091" w:rsidRDefault="008A72A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1" w:type="dxa"/>
          </w:tcPr>
          <w:p w14:paraId="5AE6E042" w14:textId="77777777" w:rsidR="008A72A5" w:rsidRPr="00CA3091" w:rsidRDefault="008A72A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1" w:type="dxa"/>
          </w:tcPr>
          <w:p w14:paraId="66363950" w14:textId="77777777" w:rsidR="008A72A5" w:rsidRPr="00CA3091" w:rsidRDefault="008A72A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1" w:type="dxa"/>
          </w:tcPr>
          <w:p w14:paraId="49419D23" w14:textId="77777777" w:rsidR="008A72A5" w:rsidRPr="00CA3091" w:rsidRDefault="008A72A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1" w:type="dxa"/>
          </w:tcPr>
          <w:p w14:paraId="753610D8" w14:textId="77777777" w:rsidR="008A72A5" w:rsidRPr="00CA3091" w:rsidRDefault="008A72A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1" w:type="dxa"/>
          </w:tcPr>
          <w:p w14:paraId="36311319" w14:textId="77777777" w:rsidR="008A72A5" w:rsidRPr="00CA3091" w:rsidRDefault="008A72A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1" w:type="dxa"/>
          </w:tcPr>
          <w:p w14:paraId="13B67DD3" w14:textId="77777777" w:rsidR="008A72A5" w:rsidRPr="00CA3091" w:rsidRDefault="008A72A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1" w:type="dxa"/>
          </w:tcPr>
          <w:p w14:paraId="5B05D607" w14:textId="77777777" w:rsidR="008A72A5" w:rsidRPr="00CA3091" w:rsidRDefault="008A72A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1" w:type="dxa"/>
          </w:tcPr>
          <w:p w14:paraId="09F0A43C" w14:textId="77777777" w:rsidR="008A72A5" w:rsidRPr="00CA3091" w:rsidRDefault="008A72A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A72A5" w:rsidRPr="00CA3091" w14:paraId="15139D04" w14:textId="77777777" w:rsidTr="00632A6D">
        <w:tc>
          <w:tcPr>
            <w:tcW w:w="518" w:type="dxa"/>
          </w:tcPr>
          <w:p w14:paraId="7FB32409" w14:textId="77777777" w:rsidR="008A72A5" w:rsidRPr="00CA3091" w:rsidRDefault="0061584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3091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581" w:type="dxa"/>
          </w:tcPr>
          <w:p w14:paraId="167A6130" w14:textId="77777777" w:rsidR="008A72A5" w:rsidRPr="00CA3091" w:rsidRDefault="0061584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3091">
              <w:rPr>
                <w:rFonts w:ascii="Times New Roman" w:hAnsi="Times New Roman" w:cs="Times New Roman"/>
                <w:sz w:val="16"/>
                <w:szCs w:val="16"/>
              </w:rPr>
              <w:t>0.579</w:t>
            </w:r>
          </w:p>
        </w:tc>
        <w:tc>
          <w:tcPr>
            <w:tcW w:w="581" w:type="dxa"/>
          </w:tcPr>
          <w:p w14:paraId="6FEF21E9" w14:textId="77777777" w:rsidR="008A72A5" w:rsidRPr="00CA3091" w:rsidRDefault="0061584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3091">
              <w:rPr>
                <w:rFonts w:ascii="Times New Roman" w:hAnsi="Times New Roman" w:cs="Times New Roman"/>
                <w:sz w:val="16"/>
                <w:szCs w:val="16"/>
              </w:rPr>
              <w:t>0.466</w:t>
            </w:r>
          </w:p>
        </w:tc>
        <w:tc>
          <w:tcPr>
            <w:tcW w:w="581" w:type="dxa"/>
          </w:tcPr>
          <w:p w14:paraId="43F4DFAE" w14:textId="77777777" w:rsidR="008A72A5" w:rsidRPr="00CA3091" w:rsidRDefault="0061584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3091">
              <w:rPr>
                <w:rFonts w:ascii="Times New Roman" w:hAnsi="Times New Roman" w:cs="Times New Roman"/>
                <w:sz w:val="16"/>
                <w:szCs w:val="16"/>
              </w:rPr>
              <w:t>0.478</w:t>
            </w:r>
          </w:p>
        </w:tc>
        <w:tc>
          <w:tcPr>
            <w:tcW w:w="581" w:type="dxa"/>
          </w:tcPr>
          <w:p w14:paraId="2435EFC1" w14:textId="77777777" w:rsidR="008A72A5" w:rsidRPr="00CA3091" w:rsidRDefault="0061584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3091">
              <w:rPr>
                <w:rFonts w:ascii="Times New Roman" w:hAnsi="Times New Roman" w:cs="Times New Roman"/>
                <w:sz w:val="16"/>
                <w:szCs w:val="16"/>
              </w:rPr>
              <w:t>0.511</w:t>
            </w:r>
          </w:p>
        </w:tc>
        <w:tc>
          <w:tcPr>
            <w:tcW w:w="581" w:type="dxa"/>
          </w:tcPr>
          <w:p w14:paraId="443B74E9" w14:textId="77777777" w:rsidR="008A72A5" w:rsidRPr="00CA3091" w:rsidRDefault="0061584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3091">
              <w:rPr>
                <w:rFonts w:ascii="Times New Roman" w:hAnsi="Times New Roman" w:cs="Times New Roman"/>
                <w:sz w:val="16"/>
                <w:szCs w:val="16"/>
              </w:rPr>
              <w:t>0.424</w:t>
            </w:r>
          </w:p>
        </w:tc>
        <w:tc>
          <w:tcPr>
            <w:tcW w:w="581" w:type="dxa"/>
          </w:tcPr>
          <w:p w14:paraId="3800F885" w14:textId="77777777" w:rsidR="008A72A5" w:rsidRPr="00CA3091" w:rsidRDefault="0061584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3091">
              <w:rPr>
                <w:rFonts w:ascii="Times New Roman" w:hAnsi="Times New Roman" w:cs="Times New Roman"/>
                <w:sz w:val="16"/>
                <w:szCs w:val="16"/>
              </w:rPr>
              <w:t>1.000</w:t>
            </w:r>
          </w:p>
        </w:tc>
        <w:tc>
          <w:tcPr>
            <w:tcW w:w="581" w:type="dxa"/>
          </w:tcPr>
          <w:p w14:paraId="184AD30C" w14:textId="77777777" w:rsidR="008A72A5" w:rsidRPr="00CA3091" w:rsidRDefault="008A72A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1" w:type="dxa"/>
          </w:tcPr>
          <w:p w14:paraId="098F26D7" w14:textId="77777777" w:rsidR="008A72A5" w:rsidRPr="00CA3091" w:rsidRDefault="008A72A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1" w:type="dxa"/>
          </w:tcPr>
          <w:p w14:paraId="53D1B16A" w14:textId="77777777" w:rsidR="008A72A5" w:rsidRPr="00CA3091" w:rsidRDefault="008A72A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1" w:type="dxa"/>
          </w:tcPr>
          <w:p w14:paraId="2E9008E6" w14:textId="77777777" w:rsidR="008A72A5" w:rsidRPr="00CA3091" w:rsidRDefault="008A72A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1" w:type="dxa"/>
          </w:tcPr>
          <w:p w14:paraId="66B22DC7" w14:textId="77777777" w:rsidR="008A72A5" w:rsidRPr="00CA3091" w:rsidRDefault="008A72A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1" w:type="dxa"/>
          </w:tcPr>
          <w:p w14:paraId="5C931D68" w14:textId="77777777" w:rsidR="008A72A5" w:rsidRPr="00CA3091" w:rsidRDefault="008A72A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1" w:type="dxa"/>
          </w:tcPr>
          <w:p w14:paraId="12DC1120" w14:textId="77777777" w:rsidR="008A72A5" w:rsidRPr="00CA3091" w:rsidRDefault="008A72A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1" w:type="dxa"/>
          </w:tcPr>
          <w:p w14:paraId="1F89B325" w14:textId="77777777" w:rsidR="008A72A5" w:rsidRPr="00CA3091" w:rsidRDefault="008A72A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1" w:type="dxa"/>
          </w:tcPr>
          <w:p w14:paraId="00AA66F7" w14:textId="77777777" w:rsidR="008A72A5" w:rsidRPr="00CA3091" w:rsidRDefault="008A72A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1" w:type="dxa"/>
          </w:tcPr>
          <w:p w14:paraId="243CC103" w14:textId="77777777" w:rsidR="008A72A5" w:rsidRPr="00CA3091" w:rsidRDefault="008A72A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1" w:type="dxa"/>
          </w:tcPr>
          <w:p w14:paraId="49C55B2B" w14:textId="77777777" w:rsidR="008A72A5" w:rsidRPr="00CA3091" w:rsidRDefault="008A72A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1" w:type="dxa"/>
          </w:tcPr>
          <w:p w14:paraId="3347661D" w14:textId="77777777" w:rsidR="008A72A5" w:rsidRPr="00CA3091" w:rsidRDefault="008A72A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1" w:type="dxa"/>
          </w:tcPr>
          <w:p w14:paraId="55252E77" w14:textId="77777777" w:rsidR="008A72A5" w:rsidRPr="00CA3091" w:rsidRDefault="008A72A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1" w:type="dxa"/>
          </w:tcPr>
          <w:p w14:paraId="0E747376" w14:textId="77777777" w:rsidR="008A72A5" w:rsidRPr="00CA3091" w:rsidRDefault="008A72A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1" w:type="dxa"/>
          </w:tcPr>
          <w:p w14:paraId="247E1C62" w14:textId="77777777" w:rsidR="008A72A5" w:rsidRPr="00CA3091" w:rsidRDefault="008A72A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A72A5" w:rsidRPr="00CA3091" w14:paraId="3F6005EE" w14:textId="77777777" w:rsidTr="00632A6D">
        <w:tc>
          <w:tcPr>
            <w:tcW w:w="518" w:type="dxa"/>
          </w:tcPr>
          <w:p w14:paraId="2C7B6BE2" w14:textId="77777777" w:rsidR="008A72A5" w:rsidRPr="00CA3091" w:rsidRDefault="0061584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3091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581" w:type="dxa"/>
          </w:tcPr>
          <w:p w14:paraId="15E6973E" w14:textId="77777777" w:rsidR="008A72A5" w:rsidRPr="00CA3091" w:rsidRDefault="0061584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3091">
              <w:rPr>
                <w:rFonts w:ascii="Times New Roman" w:hAnsi="Times New Roman" w:cs="Times New Roman"/>
                <w:sz w:val="16"/>
                <w:szCs w:val="16"/>
              </w:rPr>
              <w:t>0.462</w:t>
            </w:r>
          </w:p>
        </w:tc>
        <w:tc>
          <w:tcPr>
            <w:tcW w:w="581" w:type="dxa"/>
          </w:tcPr>
          <w:p w14:paraId="4A44ECB4" w14:textId="77777777" w:rsidR="008A72A5" w:rsidRPr="00CA3091" w:rsidRDefault="0061584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3091">
              <w:rPr>
                <w:rFonts w:ascii="Times New Roman" w:hAnsi="Times New Roman" w:cs="Times New Roman"/>
                <w:sz w:val="16"/>
                <w:szCs w:val="16"/>
              </w:rPr>
              <w:t>0.171</w:t>
            </w:r>
          </w:p>
        </w:tc>
        <w:tc>
          <w:tcPr>
            <w:tcW w:w="581" w:type="dxa"/>
          </w:tcPr>
          <w:p w14:paraId="5139A4A9" w14:textId="77777777" w:rsidR="008A72A5" w:rsidRPr="00CA3091" w:rsidRDefault="0061584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3091">
              <w:rPr>
                <w:rFonts w:ascii="Times New Roman" w:hAnsi="Times New Roman" w:cs="Times New Roman"/>
                <w:sz w:val="16"/>
                <w:szCs w:val="16"/>
              </w:rPr>
              <w:t>0.483</w:t>
            </w:r>
          </w:p>
        </w:tc>
        <w:tc>
          <w:tcPr>
            <w:tcW w:w="581" w:type="dxa"/>
          </w:tcPr>
          <w:p w14:paraId="2B6EB71F" w14:textId="77777777" w:rsidR="008A72A5" w:rsidRPr="00CA3091" w:rsidRDefault="0061584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3091">
              <w:rPr>
                <w:rFonts w:ascii="Times New Roman" w:hAnsi="Times New Roman" w:cs="Times New Roman"/>
                <w:sz w:val="16"/>
                <w:szCs w:val="16"/>
              </w:rPr>
              <w:t>0.315</w:t>
            </w:r>
          </w:p>
        </w:tc>
        <w:tc>
          <w:tcPr>
            <w:tcW w:w="581" w:type="dxa"/>
          </w:tcPr>
          <w:p w14:paraId="5173DDED" w14:textId="77777777" w:rsidR="008A72A5" w:rsidRPr="00CA3091" w:rsidRDefault="0061584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3091">
              <w:rPr>
                <w:rFonts w:ascii="Times New Roman" w:hAnsi="Times New Roman" w:cs="Times New Roman"/>
                <w:sz w:val="16"/>
                <w:szCs w:val="16"/>
              </w:rPr>
              <w:t>0.561</w:t>
            </w:r>
          </w:p>
        </w:tc>
        <w:tc>
          <w:tcPr>
            <w:tcW w:w="581" w:type="dxa"/>
          </w:tcPr>
          <w:p w14:paraId="6515B9BE" w14:textId="77777777" w:rsidR="008A72A5" w:rsidRPr="00CA3091" w:rsidRDefault="0061584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3091">
              <w:rPr>
                <w:rFonts w:ascii="Times New Roman" w:hAnsi="Times New Roman" w:cs="Times New Roman"/>
                <w:sz w:val="16"/>
                <w:szCs w:val="16"/>
              </w:rPr>
              <w:t>0.500</w:t>
            </w:r>
          </w:p>
        </w:tc>
        <w:tc>
          <w:tcPr>
            <w:tcW w:w="581" w:type="dxa"/>
          </w:tcPr>
          <w:p w14:paraId="0D839667" w14:textId="77777777" w:rsidR="008A72A5" w:rsidRPr="00CA3091" w:rsidRDefault="0061584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3091">
              <w:rPr>
                <w:rFonts w:ascii="Times New Roman" w:hAnsi="Times New Roman" w:cs="Times New Roman"/>
                <w:sz w:val="16"/>
                <w:szCs w:val="16"/>
              </w:rPr>
              <w:t>1.000</w:t>
            </w:r>
          </w:p>
        </w:tc>
        <w:tc>
          <w:tcPr>
            <w:tcW w:w="581" w:type="dxa"/>
          </w:tcPr>
          <w:p w14:paraId="0C2DA1DF" w14:textId="77777777" w:rsidR="008A72A5" w:rsidRPr="00CA3091" w:rsidRDefault="008A72A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1" w:type="dxa"/>
          </w:tcPr>
          <w:p w14:paraId="4DA7A12E" w14:textId="77777777" w:rsidR="008A72A5" w:rsidRPr="00CA3091" w:rsidRDefault="008A72A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1" w:type="dxa"/>
          </w:tcPr>
          <w:p w14:paraId="32DF5241" w14:textId="77777777" w:rsidR="008A72A5" w:rsidRPr="00CA3091" w:rsidRDefault="008A72A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1" w:type="dxa"/>
          </w:tcPr>
          <w:p w14:paraId="3C635AB6" w14:textId="77777777" w:rsidR="008A72A5" w:rsidRPr="00CA3091" w:rsidRDefault="008A72A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1" w:type="dxa"/>
          </w:tcPr>
          <w:p w14:paraId="4A9BBC74" w14:textId="77777777" w:rsidR="008A72A5" w:rsidRPr="00CA3091" w:rsidRDefault="008A72A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1" w:type="dxa"/>
          </w:tcPr>
          <w:p w14:paraId="53997ACB" w14:textId="77777777" w:rsidR="008A72A5" w:rsidRPr="00CA3091" w:rsidRDefault="008A72A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1" w:type="dxa"/>
          </w:tcPr>
          <w:p w14:paraId="4208909E" w14:textId="77777777" w:rsidR="008A72A5" w:rsidRPr="00CA3091" w:rsidRDefault="008A72A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1" w:type="dxa"/>
          </w:tcPr>
          <w:p w14:paraId="5DA0D331" w14:textId="77777777" w:rsidR="008A72A5" w:rsidRPr="00CA3091" w:rsidRDefault="008A72A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1" w:type="dxa"/>
          </w:tcPr>
          <w:p w14:paraId="7DD2D7D0" w14:textId="77777777" w:rsidR="008A72A5" w:rsidRPr="00CA3091" w:rsidRDefault="008A72A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1" w:type="dxa"/>
          </w:tcPr>
          <w:p w14:paraId="1CAE3EAD" w14:textId="77777777" w:rsidR="008A72A5" w:rsidRPr="00CA3091" w:rsidRDefault="008A72A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1" w:type="dxa"/>
          </w:tcPr>
          <w:p w14:paraId="63A72CEA" w14:textId="77777777" w:rsidR="008A72A5" w:rsidRPr="00CA3091" w:rsidRDefault="008A72A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1" w:type="dxa"/>
          </w:tcPr>
          <w:p w14:paraId="1F730472" w14:textId="77777777" w:rsidR="008A72A5" w:rsidRPr="00CA3091" w:rsidRDefault="008A72A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1" w:type="dxa"/>
          </w:tcPr>
          <w:p w14:paraId="1A7E516C" w14:textId="77777777" w:rsidR="008A72A5" w:rsidRPr="00CA3091" w:rsidRDefault="008A72A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1" w:type="dxa"/>
          </w:tcPr>
          <w:p w14:paraId="7B066510" w14:textId="77777777" w:rsidR="008A72A5" w:rsidRPr="00CA3091" w:rsidRDefault="008A72A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A72A5" w:rsidRPr="00CA3091" w14:paraId="063D89F7" w14:textId="77777777" w:rsidTr="00632A6D">
        <w:tc>
          <w:tcPr>
            <w:tcW w:w="518" w:type="dxa"/>
          </w:tcPr>
          <w:p w14:paraId="61D063AF" w14:textId="77777777" w:rsidR="008A72A5" w:rsidRPr="00CA3091" w:rsidRDefault="0061584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3091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581" w:type="dxa"/>
          </w:tcPr>
          <w:p w14:paraId="128D23D1" w14:textId="77777777" w:rsidR="008A72A5" w:rsidRPr="00CA3091" w:rsidRDefault="0061584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3091">
              <w:rPr>
                <w:rFonts w:ascii="Times New Roman" w:hAnsi="Times New Roman" w:cs="Times New Roman"/>
                <w:sz w:val="16"/>
                <w:szCs w:val="16"/>
              </w:rPr>
              <w:t>0.404</w:t>
            </w:r>
          </w:p>
        </w:tc>
        <w:tc>
          <w:tcPr>
            <w:tcW w:w="581" w:type="dxa"/>
          </w:tcPr>
          <w:p w14:paraId="4BA3CA56" w14:textId="77777777" w:rsidR="008A72A5" w:rsidRPr="00CA3091" w:rsidRDefault="0061584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3091">
              <w:rPr>
                <w:rFonts w:ascii="Times New Roman" w:hAnsi="Times New Roman" w:cs="Times New Roman"/>
                <w:sz w:val="16"/>
                <w:szCs w:val="16"/>
              </w:rPr>
              <w:t>0.234</w:t>
            </w:r>
          </w:p>
        </w:tc>
        <w:tc>
          <w:tcPr>
            <w:tcW w:w="581" w:type="dxa"/>
          </w:tcPr>
          <w:p w14:paraId="65963509" w14:textId="77777777" w:rsidR="008A72A5" w:rsidRPr="00CA3091" w:rsidRDefault="0061584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3091">
              <w:rPr>
                <w:rFonts w:ascii="Times New Roman" w:hAnsi="Times New Roman" w:cs="Times New Roman"/>
                <w:sz w:val="16"/>
                <w:szCs w:val="16"/>
              </w:rPr>
              <w:t>0.320</w:t>
            </w:r>
          </w:p>
        </w:tc>
        <w:tc>
          <w:tcPr>
            <w:tcW w:w="581" w:type="dxa"/>
          </w:tcPr>
          <w:p w14:paraId="4E7D7468" w14:textId="77777777" w:rsidR="008A72A5" w:rsidRPr="00CA3091" w:rsidRDefault="0061584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3091">
              <w:rPr>
                <w:rFonts w:ascii="Times New Roman" w:hAnsi="Times New Roman" w:cs="Times New Roman"/>
                <w:sz w:val="16"/>
                <w:szCs w:val="16"/>
              </w:rPr>
              <w:t>0.268</w:t>
            </w:r>
          </w:p>
        </w:tc>
        <w:tc>
          <w:tcPr>
            <w:tcW w:w="581" w:type="dxa"/>
          </w:tcPr>
          <w:p w14:paraId="3DE7A754" w14:textId="77777777" w:rsidR="008A72A5" w:rsidRPr="00CA3091" w:rsidRDefault="0061584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3091">
              <w:rPr>
                <w:rFonts w:ascii="Times New Roman" w:hAnsi="Times New Roman" w:cs="Times New Roman"/>
                <w:sz w:val="16"/>
                <w:szCs w:val="16"/>
              </w:rPr>
              <w:t>0.415</w:t>
            </w:r>
          </w:p>
        </w:tc>
        <w:tc>
          <w:tcPr>
            <w:tcW w:w="581" w:type="dxa"/>
          </w:tcPr>
          <w:p w14:paraId="7B0B0A6B" w14:textId="77777777" w:rsidR="008A72A5" w:rsidRPr="00CA3091" w:rsidRDefault="0061584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3091">
              <w:rPr>
                <w:rFonts w:ascii="Times New Roman" w:hAnsi="Times New Roman" w:cs="Times New Roman"/>
                <w:sz w:val="16"/>
                <w:szCs w:val="16"/>
              </w:rPr>
              <w:t>0.404</w:t>
            </w:r>
          </w:p>
        </w:tc>
        <w:tc>
          <w:tcPr>
            <w:tcW w:w="581" w:type="dxa"/>
          </w:tcPr>
          <w:p w14:paraId="719BA0F5" w14:textId="77777777" w:rsidR="008A72A5" w:rsidRPr="00CA3091" w:rsidRDefault="0061584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3091">
              <w:rPr>
                <w:rFonts w:ascii="Times New Roman" w:hAnsi="Times New Roman" w:cs="Times New Roman"/>
                <w:sz w:val="16"/>
                <w:szCs w:val="16"/>
              </w:rPr>
              <w:t>0.620</w:t>
            </w:r>
          </w:p>
        </w:tc>
        <w:tc>
          <w:tcPr>
            <w:tcW w:w="581" w:type="dxa"/>
          </w:tcPr>
          <w:p w14:paraId="7A7ABB08" w14:textId="77777777" w:rsidR="008A72A5" w:rsidRPr="00CA3091" w:rsidRDefault="0061584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3091">
              <w:rPr>
                <w:rFonts w:ascii="Times New Roman" w:hAnsi="Times New Roman" w:cs="Times New Roman"/>
                <w:sz w:val="16"/>
                <w:szCs w:val="16"/>
              </w:rPr>
              <w:t>1.000</w:t>
            </w:r>
          </w:p>
        </w:tc>
        <w:tc>
          <w:tcPr>
            <w:tcW w:w="581" w:type="dxa"/>
          </w:tcPr>
          <w:p w14:paraId="51660EA0" w14:textId="77777777" w:rsidR="008A72A5" w:rsidRPr="00CA3091" w:rsidRDefault="008A72A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1" w:type="dxa"/>
          </w:tcPr>
          <w:p w14:paraId="534BFF8B" w14:textId="77777777" w:rsidR="008A72A5" w:rsidRPr="00CA3091" w:rsidRDefault="008A72A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1" w:type="dxa"/>
          </w:tcPr>
          <w:p w14:paraId="25975529" w14:textId="77777777" w:rsidR="008A72A5" w:rsidRPr="00CA3091" w:rsidRDefault="008A72A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1" w:type="dxa"/>
          </w:tcPr>
          <w:p w14:paraId="39AABB52" w14:textId="77777777" w:rsidR="008A72A5" w:rsidRPr="00CA3091" w:rsidRDefault="008A72A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1" w:type="dxa"/>
          </w:tcPr>
          <w:p w14:paraId="65E0FFD2" w14:textId="77777777" w:rsidR="008A72A5" w:rsidRPr="00CA3091" w:rsidRDefault="008A72A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1" w:type="dxa"/>
          </w:tcPr>
          <w:p w14:paraId="03C2FCA0" w14:textId="77777777" w:rsidR="008A72A5" w:rsidRPr="00CA3091" w:rsidRDefault="008A72A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1" w:type="dxa"/>
          </w:tcPr>
          <w:p w14:paraId="6A6237BA" w14:textId="77777777" w:rsidR="008A72A5" w:rsidRPr="00CA3091" w:rsidRDefault="008A72A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1" w:type="dxa"/>
          </w:tcPr>
          <w:p w14:paraId="5500BDD9" w14:textId="77777777" w:rsidR="008A72A5" w:rsidRPr="00CA3091" w:rsidRDefault="008A72A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1" w:type="dxa"/>
          </w:tcPr>
          <w:p w14:paraId="18802186" w14:textId="77777777" w:rsidR="008A72A5" w:rsidRPr="00CA3091" w:rsidRDefault="008A72A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1" w:type="dxa"/>
          </w:tcPr>
          <w:p w14:paraId="0692D68B" w14:textId="77777777" w:rsidR="008A72A5" w:rsidRPr="00CA3091" w:rsidRDefault="008A72A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1" w:type="dxa"/>
          </w:tcPr>
          <w:p w14:paraId="4A3D4333" w14:textId="77777777" w:rsidR="008A72A5" w:rsidRPr="00CA3091" w:rsidRDefault="008A72A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1" w:type="dxa"/>
          </w:tcPr>
          <w:p w14:paraId="2B47D7EA" w14:textId="77777777" w:rsidR="008A72A5" w:rsidRPr="00CA3091" w:rsidRDefault="008A72A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1" w:type="dxa"/>
          </w:tcPr>
          <w:p w14:paraId="7E33046B" w14:textId="77777777" w:rsidR="008A72A5" w:rsidRPr="00CA3091" w:rsidRDefault="008A72A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A72A5" w:rsidRPr="00CA3091" w14:paraId="0835B8E8" w14:textId="77777777" w:rsidTr="00632A6D">
        <w:tc>
          <w:tcPr>
            <w:tcW w:w="518" w:type="dxa"/>
          </w:tcPr>
          <w:p w14:paraId="01E27D69" w14:textId="77777777" w:rsidR="008A72A5" w:rsidRPr="00CA3091" w:rsidRDefault="0061584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3091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581" w:type="dxa"/>
          </w:tcPr>
          <w:p w14:paraId="68F1CCDB" w14:textId="77777777" w:rsidR="008A72A5" w:rsidRPr="00CA3091" w:rsidRDefault="0061584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3091">
              <w:rPr>
                <w:rFonts w:ascii="Times New Roman" w:hAnsi="Times New Roman" w:cs="Times New Roman"/>
                <w:sz w:val="16"/>
                <w:szCs w:val="16"/>
              </w:rPr>
              <w:t>0.322</w:t>
            </w:r>
          </w:p>
        </w:tc>
        <w:tc>
          <w:tcPr>
            <w:tcW w:w="581" w:type="dxa"/>
          </w:tcPr>
          <w:p w14:paraId="1F4CD1BE" w14:textId="77777777" w:rsidR="008A72A5" w:rsidRPr="00CA3091" w:rsidRDefault="0061584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3091">
              <w:rPr>
                <w:rFonts w:ascii="Times New Roman" w:hAnsi="Times New Roman" w:cs="Times New Roman"/>
                <w:sz w:val="16"/>
                <w:szCs w:val="16"/>
              </w:rPr>
              <w:t>0.193</w:t>
            </w:r>
          </w:p>
        </w:tc>
        <w:tc>
          <w:tcPr>
            <w:tcW w:w="581" w:type="dxa"/>
          </w:tcPr>
          <w:p w14:paraId="61172AE1" w14:textId="77777777" w:rsidR="008A72A5" w:rsidRPr="00CA3091" w:rsidRDefault="0061584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3091">
              <w:rPr>
                <w:rFonts w:ascii="Times New Roman" w:hAnsi="Times New Roman" w:cs="Times New Roman"/>
                <w:sz w:val="16"/>
                <w:szCs w:val="16"/>
              </w:rPr>
              <w:t>0.417</w:t>
            </w:r>
          </w:p>
        </w:tc>
        <w:tc>
          <w:tcPr>
            <w:tcW w:w="581" w:type="dxa"/>
          </w:tcPr>
          <w:p w14:paraId="50D4F72B" w14:textId="77777777" w:rsidR="008A72A5" w:rsidRPr="00CA3091" w:rsidRDefault="0061584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3091">
              <w:rPr>
                <w:rFonts w:ascii="Times New Roman" w:hAnsi="Times New Roman" w:cs="Times New Roman"/>
                <w:sz w:val="16"/>
                <w:szCs w:val="16"/>
              </w:rPr>
              <w:t>0.225</w:t>
            </w:r>
          </w:p>
        </w:tc>
        <w:tc>
          <w:tcPr>
            <w:tcW w:w="581" w:type="dxa"/>
          </w:tcPr>
          <w:p w14:paraId="151B0903" w14:textId="77777777" w:rsidR="008A72A5" w:rsidRPr="00CA3091" w:rsidRDefault="0061584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3091">
              <w:rPr>
                <w:rFonts w:ascii="Times New Roman" w:hAnsi="Times New Roman" w:cs="Times New Roman"/>
                <w:sz w:val="16"/>
                <w:szCs w:val="16"/>
              </w:rPr>
              <w:t>0.259</w:t>
            </w:r>
          </w:p>
        </w:tc>
        <w:tc>
          <w:tcPr>
            <w:tcW w:w="581" w:type="dxa"/>
          </w:tcPr>
          <w:p w14:paraId="49356A24" w14:textId="77777777" w:rsidR="008A72A5" w:rsidRPr="00CA3091" w:rsidRDefault="0061584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3091">
              <w:rPr>
                <w:rFonts w:ascii="Times New Roman" w:hAnsi="Times New Roman" w:cs="Times New Roman"/>
                <w:sz w:val="16"/>
                <w:szCs w:val="16"/>
              </w:rPr>
              <w:t>0.259</w:t>
            </w:r>
          </w:p>
        </w:tc>
        <w:tc>
          <w:tcPr>
            <w:tcW w:w="581" w:type="dxa"/>
          </w:tcPr>
          <w:p w14:paraId="2135CDCF" w14:textId="77777777" w:rsidR="008A72A5" w:rsidRPr="00CA3091" w:rsidRDefault="0061584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3091">
              <w:rPr>
                <w:rFonts w:ascii="Times New Roman" w:hAnsi="Times New Roman" w:cs="Times New Roman"/>
                <w:sz w:val="16"/>
                <w:szCs w:val="16"/>
              </w:rPr>
              <w:t>0.513</w:t>
            </w:r>
          </w:p>
        </w:tc>
        <w:tc>
          <w:tcPr>
            <w:tcW w:w="581" w:type="dxa"/>
          </w:tcPr>
          <w:p w14:paraId="282532CD" w14:textId="77777777" w:rsidR="008A72A5" w:rsidRPr="00CA3091" w:rsidRDefault="0061584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3091">
              <w:rPr>
                <w:rFonts w:ascii="Times New Roman" w:hAnsi="Times New Roman" w:cs="Times New Roman"/>
                <w:sz w:val="16"/>
                <w:szCs w:val="16"/>
              </w:rPr>
              <w:t>0.533</w:t>
            </w:r>
          </w:p>
        </w:tc>
        <w:tc>
          <w:tcPr>
            <w:tcW w:w="581" w:type="dxa"/>
          </w:tcPr>
          <w:p w14:paraId="361AA995" w14:textId="77777777" w:rsidR="008A72A5" w:rsidRPr="00CA3091" w:rsidRDefault="0061584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3091">
              <w:rPr>
                <w:rFonts w:ascii="Times New Roman" w:hAnsi="Times New Roman" w:cs="Times New Roman"/>
                <w:sz w:val="16"/>
                <w:szCs w:val="16"/>
              </w:rPr>
              <w:t>1.000</w:t>
            </w:r>
          </w:p>
        </w:tc>
        <w:tc>
          <w:tcPr>
            <w:tcW w:w="581" w:type="dxa"/>
          </w:tcPr>
          <w:p w14:paraId="37E87B11" w14:textId="77777777" w:rsidR="008A72A5" w:rsidRPr="00CA3091" w:rsidRDefault="008A72A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1" w:type="dxa"/>
          </w:tcPr>
          <w:p w14:paraId="6CC60F05" w14:textId="77777777" w:rsidR="008A72A5" w:rsidRPr="00CA3091" w:rsidRDefault="008A72A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1" w:type="dxa"/>
          </w:tcPr>
          <w:p w14:paraId="053B167A" w14:textId="77777777" w:rsidR="008A72A5" w:rsidRPr="00CA3091" w:rsidRDefault="008A72A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1" w:type="dxa"/>
          </w:tcPr>
          <w:p w14:paraId="46D9E9E9" w14:textId="77777777" w:rsidR="008A72A5" w:rsidRPr="00CA3091" w:rsidRDefault="008A72A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1" w:type="dxa"/>
          </w:tcPr>
          <w:p w14:paraId="30EF7433" w14:textId="77777777" w:rsidR="008A72A5" w:rsidRPr="00CA3091" w:rsidRDefault="008A72A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1" w:type="dxa"/>
          </w:tcPr>
          <w:p w14:paraId="6D499939" w14:textId="77777777" w:rsidR="008A72A5" w:rsidRPr="00CA3091" w:rsidRDefault="008A72A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1" w:type="dxa"/>
          </w:tcPr>
          <w:p w14:paraId="3B881199" w14:textId="77777777" w:rsidR="008A72A5" w:rsidRPr="00CA3091" w:rsidRDefault="008A72A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1" w:type="dxa"/>
          </w:tcPr>
          <w:p w14:paraId="6E17F804" w14:textId="77777777" w:rsidR="008A72A5" w:rsidRPr="00CA3091" w:rsidRDefault="008A72A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1" w:type="dxa"/>
          </w:tcPr>
          <w:p w14:paraId="28929EB3" w14:textId="77777777" w:rsidR="008A72A5" w:rsidRPr="00CA3091" w:rsidRDefault="008A72A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1" w:type="dxa"/>
          </w:tcPr>
          <w:p w14:paraId="1BDF0C93" w14:textId="77777777" w:rsidR="008A72A5" w:rsidRPr="00CA3091" w:rsidRDefault="008A72A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1" w:type="dxa"/>
          </w:tcPr>
          <w:p w14:paraId="56F22B2F" w14:textId="77777777" w:rsidR="008A72A5" w:rsidRPr="00CA3091" w:rsidRDefault="008A72A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1" w:type="dxa"/>
          </w:tcPr>
          <w:p w14:paraId="236F845D" w14:textId="77777777" w:rsidR="008A72A5" w:rsidRPr="00CA3091" w:rsidRDefault="008A72A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A72A5" w:rsidRPr="00CA3091" w14:paraId="1DF29235" w14:textId="77777777" w:rsidTr="00632A6D">
        <w:tc>
          <w:tcPr>
            <w:tcW w:w="518" w:type="dxa"/>
          </w:tcPr>
          <w:p w14:paraId="10035CF3" w14:textId="77777777" w:rsidR="008A72A5" w:rsidRPr="00CA3091" w:rsidRDefault="0061584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3091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581" w:type="dxa"/>
          </w:tcPr>
          <w:p w14:paraId="6C118062" w14:textId="77777777" w:rsidR="008A72A5" w:rsidRPr="00CA3091" w:rsidRDefault="0061584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3091">
              <w:rPr>
                <w:rFonts w:ascii="Times New Roman" w:hAnsi="Times New Roman" w:cs="Times New Roman"/>
                <w:sz w:val="16"/>
                <w:szCs w:val="16"/>
              </w:rPr>
              <w:t>0.450</w:t>
            </w:r>
          </w:p>
        </w:tc>
        <w:tc>
          <w:tcPr>
            <w:tcW w:w="581" w:type="dxa"/>
          </w:tcPr>
          <w:p w14:paraId="767732F3" w14:textId="77777777" w:rsidR="008A72A5" w:rsidRPr="00CA3091" w:rsidRDefault="0061584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3091">
              <w:rPr>
                <w:rFonts w:ascii="Times New Roman" w:hAnsi="Times New Roman" w:cs="Times New Roman"/>
                <w:sz w:val="16"/>
                <w:szCs w:val="16"/>
              </w:rPr>
              <w:t>0.431</w:t>
            </w:r>
          </w:p>
        </w:tc>
        <w:tc>
          <w:tcPr>
            <w:tcW w:w="581" w:type="dxa"/>
          </w:tcPr>
          <w:p w14:paraId="55EA7E26" w14:textId="77777777" w:rsidR="008A72A5" w:rsidRPr="00CA3091" w:rsidRDefault="0061584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3091">
              <w:rPr>
                <w:rFonts w:ascii="Times New Roman" w:hAnsi="Times New Roman" w:cs="Times New Roman"/>
                <w:sz w:val="16"/>
                <w:szCs w:val="16"/>
              </w:rPr>
              <w:t>0.431</w:t>
            </w:r>
          </w:p>
        </w:tc>
        <w:tc>
          <w:tcPr>
            <w:tcW w:w="581" w:type="dxa"/>
          </w:tcPr>
          <w:p w14:paraId="1FF66AF9" w14:textId="77777777" w:rsidR="008A72A5" w:rsidRPr="00CA3091" w:rsidRDefault="0061584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3091">
              <w:rPr>
                <w:rFonts w:ascii="Times New Roman" w:hAnsi="Times New Roman" w:cs="Times New Roman"/>
                <w:sz w:val="16"/>
                <w:szCs w:val="16"/>
              </w:rPr>
              <w:t>0.437</w:t>
            </w:r>
          </w:p>
        </w:tc>
        <w:tc>
          <w:tcPr>
            <w:tcW w:w="581" w:type="dxa"/>
          </w:tcPr>
          <w:p w14:paraId="4B728CE7" w14:textId="77777777" w:rsidR="008A72A5" w:rsidRPr="00CA3091" w:rsidRDefault="0061584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3091">
              <w:rPr>
                <w:rFonts w:ascii="Times New Roman" w:hAnsi="Times New Roman" w:cs="Times New Roman"/>
                <w:sz w:val="16"/>
                <w:szCs w:val="16"/>
              </w:rPr>
              <w:t>0.392</w:t>
            </w:r>
          </w:p>
        </w:tc>
        <w:tc>
          <w:tcPr>
            <w:tcW w:w="581" w:type="dxa"/>
          </w:tcPr>
          <w:p w14:paraId="04944779" w14:textId="77777777" w:rsidR="008A72A5" w:rsidRPr="00CA3091" w:rsidRDefault="0061584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3091">
              <w:rPr>
                <w:rFonts w:ascii="Times New Roman" w:hAnsi="Times New Roman" w:cs="Times New Roman"/>
                <w:sz w:val="16"/>
                <w:szCs w:val="16"/>
              </w:rPr>
              <w:t>0.437</w:t>
            </w:r>
          </w:p>
        </w:tc>
        <w:tc>
          <w:tcPr>
            <w:tcW w:w="581" w:type="dxa"/>
          </w:tcPr>
          <w:p w14:paraId="4786A05C" w14:textId="77777777" w:rsidR="008A72A5" w:rsidRPr="00CA3091" w:rsidRDefault="0061584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3091">
              <w:rPr>
                <w:rFonts w:ascii="Times New Roman" w:hAnsi="Times New Roman" w:cs="Times New Roman"/>
                <w:sz w:val="16"/>
                <w:szCs w:val="16"/>
              </w:rPr>
              <w:t>0.374</w:t>
            </w:r>
          </w:p>
        </w:tc>
        <w:tc>
          <w:tcPr>
            <w:tcW w:w="581" w:type="dxa"/>
          </w:tcPr>
          <w:p w14:paraId="12C2B421" w14:textId="77777777" w:rsidR="008A72A5" w:rsidRPr="00CA3091" w:rsidRDefault="0061584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3091">
              <w:rPr>
                <w:rFonts w:ascii="Times New Roman" w:hAnsi="Times New Roman" w:cs="Times New Roman"/>
                <w:sz w:val="16"/>
                <w:szCs w:val="16"/>
              </w:rPr>
              <w:t>0.397</w:t>
            </w:r>
          </w:p>
        </w:tc>
        <w:tc>
          <w:tcPr>
            <w:tcW w:w="581" w:type="dxa"/>
          </w:tcPr>
          <w:p w14:paraId="52850D22" w14:textId="77777777" w:rsidR="008A72A5" w:rsidRPr="00CA3091" w:rsidRDefault="0061584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3091">
              <w:rPr>
                <w:rFonts w:ascii="Times New Roman" w:hAnsi="Times New Roman" w:cs="Times New Roman"/>
                <w:sz w:val="16"/>
                <w:szCs w:val="16"/>
              </w:rPr>
              <w:t>0.350</w:t>
            </w:r>
          </w:p>
        </w:tc>
        <w:tc>
          <w:tcPr>
            <w:tcW w:w="581" w:type="dxa"/>
          </w:tcPr>
          <w:p w14:paraId="5555C590" w14:textId="77777777" w:rsidR="008A72A5" w:rsidRPr="00CA3091" w:rsidRDefault="0061584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3091">
              <w:rPr>
                <w:rFonts w:ascii="Times New Roman" w:hAnsi="Times New Roman" w:cs="Times New Roman"/>
                <w:sz w:val="16"/>
                <w:szCs w:val="16"/>
              </w:rPr>
              <w:t>1.000</w:t>
            </w:r>
          </w:p>
        </w:tc>
        <w:tc>
          <w:tcPr>
            <w:tcW w:w="581" w:type="dxa"/>
          </w:tcPr>
          <w:p w14:paraId="56891AF3" w14:textId="77777777" w:rsidR="008A72A5" w:rsidRPr="00CA3091" w:rsidRDefault="008A72A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1" w:type="dxa"/>
          </w:tcPr>
          <w:p w14:paraId="64DBBCDC" w14:textId="77777777" w:rsidR="008A72A5" w:rsidRPr="00CA3091" w:rsidRDefault="008A72A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1" w:type="dxa"/>
          </w:tcPr>
          <w:p w14:paraId="5CE922EE" w14:textId="77777777" w:rsidR="008A72A5" w:rsidRPr="00CA3091" w:rsidRDefault="008A72A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1" w:type="dxa"/>
          </w:tcPr>
          <w:p w14:paraId="76EDEA96" w14:textId="77777777" w:rsidR="008A72A5" w:rsidRPr="00CA3091" w:rsidRDefault="008A72A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1" w:type="dxa"/>
          </w:tcPr>
          <w:p w14:paraId="204D6C70" w14:textId="77777777" w:rsidR="008A72A5" w:rsidRPr="00CA3091" w:rsidRDefault="008A72A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1" w:type="dxa"/>
          </w:tcPr>
          <w:p w14:paraId="5545C68C" w14:textId="77777777" w:rsidR="008A72A5" w:rsidRPr="00CA3091" w:rsidRDefault="008A72A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1" w:type="dxa"/>
          </w:tcPr>
          <w:p w14:paraId="70DEDC19" w14:textId="77777777" w:rsidR="008A72A5" w:rsidRPr="00CA3091" w:rsidRDefault="008A72A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1" w:type="dxa"/>
          </w:tcPr>
          <w:p w14:paraId="30AE92DC" w14:textId="77777777" w:rsidR="008A72A5" w:rsidRPr="00CA3091" w:rsidRDefault="008A72A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1" w:type="dxa"/>
          </w:tcPr>
          <w:p w14:paraId="3444CB6D" w14:textId="77777777" w:rsidR="008A72A5" w:rsidRPr="00CA3091" w:rsidRDefault="008A72A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1" w:type="dxa"/>
          </w:tcPr>
          <w:p w14:paraId="4E3CF5B4" w14:textId="77777777" w:rsidR="008A72A5" w:rsidRPr="00CA3091" w:rsidRDefault="008A72A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1" w:type="dxa"/>
          </w:tcPr>
          <w:p w14:paraId="13AAE3D1" w14:textId="77777777" w:rsidR="008A72A5" w:rsidRPr="00CA3091" w:rsidRDefault="008A72A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A72A5" w:rsidRPr="00CA3091" w14:paraId="0D1C0DDA" w14:textId="77777777" w:rsidTr="00632A6D">
        <w:tc>
          <w:tcPr>
            <w:tcW w:w="518" w:type="dxa"/>
          </w:tcPr>
          <w:p w14:paraId="7DDFC774" w14:textId="77777777" w:rsidR="008A72A5" w:rsidRPr="00CA3091" w:rsidRDefault="0061584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3091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581" w:type="dxa"/>
          </w:tcPr>
          <w:p w14:paraId="0CF3A2EE" w14:textId="77777777" w:rsidR="008A72A5" w:rsidRPr="00CA3091" w:rsidRDefault="0061584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3091">
              <w:rPr>
                <w:rFonts w:ascii="Times New Roman" w:hAnsi="Times New Roman" w:cs="Times New Roman"/>
                <w:sz w:val="16"/>
                <w:szCs w:val="16"/>
              </w:rPr>
              <w:t>0.360</w:t>
            </w:r>
          </w:p>
        </w:tc>
        <w:tc>
          <w:tcPr>
            <w:tcW w:w="581" w:type="dxa"/>
          </w:tcPr>
          <w:p w14:paraId="79BE4C9D" w14:textId="77777777" w:rsidR="008A72A5" w:rsidRPr="00CA3091" w:rsidRDefault="0061584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3091">
              <w:rPr>
                <w:rFonts w:ascii="Times New Roman" w:hAnsi="Times New Roman" w:cs="Times New Roman"/>
                <w:sz w:val="16"/>
                <w:szCs w:val="16"/>
              </w:rPr>
              <w:t>0.193</w:t>
            </w:r>
          </w:p>
        </w:tc>
        <w:tc>
          <w:tcPr>
            <w:tcW w:w="581" w:type="dxa"/>
          </w:tcPr>
          <w:p w14:paraId="148E202B" w14:textId="77777777" w:rsidR="008A72A5" w:rsidRPr="00CA3091" w:rsidRDefault="0061584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3091">
              <w:rPr>
                <w:rFonts w:ascii="Times New Roman" w:hAnsi="Times New Roman" w:cs="Times New Roman"/>
                <w:sz w:val="16"/>
                <w:szCs w:val="16"/>
              </w:rPr>
              <w:t>0.392</w:t>
            </w:r>
          </w:p>
        </w:tc>
        <w:tc>
          <w:tcPr>
            <w:tcW w:w="581" w:type="dxa"/>
          </w:tcPr>
          <w:p w14:paraId="2B74D249" w14:textId="77777777" w:rsidR="008A72A5" w:rsidRPr="00CA3091" w:rsidRDefault="0061584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3091">
              <w:rPr>
                <w:rFonts w:ascii="Times New Roman" w:hAnsi="Times New Roman" w:cs="Times New Roman"/>
                <w:sz w:val="16"/>
                <w:szCs w:val="16"/>
              </w:rPr>
              <w:t>0.277</w:t>
            </w:r>
          </w:p>
        </w:tc>
        <w:tc>
          <w:tcPr>
            <w:tcW w:w="581" w:type="dxa"/>
          </w:tcPr>
          <w:p w14:paraId="3BB40AFE" w14:textId="77777777" w:rsidR="008A72A5" w:rsidRPr="00CA3091" w:rsidRDefault="0061584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3091">
              <w:rPr>
                <w:rFonts w:ascii="Times New Roman" w:hAnsi="Times New Roman" w:cs="Times New Roman"/>
                <w:sz w:val="16"/>
                <w:szCs w:val="16"/>
              </w:rPr>
              <w:t>0.412</w:t>
            </w:r>
          </w:p>
        </w:tc>
        <w:tc>
          <w:tcPr>
            <w:tcW w:w="581" w:type="dxa"/>
          </w:tcPr>
          <w:p w14:paraId="05168F43" w14:textId="77777777" w:rsidR="008A72A5" w:rsidRPr="00CA3091" w:rsidRDefault="0061584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3091">
              <w:rPr>
                <w:rFonts w:ascii="Times New Roman" w:hAnsi="Times New Roman" w:cs="Times New Roman"/>
                <w:sz w:val="16"/>
                <w:szCs w:val="16"/>
              </w:rPr>
              <w:t>0.327</w:t>
            </w:r>
          </w:p>
        </w:tc>
        <w:tc>
          <w:tcPr>
            <w:tcW w:w="581" w:type="dxa"/>
          </w:tcPr>
          <w:p w14:paraId="4D82C0C6" w14:textId="77777777" w:rsidR="008A72A5" w:rsidRPr="00CA3091" w:rsidRDefault="0061584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3091">
              <w:rPr>
                <w:rFonts w:ascii="Times New Roman" w:hAnsi="Times New Roman" w:cs="Times New Roman"/>
                <w:sz w:val="16"/>
                <w:szCs w:val="16"/>
              </w:rPr>
              <w:t>0.437</w:t>
            </w:r>
          </w:p>
        </w:tc>
        <w:tc>
          <w:tcPr>
            <w:tcW w:w="581" w:type="dxa"/>
          </w:tcPr>
          <w:p w14:paraId="2C2A580E" w14:textId="77777777" w:rsidR="008A72A5" w:rsidRPr="00CA3091" w:rsidRDefault="0061584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3091">
              <w:rPr>
                <w:rFonts w:ascii="Times New Roman" w:hAnsi="Times New Roman" w:cs="Times New Roman"/>
                <w:sz w:val="16"/>
                <w:szCs w:val="16"/>
              </w:rPr>
              <w:t>0.375</w:t>
            </w:r>
          </w:p>
        </w:tc>
        <w:tc>
          <w:tcPr>
            <w:tcW w:w="581" w:type="dxa"/>
          </w:tcPr>
          <w:p w14:paraId="6F80C8AE" w14:textId="77777777" w:rsidR="008A72A5" w:rsidRPr="00CA3091" w:rsidRDefault="0061584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3091">
              <w:rPr>
                <w:rFonts w:ascii="Times New Roman" w:hAnsi="Times New Roman" w:cs="Times New Roman"/>
                <w:sz w:val="16"/>
                <w:szCs w:val="16"/>
              </w:rPr>
              <w:t>0.501</w:t>
            </w:r>
          </w:p>
        </w:tc>
        <w:tc>
          <w:tcPr>
            <w:tcW w:w="581" w:type="dxa"/>
          </w:tcPr>
          <w:p w14:paraId="3A9FB2DF" w14:textId="77777777" w:rsidR="008A72A5" w:rsidRPr="00CA3091" w:rsidRDefault="0061584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3091">
              <w:rPr>
                <w:rFonts w:ascii="Times New Roman" w:hAnsi="Times New Roman" w:cs="Times New Roman"/>
                <w:sz w:val="16"/>
                <w:szCs w:val="16"/>
              </w:rPr>
              <w:t>0.453</w:t>
            </w:r>
          </w:p>
        </w:tc>
        <w:tc>
          <w:tcPr>
            <w:tcW w:w="581" w:type="dxa"/>
          </w:tcPr>
          <w:p w14:paraId="1B9DF200" w14:textId="77777777" w:rsidR="008A72A5" w:rsidRPr="00CA3091" w:rsidRDefault="0061584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3091">
              <w:rPr>
                <w:rFonts w:ascii="Times New Roman" w:hAnsi="Times New Roman" w:cs="Times New Roman"/>
                <w:sz w:val="16"/>
                <w:szCs w:val="16"/>
              </w:rPr>
              <w:t>1.000</w:t>
            </w:r>
          </w:p>
        </w:tc>
        <w:tc>
          <w:tcPr>
            <w:tcW w:w="581" w:type="dxa"/>
          </w:tcPr>
          <w:p w14:paraId="1559AD70" w14:textId="77777777" w:rsidR="008A72A5" w:rsidRPr="00CA3091" w:rsidRDefault="008A72A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1" w:type="dxa"/>
          </w:tcPr>
          <w:p w14:paraId="2C5F6773" w14:textId="77777777" w:rsidR="008A72A5" w:rsidRPr="00CA3091" w:rsidRDefault="008A72A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1" w:type="dxa"/>
          </w:tcPr>
          <w:p w14:paraId="63105E5F" w14:textId="77777777" w:rsidR="008A72A5" w:rsidRPr="00CA3091" w:rsidRDefault="008A72A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1" w:type="dxa"/>
          </w:tcPr>
          <w:p w14:paraId="06015A2D" w14:textId="77777777" w:rsidR="008A72A5" w:rsidRPr="00CA3091" w:rsidRDefault="008A72A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1" w:type="dxa"/>
          </w:tcPr>
          <w:p w14:paraId="7CED26E4" w14:textId="77777777" w:rsidR="008A72A5" w:rsidRPr="00CA3091" w:rsidRDefault="008A72A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1" w:type="dxa"/>
          </w:tcPr>
          <w:p w14:paraId="30FA0206" w14:textId="77777777" w:rsidR="008A72A5" w:rsidRPr="00CA3091" w:rsidRDefault="008A72A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1" w:type="dxa"/>
          </w:tcPr>
          <w:p w14:paraId="022C6A23" w14:textId="77777777" w:rsidR="008A72A5" w:rsidRPr="00CA3091" w:rsidRDefault="008A72A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1" w:type="dxa"/>
          </w:tcPr>
          <w:p w14:paraId="7CF07EE7" w14:textId="77777777" w:rsidR="008A72A5" w:rsidRPr="00CA3091" w:rsidRDefault="008A72A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1" w:type="dxa"/>
          </w:tcPr>
          <w:p w14:paraId="31415AFC" w14:textId="77777777" w:rsidR="008A72A5" w:rsidRPr="00CA3091" w:rsidRDefault="008A72A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1" w:type="dxa"/>
          </w:tcPr>
          <w:p w14:paraId="334C31B7" w14:textId="77777777" w:rsidR="008A72A5" w:rsidRPr="00CA3091" w:rsidRDefault="008A72A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A72A5" w:rsidRPr="00CA3091" w14:paraId="369DEB42" w14:textId="77777777" w:rsidTr="00632A6D">
        <w:tc>
          <w:tcPr>
            <w:tcW w:w="518" w:type="dxa"/>
          </w:tcPr>
          <w:p w14:paraId="084C2BE8" w14:textId="77777777" w:rsidR="008A72A5" w:rsidRPr="00CA3091" w:rsidRDefault="0061584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3091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581" w:type="dxa"/>
          </w:tcPr>
          <w:p w14:paraId="6D3D103C" w14:textId="77777777" w:rsidR="008A72A5" w:rsidRPr="00CA3091" w:rsidRDefault="0061584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3091">
              <w:rPr>
                <w:rFonts w:ascii="Times New Roman" w:hAnsi="Times New Roman" w:cs="Times New Roman"/>
                <w:sz w:val="16"/>
                <w:szCs w:val="16"/>
              </w:rPr>
              <w:t>0.393</w:t>
            </w:r>
          </w:p>
        </w:tc>
        <w:tc>
          <w:tcPr>
            <w:tcW w:w="581" w:type="dxa"/>
          </w:tcPr>
          <w:p w14:paraId="5AA4CD66" w14:textId="77777777" w:rsidR="008A72A5" w:rsidRPr="00CA3091" w:rsidRDefault="0061584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3091">
              <w:rPr>
                <w:rFonts w:ascii="Times New Roman" w:hAnsi="Times New Roman" w:cs="Times New Roman"/>
                <w:sz w:val="16"/>
                <w:szCs w:val="16"/>
              </w:rPr>
              <w:t>0.360</w:t>
            </w:r>
          </w:p>
        </w:tc>
        <w:tc>
          <w:tcPr>
            <w:tcW w:w="581" w:type="dxa"/>
          </w:tcPr>
          <w:p w14:paraId="7F68A8C7" w14:textId="77777777" w:rsidR="008A72A5" w:rsidRPr="00CA3091" w:rsidRDefault="0061584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3091">
              <w:rPr>
                <w:rFonts w:ascii="Times New Roman" w:hAnsi="Times New Roman" w:cs="Times New Roman"/>
                <w:sz w:val="16"/>
                <w:szCs w:val="16"/>
              </w:rPr>
              <w:t>0.296</w:t>
            </w:r>
          </w:p>
        </w:tc>
        <w:tc>
          <w:tcPr>
            <w:tcW w:w="581" w:type="dxa"/>
          </w:tcPr>
          <w:p w14:paraId="6D1FDB9E" w14:textId="77777777" w:rsidR="008A72A5" w:rsidRPr="00CA3091" w:rsidRDefault="0061584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3091">
              <w:rPr>
                <w:rFonts w:ascii="Times New Roman" w:hAnsi="Times New Roman" w:cs="Times New Roman"/>
                <w:sz w:val="16"/>
                <w:szCs w:val="16"/>
              </w:rPr>
              <w:t>0.284</w:t>
            </w:r>
          </w:p>
        </w:tc>
        <w:tc>
          <w:tcPr>
            <w:tcW w:w="581" w:type="dxa"/>
          </w:tcPr>
          <w:p w14:paraId="7A392A04" w14:textId="77777777" w:rsidR="008A72A5" w:rsidRPr="00CA3091" w:rsidRDefault="0061584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3091">
              <w:rPr>
                <w:rFonts w:ascii="Times New Roman" w:hAnsi="Times New Roman" w:cs="Times New Roman"/>
                <w:sz w:val="16"/>
                <w:szCs w:val="16"/>
              </w:rPr>
              <w:t>0.475</w:t>
            </w:r>
          </w:p>
        </w:tc>
        <w:tc>
          <w:tcPr>
            <w:tcW w:w="581" w:type="dxa"/>
          </w:tcPr>
          <w:p w14:paraId="7E0DD1C3" w14:textId="77777777" w:rsidR="008A72A5" w:rsidRPr="00CA3091" w:rsidRDefault="0061584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3091">
              <w:rPr>
                <w:rFonts w:ascii="Times New Roman" w:hAnsi="Times New Roman" w:cs="Times New Roman"/>
                <w:sz w:val="16"/>
                <w:szCs w:val="16"/>
              </w:rPr>
              <w:t>0.370</w:t>
            </w:r>
          </w:p>
        </w:tc>
        <w:tc>
          <w:tcPr>
            <w:tcW w:w="581" w:type="dxa"/>
          </w:tcPr>
          <w:p w14:paraId="73351ED9" w14:textId="77777777" w:rsidR="008A72A5" w:rsidRPr="00CA3091" w:rsidRDefault="0061584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3091">
              <w:rPr>
                <w:rFonts w:ascii="Times New Roman" w:hAnsi="Times New Roman" w:cs="Times New Roman"/>
                <w:sz w:val="16"/>
                <w:szCs w:val="16"/>
              </w:rPr>
              <w:t>0.480</w:t>
            </w:r>
          </w:p>
        </w:tc>
        <w:tc>
          <w:tcPr>
            <w:tcW w:w="581" w:type="dxa"/>
          </w:tcPr>
          <w:p w14:paraId="57ED5228" w14:textId="77777777" w:rsidR="008A72A5" w:rsidRPr="00CA3091" w:rsidRDefault="0061584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3091">
              <w:rPr>
                <w:rFonts w:ascii="Times New Roman" w:hAnsi="Times New Roman" w:cs="Times New Roman"/>
                <w:sz w:val="16"/>
                <w:szCs w:val="16"/>
              </w:rPr>
              <w:t>0.492</w:t>
            </w:r>
          </w:p>
        </w:tc>
        <w:tc>
          <w:tcPr>
            <w:tcW w:w="581" w:type="dxa"/>
          </w:tcPr>
          <w:p w14:paraId="4675B4F4" w14:textId="77777777" w:rsidR="008A72A5" w:rsidRPr="00CA3091" w:rsidRDefault="0061584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3091">
              <w:rPr>
                <w:rFonts w:ascii="Times New Roman" w:hAnsi="Times New Roman" w:cs="Times New Roman"/>
                <w:sz w:val="16"/>
                <w:szCs w:val="16"/>
              </w:rPr>
              <w:t>0.405</w:t>
            </w:r>
          </w:p>
        </w:tc>
        <w:tc>
          <w:tcPr>
            <w:tcW w:w="581" w:type="dxa"/>
          </w:tcPr>
          <w:p w14:paraId="2CABC81D" w14:textId="77777777" w:rsidR="008A72A5" w:rsidRPr="00CA3091" w:rsidRDefault="0061584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3091">
              <w:rPr>
                <w:rFonts w:ascii="Times New Roman" w:hAnsi="Times New Roman" w:cs="Times New Roman"/>
                <w:sz w:val="16"/>
                <w:szCs w:val="16"/>
              </w:rPr>
              <w:t>0.321</w:t>
            </w:r>
          </w:p>
        </w:tc>
        <w:tc>
          <w:tcPr>
            <w:tcW w:w="581" w:type="dxa"/>
          </w:tcPr>
          <w:p w14:paraId="5528C159" w14:textId="77777777" w:rsidR="008A72A5" w:rsidRPr="00CA3091" w:rsidRDefault="0061584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3091">
              <w:rPr>
                <w:rFonts w:ascii="Times New Roman" w:hAnsi="Times New Roman" w:cs="Times New Roman"/>
                <w:sz w:val="16"/>
                <w:szCs w:val="16"/>
              </w:rPr>
              <w:t>0.451</w:t>
            </w:r>
          </w:p>
        </w:tc>
        <w:tc>
          <w:tcPr>
            <w:tcW w:w="581" w:type="dxa"/>
          </w:tcPr>
          <w:p w14:paraId="178E51BF" w14:textId="77777777" w:rsidR="008A72A5" w:rsidRPr="00CA3091" w:rsidRDefault="0061584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3091">
              <w:rPr>
                <w:rFonts w:ascii="Times New Roman" w:hAnsi="Times New Roman" w:cs="Times New Roman"/>
                <w:sz w:val="16"/>
                <w:szCs w:val="16"/>
              </w:rPr>
              <w:t>1.000</w:t>
            </w:r>
          </w:p>
        </w:tc>
        <w:tc>
          <w:tcPr>
            <w:tcW w:w="581" w:type="dxa"/>
          </w:tcPr>
          <w:p w14:paraId="49E2BAC4" w14:textId="77777777" w:rsidR="008A72A5" w:rsidRPr="00CA3091" w:rsidRDefault="008A72A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1" w:type="dxa"/>
          </w:tcPr>
          <w:p w14:paraId="1A23DBC1" w14:textId="77777777" w:rsidR="008A72A5" w:rsidRPr="00CA3091" w:rsidRDefault="008A72A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1" w:type="dxa"/>
          </w:tcPr>
          <w:p w14:paraId="6CB239D3" w14:textId="77777777" w:rsidR="008A72A5" w:rsidRPr="00CA3091" w:rsidRDefault="008A72A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1" w:type="dxa"/>
          </w:tcPr>
          <w:p w14:paraId="0C615522" w14:textId="77777777" w:rsidR="008A72A5" w:rsidRPr="00CA3091" w:rsidRDefault="008A72A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1" w:type="dxa"/>
          </w:tcPr>
          <w:p w14:paraId="0D0BA809" w14:textId="77777777" w:rsidR="008A72A5" w:rsidRPr="00CA3091" w:rsidRDefault="008A72A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1" w:type="dxa"/>
          </w:tcPr>
          <w:p w14:paraId="133A1AF8" w14:textId="77777777" w:rsidR="008A72A5" w:rsidRPr="00CA3091" w:rsidRDefault="008A72A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1" w:type="dxa"/>
          </w:tcPr>
          <w:p w14:paraId="37294A53" w14:textId="77777777" w:rsidR="008A72A5" w:rsidRPr="00CA3091" w:rsidRDefault="008A72A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1" w:type="dxa"/>
          </w:tcPr>
          <w:p w14:paraId="46152EC3" w14:textId="77777777" w:rsidR="008A72A5" w:rsidRPr="00CA3091" w:rsidRDefault="008A72A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1" w:type="dxa"/>
          </w:tcPr>
          <w:p w14:paraId="35AFDC29" w14:textId="77777777" w:rsidR="008A72A5" w:rsidRPr="00CA3091" w:rsidRDefault="008A72A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A72A5" w:rsidRPr="00CA3091" w14:paraId="21DFE934" w14:textId="77777777" w:rsidTr="00632A6D">
        <w:tc>
          <w:tcPr>
            <w:tcW w:w="518" w:type="dxa"/>
          </w:tcPr>
          <w:p w14:paraId="63571F10" w14:textId="77777777" w:rsidR="008A72A5" w:rsidRPr="00CA3091" w:rsidRDefault="0061584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3091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581" w:type="dxa"/>
          </w:tcPr>
          <w:p w14:paraId="204F8BB8" w14:textId="77777777" w:rsidR="008A72A5" w:rsidRPr="00CA3091" w:rsidRDefault="0061584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3091">
              <w:rPr>
                <w:rFonts w:ascii="Times New Roman" w:hAnsi="Times New Roman" w:cs="Times New Roman"/>
                <w:sz w:val="16"/>
                <w:szCs w:val="16"/>
              </w:rPr>
              <w:t>0.392</w:t>
            </w:r>
          </w:p>
        </w:tc>
        <w:tc>
          <w:tcPr>
            <w:tcW w:w="581" w:type="dxa"/>
          </w:tcPr>
          <w:p w14:paraId="26AFE2B1" w14:textId="77777777" w:rsidR="008A72A5" w:rsidRPr="00CA3091" w:rsidRDefault="0061584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3091">
              <w:rPr>
                <w:rFonts w:ascii="Times New Roman" w:hAnsi="Times New Roman" w:cs="Times New Roman"/>
                <w:sz w:val="16"/>
                <w:szCs w:val="16"/>
              </w:rPr>
              <w:t>0.146</w:t>
            </w:r>
          </w:p>
        </w:tc>
        <w:tc>
          <w:tcPr>
            <w:tcW w:w="581" w:type="dxa"/>
          </w:tcPr>
          <w:p w14:paraId="449879C4" w14:textId="77777777" w:rsidR="008A72A5" w:rsidRPr="00CA3091" w:rsidRDefault="0061584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3091">
              <w:rPr>
                <w:rFonts w:ascii="Times New Roman" w:hAnsi="Times New Roman" w:cs="Times New Roman"/>
                <w:sz w:val="16"/>
                <w:szCs w:val="16"/>
              </w:rPr>
              <w:t>0.355</w:t>
            </w:r>
          </w:p>
        </w:tc>
        <w:tc>
          <w:tcPr>
            <w:tcW w:w="581" w:type="dxa"/>
          </w:tcPr>
          <w:p w14:paraId="28842966" w14:textId="77777777" w:rsidR="008A72A5" w:rsidRPr="00CA3091" w:rsidRDefault="0061584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3091">
              <w:rPr>
                <w:rFonts w:ascii="Times New Roman" w:hAnsi="Times New Roman" w:cs="Times New Roman"/>
                <w:sz w:val="16"/>
                <w:szCs w:val="16"/>
              </w:rPr>
              <w:t>0.147</w:t>
            </w:r>
          </w:p>
        </w:tc>
        <w:tc>
          <w:tcPr>
            <w:tcW w:w="581" w:type="dxa"/>
          </w:tcPr>
          <w:p w14:paraId="7134F5AF" w14:textId="77777777" w:rsidR="008A72A5" w:rsidRPr="00CA3091" w:rsidRDefault="0061584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3091">
              <w:rPr>
                <w:rFonts w:ascii="Times New Roman" w:hAnsi="Times New Roman" w:cs="Times New Roman"/>
                <w:sz w:val="16"/>
                <w:szCs w:val="16"/>
              </w:rPr>
              <w:t>0.428</w:t>
            </w:r>
          </w:p>
        </w:tc>
        <w:tc>
          <w:tcPr>
            <w:tcW w:w="581" w:type="dxa"/>
          </w:tcPr>
          <w:p w14:paraId="17C22D4B" w14:textId="77777777" w:rsidR="008A72A5" w:rsidRPr="00CA3091" w:rsidRDefault="0061584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3091">
              <w:rPr>
                <w:rFonts w:ascii="Times New Roman" w:hAnsi="Times New Roman" w:cs="Times New Roman"/>
                <w:sz w:val="16"/>
                <w:szCs w:val="16"/>
              </w:rPr>
              <w:t>0.357</w:t>
            </w:r>
          </w:p>
        </w:tc>
        <w:tc>
          <w:tcPr>
            <w:tcW w:w="581" w:type="dxa"/>
          </w:tcPr>
          <w:p w14:paraId="0F504D52" w14:textId="77777777" w:rsidR="008A72A5" w:rsidRPr="00CA3091" w:rsidRDefault="0061584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3091">
              <w:rPr>
                <w:rFonts w:ascii="Times New Roman" w:hAnsi="Times New Roman" w:cs="Times New Roman"/>
                <w:sz w:val="16"/>
                <w:szCs w:val="16"/>
              </w:rPr>
              <w:t>0.524</w:t>
            </w:r>
          </w:p>
        </w:tc>
        <w:tc>
          <w:tcPr>
            <w:tcW w:w="581" w:type="dxa"/>
          </w:tcPr>
          <w:p w14:paraId="16B309AD" w14:textId="77777777" w:rsidR="008A72A5" w:rsidRPr="00CA3091" w:rsidRDefault="0061584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3091">
              <w:rPr>
                <w:rFonts w:ascii="Times New Roman" w:hAnsi="Times New Roman" w:cs="Times New Roman"/>
                <w:sz w:val="16"/>
                <w:szCs w:val="16"/>
              </w:rPr>
              <w:t>0.475</w:t>
            </w:r>
          </w:p>
        </w:tc>
        <w:tc>
          <w:tcPr>
            <w:tcW w:w="581" w:type="dxa"/>
          </w:tcPr>
          <w:p w14:paraId="6D86DEE1" w14:textId="77777777" w:rsidR="008A72A5" w:rsidRPr="00CA3091" w:rsidRDefault="0061584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3091">
              <w:rPr>
                <w:rFonts w:ascii="Times New Roman" w:hAnsi="Times New Roman" w:cs="Times New Roman"/>
                <w:sz w:val="16"/>
                <w:szCs w:val="16"/>
              </w:rPr>
              <w:t>0.561</w:t>
            </w:r>
          </w:p>
        </w:tc>
        <w:tc>
          <w:tcPr>
            <w:tcW w:w="581" w:type="dxa"/>
          </w:tcPr>
          <w:p w14:paraId="6A213DF2" w14:textId="77777777" w:rsidR="008A72A5" w:rsidRPr="00CA3091" w:rsidRDefault="0061584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3091">
              <w:rPr>
                <w:rFonts w:ascii="Times New Roman" w:hAnsi="Times New Roman" w:cs="Times New Roman"/>
                <w:sz w:val="16"/>
                <w:szCs w:val="16"/>
              </w:rPr>
              <w:t>0.275</w:t>
            </w:r>
          </w:p>
        </w:tc>
        <w:tc>
          <w:tcPr>
            <w:tcW w:w="581" w:type="dxa"/>
          </w:tcPr>
          <w:p w14:paraId="18524F73" w14:textId="77777777" w:rsidR="008A72A5" w:rsidRPr="00CA3091" w:rsidRDefault="0061584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3091">
              <w:rPr>
                <w:rFonts w:ascii="Times New Roman" w:hAnsi="Times New Roman" w:cs="Times New Roman"/>
                <w:sz w:val="16"/>
                <w:szCs w:val="16"/>
              </w:rPr>
              <w:t>0.613</w:t>
            </w:r>
          </w:p>
        </w:tc>
        <w:tc>
          <w:tcPr>
            <w:tcW w:w="581" w:type="dxa"/>
          </w:tcPr>
          <w:p w14:paraId="28BE9CC9" w14:textId="77777777" w:rsidR="008A72A5" w:rsidRPr="00CA3091" w:rsidRDefault="0061584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3091">
              <w:rPr>
                <w:rFonts w:ascii="Times New Roman" w:hAnsi="Times New Roman" w:cs="Times New Roman"/>
                <w:sz w:val="16"/>
                <w:szCs w:val="16"/>
              </w:rPr>
              <w:t>0.585</w:t>
            </w:r>
          </w:p>
        </w:tc>
        <w:tc>
          <w:tcPr>
            <w:tcW w:w="581" w:type="dxa"/>
          </w:tcPr>
          <w:p w14:paraId="339192BA" w14:textId="77777777" w:rsidR="008A72A5" w:rsidRPr="00CA3091" w:rsidRDefault="0061584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3091">
              <w:rPr>
                <w:rFonts w:ascii="Times New Roman" w:hAnsi="Times New Roman" w:cs="Times New Roman"/>
                <w:sz w:val="16"/>
                <w:szCs w:val="16"/>
              </w:rPr>
              <w:t>1.000</w:t>
            </w:r>
          </w:p>
        </w:tc>
        <w:tc>
          <w:tcPr>
            <w:tcW w:w="581" w:type="dxa"/>
          </w:tcPr>
          <w:p w14:paraId="72B6BCE3" w14:textId="77777777" w:rsidR="008A72A5" w:rsidRPr="00CA3091" w:rsidRDefault="008A72A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1" w:type="dxa"/>
          </w:tcPr>
          <w:p w14:paraId="67795011" w14:textId="77777777" w:rsidR="008A72A5" w:rsidRPr="00CA3091" w:rsidRDefault="008A72A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1" w:type="dxa"/>
          </w:tcPr>
          <w:p w14:paraId="340182E7" w14:textId="77777777" w:rsidR="008A72A5" w:rsidRPr="00CA3091" w:rsidRDefault="008A72A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1" w:type="dxa"/>
          </w:tcPr>
          <w:p w14:paraId="3907B2E2" w14:textId="77777777" w:rsidR="008A72A5" w:rsidRPr="00CA3091" w:rsidRDefault="008A72A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1" w:type="dxa"/>
          </w:tcPr>
          <w:p w14:paraId="77664F35" w14:textId="77777777" w:rsidR="008A72A5" w:rsidRPr="00CA3091" w:rsidRDefault="008A72A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1" w:type="dxa"/>
          </w:tcPr>
          <w:p w14:paraId="2AF98C8E" w14:textId="77777777" w:rsidR="008A72A5" w:rsidRPr="00CA3091" w:rsidRDefault="008A72A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1" w:type="dxa"/>
          </w:tcPr>
          <w:p w14:paraId="4291F76E" w14:textId="77777777" w:rsidR="008A72A5" w:rsidRPr="00CA3091" w:rsidRDefault="008A72A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1" w:type="dxa"/>
          </w:tcPr>
          <w:p w14:paraId="74CE1A9D" w14:textId="77777777" w:rsidR="008A72A5" w:rsidRPr="00CA3091" w:rsidRDefault="008A72A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A72A5" w:rsidRPr="00CA3091" w14:paraId="6BFB150C" w14:textId="77777777" w:rsidTr="00632A6D">
        <w:tc>
          <w:tcPr>
            <w:tcW w:w="518" w:type="dxa"/>
          </w:tcPr>
          <w:p w14:paraId="26024696" w14:textId="77777777" w:rsidR="008A72A5" w:rsidRPr="00CA3091" w:rsidRDefault="0061584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3091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581" w:type="dxa"/>
          </w:tcPr>
          <w:p w14:paraId="405AA20A" w14:textId="77777777" w:rsidR="008A72A5" w:rsidRPr="00CA3091" w:rsidRDefault="0061584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3091">
              <w:rPr>
                <w:rFonts w:ascii="Times New Roman" w:hAnsi="Times New Roman" w:cs="Times New Roman"/>
                <w:sz w:val="16"/>
                <w:szCs w:val="16"/>
              </w:rPr>
              <w:t>0.403</w:t>
            </w:r>
          </w:p>
        </w:tc>
        <w:tc>
          <w:tcPr>
            <w:tcW w:w="581" w:type="dxa"/>
          </w:tcPr>
          <w:p w14:paraId="7007204A" w14:textId="77777777" w:rsidR="008A72A5" w:rsidRPr="00CA3091" w:rsidRDefault="0061584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3091">
              <w:rPr>
                <w:rFonts w:ascii="Times New Roman" w:hAnsi="Times New Roman" w:cs="Times New Roman"/>
                <w:sz w:val="16"/>
                <w:szCs w:val="16"/>
              </w:rPr>
              <w:t>0.220</w:t>
            </w:r>
          </w:p>
        </w:tc>
        <w:tc>
          <w:tcPr>
            <w:tcW w:w="581" w:type="dxa"/>
          </w:tcPr>
          <w:p w14:paraId="5C6E9BBC" w14:textId="77777777" w:rsidR="008A72A5" w:rsidRPr="00CA3091" w:rsidRDefault="0061584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3091">
              <w:rPr>
                <w:rFonts w:ascii="Times New Roman" w:hAnsi="Times New Roman" w:cs="Times New Roman"/>
                <w:sz w:val="16"/>
                <w:szCs w:val="16"/>
              </w:rPr>
              <w:t>0.378</w:t>
            </w:r>
          </w:p>
        </w:tc>
        <w:tc>
          <w:tcPr>
            <w:tcW w:w="581" w:type="dxa"/>
          </w:tcPr>
          <w:p w14:paraId="1A596805" w14:textId="77777777" w:rsidR="008A72A5" w:rsidRPr="00CA3091" w:rsidRDefault="0061584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3091">
              <w:rPr>
                <w:rFonts w:ascii="Times New Roman" w:hAnsi="Times New Roman" w:cs="Times New Roman"/>
                <w:sz w:val="16"/>
                <w:szCs w:val="16"/>
              </w:rPr>
              <w:t>0.321</w:t>
            </w:r>
          </w:p>
        </w:tc>
        <w:tc>
          <w:tcPr>
            <w:tcW w:w="581" w:type="dxa"/>
          </w:tcPr>
          <w:p w14:paraId="72F850CB" w14:textId="77777777" w:rsidR="008A72A5" w:rsidRPr="00CA3091" w:rsidRDefault="0061584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3091">
              <w:rPr>
                <w:rFonts w:ascii="Times New Roman" w:hAnsi="Times New Roman" w:cs="Times New Roman"/>
                <w:sz w:val="16"/>
                <w:szCs w:val="16"/>
              </w:rPr>
              <w:t>0.489</w:t>
            </w:r>
          </w:p>
        </w:tc>
        <w:tc>
          <w:tcPr>
            <w:tcW w:w="581" w:type="dxa"/>
          </w:tcPr>
          <w:p w14:paraId="3B4078CD" w14:textId="77777777" w:rsidR="008A72A5" w:rsidRPr="00CA3091" w:rsidRDefault="0061584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3091">
              <w:rPr>
                <w:rFonts w:ascii="Times New Roman" w:hAnsi="Times New Roman" w:cs="Times New Roman"/>
                <w:sz w:val="16"/>
                <w:szCs w:val="16"/>
              </w:rPr>
              <w:t>0.303</w:t>
            </w:r>
          </w:p>
        </w:tc>
        <w:tc>
          <w:tcPr>
            <w:tcW w:w="581" w:type="dxa"/>
          </w:tcPr>
          <w:p w14:paraId="33673075" w14:textId="77777777" w:rsidR="008A72A5" w:rsidRPr="00CA3091" w:rsidRDefault="0061584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3091">
              <w:rPr>
                <w:rFonts w:ascii="Times New Roman" w:hAnsi="Times New Roman" w:cs="Times New Roman"/>
                <w:sz w:val="16"/>
                <w:szCs w:val="16"/>
              </w:rPr>
              <w:t>0.572</w:t>
            </w:r>
          </w:p>
        </w:tc>
        <w:tc>
          <w:tcPr>
            <w:tcW w:w="581" w:type="dxa"/>
          </w:tcPr>
          <w:p w14:paraId="18BAC622" w14:textId="77777777" w:rsidR="008A72A5" w:rsidRPr="00CA3091" w:rsidRDefault="0061584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3091">
              <w:rPr>
                <w:rFonts w:ascii="Times New Roman" w:hAnsi="Times New Roman" w:cs="Times New Roman"/>
                <w:sz w:val="16"/>
                <w:szCs w:val="16"/>
              </w:rPr>
              <w:t>0.546</w:t>
            </w:r>
          </w:p>
        </w:tc>
        <w:tc>
          <w:tcPr>
            <w:tcW w:w="581" w:type="dxa"/>
          </w:tcPr>
          <w:p w14:paraId="504FC0B8" w14:textId="77777777" w:rsidR="008A72A5" w:rsidRPr="00CA3091" w:rsidRDefault="0061584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3091">
              <w:rPr>
                <w:rFonts w:ascii="Times New Roman" w:hAnsi="Times New Roman" w:cs="Times New Roman"/>
                <w:sz w:val="16"/>
                <w:szCs w:val="16"/>
              </w:rPr>
              <w:t>0.500</w:t>
            </w:r>
          </w:p>
        </w:tc>
        <w:tc>
          <w:tcPr>
            <w:tcW w:w="581" w:type="dxa"/>
          </w:tcPr>
          <w:p w14:paraId="1EA13FCB" w14:textId="77777777" w:rsidR="008A72A5" w:rsidRPr="00CA3091" w:rsidRDefault="0061584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3091">
              <w:rPr>
                <w:rFonts w:ascii="Times New Roman" w:hAnsi="Times New Roman" w:cs="Times New Roman"/>
                <w:sz w:val="16"/>
                <w:szCs w:val="16"/>
              </w:rPr>
              <w:t>0.377</w:t>
            </w:r>
          </w:p>
        </w:tc>
        <w:tc>
          <w:tcPr>
            <w:tcW w:w="581" w:type="dxa"/>
          </w:tcPr>
          <w:p w14:paraId="2B190645" w14:textId="77777777" w:rsidR="008A72A5" w:rsidRPr="00CA3091" w:rsidRDefault="0061584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3091">
              <w:rPr>
                <w:rFonts w:ascii="Times New Roman" w:hAnsi="Times New Roman" w:cs="Times New Roman"/>
                <w:sz w:val="16"/>
                <w:szCs w:val="16"/>
              </w:rPr>
              <w:t>0.537</w:t>
            </w:r>
          </w:p>
        </w:tc>
        <w:tc>
          <w:tcPr>
            <w:tcW w:w="581" w:type="dxa"/>
          </w:tcPr>
          <w:p w14:paraId="7A124F64" w14:textId="77777777" w:rsidR="008A72A5" w:rsidRPr="00CA3091" w:rsidRDefault="0061584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3091">
              <w:rPr>
                <w:rFonts w:ascii="Times New Roman" w:hAnsi="Times New Roman" w:cs="Times New Roman"/>
                <w:sz w:val="16"/>
                <w:szCs w:val="16"/>
              </w:rPr>
              <w:t>0.493</w:t>
            </w:r>
          </w:p>
        </w:tc>
        <w:tc>
          <w:tcPr>
            <w:tcW w:w="581" w:type="dxa"/>
          </w:tcPr>
          <w:p w14:paraId="2B7CB6BA" w14:textId="77777777" w:rsidR="008A72A5" w:rsidRPr="00CA3091" w:rsidRDefault="0061584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3091">
              <w:rPr>
                <w:rFonts w:ascii="Times New Roman" w:hAnsi="Times New Roman" w:cs="Times New Roman"/>
                <w:sz w:val="16"/>
                <w:szCs w:val="16"/>
              </w:rPr>
              <w:t>0.723</w:t>
            </w:r>
          </w:p>
        </w:tc>
        <w:tc>
          <w:tcPr>
            <w:tcW w:w="581" w:type="dxa"/>
          </w:tcPr>
          <w:p w14:paraId="6A7AB9BC" w14:textId="77777777" w:rsidR="008A72A5" w:rsidRPr="00CA3091" w:rsidRDefault="0061584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3091">
              <w:rPr>
                <w:rFonts w:ascii="Times New Roman" w:hAnsi="Times New Roman" w:cs="Times New Roman"/>
                <w:sz w:val="16"/>
                <w:szCs w:val="16"/>
              </w:rPr>
              <w:t>1.000</w:t>
            </w:r>
          </w:p>
        </w:tc>
        <w:tc>
          <w:tcPr>
            <w:tcW w:w="581" w:type="dxa"/>
          </w:tcPr>
          <w:p w14:paraId="01345C09" w14:textId="77777777" w:rsidR="008A72A5" w:rsidRPr="00CA3091" w:rsidRDefault="008A72A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1" w:type="dxa"/>
          </w:tcPr>
          <w:p w14:paraId="50BB669D" w14:textId="77777777" w:rsidR="008A72A5" w:rsidRPr="00CA3091" w:rsidRDefault="008A72A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1" w:type="dxa"/>
          </w:tcPr>
          <w:p w14:paraId="405C685B" w14:textId="77777777" w:rsidR="008A72A5" w:rsidRPr="00CA3091" w:rsidRDefault="008A72A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1" w:type="dxa"/>
          </w:tcPr>
          <w:p w14:paraId="341C4FC3" w14:textId="77777777" w:rsidR="008A72A5" w:rsidRPr="00CA3091" w:rsidRDefault="008A72A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1" w:type="dxa"/>
          </w:tcPr>
          <w:p w14:paraId="3D2CCA7A" w14:textId="77777777" w:rsidR="008A72A5" w:rsidRPr="00CA3091" w:rsidRDefault="008A72A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1" w:type="dxa"/>
          </w:tcPr>
          <w:p w14:paraId="7A606D9A" w14:textId="77777777" w:rsidR="008A72A5" w:rsidRPr="00CA3091" w:rsidRDefault="008A72A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1" w:type="dxa"/>
          </w:tcPr>
          <w:p w14:paraId="6059B17E" w14:textId="77777777" w:rsidR="008A72A5" w:rsidRPr="00CA3091" w:rsidRDefault="008A72A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A72A5" w:rsidRPr="00CA3091" w14:paraId="4EEE698F" w14:textId="77777777" w:rsidTr="00632A6D">
        <w:tc>
          <w:tcPr>
            <w:tcW w:w="518" w:type="dxa"/>
          </w:tcPr>
          <w:p w14:paraId="1A636B3E" w14:textId="77777777" w:rsidR="008A72A5" w:rsidRPr="00CA3091" w:rsidRDefault="0061584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3091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581" w:type="dxa"/>
          </w:tcPr>
          <w:p w14:paraId="7315E2FE" w14:textId="77777777" w:rsidR="008A72A5" w:rsidRPr="00CA3091" w:rsidRDefault="0061584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3091">
              <w:rPr>
                <w:rFonts w:ascii="Times New Roman" w:hAnsi="Times New Roman" w:cs="Times New Roman"/>
                <w:sz w:val="16"/>
                <w:szCs w:val="16"/>
              </w:rPr>
              <w:t>0.389</w:t>
            </w:r>
          </w:p>
        </w:tc>
        <w:tc>
          <w:tcPr>
            <w:tcW w:w="581" w:type="dxa"/>
          </w:tcPr>
          <w:p w14:paraId="29B21054" w14:textId="77777777" w:rsidR="008A72A5" w:rsidRPr="00CA3091" w:rsidRDefault="0061584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3091">
              <w:rPr>
                <w:rFonts w:ascii="Times New Roman" w:hAnsi="Times New Roman" w:cs="Times New Roman"/>
                <w:sz w:val="16"/>
                <w:szCs w:val="16"/>
              </w:rPr>
              <w:t>0.211</w:t>
            </w:r>
          </w:p>
        </w:tc>
        <w:tc>
          <w:tcPr>
            <w:tcW w:w="581" w:type="dxa"/>
          </w:tcPr>
          <w:p w14:paraId="2F292947" w14:textId="77777777" w:rsidR="008A72A5" w:rsidRPr="00CA3091" w:rsidRDefault="0061584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3091">
              <w:rPr>
                <w:rFonts w:ascii="Times New Roman" w:hAnsi="Times New Roman" w:cs="Times New Roman"/>
                <w:sz w:val="16"/>
                <w:szCs w:val="16"/>
              </w:rPr>
              <w:t>0.383</w:t>
            </w:r>
          </w:p>
        </w:tc>
        <w:tc>
          <w:tcPr>
            <w:tcW w:w="581" w:type="dxa"/>
          </w:tcPr>
          <w:p w14:paraId="59215C90" w14:textId="77777777" w:rsidR="008A72A5" w:rsidRPr="00CA3091" w:rsidRDefault="0061584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3091">
              <w:rPr>
                <w:rFonts w:ascii="Times New Roman" w:hAnsi="Times New Roman" w:cs="Times New Roman"/>
                <w:sz w:val="16"/>
                <w:szCs w:val="16"/>
              </w:rPr>
              <w:t>0.332</w:t>
            </w:r>
          </w:p>
        </w:tc>
        <w:tc>
          <w:tcPr>
            <w:tcW w:w="581" w:type="dxa"/>
          </w:tcPr>
          <w:p w14:paraId="6FE8DCFF" w14:textId="77777777" w:rsidR="008A72A5" w:rsidRPr="00CA3091" w:rsidRDefault="0061584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3091">
              <w:rPr>
                <w:rFonts w:ascii="Times New Roman" w:hAnsi="Times New Roman" w:cs="Times New Roman"/>
                <w:sz w:val="16"/>
                <w:szCs w:val="16"/>
              </w:rPr>
              <w:t>0.459</w:t>
            </w:r>
          </w:p>
        </w:tc>
        <w:tc>
          <w:tcPr>
            <w:tcW w:w="581" w:type="dxa"/>
          </w:tcPr>
          <w:p w14:paraId="537316ED" w14:textId="77777777" w:rsidR="008A72A5" w:rsidRPr="00CA3091" w:rsidRDefault="0061584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3091">
              <w:rPr>
                <w:rFonts w:ascii="Times New Roman" w:hAnsi="Times New Roman" w:cs="Times New Roman"/>
                <w:sz w:val="16"/>
                <w:szCs w:val="16"/>
              </w:rPr>
              <w:t>0.351</w:t>
            </w:r>
          </w:p>
        </w:tc>
        <w:tc>
          <w:tcPr>
            <w:tcW w:w="581" w:type="dxa"/>
          </w:tcPr>
          <w:p w14:paraId="01435858" w14:textId="77777777" w:rsidR="008A72A5" w:rsidRPr="00CA3091" w:rsidRDefault="0061584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3091">
              <w:rPr>
                <w:rFonts w:ascii="Times New Roman" w:hAnsi="Times New Roman" w:cs="Times New Roman"/>
                <w:sz w:val="16"/>
                <w:szCs w:val="16"/>
              </w:rPr>
              <w:t>0.504</w:t>
            </w:r>
          </w:p>
        </w:tc>
        <w:tc>
          <w:tcPr>
            <w:tcW w:w="581" w:type="dxa"/>
          </w:tcPr>
          <w:p w14:paraId="0FA0DE12" w14:textId="77777777" w:rsidR="008A72A5" w:rsidRPr="00CA3091" w:rsidRDefault="0061584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3091">
              <w:rPr>
                <w:rFonts w:ascii="Times New Roman" w:hAnsi="Times New Roman" w:cs="Times New Roman"/>
                <w:sz w:val="16"/>
                <w:szCs w:val="16"/>
              </w:rPr>
              <w:t>0.457</w:t>
            </w:r>
          </w:p>
        </w:tc>
        <w:tc>
          <w:tcPr>
            <w:tcW w:w="581" w:type="dxa"/>
          </w:tcPr>
          <w:p w14:paraId="29741190" w14:textId="77777777" w:rsidR="008A72A5" w:rsidRPr="00CA3091" w:rsidRDefault="0061584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3091">
              <w:rPr>
                <w:rFonts w:ascii="Times New Roman" w:hAnsi="Times New Roman" w:cs="Times New Roman"/>
                <w:sz w:val="16"/>
                <w:szCs w:val="16"/>
              </w:rPr>
              <w:t>0.547</w:t>
            </w:r>
          </w:p>
        </w:tc>
        <w:tc>
          <w:tcPr>
            <w:tcW w:w="581" w:type="dxa"/>
          </w:tcPr>
          <w:p w14:paraId="64D2890E" w14:textId="77777777" w:rsidR="008A72A5" w:rsidRPr="00CA3091" w:rsidRDefault="0061584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3091">
              <w:rPr>
                <w:rFonts w:ascii="Times New Roman" w:hAnsi="Times New Roman" w:cs="Times New Roman"/>
                <w:sz w:val="16"/>
                <w:szCs w:val="16"/>
              </w:rPr>
              <w:t>0.321</w:t>
            </w:r>
          </w:p>
        </w:tc>
        <w:tc>
          <w:tcPr>
            <w:tcW w:w="581" w:type="dxa"/>
          </w:tcPr>
          <w:p w14:paraId="7BE0C812" w14:textId="77777777" w:rsidR="008A72A5" w:rsidRPr="00CA3091" w:rsidRDefault="0061584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3091">
              <w:rPr>
                <w:rFonts w:ascii="Times New Roman" w:hAnsi="Times New Roman" w:cs="Times New Roman"/>
                <w:sz w:val="16"/>
                <w:szCs w:val="16"/>
              </w:rPr>
              <w:t>0.556</w:t>
            </w:r>
          </w:p>
        </w:tc>
        <w:tc>
          <w:tcPr>
            <w:tcW w:w="581" w:type="dxa"/>
          </w:tcPr>
          <w:p w14:paraId="796844EF" w14:textId="77777777" w:rsidR="008A72A5" w:rsidRPr="00CA3091" w:rsidRDefault="0061584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3091">
              <w:rPr>
                <w:rFonts w:ascii="Times New Roman" w:hAnsi="Times New Roman" w:cs="Times New Roman"/>
                <w:sz w:val="16"/>
                <w:szCs w:val="16"/>
              </w:rPr>
              <w:t>0.509</w:t>
            </w:r>
          </w:p>
        </w:tc>
        <w:tc>
          <w:tcPr>
            <w:tcW w:w="581" w:type="dxa"/>
          </w:tcPr>
          <w:p w14:paraId="30298255" w14:textId="77777777" w:rsidR="008A72A5" w:rsidRPr="00CA3091" w:rsidRDefault="0061584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3091">
              <w:rPr>
                <w:rFonts w:ascii="Times New Roman" w:hAnsi="Times New Roman" w:cs="Times New Roman"/>
                <w:sz w:val="16"/>
                <w:szCs w:val="16"/>
              </w:rPr>
              <w:t>0.701</w:t>
            </w:r>
          </w:p>
        </w:tc>
        <w:tc>
          <w:tcPr>
            <w:tcW w:w="581" w:type="dxa"/>
          </w:tcPr>
          <w:p w14:paraId="4379B3F2" w14:textId="77777777" w:rsidR="008A72A5" w:rsidRPr="00CA3091" w:rsidRDefault="0061584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3091">
              <w:rPr>
                <w:rFonts w:ascii="Times New Roman" w:hAnsi="Times New Roman" w:cs="Times New Roman"/>
                <w:sz w:val="16"/>
                <w:szCs w:val="16"/>
              </w:rPr>
              <w:t>0.763</w:t>
            </w:r>
          </w:p>
        </w:tc>
        <w:tc>
          <w:tcPr>
            <w:tcW w:w="581" w:type="dxa"/>
          </w:tcPr>
          <w:p w14:paraId="2EF9262E" w14:textId="77777777" w:rsidR="008A72A5" w:rsidRPr="00CA3091" w:rsidRDefault="0061584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3091">
              <w:rPr>
                <w:rFonts w:ascii="Times New Roman" w:hAnsi="Times New Roman" w:cs="Times New Roman"/>
                <w:sz w:val="16"/>
                <w:szCs w:val="16"/>
              </w:rPr>
              <w:t>1.000</w:t>
            </w:r>
          </w:p>
        </w:tc>
        <w:tc>
          <w:tcPr>
            <w:tcW w:w="581" w:type="dxa"/>
          </w:tcPr>
          <w:p w14:paraId="273A6F54" w14:textId="77777777" w:rsidR="008A72A5" w:rsidRPr="00CA3091" w:rsidRDefault="008A72A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1" w:type="dxa"/>
          </w:tcPr>
          <w:p w14:paraId="07CDC156" w14:textId="77777777" w:rsidR="008A72A5" w:rsidRPr="00CA3091" w:rsidRDefault="008A72A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1" w:type="dxa"/>
          </w:tcPr>
          <w:p w14:paraId="7B7EAF38" w14:textId="77777777" w:rsidR="008A72A5" w:rsidRPr="00CA3091" w:rsidRDefault="008A72A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1" w:type="dxa"/>
          </w:tcPr>
          <w:p w14:paraId="4614F346" w14:textId="77777777" w:rsidR="008A72A5" w:rsidRPr="00CA3091" w:rsidRDefault="008A72A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1" w:type="dxa"/>
          </w:tcPr>
          <w:p w14:paraId="2CC5AF0E" w14:textId="77777777" w:rsidR="008A72A5" w:rsidRPr="00CA3091" w:rsidRDefault="008A72A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1" w:type="dxa"/>
          </w:tcPr>
          <w:p w14:paraId="36D971C5" w14:textId="77777777" w:rsidR="008A72A5" w:rsidRPr="00CA3091" w:rsidRDefault="008A72A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A72A5" w:rsidRPr="00CA3091" w14:paraId="640DED5B" w14:textId="77777777" w:rsidTr="00632A6D">
        <w:tc>
          <w:tcPr>
            <w:tcW w:w="518" w:type="dxa"/>
          </w:tcPr>
          <w:p w14:paraId="2B54685E" w14:textId="77777777" w:rsidR="008A72A5" w:rsidRPr="00CA3091" w:rsidRDefault="0061584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3091"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581" w:type="dxa"/>
          </w:tcPr>
          <w:p w14:paraId="6034BAAF" w14:textId="77777777" w:rsidR="008A72A5" w:rsidRPr="00CA3091" w:rsidRDefault="0061584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3091">
              <w:rPr>
                <w:rFonts w:ascii="Times New Roman" w:hAnsi="Times New Roman" w:cs="Times New Roman"/>
                <w:sz w:val="16"/>
                <w:szCs w:val="16"/>
              </w:rPr>
              <w:t>0.353</w:t>
            </w:r>
          </w:p>
        </w:tc>
        <w:tc>
          <w:tcPr>
            <w:tcW w:w="581" w:type="dxa"/>
          </w:tcPr>
          <w:p w14:paraId="61EAB1ED" w14:textId="77777777" w:rsidR="008A72A5" w:rsidRPr="00CA3091" w:rsidRDefault="0061584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3091">
              <w:rPr>
                <w:rFonts w:ascii="Times New Roman" w:hAnsi="Times New Roman" w:cs="Times New Roman"/>
                <w:sz w:val="16"/>
                <w:szCs w:val="16"/>
              </w:rPr>
              <w:t>0.135</w:t>
            </w:r>
          </w:p>
        </w:tc>
        <w:tc>
          <w:tcPr>
            <w:tcW w:w="581" w:type="dxa"/>
          </w:tcPr>
          <w:p w14:paraId="03B8AF96" w14:textId="77777777" w:rsidR="008A72A5" w:rsidRPr="00CA3091" w:rsidRDefault="0061584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3091">
              <w:rPr>
                <w:rFonts w:ascii="Times New Roman" w:hAnsi="Times New Roman" w:cs="Times New Roman"/>
                <w:sz w:val="16"/>
                <w:szCs w:val="16"/>
              </w:rPr>
              <w:t>0.205</w:t>
            </w:r>
          </w:p>
        </w:tc>
        <w:tc>
          <w:tcPr>
            <w:tcW w:w="581" w:type="dxa"/>
          </w:tcPr>
          <w:p w14:paraId="5F34C2D7" w14:textId="77777777" w:rsidR="008A72A5" w:rsidRPr="00CA3091" w:rsidRDefault="0061584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3091">
              <w:rPr>
                <w:rFonts w:ascii="Times New Roman" w:hAnsi="Times New Roman" w:cs="Times New Roman"/>
                <w:sz w:val="16"/>
                <w:szCs w:val="16"/>
              </w:rPr>
              <w:t>0.126</w:t>
            </w:r>
          </w:p>
        </w:tc>
        <w:tc>
          <w:tcPr>
            <w:tcW w:w="581" w:type="dxa"/>
          </w:tcPr>
          <w:p w14:paraId="06239889" w14:textId="77777777" w:rsidR="008A72A5" w:rsidRPr="00CA3091" w:rsidRDefault="0061584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3091">
              <w:rPr>
                <w:rFonts w:ascii="Times New Roman" w:hAnsi="Times New Roman" w:cs="Times New Roman"/>
                <w:sz w:val="16"/>
                <w:szCs w:val="16"/>
              </w:rPr>
              <w:t>0.480</w:t>
            </w:r>
          </w:p>
        </w:tc>
        <w:tc>
          <w:tcPr>
            <w:tcW w:w="581" w:type="dxa"/>
          </w:tcPr>
          <w:p w14:paraId="1E9F7EDD" w14:textId="77777777" w:rsidR="008A72A5" w:rsidRPr="00CA3091" w:rsidRDefault="0061584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3091">
              <w:rPr>
                <w:rFonts w:ascii="Times New Roman" w:hAnsi="Times New Roman" w:cs="Times New Roman"/>
                <w:sz w:val="16"/>
                <w:szCs w:val="16"/>
              </w:rPr>
              <w:t>0.137</w:t>
            </w:r>
          </w:p>
        </w:tc>
        <w:tc>
          <w:tcPr>
            <w:tcW w:w="581" w:type="dxa"/>
          </w:tcPr>
          <w:p w14:paraId="67D29583" w14:textId="77777777" w:rsidR="008A72A5" w:rsidRPr="00CA3091" w:rsidRDefault="0061584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3091">
              <w:rPr>
                <w:rFonts w:ascii="Times New Roman" w:hAnsi="Times New Roman" w:cs="Times New Roman"/>
                <w:sz w:val="16"/>
                <w:szCs w:val="16"/>
              </w:rPr>
              <w:t>0.437</w:t>
            </w:r>
          </w:p>
        </w:tc>
        <w:tc>
          <w:tcPr>
            <w:tcW w:w="581" w:type="dxa"/>
          </w:tcPr>
          <w:p w14:paraId="14BEA965" w14:textId="77777777" w:rsidR="008A72A5" w:rsidRPr="00CA3091" w:rsidRDefault="0061584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3091">
              <w:rPr>
                <w:rFonts w:ascii="Times New Roman" w:hAnsi="Times New Roman" w:cs="Times New Roman"/>
                <w:sz w:val="16"/>
                <w:szCs w:val="16"/>
              </w:rPr>
              <w:t>0.319</w:t>
            </w:r>
          </w:p>
        </w:tc>
        <w:tc>
          <w:tcPr>
            <w:tcW w:w="581" w:type="dxa"/>
          </w:tcPr>
          <w:p w14:paraId="71754342" w14:textId="77777777" w:rsidR="008A72A5" w:rsidRPr="00CA3091" w:rsidRDefault="0061584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3091">
              <w:rPr>
                <w:rFonts w:ascii="Times New Roman" w:hAnsi="Times New Roman" w:cs="Times New Roman"/>
                <w:sz w:val="16"/>
                <w:szCs w:val="16"/>
              </w:rPr>
              <w:t>0.378</w:t>
            </w:r>
          </w:p>
        </w:tc>
        <w:tc>
          <w:tcPr>
            <w:tcW w:w="581" w:type="dxa"/>
          </w:tcPr>
          <w:p w14:paraId="3AA22454" w14:textId="77777777" w:rsidR="008A72A5" w:rsidRPr="00CA3091" w:rsidRDefault="0061584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3091">
              <w:rPr>
                <w:rFonts w:ascii="Times New Roman" w:hAnsi="Times New Roman" w:cs="Times New Roman"/>
                <w:sz w:val="16"/>
                <w:szCs w:val="16"/>
              </w:rPr>
              <w:t>0.217</w:t>
            </w:r>
          </w:p>
        </w:tc>
        <w:tc>
          <w:tcPr>
            <w:tcW w:w="581" w:type="dxa"/>
          </w:tcPr>
          <w:p w14:paraId="79586CF9" w14:textId="77777777" w:rsidR="008A72A5" w:rsidRPr="00CA3091" w:rsidRDefault="0061584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3091">
              <w:rPr>
                <w:rFonts w:ascii="Times New Roman" w:hAnsi="Times New Roman" w:cs="Times New Roman"/>
                <w:sz w:val="16"/>
                <w:szCs w:val="16"/>
              </w:rPr>
              <w:t>0.473</w:t>
            </w:r>
          </w:p>
        </w:tc>
        <w:tc>
          <w:tcPr>
            <w:tcW w:w="581" w:type="dxa"/>
          </w:tcPr>
          <w:p w14:paraId="50599114" w14:textId="77777777" w:rsidR="008A72A5" w:rsidRPr="00CA3091" w:rsidRDefault="0061584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3091">
              <w:rPr>
                <w:rFonts w:ascii="Times New Roman" w:hAnsi="Times New Roman" w:cs="Times New Roman"/>
                <w:sz w:val="16"/>
                <w:szCs w:val="16"/>
              </w:rPr>
              <w:t>0.403</w:t>
            </w:r>
          </w:p>
        </w:tc>
        <w:tc>
          <w:tcPr>
            <w:tcW w:w="581" w:type="dxa"/>
          </w:tcPr>
          <w:p w14:paraId="171F9997" w14:textId="77777777" w:rsidR="008A72A5" w:rsidRPr="00CA3091" w:rsidRDefault="0061584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3091">
              <w:rPr>
                <w:rFonts w:ascii="Times New Roman" w:hAnsi="Times New Roman" w:cs="Times New Roman"/>
                <w:sz w:val="16"/>
                <w:szCs w:val="16"/>
              </w:rPr>
              <w:t>0.552</w:t>
            </w:r>
          </w:p>
        </w:tc>
        <w:tc>
          <w:tcPr>
            <w:tcW w:w="581" w:type="dxa"/>
          </w:tcPr>
          <w:p w14:paraId="3253E9DB" w14:textId="77777777" w:rsidR="008A72A5" w:rsidRPr="00CA3091" w:rsidRDefault="0061584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3091">
              <w:rPr>
                <w:rFonts w:ascii="Times New Roman" w:hAnsi="Times New Roman" w:cs="Times New Roman"/>
                <w:sz w:val="16"/>
                <w:szCs w:val="16"/>
              </w:rPr>
              <w:t>0.613</w:t>
            </w:r>
          </w:p>
        </w:tc>
        <w:tc>
          <w:tcPr>
            <w:tcW w:w="581" w:type="dxa"/>
          </w:tcPr>
          <w:p w14:paraId="583F52A5" w14:textId="77777777" w:rsidR="008A72A5" w:rsidRPr="00CA3091" w:rsidRDefault="0061584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3091">
              <w:rPr>
                <w:rFonts w:ascii="Times New Roman" w:hAnsi="Times New Roman" w:cs="Times New Roman"/>
                <w:sz w:val="16"/>
                <w:szCs w:val="16"/>
              </w:rPr>
              <w:t>0.674</w:t>
            </w:r>
          </w:p>
        </w:tc>
        <w:tc>
          <w:tcPr>
            <w:tcW w:w="581" w:type="dxa"/>
          </w:tcPr>
          <w:p w14:paraId="105266DA" w14:textId="77777777" w:rsidR="008A72A5" w:rsidRPr="00CA3091" w:rsidRDefault="0061584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3091">
              <w:rPr>
                <w:rFonts w:ascii="Times New Roman" w:hAnsi="Times New Roman" w:cs="Times New Roman"/>
                <w:sz w:val="16"/>
                <w:szCs w:val="16"/>
              </w:rPr>
              <w:t>1.000</w:t>
            </w:r>
          </w:p>
        </w:tc>
        <w:tc>
          <w:tcPr>
            <w:tcW w:w="581" w:type="dxa"/>
          </w:tcPr>
          <w:p w14:paraId="444063AE" w14:textId="77777777" w:rsidR="008A72A5" w:rsidRPr="00CA3091" w:rsidRDefault="008A72A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1" w:type="dxa"/>
          </w:tcPr>
          <w:p w14:paraId="753CE3AC" w14:textId="77777777" w:rsidR="008A72A5" w:rsidRPr="00CA3091" w:rsidRDefault="008A72A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1" w:type="dxa"/>
          </w:tcPr>
          <w:p w14:paraId="3BF7390B" w14:textId="77777777" w:rsidR="008A72A5" w:rsidRPr="00CA3091" w:rsidRDefault="008A72A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1" w:type="dxa"/>
          </w:tcPr>
          <w:p w14:paraId="165422B5" w14:textId="77777777" w:rsidR="008A72A5" w:rsidRPr="00CA3091" w:rsidRDefault="008A72A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1" w:type="dxa"/>
          </w:tcPr>
          <w:p w14:paraId="34C426B6" w14:textId="77777777" w:rsidR="008A72A5" w:rsidRPr="00CA3091" w:rsidRDefault="008A72A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A72A5" w:rsidRPr="00CA3091" w14:paraId="6358E9BF" w14:textId="77777777" w:rsidTr="00632A6D">
        <w:tc>
          <w:tcPr>
            <w:tcW w:w="518" w:type="dxa"/>
          </w:tcPr>
          <w:p w14:paraId="0557A2B7" w14:textId="77777777" w:rsidR="008A72A5" w:rsidRPr="00CA3091" w:rsidRDefault="0061584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3091">
              <w:rPr>
                <w:rFonts w:ascii="Times New Roman" w:hAnsi="Times New Roman" w:cs="Times New Roman"/>
                <w:sz w:val="16"/>
                <w:szCs w:val="16"/>
              </w:rPr>
              <w:t>17</w:t>
            </w:r>
          </w:p>
        </w:tc>
        <w:tc>
          <w:tcPr>
            <w:tcW w:w="581" w:type="dxa"/>
          </w:tcPr>
          <w:p w14:paraId="0E09F41D" w14:textId="77777777" w:rsidR="008A72A5" w:rsidRPr="00CA3091" w:rsidRDefault="0061584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3091">
              <w:rPr>
                <w:rFonts w:ascii="Times New Roman" w:hAnsi="Times New Roman" w:cs="Times New Roman"/>
                <w:sz w:val="16"/>
                <w:szCs w:val="16"/>
              </w:rPr>
              <w:t>0.190</w:t>
            </w:r>
          </w:p>
        </w:tc>
        <w:tc>
          <w:tcPr>
            <w:tcW w:w="581" w:type="dxa"/>
          </w:tcPr>
          <w:p w14:paraId="2EE6C7C4" w14:textId="77777777" w:rsidR="008A72A5" w:rsidRPr="00CA3091" w:rsidRDefault="0061584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3091">
              <w:rPr>
                <w:rFonts w:ascii="Times New Roman" w:hAnsi="Times New Roman" w:cs="Times New Roman"/>
                <w:sz w:val="16"/>
                <w:szCs w:val="16"/>
              </w:rPr>
              <w:t>0.076</w:t>
            </w:r>
          </w:p>
        </w:tc>
        <w:tc>
          <w:tcPr>
            <w:tcW w:w="581" w:type="dxa"/>
          </w:tcPr>
          <w:p w14:paraId="668A6BC3" w14:textId="77777777" w:rsidR="008A72A5" w:rsidRPr="00CA3091" w:rsidRDefault="0061584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3091">
              <w:rPr>
                <w:rFonts w:ascii="Times New Roman" w:hAnsi="Times New Roman" w:cs="Times New Roman"/>
                <w:sz w:val="16"/>
                <w:szCs w:val="16"/>
              </w:rPr>
              <w:t>0.223</w:t>
            </w:r>
          </w:p>
        </w:tc>
        <w:tc>
          <w:tcPr>
            <w:tcW w:w="581" w:type="dxa"/>
          </w:tcPr>
          <w:p w14:paraId="67551591" w14:textId="77777777" w:rsidR="008A72A5" w:rsidRPr="00CA3091" w:rsidRDefault="0061584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3091">
              <w:rPr>
                <w:rFonts w:ascii="Times New Roman" w:hAnsi="Times New Roman" w:cs="Times New Roman"/>
                <w:sz w:val="16"/>
                <w:szCs w:val="16"/>
              </w:rPr>
              <w:t>0.188</w:t>
            </w:r>
          </w:p>
        </w:tc>
        <w:tc>
          <w:tcPr>
            <w:tcW w:w="581" w:type="dxa"/>
          </w:tcPr>
          <w:p w14:paraId="462953F0" w14:textId="77777777" w:rsidR="008A72A5" w:rsidRPr="00CA3091" w:rsidRDefault="0061584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3091">
              <w:rPr>
                <w:rFonts w:ascii="Times New Roman" w:hAnsi="Times New Roman" w:cs="Times New Roman"/>
                <w:sz w:val="16"/>
                <w:szCs w:val="16"/>
              </w:rPr>
              <w:t>0.393</w:t>
            </w:r>
          </w:p>
        </w:tc>
        <w:tc>
          <w:tcPr>
            <w:tcW w:w="581" w:type="dxa"/>
          </w:tcPr>
          <w:p w14:paraId="3A85E61F" w14:textId="77777777" w:rsidR="008A72A5" w:rsidRPr="00CA3091" w:rsidRDefault="0061584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3091">
              <w:rPr>
                <w:rFonts w:ascii="Times New Roman" w:hAnsi="Times New Roman" w:cs="Times New Roman"/>
                <w:sz w:val="16"/>
                <w:szCs w:val="16"/>
              </w:rPr>
              <w:t>0.137</w:t>
            </w:r>
          </w:p>
        </w:tc>
        <w:tc>
          <w:tcPr>
            <w:tcW w:w="581" w:type="dxa"/>
          </w:tcPr>
          <w:p w14:paraId="3DD9F520" w14:textId="77777777" w:rsidR="008A72A5" w:rsidRPr="00CA3091" w:rsidRDefault="0061584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3091">
              <w:rPr>
                <w:rFonts w:ascii="Times New Roman" w:hAnsi="Times New Roman" w:cs="Times New Roman"/>
                <w:sz w:val="16"/>
                <w:szCs w:val="16"/>
              </w:rPr>
              <w:t>0.387</w:t>
            </w:r>
          </w:p>
        </w:tc>
        <w:tc>
          <w:tcPr>
            <w:tcW w:w="581" w:type="dxa"/>
          </w:tcPr>
          <w:p w14:paraId="6D9D9980" w14:textId="77777777" w:rsidR="008A72A5" w:rsidRPr="00CA3091" w:rsidRDefault="0061584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3091">
              <w:rPr>
                <w:rFonts w:ascii="Times New Roman" w:hAnsi="Times New Roman" w:cs="Times New Roman"/>
                <w:sz w:val="16"/>
                <w:szCs w:val="16"/>
              </w:rPr>
              <w:t>0.319</w:t>
            </w:r>
          </w:p>
        </w:tc>
        <w:tc>
          <w:tcPr>
            <w:tcW w:w="581" w:type="dxa"/>
          </w:tcPr>
          <w:p w14:paraId="5216AB46" w14:textId="77777777" w:rsidR="008A72A5" w:rsidRPr="00CA3091" w:rsidRDefault="0061584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3091">
              <w:rPr>
                <w:rFonts w:ascii="Times New Roman" w:hAnsi="Times New Roman" w:cs="Times New Roman"/>
                <w:sz w:val="16"/>
                <w:szCs w:val="16"/>
              </w:rPr>
              <w:t>0.406</w:t>
            </w:r>
          </w:p>
        </w:tc>
        <w:tc>
          <w:tcPr>
            <w:tcW w:w="581" w:type="dxa"/>
          </w:tcPr>
          <w:p w14:paraId="4AB58C4C" w14:textId="77777777" w:rsidR="008A72A5" w:rsidRPr="00CA3091" w:rsidRDefault="0061584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3091">
              <w:rPr>
                <w:rFonts w:ascii="Times New Roman" w:hAnsi="Times New Roman" w:cs="Times New Roman"/>
                <w:sz w:val="16"/>
                <w:szCs w:val="16"/>
              </w:rPr>
              <w:t>0.235</w:t>
            </w:r>
          </w:p>
        </w:tc>
        <w:tc>
          <w:tcPr>
            <w:tcW w:w="581" w:type="dxa"/>
          </w:tcPr>
          <w:p w14:paraId="31D420B8" w14:textId="77777777" w:rsidR="008A72A5" w:rsidRPr="00CA3091" w:rsidRDefault="0061584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3091">
              <w:rPr>
                <w:rFonts w:ascii="Times New Roman" w:hAnsi="Times New Roman" w:cs="Times New Roman"/>
                <w:sz w:val="16"/>
                <w:szCs w:val="16"/>
              </w:rPr>
              <w:t>0.522</w:t>
            </w:r>
          </w:p>
        </w:tc>
        <w:tc>
          <w:tcPr>
            <w:tcW w:w="581" w:type="dxa"/>
          </w:tcPr>
          <w:p w14:paraId="31F7F5E8" w14:textId="77777777" w:rsidR="008A72A5" w:rsidRPr="00CA3091" w:rsidRDefault="0061584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3091">
              <w:rPr>
                <w:rFonts w:ascii="Times New Roman" w:hAnsi="Times New Roman" w:cs="Times New Roman"/>
                <w:sz w:val="16"/>
                <w:szCs w:val="16"/>
              </w:rPr>
              <w:t>0.304</w:t>
            </w:r>
          </w:p>
        </w:tc>
        <w:tc>
          <w:tcPr>
            <w:tcW w:w="581" w:type="dxa"/>
          </w:tcPr>
          <w:p w14:paraId="10A18E90" w14:textId="77777777" w:rsidR="008A72A5" w:rsidRPr="00CA3091" w:rsidRDefault="0061584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3091">
              <w:rPr>
                <w:rFonts w:ascii="Times New Roman" w:hAnsi="Times New Roman" w:cs="Times New Roman"/>
                <w:sz w:val="16"/>
                <w:szCs w:val="16"/>
              </w:rPr>
              <w:t>0.548</w:t>
            </w:r>
          </w:p>
        </w:tc>
        <w:tc>
          <w:tcPr>
            <w:tcW w:w="581" w:type="dxa"/>
          </w:tcPr>
          <w:p w14:paraId="20E6F684" w14:textId="77777777" w:rsidR="008A72A5" w:rsidRPr="00CA3091" w:rsidRDefault="0061584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3091">
              <w:rPr>
                <w:rFonts w:ascii="Times New Roman" w:hAnsi="Times New Roman" w:cs="Times New Roman"/>
                <w:sz w:val="16"/>
                <w:szCs w:val="16"/>
              </w:rPr>
              <w:t>0.666</w:t>
            </w:r>
          </w:p>
        </w:tc>
        <w:tc>
          <w:tcPr>
            <w:tcW w:w="581" w:type="dxa"/>
          </w:tcPr>
          <w:p w14:paraId="578BF560" w14:textId="77777777" w:rsidR="008A72A5" w:rsidRPr="00CA3091" w:rsidRDefault="0061584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3091">
              <w:rPr>
                <w:rFonts w:ascii="Times New Roman" w:hAnsi="Times New Roman" w:cs="Times New Roman"/>
                <w:sz w:val="16"/>
                <w:szCs w:val="16"/>
              </w:rPr>
              <w:t>0.703</w:t>
            </w:r>
          </w:p>
        </w:tc>
        <w:tc>
          <w:tcPr>
            <w:tcW w:w="581" w:type="dxa"/>
          </w:tcPr>
          <w:p w14:paraId="2F515265" w14:textId="77777777" w:rsidR="008A72A5" w:rsidRPr="00CA3091" w:rsidRDefault="0061584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3091">
              <w:rPr>
                <w:rFonts w:ascii="Times New Roman" w:hAnsi="Times New Roman" w:cs="Times New Roman"/>
                <w:sz w:val="16"/>
                <w:szCs w:val="16"/>
              </w:rPr>
              <w:t>0.755</w:t>
            </w:r>
          </w:p>
        </w:tc>
        <w:tc>
          <w:tcPr>
            <w:tcW w:w="581" w:type="dxa"/>
          </w:tcPr>
          <w:p w14:paraId="5DD2C375" w14:textId="77777777" w:rsidR="008A72A5" w:rsidRPr="00CA3091" w:rsidRDefault="0061584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3091">
              <w:rPr>
                <w:rFonts w:ascii="Times New Roman" w:hAnsi="Times New Roman" w:cs="Times New Roman"/>
                <w:sz w:val="16"/>
                <w:szCs w:val="16"/>
              </w:rPr>
              <w:t>1.000</w:t>
            </w:r>
          </w:p>
        </w:tc>
        <w:tc>
          <w:tcPr>
            <w:tcW w:w="581" w:type="dxa"/>
          </w:tcPr>
          <w:p w14:paraId="79A14661" w14:textId="77777777" w:rsidR="008A72A5" w:rsidRPr="00CA3091" w:rsidRDefault="008A72A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1" w:type="dxa"/>
          </w:tcPr>
          <w:p w14:paraId="3B15E023" w14:textId="77777777" w:rsidR="008A72A5" w:rsidRPr="00CA3091" w:rsidRDefault="008A72A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1" w:type="dxa"/>
          </w:tcPr>
          <w:p w14:paraId="514483F1" w14:textId="77777777" w:rsidR="008A72A5" w:rsidRPr="00CA3091" w:rsidRDefault="008A72A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1" w:type="dxa"/>
          </w:tcPr>
          <w:p w14:paraId="4C869D9A" w14:textId="77777777" w:rsidR="008A72A5" w:rsidRPr="00CA3091" w:rsidRDefault="008A72A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A72A5" w:rsidRPr="00CA3091" w14:paraId="4B56FC1B" w14:textId="77777777" w:rsidTr="00632A6D">
        <w:tc>
          <w:tcPr>
            <w:tcW w:w="518" w:type="dxa"/>
          </w:tcPr>
          <w:p w14:paraId="650C2531" w14:textId="77777777" w:rsidR="008A72A5" w:rsidRPr="00CA3091" w:rsidRDefault="0061584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3091">
              <w:rPr>
                <w:rFonts w:ascii="Times New Roman" w:hAnsi="Times New Roman" w:cs="Times New Roman"/>
                <w:sz w:val="16"/>
                <w:szCs w:val="16"/>
              </w:rPr>
              <w:t>18</w:t>
            </w:r>
          </w:p>
        </w:tc>
        <w:tc>
          <w:tcPr>
            <w:tcW w:w="581" w:type="dxa"/>
          </w:tcPr>
          <w:p w14:paraId="1DFBBCB8" w14:textId="77777777" w:rsidR="008A72A5" w:rsidRPr="00CA3091" w:rsidRDefault="0061584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3091">
              <w:rPr>
                <w:rFonts w:ascii="Times New Roman" w:hAnsi="Times New Roman" w:cs="Times New Roman"/>
                <w:sz w:val="16"/>
                <w:szCs w:val="16"/>
              </w:rPr>
              <w:t>0.251</w:t>
            </w:r>
          </w:p>
        </w:tc>
        <w:tc>
          <w:tcPr>
            <w:tcW w:w="581" w:type="dxa"/>
          </w:tcPr>
          <w:p w14:paraId="5D83923E" w14:textId="77777777" w:rsidR="008A72A5" w:rsidRPr="00CA3091" w:rsidRDefault="0061584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3091">
              <w:rPr>
                <w:rFonts w:ascii="Times New Roman" w:hAnsi="Times New Roman" w:cs="Times New Roman"/>
                <w:sz w:val="16"/>
                <w:szCs w:val="16"/>
              </w:rPr>
              <w:t>0.182</w:t>
            </w:r>
          </w:p>
        </w:tc>
        <w:tc>
          <w:tcPr>
            <w:tcW w:w="581" w:type="dxa"/>
          </w:tcPr>
          <w:p w14:paraId="1B8E4598" w14:textId="77777777" w:rsidR="008A72A5" w:rsidRPr="00CA3091" w:rsidRDefault="0061584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3091">
              <w:rPr>
                <w:rFonts w:ascii="Times New Roman" w:hAnsi="Times New Roman" w:cs="Times New Roman"/>
                <w:sz w:val="16"/>
                <w:szCs w:val="16"/>
              </w:rPr>
              <w:t>0.167</w:t>
            </w:r>
          </w:p>
        </w:tc>
        <w:tc>
          <w:tcPr>
            <w:tcW w:w="581" w:type="dxa"/>
          </w:tcPr>
          <w:p w14:paraId="3C108F5E" w14:textId="77777777" w:rsidR="008A72A5" w:rsidRPr="00CA3091" w:rsidRDefault="0061584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3091">
              <w:rPr>
                <w:rFonts w:ascii="Times New Roman" w:hAnsi="Times New Roman" w:cs="Times New Roman"/>
                <w:sz w:val="16"/>
                <w:szCs w:val="16"/>
              </w:rPr>
              <w:t>0.192</w:t>
            </w:r>
          </w:p>
        </w:tc>
        <w:tc>
          <w:tcPr>
            <w:tcW w:w="581" w:type="dxa"/>
          </w:tcPr>
          <w:p w14:paraId="6258D6FF" w14:textId="77777777" w:rsidR="008A72A5" w:rsidRPr="00CA3091" w:rsidRDefault="0061584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3091">
              <w:rPr>
                <w:rFonts w:ascii="Times New Roman" w:hAnsi="Times New Roman" w:cs="Times New Roman"/>
                <w:sz w:val="16"/>
                <w:szCs w:val="16"/>
              </w:rPr>
              <w:t>0.267</w:t>
            </w:r>
          </w:p>
        </w:tc>
        <w:tc>
          <w:tcPr>
            <w:tcW w:w="581" w:type="dxa"/>
          </w:tcPr>
          <w:p w14:paraId="053CEA47" w14:textId="77777777" w:rsidR="008A72A5" w:rsidRPr="00CA3091" w:rsidRDefault="0061584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3091">
              <w:rPr>
                <w:rFonts w:ascii="Times New Roman" w:hAnsi="Times New Roman" w:cs="Times New Roman"/>
                <w:sz w:val="16"/>
                <w:szCs w:val="16"/>
              </w:rPr>
              <w:t>0.259</w:t>
            </w:r>
          </w:p>
        </w:tc>
        <w:tc>
          <w:tcPr>
            <w:tcW w:w="581" w:type="dxa"/>
          </w:tcPr>
          <w:p w14:paraId="0CF46004" w14:textId="77777777" w:rsidR="008A72A5" w:rsidRPr="00CA3091" w:rsidRDefault="0061584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3091">
              <w:rPr>
                <w:rFonts w:ascii="Times New Roman" w:hAnsi="Times New Roman" w:cs="Times New Roman"/>
                <w:sz w:val="16"/>
                <w:szCs w:val="16"/>
              </w:rPr>
              <w:t>0.398</w:t>
            </w:r>
          </w:p>
        </w:tc>
        <w:tc>
          <w:tcPr>
            <w:tcW w:w="581" w:type="dxa"/>
          </w:tcPr>
          <w:p w14:paraId="1614321A" w14:textId="77777777" w:rsidR="008A72A5" w:rsidRPr="00CA3091" w:rsidRDefault="0061584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3091">
              <w:rPr>
                <w:rFonts w:ascii="Times New Roman" w:hAnsi="Times New Roman" w:cs="Times New Roman"/>
                <w:sz w:val="16"/>
                <w:szCs w:val="16"/>
              </w:rPr>
              <w:t>0.388</w:t>
            </w:r>
          </w:p>
        </w:tc>
        <w:tc>
          <w:tcPr>
            <w:tcW w:w="581" w:type="dxa"/>
          </w:tcPr>
          <w:p w14:paraId="1FD2CF36" w14:textId="77777777" w:rsidR="008A72A5" w:rsidRPr="00CA3091" w:rsidRDefault="0061584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3091">
              <w:rPr>
                <w:rFonts w:ascii="Times New Roman" w:hAnsi="Times New Roman" w:cs="Times New Roman"/>
                <w:sz w:val="16"/>
                <w:szCs w:val="16"/>
              </w:rPr>
              <w:t>0.326</w:t>
            </w:r>
          </w:p>
        </w:tc>
        <w:tc>
          <w:tcPr>
            <w:tcW w:w="581" w:type="dxa"/>
          </w:tcPr>
          <w:p w14:paraId="75641432" w14:textId="77777777" w:rsidR="008A72A5" w:rsidRPr="00CA3091" w:rsidRDefault="0061584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3091">
              <w:rPr>
                <w:rFonts w:ascii="Times New Roman" w:hAnsi="Times New Roman" w:cs="Times New Roman"/>
                <w:sz w:val="16"/>
                <w:szCs w:val="16"/>
              </w:rPr>
              <w:t>0.352</w:t>
            </w:r>
          </w:p>
        </w:tc>
        <w:tc>
          <w:tcPr>
            <w:tcW w:w="581" w:type="dxa"/>
          </w:tcPr>
          <w:p w14:paraId="1B67AA3E" w14:textId="77777777" w:rsidR="008A72A5" w:rsidRPr="00CA3091" w:rsidRDefault="0061584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3091">
              <w:rPr>
                <w:rFonts w:ascii="Times New Roman" w:hAnsi="Times New Roman" w:cs="Times New Roman"/>
                <w:sz w:val="16"/>
                <w:szCs w:val="16"/>
              </w:rPr>
              <w:t>0.437</w:t>
            </w:r>
          </w:p>
        </w:tc>
        <w:tc>
          <w:tcPr>
            <w:tcW w:w="581" w:type="dxa"/>
          </w:tcPr>
          <w:p w14:paraId="72FACB89" w14:textId="77777777" w:rsidR="008A72A5" w:rsidRPr="00CA3091" w:rsidRDefault="0061584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3091">
              <w:rPr>
                <w:rFonts w:ascii="Times New Roman" w:hAnsi="Times New Roman" w:cs="Times New Roman"/>
                <w:sz w:val="16"/>
                <w:szCs w:val="16"/>
              </w:rPr>
              <w:t>0.407</w:t>
            </w:r>
          </w:p>
        </w:tc>
        <w:tc>
          <w:tcPr>
            <w:tcW w:w="581" w:type="dxa"/>
          </w:tcPr>
          <w:p w14:paraId="1A5F3DC2" w14:textId="77777777" w:rsidR="008A72A5" w:rsidRPr="00CA3091" w:rsidRDefault="0061584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3091">
              <w:rPr>
                <w:rFonts w:ascii="Times New Roman" w:hAnsi="Times New Roman" w:cs="Times New Roman"/>
                <w:sz w:val="16"/>
                <w:szCs w:val="16"/>
              </w:rPr>
              <w:t>0.434</w:t>
            </w:r>
          </w:p>
        </w:tc>
        <w:tc>
          <w:tcPr>
            <w:tcW w:w="581" w:type="dxa"/>
          </w:tcPr>
          <w:p w14:paraId="52D10009" w14:textId="77777777" w:rsidR="008A72A5" w:rsidRPr="00CA3091" w:rsidRDefault="0061584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3091">
              <w:rPr>
                <w:rFonts w:ascii="Times New Roman" w:hAnsi="Times New Roman" w:cs="Times New Roman"/>
                <w:sz w:val="16"/>
                <w:szCs w:val="16"/>
              </w:rPr>
              <w:t>0.481</w:t>
            </w:r>
          </w:p>
        </w:tc>
        <w:tc>
          <w:tcPr>
            <w:tcW w:w="581" w:type="dxa"/>
          </w:tcPr>
          <w:p w14:paraId="36FB3AD4" w14:textId="77777777" w:rsidR="008A72A5" w:rsidRPr="00CA3091" w:rsidRDefault="0061584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3091">
              <w:rPr>
                <w:rFonts w:ascii="Times New Roman" w:hAnsi="Times New Roman" w:cs="Times New Roman"/>
                <w:sz w:val="16"/>
                <w:szCs w:val="16"/>
              </w:rPr>
              <w:t>0.602</w:t>
            </w:r>
          </w:p>
        </w:tc>
        <w:tc>
          <w:tcPr>
            <w:tcW w:w="581" w:type="dxa"/>
          </w:tcPr>
          <w:p w14:paraId="5F0C9D86" w14:textId="77777777" w:rsidR="008A72A5" w:rsidRPr="00CA3091" w:rsidRDefault="0061584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3091">
              <w:rPr>
                <w:rFonts w:ascii="Times New Roman" w:hAnsi="Times New Roman" w:cs="Times New Roman"/>
                <w:sz w:val="16"/>
                <w:szCs w:val="16"/>
              </w:rPr>
              <w:t>0.572</w:t>
            </w:r>
          </w:p>
        </w:tc>
        <w:tc>
          <w:tcPr>
            <w:tcW w:w="581" w:type="dxa"/>
          </w:tcPr>
          <w:p w14:paraId="0203F49A" w14:textId="77777777" w:rsidR="008A72A5" w:rsidRPr="00CA3091" w:rsidRDefault="0061584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3091">
              <w:rPr>
                <w:rFonts w:ascii="Times New Roman" w:hAnsi="Times New Roman" w:cs="Times New Roman"/>
                <w:sz w:val="16"/>
                <w:szCs w:val="16"/>
              </w:rPr>
              <w:t>0.606</w:t>
            </w:r>
          </w:p>
        </w:tc>
        <w:tc>
          <w:tcPr>
            <w:tcW w:w="581" w:type="dxa"/>
          </w:tcPr>
          <w:p w14:paraId="6CCB6008" w14:textId="77777777" w:rsidR="008A72A5" w:rsidRPr="00CA3091" w:rsidRDefault="0061584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3091">
              <w:rPr>
                <w:rFonts w:ascii="Times New Roman" w:hAnsi="Times New Roman" w:cs="Times New Roman"/>
                <w:sz w:val="16"/>
                <w:szCs w:val="16"/>
              </w:rPr>
              <w:t>1.000</w:t>
            </w:r>
          </w:p>
        </w:tc>
        <w:tc>
          <w:tcPr>
            <w:tcW w:w="581" w:type="dxa"/>
          </w:tcPr>
          <w:p w14:paraId="512FF391" w14:textId="77777777" w:rsidR="008A72A5" w:rsidRPr="00CA3091" w:rsidRDefault="008A72A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1" w:type="dxa"/>
          </w:tcPr>
          <w:p w14:paraId="379FD85E" w14:textId="77777777" w:rsidR="008A72A5" w:rsidRPr="00CA3091" w:rsidRDefault="008A72A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1" w:type="dxa"/>
          </w:tcPr>
          <w:p w14:paraId="0A3C6E0F" w14:textId="77777777" w:rsidR="008A72A5" w:rsidRPr="00CA3091" w:rsidRDefault="008A72A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A72A5" w:rsidRPr="00CA3091" w14:paraId="5C65CC59" w14:textId="77777777" w:rsidTr="00632A6D">
        <w:tc>
          <w:tcPr>
            <w:tcW w:w="518" w:type="dxa"/>
          </w:tcPr>
          <w:p w14:paraId="63127CA9" w14:textId="77777777" w:rsidR="008A72A5" w:rsidRPr="00CA3091" w:rsidRDefault="0061584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3091">
              <w:rPr>
                <w:rFonts w:ascii="Times New Roman" w:hAnsi="Times New Roman" w:cs="Times New Roman"/>
                <w:sz w:val="16"/>
                <w:szCs w:val="16"/>
              </w:rPr>
              <w:t>19</w:t>
            </w:r>
          </w:p>
        </w:tc>
        <w:tc>
          <w:tcPr>
            <w:tcW w:w="581" w:type="dxa"/>
          </w:tcPr>
          <w:p w14:paraId="57454BF7" w14:textId="77777777" w:rsidR="008A72A5" w:rsidRPr="00CA3091" w:rsidRDefault="0061584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3091">
              <w:rPr>
                <w:rFonts w:ascii="Times New Roman" w:hAnsi="Times New Roman" w:cs="Times New Roman"/>
                <w:sz w:val="16"/>
                <w:szCs w:val="16"/>
              </w:rPr>
              <w:t>0.238</w:t>
            </w:r>
          </w:p>
        </w:tc>
        <w:tc>
          <w:tcPr>
            <w:tcW w:w="581" w:type="dxa"/>
          </w:tcPr>
          <w:p w14:paraId="18802424" w14:textId="77777777" w:rsidR="008A72A5" w:rsidRPr="00CA3091" w:rsidRDefault="0061584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3091">
              <w:rPr>
                <w:rFonts w:ascii="Times New Roman" w:hAnsi="Times New Roman" w:cs="Times New Roman"/>
                <w:sz w:val="16"/>
                <w:szCs w:val="16"/>
              </w:rPr>
              <w:t>0.122</w:t>
            </w:r>
          </w:p>
        </w:tc>
        <w:tc>
          <w:tcPr>
            <w:tcW w:w="581" w:type="dxa"/>
          </w:tcPr>
          <w:p w14:paraId="06F731A7" w14:textId="77777777" w:rsidR="008A72A5" w:rsidRPr="00CA3091" w:rsidRDefault="0061584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3091">
              <w:rPr>
                <w:rFonts w:ascii="Times New Roman" w:hAnsi="Times New Roman" w:cs="Times New Roman"/>
                <w:sz w:val="16"/>
                <w:szCs w:val="16"/>
              </w:rPr>
              <w:t>0.248</w:t>
            </w:r>
          </w:p>
        </w:tc>
        <w:tc>
          <w:tcPr>
            <w:tcW w:w="581" w:type="dxa"/>
          </w:tcPr>
          <w:p w14:paraId="54388C76" w14:textId="77777777" w:rsidR="008A72A5" w:rsidRPr="00CA3091" w:rsidRDefault="0061584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3091">
              <w:rPr>
                <w:rFonts w:ascii="Times New Roman" w:hAnsi="Times New Roman" w:cs="Times New Roman"/>
                <w:sz w:val="16"/>
                <w:szCs w:val="16"/>
              </w:rPr>
              <w:t>0.194</w:t>
            </w:r>
          </w:p>
        </w:tc>
        <w:tc>
          <w:tcPr>
            <w:tcW w:w="581" w:type="dxa"/>
          </w:tcPr>
          <w:p w14:paraId="18717EEF" w14:textId="77777777" w:rsidR="008A72A5" w:rsidRPr="00CA3091" w:rsidRDefault="0061584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3091">
              <w:rPr>
                <w:rFonts w:ascii="Times New Roman" w:hAnsi="Times New Roman" w:cs="Times New Roman"/>
                <w:sz w:val="16"/>
                <w:szCs w:val="16"/>
              </w:rPr>
              <w:t>0.390</w:t>
            </w:r>
          </w:p>
        </w:tc>
        <w:tc>
          <w:tcPr>
            <w:tcW w:w="581" w:type="dxa"/>
          </w:tcPr>
          <w:p w14:paraId="551F5829" w14:textId="77777777" w:rsidR="008A72A5" w:rsidRPr="00CA3091" w:rsidRDefault="0061584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3091">
              <w:rPr>
                <w:rFonts w:ascii="Times New Roman" w:hAnsi="Times New Roman" w:cs="Times New Roman"/>
                <w:sz w:val="16"/>
                <w:szCs w:val="16"/>
              </w:rPr>
              <w:t>0.237</w:t>
            </w:r>
          </w:p>
        </w:tc>
        <w:tc>
          <w:tcPr>
            <w:tcW w:w="581" w:type="dxa"/>
          </w:tcPr>
          <w:p w14:paraId="2E8605B8" w14:textId="77777777" w:rsidR="008A72A5" w:rsidRPr="00CA3091" w:rsidRDefault="0061584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3091">
              <w:rPr>
                <w:rFonts w:ascii="Times New Roman" w:hAnsi="Times New Roman" w:cs="Times New Roman"/>
                <w:sz w:val="16"/>
                <w:szCs w:val="16"/>
              </w:rPr>
              <w:t>0.483</w:t>
            </w:r>
          </w:p>
        </w:tc>
        <w:tc>
          <w:tcPr>
            <w:tcW w:w="581" w:type="dxa"/>
          </w:tcPr>
          <w:p w14:paraId="6696421A" w14:textId="77777777" w:rsidR="008A72A5" w:rsidRPr="00CA3091" w:rsidRDefault="0061584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3091">
              <w:rPr>
                <w:rFonts w:ascii="Times New Roman" w:hAnsi="Times New Roman" w:cs="Times New Roman"/>
                <w:sz w:val="16"/>
                <w:szCs w:val="16"/>
              </w:rPr>
              <w:t>0.418</w:t>
            </w:r>
          </w:p>
        </w:tc>
        <w:tc>
          <w:tcPr>
            <w:tcW w:w="581" w:type="dxa"/>
          </w:tcPr>
          <w:p w14:paraId="2D72CC9E" w14:textId="77777777" w:rsidR="008A72A5" w:rsidRPr="00CA3091" w:rsidRDefault="0061584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3091">
              <w:rPr>
                <w:rFonts w:ascii="Times New Roman" w:hAnsi="Times New Roman" w:cs="Times New Roman"/>
                <w:sz w:val="16"/>
                <w:szCs w:val="16"/>
              </w:rPr>
              <w:t>0.428</w:t>
            </w:r>
          </w:p>
        </w:tc>
        <w:tc>
          <w:tcPr>
            <w:tcW w:w="581" w:type="dxa"/>
          </w:tcPr>
          <w:p w14:paraId="282095D4" w14:textId="77777777" w:rsidR="008A72A5" w:rsidRPr="00CA3091" w:rsidRDefault="0061584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3091">
              <w:rPr>
                <w:rFonts w:ascii="Times New Roman" w:hAnsi="Times New Roman" w:cs="Times New Roman"/>
                <w:sz w:val="16"/>
                <w:szCs w:val="16"/>
              </w:rPr>
              <w:t>0.375</w:t>
            </w:r>
          </w:p>
        </w:tc>
        <w:tc>
          <w:tcPr>
            <w:tcW w:w="581" w:type="dxa"/>
          </w:tcPr>
          <w:p w14:paraId="0520A3FC" w14:textId="77777777" w:rsidR="008A72A5" w:rsidRPr="00CA3091" w:rsidRDefault="0061584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3091">
              <w:rPr>
                <w:rFonts w:ascii="Times New Roman" w:hAnsi="Times New Roman" w:cs="Times New Roman"/>
                <w:sz w:val="16"/>
                <w:szCs w:val="16"/>
              </w:rPr>
              <w:t>0.356</w:t>
            </w:r>
          </w:p>
        </w:tc>
        <w:tc>
          <w:tcPr>
            <w:tcW w:w="581" w:type="dxa"/>
          </w:tcPr>
          <w:p w14:paraId="503FB657" w14:textId="77777777" w:rsidR="008A72A5" w:rsidRPr="00CA3091" w:rsidRDefault="0061584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3091">
              <w:rPr>
                <w:rFonts w:ascii="Times New Roman" w:hAnsi="Times New Roman" w:cs="Times New Roman"/>
                <w:sz w:val="16"/>
                <w:szCs w:val="16"/>
              </w:rPr>
              <w:t>0.424</w:t>
            </w:r>
          </w:p>
        </w:tc>
        <w:tc>
          <w:tcPr>
            <w:tcW w:w="581" w:type="dxa"/>
          </w:tcPr>
          <w:p w14:paraId="3742FF7F" w14:textId="77777777" w:rsidR="008A72A5" w:rsidRPr="00CA3091" w:rsidRDefault="0061584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3091">
              <w:rPr>
                <w:rFonts w:ascii="Times New Roman" w:hAnsi="Times New Roman" w:cs="Times New Roman"/>
                <w:sz w:val="16"/>
                <w:szCs w:val="16"/>
              </w:rPr>
              <w:t>0.500</w:t>
            </w:r>
          </w:p>
        </w:tc>
        <w:tc>
          <w:tcPr>
            <w:tcW w:w="581" w:type="dxa"/>
          </w:tcPr>
          <w:p w14:paraId="20508773" w14:textId="77777777" w:rsidR="008A72A5" w:rsidRPr="00CA3091" w:rsidRDefault="0061584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3091">
              <w:rPr>
                <w:rFonts w:ascii="Times New Roman" w:hAnsi="Times New Roman" w:cs="Times New Roman"/>
                <w:sz w:val="16"/>
                <w:szCs w:val="16"/>
              </w:rPr>
              <w:t>0.595</w:t>
            </w:r>
          </w:p>
        </w:tc>
        <w:tc>
          <w:tcPr>
            <w:tcW w:w="581" w:type="dxa"/>
          </w:tcPr>
          <w:p w14:paraId="4C691839" w14:textId="77777777" w:rsidR="008A72A5" w:rsidRPr="00CA3091" w:rsidRDefault="0061584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3091">
              <w:rPr>
                <w:rFonts w:ascii="Times New Roman" w:hAnsi="Times New Roman" w:cs="Times New Roman"/>
                <w:sz w:val="16"/>
                <w:szCs w:val="16"/>
              </w:rPr>
              <w:t>0.680</w:t>
            </w:r>
          </w:p>
        </w:tc>
        <w:tc>
          <w:tcPr>
            <w:tcW w:w="581" w:type="dxa"/>
          </w:tcPr>
          <w:p w14:paraId="76D32D8D" w14:textId="77777777" w:rsidR="008A72A5" w:rsidRPr="00CA3091" w:rsidRDefault="0061584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3091">
              <w:rPr>
                <w:rFonts w:ascii="Times New Roman" w:hAnsi="Times New Roman" w:cs="Times New Roman"/>
                <w:sz w:val="16"/>
                <w:szCs w:val="16"/>
              </w:rPr>
              <w:t>0.660</w:t>
            </w:r>
          </w:p>
        </w:tc>
        <w:tc>
          <w:tcPr>
            <w:tcW w:w="581" w:type="dxa"/>
          </w:tcPr>
          <w:p w14:paraId="1E877B2D" w14:textId="77777777" w:rsidR="008A72A5" w:rsidRPr="00CA3091" w:rsidRDefault="0061584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3091">
              <w:rPr>
                <w:rFonts w:ascii="Times New Roman" w:hAnsi="Times New Roman" w:cs="Times New Roman"/>
                <w:sz w:val="16"/>
                <w:szCs w:val="16"/>
              </w:rPr>
              <w:t>0.663</w:t>
            </w:r>
          </w:p>
        </w:tc>
        <w:tc>
          <w:tcPr>
            <w:tcW w:w="581" w:type="dxa"/>
          </w:tcPr>
          <w:p w14:paraId="4E8D380D" w14:textId="77777777" w:rsidR="008A72A5" w:rsidRPr="00CA3091" w:rsidRDefault="0061584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3091">
              <w:rPr>
                <w:rFonts w:ascii="Times New Roman" w:hAnsi="Times New Roman" w:cs="Times New Roman"/>
                <w:sz w:val="16"/>
                <w:szCs w:val="16"/>
              </w:rPr>
              <w:t>0.724</w:t>
            </w:r>
          </w:p>
        </w:tc>
        <w:tc>
          <w:tcPr>
            <w:tcW w:w="581" w:type="dxa"/>
          </w:tcPr>
          <w:p w14:paraId="1AAC283C" w14:textId="77777777" w:rsidR="008A72A5" w:rsidRPr="00CA3091" w:rsidRDefault="0061584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3091">
              <w:rPr>
                <w:rFonts w:ascii="Times New Roman" w:hAnsi="Times New Roman" w:cs="Times New Roman"/>
                <w:sz w:val="16"/>
                <w:szCs w:val="16"/>
              </w:rPr>
              <w:t>1.000</w:t>
            </w:r>
          </w:p>
        </w:tc>
        <w:tc>
          <w:tcPr>
            <w:tcW w:w="581" w:type="dxa"/>
          </w:tcPr>
          <w:p w14:paraId="599053A5" w14:textId="77777777" w:rsidR="008A72A5" w:rsidRPr="00CA3091" w:rsidRDefault="008A72A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1" w:type="dxa"/>
          </w:tcPr>
          <w:p w14:paraId="10E5D695" w14:textId="77777777" w:rsidR="008A72A5" w:rsidRPr="00CA3091" w:rsidRDefault="008A72A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A72A5" w:rsidRPr="00CA3091" w14:paraId="23D1B984" w14:textId="77777777" w:rsidTr="00632A6D">
        <w:tc>
          <w:tcPr>
            <w:tcW w:w="518" w:type="dxa"/>
          </w:tcPr>
          <w:p w14:paraId="485D5157" w14:textId="77777777" w:rsidR="008A72A5" w:rsidRPr="00CA3091" w:rsidRDefault="0061584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3091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581" w:type="dxa"/>
          </w:tcPr>
          <w:p w14:paraId="3F065CBC" w14:textId="77777777" w:rsidR="008A72A5" w:rsidRPr="00CA3091" w:rsidRDefault="0061584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3091">
              <w:rPr>
                <w:rFonts w:ascii="Times New Roman" w:hAnsi="Times New Roman" w:cs="Times New Roman"/>
                <w:sz w:val="16"/>
                <w:szCs w:val="16"/>
              </w:rPr>
              <w:t>0.278</w:t>
            </w:r>
          </w:p>
        </w:tc>
        <w:tc>
          <w:tcPr>
            <w:tcW w:w="581" w:type="dxa"/>
          </w:tcPr>
          <w:p w14:paraId="722061E0" w14:textId="77777777" w:rsidR="008A72A5" w:rsidRPr="00CA3091" w:rsidRDefault="0061584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3091">
              <w:rPr>
                <w:rFonts w:ascii="Times New Roman" w:hAnsi="Times New Roman" w:cs="Times New Roman"/>
                <w:sz w:val="16"/>
                <w:szCs w:val="16"/>
              </w:rPr>
              <w:t>0.125</w:t>
            </w:r>
          </w:p>
        </w:tc>
        <w:tc>
          <w:tcPr>
            <w:tcW w:w="581" w:type="dxa"/>
          </w:tcPr>
          <w:p w14:paraId="5F57B673" w14:textId="77777777" w:rsidR="008A72A5" w:rsidRPr="00CA3091" w:rsidRDefault="0061584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3091">
              <w:rPr>
                <w:rFonts w:ascii="Times New Roman" w:hAnsi="Times New Roman" w:cs="Times New Roman"/>
                <w:sz w:val="16"/>
                <w:szCs w:val="16"/>
              </w:rPr>
              <w:t>0.327</w:t>
            </w:r>
          </w:p>
        </w:tc>
        <w:tc>
          <w:tcPr>
            <w:tcW w:w="581" w:type="dxa"/>
          </w:tcPr>
          <w:p w14:paraId="42FF3F28" w14:textId="77777777" w:rsidR="008A72A5" w:rsidRPr="00CA3091" w:rsidRDefault="0061584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3091">
              <w:rPr>
                <w:rFonts w:ascii="Times New Roman" w:hAnsi="Times New Roman" w:cs="Times New Roman"/>
                <w:sz w:val="16"/>
                <w:szCs w:val="16"/>
              </w:rPr>
              <w:t>0.204</w:t>
            </w:r>
          </w:p>
        </w:tc>
        <w:tc>
          <w:tcPr>
            <w:tcW w:w="581" w:type="dxa"/>
          </w:tcPr>
          <w:p w14:paraId="5526B227" w14:textId="77777777" w:rsidR="008A72A5" w:rsidRPr="00CA3091" w:rsidRDefault="0061584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3091">
              <w:rPr>
                <w:rFonts w:ascii="Times New Roman" w:hAnsi="Times New Roman" w:cs="Times New Roman"/>
                <w:sz w:val="16"/>
                <w:szCs w:val="16"/>
              </w:rPr>
              <w:t>0.363</w:t>
            </w:r>
          </w:p>
        </w:tc>
        <w:tc>
          <w:tcPr>
            <w:tcW w:w="581" w:type="dxa"/>
          </w:tcPr>
          <w:p w14:paraId="488D6D17" w14:textId="77777777" w:rsidR="008A72A5" w:rsidRPr="00CA3091" w:rsidRDefault="0061584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3091">
              <w:rPr>
                <w:rFonts w:ascii="Times New Roman" w:hAnsi="Times New Roman" w:cs="Times New Roman"/>
                <w:sz w:val="16"/>
                <w:szCs w:val="16"/>
              </w:rPr>
              <w:t>0.215</w:t>
            </w:r>
          </w:p>
        </w:tc>
        <w:tc>
          <w:tcPr>
            <w:tcW w:w="581" w:type="dxa"/>
          </w:tcPr>
          <w:p w14:paraId="749EECE9" w14:textId="77777777" w:rsidR="008A72A5" w:rsidRPr="00CA3091" w:rsidRDefault="0061584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3091">
              <w:rPr>
                <w:rFonts w:ascii="Times New Roman" w:hAnsi="Times New Roman" w:cs="Times New Roman"/>
                <w:sz w:val="16"/>
                <w:szCs w:val="16"/>
              </w:rPr>
              <w:t>0.459</w:t>
            </w:r>
          </w:p>
        </w:tc>
        <w:tc>
          <w:tcPr>
            <w:tcW w:w="581" w:type="dxa"/>
          </w:tcPr>
          <w:p w14:paraId="0FF39385" w14:textId="77777777" w:rsidR="008A72A5" w:rsidRPr="00CA3091" w:rsidRDefault="0061584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3091">
              <w:rPr>
                <w:rFonts w:ascii="Times New Roman" w:hAnsi="Times New Roman" w:cs="Times New Roman"/>
                <w:sz w:val="16"/>
                <w:szCs w:val="16"/>
              </w:rPr>
              <w:t>0.380</w:t>
            </w:r>
          </w:p>
        </w:tc>
        <w:tc>
          <w:tcPr>
            <w:tcW w:w="581" w:type="dxa"/>
          </w:tcPr>
          <w:p w14:paraId="0E6F05F3" w14:textId="77777777" w:rsidR="008A72A5" w:rsidRPr="00CA3091" w:rsidRDefault="0061584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3091">
              <w:rPr>
                <w:rFonts w:ascii="Times New Roman" w:hAnsi="Times New Roman" w:cs="Times New Roman"/>
                <w:sz w:val="16"/>
                <w:szCs w:val="16"/>
              </w:rPr>
              <w:t>0.450</w:t>
            </w:r>
          </w:p>
        </w:tc>
        <w:tc>
          <w:tcPr>
            <w:tcW w:w="581" w:type="dxa"/>
          </w:tcPr>
          <w:p w14:paraId="5443EA55" w14:textId="77777777" w:rsidR="008A72A5" w:rsidRPr="00CA3091" w:rsidRDefault="0061584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3091">
              <w:rPr>
                <w:rFonts w:ascii="Times New Roman" w:hAnsi="Times New Roman" w:cs="Times New Roman"/>
                <w:sz w:val="16"/>
                <w:szCs w:val="16"/>
              </w:rPr>
              <w:t>0.295</w:t>
            </w:r>
          </w:p>
        </w:tc>
        <w:tc>
          <w:tcPr>
            <w:tcW w:w="581" w:type="dxa"/>
          </w:tcPr>
          <w:p w14:paraId="4C819B6A" w14:textId="77777777" w:rsidR="008A72A5" w:rsidRPr="00CA3091" w:rsidRDefault="0061584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3091">
              <w:rPr>
                <w:rFonts w:ascii="Times New Roman" w:hAnsi="Times New Roman" w:cs="Times New Roman"/>
                <w:sz w:val="16"/>
                <w:szCs w:val="16"/>
              </w:rPr>
              <w:t>0.394</w:t>
            </w:r>
          </w:p>
        </w:tc>
        <w:tc>
          <w:tcPr>
            <w:tcW w:w="581" w:type="dxa"/>
          </w:tcPr>
          <w:p w14:paraId="233417DD" w14:textId="77777777" w:rsidR="008A72A5" w:rsidRPr="00CA3091" w:rsidRDefault="0061584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3091">
              <w:rPr>
                <w:rFonts w:ascii="Times New Roman" w:hAnsi="Times New Roman" w:cs="Times New Roman"/>
                <w:sz w:val="16"/>
                <w:szCs w:val="16"/>
              </w:rPr>
              <w:t>0.399</w:t>
            </w:r>
          </w:p>
        </w:tc>
        <w:tc>
          <w:tcPr>
            <w:tcW w:w="581" w:type="dxa"/>
          </w:tcPr>
          <w:p w14:paraId="20843169" w14:textId="77777777" w:rsidR="008A72A5" w:rsidRPr="00CA3091" w:rsidRDefault="0061584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3091">
              <w:rPr>
                <w:rFonts w:ascii="Times New Roman" w:hAnsi="Times New Roman" w:cs="Times New Roman"/>
                <w:sz w:val="16"/>
                <w:szCs w:val="16"/>
              </w:rPr>
              <w:t>0.439</w:t>
            </w:r>
          </w:p>
        </w:tc>
        <w:tc>
          <w:tcPr>
            <w:tcW w:w="581" w:type="dxa"/>
          </w:tcPr>
          <w:p w14:paraId="0A683E7F" w14:textId="77777777" w:rsidR="008A72A5" w:rsidRPr="00CA3091" w:rsidRDefault="0061584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3091">
              <w:rPr>
                <w:rFonts w:ascii="Times New Roman" w:hAnsi="Times New Roman" w:cs="Times New Roman"/>
                <w:sz w:val="16"/>
                <w:szCs w:val="16"/>
              </w:rPr>
              <w:t>0.547</w:t>
            </w:r>
          </w:p>
        </w:tc>
        <w:tc>
          <w:tcPr>
            <w:tcW w:w="581" w:type="dxa"/>
          </w:tcPr>
          <w:p w14:paraId="5C324E33" w14:textId="77777777" w:rsidR="008A72A5" w:rsidRPr="00CA3091" w:rsidRDefault="0061584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3091">
              <w:rPr>
                <w:rFonts w:ascii="Times New Roman" w:hAnsi="Times New Roman" w:cs="Times New Roman"/>
                <w:sz w:val="16"/>
                <w:szCs w:val="16"/>
              </w:rPr>
              <w:t>0.575</w:t>
            </w:r>
          </w:p>
        </w:tc>
        <w:tc>
          <w:tcPr>
            <w:tcW w:w="581" w:type="dxa"/>
          </w:tcPr>
          <w:p w14:paraId="10EEDFFC" w14:textId="77777777" w:rsidR="008A72A5" w:rsidRPr="00CA3091" w:rsidRDefault="0061584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3091">
              <w:rPr>
                <w:rFonts w:ascii="Times New Roman" w:hAnsi="Times New Roman" w:cs="Times New Roman"/>
                <w:sz w:val="16"/>
                <w:szCs w:val="16"/>
              </w:rPr>
              <w:t>0.585</w:t>
            </w:r>
          </w:p>
        </w:tc>
        <w:tc>
          <w:tcPr>
            <w:tcW w:w="581" w:type="dxa"/>
          </w:tcPr>
          <w:p w14:paraId="371377C7" w14:textId="77777777" w:rsidR="008A72A5" w:rsidRPr="00CA3091" w:rsidRDefault="0061584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3091">
              <w:rPr>
                <w:rFonts w:ascii="Times New Roman" w:hAnsi="Times New Roman" w:cs="Times New Roman"/>
                <w:sz w:val="16"/>
                <w:szCs w:val="16"/>
              </w:rPr>
              <w:t>0.590</w:t>
            </w:r>
          </w:p>
        </w:tc>
        <w:tc>
          <w:tcPr>
            <w:tcW w:w="581" w:type="dxa"/>
          </w:tcPr>
          <w:p w14:paraId="00E6CDBC" w14:textId="77777777" w:rsidR="008A72A5" w:rsidRPr="00CA3091" w:rsidRDefault="0061584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3091">
              <w:rPr>
                <w:rFonts w:ascii="Times New Roman" w:hAnsi="Times New Roman" w:cs="Times New Roman"/>
                <w:sz w:val="16"/>
                <w:szCs w:val="16"/>
              </w:rPr>
              <w:t>0.592</w:t>
            </w:r>
          </w:p>
        </w:tc>
        <w:tc>
          <w:tcPr>
            <w:tcW w:w="581" w:type="dxa"/>
          </w:tcPr>
          <w:p w14:paraId="316F60DE" w14:textId="77777777" w:rsidR="008A72A5" w:rsidRPr="00CA3091" w:rsidRDefault="0061584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3091">
              <w:rPr>
                <w:rFonts w:ascii="Times New Roman" w:hAnsi="Times New Roman" w:cs="Times New Roman"/>
                <w:sz w:val="16"/>
                <w:szCs w:val="16"/>
              </w:rPr>
              <w:t>0.795</w:t>
            </w:r>
          </w:p>
        </w:tc>
        <w:tc>
          <w:tcPr>
            <w:tcW w:w="581" w:type="dxa"/>
          </w:tcPr>
          <w:p w14:paraId="18E3E7A3" w14:textId="77777777" w:rsidR="008A72A5" w:rsidRPr="00CA3091" w:rsidRDefault="0061584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3091">
              <w:rPr>
                <w:rFonts w:ascii="Times New Roman" w:hAnsi="Times New Roman" w:cs="Times New Roman"/>
                <w:sz w:val="16"/>
                <w:szCs w:val="16"/>
              </w:rPr>
              <w:t>1.000</w:t>
            </w:r>
          </w:p>
        </w:tc>
        <w:tc>
          <w:tcPr>
            <w:tcW w:w="581" w:type="dxa"/>
          </w:tcPr>
          <w:p w14:paraId="7A3A2606" w14:textId="77777777" w:rsidR="008A72A5" w:rsidRPr="00CA3091" w:rsidRDefault="008A72A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A72A5" w:rsidRPr="00CA3091" w14:paraId="3E9A0523" w14:textId="77777777" w:rsidTr="00632A6D">
        <w:tc>
          <w:tcPr>
            <w:tcW w:w="518" w:type="dxa"/>
          </w:tcPr>
          <w:p w14:paraId="3FC6CC74" w14:textId="77777777" w:rsidR="008A72A5" w:rsidRPr="00CA3091" w:rsidRDefault="0061584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3091">
              <w:rPr>
                <w:rFonts w:ascii="Times New Roman" w:hAnsi="Times New Roman" w:cs="Times New Roman"/>
                <w:sz w:val="16"/>
                <w:szCs w:val="16"/>
              </w:rPr>
              <w:t>21</w:t>
            </w:r>
          </w:p>
        </w:tc>
        <w:tc>
          <w:tcPr>
            <w:tcW w:w="581" w:type="dxa"/>
          </w:tcPr>
          <w:p w14:paraId="489E4D44" w14:textId="77777777" w:rsidR="008A72A5" w:rsidRPr="00CA3091" w:rsidRDefault="0061584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3091">
              <w:rPr>
                <w:rFonts w:ascii="Times New Roman" w:hAnsi="Times New Roman" w:cs="Times New Roman"/>
                <w:sz w:val="16"/>
                <w:szCs w:val="16"/>
              </w:rPr>
              <w:t>0.235</w:t>
            </w:r>
          </w:p>
        </w:tc>
        <w:tc>
          <w:tcPr>
            <w:tcW w:w="581" w:type="dxa"/>
          </w:tcPr>
          <w:p w14:paraId="7C06FC58" w14:textId="77777777" w:rsidR="008A72A5" w:rsidRPr="00CA3091" w:rsidRDefault="0061584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3091">
              <w:rPr>
                <w:rFonts w:ascii="Times New Roman" w:hAnsi="Times New Roman" w:cs="Times New Roman"/>
                <w:sz w:val="16"/>
                <w:szCs w:val="16"/>
              </w:rPr>
              <w:t>0.094</w:t>
            </w:r>
          </w:p>
        </w:tc>
        <w:tc>
          <w:tcPr>
            <w:tcW w:w="581" w:type="dxa"/>
          </w:tcPr>
          <w:p w14:paraId="330BC996" w14:textId="77777777" w:rsidR="008A72A5" w:rsidRPr="00CA3091" w:rsidRDefault="0061584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3091">
              <w:rPr>
                <w:rFonts w:ascii="Times New Roman" w:hAnsi="Times New Roman" w:cs="Times New Roman"/>
                <w:sz w:val="16"/>
                <w:szCs w:val="16"/>
              </w:rPr>
              <w:t>0.213</w:t>
            </w:r>
          </w:p>
        </w:tc>
        <w:tc>
          <w:tcPr>
            <w:tcW w:w="581" w:type="dxa"/>
          </w:tcPr>
          <w:p w14:paraId="66413EA8" w14:textId="77777777" w:rsidR="008A72A5" w:rsidRPr="00CA3091" w:rsidRDefault="0061584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3091">
              <w:rPr>
                <w:rFonts w:ascii="Times New Roman" w:hAnsi="Times New Roman" w:cs="Times New Roman"/>
                <w:sz w:val="16"/>
                <w:szCs w:val="16"/>
              </w:rPr>
              <w:t>0.185</w:t>
            </w:r>
          </w:p>
        </w:tc>
        <w:tc>
          <w:tcPr>
            <w:tcW w:w="581" w:type="dxa"/>
          </w:tcPr>
          <w:p w14:paraId="700D9197" w14:textId="77777777" w:rsidR="008A72A5" w:rsidRPr="00CA3091" w:rsidRDefault="0061584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3091">
              <w:rPr>
                <w:rFonts w:ascii="Times New Roman" w:hAnsi="Times New Roman" w:cs="Times New Roman"/>
                <w:sz w:val="16"/>
                <w:szCs w:val="16"/>
              </w:rPr>
              <w:t>0.283</w:t>
            </w:r>
          </w:p>
        </w:tc>
        <w:tc>
          <w:tcPr>
            <w:tcW w:w="581" w:type="dxa"/>
          </w:tcPr>
          <w:p w14:paraId="53973089" w14:textId="77777777" w:rsidR="008A72A5" w:rsidRPr="00CA3091" w:rsidRDefault="0061584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3091">
              <w:rPr>
                <w:rFonts w:ascii="Times New Roman" w:hAnsi="Times New Roman" w:cs="Times New Roman"/>
                <w:sz w:val="16"/>
                <w:szCs w:val="16"/>
              </w:rPr>
              <w:t>0.400</w:t>
            </w:r>
          </w:p>
        </w:tc>
        <w:tc>
          <w:tcPr>
            <w:tcW w:w="581" w:type="dxa"/>
          </w:tcPr>
          <w:p w14:paraId="6A2DDA26" w14:textId="77777777" w:rsidR="008A72A5" w:rsidRPr="00CA3091" w:rsidRDefault="0061584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3091">
              <w:rPr>
                <w:rFonts w:ascii="Times New Roman" w:hAnsi="Times New Roman" w:cs="Times New Roman"/>
                <w:sz w:val="16"/>
                <w:szCs w:val="16"/>
              </w:rPr>
              <w:t>0.489</w:t>
            </w:r>
          </w:p>
        </w:tc>
        <w:tc>
          <w:tcPr>
            <w:tcW w:w="581" w:type="dxa"/>
          </w:tcPr>
          <w:p w14:paraId="7C16D099" w14:textId="77777777" w:rsidR="008A72A5" w:rsidRPr="00CA3091" w:rsidRDefault="0061584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3091">
              <w:rPr>
                <w:rFonts w:ascii="Times New Roman" w:hAnsi="Times New Roman" w:cs="Times New Roman"/>
                <w:sz w:val="16"/>
                <w:szCs w:val="16"/>
              </w:rPr>
              <w:t>0.316</w:t>
            </w:r>
          </w:p>
        </w:tc>
        <w:tc>
          <w:tcPr>
            <w:tcW w:w="581" w:type="dxa"/>
          </w:tcPr>
          <w:p w14:paraId="124D73E6" w14:textId="77777777" w:rsidR="008A72A5" w:rsidRPr="00CA3091" w:rsidRDefault="0061584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3091">
              <w:rPr>
                <w:rFonts w:ascii="Times New Roman" w:hAnsi="Times New Roman" w:cs="Times New Roman"/>
                <w:sz w:val="16"/>
                <w:szCs w:val="16"/>
              </w:rPr>
              <w:t>0.178</w:t>
            </w:r>
          </w:p>
        </w:tc>
        <w:tc>
          <w:tcPr>
            <w:tcW w:w="581" w:type="dxa"/>
          </w:tcPr>
          <w:p w14:paraId="4063EAD6" w14:textId="77777777" w:rsidR="008A72A5" w:rsidRPr="00CA3091" w:rsidRDefault="0061584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3091">
              <w:rPr>
                <w:rFonts w:ascii="Times New Roman" w:hAnsi="Times New Roman" w:cs="Times New Roman"/>
                <w:sz w:val="16"/>
                <w:szCs w:val="16"/>
              </w:rPr>
              <w:t>0.310</w:t>
            </w:r>
          </w:p>
        </w:tc>
        <w:tc>
          <w:tcPr>
            <w:tcW w:w="581" w:type="dxa"/>
          </w:tcPr>
          <w:p w14:paraId="5434FAFE" w14:textId="77777777" w:rsidR="008A72A5" w:rsidRPr="00CA3091" w:rsidRDefault="0061584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3091">
              <w:rPr>
                <w:rFonts w:ascii="Times New Roman" w:hAnsi="Times New Roman" w:cs="Times New Roman"/>
                <w:sz w:val="16"/>
                <w:szCs w:val="16"/>
              </w:rPr>
              <w:t>0.305</w:t>
            </w:r>
          </w:p>
        </w:tc>
        <w:tc>
          <w:tcPr>
            <w:tcW w:w="581" w:type="dxa"/>
          </w:tcPr>
          <w:p w14:paraId="0F8DC7A8" w14:textId="77777777" w:rsidR="008A72A5" w:rsidRPr="00CA3091" w:rsidRDefault="0061584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3091">
              <w:rPr>
                <w:rFonts w:ascii="Times New Roman" w:hAnsi="Times New Roman" w:cs="Times New Roman"/>
                <w:sz w:val="16"/>
                <w:szCs w:val="16"/>
              </w:rPr>
              <w:t>0.311</w:t>
            </w:r>
          </w:p>
        </w:tc>
        <w:tc>
          <w:tcPr>
            <w:tcW w:w="581" w:type="dxa"/>
          </w:tcPr>
          <w:p w14:paraId="4D31224A" w14:textId="77777777" w:rsidR="008A72A5" w:rsidRPr="00CA3091" w:rsidRDefault="0061584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3091">
              <w:rPr>
                <w:rFonts w:ascii="Times New Roman" w:hAnsi="Times New Roman" w:cs="Times New Roman"/>
                <w:sz w:val="16"/>
                <w:szCs w:val="16"/>
              </w:rPr>
              <w:t>0.351</w:t>
            </w:r>
          </w:p>
        </w:tc>
        <w:tc>
          <w:tcPr>
            <w:tcW w:w="581" w:type="dxa"/>
          </w:tcPr>
          <w:p w14:paraId="70FD5BCE" w14:textId="77777777" w:rsidR="008A72A5" w:rsidRPr="00CA3091" w:rsidRDefault="0061584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3091">
              <w:rPr>
                <w:rFonts w:ascii="Times New Roman" w:hAnsi="Times New Roman" w:cs="Times New Roman"/>
                <w:sz w:val="16"/>
                <w:szCs w:val="16"/>
              </w:rPr>
              <w:t>0.447</w:t>
            </w:r>
          </w:p>
        </w:tc>
        <w:tc>
          <w:tcPr>
            <w:tcW w:w="581" w:type="dxa"/>
          </w:tcPr>
          <w:p w14:paraId="42B7CF65" w14:textId="77777777" w:rsidR="008A72A5" w:rsidRPr="00CA3091" w:rsidRDefault="0061584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3091">
              <w:rPr>
                <w:rFonts w:ascii="Times New Roman" w:hAnsi="Times New Roman" w:cs="Times New Roman"/>
                <w:sz w:val="16"/>
                <w:szCs w:val="16"/>
              </w:rPr>
              <w:t>0.416</w:t>
            </w:r>
          </w:p>
        </w:tc>
        <w:tc>
          <w:tcPr>
            <w:tcW w:w="581" w:type="dxa"/>
          </w:tcPr>
          <w:p w14:paraId="209C1C5A" w14:textId="77777777" w:rsidR="008A72A5" w:rsidRPr="00CA3091" w:rsidRDefault="0061584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3091">
              <w:rPr>
                <w:rFonts w:ascii="Times New Roman" w:hAnsi="Times New Roman" w:cs="Times New Roman"/>
                <w:sz w:val="16"/>
                <w:szCs w:val="16"/>
              </w:rPr>
              <w:t>0.316</w:t>
            </w:r>
          </w:p>
        </w:tc>
        <w:tc>
          <w:tcPr>
            <w:tcW w:w="581" w:type="dxa"/>
          </w:tcPr>
          <w:p w14:paraId="1FF86730" w14:textId="77777777" w:rsidR="008A72A5" w:rsidRPr="00CA3091" w:rsidRDefault="0061584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3091">
              <w:rPr>
                <w:rFonts w:ascii="Times New Roman" w:hAnsi="Times New Roman" w:cs="Times New Roman"/>
                <w:sz w:val="16"/>
                <w:szCs w:val="16"/>
              </w:rPr>
              <w:t>0.363</w:t>
            </w:r>
          </w:p>
        </w:tc>
        <w:tc>
          <w:tcPr>
            <w:tcW w:w="581" w:type="dxa"/>
          </w:tcPr>
          <w:p w14:paraId="179B62A6" w14:textId="77777777" w:rsidR="008A72A5" w:rsidRPr="00CA3091" w:rsidRDefault="0061584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3091">
              <w:rPr>
                <w:rFonts w:ascii="Times New Roman" w:hAnsi="Times New Roman" w:cs="Times New Roman"/>
                <w:sz w:val="16"/>
                <w:szCs w:val="16"/>
              </w:rPr>
              <w:t>0.413</w:t>
            </w:r>
          </w:p>
        </w:tc>
        <w:tc>
          <w:tcPr>
            <w:tcW w:w="581" w:type="dxa"/>
          </w:tcPr>
          <w:p w14:paraId="3F243559" w14:textId="77777777" w:rsidR="008A72A5" w:rsidRPr="00CA3091" w:rsidRDefault="0061584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3091">
              <w:rPr>
                <w:rFonts w:ascii="Times New Roman" w:hAnsi="Times New Roman" w:cs="Times New Roman"/>
                <w:sz w:val="16"/>
                <w:szCs w:val="16"/>
              </w:rPr>
              <w:t>0.543</w:t>
            </w:r>
          </w:p>
        </w:tc>
        <w:tc>
          <w:tcPr>
            <w:tcW w:w="581" w:type="dxa"/>
          </w:tcPr>
          <w:p w14:paraId="6B1F7644" w14:textId="77777777" w:rsidR="008A72A5" w:rsidRPr="00CA3091" w:rsidRDefault="0061584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3091">
              <w:rPr>
                <w:rFonts w:ascii="Times New Roman" w:hAnsi="Times New Roman" w:cs="Times New Roman"/>
                <w:sz w:val="16"/>
                <w:szCs w:val="16"/>
              </w:rPr>
              <w:t>0.543</w:t>
            </w:r>
          </w:p>
        </w:tc>
        <w:tc>
          <w:tcPr>
            <w:tcW w:w="581" w:type="dxa"/>
          </w:tcPr>
          <w:p w14:paraId="3108EDDD" w14:textId="77777777" w:rsidR="008A72A5" w:rsidRPr="00CA3091" w:rsidRDefault="0061584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3091">
              <w:rPr>
                <w:rFonts w:ascii="Times New Roman" w:hAnsi="Times New Roman" w:cs="Times New Roman"/>
                <w:sz w:val="16"/>
                <w:szCs w:val="16"/>
              </w:rPr>
              <w:t>1.000</w:t>
            </w:r>
          </w:p>
        </w:tc>
      </w:tr>
    </w:tbl>
    <w:p w14:paraId="35C3DEFD" w14:textId="0B0D4979" w:rsidR="008A72A5" w:rsidRDefault="00632A6D" w:rsidP="00632A6D">
      <w:r w:rsidRPr="00CA3091">
        <w:rPr>
          <w:rFonts w:ascii="Times New Roman" w:hAnsi="Times New Roman" w:cs="Times New Roman"/>
          <w:sz w:val="16"/>
          <w:szCs w:val="16"/>
        </w:rPr>
        <w:t xml:space="preserve">Note. Values below the diagonal represent </w:t>
      </w:r>
      <w:proofErr w:type="spellStart"/>
      <w:r w:rsidRPr="00CA3091">
        <w:rPr>
          <w:rFonts w:ascii="Times New Roman" w:hAnsi="Times New Roman" w:cs="Times New Roman"/>
          <w:sz w:val="16"/>
          <w:szCs w:val="16"/>
        </w:rPr>
        <w:t>polychoric</w:t>
      </w:r>
      <w:proofErr w:type="spellEnd"/>
      <w:r w:rsidRPr="00CA3091">
        <w:rPr>
          <w:rFonts w:ascii="Times New Roman" w:hAnsi="Times New Roman" w:cs="Times New Roman"/>
          <w:sz w:val="16"/>
          <w:szCs w:val="16"/>
        </w:rPr>
        <w:t xml:space="preserve"> correlation</w:t>
      </w:r>
      <w:r w:rsidRPr="00632A6D">
        <w:t xml:space="preserve"> coefficients; diagonal values are fixed at 1.000.</w:t>
      </w:r>
    </w:p>
    <w:sectPr w:rsidR="008A72A5" w:rsidSect="0061584D">
      <w:pgSz w:w="15840" w:h="12240" w:orient="landscape"/>
      <w:pgMar w:top="1800" w:right="1440" w:bottom="180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umara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umara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eMadde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eMadde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umara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eMadde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283533892">
    <w:abstractNumId w:val="8"/>
  </w:num>
  <w:num w:numId="2" w16cid:durableId="1025059424">
    <w:abstractNumId w:val="6"/>
  </w:num>
  <w:num w:numId="3" w16cid:durableId="638263425">
    <w:abstractNumId w:val="5"/>
  </w:num>
  <w:num w:numId="4" w16cid:durableId="1535729581">
    <w:abstractNumId w:val="4"/>
  </w:num>
  <w:num w:numId="5" w16cid:durableId="48845997">
    <w:abstractNumId w:val="7"/>
  </w:num>
  <w:num w:numId="6" w16cid:durableId="1209222211">
    <w:abstractNumId w:val="3"/>
  </w:num>
  <w:num w:numId="7" w16cid:durableId="1542209920">
    <w:abstractNumId w:val="2"/>
  </w:num>
  <w:num w:numId="8" w16cid:durableId="2027557251">
    <w:abstractNumId w:val="1"/>
  </w:num>
  <w:num w:numId="9" w16cid:durableId="8933916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F1538"/>
    <w:rsid w:val="0015074B"/>
    <w:rsid w:val="0029639D"/>
    <w:rsid w:val="00326F90"/>
    <w:rsid w:val="0061584D"/>
    <w:rsid w:val="00632A6D"/>
    <w:rsid w:val="008A72A5"/>
    <w:rsid w:val="00973F05"/>
    <w:rsid w:val="00AA1D8D"/>
    <w:rsid w:val="00B47730"/>
    <w:rsid w:val="00CA3091"/>
    <w:rsid w:val="00CB0664"/>
    <w:rsid w:val="00D36B29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8798EC9"/>
  <w14:defaultImageDpi w14:val="300"/>
  <w15:docId w15:val="{185BEFE5-E8DE-4581-A02D-4A7F431E1F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Balk1">
    <w:name w:val="heading 1"/>
    <w:basedOn w:val="Normal"/>
    <w:next w:val="Normal"/>
    <w:link w:val="Balk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618BF"/>
  </w:style>
  <w:style w:type="paragraph" w:styleId="AltBilgi">
    <w:name w:val="footer"/>
    <w:basedOn w:val="Normal"/>
    <w:link w:val="Al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618BF"/>
  </w:style>
  <w:style w:type="paragraph" w:styleId="AralkYok">
    <w:name w:val="No Spacing"/>
    <w:uiPriority w:val="1"/>
    <w:qFormat/>
    <w:rsid w:val="00FC693F"/>
    <w:pPr>
      <w:spacing w:after="0" w:line="240" w:lineRule="auto"/>
    </w:pPr>
  </w:style>
  <w:style w:type="character" w:customStyle="1" w:styleId="Balk1Char">
    <w:name w:val="Başlık 1 Char"/>
    <w:basedOn w:val="VarsaylanParagrafYazTipi"/>
    <w:link w:val="Bal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alk2Char">
    <w:name w:val="Başlık 2 Char"/>
    <w:basedOn w:val="VarsaylanParagrafYazTipi"/>
    <w:link w:val="Bal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nuBal">
    <w:name w:val="Title"/>
    <w:basedOn w:val="Normal"/>
    <w:next w:val="Normal"/>
    <w:link w:val="KonuBal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ltyaz">
    <w:name w:val="Subtitle"/>
    <w:basedOn w:val="Normal"/>
    <w:next w:val="Normal"/>
    <w:link w:val="Altyaz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ltyazChar">
    <w:name w:val="Altyazı Char"/>
    <w:basedOn w:val="VarsaylanParagrafYazTipi"/>
    <w:link w:val="Altyaz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Paragraf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GvdeMetni">
    <w:name w:val="Body Text"/>
    <w:basedOn w:val="Normal"/>
    <w:link w:val="GvdeMetniChar"/>
    <w:uiPriority w:val="99"/>
    <w:unhideWhenUsed/>
    <w:rsid w:val="00AA1D8D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rsid w:val="00AA1D8D"/>
  </w:style>
  <w:style w:type="paragraph" w:styleId="GvdeMetni2">
    <w:name w:val="Body Text 2"/>
    <w:basedOn w:val="Normal"/>
    <w:link w:val="GvdeMetni2Char"/>
    <w:uiPriority w:val="99"/>
    <w:unhideWhenUsed/>
    <w:rsid w:val="00AA1D8D"/>
    <w:pPr>
      <w:spacing w:after="120" w:line="480" w:lineRule="auto"/>
    </w:pPr>
  </w:style>
  <w:style w:type="character" w:customStyle="1" w:styleId="GvdeMetni2Char">
    <w:name w:val="Gövde Metni 2 Char"/>
    <w:basedOn w:val="VarsaylanParagrafYazTipi"/>
    <w:link w:val="GvdeMetni2"/>
    <w:uiPriority w:val="99"/>
    <w:rsid w:val="00AA1D8D"/>
  </w:style>
  <w:style w:type="paragraph" w:styleId="GvdeMetni3">
    <w:name w:val="Body Text 3"/>
    <w:basedOn w:val="Normal"/>
    <w:link w:val="GvdeMetni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GvdeMetni3Char">
    <w:name w:val="Gövde Metni 3 Char"/>
    <w:basedOn w:val="VarsaylanParagrafYazTipi"/>
    <w:link w:val="GvdeMetni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Maddemi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Maddemi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Maddemi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ara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ara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ara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Devam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Devam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Devam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kroMetni">
    <w:name w:val="macro"/>
    <w:link w:val="MakroMetni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MetniChar">
    <w:name w:val="Makro Metni Char"/>
    <w:basedOn w:val="VarsaylanParagrafYazTipi"/>
    <w:link w:val="MakroMetni"/>
    <w:uiPriority w:val="99"/>
    <w:rsid w:val="0029639D"/>
    <w:rPr>
      <w:rFonts w:ascii="Courier" w:hAnsi="Courier"/>
      <w:sz w:val="20"/>
      <w:szCs w:val="20"/>
    </w:rPr>
  </w:style>
  <w:style w:type="paragraph" w:styleId="Alnt">
    <w:name w:val="Quote"/>
    <w:basedOn w:val="Normal"/>
    <w:next w:val="Normal"/>
    <w:link w:val="AlntChar"/>
    <w:uiPriority w:val="29"/>
    <w:qFormat/>
    <w:rsid w:val="00FC693F"/>
    <w:rPr>
      <w:i/>
      <w:iCs/>
      <w:color w:val="000000" w:themeColor="text1"/>
    </w:rPr>
  </w:style>
  <w:style w:type="character" w:customStyle="1" w:styleId="AlntChar">
    <w:name w:val="Alıntı Char"/>
    <w:basedOn w:val="VarsaylanParagrafYazTipi"/>
    <w:link w:val="Alnt"/>
    <w:uiPriority w:val="29"/>
    <w:rsid w:val="00FC693F"/>
    <w:rPr>
      <w:i/>
      <w:iCs/>
      <w:color w:val="000000" w:themeColor="text1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ResimYazs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Gl">
    <w:name w:val="Strong"/>
    <w:basedOn w:val="VarsaylanParagrafYazTipi"/>
    <w:uiPriority w:val="22"/>
    <w:qFormat/>
    <w:rsid w:val="00FC693F"/>
    <w:rPr>
      <w:b/>
      <w:bCs/>
    </w:rPr>
  </w:style>
  <w:style w:type="character" w:styleId="Vurgu">
    <w:name w:val="Emphasis"/>
    <w:basedOn w:val="VarsaylanParagrafYazTipi"/>
    <w:uiPriority w:val="20"/>
    <w:qFormat/>
    <w:rsid w:val="00FC693F"/>
    <w:rPr>
      <w:i/>
      <w:iCs/>
    </w:rPr>
  </w:style>
  <w:style w:type="paragraph" w:styleId="GlAlnt">
    <w:name w:val="Intense Quote"/>
    <w:basedOn w:val="Normal"/>
    <w:next w:val="Normal"/>
    <w:link w:val="GlAln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GlAlntChar">
    <w:name w:val="Güçlü Alıntı Char"/>
    <w:basedOn w:val="VarsaylanParagrafYazTipi"/>
    <w:link w:val="GlAlnt"/>
    <w:uiPriority w:val="30"/>
    <w:rsid w:val="00FC693F"/>
    <w:rPr>
      <w:b/>
      <w:bCs/>
      <w:i/>
      <w:iCs/>
      <w:color w:val="4F81BD" w:themeColor="accent1"/>
    </w:rPr>
  </w:style>
  <w:style w:type="character" w:styleId="HafifVurgulama">
    <w:name w:val="Subtle Emphasis"/>
    <w:basedOn w:val="VarsaylanParagrafYazTipi"/>
    <w:uiPriority w:val="19"/>
    <w:qFormat/>
    <w:rsid w:val="00FC693F"/>
    <w:rPr>
      <w:i/>
      <w:iCs/>
      <w:color w:val="808080" w:themeColor="text1" w:themeTint="7F"/>
    </w:rPr>
  </w:style>
  <w:style w:type="character" w:styleId="GlVurgulama">
    <w:name w:val="Intense Emphasis"/>
    <w:basedOn w:val="VarsaylanParagrafYazTipi"/>
    <w:uiPriority w:val="21"/>
    <w:qFormat/>
    <w:rsid w:val="00FC693F"/>
    <w:rPr>
      <w:b/>
      <w:bCs/>
      <w:i/>
      <w:iCs/>
      <w:color w:val="4F81BD" w:themeColor="accent1"/>
    </w:rPr>
  </w:style>
  <w:style w:type="character" w:styleId="HafifBavuru">
    <w:name w:val="Subtle Reference"/>
    <w:basedOn w:val="VarsaylanParagrafYazTipi"/>
    <w:uiPriority w:val="31"/>
    <w:qFormat/>
    <w:rsid w:val="00FC693F"/>
    <w:rPr>
      <w:smallCaps/>
      <w:color w:val="C0504D" w:themeColor="accent2"/>
      <w:u w:val="single"/>
    </w:rPr>
  </w:style>
  <w:style w:type="character" w:styleId="GlBavuru">
    <w:name w:val="Intense Reference"/>
    <w:basedOn w:val="VarsaylanParagrafYazTipi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KitapBal">
    <w:name w:val="Book Title"/>
    <w:basedOn w:val="VarsaylanParagrafYazTipi"/>
    <w:uiPriority w:val="33"/>
    <w:qFormat/>
    <w:rsid w:val="00FC693F"/>
    <w:rPr>
      <w:b/>
      <w:bCs/>
      <w:smallCaps/>
      <w:spacing w:val="5"/>
    </w:rPr>
  </w:style>
  <w:style w:type="paragraph" w:styleId="TBal">
    <w:name w:val="TOC Heading"/>
    <w:basedOn w:val="Balk1"/>
    <w:next w:val="Normal"/>
    <w:uiPriority w:val="39"/>
    <w:semiHidden/>
    <w:unhideWhenUsed/>
    <w:qFormat/>
    <w:rsid w:val="00FC693F"/>
    <w:pPr>
      <w:outlineLvl w:val="9"/>
    </w:pPr>
  </w:style>
  <w:style w:type="table" w:styleId="TabloKlavuzu">
    <w:name w:val="Table Grid"/>
    <w:basedOn w:val="NormalTablo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kGlgeleme">
    <w:name w:val="Light Shading"/>
    <w:basedOn w:val="NormalTablo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AkGlgeleme-Vurgu1">
    <w:name w:val="Light Shading Accent 1"/>
    <w:basedOn w:val="NormalTablo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AkGlgeleme-Vurgu2">
    <w:name w:val="Light Shading Accent 2"/>
    <w:basedOn w:val="NormalTablo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AkGlgeleme-Vurgu3">
    <w:name w:val="Light Shading Accent 3"/>
    <w:basedOn w:val="NormalTablo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AkGlgeleme-Vurgu4">
    <w:name w:val="Light Shading Accent 4"/>
    <w:basedOn w:val="NormalTablo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AkGlgeleme-Vurgu5">
    <w:name w:val="Light Shading Accent 5"/>
    <w:basedOn w:val="NormalTablo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AkGlgeleme-Vurgu6">
    <w:name w:val="Light Shading Accent 6"/>
    <w:basedOn w:val="NormalTablo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kListe">
    <w:name w:val="Light List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AkListe-Vurgu1">
    <w:name w:val="Light List Accent 1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AkListe-Vurgu2">
    <w:name w:val="Light List Accent 2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AkListe-Vurgu3">
    <w:name w:val="Light List Accent 3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AkListe-Vurgu4">
    <w:name w:val="Light List Accent 4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AkListe-Vurgu5">
    <w:name w:val="Light List Accent 5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AkListe-Vurgu6">
    <w:name w:val="Light List Accent 6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kKlavuz">
    <w:name w:val="Light Grid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AkKlavuz-Vurgu1">
    <w:name w:val="Light Grid Accent 1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AkKlavuz-Vurgu2">
    <w:name w:val="Light Grid Accent 2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AkKlavuz-Vurgu3">
    <w:name w:val="Light Grid Accent 3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AkKlavuz-Vurgu4">
    <w:name w:val="Light Grid Accent 4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AkKlavuz-Vurgu5">
    <w:name w:val="Light Grid Accent 5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AkKlavuz-Vurgu6">
    <w:name w:val="Light Grid Accent 6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OrtaGlgeleme1">
    <w:name w:val="Medium Shading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1">
    <w:name w:val="Medium Shading 1 Accent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2">
    <w:name w:val="Medium Shading 1 Accent 2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3">
    <w:name w:val="Medium Shading 1 Accent 3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4">
    <w:name w:val="Medium Shading 1 Accent 4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5">
    <w:name w:val="Medium Shading 1 Accent 5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6">
    <w:name w:val="Medium Shading 1 Accent 6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2">
    <w:name w:val="Medium Shading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1">
    <w:name w:val="Medium Shading 2 Accent 1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2">
    <w:name w:val="Medium Shading 2 Accent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3">
    <w:name w:val="Medium Shading 2 Accent 3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4">
    <w:name w:val="Medium Shading 2 Accent 4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5">
    <w:name w:val="Medium Shading 2 Accent 5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6">
    <w:name w:val="Medium Shading 2 Accent 6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Liste1">
    <w:name w:val="Medium Lis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OrtaListe1-Vurgu1">
    <w:name w:val="Medium List 1 Accen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OrtaListe1-Vurgu2">
    <w:name w:val="Medium List 1 Accent 2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OrtaListe1-Vurgu3">
    <w:name w:val="Medium List 1 Accent 3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OrtaListe1-Vurgu4">
    <w:name w:val="Medium List 1 Accent 4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OrtaListe1-Vurgu5">
    <w:name w:val="Medium List 1 Accent 5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OrtaListe1-Vurgu6">
    <w:name w:val="Medium List 1 Accent 6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OrtaListe2">
    <w:name w:val="Medium Lis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2-Vurgu1">
    <w:name w:val="Medium List 2 Accent 1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2">
    <w:name w:val="Medium List 2 Accen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3">
    <w:name w:val="Medium List 2 Accent 3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4">
    <w:name w:val="Medium List 2 Accent 4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5">
    <w:name w:val="Medium List 2 Accent 5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6">
    <w:name w:val="Medium List 2 Accent 6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Klavuz1">
    <w:name w:val="Medium Grid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rtaKlavuz1-Vurgu1">
    <w:name w:val="Medium Grid 1 Accent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OrtaKlavuz1-Vurgu2">
    <w:name w:val="Medium Grid 1 Accent 2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OrtaKlavuz1-Vurgu3">
    <w:name w:val="Medium Grid 1 Accent 3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rtaKlavuz1-Vurgu4">
    <w:name w:val="Medium Grid 1 Accent 4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OrtaKlavuz1-Vurgu5">
    <w:name w:val="Medium Grid 1 Accent 5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OrtaKlavuz1-Vurgu6">
    <w:name w:val="Medium Grid 1 Accent 6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OrtaKlavuz2">
    <w:name w:val="Medium Grid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1">
    <w:name w:val="Medium Grid 2 Accent 1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2">
    <w:name w:val="Medium Grid 2 Accent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3">
    <w:name w:val="Medium Grid 2 Accent 3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4">
    <w:name w:val="Medium Grid 2 Accent 4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5">
    <w:name w:val="Medium Grid 2 Accent 5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6">
    <w:name w:val="Medium Grid 2 Accent 6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3">
    <w:name w:val="Medium Grid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OrtaKlavuz3-Vurgu1">
    <w:name w:val="Medium Grid 3 Accent 1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OrtaKlavuz3-Vurgu2">
    <w:name w:val="Medium Grid 3 Accent 2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OrtaKlavuz3-Vurgu3">
    <w:name w:val="Medium Grid 3 Accent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OrtaKlavuz3-Vurgu4">
    <w:name w:val="Medium Grid 3 Accent 4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OrtaKlavuz3-Vurgu5">
    <w:name w:val="Medium Grid 3 Accent 5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OrtaKlavuz3-Vurgu6">
    <w:name w:val="Medium Grid 3 Accent 6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KoyuListe">
    <w:name w:val="Dark List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KoyuListe-Vurgu1">
    <w:name w:val="Dark List Accent 1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KoyuListe-Vurgu2">
    <w:name w:val="Dark List Accent 2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KoyuListe-Vurgu3">
    <w:name w:val="Dark List Accent 3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KoyuListe-Vurgu4">
    <w:name w:val="Dark List Accent 4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KoyuListe-Vurgu5">
    <w:name w:val="Dark List Accent 5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KoyuListe-Vurgu6">
    <w:name w:val="Dark List Accent 6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RenkliGlgeleme">
    <w:name w:val="Colorful Shading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1">
    <w:name w:val="Colorful Shading Accent 1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2">
    <w:name w:val="Colorful Shading Accent 2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3">
    <w:name w:val="Colorful Shading Accent 3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Glgeleme-Vurgu4">
    <w:name w:val="Colorful Shading Accent 4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5">
    <w:name w:val="Colorful Shading Accent 5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6">
    <w:name w:val="Colorful Shading Accent 6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Liste">
    <w:name w:val="Colorful List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enkliListe-Vurgu1">
    <w:name w:val="Colorful List Accent 1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RenkliListe-Vurgu2">
    <w:name w:val="Colorful List Accent 2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RenkliListe-Vurgu3">
    <w:name w:val="Colorful List Accent 3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RenkliListe-Vurgu4">
    <w:name w:val="Colorful List Accent 4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RenkliListe-Vurgu5">
    <w:name w:val="Colorful List Accent 5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RenkliListe-Vurgu6">
    <w:name w:val="Colorful List Accent 6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RenkliKlavuz">
    <w:name w:val="Colorful Grid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nkliKlavuz-Vurgu1">
    <w:name w:val="Colorful Grid Accent 1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nkliKlavuz-Vurgu2">
    <w:name w:val="Colorful Grid Accent 2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nkliKlavuz-Vurgu3">
    <w:name w:val="Colorful Grid Accent 3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Klavuz-Vurgu4">
    <w:name w:val="Colorful Grid Accent 4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nkliKlavuz-Vurgu5">
    <w:name w:val="Colorful Grid Accent 5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nkliKlavuz-Vurgu6">
    <w:name w:val="Colorful Grid Accent 6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6D47F9C0-49F5-49A8-BE61-FD18B55D39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287</Words>
  <Characters>1642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1926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Gülcan Bahcecioğlu Turan</cp:lastModifiedBy>
  <cp:revision>6</cp:revision>
  <dcterms:created xsi:type="dcterms:W3CDTF">2013-12-23T23:15:00Z</dcterms:created>
  <dcterms:modified xsi:type="dcterms:W3CDTF">2026-08-01T19:00:00Z</dcterms:modified>
  <cp:category/>
</cp:coreProperties>
</file>