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A8F" w:rsidRDefault="00165E0C">
      <w:pPr>
        <w:pStyle w:val="Heading1"/>
      </w:pPr>
      <w:r>
        <w:t>Questionnaire: Assessment of HPV Infection in HIV-Positive Individuals</w:t>
      </w:r>
    </w:p>
    <w:p w:rsidR="00165A8F" w:rsidRDefault="00165E0C">
      <w:pPr>
        <w:pStyle w:val="Heading2"/>
      </w:pPr>
      <w:r>
        <w:t>Section 1: Demographic Information</w:t>
      </w:r>
    </w:p>
    <w:p w:rsidR="00165A8F" w:rsidRDefault="00165E0C" w:rsidP="00110885">
      <w:pPr>
        <w:pStyle w:val="ListParagraph"/>
      </w:pPr>
      <w:r>
        <w:t xml:space="preserve">1. Age: </w:t>
      </w:r>
      <w:r w:rsidR="00110885">
        <w:t>……</w:t>
      </w:r>
      <w:r>
        <w:t xml:space="preserve"> years</w:t>
      </w:r>
    </w:p>
    <w:p w:rsidR="00165A8F" w:rsidRDefault="00165E0C" w:rsidP="00516E75">
      <w:pPr>
        <w:pStyle w:val="ListParagraph"/>
      </w:pPr>
      <w:r>
        <w:t xml:space="preserve">2. Gender: ☐ Male ☐ Female ☐ Other: </w:t>
      </w:r>
      <w:r w:rsidR="00516E75">
        <w:t xml:space="preserve">………. </w:t>
      </w:r>
    </w:p>
    <w:p w:rsidR="00165A8F" w:rsidRDefault="00165E0C" w:rsidP="009C39CA">
      <w:pPr>
        <w:pStyle w:val="ListParagraph"/>
      </w:pPr>
      <w:r>
        <w:t xml:space="preserve">3. Marital Status: ☐ Single ☐ Married </w:t>
      </w:r>
    </w:p>
    <w:p w:rsidR="00165A8F" w:rsidRDefault="00165E0C" w:rsidP="009C39CA">
      <w:pPr>
        <w:pStyle w:val="ListParagraph"/>
      </w:pPr>
      <w:r>
        <w:t xml:space="preserve">4. Educational Level: ☐ </w:t>
      </w:r>
      <w:r w:rsidR="009C39CA">
        <w:t>Elementary</w:t>
      </w:r>
      <w:r>
        <w:t xml:space="preserve"> ☐ </w:t>
      </w:r>
      <w:r w:rsidR="009C39CA">
        <w:t>High school</w:t>
      </w:r>
      <w:r>
        <w:t xml:space="preserve"> ☐ </w:t>
      </w:r>
      <w:r w:rsidR="009C39CA">
        <w:t>Collage</w:t>
      </w:r>
      <w:r>
        <w:t xml:space="preserve"> </w:t>
      </w:r>
    </w:p>
    <w:p w:rsidR="00165A8F" w:rsidRDefault="00165E0C">
      <w:pPr>
        <w:pStyle w:val="Heading2"/>
      </w:pPr>
      <w:r>
        <w:t>Section 2: Behavioral Factors</w:t>
      </w:r>
    </w:p>
    <w:p w:rsidR="00165A8F" w:rsidRDefault="009C39CA">
      <w:pPr>
        <w:pStyle w:val="ListParagraph"/>
      </w:pPr>
      <w:r>
        <w:t>5</w:t>
      </w:r>
      <w:r w:rsidR="00165E0C">
        <w:t>. Do you smoke cigarettes? ☐ Yes ☐ No</w:t>
      </w:r>
    </w:p>
    <w:p w:rsidR="00165A8F" w:rsidRDefault="009C39CA" w:rsidP="00110885">
      <w:pPr>
        <w:pStyle w:val="ListParagraph"/>
      </w:pPr>
      <w:r>
        <w:t>6</w:t>
      </w:r>
      <w:r w:rsidR="00165E0C">
        <w:t xml:space="preserve">. Age at first sexual intercourse: </w:t>
      </w:r>
      <w:r w:rsidR="00110885">
        <w:t>……</w:t>
      </w:r>
      <w:r w:rsidR="00165E0C">
        <w:t xml:space="preserve"> years</w:t>
      </w:r>
    </w:p>
    <w:p w:rsidR="00165A8F" w:rsidRDefault="00165E0C" w:rsidP="009C39CA">
      <w:pPr>
        <w:pStyle w:val="Heading2"/>
      </w:pPr>
      <w:r>
        <w:t>Section 3: Medical History</w:t>
      </w:r>
    </w:p>
    <w:p w:rsidR="00165A8F" w:rsidRDefault="009C39CA">
      <w:pPr>
        <w:pStyle w:val="ListParagraph"/>
      </w:pPr>
      <w:r>
        <w:t>7</w:t>
      </w:r>
      <w:r w:rsidR="00165E0C">
        <w:t>. Have you received HPV vaccination? ☐ Yes ☐ No</w:t>
      </w:r>
    </w:p>
    <w:p w:rsidR="007F745B" w:rsidRDefault="007F745B" w:rsidP="007F745B">
      <w:pPr>
        <w:pStyle w:val="ListParagraph"/>
      </w:pPr>
      <w:r>
        <w:t>8. Have you received the papilloma vaccine? ☐ Yes ☐ No    ☐ First dose 󠇦</w:t>
      </w:r>
      <w:r w:rsidR="00516E75">
        <w:t xml:space="preserve"> </w:t>
      </w:r>
      <w:r>
        <w:t xml:space="preserve">☐ Second dose 󠇦 ☐ Third dose 󠇦 </w:t>
      </w:r>
    </w:p>
    <w:p w:rsidR="007F745B" w:rsidRDefault="007F745B" w:rsidP="007F745B">
      <w:pPr>
        <w:pStyle w:val="ListParagraph"/>
      </w:pPr>
      <w:r>
        <w:t>Please state the "name of the vaccine".............................. What year: .............................. Multivalent:</w:t>
      </w:r>
      <w:r w:rsidRPr="007F745B">
        <w:t xml:space="preserve"> </w:t>
      </w:r>
      <w:r>
        <w:t xml:space="preserve">.............................. </w:t>
      </w:r>
    </w:p>
    <w:p w:rsidR="00165A8F" w:rsidRDefault="007F745B" w:rsidP="009C39CA">
      <w:pPr>
        <w:pStyle w:val="ListParagraph"/>
      </w:pPr>
      <w:r>
        <w:t>9</w:t>
      </w:r>
      <w:r w:rsidR="00165E0C">
        <w:t xml:space="preserve">. Do you regularly undergo Pap smear or cervical screening tests? ☐ Yes ☐ No ☐ </w:t>
      </w:r>
    </w:p>
    <w:p w:rsidR="00165A8F" w:rsidRDefault="00165E0C">
      <w:pPr>
        <w:pStyle w:val="Heading2"/>
      </w:pPr>
      <w:r>
        <w:t>Section 4: HIV-related Information</w:t>
      </w:r>
    </w:p>
    <w:p w:rsidR="00165A8F" w:rsidRDefault="007F745B">
      <w:pPr>
        <w:pStyle w:val="ListParagraph"/>
        <w:rPr>
          <w:rtl/>
        </w:rPr>
      </w:pPr>
      <w:r>
        <w:t>10</w:t>
      </w:r>
      <w:r w:rsidR="00165E0C">
        <w:t>. Current antiretroviral therapy (ART): ☐ Yes ☐ No</w:t>
      </w:r>
    </w:p>
    <w:p w:rsidR="009C39CA" w:rsidRDefault="009C39CA" w:rsidP="00516E75">
      <w:pPr>
        <w:pStyle w:val="ListParagraph"/>
        <w:rPr>
          <w:lang w:bidi="fa-IR"/>
        </w:rPr>
      </w:pPr>
      <w:r>
        <w:t>1</w:t>
      </w:r>
      <w:r w:rsidR="007F745B">
        <w:t>1</w:t>
      </w:r>
      <w:r>
        <w:t>.</w:t>
      </w:r>
      <w:r w:rsidRPr="009C39CA">
        <w:t>Duration of antiretroviral therapy</w:t>
      </w:r>
      <w:r>
        <w:t xml:space="preserve"> (ART)</w:t>
      </w:r>
      <w:r w:rsidRPr="009C39CA">
        <w:t xml:space="preserve"> use</w:t>
      </w:r>
      <w:r>
        <w:t>:</w:t>
      </w:r>
      <w:r w:rsidRPr="009C39CA">
        <w:t xml:space="preserve"> </w:t>
      </w:r>
      <w:r w:rsidR="00110885">
        <w:t>……</w:t>
      </w:r>
      <w:r>
        <w:t xml:space="preserve"> month</w:t>
      </w:r>
      <w:r w:rsidR="00110885">
        <w:rPr>
          <w:lang w:bidi="fa-IR"/>
        </w:rPr>
        <w:t>s</w:t>
      </w:r>
      <w:r w:rsidR="00110885">
        <w:t xml:space="preserve"> </w:t>
      </w:r>
      <w:r w:rsidR="00516E75">
        <w:t xml:space="preserve">….... </w:t>
      </w:r>
      <w:r>
        <w:t>years</w:t>
      </w:r>
      <w:r w:rsidR="00516E75">
        <w:t xml:space="preserve">  </w:t>
      </w:r>
      <w:bookmarkStart w:id="0" w:name="_GoBack"/>
      <w:bookmarkEnd w:id="0"/>
    </w:p>
    <w:p w:rsidR="00165A8F" w:rsidRDefault="009C39CA" w:rsidP="00110885">
      <w:pPr>
        <w:pStyle w:val="ListParagraph"/>
      </w:pPr>
      <w:r>
        <w:t>1</w:t>
      </w:r>
      <w:r w:rsidR="007F745B">
        <w:t>2</w:t>
      </w:r>
      <w:r w:rsidR="00165E0C">
        <w:t xml:space="preserve">. Most recent CD4+ T-cell count (if known): </w:t>
      </w:r>
      <w:r w:rsidR="00110885">
        <w:t>……</w:t>
      </w:r>
      <w:r w:rsidR="00165E0C">
        <w:t xml:space="preserve"> cells/mm³</w:t>
      </w:r>
    </w:p>
    <w:p w:rsidR="00165A8F" w:rsidRDefault="00165E0C">
      <w:pPr>
        <w:pStyle w:val="Heading2"/>
      </w:pPr>
      <w:r>
        <w:t>Section 5: HPV Screening and History</w:t>
      </w:r>
    </w:p>
    <w:p w:rsidR="00165A8F" w:rsidRDefault="009C39CA" w:rsidP="007F745B">
      <w:pPr>
        <w:pStyle w:val="ListParagraph"/>
      </w:pPr>
      <w:r>
        <w:t>1</w:t>
      </w:r>
      <w:r w:rsidR="007F745B">
        <w:t>3</w:t>
      </w:r>
      <w:r w:rsidR="00165E0C">
        <w:t>. Have you ever been tested for HPV infection? ☐ Yes ☐ No</w:t>
      </w:r>
    </w:p>
    <w:p w:rsidR="00255731" w:rsidRDefault="00255731" w:rsidP="007F745B">
      <w:pPr>
        <w:pStyle w:val="ListParagraph"/>
      </w:pPr>
      <w:r>
        <w:t>1</w:t>
      </w:r>
      <w:r w:rsidR="007F745B">
        <w:t>4</w:t>
      </w:r>
      <w:r>
        <w:t>. Cervical cytology: ☐ Normal ☐ Abnormal</w:t>
      </w:r>
    </w:p>
    <w:p w:rsidR="00165A8F" w:rsidRDefault="003B48C8">
      <w:pPr>
        <w:pStyle w:val="ListParagraph"/>
      </w:pPr>
      <w:r>
        <w:t>15</w:t>
      </w:r>
      <w:r w:rsidR="00165E0C">
        <w:t>. Are you willing to participate in HPV screening as part of this study? ☐ Yes ☐ No</w:t>
      </w:r>
    </w:p>
    <w:sectPr w:rsidR="00165A8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10885"/>
    <w:rsid w:val="0015074B"/>
    <w:rsid w:val="00165A8F"/>
    <w:rsid w:val="00165E0C"/>
    <w:rsid w:val="00255731"/>
    <w:rsid w:val="0029639D"/>
    <w:rsid w:val="00326F90"/>
    <w:rsid w:val="003B48C8"/>
    <w:rsid w:val="00516E75"/>
    <w:rsid w:val="00777D61"/>
    <w:rsid w:val="007F745B"/>
    <w:rsid w:val="009C39CA"/>
    <w:rsid w:val="00AA1D8D"/>
    <w:rsid w:val="00B47730"/>
    <w:rsid w:val="00CB0664"/>
    <w:rsid w:val="00FC693F"/>
    <w:rsid w:val="00FE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6AED91"/>
  <w14:defaultImageDpi w14:val="300"/>
  <w15:docId w15:val="{12362B6D-3FF2-438D-9296-6CF1FDC04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BE9CC3-AA4D-4343-9C82-8CF3014BD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20</cp:revision>
  <dcterms:created xsi:type="dcterms:W3CDTF">2025-07-27T09:13:00Z</dcterms:created>
  <dcterms:modified xsi:type="dcterms:W3CDTF">2025-07-27T10:05:00Z</dcterms:modified>
  <cp:category/>
</cp:coreProperties>
</file>