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A5A8" w14:textId="675FAEF8" w:rsidR="002908A0" w:rsidRPr="00E754B4" w:rsidRDefault="00000000" w:rsidP="001843ED">
      <w:pPr>
        <w:pStyle w:val="Heading1"/>
        <w:spacing w:before="0" w:line="480" w:lineRule="auto"/>
        <w:jc w:val="both"/>
        <w:rPr>
          <w:rFonts w:ascii="Comic Sans MS" w:hAnsi="Comic Sans MS"/>
          <w:color w:val="auto"/>
          <w:sz w:val="24"/>
          <w:szCs w:val="24"/>
        </w:rPr>
      </w:pPr>
      <w:r w:rsidRPr="00E754B4">
        <w:rPr>
          <w:rFonts w:ascii="Comic Sans MS" w:hAnsi="Comic Sans MS"/>
          <w:color w:val="auto"/>
          <w:sz w:val="24"/>
          <w:szCs w:val="24"/>
        </w:rPr>
        <w:t>RESEARCH QUESTIONNAIRE</w:t>
      </w:r>
    </w:p>
    <w:p w14:paraId="1D160A15" w14:textId="7063736D" w:rsidR="002908A0" w:rsidRPr="00E754B4" w:rsidRDefault="00000000" w:rsidP="001843ED">
      <w:p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b/>
          <w:sz w:val="24"/>
          <w:szCs w:val="24"/>
        </w:rPr>
        <w:t>Study</w:t>
      </w:r>
      <w:r w:rsidR="002229B8" w:rsidRPr="00E754B4">
        <w:rPr>
          <w:rFonts w:ascii="Comic Sans MS" w:hAnsi="Comic Sans MS"/>
          <w:b/>
          <w:sz w:val="24"/>
          <w:szCs w:val="24"/>
        </w:rPr>
        <w:t xml:space="preserve"> </w:t>
      </w:r>
      <w:r w:rsidRPr="00E754B4">
        <w:rPr>
          <w:rFonts w:ascii="Comic Sans MS" w:hAnsi="Comic Sans MS"/>
          <w:b/>
          <w:sz w:val="24"/>
          <w:szCs w:val="24"/>
        </w:rPr>
        <w:t>Title:</w:t>
      </w:r>
      <w:r w:rsidR="002229B8" w:rsidRPr="00E754B4">
        <w:rPr>
          <w:rFonts w:ascii="Comic Sans MS" w:hAnsi="Comic Sans MS"/>
          <w:b/>
          <w:sz w:val="24"/>
          <w:szCs w:val="24"/>
        </w:rPr>
        <w:t xml:space="preserve"> </w:t>
      </w:r>
      <w:r w:rsidRPr="00E754B4">
        <w:rPr>
          <w:rFonts w:ascii="Comic Sans MS" w:hAnsi="Comic Sans MS"/>
          <w:b/>
          <w:sz w:val="24"/>
          <w:szCs w:val="24"/>
        </w:rPr>
        <w:t xml:space="preserve">Asymptomatic Gastrointestinal Carriage of Carbapenem-Resistant Gram-Negative Bacteria among </w:t>
      </w:r>
      <w:r w:rsidR="00954EEE" w:rsidRPr="00E754B4">
        <w:rPr>
          <w:rFonts w:ascii="Comic Sans MS" w:hAnsi="Comic Sans MS"/>
          <w:b/>
          <w:sz w:val="24"/>
          <w:szCs w:val="24"/>
        </w:rPr>
        <w:t>inpatients</w:t>
      </w:r>
      <w:r w:rsidRPr="00E754B4">
        <w:rPr>
          <w:rFonts w:ascii="Comic Sans MS" w:hAnsi="Comic Sans MS"/>
          <w:b/>
          <w:sz w:val="24"/>
          <w:szCs w:val="24"/>
        </w:rPr>
        <w:t xml:space="preserve"> and </w:t>
      </w:r>
      <w:r w:rsidR="00C8730B" w:rsidRPr="00E754B4">
        <w:rPr>
          <w:rFonts w:ascii="Comic Sans MS" w:hAnsi="Comic Sans MS"/>
          <w:b/>
          <w:sz w:val="24"/>
          <w:szCs w:val="24"/>
        </w:rPr>
        <w:t>out</w:t>
      </w:r>
      <w:r w:rsidRPr="00E754B4">
        <w:rPr>
          <w:rFonts w:ascii="Comic Sans MS" w:hAnsi="Comic Sans MS"/>
          <w:b/>
          <w:sz w:val="24"/>
          <w:szCs w:val="24"/>
        </w:rPr>
        <w:t xml:space="preserve"> Individuals in </w:t>
      </w:r>
      <w:r w:rsidR="00096303" w:rsidRPr="00E754B4">
        <w:rPr>
          <w:rFonts w:ascii="Comic Sans MS" w:hAnsi="Comic Sans MS"/>
          <w:b/>
          <w:sz w:val="24"/>
          <w:szCs w:val="24"/>
        </w:rPr>
        <w:t xml:space="preserve">Kiambu County </w:t>
      </w:r>
      <w:r w:rsidR="00E21259" w:rsidRPr="00E754B4">
        <w:rPr>
          <w:rFonts w:ascii="Comic Sans MS" w:hAnsi="Comic Sans MS"/>
          <w:b/>
          <w:sz w:val="24"/>
          <w:szCs w:val="24"/>
        </w:rPr>
        <w:t xml:space="preserve">Referral Hospital, </w:t>
      </w:r>
      <w:r w:rsidRPr="00E754B4">
        <w:rPr>
          <w:rFonts w:ascii="Comic Sans MS" w:hAnsi="Comic Sans MS"/>
          <w:b/>
          <w:sz w:val="24"/>
          <w:szCs w:val="24"/>
        </w:rPr>
        <w:t>Kenya</w:t>
      </w:r>
    </w:p>
    <w:p w14:paraId="718D7841" w14:textId="4363CEE2" w:rsidR="002908A0" w:rsidRPr="00E754B4" w:rsidRDefault="00000000" w:rsidP="001843ED">
      <w:p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Participant </w:t>
      </w:r>
      <w:r w:rsidR="006C7433">
        <w:rPr>
          <w:rFonts w:ascii="Comic Sans MS" w:hAnsi="Comic Sans MS"/>
          <w:sz w:val="24"/>
          <w:szCs w:val="24"/>
        </w:rPr>
        <w:t>Unique identifier</w:t>
      </w:r>
      <w:r w:rsidRPr="00E754B4">
        <w:rPr>
          <w:rFonts w:ascii="Comic Sans MS" w:hAnsi="Comic Sans MS"/>
          <w:sz w:val="24"/>
          <w:szCs w:val="24"/>
        </w:rPr>
        <w:t>: ____________________Date: __________</w:t>
      </w:r>
    </w:p>
    <w:p w14:paraId="5B4B5165" w14:textId="77777777" w:rsidR="002908A0" w:rsidRPr="00E754B4" w:rsidRDefault="00000000" w:rsidP="001843ED">
      <w:pPr>
        <w:pStyle w:val="Heading2"/>
        <w:spacing w:before="0" w:line="480" w:lineRule="auto"/>
        <w:jc w:val="both"/>
        <w:rPr>
          <w:rFonts w:ascii="Comic Sans MS" w:hAnsi="Comic Sans MS"/>
          <w:color w:val="auto"/>
          <w:sz w:val="24"/>
          <w:szCs w:val="24"/>
        </w:rPr>
      </w:pPr>
      <w:r w:rsidRPr="00E754B4">
        <w:rPr>
          <w:rFonts w:ascii="Comic Sans MS" w:hAnsi="Comic Sans MS"/>
          <w:color w:val="auto"/>
          <w:sz w:val="24"/>
          <w:szCs w:val="24"/>
        </w:rPr>
        <w:t>Section A: Socio-Demographic Information</w:t>
      </w:r>
    </w:p>
    <w:p w14:paraId="737E6C3A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Sex: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Male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Female</w:t>
      </w:r>
    </w:p>
    <w:p w14:paraId="540AD36C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>Age (in years): __________</w:t>
      </w:r>
    </w:p>
    <w:p w14:paraId="3E5DB4DF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>Place of residence (County/Sub-county): ______________________</w:t>
      </w:r>
    </w:p>
    <w:p w14:paraId="2BF0924D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Marital status: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Single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Married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Divorced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Widowed</w:t>
      </w:r>
    </w:p>
    <w:p w14:paraId="47294BCB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Highest level of education completed: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No formal education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Primary incomplete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Primary complete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Secondary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Tertiary</w:t>
      </w:r>
    </w:p>
    <w:p w14:paraId="164D90F3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Occupation: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Self-employed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Government employee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Private sector employee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Student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Other (specify): ___________________</w:t>
      </w:r>
    </w:p>
    <w:p w14:paraId="38BE8AD3" w14:textId="77777777" w:rsidR="002908A0" w:rsidRPr="00E754B4" w:rsidRDefault="00000000" w:rsidP="001843ED">
      <w:pPr>
        <w:pStyle w:val="ListBullet"/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Have you travelled within the last 3 months?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Yes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No   If Yes, indicate the destination (county/country): ___________________</w:t>
      </w:r>
    </w:p>
    <w:p w14:paraId="439CD3DE" w14:textId="77777777" w:rsidR="00966610" w:rsidRPr="00E754B4" w:rsidRDefault="00966610" w:rsidP="00966610">
      <w:pPr>
        <w:pStyle w:val="ListBullet"/>
        <w:numPr>
          <w:ilvl w:val="0"/>
          <w:numId w:val="0"/>
        </w:numPr>
        <w:spacing w:line="480" w:lineRule="auto"/>
        <w:ind w:left="360" w:hanging="360"/>
        <w:jc w:val="both"/>
        <w:rPr>
          <w:rFonts w:ascii="Comic Sans MS" w:hAnsi="Comic Sans MS"/>
          <w:sz w:val="24"/>
          <w:szCs w:val="24"/>
        </w:rPr>
      </w:pPr>
    </w:p>
    <w:p w14:paraId="1FC40C7F" w14:textId="77777777" w:rsidR="00966610" w:rsidRPr="00E754B4" w:rsidRDefault="00966610" w:rsidP="00966610">
      <w:pPr>
        <w:pStyle w:val="ListBullet"/>
        <w:numPr>
          <w:ilvl w:val="0"/>
          <w:numId w:val="0"/>
        </w:numPr>
        <w:spacing w:line="480" w:lineRule="auto"/>
        <w:ind w:left="360" w:hanging="360"/>
        <w:jc w:val="both"/>
        <w:rPr>
          <w:rFonts w:ascii="Comic Sans MS" w:hAnsi="Comic Sans MS"/>
          <w:sz w:val="24"/>
          <w:szCs w:val="24"/>
        </w:rPr>
      </w:pPr>
    </w:p>
    <w:p w14:paraId="4F6A1A5C" w14:textId="77777777" w:rsidR="00966610" w:rsidRPr="00E754B4" w:rsidRDefault="00966610" w:rsidP="00966610">
      <w:pPr>
        <w:pStyle w:val="ListBullet"/>
        <w:numPr>
          <w:ilvl w:val="0"/>
          <w:numId w:val="0"/>
        </w:numPr>
        <w:spacing w:line="480" w:lineRule="auto"/>
        <w:ind w:left="360" w:hanging="360"/>
        <w:jc w:val="both"/>
        <w:rPr>
          <w:rFonts w:ascii="Comic Sans MS" w:hAnsi="Comic Sans MS"/>
          <w:sz w:val="24"/>
          <w:szCs w:val="24"/>
        </w:rPr>
      </w:pPr>
    </w:p>
    <w:p w14:paraId="4B4BC26D" w14:textId="59AB214C" w:rsidR="002908A0" w:rsidRPr="00E754B4" w:rsidRDefault="00000000" w:rsidP="001843ED">
      <w:pPr>
        <w:pStyle w:val="Heading2"/>
        <w:spacing w:before="0" w:line="480" w:lineRule="auto"/>
        <w:jc w:val="both"/>
        <w:rPr>
          <w:rFonts w:ascii="Comic Sans MS" w:hAnsi="Comic Sans MS"/>
          <w:color w:val="auto"/>
          <w:sz w:val="24"/>
          <w:szCs w:val="24"/>
        </w:rPr>
      </w:pPr>
      <w:r w:rsidRPr="00E754B4">
        <w:rPr>
          <w:rFonts w:ascii="Comic Sans MS" w:hAnsi="Comic Sans MS"/>
          <w:color w:val="auto"/>
          <w:sz w:val="24"/>
          <w:szCs w:val="24"/>
        </w:rPr>
        <w:lastRenderedPageBreak/>
        <w:t>Section</w:t>
      </w:r>
      <w:r w:rsidR="00EA5653" w:rsidRPr="00E754B4">
        <w:rPr>
          <w:rFonts w:ascii="Comic Sans MS" w:hAnsi="Comic Sans MS"/>
          <w:color w:val="auto"/>
          <w:sz w:val="24"/>
          <w:szCs w:val="24"/>
        </w:rPr>
        <w:t xml:space="preserve"> B</w:t>
      </w:r>
      <w:r w:rsidRPr="00E754B4">
        <w:rPr>
          <w:rFonts w:ascii="Comic Sans MS" w:hAnsi="Comic Sans MS"/>
          <w:color w:val="auto"/>
          <w:sz w:val="24"/>
          <w:szCs w:val="24"/>
        </w:rPr>
        <w:t>: Medical History and Antibiotic Exposure</w:t>
      </w:r>
    </w:p>
    <w:p w14:paraId="346EA3D1" w14:textId="77777777" w:rsidR="002908A0" w:rsidRPr="00E754B4" w:rsidRDefault="00000000" w:rsidP="001843ED">
      <w:p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>In the past 12 months, have you experienced any of the following?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71BB1" w:rsidRPr="00E754B4" w14:paraId="69B99A89" w14:textId="77777777">
        <w:tc>
          <w:tcPr>
            <w:tcW w:w="2880" w:type="dxa"/>
          </w:tcPr>
          <w:p w14:paraId="138F6910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Condition / Procedure</w:t>
            </w:r>
          </w:p>
        </w:tc>
        <w:tc>
          <w:tcPr>
            <w:tcW w:w="2880" w:type="dxa"/>
          </w:tcPr>
          <w:p w14:paraId="7FBE4002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Yes</w:t>
            </w:r>
          </w:p>
        </w:tc>
        <w:tc>
          <w:tcPr>
            <w:tcW w:w="2880" w:type="dxa"/>
          </w:tcPr>
          <w:p w14:paraId="40AA8B95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No</w:t>
            </w:r>
          </w:p>
        </w:tc>
      </w:tr>
      <w:tr w:rsidR="00D71BB1" w:rsidRPr="00E754B4" w14:paraId="21F35865" w14:textId="77777777">
        <w:tc>
          <w:tcPr>
            <w:tcW w:w="2880" w:type="dxa"/>
          </w:tcPr>
          <w:p w14:paraId="106A5795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Hospitalization</w:t>
            </w:r>
          </w:p>
        </w:tc>
        <w:tc>
          <w:tcPr>
            <w:tcW w:w="2880" w:type="dxa"/>
          </w:tcPr>
          <w:p w14:paraId="5AAEB27D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80" w:type="dxa"/>
          </w:tcPr>
          <w:p w14:paraId="7B024A8F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D71BB1" w:rsidRPr="00E754B4" w14:paraId="5A014A54" w14:textId="77777777">
        <w:tc>
          <w:tcPr>
            <w:tcW w:w="2880" w:type="dxa"/>
          </w:tcPr>
          <w:p w14:paraId="0F92EBB1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ICU admission</w:t>
            </w:r>
          </w:p>
        </w:tc>
        <w:tc>
          <w:tcPr>
            <w:tcW w:w="2880" w:type="dxa"/>
          </w:tcPr>
          <w:p w14:paraId="1268A657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80" w:type="dxa"/>
          </w:tcPr>
          <w:p w14:paraId="53C2248E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D71BB1" w:rsidRPr="00E754B4" w14:paraId="6D3A7FA2" w14:textId="77777777">
        <w:tc>
          <w:tcPr>
            <w:tcW w:w="2880" w:type="dxa"/>
          </w:tcPr>
          <w:p w14:paraId="7E8D642F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Chemotherapy</w:t>
            </w:r>
          </w:p>
        </w:tc>
        <w:tc>
          <w:tcPr>
            <w:tcW w:w="2880" w:type="dxa"/>
          </w:tcPr>
          <w:p w14:paraId="11495FF4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80" w:type="dxa"/>
          </w:tcPr>
          <w:p w14:paraId="46F2D74D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D71BB1" w:rsidRPr="00E754B4" w14:paraId="4F4E1154" w14:textId="77777777">
        <w:tc>
          <w:tcPr>
            <w:tcW w:w="2880" w:type="dxa"/>
          </w:tcPr>
          <w:p w14:paraId="783F61CF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Immunosuppressive therapy</w:t>
            </w:r>
          </w:p>
        </w:tc>
        <w:tc>
          <w:tcPr>
            <w:tcW w:w="2880" w:type="dxa"/>
          </w:tcPr>
          <w:p w14:paraId="32983B0F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80" w:type="dxa"/>
          </w:tcPr>
          <w:p w14:paraId="151E87D7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D71BB1" w:rsidRPr="00E754B4" w14:paraId="109CF38B" w14:textId="77777777">
        <w:tc>
          <w:tcPr>
            <w:tcW w:w="2880" w:type="dxa"/>
          </w:tcPr>
          <w:p w14:paraId="00FBB5A3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Comic Sans MS" w:hAnsi="Comic Sans MS"/>
                <w:sz w:val="24"/>
                <w:szCs w:val="24"/>
              </w:rPr>
              <w:t>Antibiotic treatment</w:t>
            </w:r>
          </w:p>
        </w:tc>
        <w:tc>
          <w:tcPr>
            <w:tcW w:w="2880" w:type="dxa"/>
          </w:tcPr>
          <w:p w14:paraId="5373D3D4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80" w:type="dxa"/>
          </w:tcPr>
          <w:p w14:paraId="1D924CE7" w14:textId="77777777" w:rsidR="002908A0" w:rsidRPr="00E754B4" w:rsidRDefault="00000000" w:rsidP="001843ED">
            <w:pPr>
              <w:spacing w:after="0" w:line="48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E754B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7037C2C2" w14:textId="77777777" w:rsidR="002908A0" w:rsidRPr="00E754B4" w:rsidRDefault="00000000" w:rsidP="001843ED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If </w:t>
      </w:r>
      <w:proofErr w:type="gramStart"/>
      <w:r w:rsidRPr="00E754B4">
        <w:rPr>
          <w:rFonts w:ascii="Comic Sans MS" w:hAnsi="Comic Sans MS"/>
          <w:sz w:val="24"/>
          <w:szCs w:val="24"/>
        </w:rPr>
        <w:t>Yes</w:t>
      </w:r>
      <w:proofErr w:type="gramEnd"/>
      <w:r w:rsidRPr="00E754B4">
        <w:rPr>
          <w:rFonts w:ascii="Comic Sans MS" w:hAnsi="Comic Sans MS"/>
          <w:sz w:val="24"/>
          <w:szCs w:val="24"/>
        </w:rPr>
        <w:t xml:space="preserve"> to antibiotics, duration (months):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&lt;1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1</w:t>
      </w:r>
      <w:r w:rsidRPr="00E754B4">
        <w:rPr>
          <w:rFonts w:ascii="Comic Sans MS" w:hAnsi="Comic Sans MS" w:cs="Cambria"/>
          <w:sz w:val="24"/>
          <w:szCs w:val="24"/>
        </w:rPr>
        <w:t>–</w:t>
      </w:r>
      <w:r w:rsidRPr="00E754B4">
        <w:rPr>
          <w:rFonts w:ascii="Comic Sans MS" w:hAnsi="Comic Sans MS"/>
          <w:sz w:val="24"/>
          <w:szCs w:val="24"/>
        </w:rPr>
        <w:t xml:space="preserve">2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3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</w:t>
      </w:r>
      <w:r w:rsidRPr="00E754B4">
        <w:rPr>
          <w:rFonts w:ascii="Comic Sans MS" w:hAnsi="Comic Sans MS" w:cs="Cambria"/>
          <w:sz w:val="24"/>
          <w:szCs w:val="24"/>
        </w:rPr>
        <w:t>≥</w:t>
      </w:r>
      <w:r w:rsidRPr="00E754B4">
        <w:rPr>
          <w:rFonts w:ascii="Comic Sans MS" w:hAnsi="Comic Sans MS"/>
          <w:sz w:val="24"/>
          <w:szCs w:val="24"/>
        </w:rPr>
        <w:t>4</w:t>
      </w:r>
    </w:p>
    <w:p w14:paraId="26376D36" w14:textId="77777777" w:rsidR="002908A0" w:rsidRPr="00E754B4" w:rsidRDefault="00000000" w:rsidP="001843ED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Use of antibiotics in the last two weeks: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Yes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No</w:t>
      </w:r>
    </w:p>
    <w:p w14:paraId="37657747" w14:textId="2ED2DC9B" w:rsidR="002908A0" w:rsidRPr="00E754B4" w:rsidRDefault="00000000" w:rsidP="001843ED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>If Yes: Name of antibiotic: ___________________</w:t>
      </w:r>
      <w:proofErr w:type="gramStart"/>
      <w:r w:rsidRPr="00E754B4">
        <w:rPr>
          <w:rFonts w:ascii="Comic Sans MS" w:hAnsi="Comic Sans MS"/>
          <w:sz w:val="24"/>
          <w:szCs w:val="24"/>
        </w:rPr>
        <w:t xml:space="preserve">_ </w:t>
      </w:r>
      <w:r w:rsidR="00DC52E7">
        <w:rPr>
          <w:rFonts w:ascii="Comic Sans MS" w:hAnsi="Comic Sans MS"/>
          <w:sz w:val="24"/>
          <w:szCs w:val="24"/>
        </w:rPr>
        <w:t xml:space="preserve"> </w:t>
      </w:r>
      <w:r w:rsidRPr="00E754B4">
        <w:rPr>
          <w:rFonts w:ascii="Comic Sans MS" w:hAnsi="Comic Sans MS"/>
          <w:sz w:val="24"/>
          <w:szCs w:val="24"/>
        </w:rPr>
        <w:t>Source</w:t>
      </w:r>
      <w:proofErr w:type="gramEnd"/>
      <w:r w:rsidRPr="00E754B4">
        <w:rPr>
          <w:rFonts w:ascii="Comic Sans MS" w:hAnsi="Comic Sans MS"/>
          <w:sz w:val="24"/>
          <w:szCs w:val="24"/>
        </w:rPr>
        <w:t xml:space="preserve">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Doctor</w:t>
      </w:r>
      <w:r w:rsidRPr="00E754B4">
        <w:rPr>
          <w:rFonts w:ascii="Comic Sans MS" w:hAnsi="Comic Sans MS" w:cs="Cambria"/>
          <w:sz w:val="24"/>
          <w:szCs w:val="24"/>
        </w:rPr>
        <w:t>’</w:t>
      </w:r>
      <w:r w:rsidRPr="00E754B4">
        <w:rPr>
          <w:rFonts w:ascii="Comic Sans MS" w:hAnsi="Comic Sans MS"/>
          <w:sz w:val="24"/>
          <w:szCs w:val="24"/>
        </w:rPr>
        <w:t xml:space="preserve">s prescription  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Pharmacy (no prescription)</w:t>
      </w:r>
    </w:p>
    <w:p w14:paraId="4A9D9D48" w14:textId="77777777" w:rsidR="002908A0" w:rsidRPr="00E754B4" w:rsidRDefault="00000000" w:rsidP="001843ED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When do you usually stop taking antibiotics?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When I feel better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After completing full course</w:t>
      </w:r>
    </w:p>
    <w:p w14:paraId="1BA7BFBB" w14:textId="77777777" w:rsidR="002908A0" w:rsidRPr="00E754B4" w:rsidRDefault="00000000" w:rsidP="001843ED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History of carbapenem use: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Yes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E754B4">
        <w:rPr>
          <w:rFonts w:ascii="Comic Sans MS" w:hAnsi="Comic Sans MS"/>
          <w:sz w:val="24"/>
          <w:szCs w:val="24"/>
        </w:rPr>
        <w:t>No  If</w:t>
      </w:r>
      <w:proofErr w:type="gramEnd"/>
      <w:r w:rsidRPr="00E754B4">
        <w:rPr>
          <w:rFonts w:ascii="Comic Sans MS" w:hAnsi="Comic Sans MS"/>
          <w:sz w:val="24"/>
          <w:szCs w:val="24"/>
        </w:rPr>
        <w:t xml:space="preserve"> Yes, specify drug, duration, and source.</w:t>
      </w:r>
    </w:p>
    <w:p w14:paraId="22D1B7B1" w14:textId="71CC7B17" w:rsidR="002908A0" w:rsidRPr="00E754B4" w:rsidRDefault="00000000" w:rsidP="001843ED">
      <w:pPr>
        <w:pStyle w:val="Heading2"/>
        <w:spacing w:before="0" w:line="480" w:lineRule="auto"/>
        <w:jc w:val="both"/>
        <w:rPr>
          <w:rFonts w:ascii="Comic Sans MS" w:hAnsi="Comic Sans MS"/>
          <w:color w:val="auto"/>
          <w:sz w:val="24"/>
          <w:szCs w:val="24"/>
        </w:rPr>
      </w:pPr>
      <w:r w:rsidRPr="00E754B4">
        <w:rPr>
          <w:rFonts w:ascii="Comic Sans MS" w:hAnsi="Comic Sans MS"/>
          <w:color w:val="auto"/>
          <w:sz w:val="24"/>
          <w:szCs w:val="24"/>
        </w:rPr>
        <w:lastRenderedPageBreak/>
        <w:t xml:space="preserve">Section </w:t>
      </w:r>
      <w:r w:rsidR="00966610" w:rsidRPr="00E754B4">
        <w:rPr>
          <w:rFonts w:ascii="Comic Sans MS" w:hAnsi="Comic Sans MS"/>
          <w:color w:val="auto"/>
          <w:sz w:val="24"/>
          <w:szCs w:val="24"/>
        </w:rPr>
        <w:t>C</w:t>
      </w:r>
      <w:r w:rsidRPr="00E754B4">
        <w:rPr>
          <w:rFonts w:ascii="Comic Sans MS" w:hAnsi="Comic Sans MS"/>
          <w:color w:val="auto"/>
          <w:sz w:val="24"/>
          <w:szCs w:val="24"/>
        </w:rPr>
        <w:t>: Inpatient Information (for Hospitalized Participants Only)</w:t>
      </w:r>
    </w:p>
    <w:p w14:paraId="6280C3C3" w14:textId="50FD2E77" w:rsidR="002908A0" w:rsidRPr="00E754B4" w:rsidRDefault="00000000" w:rsidP="001843E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 xml:space="preserve">Type of ward admitted to: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Medical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Surgical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</w:t>
      </w:r>
      <w:r w:rsidR="00AD11F1">
        <w:rPr>
          <w:rFonts w:ascii="Comic Sans MS" w:hAnsi="Comic Sans MS"/>
          <w:sz w:val="24"/>
          <w:szCs w:val="24"/>
        </w:rPr>
        <w:t>Maternity</w:t>
      </w:r>
      <w:r w:rsidRPr="00E754B4">
        <w:rPr>
          <w:rFonts w:ascii="Comic Sans MS" w:hAnsi="Comic Sans MS"/>
          <w:sz w:val="24"/>
          <w:szCs w:val="24"/>
        </w:rPr>
        <w:t xml:space="preserve"> </w:t>
      </w:r>
      <w:r w:rsidRPr="00E754B4">
        <w:rPr>
          <w:rFonts w:ascii="Segoe UI Symbol" w:hAnsi="Segoe UI Symbol" w:cs="Segoe UI Symbol"/>
          <w:sz w:val="24"/>
          <w:szCs w:val="24"/>
        </w:rPr>
        <w:t>☐</w:t>
      </w:r>
      <w:r w:rsidRPr="00E754B4">
        <w:rPr>
          <w:rFonts w:ascii="Comic Sans MS" w:hAnsi="Comic Sans MS"/>
          <w:sz w:val="24"/>
          <w:szCs w:val="24"/>
        </w:rPr>
        <w:t xml:space="preserve"> Transferred from another hospital</w:t>
      </w:r>
      <w:r w:rsidR="00E10054">
        <w:rPr>
          <w:rFonts w:ascii="Comic Sans MS" w:hAnsi="Comic Sans MS"/>
          <w:sz w:val="24"/>
          <w:szCs w:val="24"/>
        </w:rPr>
        <w:t xml:space="preserve"> </w:t>
      </w:r>
    </w:p>
    <w:p w14:paraId="039811DA" w14:textId="38DFFD63" w:rsidR="00B817C1" w:rsidRPr="00E754B4" w:rsidRDefault="00000000" w:rsidP="001843E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Comic Sans MS" w:hAnsi="Comic Sans MS"/>
          <w:sz w:val="24"/>
          <w:szCs w:val="24"/>
        </w:rPr>
      </w:pPr>
      <w:r w:rsidRPr="00E754B4">
        <w:rPr>
          <w:rFonts w:ascii="Comic Sans MS" w:hAnsi="Comic Sans MS"/>
          <w:sz w:val="24"/>
          <w:szCs w:val="24"/>
        </w:rPr>
        <w:t>Duration of hospital stay before stool sample collection: __________ days</w:t>
      </w:r>
    </w:p>
    <w:p w14:paraId="336C97FD" w14:textId="7606156A" w:rsidR="00E754B4" w:rsidRPr="00E754B4" w:rsidRDefault="00E754B4" w:rsidP="00E62DE9">
      <w:pPr>
        <w:pStyle w:val="ListParagraph"/>
        <w:spacing w:line="480" w:lineRule="auto"/>
        <w:ind w:left="502"/>
        <w:jc w:val="both"/>
        <w:rPr>
          <w:rFonts w:ascii="Comic Sans MS" w:hAnsi="Comic Sans MS"/>
          <w:sz w:val="24"/>
          <w:szCs w:val="24"/>
        </w:rPr>
      </w:pPr>
    </w:p>
    <w:sectPr w:rsidR="00E754B4" w:rsidRPr="00E754B4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7A0E" w14:textId="77777777" w:rsidR="00E6360B" w:rsidRDefault="00E6360B" w:rsidP="00D71BB1">
      <w:pPr>
        <w:spacing w:after="0" w:line="240" w:lineRule="auto"/>
      </w:pPr>
      <w:r>
        <w:separator/>
      </w:r>
    </w:p>
  </w:endnote>
  <w:endnote w:type="continuationSeparator" w:id="0">
    <w:p w14:paraId="5C833650" w14:textId="77777777" w:rsidR="00E6360B" w:rsidRDefault="00E6360B" w:rsidP="00D7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085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15F268" w14:textId="6DD4B923" w:rsidR="006C7433" w:rsidRDefault="006C743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A8C327" w14:textId="77777777" w:rsidR="00D71BB1" w:rsidRDefault="00D71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A960" w14:textId="77777777" w:rsidR="00E6360B" w:rsidRDefault="00E6360B" w:rsidP="00D71BB1">
      <w:pPr>
        <w:spacing w:after="0" w:line="240" w:lineRule="auto"/>
      </w:pPr>
      <w:r>
        <w:separator/>
      </w:r>
    </w:p>
  </w:footnote>
  <w:footnote w:type="continuationSeparator" w:id="0">
    <w:p w14:paraId="2DE18F88" w14:textId="77777777" w:rsidR="00E6360B" w:rsidRDefault="00E6360B" w:rsidP="00D71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635362A"/>
    <w:multiLevelType w:val="hybridMultilevel"/>
    <w:tmpl w:val="601A421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E4B36"/>
    <w:multiLevelType w:val="hybridMultilevel"/>
    <w:tmpl w:val="3358FFB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13B41"/>
    <w:multiLevelType w:val="hybridMultilevel"/>
    <w:tmpl w:val="C896BD4C"/>
    <w:lvl w:ilvl="0" w:tplc="200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609242560">
    <w:abstractNumId w:val="8"/>
  </w:num>
  <w:num w:numId="2" w16cid:durableId="1804736978">
    <w:abstractNumId w:val="6"/>
  </w:num>
  <w:num w:numId="3" w16cid:durableId="1314018101">
    <w:abstractNumId w:val="5"/>
  </w:num>
  <w:num w:numId="4" w16cid:durableId="867959842">
    <w:abstractNumId w:val="4"/>
  </w:num>
  <w:num w:numId="5" w16cid:durableId="1236865034">
    <w:abstractNumId w:val="7"/>
  </w:num>
  <w:num w:numId="6" w16cid:durableId="1363432040">
    <w:abstractNumId w:val="3"/>
  </w:num>
  <w:num w:numId="7" w16cid:durableId="758791020">
    <w:abstractNumId w:val="2"/>
  </w:num>
  <w:num w:numId="8" w16cid:durableId="1612933167">
    <w:abstractNumId w:val="1"/>
  </w:num>
  <w:num w:numId="9" w16cid:durableId="543367757">
    <w:abstractNumId w:val="0"/>
  </w:num>
  <w:num w:numId="10" w16cid:durableId="216281841">
    <w:abstractNumId w:val="9"/>
  </w:num>
  <w:num w:numId="11" w16cid:durableId="1068068031">
    <w:abstractNumId w:val="10"/>
  </w:num>
  <w:num w:numId="12" w16cid:durableId="878590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303"/>
    <w:rsid w:val="000C5341"/>
    <w:rsid w:val="000D3CEB"/>
    <w:rsid w:val="000E641A"/>
    <w:rsid w:val="0015074B"/>
    <w:rsid w:val="001843ED"/>
    <w:rsid w:val="002229B8"/>
    <w:rsid w:val="002630C4"/>
    <w:rsid w:val="002908A0"/>
    <w:rsid w:val="0029639D"/>
    <w:rsid w:val="00326F90"/>
    <w:rsid w:val="00654C74"/>
    <w:rsid w:val="006C7433"/>
    <w:rsid w:val="006D3072"/>
    <w:rsid w:val="00737F67"/>
    <w:rsid w:val="00917484"/>
    <w:rsid w:val="00954EEE"/>
    <w:rsid w:val="00966610"/>
    <w:rsid w:val="009C0764"/>
    <w:rsid w:val="00AA1D8D"/>
    <w:rsid w:val="00AD11F1"/>
    <w:rsid w:val="00B47730"/>
    <w:rsid w:val="00B525C9"/>
    <w:rsid w:val="00B817C1"/>
    <w:rsid w:val="00C51E5D"/>
    <w:rsid w:val="00C74A9C"/>
    <w:rsid w:val="00C8730B"/>
    <w:rsid w:val="00CB05DA"/>
    <w:rsid w:val="00CB0664"/>
    <w:rsid w:val="00CB7E97"/>
    <w:rsid w:val="00CC7219"/>
    <w:rsid w:val="00CE67F7"/>
    <w:rsid w:val="00D71BB1"/>
    <w:rsid w:val="00DC52E7"/>
    <w:rsid w:val="00E10054"/>
    <w:rsid w:val="00E21259"/>
    <w:rsid w:val="00E62DE9"/>
    <w:rsid w:val="00E6360B"/>
    <w:rsid w:val="00E754B4"/>
    <w:rsid w:val="00EA5653"/>
    <w:rsid w:val="00F836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12F8A6"/>
  <w14:defaultImageDpi w14:val="300"/>
  <w15:docId w15:val="{919299AF-1321-40D5-897D-19A8B5F5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Profam</cp:lastModifiedBy>
  <cp:revision>2</cp:revision>
  <dcterms:created xsi:type="dcterms:W3CDTF">2026-01-19T11:22:00Z</dcterms:created>
  <dcterms:modified xsi:type="dcterms:W3CDTF">2026-01-19T11:22:00Z</dcterms:modified>
  <cp:category/>
</cp:coreProperties>
</file>