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BF3F2C" w14:textId="77777777" w:rsidR="00DB793E" w:rsidRDefault="00000000">
      <w:pPr>
        <w:keepNext/>
        <w:spacing w:after="100"/>
      </w:pPr>
      <w:r>
        <w:rPr>
          <w:rFonts w:eastAsia="Times New Roman" w:cs="Times New Roman"/>
          <w:b/>
          <w:sz w:val="22"/>
        </w:rPr>
        <w:t>Table S1. Definitions, frequencies, and overlap of the in-hospital composite outcome</w:t>
      </w:r>
    </w:p>
    <w:p w14:paraId="0CE75427" w14:textId="77777777" w:rsidR="00DB793E" w:rsidRDefault="00000000">
      <w:pPr>
        <w:keepNext/>
        <w:spacing w:before="100" w:after="60"/>
      </w:pPr>
      <w:r>
        <w:rPr>
          <w:rFonts w:eastAsia="Times New Roman" w:cs="Times New Roman"/>
          <w:b/>
        </w:rPr>
        <w:t>A. Composite outcome and adjudication</w:t>
      </w:r>
    </w:p>
    <w:tbl>
      <w:tblPr>
        <w:tblW w:w="14256" w:type="dxa"/>
        <w:tblBorders>
          <w:top w:val="single" w:sz="10" w:space="0" w:color="000000"/>
          <w:left w:val="nil"/>
          <w:bottom w:val="single" w:sz="10" w:space="0" w:color="000000"/>
          <w:right w:val="nil"/>
          <w:insideH w:val="nil"/>
          <w:insideV w:val="nil"/>
        </w:tblBorders>
        <w:tblLayout w:type="fixed"/>
        <w:tblLook w:val="04A0" w:firstRow="1" w:lastRow="0" w:firstColumn="1" w:lastColumn="0" w:noHBand="0" w:noVBand="1"/>
      </w:tblPr>
      <w:tblGrid>
        <w:gridCol w:w="2618"/>
        <w:gridCol w:w="8146"/>
        <w:gridCol w:w="3492"/>
      </w:tblGrid>
      <w:tr w:rsidR="00DB793E" w14:paraId="4C89E1A3" w14:textId="77777777">
        <w:trPr>
          <w:cantSplit/>
          <w:tblHeader/>
        </w:trPr>
        <w:tc>
          <w:tcPr>
            <w:tcW w:w="2618" w:type="dxa"/>
            <w:tcBorders>
              <w:bottom w:val="single" w:sz="6" w:space="0" w:color="000000"/>
            </w:tcBorders>
            <w:tcMar>
              <w:top w:w="55" w:type="dxa"/>
              <w:left w:w="80" w:type="dxa"/>
              <w:bottom w:w="55" w:type="dxa"/>
              <w:right w:w="80" w:type="dxa"/>
            </w:tcMar>
            <w:vAlign w:val="center"/>
          </w:tcPr>
          <w:p w14:paraId="2194157E" w14:textId="77777777" w:rsidR="00DB793E" w:rsidRDefault="00000000">
            <w:pPr>
              <w:jc w:val="center"/>
            </w:pPr>
            <w:r>
              <w:rPr>
                <w:rFonts w:eastAsia="Times New Roman" w:cs="Times New Roman"/>
                <w:b/>
                <w:sz w:val="15"/>
              </w:rPr>
              <w:t>Item</w:t>
            </w:r>
          </w:p>
        </w:tc>
        <w:tc>
          <w:tcPr>
            <w:tcW w:w="8146" w:type="dxa"/>
            <w:tcBorders>
              <w:bottom w:val="single" w:sz="6" w:space="0" w:color="000000"/>
            </w:tcBorders>
            <w:tcMar>
              <w:top w:w="55" w:type="dxa"/>
              <w:left w:w="80" w:type="dxa"/>
              <w:bottom w:w="55" w:type="dxa"/>
              <w:right w:w="80" w:type="dxa"/>
            </w:tcMar>
            <w:vAlign w:val="center"/>
          </w:tcPr>
          <w:p w14:paraId="49093487" w14:textId="77777777" w:rsidR="00DB793E" w:rsidRDefault="00000000">
            <w:pPr>
              <w:jc w:val="center"/>
            </w:pPr>
            <w:r>
              <w:rPr>
                <w:rFonts w:eastAsia="Times New Roman" w:cs="Times New Roman"/>
                <w:b/>
                <w:sz w:val="15"/>
              </w:rPr>
              <w:t>Definition</w:t>
            </w:r>
          </w:p>
        </w:tc>
        <w:tc>
          <w:tcPr>
            <w:tcW w:w="3492" w:type="dxa"/>
            <w:tcBorders>
              <w:bottom w:val="single" w:sz="6" w:space="0" w:color="000000"/>
            </w:tcBorders>
            <w:tcMar>
              <w:top w:w="55" w:type="dxa"/>
              <w:left w:w="80" w:type="dxa"/>
              <w:bottom w:w="55" w:type="dxa"/>
              <w:right w:w="80" w:type="dxa"/>
            </w:tcMar>
            <w:vAlign w:val="center"/>
          </w:tcPr>
          <w:p w14:paraId="0130E9E7" w14:textId="77777777" w:rsidR="00DB793E" w:rsidRDefault="00000000">
            <w:pPr>
              <w:jc w:val="center"/>
            </w:pPr>
            <w:r>
              <w:rPr>
                <w:rFonts w:eastAsia="Times New Roman" w:cs="Times New Roman"/>
                <w:b/>
                <w:sz w:val="15"/>
              </w:rPr>
              <w:t>Value</w:t>
            </w:r>
          </w:p>
        </w:tc>
      </w:tr>
      <w:tr w:rsidR="00DB793E" w14:paraId="52455A37" w14:textId="77777777">
        <w:trPr>
          <w:cantSplit/>
        </w:trPr>
        <w:tc>
          <w:tcPr>
            <w:tcW w:w="2618" w:type="dxa"/>
            <w:tcMar>
              <w:top w:w="55" w:type="dxa"/>
              <w:left w:w="80" w:type="dxa"/>
              <w:bottom w:w="55" w:type="dxa"/>
              <w:right w:w="80" w:type="dxa"/>
            </w:tcMar>
            <w:vAlign w:val="center"/>
          </w:tcPr>
          <w:p w14:paraId="60A21630" w14:textId="77777777" w:rsidR="00DB793E" w:rsidRDefault="00000000">
            <w:r>
              <w:rPr>
                <w:rFonts w:eastAsia="Times New Roman" w:cs="Times New Roman"/>
                <w:sz w:val="15"/>
              </w:rPr>
              <w:t>Analytic cohort</w:t>
            </w:r>
          </w:p>
        </w:tc>
        <w:tc>
          <w:tcPr>
            <w:tcW w:w="8146" w:type="dxa"/>
            <w:tcMar>
              <w:top w:w="55" w:type="dxa"/>
              <w:left w:w="80" w:type="dxa"/>
              <w:bottom w:w="55" w:type="dxa"/>
              <w:right w:w="80" w:type="dxa"/>
            </w:tcMar>
            <w:vAlign w:val="center"/>
          </w:tcPr>
          <w:p w14:paraId="453A0AED" w14:textId="77777777" w:rsidR="00DB793E" w:rsidRDefault="00000000">
            <w:r>
              <w:rPr>
                <w:rFonts w:eastAsia="Times New Roman" w:cs="Times New Roman"/>
                <w:sz w:val="15"/>
              </w:rPr>
              <w:t>Patients with eligible preoperative contrast-enhanced computed tomography and finalized physician-reviewed masks</w:t>
            </w:r>
          </w:p>
        </w:tc>
        <w:tc>
          <w:tcPr>
            <w:tcW w:w="3492" w:type="dxa"/>
            <w:tcMar>
              <w:top w:w="55" w:type="dxa"/>
              <w:left w:w="80" w:type="dxa"/>
              <w:bottom w:w="55" w:type="dxa"/>
              <w:right w:w="80" w:type="dxa"/>
            </w:tcMar>
            <w:vAlign w:val="center"/>
          </w:tcPr>
          <w:p w14:paraId="5EC1F79E" w14:textId="77777777" w:rsidR="00DB793E" w:rsidRDefault="00000000">
            <w:r>
              <w:rPr>
                <w:rFonts w:eastAsia="Times New Roman" w:cs="Times New Roman"/>
                <w:sz w:val="15"/>
              </w:rPr>
              <w:t>145 patients</w:t>
            </w:r>
          </w:p>
        </w:tc>
      </w:tr>
      <w:tr w:rsidR="00DB793E" w14:paraId="0FB32395" w14:textId="77777777">
        <w:trPr>
          <w:cantSplit/>
        </w:trPr>
        <w:tc>
          <w:tcPr>
            <w:tcW w:w="2618" w:type="dxa"/>
            <w:tcMar>
              <w:top w:w="55" w:type="dxa"/>
              <w:left w:w="80" w:type="dxa"/>
              <w:bottom w:w="55" w:type="dxa"/>
              <w:right w:w="80" w:type="dxa"/>
            </w:tcMar>
            <w:vAlign w:val="center"/>
          </w:tcPr>
          <w:p w14:paraId="49A2C673" w14:textId="77777777" w:rsidR="00DB793E" w:rsidRDefault="00000000">
            <w:r>
              <w:rPr>
                <w:rFonts w:eastAsia="Times New Roman" w:cs="Times New Roman"/>
                <w:sz w:val="15"/>
              </w:rPr>
              <w:t>Prediction time</w:t>
            </w:r>
          </w:p>
        </w:tc>
        <w:tc>
          <w:tcPr>
            <w:tcW w:w="8146" w:type="dxa"/>
            <w:tcMar>
              <w:top w:w="55" w:type="dxa"/>
              <w:left w:w="80" w:type="dxa"/>
              <w:bottom w:w="55" w:type="dxa"/>
              <w:right w:w="80" w:type="dxa"/>
            </w:tcMar>
            <w:vAlign w:val="center"/>
          </w:tcPr>
          <w:p w14:paraId="04A3F4C9" w14:textId="77777777" w:rsidR="00DB793E" w:rsidRDefault="00000000">
            <w:r>
              <w:rPr>
                <w:rFonts w:eastAsia="Times New Roman" w:cs="Times New Roman"/>
                <w:sz w:val="15"/>
              </w:rPr>
              <w:t>Last preoperative assessment after completion of preoperative optimization and before surgery</w:t>
            </w:r>
          </w:p>
        </w:tc>
        <w:tc>
          <w:tcPr>
            <w:tcW w:w="3492" w:type="dxa"/>
            <w:tcMar>
              <w:top w:w="55" w:type="dxa"/>
              <w:left w:w="80" w:type="dxa"/>
              <w:bottom w:w="55" w:type="dxa"/>
              <w:right w:w="80" w:type="dxa"/>
            </w:tcMar>
            <w:vAlign w:val="center"/>
          </w:tcPr>
          <w:p w14:paraId="20F26FAE" w14:textId="77777777" w:rsidR="00DB793E" w:rsidRDefault="00000000">
            <w:r>
              <w:rPr>
                <w:rFonts w:eastAsia="Times New Roman" w:cs="Times New Roman"/>
                <w:sz w:val="15"/>
              </w:rPr>
              <w:t>Preoperative</w:t>
            </w:r>
          </w:p>
        </w:tc>
      </w:tr>
      <w:tr w:rsidR="00DB793E" w14:paraId="79D12417" w14:textId="77777777">
        <w:trPr>
          <w:cantSplit/>
        </w:trPr>
        <w:tc>
          <w:tcPr>
            <w:tcW w:w="2618" w:type="dxa"/>
            <w:tcMar>
              <w:top w:w="55" w:type="dxa"/>
              <w:left w:w="80" w:type="dxa"/>
              <w:bottom w:w="55" w:type="dxa"/>
              <w:right w:w="80" w:type="dxa"/>
            </w:tcMar>
            <w:vAlign w:val="center"/>
          </w:tcPr>
          <w:p w14:paraId="6668B589" w14:textId="77777777" w:rsidR="00DB793E" w:rsidRDefault="00000000">
            <w:r>
              <w:rPr>
                <w:rFonts w:eastAsia="Times New Roman" w:cs="Times New Roman"/>
                <w:sz w:val="15"/>
              </w:rPr>
              <w:t>Observation window</w:t>
            </w:r>
          </w:p>
        </w:tc>
        <w:tc>
          <w:tcPr>
            <w:tcW w:w="8146" w:type="dxa"/>
            <w:tcMar>
              <w:top w:w="55" w:type="dxa"/>
              <w:left w:w="80" w:type="dxa"/>
              <w:bottom w:w="55" w:type="dxa"/>
              <w:right w:w="80" w:type="dxa"/>
            </w:tcMar>
            <w:vAlign w:val="center"/>
          </w:tcPr>
          <w:p w14:paraId="5A0941A1" w14:textId="77777777" w:rsidR="00DB793E" w:rsidRDefault="00000000">
            <w:r>
              <w:rPr>
                <w:rFonts w:eastAsia="Times New Roman" w:cs="Times New Roman"/>
                <w:sz w:val="15"/>
              </w:rPr>
              <w:t>Index surgical hospitalization</w:t>
            </w:r>
          </w:p>
        </w:tc>
        <w:tc>
          <w:tcPr>
            <w:tcW w:w="3492" w:type="dxa"/>
            <w:tcMar>
              <w:top w:w="55" w:type="dxa"/>
              <w:left w:w="80" w:type="dxa"/>
              <w:bottom w:w="55" w:type="dxa"/>
              <w:right w:w="80" w:type="dxa"/>
            </w:tcMar>
            <w:vAlign w:val="center"/>
          </w:tcPr>
          <w:p w14:paraId="302796CE" w14:textId="77777777" w:rsidR="00DB793E" w:rsidRDefault="00000000">
            <w:r>
              <w:rPr>
                <w:rFonts w:eastAsia="Times New Roman" w:cs="Times New Roman"/>
                <w:sz w:val="15"/>
              </w:rPr>
              <w:t>In-hospital</w:t>
            </w:r>
          </w:p>
        </w:tc>
      </w:tr>
      <w:tr w:rsidR="00DB793E" w14:paraId="15FDBD36" w14:textId="77777777">
        <w:trPr>
          <w:cantSplit/>
        </w:trPr>
        <w:tc>
          <w:tcPr>
            <w:tcW w:w="2618" w:type="dxa"/>
            <w:tcMar>
              <w:top w:w="55" w:type="dxa"/>
              <w:left w:w="80" w:type="dxa"/>
              <w:bottom w:w="55" w:type="dxa"/>
              <w:right w:w="80" w:type="dxa"/>
            </w:tcMar>
            <w:vAlign w:val="center"/>
          </w:tcPr>
          <w:p w14:paraId="67627C97" w14:textId="77777777" w:rsidR="00DB793E" w:rsidRDefault="00000000">
            <w:r>
              <w:rPr>
                <w:rFonts w:eastAsia="Times New Roman" w:cs="Times New Roman"/>
                <w:sz w:val="15"/>
              </w:rPr>
              <w:t>Composite-positive rule</w:t>
            </w:r>
          </w:p>
        </w:tc>
        <w:tc>
          <w:tcPr>
            <w:tcW w:w="8146" w:type="dxa"/>
            <w:tcMar>
              <w:top w:w="55" w:type="dxa"/>
              <w:left w:w="80" w:type="dxa"/>
              <w:bottom w:w="55" w:type="dxa"/>
              <w:right w:w="80" w:type="dxa"/>
            </w:tcMar>
            <w:vAlign w:val="center"/>
          </w:tcPr>
          <w:p w14:paraId="48529EF9" w14:textId="77777777" w:rsidR="00DB793E" w:rsidRDefault="00000000">
            <w:r>
              <w:rPr>
                <w:rFonts w:eastAsia="Times New Roman" w:cs="Times New Roman"/>
                <w:sz w:val="15"/>
              </w:rPr>
              <w:t>Presence of at least one of the eight clinician-adjudicated in-hospital component events</w:t>
            </w:r>
          </w:p>
        </w:tc>
        <w:tc>
          <w:tcPr>
            <w:tcW w:w="3492" w:type="dxa"/>
            <w:tcMar>
              <w:top w:w="55" w:type="dxa"/>
              <w:left w:w="80" w:type="dxa"/>
              <w:bottom w:w="55" w:type="dxa"/>
              <w:right w:w="80" w:type="dxa"/>
            </w:tcMar>
            <w:vAlign w:val="center"/>
          </w:tcPr>
          <w:p w14:paraId="24A98270" w14:textId="77777777" w:rsidR="00DB793E" w:rsidRDefault="00000000">
            <w:r>
              <w:rPr>
                <w:rFonts w:eastAsia="Times New Roman" w:cs="Times New Roman"/>
                <w:sz w:val="15"/>
              </w:rPr>
              <w:t>37/145 (25.5%)</w:t>
            </w:r>
          </w:p>
        </w:tc>
      </w:tr>
      <w:tr w:rsidR="00DB793E" w14:paraId="621001AC" w14:textId="77777777">
        <w:trPr>
          <w:cantSplit/>
        </w:trPr>
        <w:tc>
          <w:tcPr>
            <w:tcW w:w="2618" w:type="dxa"/>
            <w:tcMar>
              <w:top w:w="55" w:type="dxa"/>
              <w:left w:w="80" w:type="dxa"/>
              <w:bottom w:w="55" w:type="dxa"/>
              <w:right w:w="80" w:type="dxa"/>
            </w:tcMar>
            <w:vAlign w:val="center"/>
          </w:tcPr>
          <w:p w14:paraId="42506EC6" w14:textId="77777777" w:rsidR="00DB793E" w:rsidRDefault="00000000">
            <w:r>
              <w:rPr>
                <w:rFonts w:eastAsia="Times New Roman" w:cs="Times New Roman"/>
                <w:sz w:val="15"/>
              </w:rPr>
              <w:t>Composite-negative</w:t>
            </w:r>
          </w:p>
        </w:tc>
        <w:tc>
          <w:tcPr>
            <w:tcW w:w="8146" w:type="dxa"/>
            <w:tcMar>
              <w:top w:w="55" w:type="dxa"/>
              <w:left w:w="80" w:type="dxa"/>
              <w:bottom w:w="55" w:type="dxa"/>
              <w:right w:w="80" w:type="dxa"/>
            </w:tcMar>
            <w:vAlign w:val="center"/>
          </w:tcPr>
          <w:p w14:paraId="22B67793" w14:textId="77777777" w:rsidR="00DB793E" w:rsidRDefault="00000000">
            <w:r>
              <w:rPr>
                <w:rFonts w:eastAsia="Times New Roman" w:cs="Times New Roman"/>
                <w:sz w:val="15"/>
              </w:rPr>
              <w:t>No adjudicated component event during the observation window</w:t>
            </w:r>
          </w:p>
        </w:tc>
        <w:tc>
          <w:tcPr>
            <w:tcW w:w="3492" w:type="dxa"/>
            <w:tcMar>
              <w:top w:w="55" w:type="dxa"/>
              <w:left w:w="80" w:type="dxa"/>
              <w:bottom w:w="55" w:type="dxa"/>
              <w:right w:w="80" w:type="dxa"/>
            </w:tcMar>
            <w:vAlign w:val="center"/>
          </w:tcPr>
          <w:p w14:paraId="4D160D7B" w14:textId="77777777" w:rsidR="00DB793E" w:rsidRDefault="00000000">
            <w:r>
              <w:rPr>
                <w:rFonts w:eastAsia="Times New Roman" w:cs="Times New Roman"/>
                <w:sz w:val="15"/>
              </w:rPr>
              <w:t>108/145 (74.5%)</w:t>
            </w:r>
          </w:p>
        </w:tc>
      </w:tr>
      <w:tr w:rsidR="00DB793E" w14:paraId="310425D6" w14:textId="77777777">
        <w:trPr>
          <w:cantSplit/>
        </w:trPr>
        <w:tc>
          <w:tcPr>
            <w:tcW w:w="2618" w:type="dxa"/>
            <w:tcMar>
              <w:top w:w="55" w:type="dxa"/>
              <w:left w:w="80" w:type="dxa"/>
              <w:bottom w:w="55" w:type="dxa"/>
              <w:right w:w="80" w:type="dxa"/>
            </w:tcMar>
            <w:vAlign w:val="center"/>
          </w:tcPr>
          <w:p w14:paraId="1B1D0318" w14:textId="77777777" w:rsidR="00DB793E" w:rsidRDefault="00000000">
            <w:r>
              <w:rPr>
                <w:rFonts w:eastAsia="Times New Roman" w:cs="Times New Roman"/>
                <w:sz w:val="15"/>
              </w:rPr>
              <w:t>Adjudication</w:t>
            </w:r>
          </w:p>
        </w:tc>
        <w:tc>
          <w:tcPr>
            <w:tcW w:w="8146" w:type="dxa"/>
            <w:tcMar>
              <w:top w:w="55" w:type="dxa"/>
              <w:left w:w="80" w:type="dxa"/>
              <w:bottom w:w="55" w:type="dxa"/>
              <w:right w:w="80" w:type="dxa"/>
            </w:tcMar>
            <w:vAlign w:val="center"/>
          </w:tcPr>
          <w:p w14:paraId="430C80DE" w14:textId="77777777" w:rsidR="00DB793E" w:rsidRDefault="00000000">
            <w:r>
              <w:rPr>
                <w:rFonts w:eastAsia="Times New Roman" w:cs="Times New Roman"/>
                <w:sz w:val="15"/>
              </w:rPr>
              <w:t>Two clinical physicians reviewed hospital, anesthesia, and ICU records; one disagreement was resolved by a senior physician; adjudication preceded radiomic analysis</w:t>
            </w:r>
          </w:p>
        </w:tc>
        <w:tc>
          <w:tcPr>
            <w:tcW w:w="3492" w:type="dxa"/>
            <w:tcMar>
              <w:top w:w="55" w:type="dxa"/>
              <w:left w:w="80" w:type="dxa"/>
              <w:bottom w:w="55" w:type="dxa"/>
              <w:right w:w="80" w:type="dxa"/>
            </w:tcMar>
            <w:vAlign w:val="center"/>
          </w:tcPr>
          <w:p w14:paraId="51B8939F" w14:textId="77777777" w:rsidR="00DB793E" w:rsidRDefault="00000000">
            <w:r>
              <w:rPr>
                <w:rFonts w:eastAsia="Times New Roman" w:cs="Times New Roman"/>
                <w:sz w:val="15"/>
              </w:rPr>
              <w:t>Two reviewers; one disagreement resolved by a senior physician</w:t>
            </w:r>
          </w:p>
        </w:tc>
      </w:tr>
      <w:tr w:rsidR="00DB793E" w14:paraId="0DB4954C" w14:textId="77777777">
        <w:trPr>
          <w:cantSplit/>
        </w:trPr>
        <w:tc>
          <w:tcPr>
            <w:tcW w:w="2618" w:type="dxa"/>
            <w:tcMar>
              <w:top w:w="55" w:type="dxa"/>
              <w:left w:w="80" w:type="dxa"/>
              <w:bottom w:w="55" w:type="dxa"/>
              <w:right w:w="80" w:type="dxa"/>
            </w:tcMar>
            <w:vAlign w:val="center"/>
          </w:tcPr>
          <w:p w14:paraId="072C4BE0" w14:textId="77777777" w:rsidR="00DB793E" w:rsidRDefault="00000000">
            <w:r>
              <w:rPr>
                <w:rFonts w:eastAsia="Times New Roman" w:cs="Times New Roman"/>
                <w:sz w:val="15"/>
              </w:rPr>
              <w:t>Multiple components</w:t>
            </w:r>
          </w:p>
        </w:tc>
        <w:tc>
          <w:tcPr>
            <w:tcW w:w="8146" w:type="dxa"/>
            <w:tcMar>
              <w:top w:w="55" w:type="dxa"/>
              <w:left w:w="80" w:type="dxa"/>
              <w:bottom w:w="55" w:type="dxa"/>
              <w:right w:w="80" w:type="dxa"/>
            </w:tcMar>
            <w:vAlign w:val="center"/>
          </w:tcPr>
          <w:p w14:paraId="49678EA4" w14:textId="77777777" w:rsidR="00DB793E" w:rsidRDefault="00000000">
            <w:r>
              <w:rPr>
                <w:rFonts w:eastAsia="Times New Roman" w:cs="Times New Roman"/>
                <w:sz w:val="15"/>
              </w:rPr>
              <w:t>A patient with more than one component event was counted once in the primary composite outcome</w:t>
            </w:r>
          </w:p>
        </w:tc>
        <w:tc>
          <w:tcPr>
            <w:tcW w:w="3492" w:type="dxa"/>
            <w:tcMar>
              <w:top w:w="55" w:type="dxa"/>
              <w:left w:w="80" w:type="dxa"/>
              <w:bottom w:w="55" w:type="dxa"/>
              <w:right w:w="80" w:type="dxa"/>
            </w:tcMar>
            <w:vAlign w:val="center"/>
          </w:tcPr>
          <w:p w14:paraId="24D8013F" w14:textId="77777777" w:rsidR="00DB793E" w:rsidRDefault="00000000">
            <w:r>
              <w:rPr>
                <w:rFonts w:eastAsia="Times New Roman" w:cs="Times New Roman"/>
                <w:sz w:val="15"/>
              </w:rPr>
              <w:t>9 patients had ≥2 components</w:t>
            </w:r>
          </w:p>
        </w:tc>
      </w:tr>
    </w:tbl>
    <w:p w14:paraId="63D03C0E" w14:textId="77777777" w:rsidR="00DB793E" w:rsidRDefault="00000000">
      <w:pPr>
        <w:keepNext/>
        <w:spacing w:before="100" w:after="60"/>
      </w:pPr>
      <w:r>
        <w:rPr>
          <w:rFonts w:eastAsia="Times New Roman" w:cs="Times New Roman"/>
          <w:b/>
        </w:rPr>
        <w:t>B1. Component definitions</w:t>
      </w:r>
    </w:p>
    <w:tbl>
      <w:tblPr>
        <w:tblW w:w="14256" w:type="dxa"/>
        <w:tblBorders>
          <w:top w:val="single" w:sz="10" w:space="0" w:color="000000"/>
          <w:left w:val="nil"/>
          <w:bottom w:val="single" w:sz="10" w:space="0" w:color="000000"/>
          <w:right w:val="nil"/>
          <w:insideH w:val="nil"/>
          <w:insideV w:val="nil"/>
        </w:tblBorders>
        <w:tblLayout w:type="fixed"/>
        <w:tblLook w:val="04A0" w:firstRow="1" w:lastRow="0" w:firstColumn="1" w:lastColumn="0" w:noHBand="0" w:noVBand="1"/>
      </w:tblPr>
      <w:tblGrid>
        <w:gridCol w:w="3127"/>
        <w:gridCol w:w="6618"/>
        <w:gridCol w:w="4511"/>
      </w:tblGrid>
      <w:tr w:rsidR="00DB793E" w14:paraId="60EF8937" w14:textId="77777777">
        <w:trPr>
          <w:cantSplit/>
          <w:tblHeader/>
        </w:trPr>
        <w:tc>
          <w:tcPr>
            <w:tcW w:w="3127" w:type="dxa"/>
            <w:tcBorders>
              <w:bottom w:val="single" w:sz="6" w:space="0" w:color="000000"/>
            </w:tcBorders>
            <w:tcMar>
              <w:top w:w="55" w:type="dxa"/>
              <w:left w:w="80" w:type="dxa"/>
              <w:bottom w:w="55" w:type="dxa"/>
              <w:right w:w="80" w:type="dxa"/>
            </w:tcMar>
            <w:vAlign w:val="center"/>
          </w:tcPr>
          <w:p w14:paraId="469CCECF" w14:textId="77777777" w:rsidR="00DB793E" w:rsidRDefault="00000000">
            <w:pPr>
              <w:jc w:val="center"/>
            </w:pPr>
            <w:r>
              <w:rPr>
                <w:rFonts w:eastAsia="Times New Roman" w:cs="Times New Roman"/>
                <w:b/>
                <w:sz w:val="14"/>
              </w:rPr>
              <w:t>Component</w:t>
            </w:r>
          </w:p>
        </w:tc>
        <w:tc>
          <w:tcPr>
            <w:tcW w:w="6618" w:type="dxa"/>
            <w:tcBorders>
              <w:bottom w:val="single" w:sz="6" w:space="0" w:color="000000"/>
            </w:tcBorders>
            <w:tcMar>
              <w:top w:w="55" w:type="dxa"/>
              <w:left w:w="80" w:type="dxa"/>
              <w:bottom w:w="55" w:type="dxa"/>
              <w:right w:w="80" w:type="dxa"/>
            </w:tcMar>
            <w:vAlign w:val="center"/>
          </w:tcPr>
          <w:p w14:paraId="08B6C05B" w14:textId="77777777" w:rsidR="00DB793E" w:rsidRDefault="00000000">
            <w:pPr>
              <w:jc w:val="center"/>
            </w:pPr>
            <w:r>
              <w:rPr>
                <w:rFonts w:eastAsia="Times New Roman" w:cs="Times New Roman"/>
                <w:b/>
                <w:sz w:val="14"/>
              </w:rPr>
              <w:t>Operational definition</w:t>
            </w:r>
          </w:p>
        </w:tc>
        <w:tc>
          <w:tcPr>
            <w:tcW w:w="4511" w:type="dxa"/>
            <w:tcBorders>
              <w:bottom w:val="single" w:sz="6" w:space="0" w:color="000000"/>
            </w:tcBorders>
            <w:tcMar>
              <w:top w:w="55" w:type="dxa"/>
              <w:left w:w="80" w:type="dxa"/>
              <w:bottom w:w="55" w:type="dxa"/>
              <w:right w:w="80" w:type="dxa"/>
            </w:tcMar>
            <w:vAlign w:val="center"/>
          </w:tcPr>
          <w:p w14:paraId="65FE1EC6" w14:textId="77777777" w:rsidR="00DB793E" w:rsidRDefault="00000000">
            <w:pPr>
              <w:jc w:val="center"/>
            </w:pPr>
            <w:r>
              <w:rPr>
                <w:rFonts w:eastAsia="Times New Roman" w:cs="Times New Roman"/>
                <w:b/>
                <w:sz w:val="14"/>
              </w:rPr>
              <w:t>Ascertainment / threshold note</w:t>
            </w:r>
          </w:p>
        </w:tc>
      </w:tr>
      <w:tr w:rsidR="00DB793E" w14:paraId="18322D8C" w14:textId="77777777">
        <w:trPr>
          <w:cantSplit/>
        </w:trPr>
        <w:tc>
          <w:tcPr>
            <w:tcW w:w="3127" w:type="dxa"/>
            <w:tcMar>
              <w:top w:w="55" w:type="dxa"/>
              <w:left w:w="80" w:type="dxa"/>
              <w:bottom w:w="55" w:type="dxa"/>
              <w:right w:w="80" w:type="dxa"/>
            </w:tcMar>
            <w:vAlign w:val="center"/>
          </w:tcPr>
          <w:p w14:paraId="606FE369" w14:textId="77777777" w:rsidR="00DB793E" w:rsidRDefault="00000000">
            <w:r>
              <w:rPr>
                <w:rFonts w:eastAsia="Times New Roman" w:cs="Times New Roman"/>
                <w:sz w:val="14"/>
              </w:rPr>
              <w:t>Perioperative myasthenic crisis</w:t>
            </w:r>
          </w:p>
        </w:tc>
        <w:tc>
          <w:tcPr>
            <w:tcW w:w="6618" w:type="dxa"/>
            <w:tcMar>
              <w:top w:w="55" w:type="dxa"/>
              <w:left w:w="80" w:type="dxa"/>
              <w:bottom w:w="55" w:type="dxa"/>
              <w:right w:w="80" w:type="dxa"/>
            </w:tcMar>
            <w:vAlign w:val="center"/>
          </w:tcPr>
          <w:p w14:paraId="3F742A95" w14:textId="77777777" w:rsidR="00DB793E" w:rsidRDefault="00000000">
            <w:r>
              <w:rPr>
                <w:rFonts w:eastAsia="Times New Roman" w:cs="Times New Roman"/>
                <w:sz w:val="14"/>
              </w:rPr>
              <w:t>Clinician-adjudicated myasthenic crisis during the index surgical hospitalization</w:t>
            </w:r>
          </w:p>
        </w:tc>
        <w:tc>
          <w:tcPr>
            <w:tcW w:w="4511" w:type="dxa"/>
            <w:tcMar>
              <w:top w:w="55" w:type="dxa"/>
              <w:left w:w="80" w:type="dxa"/>
              <w:bottom w:w="55" w:type="dxa"/>
              <w:right w:w="80" w:type="dxa"/>
            </w:tcMar>
            <w:vAlign w:val="center"/>
          </w:tcPr>
          <w:p w14:paraId="66925E22" w14:textId="77777777" w:rsidR="00DB793E" w:rsidRDefault="00000000">
            <w:r>
              <w:rPr>
                <w:rFonts w:eastAsia="Times New Roman" w:cs="Times New Roman"/>
                <w:sz w:val="14"/>
              </w:rPr>
              <w:t>Binary adjudication from hospital, anesthesia, and ICU records</w:t>
            </w:r>
          </w:p>
        </w:tc>
      </w:tr>
      <w:tr w:rsidR="00DB793E" w14:paraId="20A589DE" w14:textId="77777777">
        <w:trPr>
          <w:cantSplit/>
        </w:trPr>
        <w:tc>
          <w:tcPr>
            <w:tcW w:w="3127" w:type="dxa"/>
            <w:tcMar>
              <w:top w:w="55" w:type="dxa"/>
              <w:left w:w="80" w:type="dxa"/>
              <w:bottom w:w="55" w:type="dxa"/>
              <w:right w:w="80" w:type="dxa"/>
            </w:tcMar>
            <w:vAlign w:val="center"/>
          </w:tcPr>
          <w:p w14:paraId="580A1C9D" w14:textId="77777777" w:rsidR="00DB793E" w:rsidRDefault="00000000">
            <w:r>
              <w:rPr>
                <w:rFonts w:eastAsia="Times New Roman" w:cs="Times New Roman"/>
                <w:sz w:val="14"/>
              </w:rPr>
              <w:t xml:space="preserve">Delayed </w:t>
            </w:r>
            <w:proofErr w:type="spellStart"/>
            <w:r>
              <w:rPr>
                <w:rFonts w:eastAsia="Times New Roman" w:cs="Times New Roman"/>
                <w:sz w:val="14"/>
              </w:rPr>
              <w:t>extubation</w:t>
            </w:r>
            <w:proofErr w:type="spellEnd"/>
          </w:p>
        </w:tc>
        <w:tc>
          <w:tcPr>
            <w:tcW w:w="6618" w:type="dxa"/>
            <w:tcMar>
              <w:top w:w="55" w:type="dxa"/>
              <w:left w:w="80" w:type="dxa"/>
              <w:bottom w:w="55" w:type="dxa"/>
              <w:right w:w="80" w:type="dxa"/>
            </w:tcMar>
            <w:vAlign w:val="center"/>
          </w:tcPr>
          <w:p w14:paraId="16F89B30" w14:textId="77777777" w:rsidR="00DB793E" w:rsidRDefault="00000000">
            <w:proofErr w:type="spellStart"/>
            <w:r>
              <w:rPr>
                <w:rFonts w:eastAsia="Times New Roman" w:cs="Times New Roman"/>
                <w:sz w:val="14"/>
              </w:rPr>
              <w:t>Extubation</w:t>
            </w:r>
            <w:proofErr w:type="spellEnd"/>
            <w:r>
              <w:rPr>
                <w:rFonts w:eastAsia="Times New Roman" w:cs="Times New Roman"/>
                <w:sz w:val="14"/>
              </w:rPr>
              <w:t xml:space="preserve"> more than 6 hours after surgery under the historical clinician-adjudicated abstraction rule</w:t>
            </w:r>
          </w:p>
        </w:tc>
        <w:tc>
          <w:tcPr>
            <w:tcW w:w="4511" w:type="dxa"/>
            <w:tcMar>
              <w:top w:w="55" w:type="dxa"/>
              <w:left w:w="80" w:type="dxa"/>
              <w:bottom w:w="55" w:type="dxa"/>
              <w:right w:w="80" w:type="dxa"/>
            </w:tcMar>
            <w:vAlign w:val="center"/>
          </w:tcPr>
          <w:p w14:paraId="5A664658" w14:textId="77777777" w:rsidR="00DB793E" w:rsidRDefault="00000000">
            <w:r>
              <w:rPr>
                <w:rFonts w:eastAsia="Times New Roman" w:cs="Times New Roman"/>
                <w:sz w:val="14"/>
              </w:rPr>
              <w:t xml:space="preserve">Binary </w:t>
            </w:r>
            <w:proofErr w:type="gramStart"/>
            <w:r>
              <w:rPr>
                <w:rFonts w:eastAsia="Times New Roman" w:cs="Times New Roman"/>
                <w:sz w:val="14"/>
              </w:rPr>
              <w:t>adjudication;</w:t>
            </w:r>
            <w:proofErr w:type="gramEnd"/>
            <w:r>
              <w:rPr>
                <w:rFonts w:eastAsia="Times New Roman" w:cs="Times New Roman"/>
                <w:sz w:val="14"/>
              </w:rPr>
              <w:t xml:space="preserve"> the &gt;6-hour threshold was not rederived from raw timestamps</w:t>
            </w:r>
          </w:p>
        </w:tc>
      </w:tr>
      <w:tr w:rsidR="00DB793E" w14:paraId="616A279F" w14:textId="77777777">
        <w:trPr>
          <w:cantSplit/>
        </w:trPr>
        <w:tc>
          <w:tcPr>
            <w:tcW w:w="3127" w:type="dxa"/>
            <w:tcMar>
              <w:top w:w="55" w:type="dxa"/>
              <w:left w:w="80" w:type="dxa"/>
              <w:bottom w:w="55" w:type="dxa"/>
              <w:right w:w="80" w:type="dxa"/>
            </w:tcMar>
            <w:vAlign w:val="center"/>
          </w:tcPr>
          <w:p w14:paraId="09A6D2B5" w14:textId="77777777" w:rsidR="00DB793E" w:rsidRDefault="00000000">
            <w:r>
              <w:rPr>
                <w:rFonts w:eastAsia="Times New Roman" w:cs="Times New Roman"/>
                <w:sz w:val="14"/>
              </w:rPr>
              <w:t>Postoperative respiratory failure</w:t>
            </w:r>
          </w:p>
        </w:tc>
        <w:tc>
          <w:tcPr>
            <w:tcW w:w="6618" w:type="dxa"/>
            <w:tcMar>
              <w:top w:w="55" w:type="dxa"/>
              <w:left w:w="80" w:type="dxa"/>
              <w:bottom w:w="55" w:type="dxa"/>
              <w:right w:w="80" w:type="dxa"/>
            </w:tcMar>
            <w:vAlign w:val="center"/>
          </w:tcPr>
          <w:p w14:paraId="5FEE210D" w14:textId="77777777" w:rsidR="00DB793E" w:rsidRDefault="00000000">
            <w:r>
              <w:rPr>
                <w:rFonts w:eastAsia="Times New Roman" w:cs="Times New Roman"/>
                <w:sz w:val="14"/>
              </w:rPr>
              <w:t>Clinician-adjudicated postoperative respiratory failure during the index surgical hospitalization</w:t>
            </w:r>
          </w:p>
        </w:tc>
        <w:tc>
          <w:tcPr>
            <w:tcW w:w="4511" w:type="dxa"/>
            <w:tcMar>
              <w:top w:w="55" w:type="dxa"/>
              <w:left w:w="80" w:type="dxa"/>
              <w:bottom w:w="55" w:type="dxa"/>
              <w:right w:w="80" w:type="dxa"/>
            </w:tcMar>
            <w:vAlign w:val="center"/>
          </w:tcPr>
          <w:p w14:paraId="4D76CB82" w14:textId="77777777" w:rsidR="00DB793E" w:rsidRDefault="00000000">
            <w:r>
              <w:rPr>
                <w:rFonts w:eastAsia="Times New Roman" w:cs="Times New Roman"/>
                <w:sz w:val="14"/>
              </w:rPr>
              <w:t>Binary adjudication from hospital, anesthesia, and ICU records</w:t>
            </w:r>
          </w:p>
        </w:tc>
      </w:tr>
      <w:tr w:rsidR="00DB793E" w14:paraId="3A9D1AE3" w14:textId="77777777">
        <w:trPr>
          <w:cantSplit/>
        </w:trPr>
        <w:tc>
          <w:tcPr>
            <w:tcW w:w="3127" w:type="dxa"/>
            <w:tcMar>
              <w:top w:w="55" w:type="dxa"/>
              <w:left w:w="80" w:type="dxa"/>
              <w:bottom w:w="55" w:type="dxa"/>
              <w:right w:w="80" w:type="dxa"/>
            </w:tcMar>
            <w:vAlign w:val="center"/>
          </w:tcPr>
          <w:p w14:paraId="407EE018" w14:textId="77777777" w:rsidR="00DB793E" w:rsidRDefault="00000000">
            <w:r>
              <w:rPr>
                <w:rFonts w:eastAsia="Times New Roman" w:cs="Times New Roman"/>
                <w:sz w:val="14"/>
              </w:rPr>
              <w:t>Postoperative reintubation</w:t>
            </w:r>
          </w:p>
        </w:tc>
        <w:tc>
          <w:tcPr>
            <w:tcW w:w="6618" w:type="dxa"/>
            <w:tcMar>
              <w:top w:w="55" w:type="dxa"/>
              <w:left w:w="80" w:type="dxa"/>
              <w:bottom w:w="55" w:type="dxa"/>
              <w:right w:w="80" w:type="dxa"/>
            </w:tcMar>
            <w:vAlign w:val="center"/>
          </w:tcPr>
          <w:p w14:paraId="5E67D0AF" w14:textId="77777777" w:rsidR="00DB793E" w:rsidRDefault="00000000">
            <w:r>
              <w:rPr>
                <w:rFonts w:eastAsia="Times New Roman" w:cs="Times New Roman"/>
                <w:sz w:val="14"/>
              </w:rPr>
              <w:t xml:space="preserve">Clinician-adjudicated reintubation after postoperative </w:t>
            </w:r>
            <w:proofErr w:type="spellStart"/>
            <w:r>
              <w:rPr>
                <w:rFonts w:eastAsia="Times New Roman" w:cs="Times New Roman"/>
                <w:sz w:val="14"/>
              </w:rPr>
              <w:t>extubation</w:t>
            </w:r>
            <w:proofErr w:type="spellEnd"/>
          </w:p>
        </w:tc>
        <w:tc>
          <w:tcPr>
            <w:tcW w:w="4511" w:type="dxa"/>
            <w:tcMar>
              <w:top w:w="55" w:type="dxa"/>
              <w:left w:w="80" w:type="dxa"/>
              <w:bottom w:w="55" w:type="dxa"/>
              <w:right w:w="80" w:type="dxa"/>
            </w:tcMar>
            <w:vAlign w:val="center"/>
          </w:tcPr>
          <w:p w14:paraId="4FBDACDB" w14:textId="77777777" w:rsidR="00DB793E" w:rsidRDefault="00000000">
            <w:r>
              <w:rPr>
                <w:rFonts w:eastAsia="Times New Roman" w:cs="Times New Roman"/>
                <w:sz w:val="14"/>
              </w:rPr>
              <w:t>Binary adjudication from hospital, anesthesia, and ICU records</w:t>
            </w:r>
          </w:p>
        </w:tc>
      </w:tr>
      <w:tr w:rsidR="00DB793E" w14:paraId="124F045A" w14:textId="77777777">
        <w:trPr>
          <w:cantSplit/>
        </w:trPr>
        <w:tc>
          <w:tcPr>
            <w:tcW w:w="3127" w:type="dxa"/>
            <w:tcMar>
              <w:top w:w="55" w:type="dxa"/>
              <w:left w:w="80" w:type="dxa"/>
              <w:bottom w:w="55" w:type="dxa"/>
              <w:right w:w="80" w:type="dxa"/>
            </w:tcMar>
            <w:vAlign w:val="center"/>
          </w:tcPr>
          <w:p w14:paraId="381D3B53" w14:textId="77777777" w:rsidR="00DB793E" w:rsidRDefault="00000000">
            <w:r>
              <w:rPr>
                <w:rFonts w:eastAsia="Times New Roman" w:cs="Times New Roman"/>
                <w:sz w:val="14"/>
              </w:rPr>
              <w:t>Unplanned ICU transfer or prolonged respiratory/MG-related ICU stay</w:t>
            </w:r>
          </w:p>
        </w:tc>
        <w:tc>
          <w:tcPr>
            <w:tcW w:w="6618" w:type="dxa"/>
            <w:tcMar>
              <w:top w:w="55" w:type="dxa"/>
              <w:left w:w="80" w:type="dxa"/>
              <w:bottom w:w="55" w:type="dxa"/>
              <w:right w:w="80" w:type="dxa"/>
            </w:tcMar>
            <w:vAlign w:val="center"/>
          </w:tcPr>
          <w:p w14:paraId="5479B638" w14:textId="77777777" w:rsidR="00DB793E" w:rsidRDefault="00000000">
            <w:r>
              <w:rPr>
                <w:rFonts w:eastAsia="Times New Roman" w:cs="Times New Roman"/>
                <w:sz w:val="14"/>
              </w:rPr>
              <w:t>Unplanned ICU transfer or respiratory- or myasthenia-related ICU stay exceeding 12 hours; planned ICU admission alone was excluded</w:t>
            </w:r>
          </w:p>
        </w:tc>
        <w:tc>
          <w:tcPr>
            <w:tcW w:w="4511" w:type="dxa"/>
            <w:tcMar>
              <w:top w:w="55" w:type="dxa"/>
              <w:left w:w="80" w:type="dxa"/>
              <w:bottom w:w="55" w:type="dxa"/>
              <w:right w:w="80" w:type="dxa"/>
            </w:tcMar>
            <w:vAlign w:val="center"/>
          </w:tcPr>
          <w:p w14:paraId="5C505EBB" w14:textId="77777777" w:rsidR="00DB793E" w:rsidRDefault="00000000">
            <w:r>
              <w:rPr>
                <w:rFonts w:eastAsia="Times New Roman" w:cs="Times New Roman"/>
                <w:sz w:val="14"/>
              </w:rPr>
              <w:t xml:space="preserve">Binary </w:t>
            </w:r>
            <w:proofErr w:type="gramStart"/>
            <w:r>
              <w:rPr>
                <w:rFonts w:eastAsia="Times New Roman" w:cs="Times New Roman"/>
                <w:sz w:val="14"/>
              </w:rPr>
              <w:t>adjudication;</w:t>
            </w:r>
            <w:proofErr w:type="gramEnd"/>
            <w:r>
              <w:rPr>
                <w:rFonts w:eastAsia="Times New Roman" w:cs="Times New Roman"/>
                <w:sz w:val="14"/>
              </w:rPr>
              <w:t xml:space="preserve"> the &gt;12-hour threshold was not rederived from raw timestamps</w:t>
            </w:r>
          </w:p>
        </w:tc>
      </w:tr>
      <w:tr w:rsidR="00DB793E" w14:paraId="0C007315" w14:textId="77777777">
        <w:trPr>
          <w:cantSplit/>
        </w:trPr>
        <w:tc>
          <w:tcPr>
            <w:tcW w:w="3127" w:type="dxa"/>
            <w:tcMar>
              <w:top w:w="55" w:type="dxa"/>
              <w:left w:w="80" w:type="dxa"/>
              <w:bottom w:w="55" w:type="dxa"/>
              <w:right w:w="80" w:type="dxa"/>
            </w:tcMar>
            <w:vAlign w:val="center"/>
          </w:tcPr>
          <w:p w14:paraId="7C66B10E" w14:textId="77777777" w:rsidR="00DB793E" w:rsidRDefault="00000000">
            <w:r>
              <w:rPr>
                <w:rFonts w:eastAsia="Times New Roman" w:cs="Times New Roman"/>
                <w:sz w:val="14"/>
              </w:rPr>
              <w:t>Postoperative myasthenia gravis worsening</w:t>
            </w:r>
          </w:p>
        </w:tc>
        <w:tc>
          <w:tcPr>
            <w:tcW w:w="6618" w:type="dxa"/>
            <w:tcMar>
              <w:top w:w="55" w:type="dxa"/>
              <w:left w:w="80" w:type="dxa"/>
              <w:bottom w:w="55" w:type="dxa"/>
              <w:right w:w="80" w:type="dxa"/>
            </w:tcMar>
            <w:vAlign w:val="center"/>
          </w:tcPr>
          <w:p w14:paraId="0AA3676A" w14:textId="77777777" w:rsidR="00DB793E" w:rsidRDefault="00000000">
            <w:r>
              <w:rPr>
                <w:rFonts w:eastAsia="Times New Roman" w:cs="Times New Roman"/>
                <w:sz w:val="14"/>
              </w:rPr>
              <w:t>Clinician-adjudicated postoperative worsening of myasthenia gravis during the index surgical hospitalization</w:t>
            </w:r>
          </w:p>
        </w:tc>
        <w:tc>
          <w:tcPr>
            <w:tcW w:w="4511" w:type="dxa"/>
            <w:tcMar>
              <w:top w:w="55" w:type="dxa"/>
              <w:left w:w="80" w:type="dxa"/>
              <w:bottom w:w="55" w:type="dxa"/>
              <w:right w:w="80" w:type="dxa"/>
            </w:tcMar>
            <w:vAlign w:val="center"/>
          </w:tcPr>
          <w:p w14:paraId="39C314C4" w14:textId="77777777" w:rsidR="00DB793E" w:rsidRDefault="00000000">
            <w:r>
              <w:rPr>
                <w:rFonts w:eastAsia="Times New Roman" w:cs="Times New Roman"/>
                <w:sz w:val="14"/>
              </w:rPr>
              <w:t>Binary adjudication from hospital, anesthesia, and ICU records</w:t>
            </w:r>
          </w:p>
        </w:tc>
      </w:tr>
      <w:tr w:rsidR="00DB793E" w14:paraId="5C59ED9A" w14:textId="77777777">
        <w:trPr>
          <w:cantSplit/>
        </w:trPr>
        <w:tc>
          <w:tcPr>
            <w:tcW w:w="3127" w:type="dxa"/>
            <w:tcMar>
              <w:top w:w="55" w:type="dxa"/>
              <w:left w:w="80" w:type="dxa"/>
              <w:bottom w:w="55" w:type="dxa"/>
              <w:right w:w="80" w:type="dxa"/>
            </w:tcMar>
            <w:vAlign w:val="center"/>
          </w:tcPr>
          <w:p w14:paraId="084B91DF" w14:textId="77777777" w:rsidR="00DB793E" w:rsidRDefault="00000000">
            <w:r>
              <w:rPr>
                <w:rFonts w:eastAsia="Times New Roman" w:cs="Times New Roman"/>
                <w:sz w:val="14"/>
              </w:rPr>
              <w:t>Postoperative IVIG or plasma exchange</w:t>
            </w:r>
          </w:p>
        </w:tc>
        <w:tc>
          <w:tcPr>
            <w:tcW w:w="6618" w:type="dxa"/>
            <w:tcMar>
              <w:top w:w="55" w:type="dxa"/>
              <w:left w:w="80" w:type="dxa"/>
              <w:bottom w:w="55" w:type="dxa"/>
              <w:right w:w="80" w:type="dxa"/>
            </w:tcMar>
            <w:vAlign w:val="center"/>
          </w:tcPr>
          <w:p w14:paraId="5627D60D" w14:textId="77777777" w:rsidR="00DB793E" w:rsidRDefault="00000000">
            <w:r>
              <w:rPr>
                <w:rFonts w:eastAsia="Times New Roman" w:cs="Times New Roman"/>
                <w:sz w:val="14"/>
              </w:rPr>
              <w:t>Postoperative intravenous immunoglobulin or plasma exchange administered for myasthenia gravis worsening</w:t>
            </w:r>
          </w:p>
        </w:tc>
        <w:tc>
          <w:tcPr>
            <w:tcW w:w="4511" w:type="dxa"/>
            <w:tcMar>
              <w:top w:w="55" w:type="dxa"/>
              <w:left w:w="80" w:type="dxa"/>
              <w:bottom w:w="55" w:type="dxa"/>
              <w:right w:w="80" w:type="dxa"/>
            </w:tcMar>
            <w:vAlign w:val="center"/>
          </w:tcPr>
          <w:p w14:paraId="514B99D9" w14:textId="77777777" w:rsidR="00DB793E" w:rsidRDefault="00000000">
            <w:r>
              <w:rPr>
                <w:rFonts w:eastAsia="Times New Roman" w:cs="Times New Roman"/>
                <w:sz w:val="14"/>
              </w:rPr>
              <w:t>Binary adjudication from hospital and treatment records</w:t>
            </w:r>
          </w:p>
        </w:tc>
      </w:tr>
      <w:tr w:rsidR="00DB793E" w14:paraId="096A58BB" w14:textId="77777777">
        <w:trPr>
          <w:cantSplit/>
        </w:trPr>
        <w:tc>
          <w:tcPr>
            <w:tcW w:w="3127" w:type="dxa"/>
            <w:tcMar>
              <w:top w:w="55" w:type="dxa"/>
              <w:left w:w="80" w:type="dxa"/>
              <w:bottom w:w="55" w:type="dxa"/>
              <w:right w:w="80" w:type="dxa"/>
            </w:tcMar>
            <w:vAlign w:val="center"/>
          </w:tcPr>
          <w:p w14:paraId="00FD09A3" w14:textId="77777777" w:rsidR="00DB793E" w:rsidRDefault="00000000">
            <w:r>
              <w:rPr>
                <w:rFonts w:eastAsia="Times New Roman" w:cs="Times New Roman"/>
                <w:sz w:val="14"/>
              </w:rPr>
              <w:t>In-hospital death</w:t>
            </w:r>
          </w:p>
        </w:tc>
        <w:tc>
          <w:tcPr>
            <w:tcW w:w="6618" w:type="dxa"/>
            <w:tcMar>
              <w:top w:w="55" w:type="dxa"/>
              <w:left w:w="80" w:type="dxa"/>
              <w:bottom w:w="55" w:type="dxa"/>
              <w:right w:w="80" w:type="dxa"/>
            </w:tcMar>
            <w:vAlign w:val="center"/>
          </w:tcPr>
          <w:p w14:paraId="066759C8" w14:textId="77777777" w:rsidR="00DB793E" w:rsidRDefault="00000000">
            <w:r>
              <w:rPr>
                <w:rFonts w:eastAsia="Times New Roman" w:cs="Times New Roman"/>
                <w:sz w:val="14"/>
              </w:rPr>
              <w:t>Death during the index surgical hospitalization</w:t>
            </w:r>
          </w:p>
        </w:tc>
        <w:tc>
          <w:tcPr>
            <w:tcW w:w="4511" w:type="dxa"/>
            <w:tcMar>
              <w:top w:w="55" w:type="dxa"/>
              <w:left w:w="80" w:type="dxa"/>
              <w:bottom w:w="55" w:type="dxa"/>
              <w:right w:w="80" w:type="dxa"/>
            </w:tcMar>
            <w:vAlign w:val="center"/>
          </w:tcPr>
          <w:p w14:paraId="45EBFD89" w14:textId="010E1B34" w:rsidR="00DB793E" w:rsidRDefault="00964F4F">
            <w:r w:rsidRPr="00964F4F">
              <w:rPr>
                <w:rFonts w:eastAsia="Times New Roman" w:cs="Times New Roman"/>
                <w:sz w:val="14"/>
              </w:rPr>
              <w:t>No in-hospital deaths occurred during the index surgical hospitalization.</w:t>
            </w:r>
          </w:p>
        </w:tc>
      </w:tr>
    </w:tbl>
    <w:p w14:paraId="4FDABDFF" w14:textId="77777777" w:rsidR="00DB793E" w:rsidRDefault="00000000">
      <w:pPr>
        <w:keepNext/>
        <w:spacing w:before="100" w:after="60"/>
      </w:pPr>
      <w:r>
        <w:rPr>
          <w:rFonts w:eastAsia="Times New Roman" w:cs="Times New Roman"/>
          <w:b/>
        </w:rPr>
        <w:t>B2. Component frequencies</w:t>
      </w:r>
    </w:p>
    <w:tbl>
      <w:tblPr>
        <w:tblW w:w="14256" w:type="dxa"/>
        <w:tblBorders>
          <w:top w:val="single" w:sz="10" w:space="0" w:color="000000"/>
          <w:left w:val="nil"/>
          <w:bottom w:val="single" w:sz="10" w:space="0" w:color="000000"/>
          <w:right w:val="nil"/>
          <w:insideH w:val="nil"/>
          <w:insideV w:val="nil"/>
        </w:tblBorders>
        <w:tblLayout w:type="fixed"/>
        <w:tblLook w:val="04A0" w:firstRow="1" w:lastRow="0" w:firstColumn="1" w:lastColumn="0" w:noHBand="0" w:noVBand="1"/>
      </w:tblPr>
      <w:tblGrid>
        <w:gridCol w:w="4727"/>
        <w:gridCol w:w="1672"/>
        <w:gridCol w:w="1672"/>
        <w:gridCol w:w="1963"/>
        <w:gridCol w:w="1963"/>
        <w:gridCol w:w="2259"/>
      </w:tblGrid>
      <w:tr w:rsidR="00DB793E" w14:paraId="2B699D1A" w14:textId="77777777">
        <w:trPr>
          <w:cantSplit/>
          <w:tblHeader/>
        </w:trPr>
        <w:tc>
          <w:tcPr>
            <w:tcW w:w="4727" w:type="dxa"/>
            <w:tcBorders>
              <w:bottom w:val="single" w:sz="6" w:space="0" w:color="000000"/>
            </w:tcBorders>
            <w:tcMar>
              <w:top w:w="55" w:type="dxa"/>
              <w:left w:w="80" w:type="dxa"/>
              <w:bottom w:w="55" w:type="dxa"/>
              <w:right w:w="80" w:type="dxa"/>
            </w:tcMar>
            <w:vAlign w:val="center"/>
          </w:tcPr>
          <w:p w14:paraId="15B7C518" w14:textId="77777777" w:rsidR="00DB793E" w:rsidRDefault="00000000">
            <w:pPr>
              <w:jc w:val="center"/>
            </w:pPr>
            <w:r>
              <w:rPr>
                <w:rFonts w:eastAsia="Times New Roman" w:cs="Times New Roman"/>
                <w:b/>
                <w:sz w:val="16"/>
              </w:rPr>
              <w:t>Component</w:t>
            </w:r>
          </w:p>
        </w:tc>
        <w:tc>
          <w:tcPr>
            <w:tcW w:w="1672" w:type="dxa"/>
            <w:tcBorders>
              <w:bottom w:val="single" w:sz="6" w:space="0" w:color="000000"/>
            </w:tcBorders>
            <w:tcMar>
              <w:top w:w="55" w:type="dxa"/>
              <w:left w:w="80" w:type="dxa"/>
              <w:bottom w:w="55" w:type="dxa"/>
              <w:right w:w="80" w:type="dxa"/>
            </w:tcMar>
            <w:vAlign w:val="center"/>
          </w:tcPr>
          <w:p w14:paraId="4610DAF2" w14:textId="77777777" w:rsidR="00DB793E" w:rsidRDefault="00000000">
            <w:pPr>
              <w:jc w:val="center"/>
            </w:pPr>
            <w:r>
              <w:rPr>
                <w:rFonts w:eastAsia="Times New Roman" w:cs="Times New Roman"/>
                <w:b/>
                <w:sz w:val="16"/>
              </w:rPr>
              <w:t>Yes, n</w:t>
            </w:r>
          </w:p>
        </w:tc>
        <w:tc>
          <w:tcPr>
            <w:tcW w:w="1672" w:type="dxa"/>
            <w:tcBorders>
              <w:bottom w:val="single" w:sz="6" w:space="0" w:color="000000"/>
            </w:tcBorders>
            <w:tcMar>
              <w:top w:w="55" w:type="dxa"/>
              <w:left w:w="80" w:type="dxa"/>
              <w:bottom w:w="55" w:type="dxa"/>
              <w:right w:w="80" w:type="dxa"/>
            </w:tcMar>
            <w:vAlign w:val="center"/>
          </w:tcPr>
          <w:p w14:paraId="0FAC5CB8" w14:textId="77777777" w:rsidR="00DB793E" w:rsidRDefault="00000000">
            <w:pPr>
              <w:jc w:val="center"/>
            </w:pPr>
            <w:r>
              <w:rPr>
                <w:rFonts w:eastAsia="Times New Roman" w:cs="Times New Roman"/>
                <w:b/>
                <w:sz w:val="16"/>
              </w:rPr>
              <w:t>No, n</w:t>
            </w:r>
          </w:p>
        </w:tc>
        <w:tc>
          <w:tcPr>
            <w:tcW w:w="1963" w:type="dxa"/>
            <w:tcBorders>
              <w:bottom w:val="single" w:sz="6" w:space="0" w:color="000000"/>
            </w:tcBorders>
            <w:tcMar>
              <w:top w:w="55" w:type="dxa"/>
              <w:left w:w="80" w:type="dxa"/>
              <w:bottom w:w="55" w:type="dxa"/>
              <w:right w:w="80" w:type="dxa"/>
            </w:tcMar>
            <w:vAlign w:val="center"/>
          </w:tcPr>
          <w:p w14:paraId="626DBA69" w14:textId="77777777" w:rsidR="00DB793E" w:rsidRDefault="00000000">
            <w:pPr>
              <w:jc w:val="center"/>
            </w:pPr>
            <w:r>
              <w:rPr>
                <w:rFonts w:eastAsia="Times New Roman" w:cs="Times New Roman"/>
                <w:b/>
                <w:sz w:val="16"/>
              </w:rPr>
              <w:t>Unknown, n</w:t>
            </w:r>
          </w:p>
        </w:tc>
        <w:tc>
          <w:tcPr>
            <w:tcW w:w="1963" w:type="dxa"/>
            <w:tcBorders>
              <w:bottom w:val="single" w:sz="6" w:space="0" w:color="000000"/>
            </w:tcBorders>
            <w:tcMar>
              <w:top w:w="55" w:type="dxa"/>
              <w:left w:w="80" w:type="dxa"/>
              <w:bottom w:w="55" w:type="dxa"/>
              <w:right w:w="80" w:type="dxa"/>
            </w:tcMar>
            <w:vAlign w:val="center"/>
          </w:tcPr>
          <w:p w14:paraId="2695377F" w14:textId="77777777" w:rsidR="00DB793E" w:rsidRDefault="00000000">
            <w:pPr>
              <w:jc w:val="center"/>
            </w:pPr>
            <w:r>
              <w:rPr>
                <w:rFonts w:eastAsia="Times New Roman" w:cs="Times New Roman"/>
                <w:b/>
                <w:sz w:val="16"/>
              </w:rPr>
              <w:t>Denominator</w:t>
            </w:r>
          </w:p>
        </w:tc>
        <w:tc>
          <w:tcPr>
            <w:tcW w:w="2259" w:type="dxa"/>
            <w:tcBorders>
              <w:bottom w:val="single" w:sz="6" w:space="0" w:color="000000"/>
            </w:tcBorders>
            <w:tcMar>
              <w:top w:w="55" w:type="dxa"/>
              <w:left w:w="80" w:type="dxa"/>
              <w:bottom w:w="55" w:type="dxa"/>
              <w:right w:w="80" w:type="dxa"/>
            </w:tcMar>
            <w:vAlign w:val="center"/>
          </w:tcPr>
          <w:p w14:paraId="457EC573" w14:textId="77777777" w:rsidR="00DB793E" w:rsidRDefault="00000000">
            <w:pPr>
              <w:jc w:val="center"/>
            </w:pPr>
            <w:r>
              <w:rPr>
                <w:rFonts w:eastAsia="Times New Roman" w:cs="Times New Roman"/>
                <w:b/>
                <w:sz w:val="16"/>
              </w:rPr>
              <w:t>Frequency</w:t>
            </w:r>
          </w:p>
        </w:tc>
      </w:tr>
      <w:tr w:rsidR="00DB793E" w14:paraId="643ED121" w14:textId="77777777">
        <w:trPr>
          <w:cantSplit/>
        </w:trPr>
        <w:tc>
          <w:tcPr>
            <w:tcW w:w="4727" w:type="dxa"/>
            <w:tcMar>
              <w:top w:w="55" w:type="dxa"/>
              <w:left w:w="80" w:type="dxa"/>
              <w:bottom w:w="55" w:type="dxa"/>
              <w:right w:w="80" w:type="dxa"/>
            </w:tcMar>
            <w:vAlign w:val="center"/>
          </w:tcPr>
          <w:p w14:paraId="0DBCBD80" w14:textId="77777777" w:rsidR="00DB793E" w:rsidRDefault="00000000">
            <w:r>
              <w:rPr>
                <w:rFonts w:eastAsia="Times New Roman" w:cs="Times New Roman"/>
                <w:sz w:val="16"/>
              </w:rPr>
              <w:t>Perioperative myasthenic crisis</w:t>
            </w:r>
          </w:p>
        </w:tc>
        <w:tc>
          <w:tcPr>
            <w:tcW w:w="1672" w:type="dxa"/>
            <w:tcMar>
              <w:top w:w="55" w:type="dxa"/>
              <w:left w:w="80" w:type="dxa"/>
              <w:bottom w:w="55" w:type="dxa"/>
              <w:right w:w="80" w:type="dxa"/>
            </w:tcMar>
            <w:vAlign w:val="center"/>
          </w:tcPr>
          <w:p w14:paraId="1CBE7CD1" w14:textId="77777777" w:rsidR="00DB793E" w:rsidRDefault="00000000">
            <w:pPr>
              <w:jc w:val="center"/>
            </w:pPr>
            <w:r>
              <w:rPr>
                <w:rFonts w:eastAsia="Times New Roman" w:cs="Times New Roman"/>
                <w:sz w:val="16"/>
              </w:rPr>
              <w:t>3</w:t>
            </w:r>
          </w:p>
        </w:tc>
        <w:tc>
          <w:tcPr>
            <w:tcW w:w="1672" w:type="dxa"/>
            <w:tcMar>
              <w:top w:w="55" w:type="dxa"/>
              <w:left w:w="80" w:type="dxa"/>
              <w:bottom w:w="55" w:type="dxa"/>
              <w:right w:w="80" w:type="dxa"/>
            </w:tcMar>
            <w:vAlign w:val="center"/>
          </w:tcPr>
          <w:p w14:paraId="52C722EF" w14:textId="77777777" w:rsidR="00DB793E" w:rsidRDefault="00000000">
            <w:pPr>
              <w:jc w:val="center"/>
            </w:pPr>
            <w:r>
              <w:rPr>
                <w:rFonts w:eastAsia="Times New Roman" w:cs="Times New Roman"/>
                <w:sz w:val="16"/>
              </w:rPr>
              <w:t>142</w:t>
            </w:r>
          </w:p>
        </w:tc>
        <w:tc>
          <w:tcPr>
            <w:tcW w:w="1963" w:type="dxa"/>
            <w:tcMar>
              <w:top w:w="55" w:type="dxa"/>
              <w:left w:w="80" w:type="dxa"/>
              <w:bottom w:w="55" w:type="dxa"/>
              <w:right w:w="80" w:type="dxa"/>
            </w:tcMar>
            <w:vAlign w:val="center"/>
          </w:tcPr>
          <w:p w14:paraId="3C940FD4" w14:textId="77777777" w:rsidR="00DB793E" w:rsidRDefault="00000000">
            <w:pPr>
              <w:jc w:val="center"/>
            </w:pPr>
            <w:r>
              <w:rPr>
                <w:rFonts w:eastAsia="Times New Roman" w:cs="Times New Roman"/>
                <w:sz w:val="16"/>
              </w:rPr>
              <w:t>0</w:t>
            </w:r>
          </w:p>
        </w:tc>
        <w:tc>
          <w:tcPr>
            <w:tcW w:w="1963" w:type="dxa"/>
            <w:tcMar>
              <w:top w:w="55" w:type="dxa"/>
              <w:left w:w="80" w:type="dxa"/>
              <w:bottom w:w="55" w:type="dxa"/>
              <w:right w:w="80" w:type="dxa"/>
            </w:tcMar>
            <w:vAlign w:val="center"/>
          </w:tcPr>
          <w:p w14:paraId="17300C2A" w14:textId="77777777" w:rsidR="00DB793E" w:rsidRDefault="00000000">
            <w:pPr>
              <w:jc w:val="center"/>
            </w:pPr>
            <w:r>
              <w:rPr>
                <w:rFonts w:eastAsia="Times New Roman" w:cs="Times New Roman"/>
                <w:sz w:val="16"/>
              </w:rPr>
              <w:t>145</w:t>
            </w:r>
          </w:p>
        </w:tc>
        <w:tc>
          <w:tcPr>
            <w:tcW w:w="2259" w:type="dxa"/>
            <w:tcMar>
              <w:top w:w="55" w:type="dxa"/>
              <w:left w:w="80" w:type="dxa"/>
              <w:bottom w:w="55" w:type="dxa"/>
              <w:right w:w="80" w:type="dxa"/>
            </w:tcMar>
            <w:vAlign w:val="center"/>
          </w:tcPr>
          <w:p w14:paraId="294F5A10" w14:textId="77777777" w:rsidR="00DB793E" w:rsidRDefault="00000000">
            <w:pPr>
              <w:jc w:val="center"/>
            </w:pPr>
            <w:r>
              <w:rPr>
                <w:rFonts w:eastAsia="Times New Roman" w:cs="Times New Roman"/>
                <w:sz w:val="16"/>
              </w:rPr>
              <w:t>2.1%</w:t>
            </w:r>
          </w:p>
        </w:tc>
      </w:tr>
      <w:tr w:rsidR="00DB793E" w14:paraId="5199607A" w14:textId="77777777">
        <w:trPr>
          <w:cantSplit/>
        </w:trPr>
        <w:tc>
          <w:tcPr>
            <w:tcW w:w="4727" w:type="dxa"/>
            <w:tcMar>
              <w:top w:w="55" w:type="dxa"/>
              <w:left w:w="80" w:type="dxa"/>
              <w:bottom w:w="55" w:type="dxa"/>
              <w:right w:w="80" w:type="dxa"/>
            </w:tcMar>
            <w:vAlign w:val="center"/>
          </w:tcPr>
          <w:p w14:paraId="58E9DD77" w14:textId="77777777" w:rsidR="00DB793E" w:rsidRDefault="00000000">
            <w:r>
              <w:rPr>
                <w:rFonts w:eastAsia="Times New Roman" w:cs="Times New Roman"/>
                <w:sz w:val="16"/>
              </w:rPr>
              <w:t xml:space="preserve">Delayed </w:t>
            </w:r>
            <w:proofErr w:type="spellStart"/>
            <w:r>
              <w:rPr>
                <w:rFonts w:eastAsia="Times New Roman" w:cs="Times New Roman"/>
                <w:sz w:val="16"/>
              </w:rPr>
              <w:t>extubation</w:t>
            </w:r>
            <w:proofErr w:type="spellEnd"/>
          </w:p>
        </w:tc>
        <w:tc>
          <w:tcPr>
            <w:tcW w:w="1672" w:type="dxa"/>
            <w:tcMar>
              <w:top w:w="55" w:type="dxa"/>
              <w:left w:w="80" w:type="dxa"/>
              <w:bottom w:w="55" w:type="dxa"/>
              <w:right w:w="80" w:type="dxa"/>
            </w:tcMar>
            <w:vAlign w:val="center"/>
          </w:tcPr>
          <w:p w14:paraId="1EE20F73" w14:textId="77777777" w:rsidR="00DB793E" w:rsidRDefault="00000000">
            <w:pPr>
              <w:jc w:val="center"/>
            </w:pPr>
            <w:r>
              <w:rPr>
                <w:rFonts w:eastAsia="Times New Roman" w:cs="Times New Roman"/>
                <w:sz w:val="16"/>
              </w:rPr>
              <w:t>7</w:t>
            </w:r>
          </w:p>
        </w:tc>
        <w:tc>
          <w:tcPr>
            <w:tcW w:w="1672" w:type="dxa"/>
            <w:tcMar>
              <w:top w:w="55" w:type="dxa"/>
              <w:left w:w="80" w:type="dxa"/>
              <w:bottom w:w="55" w:type="dxa"/>
              <w:right w:w="80" w:type="dxa"/>
            </w:tcMar>
            <w:vAlign w:val="center"/>
          </w:tcPr>
          <w:p w14:paraId="617773DC" w14:textId="77777777" w:rsidR="00DB793E" w:rsidRDefault="00000000">
            <w:pPr>
              <w:jc w:val="center"/>
            </w:pPr>
            <w:r>
              <w:rPr>
                <w:rFonts w:eastAsia="Times New Roman" w:cs="Times New Roman"/>
                <w:sz w:val="16"/>
              </w:rPr>
              <w:t>138</w:t>
            </w:r>
          </w:p>
        </w:tc>
        <w:tc>
          <w:tcPr>
            <w:tcW w:w="1963" w:type="dxa"/>
            <w:tcMar>
              <w:top w:w="55" w:type="dxa"/>
              <w:left w:w="80" w:type="dxa"/>
              <w:bottom w:w="55" w:type="dxa"/>
              <w:right w:w="80" w:type="dxa"/>
            </w:tcMar>
            <w:vAlign w:val="center"/>
          </w:tcPr>
          <w:p w14:paraId="3EA4AAE5" w14:textId="77777777" w:rsidR="00DB793E" w:rsidRDefault="00000000">
            <w:pPr>
              <w:jc w:val="center"/>
            </w:pPr>
            <w:r>
              <w:rPr>
                <w:rFonts w:eastAsia="Times New Roman" w:cs="Times New Roman"/>
                <w:sz w:val="16"/>
              </w:rPr>
              <w:t>0</w:t>
            </w:r>
          </w:p>
        </w:tc>
        <w:tc>
          <w:tcPr>
            <w:tcW w:w="1963" w:type="dxa"/>
            <w:tcMar>
              <w:top w:w="55" w:type="dxa"/>
              <w:left w:w="80" w:type="dxa"/>
              <w:bottom w:w="55" w:type="dxa"/>
              <w:right w:w="80" w:type="dxa"/>
            </w:tcMar>
            <w:vAlign w:val="center"/>
          </w:tcPr>
          <w:p w14:paraId="4E3CE337" w14:textId="77777777" w:rsidR="00DB793E" w:rsidRDefault="00000000">
            <w:pPr>
              <w:jc w:val="center"/>
            </w:pPr>
            <w:r>
              <w:rPr>
                <w:rFonts w:eastAsia="Times New Roman" w:cs="Times New Roman"/>
                <w:sz w:val="16"/>
              </w:rPr>
              <w:t>145</w:t>
            </w:r>
          </w:p>
        </w:tc>
        <w:tc>
          <w:tcPr>
            <w:tcW w:w="2259" w:type="dxa"/>
            <w:tcMar>
              <w:top w:w="55" w:type="dxa"/>
              <w:left w:w="80" w:type="dxa"/>
              <w:bottom w:w="55" w:type="dxa"/>
              <w:right w:w="80" w:type="dxa"/>
            </w:tcMar>
            <w:vAlign w:val="center"/>
          </w:tcPr>
          <w:p w14:paraId="10E58E86" w14:textId="77777777" w:rsidR="00DB793E" w:rsidRDefault="00000000">
            <w:pPr>
              <w:jc w:val="center"/>
            </w:pPr>
            <w:r>
              <w:rPr>
                <w:rFonts w:eastAsia="Times New Roman" w:cs="Times New Roman"/>
                <w:sz w:val="16"/>
              </w:rPr>
              <w:t>4.8%</w:t>
            </w:r>
          </w:p>
        </w:tc>
      </w:tr>
      <w:tr w:rsidR="00DB793E" w14:paraId="72792F4D" w14:textId="77777777">
        <w:trPr>
          <w:cantSplit/>
        </w:trPr>
        <w:tc>
          <w:tcPr>
            <w:tcW w:w="4727" w:type="dxa"/>
            <w:tcMar>
              <w:top w:w="55" w:type="dxa"/>
              <w:left w:w="80" w:type="dxa"/>
              <w:bottom w:w="55" w:type="dxa"/>
              <w:right w:w="80" w:type="dxa"/>
            </w:tcMar>
            <w:vAlign w:val="center"/>
          </w:tcPr>
          <w:p w14:paraId="04171233" w14:textId="77777777" w:rsidR="00DB793E" w:rsidRDefault="00000000">
            <w:r>
              <w:rPr>
                <w:rFonts w:eastAsia="Times New Roman" w:cs="Times New Roman"/>
                <w:sz w:val="16"/>
              </w:rPr>
              <w:t>Postoperative respiratory failure</w:t>
            </w:r>
          </w:p>
        </w:tc>
        <w:tc>
          <w:tcPr>
            <w:tcW w:w="1672" w:type="dxa"/>
            <w:tcMar>
              <w:top w:w="55" w:type="dxa"/>
              <w:left w:w="80" w:type="dxa"/>
              <w:bottom w:w="55" w:type="dxa"/>
              <w:right w:w="80" w:type="dxa"/>
            </w:tcMar>
            <w:vAlign w:val="center"/>
          </w:tcPr>
          <w:p w14:paraId="0421D4E5" w14:textId="77777777" w:rsidR="00DB793E" w:rsidRDefault="00000000">
            <w:pPr>
              <w:jc w:val="center"/>
            </w:pPr>
            <w:r>
              <w:rPr>
                <w:rFonts w:eastAsia="Times New Roman" w:cs="Times New Roman"/>
                <w:sz w:val="16"/>
              </w:rPr>
              <w:t>3</w:t>
            </w:r>
          </w:p>
        </w:tc>
        <w:tc>
          <w:tcPr>
            <w:tcW w:w="1672" w:type="dxa"/>
            <w:tcMar>
              <w:top w:w="55" w:type="dxa"/>
              <w:left w:w="80" w:type="dxa"/>
              <w:bottom w:w="55" w:type="dxa"/>
              <w:right w:w="80" w:type="dxa"/>
            </w:tcMar>
            <w:vAlign w:val="center"/>
          </w:tcPr>
          <w:p w14:paraId="20F108AB" w14:textId="77777777" w:rsidR="00DB793E" w:rsidRDefault="00000000">
            <w:pPr>
              <w:jc w:val="center"/>
            </w:pPr>
            <w:r>
              <w:rPr>
                <w:rFonts w:eastAsia="Times New Roman" w:cs="Times New Roman"/>
                <w:sz w:val="16"/>
              </w:rPr>
              <w:t>142</w:t>
            </w:r>
          </w:p>
        </w:tc>
        <w:tc>
          <w:tcPr>
            <w:tcW w:w="1963" w:type="dxa"/>
            <w:tcMar>
              <w:top w:w="55" w:type="dxa"/>
              <w:left w:w="80" w:type="dxa"/>
              <w:bottom w:w="55" w:type="dxa"/>
              <w:right w:w="80" w:type="dxa"/>
            </w:tcMar>
            <w:vAlign w:val="center"/>
          </w:tcPr>
          <w:p w14:paraId="59E659CB" w14:textId="77777777" w:rsidR="00DB793E" w:rsidRDefault="00000000">
            <w:pPr>
              <w:jc w:val="center"/>
            </w:pPr>
            <w:r>
              <w:rPr>
                <w:rFonts w:eastAsia="Times New Roman" w:cs="Times New Roman"/>
                <w:sz w:val="16"/>
              </w:rPr>
              <w:t>0</w:t>
            </w:r>
          </w:p>
        </w:tc>
        <w:tc>
          <w:tcPr>
            <w:tcW w:w="1963" w:type="dxa"/>
            <w:tcMar>
              <w:top w:w="55" w:type="dxa"/>
              <w:left w:w="80" w:type="dxa"/>
              <w:bottom w:w="55" w:type="dxa"/>
              <w:right w:w="80" w:type="dxa"/>
            </w:tcMar>
            <w:vAlign w:val="center"/>
          </w:tcPr>
          <w:p w14:paraId="750F9A22" w14:textId="77777777" w:rsidR="00DB793E" w:rsidRDefault="00000000">
            <w:pPr>
              <w:jc w:val="center"/>
            </w:pPr>
            <w:r>
              <w:rPr>
                <w:rFonts w:eastAsia="Times New Roman" w:cs="Times New Roman"/>
                <w:sz w:val="16"/>
              </w:rPr>
              <w:t>145</w:t>
            </w:r>
          </w:p>
        </w:tc>
        <w:tc>
          <w:tcPr>
            <w:tcW w:w="2259" w:type="dxa"/>
            <w:tcMar>
              <w:top w:w="55" w:type="dxa"/>
              <w:left w:w="80" w:type="dxa"/>
              <w:bottom w:w="55" w:type="dxa"/>
              <w:right w:w="80" w:type="dxa"/>
            </w:tcMar>
            <w:vAlign w:val="center"/>
          </w:tcPr>
          <w:p w14:paraId="7298FEF0" w14:textId="77777777" w:rsidR="00DB793E" w:rsidRDefault="00000000">
            <w:pPr>
              <w:jc w:val="center"/>
            </w:pPr>
            <w:r>
              <w:rPr>
                <w:rFonts w:eastAsia="Times New Roman" w:cs="Times New Roman"/>
                <w:sz w:val="16"/>
              </w:rPr>
              <w:t>2.1%</w:t>
            </w:r>
          </w:p>
        </w:tc>
      </w:tr>
      <w:tr w:rsidR="00DB793E" w14:paraId="0864B889" w14:textId="77777777">
        <w:trPr>
          <w:cantSplit/>
        </w:trPr>
        <w:tc>
          <w:tcPr>
            <w:tcW w:w="4727" w:type="dxa"/>
            <w:tcMar>
              <w:top w:w="55" w:type="dxa"/>
              <w:left w:w="80" w:type="dxa"/>
              <w:bottom w:w="55" w:type="dxa"/>
              <w:right w:w="80" w:type="dxa"/>
            </w:tcMar>
            <w:vAlign w:val="center"/>
          </w:tcPr>
          <w:p w14:paraId="2E188F64" w14:textId="77777777" w:rsidR="00DB793E" w:rsidRDefault="00000000">
            <w:r>
              <w:rPr>
                <w:rFonts w:eastAsia="Times New Roman" w:cs="Times New Roman"/>
                <w:sz w:val="16"/>
              </w:rPr>
              <w:t>Postoperative reintubation</w:t>
            </w:r>
          </w:p>
        </w:tc>
        <w:tc>
          <w:tcPr>
            <w:tcW w:w="1672" w:type="dxa"/>
            <w:tcMar>
              <w:top w:w="55" w:type="dxa"/>
              <w:left w:w="80" w:type="dxa"/>
              <w:bottom w:w="55" w:type="dxa"/>
              <w:right w:w="80" w:type="dxa"/>
            </w:tcMar>
            <w:vAlign w:val="center"/>
          </w:tcPr>
          <w:p w14:paraId="7F41B0E3" w14:textId="77777777" w:rsidR="00DB793E" w:rsidRDefault="00000000">
            <w:pPr>
              <w:jc w:val="center"/>
            </w:pPr>
            <w:r>
              <w:rPr>
                <w:rFonts w:eastAsia="Times New Roman" w:cs="Times New Roman"/>
                <w:sz w:val="16"/>
              </w:rPr>
              <w:t>1</w:t>
            </w:r>
          </w:p>
        </w:tc>
        <w:tc>
          <w:tcPr>
            <w:tcW w:w="1672" w:type="dxa"/>
            <w:tcMar>
              <w:top w:w="55" w:type="dxa"/>
              <w:left w:w="80" w:type="dxa"/>
              <w:bottom w:w="55" w:type="dxa"/>
              <w:right w:w="80" w:type="dxa"/>
            </w:tcMar>
            <w:vAlign w:val="center"/>
          </w:tcPr>
          <w:p w14:paraId="162BF233" w14:textId="77777777" w:rsidR="00DB793E" w:rsidRDefault="00000000">
            <w:pPr>
              <w:jc w:val="center"/>
            </w:pPr>
            <w:r>
              <w:rPr>
                <w:rFonts w:eastAsia="Times New Roman" w:cs="Times New Roman"/>
                <w:sz w:val="16"/>
              </w:rPr>
              <w:t>144</w:t>
            </w:r>
          </w:p>
        </w:tc>
        <w:tc>
          <w:tcPr>
            <w:tcW w:w="1963" w:type="dxa"/>
            <w:tcMar>
              <w:top w:w="55" w:type="dxa"/>
              <w:left w:w="80" w:type="dxa"/>
              <w:bottom w:w="55" w:type="dxa"/>
              <w:right w:w="80" w:type="dxa"/>
            </w:tcMar>
            <w:vAlign w:val="center"/>
          </w:tcPr>
          <w:p w14:paraId="2EF73A36" w14:textId="77777777" w:rsidR="00DB793E" w:rsidRDefault="00000000">
            <w:pPr>
              <w:jc w:val="center"/>
            </w:pPr>
            <w:r>
              <w:rPr>
                <w:rFonts w:eastAsia="Times New Roman" w:cs="Times New Roman"/>
                <w:sz w:val="16"/>
              </w:rPr>
              <w:t>0</w:t>
            </w:r>
          </w:p>
        </w:tc>
        <w:tc>
          <w:tcPr>
            <w:tcW w:w="1963" w:type="dxa"/>
            <w:tcMar>
              <w:top w:w="55" w:type="dxa"/>
              <w:left w:w="80" w:type="dxa"/>
              <w:bottom w:w="55" w:type="dxa"/>
              <w:right w:w="80" w:type="dxa"/>
            </w:tcMar>
            <w:vAlign w:val="center"/>
          </w:tcPr>
          <w:p w14:paraId="5D80FF7C" w14:textId="77777777" w:rsidR="00DB793E" w:rsidRDefault="00000000">
            <w:pPr>
              <w:jc w:val="center"/>
            </w:pPr>
            <w:r>
              <w:rPr>
                <w:rFonts w:eastAsia="Times New Roman" w:cs="Times New Roman"/>
                <w:sz w:val="16"/>
              </w:rPr>
              <w:t>145</w:t>
            </w:r>
          </w:p>
        </w:tc>
        <w:tc>
          <w:tcPr>
            <w:tcW w:w="2259" w:type="dxa"/>
            <w:tcMar>
              <w:top w:w="55" w:type="dxa"/>
              <w:left w:w="80" w:type="dxa"/>
              <w:bottom w:w="55" w:type="dxa"/>
              <w:right w:w="80" w:type="dxa"/>
            </w:tcMar>
            <w:vAlign w:val="center"/>
          </w:tcPr>
          <w:p w14:paraId="38D61808" w14:textId="77777777" w:rsidR="00DB793E" w:rsidRDefault="00000000">
            <w:pPr>
              <w:jc w:val="center"/>
            </w:pPr>
            <w:r>
              <w:rPr>
                <w:rFonts w:eastAsia="Times New Roman" w:cs="Times New Roman"/>
                <w:sz w:val="16"/>
              </w:rPr>
              <w:t>0.7%</w:t>
            </w:r>
          </w:p>
        </w:tc>
      </w:tr>
      <w:tr w:rsidR="00DB793E" w14:paraId="4E70279B" w14:textId="77777777">
        <w:trPr>
          <w:cantSplit/>
        </w:trPr>
        <w:tc>
          <w:tcPr>
            <w:tcW w:w="4727" w:type="dxa"/>
            <w:tcMar>
              <w:top w:w="55" w:type="dxa"/>
              <w:left w:w="80" w:type="dxa"/>
              <w:bottom w:w="55" w:type="dxa"/>
              <w:right w:w="80" w:type="dxa"/>
            </w:tcMar>
            <w:vAlign w:val="center"/>
          </w:tcPr>
          <w:p w14:paraId="1B081A24" w14:textId="77777777" w:rsidR="00DB793E" w:rsidRDefault="00000000">
            <w:r>
              <w:rPr>
                <w:rFonts w:eastAsia="Times New Roman" w:cs="Times New Roman"/>
                <w:sz w:val="16"/>
              </w:rPr>
              <w:t>Unplanned ICU transfer or prolonged respiratory/MG-related ICU stay</w:t>
            </w:r>
          </w:p>
        </w:tc>
        <w:tc>
          <w:tcPr>
            <w:tcW w:w="1672" w:type="dxa"/>
            <w:tcMar>
              <w:top w:w="55" w:type="dxa"/>
              <w:left w:w="80" w:type="dxa"/>
              <w:bottom w:w="55" w:type="dxa"/>
              <w:right w:w="80" w:type="dxa"/>
            </w:tcMar>
            <w:vAlign w:val="center"/>
          </w:tcPr>
          <w:p w14:paraId="20DF9DAA" w14:textId="77777777" w:rsidR="00DB793E" w:rsidRDefault="00000000">
            <w:pPr>
              <w:jc w:val="center"/>
            </w:pPr>
            <w:r>
              <w:rPr>
                <w:rFonts w:eastAsia="Times New Roman" w:cs="Times New Roman"/>
                <w:sz w:val="16"/>
              </w:rPr>
              <w:t>24</w:t>
            </w:r>
          </w:p>
        </w:tc>
        <w:tc>
          <w:tcPr>
            <w:tcW w:w="1672" w:type="dxa"/>
            <w:tcMar>
              <w:top w:w="55" w:type="dxa"/>
              <w:left w:w="80" w:type="dxa"/>
              <w:bottom w:w="55" w:type="dxa"/>
              <w:right w:w="80" w:type="dxa"/>
            </w:tcMar>
            <w:vAlign w:val="center"/>
          </w:tcPr>
          <w:p w14:paraId="3DB03A48" w14:textId="77777777" w:rsidR="00DB793E" w:rsidRDefault="00000000">
            <w:pPr>
              <w:jc w:val="center"/>
            </w:pPr>
            <w:r>
              <w:rPr>
                <w:rFonts w:eastAsia="Times New Roman" w:cs="Times New Roman"/>
                <w:sz w:val="16"/>
              </w:rPr>
              <w:t>121</w:t>
            </w:r>
          </w:p>
        </w:tc>
        <w:tc>
          <w:tcPr>
            <w:tcW w:w="1963" w:type="dxa"/>
            <w:tcMar>
              <w:top w:w="55" w:type="dxa"/>
              <w:left w:w="80" w:type="dxa"/>
              <w:bottom w:w="55" w:type="dxa"/>
              <w:right w:w="80" w:type="dxa"/>
            </w:tcMar>
            <w:vAlign w:val="center"/>
          </w:tcPr>
          <w:p w14:paraId="2CB8A67D" w14:textId="77777777" w:rsidR="00DB793E" w:rsidRDefault="00000000">
            <w:pPr>
              <w:jc w:val="center"/>
            </w:pPr>
            <w:r>
              <w:rPr>
                <w:rFonts w:eastAsia="Times New Roman" w:cs="Times New Roman"/>
                <w:sz w:val="16"/>
              </w:rPr>
              <w:t>0</w:t>
            </w:r>
          </w:p>
        </w:tc>
        <w:tc>
          <w:tcPr>
            <w:tcW w:w="1963" w:type="dxa"/>
            <w:tcMar>
              <w:top w:w="55" w:type="dxa"/>
              <w:left w:w="80" w:type="dxa"/>
              <w:bottom w:w="55" w:type="dxa"/>
              <w:right w:w="80" w:type="dxa"/>
            </w:tcMar>
            <w:vAlign w:val="center"/>
          </w:tcPr>
          <w:p w14:paraId="42D7C414" w14:textId="77777777" w:rsidR="00DB793E" w:rsidRDefault="00000000">
            <w:pPr>
              <w:jc w:val="center"/>
            </w:pPr>
            <w:r>
              <w:rPr>
                <w:rFonts w:eastAsia="Times New Roman" w:cs="Times New Roman"/>
                <w:sz w:val="16"/>
              </w:rPr>
              <w:t>145</w:t>
            </w:r>
          </w:p>
        </w:tc>
        <w:tc>
          <w:tcPr>
            <w:tcW w:w="2259" w:type="dxa"/>
            <w:tcMar>
              <w:top w:w="55" w:type="dxa"/>
              <w:left w:w="80" w:type="dxa"/>
              <w:bottom w:w="55" w:type="dxa"/>
              <w:right w:w="80" w:type="dxa"/>
            </w:tcMar>
            <w:vAlign w:val="center"/>
          </w:tcPr>
          <w:p w14:paraId="6A8A15B8" w14:textId="77777777" w:rsidR="00DB793E" w:rsidRDefault="00000000">
            <w:pPr>
              <w:jc w:val="center"/>
            </w:pPr>
            <w:r>
              <w:rPr>
                <w:rFonts w:eastAsia="Times New Roman" w:cs="Times New Roman"/>
                <w:sz w:val="16"/>
              </w:rPr>
              <w:t>16.6%</w:t>
            </w:r>
          </w:p>
        </w:tc>
      </w:tr>
      <w:tr w:rsidR="00DB793E" w14:paraId="2F0A0528" w14:textId="77777777">
        <w:trPr>
          <w:cantSplit/>
        </w:trPr>
        <w:tc>
          <w:tcPr>
            <w:tcW w:w="4727" w:type="dxa"/>
            <w:tcMar>
              <w:top w:w="55" w:type="dxa"/>
              <w:left w:w="80" w:type="dxa"/>
              <w:bottom w:w="55" w:type="dxa"/>
              <w:right w:w="80" w:type="dxa"/>
            </w:tcMar>
            <w:vAlign w:val="center"/>
          </w:tcPr>
          <w:p w14:paraId="3FAC5780" w14:textId="77777777" w:rsidR="00DB793E" w:rsidRDefault="00000000">
            <w:r>
              <w:rPr>
                <w:rFonts w:eastAsia="Times New Roman" w:cs="Times New Roman"/>
                <w:sz w:val="16"/>
              </w:rPr>
              <w:t>Postoperative myasthenia gravis worsening</w:t>
            </w:r>
          </w:p>
        </w:tc>
        <w:tc>
          <w:tcPr>
            <w:tcW w:w="1672" w:type="dxa"/>
            <w:tcMar>
              <w:top w:w="55" w:type="dxa"/>
              <w:left w:w="80" w:type="dxa"/>
              <w:bottom w:w="55" w:type="dxa"/>
              <w:right w:w="80" w:type="dxa"/>
            </w:tcMar>
            <w:vAlign w:val="center"/>
          </w:tcPr>
          <w:p w14:paraId="51A59C72" w14:textId="77777777" w:rsidR="00DB793E" w:rsidRDefault="00000000">
            <w:pPr>
              <w:jc w:val="center"/>
            </w:pPr>
            <w:r>
              <w:rPr>
                <w:rFonts w:eastAsia="Times New Roman" w:cs="Times New Roman"/>
                <w:sz w:val="16"/>
              </w:rPr>
              <w:t>14</w:t>
            </w:r>
          </w:p>
        </w:tc>
        <w:tc>
          <w:tcPr>
            <w:tcW w:w="1672" w:type="dxa"/>
            <w:tcMar>
              <w:top w:w="55" w:type="dxa"/>
              <w:left w:w="80" w:type="dxa"/>
              <w:bottom w:w="55" w:type="dxa"/>
              <w:right w:w="80" w:type="dxa"/>
            </w:tcMar>
            <w:vAlign w:val="center"/>
          </w:tcPr>
          <w:p w14:paraId="596F9E2D" w14:textId="77777777" w:rsidR="00DB793E" w:rsidRDefault="00000000">
            <w:pPr>
              <w:jc w:val="center"/>
            </w:pPr>
            <w:r>
              <w:rPr>
                <w:rFonts w:eastAsia="Times New Roman" w:cs="Times New Roman"/>
                <w:sz w:val="16"/>
              </w:rPr>
              <w:t>131</w:t>
            </w:r>
          </w:p>
        </w:tc>
        <w:tc>
          <w:tcPr>
            <w:tcW w:w="1963" w:type="dxa"/>
            <w:tcMar>
              <w:top w:w="55" w:type="dxa"/>
              <w:left w:w="80" w:type="dxa"/>
              <w:bottom w:w="55" w:type="dxa"/>
              <w:right w:w="80" w:type="dxa"/>
            </w:tcMar>
            <w:vAlign w:val="center"/>
          </w:tcPr>
          <w:p w14:paraId="2A13F93E" w14:textId="77777777" w:rsidR="00DB793E" w:rsidRDefault="00000000">
            <w:pPr>
              <w:jc w:val="center"/>
            </w:pPr>
            <w:r>
              <w:rPr>
                <w:rFonts w:eastAsia="Times New Roman" w:cs="Times New Roman"/>
                <w:sz w:val="16"/>
              </w:rPr>
              <w:t>0</w:t>
            </w:r>
          </w:p>
        </w:tc>
        <w:tc>
          <w:tcPr>
            <w:tcW w:w="1963" w:type="dxa"/>
            <w:tcMar>
              <w:top w:w="55" w:type="dxa"/>
              <w:left w:w="80" w:type="dxa"/>
              <w:bottom w:w="55" w:type="dxa"/>
              <w:right w:w="80" w:type="dxa"/>
            </w:tcMar>
            <w:vAlign w:val="center"/>
          </w:tcPr>
          <w:p w14:paraId="5B4D91A5" w14:textId="77777777" w:rsidR="00DB793E" w:rsidRDefault="00000000">
            <w:pPr>
              <w:jc w:val="center"/>
            </w:pPr>
            <w:r>
              <w:rPr>
                <w:rFonts w:eastAsia="Times New Roman" w:cs="Times New Roman"/>
                <w:sz w:val="16"/>
              </w:rPr>
              <w:t>145</w:t>
            </w:r>
          </w:p>
        </w:tc>
        <w:tc>
          <w:tcPr>
            <w:tcW w:w="2259" w:type="dxa"/>
            <w:tcMar>
              <w:top w:w="55" w:type="dxa"/>
              <w:left w:w="80" w:type="dxa"/>
              <w:bottom w:w="55" w:type="dxa"/>
              <w:right w:w="80" w:type="dxa"/>
            </w:tcMar>
            <w:vAlign w:val="center"/>
          </w:tcPr>
          <w:p w14:paraId="49D943C7" w14:textId="77777777" w:rsidR="00DB793E" w:rsidRDefault="00000000">
            <w:pPr>
              <w:jc w:val="center"/>
            </w:pPr>
            <w:r>
              <w:rPr>
                <w:rFonts w:eastAsia="Times New Roman" w:cs="Times New Roman"/>
                <w:sz w:val="16"/>
              </w:rPr>
              <w:t>9.7%</w:t>
            </w:r>
          </w:p>
        </w:tc>
      </w:tr>
      <w:tr w:rsidR="00DB793E" w14:paraId="3A612A1F" w14:textId="77777777">
        <w:trPr>
          <w:cantSplit/>
        </w:trPr>
        <w:tc>
          <w:tcPr>
            <w:tcW w:w="4727" w:type="dxa"/>
            <w:tcMar>
              <w:top w:w="55" w:type="dxa"/>
              <w:left w:w="80" w:type="dxa"/>
              <w:bottom w:w="55" w:type="dxa"/>
              <w:right w:w="80" w:type="dxa"/>
            </w:tcMar>
            <w:vAlign w:val="center"/>
          </w:tcPr>
          <w:p w14:paraId="2E749D88" w14:textId="77777777" w:rsidR="00DB793E" w:rsidRDefault="00000000">
            <w:r>
              <w:rPr>
                <w:rFonts w:eastAsia="Times New Roman" w:cs="Times New Roman"/>
                <w:sz w:val="16"/>
              </w:rPr>
              <w:t>Postoperative IVIG or plasma exchange</w:t>
            </w:r>
          </w:p>
        </w:tc>
        <w:tc>
          <w:tcPr>
            <w:tcW w:w="1672" w:type="dxa"/>
            <w:tcMar>
              <w:top w:w="55" w:type="dxa"/>
              <w:left w:w="80" w:type="dxa"/>
              <w:bottom w:w="55" w:type="dxa"/>
              <w:right w:w="80" w:type="dxa"/>
            </w:tcMar>
            <w:vAlign w:val="center"/>
          </w:tcPr>
          <w:p w14:paraId="4ACC479E" w14:textId="77777777" w:rsidR="00DB793E" w:rsidRDefault="00000000">
            <w:pPr>
              <w:jc w:val="center"/>
            </w:pPr>
            <w:r>
              <w:rPr>
                <w:rFonts w:eastAsia="Times New Roman" w:cs="Times New Roman"/>
                <w:sz w:val="16"/>
              </w:rPr>
              <w:t>6</w:t>
            </w:r>
          </w:p>
        </w:tc>
        <w:tc>
          <w:tcPr>
            <w:tcW w:w="1672" w:type="dxa"/>
            <w:tcMar>
              <w:top w:w="55" w:type="dxa"/>
              <w:left w:w="80" w:type="dxa"/>
              <w:bottom w:w="55" w:type="dxa"/>
              <w:right w:w="80" w:type="dxa"/>
            </w:tcMar>
            <w:vAlign w:val="center"/>
          </w:tcPr>
          <w:p w14:paraId="19E450BE" w14:textId="77777777" w:rsidR="00DB793E" w:rsidRDefault="00000000">
            <w:pPr>
              <w:jc w:val="center"/>
            </w:pPr>
            <w:r>
              <w:rPr>
                <w:rFonts w:eastAsia="Times New Roman" w:cs="Times New Roman"/>
                <w:sz w:val="16"/>
              </w:rPr>
              <w:t>139</w:t>
            </w:r>
          </w:p>
        </w:tc>
        <w:tc>
          <w:tcPr>
            <w:tcW w:w="1963" w:type="dxa"/>
            <w:tcMar>
              <w:top w:w="55" w:type="dxa"/>
              <w:left w:w="80" w:type="dxa"/>
              <w:bottom w:w="55" w:type="dxa"/>
              <w:right w:w="80" w:type="dxa"/>
            </w:tcMar>
            <w:vAlign w:val="center"/>
          </w:tcPr>
          <w:p w14:paraId="66FA426B" w14:textId="77777777" w:rsidR="00DB793E" w:rsidRDefault="00000000">
            <w:pPr>
              <w:jc w:val="center"/>
            </w:pPr>
            <w:r>
              <w:rPr>
                <w:rFonts w:eastAsia="Times New Roman" w:cs="Times New Roman"/>
                <w:sz w:val="16"/>
              </w:rPr>
              <w:t>0</w:t>
            </w:r>
          </w:p>
        </w:tc>
        <w:tc>
          <w:tcPr>
            <w:tcW w:w="1963" w:type="dxa"/>
            <w:tcMar>
              <w:top w:w="55" w:type="dxa"/>
              <w:left w:w="80" w:type="dxa"/>
              <w:bottom w:w="55" w:type="dxa"/>
              <w:right w:w="80" w:type="dxa"/>
            </w:tcMar>
            <w:vAlign w:val="center"/>
          </w:tcPr>
          <w:p w14:paraId="29D2E1F5" w14:textId="77777777" w:rsidR="00DB793E" w:rsidRDefault="00000000">
            <w:pPr>
              <w:jc w:val="center"/>
            </w:pPr>
            <w:r>
              <w:rPr>
                <w:rFonts w:eastAsia="Times New Roman" w:cs="Times New Roman"/>
                <w:sz w:val="16"/>
              </w:rPr>
              <w:t>145</w:t>
            </w:r>
          </w:p>
        </w:tc>
        <w:tc>
          <w:tcPr>
            <w:tcW w:w="2259" w:type="dxa"/>
            <w:tcMar>
              <w:top w:w="55" w:type="dxa"/>
              <w:left w:w="80" w:type="dxa"/>
              <w:bottom w:w="55" w:type="dxa"/>
              <w:right w:w="80" w:type="dxa"/>
            </w:tcMar>
            <w:vAlign w:val="center"/>
          </w:tcPr>
          <w:p w14:paraId="1A333ABD" w14:textId="77777777" w:rsidR="00DB793E" w:rsidRDefault="00000000">
            <w:pPr>
              <w:jc w:val="center"/>
            </w:pPr>
            <w:r>
              <w:rPr>
                <w:rFonts w:eastAsia="Times New Roman" w:cs="Times New Roman"/>
                <w:sz w:val="16"/>
              </w:rPr>
              <w:t>4.1%</w:t>
            </w:r>
          </w:p>
        </w:tc>
      </w:tr>
      <w:tr w:rsidR="00DB793E" w14:paraId="13D55C96" w14:textId="77777777">
        <w:trPr>
          <w:cantSplit/>
        </w:trPr>
        <w:tc>
          <w:tcPr>
            <w:tcW w:w="4727" w:type="dxa"/>
            <w:tcMar>
              <w:top w:w="55" w:type="dxa"/>
              <w:left w:w="80" w:type="dxa"/>
              <w:bottom w:w="55" w:type="dxa"/>
              <w:right w:w="80" w:type="dxa"/>
            </w:tcMar>
            <w:vAlign w:val="center"/>
          </w:tcPr>
          <w:p w14:paraId="3C99A959" w14:textId="77777777" w:rsidR="00DB793E" w:rsidRDefault="00000000">
            <w:r>
              <w:rPr>
                <w:rFonts w:eastAsia="Times New Roman" w:cs="Times New Roman"/>
                <w:sz w:val="16"/>
              </w:rPr>
              <w:t>In-hospital death</w:t>
            </w:r>
          </w:p>
        </w:tc>
        <w:tc>
          <w:tcPr>
            <w:tcW w:w="1672" w:type="dxa"/>
            <w:tcMar>
              <w:top w:w="55" w:type="dxa"/>
              <w:left w:w="80" w:type="dxa"/>
              <w:bottom w:w="55" w:type="dxa"/>
              <w:right w:w="80" w:type="dxa"/>
            </w:tcMar>
            <w:vAlign w:val="center"/>
          </w:tcPr>
          <w:p w14:paraId="6E029D1C" w14:textId="77777777" w:rsidR="00DB793E" w:rsidRDefault="00000000">
            <w:pPr>
              <w:jc w:val="center"/>
            </w:pPr>
            <w:r>
              <w:rPr>
                <w:rFonts w:eastAsia="Times New Roman" w:cs="Times New Roman"/>
                <w:sz w:val="16"/>
              </w:rPr>
              <w:t>0</w:t>
            </w:r>
          </w:p>
        </w:tc>
        <w:tc>
          <w:tcPr>
            <w:tcW w:w="1672" w:type="dxa"/>
            <w:tcMar>
              <w:top w:w="55" w:type="dxa"/>
              <w:left w:w="80" w:type="dxa"/>
              <w:bottom w:w="55" w:type="dxa"/>
              <w:right w:w="80" w:type="dxa"/>
            </w:tcMar>
            <w:vAlign w:val="center"/>
          </w:tcPr>
          <w:p w14:paraId="75523CF2" w14:textId="7E59AEF3" w:rsidR="00DB793E" w:rsidRDefault="00000000">
            <w:pPr>
              <w:jc w:val="center"/>
              <w:rPr>
                <w:lang w:eastAsia="zh-CN"/>
              </w:rPr>
            </w:pPr>
            <w:r>
              <w:rPr>
                <w:rFonts w:eastAsia="Times New Roman" w:cs="Times New Roman"/>
                <w:sz w:val="16"/>
              </w:rPr>
              <w:t>14</w:t>
            </w:r>
            <w:r w:rsidR="00964F4F">
              <w:rPr>
                <w:rFonts w:eastAsia="Times New Roman" w:cs="Times New Roman" w:hint="eastAsia"/>
                <w:sz w:val="16"/>
                <w:lang w:eastAsia="zh-CN"/>
              </w:rPr>
              <w:t>5</w:t>
            </w:r>
          </w:p>
        </w:tc>
        <w:tc>
          <w:tcPr>
            <w:tcW w:w="1963" w:type="dxa"/>
            <w:tcMar>
              <w:top w:w="55" w:type="dxa"/>
              <w:left w:w="80" w:type="dxa"/>
              <w:bottom w:w="55" w:type="dxa"/>
              <w:right w:w="80" w:type="dxa"/>
            </w:tcMar>
            <w:vAlign w:val="center"/>
          </w:tcPr>
          <w:p w14:paraId="6EF900D4" w14:textId="0B417C5E" w:rsidR="00DB793E" w:rsidRDefault="00964F4F">
            <w:pPr>
              <w:jc w:val="center"/>
              <w:rPr>
                <w:lang w:eastAsia="zh-CN"/>
              </w:rPr>
            </w:pPr>
            <w:r>
              <w:rPr>
                <w:rFonts w:eastAsia="Times New Roman" w:cs="Times New Roman" w:hint="eastAsia"/>
                <w:sz w:val="16"/>
                <w:lang w:eastAsia="zh-CN"/>
              </w:rPr>
              <w:t>0</w:t>
            </w:r>
          </w:p>
        </w:tc>
        <w:tc>
          <w:tcPr>
            <w:tcW w:w="1963" w:type="dxa"/>
            <w:tcMar>
              <w:top w:w="55" w:type="dxa"/>
              <w:left w:w="80" w:type="dxa"/>
              <w:bottom w:w="55" w:type="dxa"/>
              <w:right w:w="80" w:type="dxa"/>
            </w:tcMar>
            <w:vAlign w:val="center"/>
          </w:tcPr>
          <w:p w14:paraId="61A1BB07" w14:textId="77777777" w:rsidR="00DB793E" w:rsidRDefault="00000000">
            <w:pPr>
              <w:jc w:val="center"/>
            </w:pPr>
            <w:r>
              <w:rPr>
                <w:rFonts w:eastAsia="Times New Roman" w:cs="Times New Roman"/>
                <w:sz w:val="16"/>
              </w:rPr>
              <w:t>145</w:t>
            </w:r>
          </w:p>
        </w:tc>
        <w:tc>
          <w:tcPr>
            <w:tcW w:w="2259" w:type="dxa"/>
            <w:tcMar>
              <w:top w:w="55" w:type="dxa"/>
              <w:left w:w="80" w:type="dxa"/>
              <w:bottom w:w="55" w:type="dxa"/>
              <w:right w:w="80" w:type="dxa"/>
            </w:tcMar>
            <w:vAlign w:val="center"/>
          </w:tcPr>
          <w:p w14:paraId="1490D8AF" w14:textId="77777777" w:rsidR="00DB793E" w:rsidRDefault="00000000">
            <w:pPr>
              <w:jc w:val="center"/>
            </w:pPr>
            <w:r>
              <w:rPr>
                <w:rFonts w:eastAsia="Times New Roman" w:cs="Times New Roman"/>
                <w:sz w:val="16"/>
              </w:rPr>
              <w:t>0.0%</w:t>
            </w:r>
          </w:p>
        </w:tc>
      </w:tr>
    </w:tbl>
    <w:p w14:paraId="7B4DA401" w14:textId="77777777" w:rsidR="00DB793E" w:rsidRDefault="00000000">
      <w:pPr>
        <w:keepNext/>
        <w:spacing w:before="100" w:after="60"/>
      </w:pPr>
      <w:r>
        <w:rPr>
          <w:rFonts w:eastAsia="Times New Roman" w:cs="Times New Roman"/>
          <w:b/>
        </w:rPr>
        <w:t>C. Number of positive components per patient</w:t>
      </w:r>
    </w:p>
    <w:tbl>
      <w:tblPr>
        <w:tblW w:w="14256" w:type="dxa"/>
        <w:tblBorders>
          <w:top w:val="single" w:sz="10" w:space="0" w:color="000000"/>
          <w:left w:val="nil"/>
          <w:bottom w:val="single" w:sz="10" w:space="0" w:color="000000"/>
          <w:right w:val="nil"/>
          <w:insideH w:val="nil"/>
          <w:insideV w:val="nil"/>
        </w:tblBorders>
        <w:tblLayout w:type="fixed"/>
        <w:tblLook w:val="04A0" w:firstRow="1" w:lastRow="0" w:firstColumn="1" w:lastColumn="0" w:noHBand="0" w:noVBand="1"/>
      </w:tblPr>
      <w:tblGrid>
        <w:gridCol w:w="4655"/>
        <w:gridCol w:w="4655"/>
        <w:gridCol w:w="4946"/>
      </w:tblGrid>
      <w:tr w:rsidR="00DB793E" w14:paraId="76D5657B" w14:textId="77777777">
        <w:trPr>
          <w:cantSplit/>
          <w:tblHeader/>
        </w:trPr>
        <w:tc>
          <w:tcPr>
            <w:tcW w:w="4655" w:type="dxa"/>
            <w:tcBorders>
              <w:bottom w:val="single" w:sz="6" w:space="0" w:color="000000"/>
            </w:tcBorders>
            <w:tcMar>
              <w:top w:w="55" w:type="dxa"/>
              <w:left w:w="80" w:type="dxa"/>
              <w:bottom w:w="55" w:type="dxa"/>
              <w:right w:w="80" w:type="dxa"/>
            </w:tcMar>
            <w:vAlign w:val="center"/>
          </w:tcPr>
          <w:p w14:paraId="6C99BF6F" w14:textId="77777777" w:rsidR="00DB793E" w:rsidRDefault="00000000">
            <w:pPr>
              <w:jc w:val="center"/>
            </w:pPr>
            <w:r>
              <w:rPr>
                <w:rFonts w:eastAsia="Times New Roman" w:cs="Times New Roman"/>
                <w:b/>
                <w:sz w:val="16"/>
              </w:rPr>
              <w:t>Positive components</w:t>
            </w:r>
          </w:p>
        </w:tc>
        <w:tc>
          <w:tcPr>
            <w:tcW w:w="4655" w:type="dxa"/>
            <w:tcBorders>
              <w:bottom w:val="single" w:sz="6" w:space="0" w:color="000000"/>
            </w:tcBorders>
            <w:tcMar>
              <w:top w:w="55" w:type="dxa"/>
              <w:left w:w="80" w:type="dxa"/>
              <w:bottom w:w="55" w:type="dxa"/>
              <w:right w:w="80" w:type="dxa"/>
            </w:tcMar>
            <w:vAlign w:val="center"/>
          </w:tcPr>
          <w:p w14:paraId="6151F5F1" w14:textId="77777777" w:rsidR="00DB793E" w:rsidRDefault="00000000">
            <w:pPr>
              <w:jc w:val="center"/>
            </w:pPr>
            <w:r>
              <w:rPr>
                <w:rFonts w:eastAsia="Times New Roman" w:cs="Times New Roman"/>
                <w:b/>
                <w:sz w:val="16"/>
              </w:rPr>
              <w:t>Patients</w:t>
            </w:r>
          </w:p>
        </w:tc>
        <w:tc>
          <w:tcPr>
            <w:tcW w:w="4946" w:type="dxa"/>
            <w:tcBorders>
              <w:bottom w:val="single" w:sz="6" w:space="0" w:color="000000"/>
            </w:tcBorders>
            <w:tcMar>
              <w:top w:w="55" w:type="dxa"/>
              <w:left w:w="80" w:type="dxa"/>
              <w:bottom w:w="55" w:type="dxa"/>
              <w:right w:w="80" w:type="dxa"/>
            </w:tcMar>
            <w:vAlign w:val="center"/>
          </w:tcPr>
          <w:p w14:paraId="2054F8B1" w14:textId="77777777" w:rsidR="00DB793E" w:rsidRDefault="00000000">
            <w:pPr>
              <w:jc w:val="center"/>
            </w:pPr>
            <w:r>
              <w:rPr>
                <w:rFonts w:eastAsia="Times New Roman" w:cs="Times New Roman"/>
                <w:b/>
                <w:sz w:val="16"/>
              </w:rPr>
              <w:t>Proportion</w:t>
            </w:r>
          </w:p>
        </w:tc>
      </w:tr>
      <w:tr w:rsidR="00DB793E" w14:paraId="7A49AEF7" w14:textId="77777777">
        <w:trPr>
          <w:cantSplit/>
        </w:trPr>
        <w:tc>
          <w:tcPr>
            <w:tcW w:w="4655" w:type="dxa"/>
            <w:tcMar>
              <w:top w:w="55" w:type="dxa"/>
              <w:left w:w="80" w:type="dxa"/>
              <w:bottom w:w="55" w:type="dxa"/>
              <w:right w:w="80" w:type="dxa"/>
            </w:tcMar>
            <w:vAlign w:val="center"/>
          </w:tcPr>
          <w:p w14:paraId="73A30EF3" w14:textId="77777777" w:rsidR="00DB793E" w:rsidRDefault="00000000">
            <w:r>
              <w:rPr>
                <w:rFonts w:eastAsia="Times New Roman" w:cs="Times New Roman"/>
                <w:sz w:val="16"/>
              </w:rPr>
              <w:t>0</w:t>
            </w:r>
          </w:p>
        </w:tc>
        <w:tc>
          <w:tcPr>
            <w:tcW w:w="4655" w:type="dxa"/>
            <w:tcMar>
              <w:top w:w="55" w:type="dxa"/>
              <w:left w:w="80" w:type="dxa"/>
              <w:bottom w:w="55" w:type="dxa"/>
              <w:right w:w="80" w:type="dxa"/>
            </w:tcMar>
            <w:vAlign w:val="center"/>
          </w:tcPr>
          <w:p w14:paraId="51817670" w14:textId="77777777" w:rsidR="00DB793E" w:rsidRDefault="00000000">
            <w:pPr>
              <w:jc w:val="center"/>
            </w:pPr>
            <w:r>
              <w:rPr>
                <w:rFonts w:eastAsia="Times New Roman" w:cs="Times New Roman"/>
                <w:sz w:val="16"/>
              </w:rPr>
              <w:t>108</w:t>
            </w:r>
          </w:p>
        </w:tc>
        <w:tc>
          <w:tcPr>
            <w:tcW w:w="4946" w:type="dxa"/>
            <w:tcMar>
              <w:top w:w="55" w:type="dxa"/>
              <w:left w:w="80" w:type="dxa"/>
              <w:bottom w:w="55" w:type="dxa"/>
              <w:right w:w="80" w:type="dxa"/>
            </w:tcMar>
            <w:vAlign w:val="center"/>
          </w:tcPr>
          <w:p w14:paraId="6EA991C2" w14:textId="77777777" w:rsidR="00DB793E" w:rsidRDefault="00000000">
            <w:pPr>
              <w:jc w:val="center"/>
            </w:pPr>
            <w:r>
              <w:rPr>
                <w:rFonts w:eastAsia="Times New Roman" w:cs="Times New Roman"/>
                <w:sz w:val="16"/>
              </w:rPr>
              <w:t>74.5%</w:t>
            </w:r>
          </w:p>
        </w:tc>
      </w:tr>
      <w:tr w:rsidR="00DB793E" w14:paraId="67967C3A" w14:textId="77777777">
        <w:trPr>
          <w:cantSplit/>
        </w:trPr>
        <w:tc>
          <w:tcPr>
            <w:tcW w:w="4655" w:type="dxa"/>
            <w:tcMar>
              <w:top w:w="55" w:type="dxa"/>
              <w:left w:w="80" w:type="dxa"/>
              <w:bottom w:w="55" w:type="dxa"/>
              <w:right w:w="80" w:type="dxa"/>
            </w:tcMar>
            <w:vAlign w:val="center"/>
          </w:tcPr>
          <w:p w14:paraId="77CA44B8" w14:textId="77777777" w:rsidR="00DB793E" w:rsidRDefault="00000000">
            <w:r>
              <w:rPr>
                <w:rFonts w:eastAsia="Times New Roman" w:cs="Times New Roman"/>
                <w:sz w:val="16"/>
              </w:rPr>
              <w:t>1</w:t>
            </w:r>
          </w:p>
        </w:tc>
        <w:tc>
          <w:tcPr>
            <w:tcW w:w="4655" w:type="dxa"/>
            <w:tcMar>
              <w:top w:w="55" w:type="dxa"/>
              <w:left w:w="80" w:type="dxa"/>
              <w:bottom w:w="55" w:type="dxa"/>
              <w:right w:w="80" w:type="dxa"/>
            </w:tcMar>
            <w:vAlign w:val="center"/>
          </w:tcPr>
          <w:p w14:paraId="25BB44F3" w14:textId="77777777" w:rsidR="00DB793E" w:rsidRDefault="00000000">
            <w:pPr>
              <w:jc w:val="center"/>
            </w:pPr>
            <w:r>
              <w:rPr>
                <w:rFonts w:eastAsia="Times New Roman" w:cs="Times New Roman"/>
                <w:sz w:val="16"/>
              </w:rPr>
              <w:t>28</w:t>
            </w:r>
          </w:p>
        </w:tc>
        <w:tc>
          <w:tcPr>
            <w:tcW w:w="4946" w:type="dxa"/>
            <w:tcMar>
              <w:top w:w="55" w:type="dxa"/>
              <w:left w:w="80" w:type="dxa"/>
              <w:bottom w:w="55" w:type="dxa"/>
              <w:right w:w="80" w:type="dxa"/>
            </w:tcMar>
            <w:vAlign w:val="center"/>
          </w:tcPr>
          <w:p w14:paraId="1C50ECBB" w14:textId="77777777" w:rsidR="00DB793E" w:rsidRDefault="00000000">
            <w:pPr>
              <w:jc w:val="center"/>
            </w:pPr>
            <w:r>
              <w:rPr>
                <w:rFonts w:eastAsia="Times New Roman" w:cs="Times New Roman"/>
                <w:sz w:val="16"/>
              </w:rPr>
              <w:t>19.3%</w:t>
            </w:r>
          </w:p>
        </w:tc>
      </w:tr>
      <w:tr w:rsidR="00DB793E" w14:paraId="5033F700" w14:textId="77777777">
        <w:trPr>
          <w:cantSplit/>
        </w:trPr>
        <w:tc>
          <w:tcPr>
            <w:tcW w:w="4655" w:type="dxa"/>
            <w:tcMar>
              <w:top w:w="55" w:type="dxa"/>
              <w:left w:w="80" w:type="dxa"/>
              <w:bottom w:w="55" w:type="dxa"/>
              <w:right w:w="80" w:type="dxa"/>
            </w:tcMar>
            <w:vAlign w:val="center"/>
          </w:tcPr>
          <w:p w14:paraId="1328A30D" w14:textId="77777777" w:rsidR="00DB793E" w:rsidRDefault="00000000">
            <w:r>
              <w:rPr>
                <w:rFonts w:eastAsia="Times New Roman" w:cs="Times New Roman"/>
                <w:sz w:val="16"/>
              </w:rPr>
              <w:lastRenderedPageBreak/>
              <w:t>2</w:t>
            </w:r>
          </w:p>
        </w:tc>
        <w:tc>
          <w:tcPr>
            <w:tcW w:w="4655" w:type="dxa"/>
            <w:tcMar>
              <w:top w:w="55" w:type="dxa"/>
              <w:left w:w="80" w:type="dxa"/>
              <w:bottom w:w="55" w:type="dxa"/>
              <w:right w:w="80" w:type="dxa"/>
            </w:tcMar>
            <w:vAlign w:val="center"/>
          </w:tcPr>
          <w:p w14:paraId="1903E55E" w14:textId="77777777" w:rsidR="00DB793E" w:rsidRDefault="00000000">
            <w:pPr>
              <w:jc w:val="center"/>
            </w:pPr>
            <w:r>
              <w:rPr>
                <w:rFonts w:eastAsia="Times New Roman" w:cs="Times New Roman"/>
                <w:sz w:val="16"/>
              </w:rPr>
              <w:t>3</w:t>
            </w:r>
          </w:p>
        </w:tc>
        <w:tc>
          <w:tcPr>
            <w:tcW w:w="4946" w:type="dxa"/>
            <w:tcMar>
              <w:top w:w="55" w:type="dxa"/>
              <w:left w:w="80" w:type="dxa"/>
              <w:bottom w:w="55" w:type="dxa"/>
              <w:right w:w="80" w:type="dxa"/>
            </w:tcMar>
            <w:vAlign w:val="center"/>
          </w:tcPr>
          <w:p w14:paraId="4583111A" w14:textId="77777777" w:rsidR="00DB793E" w:rsidRDefault="00000000">
            <w:pPr>
              <w:jc w:val="center"/>
            </w:pPr>
            <w:r>
              <w:rPr>
                <w:rFonts w:eastAsia="Times New Roman" w:cs="Times New Roman"/>
                <w:sz w:val="16"/>
              </w:rPr>
              <w:t>2.1%</w:t>
            </w:r>
          </w:p>
        </w:tc>
      </w:tr>
      <w:tr w:rsidR="00DB793E" w14:paraId="3841E323" w14:textId="77777777">
        <w:trPr>
          <w:cantSplit/>
        </w:trPr>
        <w:tc>
          <w:tcPr>
            <w:tcW w:w="4655" w:type="dxa"/>
            <w:tcMar>
              <w:top w:w="55" w:type="dxa"/>
              <w:left w:w="80" w:type="dxa"/>
              <w:bottom w:w="55" w:type="dxa"/>
              <w:right w:w="80" w:type="dxa"/>
            </w:tcMar>
            <w:vAlign w:val="center"/>
          </w:tcPr>
          <w:p w14:paraId="74978BB2" w14:textId="77777777" w:rsidR="00DB793E" w:rsidRDefault="00000000">
            <w:r>
              <w:rPr>
                <w:rFonts w:eastAsia="Times New Roman" w:cs="Times New Roman"/>
                <w:sz w:val="16"/>
              </w:rPr>
              <w:t>3</w:t>
            </w:r>
          </w:p>
        </w:tc>
        <w:tc>
          <w:tcPr>
            <w:tcW w:w="4655" w:type="dxa"/>
            <w:tcMar>
              <w:top w:w="55" w:type="dxa"/>
              <w:left w:w="80" w:type="dxa"/>
              <w:bottom w:w="55" w:type="dxa"/>
              <w:right w:w="80" w:type="dxa"/>
            </w:tcMar>
            <w:vAlign w:val="center"/>
          </w:tcPr>
          <w:p w14:paraId="74D71D8D" w14:textId="77777777" w:rsidR="00DB793E" w:rsidRDefault="00000000">
            <w:pPr>
              <w:jc w:val="center"/>
            </w:pPr>
            <w:r>
              <w:rPr>
                <w:rFonts w:eastAsia="Times New Roman" w:cs="Times New Roman"/>
                <w:sz w:val="16"/>
              </w:rPr>
              <w:t>3</w:t>
            </w:r>
          </w:p>
        </w:tc>
        <w:tc>
          <w:tcPr>
            <w:tcW w:w="4946" w:type="dxa"/>
            <w:tcMar>
              <w:top w:w="55" w:type="dxa"/>
              <w:left w:w="80" w:type="dxa"/>
              <w:bottom w:w="55" w:type="dxa"/>
              <w:right w:w="80" w:type="dxa"/>
            </w:tcMar>
            <w:vAlign w:val="center"/>
          </w:tcPr>
          <w:p w14:paraId="7B95AE05" w14:textId="77777777" w:rsidR="00DB793E" w:rsidRDefault="00000000">
            <w:pPr>
              <w:jc w:val="center"/>
            </w:pPr>
            <w:r>
              <w:rPr>
                <w:rFonts w:eastAsia="Times New Roman" w:cs="Times New Roman"/>
                <w:sz w:val="16"/>
              </w:rPr>
              <w:t>2.1%</w:t>
            </w:r>
          </w:p>
        </w:tc>
      </w:tr>
      <w:tr w:rsidR="00DB793E" w14:paraId="50427AFF" w14:textId="77777777">
        <w:trPr>
          <w:cantSplit/>
        </w:trPr>
        <w:tc>
          <w:tcPr>
            <w:tcW w:w="4655" w:type="dxa"/>
            <w:tcMar>
              <w:top w:w="55" w:type="dxa"/>
              <w:left w:w="80" w:type="dxa"/>
              <w:bottom w:w="55" w:type="dxa"/>
              <w:right w:w="80" w:type="dxa"/>
            </w:tcMar>
            <w:vAlign w:val="center"/>
          </w:tcPr>
          <w:p w14:paraId="52B39027" w14:textId="77777777" w:rsidR="00DB793E" w:rsidRDefault="00000000">
            <w:r>
              <w:rPr>
                <w:rFonts w:eastAsia="Times New Roman" w:cs="Times New Roman"/>
                <w:sz w:val="16"/>
              </w:rPr>
              <w:t>4</w:t>
            </w:r>
          </w:p>
        </w:tc>
        <w:tc>
          <w:tcPr>
            <w:tcW w:w="4655" w:type="dxa"/>
            <w:tcMar>
              <w:top w:w="55" w:type="dxa"/>
              <w:left w:w="80" w:type="dxa"/>
              <w:bottom w:w="55" w:type="dxa"/>
              <w:right w:w="80" w:type="dxa"/>
            </w:tcMar>
            <w:vAlign w:val="center"/>
          </w:tcPr>
          <w:p w14:paraId="4DAE0B39" w14:textId="77777777" w:rsidR="00DB793E" w:rsidRDefault="00000000">
            <w:pPr>
              <w:jc w:val="center"/>
            </w:pPr>
            <w:r>
              <w:rPr>
                <w:rFonts w:eastAsia="Times New Roman" w:cs="Times New Roman"/>
                <w:sz w:val="16"/>
              </w:rPr>
              <w:t>1</w:t>
            </w:r>
          </w:p>
        </w:tc>
        <w:tc>
          <w:tcPr>
            <w:tcW w:w="4946" w:type="dxa"/>
            <w:tcMar>
              <w:top w:w="55" w:type="dxa"/>
              <w:left w:w="80" w:type="dxa"/>
              <w:bottom w:w="55" w:type="dxa"/>
              <w:right w:w="80" w:type="dxa"/>
            </w:tcMar>
            <w:vAlign w:val="center"/>
          </w:tcPr>
          <w:p w14:paraId="28F1687E" w14:textId="77777777" w:rsidR="00DB793E" w:rsidRDefault="00000000">
            <w:pPr>
              <w:jc w:val="center"/>
            </w:pPr>
            <w:r>
              <w:rPr>
                <w:rFonts w:eastAsia="Times New Roman" w:cs="Times New Roman"/>
                <w:sz w:val="16"/>
              </w:rPr>
              <w:t>0.7%</w:t>
            </w:r>
          </w:p>
        </w:tc>
      </w:tr>
      <w:tr w:rsidR="00DB793E" w14:paraId="69752D70" w14:textId="77777777">
        <w:trPr>
          <w:cantSplit/>
        </w:trPr>
        <w:tc>
          <w:tcPr>
            <w:tcW w:w="4655" w:type="dxa"/>
            <w:tcMar>
              <w:top w:w="55" w:type="dxa"/>
              <w:left w:w="80" w:type="dxa"/>
              <w:bottom w:w="55" w:type="dxa"/>
              <w:right w:w="80" w:type="dxa"/>
            </w:tcMar>
            <w:vAlign w:val="center"/>
          </w:tcPr>
          <w:p w14:paraId="21755E95" w14:textId="77777777" w:rsidR="00DB793E" w:rsidRDefault="00000000">
            <w:r>
              <w:rPr>
                <w:rFonts w:eastAsia="Times New Roman" w:cs="Times New Roman"/>
                <w:sz w:val="16"/>
              </w:rPr>
              <w:t>5</w:t>
            </w:r>
          </w:p>
        </w:tc>
        <w:tc>
          <w:tcPr>
            <w:tcW w:w="4655" w:type="dxa"/>
            <w:tcMar>
              <w:top w:w="55" w:type="dxa"/>
              <w:left w:w="80" w:type="dxa"/>
              <w:bottom w:w="55" w:type="dxa"/>
              <w:right w:w="80" w:type="dxa"/>
            </w:tcMar>
            <w:vAlign w:val="center"/>
          </w:tcPr>
          <w:p w14:paraId="2EBA3AB8" w14:textId="77777777" w:rsidR="00DB793E" w:rsidRDefault="00000000">
            <w:pPr>
              <w:jc w:val="center"/>
            </w:pPr>
            <w:r>
              <w:rPr>
                <w:rFonts w:eastAsia="Times New Roman" w:cs="Times New Roman"/>
                <w:sz w:val="16"/>
              </w:rPr>
              <w:t>1</w:t>
            </w:r>
          </w:p>
        </w:tc>
        <w:tc>
          <w:tcPr>
            <w:tcW w:w="4946" w:type="dxa"/>
            <w:tcMar>
              <w:top w:w="55" w:type="dxa"/>
              <w:left w:w="80" w:type="dxa"/>
              <w:bottom w:w="55" w:type="dxa"/>
              <w:right w:w="80" w:type="dxa"/>
            </w:tcMar>
            <w:vAlign w:val="center"/>
          </w:tcPr>
          <w:p w14:paraId="396B6E59" w14:textId="77777777" w:rsidR="00DB793E" w:rsidRDefault="00000000">
            <w:pPr>
              <w:jc w:val="center"/>
            </w:pPr>
            <w:r>
              <w:rPr>
                <w:rFonts w:eastAsia="Times New Roman" w:cs="Times New Roman"/>
                <w:sz w:val="16"/>
              </w:rPr>
              <w:t>0.7%</w:t>
            </w:r>
          </w:p>
        </w:tc>
      </w:tr>
      <w:tr w:rsidR="00DB793E" w14:paraId="59C5C769" w14:textId="77777777">
        <w:trPr>
          <w:cantSplit/>
        </w:trPr>
        <w:tc>
          <w:tcPr>
            <w:tcW w:w="4655" w:type="dxa"/>
            <w:tcMar>
              <w:top w:w="55" w:type="dxa"/>
              <w:left w:w="80" w:type="dxa"/>
              <w:bottom w:w="55" w:type="dxa"/>
              <w:right w:w="80" w:type="dxa"/>
            </w:tcMar>
            <w:vAlign w:val="center"/>
          </w:tcPr>
          <w:p w14:paraId="4F5D0B1C" w14:textId="77777777" w:rsidR="00DB793E" w:rsidRDefault="00000000">
            <w:r>
              <w:rPr>
                <w:rFonts w:eastAsia="Times New Roman" w:cs="Times New Roman"/>
                <w:sz w:val="16"/>
              </w:rPr>
              <w:t>6</w:t>
            </w:r>
          </w:p>
        </w:tc>
        <w:tc>
          <w:tcPr>
            <w:tcW w:w="4655" w:type="dxa"/>
            <w:tcMar>
              <w:top w:w="55" w:type="dxa"/>
              <w:left w:w="80" w:type="dxa"/>
              <w:bottom w:w="55" w:type="dxa"/>
              <w:right w:w="80" w:type="dxa"/>
            </w:tcMar>
            <w:vAlign w:val="center"/>
          </w:tcPr>
          <w:p w14:paraId="3F8020D1" w14:textId="77777777" w:rsidR="00DB793E" w:rsidRDefault="00000000">
            <w:pPr>
              <w:jc w:val="center"/>
            </w:pPr>
            <w:r>
              <w:rPr>
                <w:rFonts w:eastAsia="Times New Roman" w:cs="Times New Roman"/>
                <w:sz w:val="16"/>
              </w:rPr>
              <w:t>1</w:t>
            </w:r>
          </w:p>
        </w:tc>
        <w:tc>
          <w:tcPr>
            <w:tcW w:w="4946" w:type="dxa"/>
            <w:tcMar>
              <w:top w:w="55" w:type="dxa"/>
              <w:left w:w="80" w:type="dxa"/>
              <w:bottom w:w="55" w:type="dxa"/>
              <w:right w:w="80" w:type="dxa"/>
            </w:tcMar>
            <w:vAlign w:val="center"/>
          </w:tcPr>
          <w:p w14:paraId="3177BE21" w14:textId="77777777" w:rsidR="00DB793E" w:rsidRDefault="00000000">
            <w:pPr>
              <w:jc w:val="center"/>
            </w:pPr>
            <w:r>
              <w:rPr>
                <w:rFonts w:eastAsia="Times New Roman" w:cs="Times New Roman"/>
                <w:sz w:val="16"/>
              </w:rPr>
              <w:t>0.7%</w:t>
            </w:r>
          </w:p>
        </w:tc>
      </w:tr>
    </w:tbl>
    <w:p w14:paraId="137FF5AB" w14:textId="77777777" w:rsidR="00DB793E" w:rsidRDefault="00000000">
      <w:pPr>
        <w:keepNext/>
        <w:spacing w:before="100" w:after="60"/>
      </w:pPr>
      <w:r>
        <w:rPr>
          <w:rFonts w:eastAsia="Times New Roman" w:cs="Times New Roman"/>
          <w:b/>
        </w:rPr>
        <w:t>D. Pairwise overlap of component events, n</w:t>
      </w:r>
    </w:p>
    <w:tbl>
      <w:tblPr>
        <w:tblW w:w="14256" w:type="dxa"/>
        <w:tblBorders>
          <w:top w:val="single" w:sz="10" w:space="0" w:color="000000"/>
          <w:left w:val="nil"/>
          <w:bottom w:val="single" w:sz="10" w:space="0" w:color="000000"/>
          <w:right w:val="nil"/>
          <w:insideH w:val="nil"/>
          <w:insideV w:val="nil"/>
        </w:tblBorders>
        <w:tblLayout w:type="fixed"/>
        <w:tblLook w:val="04A0" w:firstRow="1" w:lastRow="0" w:firstColumn="1" w:lastColumn="0" w:noHBand="0" w:noVBand="1"/>
      </w:tblPr>
      <w:tblGrid>
        <w:gridCol w:w="2979"/>
        <w:gridCol w:w="1409"/>
        <w:gridCol w:w="1409"/>
        <w:gridCol w:w="1409"/>
        <w:gridCol w:w="1409"/>
        <w:gridCol w:w="1409"/>
        <w:gridCol w:w="1409"/>
        <w:gridCol w:w="1409"/>
        <w:gridCol w:w="1414"/>
      </w:tblGrid>
      <w:tr w:rsidR="00DB793E" w14:paraId="0407FECD" w14:textId="77777777">
        <w:trPr>
          <w:cantSplit/>
          <w:tblHeader/>
        </w:trPr>
        <w:tc>
          <w:tcPr>
            <w:tcW w:w="2979" w:type="dxa"/>
            <w:tcBorders>
              <w:bottom w:val="single" w:sz="6" w:space="0" w:color="000000"/>
            </w:tcBorders>
            <w:tcMar>
              <w:top w:w="55" w:type="dxa"/>
              <w:left w:w="80" w:type="dxa"/>
              <w:bottom w:w="55" w:type="dxa"/>
              <w:right w:w="80" w:type="dxa"/>
            </w:tcMar>
            <w:vAlign w:val="center"/>
          </w:tcPr>
          <w:p w14:paraId="2F005187" w14:textId="77777777" w:rsidR="00DB793E" w:rsidRDefault="00000000">
            <w:pPr>
              <w:jc w:val="center"/>
            </w:pPr>
            <w:r>
              <w:rPr>
                <w:rFonts w:eastAsia="Times New Roman" w:cs="Times New Roman"/>
                <w:b/>
                <w:sz w:val="14"/>
              </w:rPr>
              <w:t>Component</w:t>
            </w:r>
          </w:p>
        </w:tc>
        <w:tc>
          <w:tcPr>
            <w:tcW w:w="1409" w:type="dxa"/>
            <w:tcBorders>
              <w:bottom w:val="single" w:sz="6" w:space="0" w:color="000000"/>
            </w:tcBorders>
            <w:tcMar>
              <w:top w:w="55" w:type="dxa"/>
              <w:left w:w="80" w:type="dxa"/>
              <w:bottom w:w="55" w:type="dxa"/>
              <w:right w:w="80" w:type="dxa"/>
            </w:tcMar>
            <w:vAlign w:val="center"/>
          </w:tcPr>
          <w:p w14:paraId="3A44688F" w14:textId="77777777" w:rsidR="00DB793E" w:rsidRDefault="00000000">
            <w:pPr>
              <w:jc w:val="center"/>
            </w:pPr>
            <w:r>
              <w:rPr>
                <w:rFonts w:eastAsia="Times New Roman" w:cs="Times New Roman"/>
                <w:b/>
                <w:sz w:val="14"/>
              </w:rPr>
              <w:t>Myasthenic crisis</w:t>
            </w:r>
          </w:p>
        </w:tc>
        <w:tc>
          <w:tcPr>
            <w:tcW w:w="1409" w:type="dxa"/>
            <w:tcBorders>
              <w:bottom w:val="single" w:sz="6" w:space="0" w:color="000000"/>
            </w:tcBorders>
            <w:tcMar>
              <w:top w:w="55" w:type="dxa"/>
              <w:left w:w="80" w:type="dxa"/>
              <w:bottom w:w="55" w:type="dxa"/>
              <w:right w:w="80" w:type="dxa"/>
            </w:tcMar>
            <w:vAlign w:val="center"/>
          </w:tcPr>
          <w:p w14:paraId="6D6BF87C" w14:textId="77777777" w:rsidR="00DB793E" w:rsidRDefault="00000000">
            <w:pPr>
              <w:jc w:val="center"/>
            </w:pPr>
            <w:r>
              <w:rPr>
                <w:rFonts w:eastAsia="Times New Roman" w:cs="Times New Roman"/>
                <w:b/>
                <w:sz w:val="14"/>
              </w:rPr>
              <w:t xml:space="preserve">Delayed </w:t>
            </w:r>
            <w:proofErr w:type="spellStart"/>
            <w:r>
              <w:rPr>
                <w:rFonts w:eastAsia="Times New Roman" w:cs="Times New Roman"/>
                <w:b/>
                <w:sz w:val="14"/>
              </w:rPr>
              <w:t>extubation</w:t>
            </w:r>
            <w:proofErr w:type="spellEnd"/>
          </w:p>
        </w:tc>
        <w:tc>
          <w:tcPr>
            <w:tcW w:w="1409" w:type="dxa"/>
            <w:tcBorders>
              <w:bottom w:val="single" w:sz="6" w:space="0" w:color="000000"/>
            </w:tcBorders>
            <w:tcMar>
              <w:top w:w="55" w:type="dxa"/>
              <w:left w:w="80" w:type="dxa"/>
              <w:bottom w:w="55" w:type="dxa"/>
              <w:right w:w="80" w:type="dxa"/>
            </w:tcMar>
            <w:vAlign w:val="center"/>
          </w:tcPr>
          <w:p w14:paraId="62289246" w14:textId="77777777" w:rsidR="00DB793E" w:rsidRDefault="00000000">
            <w:pPr>
              <w:jc w:val="center"/>
            </w:pPr>
            <w:r>
              <w:rPr>
                <w:rFonts w:eastAsia="Times New Roman" w:cs="Times New Roman"/>
                <w:b/>
                <w:sz w:val="14"/>
              </w:rPr>
              <w:t>Respiratory failure</w:t>
            </w:r>
          </w:p>
        </w:tc>
        <w:tc>
          <w:tcPr>
            <w:tcW w:w="1409" w:type="dxa"/>
            <w:tcBorders>
              <w:bottom w:val="single" w:sz="6" w:space="0" w:color="000000"/>
            </w:tcBorders>
            <w:tcMar>
              <w:top w:w="55" w:type="dxa"/>
              <w:left w:w="80" w:type="dxa"/>
              <w:bottom w:w="55" w:type="dxa"/>
              <w:right w:w="80" w:type="dxa"/>
            </w:tcMar>
            <w:vAlign w:val="center"/>
          </w:tcPr>
          <w:p w14:paraId="4980708E" w14:textId="77777777" w:rsidR="00DB793E" w:rsidRDefault="00000000">
            <w:pPr>
              <w:jc w:val="center"/>
            </w:pPr>
            <w:r>
              <w:rPr>
                <w:rFonts w:eastAsia="Times New Roman" w:cs="Times New Roman"/>
                <w:b/>
                <w:sz w:val="14"/>
              </w:rPr>
              <w:t>Reintubation</w:t>
            </w:r>
          </w:p>
        </w:tc>
        <w:tc>
          <w:tcPr>
            <w:tcW w:w="1409" w:type="dxa"/>
            <w:tcBorders>
              <w:bottom w:val="single" w:sz="6" w:space="0" w:color="000000"/>
            </w:tcBorders>
            <w:tcMar>
              <w:top w:w="55" w:type="dxa"/>
              <w:left w:w="80" w:type="dxa"/>
              <w:bottom w:w="55" w:type="dxa"/>
              <w:right w:w="80" w:type="dxa"/>
            </w:tcMar>
            <w:vAlign w:val="center"/>
          </w:tcPr>
          <w:p w14:paraId="5F6ACB5B" w14:textId="77777777" w:rsidR="00DB793E" w:rsidRDefault="00000000">
            <w:pPr>
              <w:jc w:val="center"/>
            </w:pPr>
            <w:r>
              <w:rPr>
                <w:rFonts w:eastAsia="Times New Roman" w:cs="Times New Roman"/>
                <w:b/>
                <w:sz w:val="14"/>
              </w:rPr>
              <w:t>ICU event</w:t>
            </w:r>
          </w:p>
        </w:tc>
        <w:tc>
          <w:tcPr>
            <w:tcW w:w="1409" w:type="dxa"/>
            <w:tcBorders>
              <w:bottom w:val="single" w:sz="6" w:space="0" w:color="000000"/>
            </w:tcBorders>
            <w:tcMar>
              <w:top w:w="55" w:type="dxa"/>
              <w:left w:w="80" w:type="dxa"/>
              <w:bottom w:w="55" w:type="dxa"/>
              <w:right w:w="80" w:type="dxa"/>
            </w:tcMar>
            <w:vAlign w:val="center"/>
          </w:tcPr>
          <w:p w14:paraId="1F083EBF" w14:textId="77777777" w:rsidR="00DB793E" w:rsidRDefault="00000000">
            <w:pPr>
              <w:jc w:val="center"/>
            </w:pPr>
            <w:r>
              <w:rPr>
                <w:rFonts w:eastAsia="Times New Roman" w:cs="Times New Roman"/>
                <w:b/>
                <w:sz w:val="14"/>
              </w:rPr>
              <w:t>MG worsening</w:t>
            </w:r>
          </w:p>
        </w:tc>
        <w:tc>
          <w:tcPr>
            <w:tcW w:w="1409" w:type="dxa"/>
            <w:tcBorders>
              <w:bottom w:val="single" w:sz="6" w:space="0" w:color="000000"/>
            </w:tcBorders>
            <w:tcMar>
              <w:top w:w="55" w:type="dxa"/>
              <w:left w:w="80" w:type="dxa"/>
              <w:bottom w:w="55" w:type="dxa"/>
              <w:right w:w="80" w:type="dxa"/>
            </w:tcMar>
            <w:vAlign w:val="center"/>
          </w:tcPr>
          <w:p w14:paraId="1A5BF351" w14:textId="77777777" w:rsidR="00DB793E" w:rsidRDefault="00000000">
            <w:pPr>
              <w:jc w:val="center"/>
            </w:pPr>
            <w:r>
              <w:rPr>
                <w:rFonts w:eastAsia="Times New Roman" w:cs="Times New Roman"/>
                <w:b/>
                <w:sz w:val="14"/>
              </w:rPr>
              <w:t>IVIG/PLEX</w:t>
            </w:r>
          </w:p>
        </w:tc>
        <w:tc>
          <w:tcPr>
            <w:tcW w:w="1414" w:type="dxa"/>
            <w:tcBorders>
              <w:bottom w:val="single" w:sz="6" w:space="0" w:color="000000"/>
            </w:tcBorders>
            <w:tcMar>
              <w:top w:w="55" w:type="dxa"/>
              <w:left w:w="80" w:type="dxa"/>
              <w:bottom w:w="55" w:type="dxa"/>
              <w:right w:w="80" w:type="dxa"/>
            </w:tcMar>
            <w:vAlign w:val="center"/>
          </w:tcPr>
          <w:p w14:paraId="54921A4E" w14:textId="77777777" w:rsidR="00DB793E" w:rsidRDefault="00000000">
            <w:pPr>
              <w:jc w:val="center"/>
            </w:pPr>
            <w:r>
              <w:rPr>
                <w:rFonts w:eastAsia="Times New Roman" w:cs="Times New Roman"/>
                <w:b/>
                <w:sz w:val="14"/>
              </w:rPr>
              <w:t>In-hospital death</w:t>
            </w:r>
          </w:p>
        </w:tc>
      </w:tr>
      <w:tr w:rsidR="00DB793E" w14:paraId="551A5BA9" w14:textId="77777777">
        <w:trPr>
          <w:cantSplit/>
        </w:trPr>
        <w:tc>
          <w:tcPr>
            <w:tcW w:w="2979" w:type="dxa"/>
            <w:tcMar>
              <w:top w:w="55" w:type="dxa"/>
              <w:left w:w="80" w:type="dxa"/>
              <w:bottom w:w="55" w:type="dxa"/>
              <w:right w:w="80" w:type="dxa"/>
            </w:tcMar>
            <w:vAlign w:val="center"/>
          </w:tcPr>
          <w:p w14:paraId="41C6B77E" w14:textId="77777777" w:rsidR="00DB793E" w:rsidRDefault="00000000">
            <w:r>
              <w:rPr>
                <w:rFonts w:eastAsia="Times New Roman" w:cs="Times New Roman"/>
                <w:sz w:val="14"/>
              </w:rPr>
              <w:t>Myasthenic crisis</w:t>
            </w:r>
          </w:p>
        </w:tc>
        <w:tc>
          <w:tcPr>
            <w:tcW w:w="1409" w:type="dxa"/>
            <w:tcMar>
              <w:top w:w="55" w:type="dxa"/>
              <w:left w:w="80" w:type="dxa"/>
              <w:bottom w:w="55" w:type="dxa"/>
              <w:right w:w="80" w:type="dxa"/>
            </w:tcMar>
            <w:vAlign w:val="center"/>
          </w:tcPr>
          <w:p w14:paraId="7F7A3F60" w14:textId="77777777" w:rsidR="00DB793E" w:rsidRDefault="00000000">
            <w:pPr>
              <w:jc w:val="center"/>
            </w:pPr>
            <w:r>
              <w:rPr>
                <w:rFonts w:eastAsia="Times New Roman" w:cs="Times New Roman"/>
                <w:sz w:val="14"/>
              </w:rPr>
              <w:t>3</w:t>
            </w:r>
          </w:p>
        </w:tc>
        <w:tc>
          <w:tcPr>
            <w:tcW w:w="1409" w:type="dxa"/>
            <w:tcMar>
              <w:top w:w="55" w:type="dxa"/>
              <w:left w:w="80" w:type="dxa"/>
              <w:bottom w:w="55" w:type="dxa"/>
              <w:right w:w="80" w:type="dxa"/>
            </w:tcMar>
            <w:vAlign w:val="center"/>
          </w:tcPr>
          <w:p w14:paraId="0FDE4794" w14:textId="77777777" w:rsidR="00DB793E" w:rsidRDefault="00000000">
            <w:pPr>
              <w:jc w:val="center"/>
            </w:pPr>
            <w:r>
              <w:rPr>
                <w:rFonts w:eastAsia="Times New Roman" w:cs="Times New Roman"/>
                <w:sz w:val="14"/>
              </w:rPr>
              <w:t>2</w:t>
            </w:r>
          </w:p>
        </w:tc>
        <w:tc>
          <w:tcPr>
            <w:tcW w:w="1409" w:type="dxa"/>
            <w:tcMar>
              <w:top w:w="55" w:type="dxa"/>
              <w:left w:w="80" w:type="dxa"/>
              <w:bottom w:w="55" w:type="dxa"/>
              <w:right w:w="80" w:type="dxa"/>
            </w:tcMar>
            <w:vAlign w:val="center"/>
          </w:tcPr>
          <w:p w14:paraId="5D6CBC6D" w14:textId="77777777" w:rsidR="00DB793E" w:rsidRDefault="00000000">
            <w:pPr>
              <w:jc w:val="center"/>
            </w:pPr>
            <w:r>
              <w:rPr>
                <w:rFonts w:eastAsia="Times New Roman" w:cs="Times New Roman"/>
                <w:sz w:val="14"/>
              </w:rPr>
              <w:t>1</w:t>
            </w:r>
          </w:p>
        </w:tc>
        <w:tc>
          <w:tcPr>
            <w:tcW w:w="1409" w:type="dxa"/>
            <w:tcMar>
              <w:top w:w="55" w:type="dxa"/>
              <w:left w:w="80" w:type="dxa"/>
              <w:bottom w:w="55" w:type="dxa"/>
              <w:right w:w="80" w:type="dxa"/>
            </w:tcMar>
            <w:vAlign w:val="center"/>
          </w:tcPr>
          <w:p w14:paraId="2F857C43" w14:textId="77777777" w:rsidR="00DB793E" w:rsidRDefault="00000000">
            <w:pPr>
              <w:jc w:val="center"/>
            </w:pPr>
            <w:r>
              <w:rPr>
                <w:rFonts w:eastAsia="Times New Roman" w:cs="Times New Roman"/>
                <w:sz w:val="14"/>
              </w:rPr>
              <w:t>0</w:t>
            </w:r>
          </w:p>
        </w:tc>
        <w:tc>
          <w:tcPr>
            <w:tcW w:w="1409" w:type="dxa"/>
            <w:tcMar>
              <w:top w:w="55" w:type="dxa"/>
              <w:left w:w="80" w:type="dxa"/>
              <w:bottom w:w="55" w:type="dxa"/>
              <w:right w:w="80" w:type="dxa"/>
            </w:tcMar>
            <w:vAlign w:val="center"/>
          </w:tcPr>
          <w:p w14:paraId="2EFCE7F0" w14:textId="77777777" w:rsidR="00DB793E" w:rsidRDefault="00000000">
            <w:pPr>
              <w:jc w:val="center"/>
            </w:pPr>
            <w:r>
              <w:rPr>
                <w:rFonts w:eastAsia="Times New Roman" w:cs="Times New Roman"/>
                <w:sz w:val="14"/>
              </w:rPr>
              <w:t>2</w:t>
            </w:r>
          </w:p>
        </w:tc>
        <w:tc>
          <w:tcPr>
            <w:tcW w:w="1409" w:type="dxa"/>
            <w:tcMar>
              <w:top w:w="55" w:type="dxa"/>
              <w:left w:w="80" w:type="dxa"/>
              <w:bottom w:w="55" w:type="dxa"/>
              <w:right w:w="80" w:type="dxa"/>
            </w:tcMar>
            <w:vAlign w:val="center"/>
          </w:tcPr>
          <w:p w14:paraId="375AB49C" w14:textId="77777777" w:rsidR="00DB793E" w:rsidRDefault="00000000">
            <w:pPr>
              <w:jc w:val="center"/>
            </w:pPr>
            <w:r>
              <w:rPr>
                <w:rFonts w:eastAsia="Times New Roman" w:cs="Times New Roman"/>
                <w:sz w:val="14"/>
              </w:rPr>
              <w:t>3</w:t>
            </w:r>
          </w:p>
        </w:tc>
        <w:tc>
          <w:tcPr>
            <w:tcW w:w="1409" w:type="dxa"/>
            <w:tcMar>
              <w:top w:w="55" w:type="dxa"/>
              <w:left w:w="80" w:type="dxa"/>
              <w:bottom w:w="55" w:type="dxa"/>
              <w:right w:w="80" w:type="dxa"/>
            </w:tcMar>
            <w:vAlign w:val="center"/>
          </w:tcPr>
          <w:p w14:paraId="2DCF9705" w14:textId="77777777" w:rsidR="00DB793E" w:rsidRDefault="00000000">
            <w:pPr>
              <w:jc w:val="center"/>
            </w:pPr>
            <w:r>
              <w:rPr>
                <w:rFonts w:eastAsia="Times New Roman" w:cs="Times New Roman"/>
                <w:sz w:val="14"/>
              </w:rPr>
              <w:t>2</w:t>
            </w:r>
          </w:p>
        </w:tc>
        <w:tc>
          <w:tcPr>
            <w:tcW w:w="1414" w:type="dxa"/>
            <w:tcMar>
              <w:top w:w="55" w:type="dxa"/>
              <w:left w:w="80" w:type="dxa"/>
              <w:bottom w:w="55" w:type="dxa"/>
              <w:right w:w="80" w:type="dxa"/>
            </w:tcMar>
            <w:vAlign w:val="center"/>
          </w:tcPr>
          <w:p w14:paraId="0FE16633" w14:textId="77777777" w:rsidR="00DB793E" w:rsidRDefault="00000000">
            <w:pPr>
              <w:jc w:val="center"/>
            </w:pPr>
            <w:r>
              <w:rPr>
                <w:rFonts w:eastAsia="Times New Roman" w:cs="Times New Roman"/>
                <w:sz w:val="14"/>
              </w:rPr>
              <w:t>0</w:t>
            </w:r>
          </w:p>
        </w:tc>
      </w:tr>
      <w:tr w:rsidR="00DB793E" w14:paraId="5BB12381" w14:textId="77777777">
        <w:trPr>
          <w:cantSplit/>
        </w:trPr>
        <w:tc>
          <w:tcPr>
            <w:tcW w:w="2979" w:type="dxa"/>
            <w:tcMar>
              <w:top w:w="55" w:type="dxa"/>
              <w:left w:w="80" w:type="dxa"/>
              <w:bottom w:w="55" w:type="dxa"/>
              <w:right w:w="80" w:type="dxa"/>
            </w:tcMar>
            <w:vAlign w:val="center"/>
          </w:tcPr>
          <w:p w14:paraId="6F3B57E1" w14:textId="77777777" w:rsidR="00DB793E" w:rsidRDefault="00000000">
            <w:r>
              <w:rPr>
                <w:rFonts w:eastAsia="Times New Roman" w:cs="Times New Roman"/>
                <w:sz w:val="14"/>
              </w:rPr>
              <w:t xml:space="preserve">Delayed </w:t>
            </w:r>
            <w:proofErr w:type="spellStart"/>
            <w:r>
              <w:rPr>
                <w:rFonts w:eastAsia="Times New Roman" w:cs="Times New Roman"/>
                <w:sz w:val="14"/>
              </w:rPr>
              <w:t>extubation</w:t>
            </w:r>
            <w:proofErr w:type="spellEnd"/>
          </w:p>
        </w:tc>
        <w:tc>
          <w:tcPr>
            <w:tcW w:w="1409" w:type="dxa"/>
            <w:tcMar>
              <w:top w:w="55" w:type="dxa"/>
              <w:left w:w="80" w:type="dxa"/>
              <w:bottom w:w="55" w:type="dxa"/>
              <w:right w:w="80" w:type="dxa"/>
            </w:tcMar>
            <w:vAlign w:val="center"/>
          </w:tcPr>
          <w:p w14:paraId="52A74BBF" w14:textId="77777777" w:rsidR="00DB793E" w:rsidRDefault="00000000">
            <w:pPr>
              <w:jc w:val="center"/>
            </w:pPr>
            <w:r>
              <w:rPr>
                <w:rFonts w:eastAsia="Times New Roman" w:cs="Times New Roman"/>
                <w:sz w:val="14"/>
              </w:rPr>
              <w:t>2</w:t>
            </w:r>
          </w:p>
        </w:tc>
        <w:tc>
          <w:tcPr>
            <w:tcW w:w="1409" w:type="dxa"/>
            <w:tcMar>
              <w:top w:w="55" w:type="dxa"/>
              <w:left w:w="80" w:type="dxa"/>
              <w:bottom w:w="55" w:type="dxa"/>
              <w:right w:w="80" w:type="dxa"/>
            </w:tcMar>
            <w:vAlign w:val="center"/>
          </w:tcPr>
          <w:p w14:paraId="7711C5B6" w14:textId="77777777" w:rsidR="00DB793E" w:rsidRDefault="00000000">
            <w:pPr>
              <w:jc w:val="center"/>
            </w:pPr>
            <w:r>
              <w:rPr>
                <w:rFonts w:eastAsia="Times New Roman" w:cs="Times New Roman"/>
                <w:sz w:val="14"/>
              </w:rPr>
              <w:t>7</w:t>
            </w:r>
          </w:p>
        </w:tc>
        <w:tc>
          <w:tcPr>
            <w:tcW w:w="1409" w:type="dxa"/>
            <w:tcMar>
              <w:top w:w="55" w:type="dxa"/>
              <w:left w:w="80" w:type="dxa"/>
              <w:bottom w:w="55" w:type="dxa"/>
              <w:right w:w="80" w:type="dxa"/>
            </w:tcMar>
            <w:vAlign w:val="center"/>
          </w:tcPr>
          <w:p w14:paraId="7FDAC376" w14:textId="77777777" w:rsidR="00DB793E" w:rsidRDefault="00000000">
            <w:pPr>
              <w:jc w:val="center"/>
            </w:pPr>
            <w:r>
              <w:rPr>
                <w:rFonts w:eastAsia="Times New Roman" w:cs="Times New Roman"/>
                <w:sz w:val="14"/>
              </w:rPr>
              <w:t>2</w:t>
            </w:r>
          </w:p>
        </w:tc>
        <w:tc>
          <w:tcPr>
            <w:tcW w:w="1409" w:type="dxa"/>
            <w:tcMar>
              <w:top w:w="55" w:type="dxa"/>
              <w:left w:w="80" w:type="dxa"/>
              <w:bottom w:w="55" w:type="dxa"/>
              <w:right w:w="80" w:type="dxa"/>
            </w:tcMar>
            <w:vAlign w:val="center"/>
          </w:tcPr>
          <w:p w14:paraId="068978E3" w14:textId="77777777" w:rsidR="00DB793E" w:rsidRDefault="00000000">
            <w:pPr>
              <w:jc w:val="center"/>
            </w:pPr>
            <w:r>
              <w:rPr>
                <w:rFonts w:eastAsia="Times New Roman" w:cs="Times New Roman"/>
                <w:sz w:val="14"/>
              </w:rPr>
              <w:t>1</w:t>
            </w:r>
          </w:p>
        </w:tc>
        <w:tc>
          <w:tcPr>
            <w:tcW w:w="1409" w:type="dxa"/>
            <w:tcMar>
              <w:top w:w="55" w:type="dxa"/>
              <w:left w:w="80" w:type="dxa"/>
              <w:bottom w:w="55" w:type="dxa"/>
              <w:right w:w="80" w:type="dxa"/>
            </w:tcMar>
            <w:vAlign w:val="center"/>
          </w:tcPr>
          <w:p w14:paraId="62EF490C" w14:textId="77777777" w:rsidR="00DB793E" w:rsidRDefault="00000000">
            <w:pPr>
              <w:jc w:val="center"/>
            </w:pPr>
            <w:r>
              <w:rPr>
                <w:rFonts w:eastAsia="Times New Roman" w:cs="Times New Roman"/>
                <w:sz w:val="14"/>
              </w:rPr>
              <w:t>4</w:t>
            </w:r>
          </w:p>
        </w:tc>
        <w:tc>
          <w:tcPr>
            <w:tcW w:w="1409" w:type="dxa"/>
            <w:tcMar>
              <w:top w:w="55" w:type="dxa"/>
              <w:left w:w="80" w:type="dxa"/>
              <w:bottom w:w="55" w:type="dxa"/>
              <w:right w:w="80" w:type="dxa"/>
            </w:tcMar>
            <w:vAlign w:val="center"/>
          </w:tcPr>
          <w:p w14:paraId="10D22E20" w14:textId="77777777" w:rsidR="00DB793E" w:rsidRDefault="00000000">
            <w:pPr>
              <w:jc w:val="center"/>
            </w:pPr>
            <w:r>
              <w:rPr>
                <w:rFonts w:eastAsia="Times New Roman" w:cs="Times New Roman"/>
                <w:sz w:val="14"/>
              </w:rPr>
              <w:t>3</w:t>
            </w:r>
          </w:p>
        </w:tc>
        <w:tc>
          <w:tcPr>
            <w:tcW w:w="1409" w:type="dxa"/>
            <w:tcMar>
              <w:top w:w="55" w:type="dxa"/>
              <w:left w:w="80" w:type="dxa"/>
              <w:bottom w:w="55" w:type="dxa"/>
              <w:right w:w="80" w:type="dxa"/>
            </w:tcMar>
            <w:vAlign w:val="center"/>
          </w:tcPr>
          <w:p w14:paraId="6A403027" w14:textId="77777777" w:rsidR="00DB793E" w:rsidRDefault="00000000">
            <w:pPr>
              <w:jc w:val="center"/>
            </w:pPr>
            <w:r>
              <w:rPr>
                <w:rFonts w:eastAsia="Times New Roman" w:cs="Times New Roman"/>
                <w:sz w:val="14"/>
              </w:rPr>
              <w:t>3</w:t>
            </w:r>
          </w:p>
        </w:tc>
        <w:tc>
          <w:tcPr>
            <w:tcW w:w="1414" w:type="dxa"/>
            <w:tcMar>
              <w:top w:w="55" w:type="dxa"/>
              <w:left w:w="80" w:type="dxa"/>
              <w:bottom w:w="55" w:type="dxa"/>
              <w:right w:w="80" w:type="dxa"/>
            </w:tcMar>
            <w:vAlign w:val="center"/>
          </w:tcPr>
          <w:p w14:paraId="3B8440A7" w14:textId="77777777" w:rsidR="00DB793E" w:rsidRDefault="00000000">
            <w:pPr>
              <w:jc w:val="center"/>
            </w:pPr>
            <w:r>
              <w:rPr>
                <w:rFonts w:eastAsia="Times New Roman" w:cs="Times New Roman"/>
                <w:sz w:val="14"/>
              </w:rPr>
              <w:t>0</w:t>
            </w:r>
          </w:p>
        </w:tc>
      </w:tr>
      <w:tr w:rsidR="00DB793E" w14:paraId="755AEE66" w14:textId="77777777">
        <w:trPr>
          <w:cantSplit/>
        </w:trPr>
        <w:tc>
          <w:tcPr>
            <w:tcW w:w="2979" w:type="dxa"/>
            <w:tcMar>
              <w:top w:w="55" w:type="dxa"/>
              <w:left w:w="80" w:type="dxa"/>
              <w:bottom w:w="55" w:type="dxa"/>
              <w:right w:w="80" w:type="dxa"/>
            </w:tcMar>
            <w:vAlign w:val="center"/>
          </w:tcPr>
          <w:p w14:paraId="35ABE7BA" w14:textId="77777777" w:rsidR="00DB793E" w:rsidRDefault="00000000">
            <w:r>
              <w:rPr>
                <w:rFonts w:eastAsia="Times New Roman" w:cs="Times New Roman"/>
                <w:sz w:val="14"/>
              </w:rPr>
              <w:t>Respiratory failure</w:t>
            </w:r>
          </w:p>
        </w:tc>
        <w:tc>
          <w:tcPr>
            <w:tcW w:w="1409" w:type="dxa"/>
            <w:tcMar>
              <w:top w:w="55" w:type="dxa"/>
              <w:left w:w="80" w:type="dxa"/>
              <w:bottom w:w="55" w:type="dxa"/>
              <w:right w:w="80" w:type="dxa"/>
            </w:tcMar>
            <w:vAlign w:val="center"/>
          </w:tcPr>
          <w:p w14:paraId="1EE59893" w14:textId="77777777" w:rsidR="00DB793E" w:rsidRDefault="00000000">
            <w:pPr>
              <w:jc w:val="center"/>
            </w:pPr>
            <w:r>
              <w:rPr>
                <w:rFonts w:eastAsia="Times New Roman" w:cs="Times New Roman"/>
                <w:sz w:val="14"/>
              </w:rPr>
              <w:t>1</w:t>
            </w:r>
          </w:p>
        </w:tc>
        <w:tc>
          <w:tcPr>
            <w:tcW w:w="1409" w:type="dxa"/>
            <w:tcMar>
              <w:top w:w="55" w:type="dxa"/>
              <w:left w:w="80" w:type="dxa"/>
              <w:bottom w:w="55" w:type="dxa"/>
              <w:right w:w="80" w:type="dxa"/>
            </w:tcMar>
            <w:vAlign w:val="center"/>
          </w:tcPr>
          <w:p w14:paraId="691AF63F" w14:textId="77777777" w:rsidR="00DB793E" w:rsidRDefault="00000000">
            <w:pPr>
              <w:jc w:val="center"/>
            </w:pPr>
            <w:r>
              <w:rPr>
                <w:rFonts w:eastAsia="Times New Roman" w:cs="Times New Roman"/>
                <w:sz w:val="14"/>
              </w:rPr>
              <w:t>2</w:t>
            </w:r>
          </w:p>
        </w:tc>
        <w:tc>
          <w:tcPr>
            <w:tcW w:w="1409" w:type="dxa"/>
            <w:tcMar>
              <w:top w:w="55" w:type="dxa"/>
              <w:left w:w="80" w:type="dxa"/>
              <w:bottom w:w="55" w:type="dxa"/>
              <w:right w:w="80" w:type="dxa"/>
            </w:tcMar>
            <w:vAlign w:val="center"/>
          </w:tcPr>
          <w:p w14:paraId="4A65CD97" w14:textId="77777777" w:rsidR="00DB793E" w:rsidRDefault="00000000">
            <w:pPr>
              <w:jc w:val="center"/>
            </w:pPr>
            <w:r>
              <w:rPr>
                <w:rFonts w:eastAsia="Times New Roman" w:cs="Times New Roman"/>
                <w:sz w:val="14"/>
              </w:rPr>
              <w:t>3</w:t>
            </w:r>
          </w:p>
        </w:tc>
        <w:tc>
          <w:tcPr>
            <w:tcW w:w="1409" w:type="dxa"/>
            <w:tcMar>
              <w:top w:w="55" w:type="dxa"/>
              <w:left w:w="80" w:type="dxa"/>
              <w:bottom w:w="55" w:type="dxa"/>
              <w:right w:w="80" w:type="dxa"/>
            </w:tcMar>
            <w:vAlign w:val="center"/>
          </w:tcPr>
          <w:p w14:paraId="3E8CF99D" w14:textId="77777777" w:rsidR="00DB793E" w:rsidRDefault="00000000">
            <w:pPr>
              <w:jc w:val="center"/>
            </w:pPr>
            <w:r>
              <w:rPr>
                <w:rFonts w:eastAsia="Times New Roman" w:cs="Times New Roman"/>
                <w:sz w:val="14"/>
              </w:rPr>
              <w:t>0</w:t>
            </w:r>
          </w:p>
        </w:tc>
        <w:tc>
          <w:tcPr>
            <w:tcW w:w="1409" w:type="dxa"/>
            <w:tcMar>
              <w:top w:w="55" w:type="dxa"/>
              <w:left w:w="80" w:type="dxa"/>
              <w:bottom w:w="55" w:type="dxa"/>
              <w:right w:w="80" w:type="dxa"/>
            </w:tcMar>
            <w:vAlign w:val="center"/>
          </w:tcPr>
          <w:p w14:paraId="4150DB1F" w14:textId="77777777" w:rsidR="00DB793E" w:rsidRDefault="00000000">
            <w:pPr>
              <w:jc w:val="center"/>
            </w:pPr>
            <w:r>
              <w:rPr>
                <w:rFonts w:eastAsia="Times New Roman" w:cs="Times New Roman"/>
                <w:sz w:val="14"/>
              </w:rPr>
              <w:t>3</w:t>
            </w:r>
          </w:p>
        </w:tc>
        <w:tc>
          <w:tcPr>
            <w:tcW w:w="1409" w:type="dxa"/>
            <w:tcMar>
              <w:top w:w="55" w:type="dxa"/>
              <w:left w:w="80" w:type="dxa"/>
              <w:bottom w:w="55" w:type="dxa"/>
              <w:right w:w="80" w:type="dxa"/>
            </w:tcMar>
            <w:vAlign w:val="center"/>
          </w:tcPr>
          <w:p w14:paraId="55F2FAFE" w14:textId="77777777" w:rsidR="00DB793E" w:rsidRDefault="00000000">
            <w:pPr>
              <w:jc w:val="center"/>
            </w:pPr>
            <w:r>
              <w:rPr>
                <w:rFonts w:eastAsia="Times New Roman" w:cs="Times New Roman"/>
                <w:sz w:val="14"/>
              </w:rPr>
              <w:t>2</w:t>
            </w:r>
          </w:p>
        </w:tc>
        <w:tc>
          <w:tcPr>
            <w:tcW w:w="1409" w:type="dxa"/>
            <w:tcMar>
              <w:top w:w="55" w:type="dxa"/>
              <w:left w:w="80" w:type="dxa"/>
              <w:bottom w:w="55" w:type="dxa"/>
              <w:right w:w="80" w:type="dxa"/>
            </w:tcMar>
            <w:vAlign w:val="center"/>
          </w:tcPr>
          <w:p w14:paraId="6593CE18" w14:textId="77777777" w:rsidR="00DB793E" w:rsidRDefault="00000000">
            <w:pPr>
              <w:jc w:val="center"/>
            </w:pPr>
            <w:r>
              <w:rPr>
                <w:rFonts w:eastAsia="Times New Roman" w:cs="Times New Roman"/>
                <w:sz w:val="14"/>
              </w:rPr>
              <w:t>1</w:t>
            </w:r>
          </w:p>
        </w:tc>
        <w:tc>
          <w:tcPr>
            <w:tcW w:w="1414" w:type="dxa"/>
            <w:tcMar>
              <w:top w:w="55" w:type="dxa"/>
              <w:left w:w="80" w:type="dxa"/>
              <w:bottom w:w="55" w:type="dxa"/>
              <w:right w:w="80" w:type="dxa"/>
            </w:tcMar>
            <w:vAlign w:val="center"/>
          </w:tcPr>
          <w:p w14:paraId="7256572B" w14:textId="77777777" w:rsidR="00DB793E" w:rsidRDefault="00000000">
            <w:pPr>
              <w:jc w:val="center"/>
            </w:pPr>
            <w:r>
              <w:rPr>
                <w:rFonts w:eastAsia="Times New Roman" w:cs="Times New Roman"/>
                <w:sz w:val="14"/>
              </w:rPr>
              <w:t>0</w:t>
            </w:r>
          </w:p>
        </w:tc>
      </w:tr>
      <w:tr w:rsidR="00DB793E" w14:paraId="379FA311" w14:textId="77777777">
        <w:trPr>
          <w:cantSplit/>
        </w:trPr>
        <w:tc>
          <w:tcPr>
            <w:tcW w:w="2979" w:type="dxa"/>
            <w:tcMar>
              <w:top w:w="55" w:type="dxa"/>
              <w:left w:w="80" w:type="dxa"/>
              <w:bottom w:w="55" w:type="dxa"/>
              <w:right w:w="80" w:type="dxa"/>
            </w:tcMar>
            <w:vAlign w:val="center"/>
          </w:tcPr>
          <w:p w14:paraId="3C78C0E8" w14:textId="77777777" w:rsidR="00DB793E" w:rsidRDefault="00000000">
            <w:r>
              <w:rPr>
                <w:rFonts w:eastAsia="Times New Roman" w:cs="Times New Roman"/>
                <w:sz w:val="14"/>
              </w:rPr>
              <w:t>Reintubation</w:t>
            </w:r>
          </w:p>
        </w:tc>
        <w:tc>
          <w:tcPr>
            <w:tcW w:w="1409" w:type="dxa"/>
            <w:tcMar>
              <w:top w:w="55" w:type="dxa"/>
              <w:left w:w="80" w:type="dxa"/>
              <w:bottom w:w="55" w:type="dxa"/>
              <w:right w:w="80" w:type="dxa"/>
            </w:tcMar>
            <w:vAlign w:val="center"/>
          </w:tcPr>
          <w:p w14:paraId="7F8D55E0" w14:textId="77777777" w:rsidR="00DB793E" w:rsidRDefault="00000000">
            <w:pPr>
              <w:jc w:val="center"/>
            </w:pPr>
            <w:r>
              <w:rPr>
                <w:rFonts w:eastAsia="Times New Roman" w:cs="Times New Roman"/>
                <w:sz w:val="14"/>
              </w:rPr>
              <w:t>0</w:t>
            </w:r>
          </w:p>
        </w:tc>
        <w:tc>
          <w:tcPr>
            <w:tcW w:w="1409" w:type="dxa"/>
            <w:tcMar>
              <w:top w:w="55" w:type="dxa"/>
              <w:left w:w="80" w:type="dxa"/>
              <w:bottom w:w="55" w:type="dxa"/>
              <w:right w:w="80" w:type="dxa"/>
            </w:tcMar>
            <w:vAlign w:val="center"/>
          </w:tcPr>
          <w:p w14:paraId="6C246B28" w14:textId="77777777" w:rsidR="00DB793E" w:rsidRDefault="00000000">
            <w:pPr>
              <w:jc w:val="center"/>
            </w:pPr>
            <w:r>
              <w:rPr>
                <w:rFonts w:eastAsia="Times New Roman" w:cs="Times New Roman"/>
                <w:sz w:val="14"/>
              </w:rPr>
              <w:t>1</w:t>
            </w:r>
          </w:p>
        </w:tc>
        <w:tc>
          <w:tcPr>
            <w:tcW w:w="1409" w:type="dxa"/>
            <w:tcMar>
              <w:top w:w="55" w:type="dxa"/>
              <w:left w:w="80" w:type="dxa"/>
              <w:bottom w:w="55" w:type="dxa"/>
              <w:right w:w="80" w:type="dxa"/>
            </w:tcMar>
            <w:vAlign w:val="center"/>
          </w:tcPr>
          <w:p w14:paraId="4C2FD63E" w14:textId="77777777" w:rsidR="00DB793E" w:rsidRDefault="00000000">
            <w:pPr>
              <w:jc w:val="center"/>
            </w:pPr>
            <w:r>
              <w:rPr>
                <w:rFonts w:eastAsia="Times New Roman" w:cs="Times New Roman"/>
                <w:sz w:val="14"/>
              </w:rPr>
              <w:t>0</w:t>
            </w:r>
          </w:p>
        </w:tc>
        <w:tc>
          <w:tcPr>
            <w:tcW w:w="1409" w:type="dxa"/>
            <w:tcMar>
              <w:top w:w="55" w:type="dxa"/>
              <w:left w:w="80" w:type="dxa"/>
              <w:bottom w:w="55" w:type="dxa"/>
              <w:right w:w="80" w:type="dxa"/>
            </w:tcMar>
            <w:vAlign w:val="center"/>
          </w:tcPr>
          <w:p w14:paraId="623AD3F9" w14:textId="77777777" w:rsidR="00DB793E" w:rsidRDefault="00000000">
            <w:pPr>
              <w:jc w:val="center"/>
            </w:pPr>
            <w:r>
              <w:rPr>
                <w:rFonts w:eastAsia="Times New Roman" w:cs="Times New Roman"/>
                <w:sz w:val="14"/>
              </w:rPr>
              <w:t>1</w:t>
            </w:r>
          </w:p>
        </w:tc>
        <w:tc>
          <w:tcPr>
            <w:tcW w:w="1409" w:type="dxa"/>
            <w:tcMar>
              <w:top w:w="55" w:type="dxa"/>
              <w:left w:w="80" w:type="dxa"/>
              <w:bottom w:w="55" w:type="dxa"/>
              <w:right w:w="80" w:type="dxa"/>
            </w:tcMar>
            <w:vAlign w:val="center"/>
          </w:tcPr>
          <w:p w14:paraId="05E2F44B" w14:textId="77777777" w:rsidR="00DB793E" w:rsidRDefault="00000000">
            <w:pPr>
              <w:jc w:val="center"/>
            </w:pPr>
            <w:r>
              <w:rPr>
                <w:rFonts w:eastAsia="Times New Roman" w:cs="Times New Roman"/>
                <w:sz w:val="14"/>
              </w:rPr>
              <w:t>1</w:t>
            </w:r>
          </w:p>
        </w:tc>
        <w:tc>
          <w:tcPr>
            <w:tcW w:w="1409" w:type="dxa"/>
            <w:tcMar>
              <w:top w:w="55" w:type="dxa"/>
              <w:left w:w="80" w:type="dxa"/>
              <w:bottom w:w="55" w:type="dxa"/>
              <w:right w:w="80" w:type="dxa"/>
            </w:tcMar>
            <w:vAlign w:val="center"/>
          </w:tcPr>
          <w:p w14:paraId="6EC285E2" w14:textId="77777777" w:rsidR="00DB793E" w:rsidRDefault="00000000">
            <w:pPr>
              <w:jc w:val="center"/>
            </w:pPr>
            <w:r>
              <w:rPr>
                <w:rFonts w:eastAsia="Times New Roman" w:cs="Times New Roman"/>
                <w:sz w:val="14"/>
              </w:rPr>
              <w:t>0</w:t>
            </w:r>
          </w:p>
        </w:tc>
        <w:tc>
          <w:tcPr>
            <w:tcW w:w="1409" w:type="dxa"/>
            <w:tcMar>
              <w:top w:w="55" w:type="dxa"/>
              <w:left w:w="80" w:type="dxa"/>
              <w:bottom w:w="55" w:type="dxa"/>
              <w:right w:w="80" w:type="dxa"/>
            </w:tcMar>
            <w:vAlign w:val="center"/>
          </w:tcPr>
          <w:p w14:paraId="3797287C" w14:textId="77777777" w:rsidR="00DB793E" w:rsidRDefault="00000000">
            <w:pPr>
              <w:jc w:val="center"/>
            </w:pPr>
            <w:r>
              <w:rPr>
                <w:rFonts w:eastAsia="Times New Roman" w:cs="Times New Roman"/>
                <w:sz w:val="14"/>
              </w:rPr>
              <w:t>0</w:t>
            </w:r>
          </w:p>
        </w:tc>
        <w:tc>
          <w:tcPr>
            <w:tcW w:w="1414" w:type="dxa"/>
            <w:tcMar>
              <w:top w:w="55" w:type="dxa"/>
              <w:left w:w="80" w:type="dxa"/>
              <w:bottom w:w="55" w:type="dxa"/>
              <w:right w:w="80" w:type="dxa"/>
            </w:tcMar>
            <w:vAlign w:val="center"/>
          </w:tcPr>
          <w:p w14:paraId="3CF900C7" w14:textId="77777777" w:rsidR="00DB793E" w:rsidRDefault="00000000">
            <w:pPr>
              <w:jc w:val="center"/>
            </w:pPr>
            <w:r>
              <w:rPr>
                <w:rFonts w:eastAsia="Times New Roman" w:cs="Times New Roman"/>
                <w:sz w:val="14"/>
              </w:rPr>
              <w:t>0</w:t>
            </w:r>
          </w:p>
        </w:tc>
      </w:tr>
      <w:tr w:rsidR="00DB793E" w14:paraId="2EDF5C3D" w14:textId="77777777">
        <w:trPr>
          <w:cantSplit/>
        </w:trPr>
        <w:tc>
          <w:tcPr>
            <w:tcW w:w="2979" w:type="dxa"/>
            <w:tcMar>
              <w:top w:w="55" w:type="dxa"/>
              <w:left w:w="80" w:type="dxa"/>
              <w:bottom w:w="55" w:type="dxa"/>
              <w:right w:w="80" w:type="dxa"/>
            </w:tcMar>
            <w:vAlign w:val="center"/>
          </w:tcPr>
          <w:p w14:paraId="023F95AD" w14:textId="77777777" w:rsidR="00DB793E" w:rsidRDefault="00000000">
            <w:r>
              <w:rPr>
                <w:rFonts w:eastAsia="Times New Roman" w:cs="Times New Roman"/>
                <w:sz w:val="14"/>
              </w:rPr>
              <w:t>ICU event</w:t>
            </w:r>
          </w:p>
        </w:tc>
        <w:tc>
          <w:tcPr>
            <w:tcW w:w="1409" w:type="dxa"/>
            <w:tcMar>
              <w:top w:w="55" w:type="dxa"/>
              <w:left w:w="80" w:type="dxa"/>
              <w:bottom w:w="55" w:type="dxa"/>
              <w:right w:w="80" w:type="dxa"/>
            </w:tcMar>
            <w:vAlign w:val="center"/>
          </w:tcPr>
          <w:p w14:paraId="5C5DC0CC" w14:textId="77777777" w:rsidR="00DB793E" w:rsidRDefault="00000000">
            <w:pPr>
              <w:jc w:val="center"/>
            </w:pPr>
            <w:r>
              <w:rPr>
                <w:rFonts w:eastAsia="Times New Roman" w:cs="Times New Roman"/>
                <w:sz w:val="14"/>
              </w:rPr>
              <w:t>2</w:t>
            </w:r>
          </w:p>
        </w:tc>
        <w:tc>
          <w:tcPr>
            <w:tcW w:w="1409" w:type="dxa"/>
            <w:tcMar>
              <w:top w:w="55" w:type="dxa"/>
              <w:left w:w="80" w:type="dxa"/>
              <w:bottom w:w="55" w:type="dxa"/>
              <w:right w:w="80" w:type="dxa"/>
            </w:tcMar>
            <w:vAlign w:val="center"/>
          </w:tcPr>
          <w:p w14:paraId="13BA3FBC" w14:textId="77777777" w:rsidR="00DB793E" w:rsidRDefault="00000000">
            <w:pPr>
              <w:jc w:val="center"/>
            </w:pPr>
            <w:r>
              <w:rPr>
                <w:rFonts w:eastAsia="Times New Roman" w:cs="Times New Roman"/>
                <w:sz w:val="14"/>
              </w:rPr>
              <w:t>4</w:t>
            </w:r>
          </w:p>
        </w:tc>
        <w:tc>
          <w:tcPr>
            <w:tcW w:w="1409" w:type="dxa"/>
            <w:tcMar>
              <w:top w:w="55" w:type="dxa"/>
              <w:left w:w="80" w:type="dxa"/>
              <w:bottom w:w="55" w:type="dxa"/>
              <w:right w:w="80" w:type="dxa"/>
            </w:tcMar>
            <w:vAlign w:val="center"/>
          </w:tcPr>
          <w:p w14:paraId="6B2BCFCF" w14:textId="77777777" w:rsidR="00DB793E" w:rsidRDefault="00000000">
            <w:pPr>
              <w:jc w:val="center"/>
            </w:pPr>
            <w:r>
              <w:rPr>
                <w:rFonts w:eastAsia="Times New Roman" w:cs="Times New Roman"/>
                <w:sz w:val="14"/>
              </w:rPr>
              <w:t>3</w:t>
            </w:r>
          </w:p>
        </w:tc>
        <w:tc>
          <w:tcPr>
            <w:tcW w:w="1409" w:type="dxa"/>
            <w:tcMar>
              <w:top w:w="55" w:type="dxa"/>
              <w:left w:w="80" w:type="dxa"/>
              <w:bottom w:w="55" w:type="dxa"/>
              <w:right w:w="80" w:type="dxa"/>
            </w:tcMar>
            <w:vAlign w:val="center"/>
          </w:tcPr>
          <w:p w14:paraId="0AD0211A" w14:textId="77777777" w:rsidR="00DB793E" w:rsidRDefault="00000000">
            <w:pPr>
              <w:jc w:val="center"/>
            </w:pPr>
            <w:r>
              <w:rPr>
                <w:rFonts w:eastAsia="Times New Roman" w:cs="Times New Roman"/>
                <w:sz w:val="14"/>
              </w:rPr>
              <w:t>1</w:t>
            </w:r>
          </w:p>
        </w:tc>
        <w:tc>
          <w:tcPr>
            <w:tcW w:w="1409" w:type="dxa"/>
            <w:tcMar>
              <w:top w:w="55" w:type="dxa"/>
              <w:left w:w="80" w:type="dxa"/>
              <w:bottom w:w="55" w:type="dxa"/>
              <w:right w:w="80" w:type="dxa"/>
            </w:tcMar>
            <w:vAlign w:val="center"/>
          </w:tcPr>
          <w:p w14:paraId="6D92A14F" w14:textId="77777777" w:rsidR="00DB793E" w:rsidRDefault="00000000">
            <w:pPr>
              <w:jc w:val="center"/>
            </w:pPr>
            <w:r>
              <w:rPr>
                <w:rFonts w:eastAsia="Times New Roman" w:cs="Times New Roman"/>
                <w:sz w:val="14"/>
              </w:rPr>
              <w:t>24</w:t>
            </w:r>
          </w:p>
        </w:tc>
        <w:tc>
          <w:tcPr>
            <w:tcW w:w="1409" w:type="dxa"/>
            <w:tcMar>
              <w:top w:w="55" w:type="dxa"/>
              <w:left w:w="80" w:type="dxa"/>
              <w:bottom w:w="55" w:type="dxa"/>
              <w:right w:w="80" w:type="dxa"/>
            </w:tcMar>
            <w:vAlign w:val="center"/>
          </w:tcPr>
          <w:p w14:paraId="2D433CC0" w14:textId="77777777" w:rsidR="00DB793E" w:rsidRDefault="00000000">
            <w:pPr>
              <w:jc w:val="center"/>
            </w:pPr>
            <w:r>
              <w:rPr>
                <w:rFonts w:eastAsia="Times New Roman" w:cs="Times New Roman"/>
                <w:sz w:val="14"/>
              </w:rPr>
              <w:t>5</w:t>
            </w:r>
          </w:p>
        </w:tc>
        <w:tc>
          <w:tcPr>
            <w:tcW w:w="1409" w:type="dxa"/>
            <w:tcMar>
              <w:top w:w="55" w:type="dxa"/>
              <w:left w:w="80" w:type="dxa"/>
              <w:bottom w:w="55" w:type="dxa"/>
              <w:right w:w="80" w:type="dxa"/>
            </w:tcMar>
            <w:vAlign w:val="center"/>
          </w:tcPr>
          <w:p w14:paraId="077E5EB5" w14:textId="77777777" w:rsidR="00DB793E" w:rsidRDefault="00000000">
            <w:pPr>
              <w:jc w:val="center"/>
            </w:pPr>
            <w:r>
              <w:rPr>
                <w:rFonts w:eastAsia="Times New Roman" w:cs="Times New Roman"/>
                <w:sz w:val="14"/>
              </w:rPr>
              <w:t>4</w:t>
            </w:r>
          </w:p>
        </w:tc>
        <w:tc>
          <w:tcPr>
            <w:tcW w:w="1414" w:type="dxa"/>
            <w:tcMar>
              <w:top w:w="55" w:type="dxa"/>
              <w:left w:w="80" w:type="dxa"/>
              <w:bottom w:w="55" w:type="dxa"/>
              <w:right w:w="80" w:type="dxa"/>
            </w:tcMar>
            <w:vAlign w:val="center"/>
          </w:tcPr>
          <w:p w14:paraId="1603E7C6" w14:textId="77777777" w:rsidR="00DB793E" w:rsidRDefault="00000000">
            <w:pPr>
              <w:jc w:val="center"/>
            </w:pPr>
            <w:r>
              <w:rPr>
                <w:rFonts w:eastAsia="Times New Roman" w:cs="Times New Roman"/>
                <w:sz w:val="14"/>
              </w:rPr>
              <w:t>0</w:t>
            </w:r>
          </w:p>
        </w:tc>
      </w:tr>
      <w:tr w:rsidR="00DB793E" w14:paraId="49BC89F0" w14:textId="77777777">
        <w:trPr>
          <w:cantSplit/>
        </w:trPr>
        <w:tc>
          <w:tcPr>
            <w:tcW w:w="2979" w:type="dxa"/>
            <w:tcMar>
              <w:top w:w="55" w:type="dxa"/>
              <w:left w:w="80" w:type="dxa"/>
              <w:bottom w:w="55" w:type="dxa"/>
              <w:right w:w="80" w:type="dxa"/>
            </w:tcMar>
            <w:vAlign w:val="center"/>
          </w:tcPr>
          <w:p w14:paraId="49E26AAC" w14:textId="77777777" w:rsidR="00DB793E" w:rsidRDefault="00000000">
            <w:r>
              <w:rPr>
                <w:rFonts w:eastAsia="Times New Roman" w:cs="Times New Roman"/>
                <w:sz w:val="14"/>
              </w:rPr>
              <w:t>MG worsening</w:t>
            </w:r>
          </w:p>
        </w:tc>
        <w:tc>
          <w:tcPr>
            <w:tcW w:w="1409" w:type="dxa"/>
            <w:tcMar>
              <w:top w:w="55" w:type="dxa"/>
              <w:left w:w="80" w:type="dxa"/>
              <w:bottom w:w="55" w:type="dxa"/>
              <w:right w:w="80" w:type="dxa"/>
            </w:tcMar>
            <w:vAlign w:val="center"/>
          </w:tcPr>
          <w:p w14:paraId="0E233283" w14:textId="77777777" w:rsidR="00DB793E" w:rsidRDefault="00000000">
            <w:pPr>
              <w:jc w:val="center"/>
            </w:pPr>
            <w:r>
              <w:rPr>
                <w:rFonts w:eastAsia="Times New Roman" w:cs="Times New Roman"/>
                <w:sz w:val="14"/>
              </w:rPr>
              <w:t>3</w:t>
            </w:r>
          </w:p>
        </w:tc>
        <w:tc>
          <w:tcPr>
            <w:tcW w:w="1409" w:type="dxa"/>
            <w:tcMar>
              <w:top w:w="55" w:type="dxa"/>
              <w:left w:w="80" w:type="dxa"/>
              <w:bottom w:w="55" w:type="dxa"/>
              <w:right w:w="80" w:type="dxa"/>
            </w:tcMar>
            <w:vAlign w:val="center"/>
          </w:tcPr>
          <w:p w14:paraId="77557FE3" w14:textId="77777777" w:rsidR="00DB793E" w:rsidRDefault="00000000">
            <w:pPr>
              <w:jc w:val="center"/>
            </w:pPr>
            <w:r>
              <w:rPr>
                <w:rFonts w:eastAsia="Times New Roman" w:cs="Times New Roman"/>
                <w:sz w:val="14"/>
              </w:rPr>
              <w:t>3</w:t>
            </w:r>
          </w:p>
        </w:tc>
        <w:tc>
          <w:tcPr>
            <w:tcW w:w="1409" w:type="dxa"/>
            <w:tcMar>
              <w:top w:w="55" w:type="dxa"/>
              <w:left w:w="80" w:type="dxa"/>
              <w:bottom w:w="55" w:type="dxa"/>
              <w:right w:w="80" w:type="dxa"/>
            </w:tcMar>
            <w:vAlign w:val="center"/>
          </w:tcPr>
          <w:p w14:paraId="26181F6D" w14:textId="77777777" w:rsidR="00DB793E" w:rsidRDefault="00000000">
            <w:pPr>
              <w:jc w:val="center"/>
            </w:pPr>
            <w:r>
              <w:rPr>
                <w:rFonts w:eastAsia="Times New Roman" w:cs="Times New Roman"/>
                <w:sz w:val="14"/>
              </w:rPr>
              <w:t>2</w:t>
            </w:r>
          </w:p>
        </w:tc>
        <w:tc>
          <w:tcPr>
            <w:tcW w:w="1409" w:type="dxa"/>
            <w:tcMar>
              <w:top w:w="55" w:type="dxa"/>
              <w:left w:w="80" w:type="dxa"/>
              <w:bottom w:w="55" w:type="dxa"/>
              <w:right w:w="80" w:type="dxa"/>
            </w:tcMar>
            <w:vAlign w:val="center"/>
          </w:tcPr>
          <w:p w14:paraId="067A6B19" w14:textId="77777777" w:rsidR="00DB793E" w:rsidRDefault="00000000">
            <w:pPr>
              <w:jc w:val="center"/>
            </w:pPr>
            <w:r>
              <w:rPr>
                <w:rFonts w:eastAsia="Times New Roman" w:cs="Times New Roman"/>
                <w:sz w:val="14"/>
              </w:rPr>
              <w:t>0</w:t>
            </w:r>
          </w:p>
        </w:tc>
        <w:tc>
          <w:tcPr>
            <w:tcW w:w="1409" w:type="dxa"/>
            <w:tcMar>
              <w:top w:w="55" w:type="dxa"/>
              <w:left w:w="80" w:type="dxa"/>
              <w:bottom w:w="55" w:type="dxa"/>
              <w:right w:w="80" w:type="dxa"/>
            </w:tcMar>
            <w:vAlign w:val="center"/>
          </w:tcPr>
          <w:p w14:paraId="216B5109" w14:textId="77777777" w:rsidR="00DB793E" w:rsidRDefault="00000000">
            <w:pPr>
              <w:jc w:val="center"/>
            </w:pPr>
            <w:r>
              <w:rPr>
                <w:rFonts w:eastAsia="Times New Roman" w:cs="Times New Roman"/>
                <w:sz w:val="14"/>
              </w:rPr>
              <w:t>5</w:t>
            </w:r>
          </w:p>
        </w:tc>
        <w:tc>
          <w:tcPr>
            <w:tcW w:w="1409" w:type="dxa"/>
            <w:tcMar>
              <w:top w:w="55" w:type="dxa"/>
              <w:left w:w="80" w:type="dxa"/>
              <w:bottom w:w="55" w:type="dxa"/>
              <w:right w:w="80" w:type="dxa"/>
            </w:tcMar>
            <w:vAlign w:val="center"/>
          </w:tcPr>
          <w:p w14:paraId="2D108D87" w14:textId="77777777" w:rsidR="00DB793E" w:rsidRDefault="00000000">
            <w:pPr>
              <w:jc w:val="center"/>
            </w:pPr>
            <w:r>
              <w:rPr>
                <w:rFonts w:eastAsia="Times New Roman" w:cs="Times New Roman"/>
                <w:sz w:val="14"/>
              </w:rPr>
              <w:t>14</w:t>
            </w:r>
          </w:p>
        </w:tc>
        <w:tc>
          <w:tcPr>
            <w:tcW w:w="1409" w:type="dxa"/>
            <w:tcMar>
              <w:top w:w="55" w:type="dxa"/>
              <w:left w:w="80" w:type="dxa"/>
              <w:bottom w:w="55" w:type="dxa"/>
              <w:right w:w="80" w:type="dxa"/>
            </w:tcMar>
            <w:vAlign w:val="center"/>
          </w:tcPr>
          <w:p w14:paraId="6F1243EA" w14:textId="77777777" w:rsidR="00DB793E" w:rsidRDefault="00000000">
            <w:pPr>
              <w:jc w:val="center"/>
            </w:pPr>
            <w:r>
              <w:rPr>
                <w:rFonts w:eastAsia="Times New Roman" w:cs="Times New Roman"/>
                <w:sz w:val="14"/>
              </w:rPr>
              <w:t>4</w:t>
            </w:r>
          </w:p>
        </w:tc>
        <w:tc>
          <w:tcPr>
            <w:tcW w:w="1414" w:type="dxa"/>
            <w:tcMar>
              <w:top w:w="55" w:type="dxa"/>
              <w:left w:w="80" w:type="dxa"/>
              <w:bottom w:w="55" w:type="dxa"/>
              <w:right w:w="80" w:type="dxa"/>
            </w:tcMar>
            <w:vAlign w:val="center"/>
          </w:tcPr>
          <w:p w14:paraId="2AC459FA" w14:textId="77777777" w:rsidR="00DB793E" w:rsidRDefault="00000000">
            <w:pPr>
              <w:jc w:val="center"/>
            </w:pPr>
            <w:r>
              <w:rPr>
                <w:rFonts w:eastAsia="Times New Roman" w:cs="Times New Roman"/>
                <w:sz w:val="14"/>
              </w:rPr>
              <w:t>0</w:t>
            </w:r>
          </w:p>
        </w:tc>
      </w:tr>
      <w:tr w:rsidR="00DB793E" w14:paraId="0BF0D7AA" w14:textId="77777777">
        <w:trPr>
          <w:cantSplit/>
        </w:trPr>
        <w:tc>
          <w:tcPr>
            <w:tcW w:w="2979" w:type="dxa"/>
            <w:tcMar>
              <w:top w:w="55" w:type="dxa"/>
              <w:left w:w="80" w:type="dxa"/>
              <w:bottom w:w="55" w:type="dxa"/>
              <w:right w:w="80" w:type="dxa"/>
            </w:tcMar>
            <w:vAlign w:val="center"/>
          </w:tcPr>
          <w:p w14:paraId="610485EA" w14:textId="77777777" w:rsidR="00DB793E" w:rsidRDefault="00000000">
            <w:r>
              <w:rPr>
                <w:rFonts w:eastAsia="Times New Roman" w:cs="Times New Roman"/>
                <w:sz w:val="14"/>
              </w:rPr>
              <w:t>IVIG/PLEX</w:t>
            </w:r>
          </w:p>
        </w:tc>
        <w:tc>
          <w:tcPr>
            <w:tcW w:w="1409" w:type="dxa"/>
            <w:tcMar>
              <w:top w:w="55" w:type="dxa"/>
              <w:left w:w="80" w:type="dxa"/>
              <w:bottom w:w="55" w:type="dxa"/>
              <w:right w:w="80" w:type="dxa"/>
            </w:tcMar>
            <w:vAlign w:val="center"/>
          </w:tcPr>
          <w:p w14:paraId="05925806" w14:textId="77777777" w:rsidR="00DB793E" w:rsidRDefault="00000000">
            <w:pPr>
              <w:jc w:val="center"/>
            </w:pPr>
            <w:r>
              <w:rPr>
                <w:rFonts w:eastAsia="Times New Roman" w:cs="Times New Roman"/>
                <w:sz w:val="14"/>
              </w:rPr>
              <w:t>2</w:t>
            </w:r>
          </w:p>
        </w:tc>
        <w:tc>
          <w:tcPr>
            <w:tcW w:w="1409" w:type="dxa"/>
            <w:tcMar>
              <w:top w:w="55" w:type="dxa"/>
              <w:left w:w="80" w:type="dxa"/>
              <w:bottom w:w="55" w:type="dxa"/>
              <w:right w:w="80" w:type="dxa"/>
            </w:tcMar>
            <w:vAlign w:val="center"/>
          </w:tcPr>
          <w:p w14:paraId="5A4794E0" w14:textId="77777777" w:rsidR="00DB793E" w:rsidRDefault="00000000">
            <w:pPr>
              <w:jc w:val="center"/>
            </w:pPr>
            <w:r>
              <w:rPr>
                <w:rFonts w:eastAsia="Times New Roman" w:cs="Times New Roman"/>
                <w:sz w:val="14"/>
              </w:rPr>
              <w:t>3</w:t>
            </w:r>
          </w:p>
        </w:tc>
        <w:tc>
          <w:tcPr>
            <w:tcW w:w="1409" w:type="dxa"/>
            <w:tcMar>
              <w:top w:w="55" w:type="dxa"/>
              <w:left w:w="80" w:type="dxa"/>
              <w:bottom w:w="55" w:type="dxa"/>
              <w:right w:w="80" w:type="dxa"/>
            </w:tcMar>
            <w:vAlign w:val="center"/>
          </w:tcPr>
          <w:p w14:paraId="07274625" w14:textId="77777777" w:rsidR="00DB793E" w:rsidRDefault="00000000">
            <w:pPr>
              <w:jc w:val="center"/>
            </w:pPr>
            <w:r>
              <w:rPr>
                <w:rFonts w:eastAsia="Times New Roman" w:cs="Times New Roman"/>
                <w:sz w:val="14"/>
              </w:rPr>
              <w:t>1</w:t>
            </w:r>
          </w:p>
        </w:tc>
        <w:tc>
          <w:tcPr>
            <w:tcW w:w="1409" w:type="dxa"/>
            <w:tcMar>
              <w:top w:w="55" w:type="dxa"/>
              <w:left w:w="80" w:type="dxa"/>
              <w:bottom w:w="55" w:type="dxa"/>
              <w:right w:w="80" w:type="dxa"/>
            </w:tcMar>
            <w:vAlign w:val="center"/>
          </w:tcPr>
          <w:p w14:paraId="08BABB15" w14:textId="77777777" w:rsidR="00DB793E" w:rsidRDefault="00000000">
            <w:pPr>
              <w:jc w:val="center"/>
            </w:pPr>
            <w:r>
              <w:rPr>
                <w:rFonts w:eastAsia="Times New Roman" w:cs="Times New Roman"/>
                <w:sz w:val="14"/>
              </w:rPr>
              <w:t>0</w:t>
            </w:r>
          </w:p>
        </w:tc>
        <w:tc>
          <w:tcPr>
            <w:tcW w:w="1409" w:type="dxa"/>
            <w:tcMar>
              <w:top w:w="55" w:type="dxa"/>
              <w:left w:w="80" w:type="dxa"/>
              <w:bottom w:w="55" w:type="dxa"/>
              <w:right w:w="80" w:type="dxa"/>
            </w:tcMar>
            <w:vAlign w:val="center"/>
          </w:tcPr>
          <w:p w14:paraId="7EA7CC99" w14:textId="77777777" w:rsidR="00DB793E" w:rsidRDefault="00000000">
            <w:pPr>
              <w:jc w:val="center"/>
            </w:pPr>
            <w:r>
              <w:rPr>
                <w:rFonts w:eastAsia="Times New Roman" w:cs="Times New Roman"/>
                <w:sz w:val="14"/>
              </w:rPr>
              <w:t>4</w:t>
            </w:r>
          </w:p>
        </w:tc>
        <w:tc>
          <w:tcPr>
            <w:tcW w:w="1409" w:type="dxa"/>
            <w:tcMar>
              <w:top w:w="55" w:type="dxa"/>
              <w:left w:w="80" w:type="dxa"/>
              <w:bottom w:w="55" w:type="dxa"/>
              <w:right w:w="80" w:type="dxa"/>
            </w:tcMar>
            <w:vAlign w:val="center"/>
          </w:tcPr>
          <w:p w14:paraId="0660FDBA" w14:textId="77777777" w:rsidR="00DB793E" w:rsidRDefault="00000000">
            <w:pPr>
              <w:jc w:val="center"/>
            </w:pPr>
            <w:r>
              <w:rPr>
                <w:rFonts w:eastAsia="Times New Roman" w:cs="Times New Roman"/>
                <w:sz w:val="14"/>
              </w:rPr>
              <w:t>4</w:t>
            </w:r>
          </w:p>
        </w:tc>
        <w:tc>
          <w:tcPr>
            <w:tcW w:w="1409" w:type="dxa"/>
            <w:tcMar>
              <w:top w:w="55" w:type="dxa"/>
              <w:left w:w="80" w:type="dxa"/>
              <w:bottom w:w="55" w:type="dxa"/>
              <w:right w:w="80" w:type="dxa"/>
            </w:tcMar>
            <w:vAlign w:val="center"/>
          </w:tcPr>
          <w:p w14:paraId="51F26AA9" w14:textId="77777777" w:rsidR="00DB793E" w:rsidRDefault="00000000">
            <w:pPr>
              <w:jc w:val="center"/>
            </w:pPr>
            <w:r>
              <w:rPr>
                <w:rFonts w:eastAsia="Times New Roman" w:cs="Times New Roman"/>
                <w:sz w:val="14"/>
              </w:rPr>
              <w:t>6</w:t>
            </w:r>
          </w:p>
        </w:tc>
        <w:tc>
          <w:tcPr>
            <w:tcW w:w="1414" w:type="dxa"/>
            <w:tcMar>
              <w:top w:w="55" w:type="dxa"/>
              <w:left w:w="80" w:type="dxa"/>
              <w:bottom w:w="55" w:type="dxa"/>
              <w:right w:w="80" w:type="dxa"/>
            </w:tcMar>
            <w:vAlign w:val="center"/>
          </w:tcPr>
          <w:p w14:paraId="5BF2C809" w14:textId="77777777" w:rsidR="00DB793E" w:rsidRDefault="00000000">
            <w:pPr>
              <w:jc w:val="center"/>
            </w:pPr>
            <w:r>
              <w:rPr>
                <w:rFonts w:eastAsia="Times New Roman" w:cs="Times New Roman"/>
                <w:sz w:val="14"/>
              </w:rPr>
              <w:t>0</w:t>
            </w:r>
          </w:p>
        </w:tc>
      </w:tr>
      <w:tr w:rsidR="00DB793E" w14:paraId="73CEBF09" w14:textId="77777777">
        <w:trPr>
          <w:cantSplit/>
        </w:trPr>
        <w:tc>
          <w:tcPr>
            <w:tcW w:w="2979" w:type="dxa"/>
            <w:tcMar>
              <w:top w:w="55" w:type="dxa"/>
              <w:left w:w="80" w:type="dxa"/>
              <w:bottom w:w="55" w:type="dxa"/>
              <w:right w:w="80" w:type="dxa"/>
            </w:tcMar>
            <w:vAlign w:val="center"/>
          </w:tcPr>
          <w:p w14:paraId="318E58CB" w14:textId="77777777" w:rsidR="00DB793E" w:rsidRDefault="00000000">
            <w:r>
              <w:rPr>
                <w:rFonts w:eastAsia="Times New Roman" w:cs="Times New Roman"/>
                <w:sz w:val="14"/>
              </w:rPr>
              <w:t>In-hospital death</w:t>
            </w:r>
          </w:p>
        </w:tc>
        <w:tc>
          <w:tcPr>
            <w:tcW w:w="1409" w:type="dxa"/>
            <w:tcMar>
              <w:top w:w="55" w:type="dxa"/>
              <w:left w:w="80" w:type="dxa"/>
              <w:bottom w:w="55" w:type="dxa"/>
              <w:right w:w="80" w:type="dxa"/>
            </w:tcMar>
            <w:vAlign w:val="center"/>
          </w:tcPr>
          <w:p w14:paraId="3CF13AE3" w14:textId="77777777" w:rsidR="00DB793E" w:rsidRDefault="00000000">
            <w:pPr>
              <w:jc w:val="center"/>
            </w:pPr>
            <w:r>
              <w:rPr>
                <w:rFonts w:eastAsia="Times New Roman" w:cs="Times New Roman"/>
                <w:sz w:val="14"/>
              </w:rPr>
              <w:t>0</w:t>
            </w:r>
          </w:p>
        </w:tc>
        <w:tc>
          <w:tcPr>
            <w:tcW w:w="1409" w:type="dxa"/>
            <w:tcMar>
              <w:top w:w="55" w:type="dxa"/>
              <w:left w:w="80" w:type="dxa"/>
              <w:bottom w:w="55" w:type="dxa"/>
              <w:right w:w="80" w:type="dxa"/>
            </w:tcMar>
            <w:vAlign w:val="center"/>
          </w:tcPr>
          <w:p w14:paraId="0D6CF9D3" w14:textId="77777777" w:rsidR="00DB793E" w:rsidRDefault="00000000">
            <w:pPr>
              <w:jc w:val="center"/>
            </w:pPr>
            <w:r>
              <w:rPr>
                <w:rFonts w:eastAsia="Times New Roman" w:cs="Times New Roman"/>
                <w:sz w:val="14"/>
              </w:rPr>
              <w:t>0</w:t>
            </w:r>
          </w:p>
        </w:tc>
        <w:tc>
          <w:tcPr>
            <w:tcW w:w="1409" w:type="dxa"/>
            <w:tcMar>
              <w:top w:w="55" w:type="dxa"/>
              <w:left w:w="80" w:type="dxa"/>
              <w:bottom w:w="55" w:type="dxa"/>
              <w:right w:w="80" w:type="dxa"/>
            </w:tcMar>
            <w:vAlign w:val="center"/>
          </w:tcPr>
          <w:p w14:paraId="28B8C196" w14:textId="77777777" w:rsidR="00DB793E" w:rsidRDefault="00000000">
            <w:pPr>
              <w:jc w:val="center"/>
            </w:pPr>
            <w:r>
              <w:rPr>
                <w:rFonts w:eastAsia="Times New Roman" w:cs="Times New Roman"/>
                <w:sz w:val="14"/>
              </w:rPr>
              <w:t>0</w:t>
            </w:r>
          </w:p>
        </w:tc>
        <w:tc>
          <w:tcPr>
            <w:tcW w:w="1409" w:type="dxa"/>
            <w:tcMar>
              <w:top w:w="55" w:type="dxa"/>
              <w:left w:w="80" w:type="dxa"/>
              <w:bottom w:w="55" w:type="dxa"/>
              <w:right w:w="80" w:type="dxa"/>
            </w:tcMar>
            <w:vAlign w:val="center"/>
          </w:tcPr>
          <w:p w14:paraId="52E7583B" w14:textId="77777777" w:rsidR="00DB793E" w:rsidRDefault="00000000">
            <w:pPr>
              <w:jc w:val="center"/>
            </w:pPr>
            <w:r>
              <w:rPr>
                <w:rFonts w:eastAsia="Times New Roman" w:cs="Times New Roman"/>
                <w:sz w:val="14"/>
              </w:rPr>
              <w:t>0</w:t>
            </w:r>
          </w:p>
        </w:tc>
        <w:tc>
          <w:tcPr>
            <w:tcW w:w="1409" w:type="dxa"/>
            <w:tcMar>
              <w:top w:w="55" w:type="dxa"/>
              <w:left w:w="80" w:type="dxa"/>
              <w:bottom w:w="55" w:type="dxa"/>
              <w:right w:w="80" w:type="dxa"/>
            </w:tcMar>
            <w:vAlign w:val="center"/>
          </w:tcPr>
          <w:p w14:paraId="1030A6E1" w14:textId="77777777" w:rsidR="00DB793E" w:rsidRDefault="00000000">
            <w:pPr>
              <w:jc w:val="center"/>
            </w:pPr>
            <w:r>
              <w:rPr>
                <w:rFonts w:eastAsia="Times New Roman" w:cs="Times New Roman"/>
                <w:sz w:val="14"/>
              </w:rPr>
              <w:t>0</w:t>
            </w:r>
          </w:p>
        </w:tc>
        <w:tc>
          <w:tcPr>
            <w:tcW w:w="1409" w:type="dxa"/>
            <w:tcMar>
              <w:top w:w="55" w:type="dxa"/>
              <w:left w:w="80" w:type="dxa"/>
              <w:bottom w:w="55" w:type="dxa"/>
              <w:right w:w="80" w:type="dxa"/>
            </w:tcMar>
            <w:vAlign w:val="center"/>
          </w:tcPr>
          <w:p w14:paraId="357EB83E" w14:textId="77777777" w:rsidR="00DB793E" w:rsidRDefault="00000000">
            <w:pPr>
              <w:jc w:val="center"/>
            </w:pPr>
            <w:r>
              <w:rPr>
                <w:rFonts w:eastAsia="Times New Roman" w:cs="Times New Roman"/>
                <w:sz w:val="14"/>
              </w:rPr>
              <w:t>0</w:t>
            </w:r>
          </w:p>
        </w:tc>
        <w:tc>
          <w:tcPr>
            <w:tcW w:w="1409" w:type="dxa"/>
            <w:tcMar>
              <w:top w:w="55" w:type="dxa"/>
              <w:left w:w="80" w:type="dxa"/>
              <w:bottom w:w="55" w:type="dxa"/>
              <w:right w:w="80" w:type="dxa"/>
            </w:tcMar>
            <w:vAlign w:val="center"/>
          </w:tcPr>
          <w:p w14:paraId="596EE655" w14:textId="77777777" w:rsidR="00DB793E" w:rsidRDefault="00000000">
            <w:pPr>
              <w:jc w:val="center"/>
            </w:pPr>
            <w:r>
              <w:rPr>
                <w:rFonts w:eastAsia="Times New Roman" w:cs="Times New Roman"/>
                <w:sz w:val="14"/>
              </w:rPr>
              <w:t>0</w:t>
            </w:r>
          </w:p>
        </w:tc>
        <w:tc>
          <w:tcPr>
            <w:tcW w:w="1414" w:type="dxa"/>
            <w:tcMar>
              <w:top w:w="55" w:type="dxa"/>
              <w:left w:w="80" w:type="dxa"/>
              <w:bottom w:w="55" w:type="dxa"/>
              <w:right w:w="80" w:type="dxa"/>
            </w:tcMar>
            <w:vAlign w:val="center"/>
          </w:tcPr>
          <w:p w14:paraId="0E87337B" w14:textId="77777777" w:rsidR="00DB793E" w:rsidRDefault="00000000">
            <w:pPr>
              <w:jc w:val="center"/>
            </w:pPr>
            <w:r>
              <w:rPr>
                <w:rFonts w:eastAsia="Times New Roman" w:cs="Times New Roman"/>
                <w:sz w:val="14"/>
              </w:rPr>
              <w:t>0</w:t>
            </w:r>
          </w:p>
        </w:tc>
      </w:tr>
    </w:tbl>
    <w:p w14:paraId="5D83B5CD" w14:textId="77777777" w:rsidR="00DB793E" w:rsidRDefault="00000000">
      <w:pPr>
        <w:spacing w:before="80" w:after="20"/>
        <w:rPr>
          <w:rFonts w:eastAsia="Times New Roman" w:cs="Times New Roman"/>
          <w:sz w:val="16"/>
          <w:lang w:eastAsia="zh-CN"/>
        </w:rPr>
      </w:pPr>
      <w:r>
        <w:rPr>
          <w:rFonts w:eastAsia="Times New Roman" w:cs="Times New Roman"/>
          <w:sz w:val="16"/>
        </w:rPr>
        <w:t>Note: Each patient was counted once in the primary composite outcome. ICU, intensive care unit; IVIG, intravenous immunoglobulin; MG, myasthenia gravis; PLEX, plasma exchange.</w:t>
      </w:r>
    </w:p>
    <w:p w14:paraId="6C48B9E8" w14:textId="59AFC104" w:rsidR="00CA4346" w:rsidRDefault="00CA4346" w:rsidP="00CA4346">
      <w:pPr>
        <w:keepNext/>
        <w:spacing w:before="100" w:after="60"/>
      </w:pPr>
      <w:r w:rsidRPr="00CA4346">
        <w:rPr>
          <w:rFonts w:eastAsia="Times New Roman" w:cs="Times New Roman"/>
          <w:b/>
        </w:rPr>
        <w:t>E. Contribution of the ICU-related component to the composite outcome</w:t>
      </w:r>
    </w:p>
    <w:tbl>
      <w:tblPr>
        <w:tblW w:w="4393" w:type="dxa"/>
        <w:tblBorders>
          <w:top w:val="single" w:sz="10" w:space="0" w:color="000000"/>
          <w:left w:val="nil"/>
          <w:bottom w:val="single" w:sz="10" w:space="0" w:color="000000"/>
          <w:right w:val="nil"/>
          <w:insideH w:val="nil"/>
          <w:insideV w:val="nil"/>
        </w:tblBorders>
        <w:tblLayout w:type="fixed"/>
        <w:tblLook w:val="04A0" w:firstRow="1" w:lastRow="0" w:firstColumn="1" w:lastColumn="0" w:noHBand="0" w:noVBand="1"/>
      </w:tblPr>
      <w:tblGrid>
        <w:gridCol w:w="3199"/>
        <w:gridCol w:w="1194"/>
      </w:tblGrid>
      <w:tr w:rsidR="00CA4346" w14:paraId="08DF5A33" w14:textId="77777777" w:rsidTr="00CA4346">
        <w:trPr>
          <w:cantSplit/>
          <w:tblHeader/>
        </w:trPr>
        <w:tc>
          <w:tcPr>
            <w:tcW w:w="3199" w:type="dxa"/>
            <w:tcBorders>
              <w:bottom w:val="single" w:sz="6" w:space="0" w:color="000000"/>
            </w:tcBorders>
            <w:tcMar>
              <w:top w:w="55" w:type="dxa"/>
              <w:left w:w="80" w:type="dxa"/>
              <w:bottom w:w="55" w:type="dxa"/>
              <w:right w:w="80" w:type="dxa"/>
            </w:tcMar>
            <w:vAlign w:val="center"/>
          </w:tcPr>
          <w:p w14:paraId="3D10EC99" w14:textId="00BF189D" w:rsidR="00CA4346" w:rsidRDefault="00CA4346" w:rsidP="00235C69">
            <w:pPr>
              <w:jc w:val="center"/>
            </w:pPr>
            <w:r w:rsidRPr="00CA4346">
              <w:rPr>
                <w:rFonts w:eastAsia="Times New Roman" w:cs="Times New Roman"/>
                <w:b/>
                <w:sz w:val="14"/>
              </w:rPr>
              <w:t>Category</w:t>
            </w:r>
          </w:p>
        </w:tc>
        <w:tc>
          <w:tcPr>
            <w:tcW w:w="1194" w:type="dxa"/>
            <w:tcBorders>
              <w:bottom w:val="single" w:sz="6" w:space="0" w:color="000000"/>
            </w:tcBorders>
            <w:tcMar>
              <w:top w:w="55" w:type="dxa"/>
              <w:left w:w="80" w:type="dxa"/>
              <w:bottom w:w="55" w:type="dxa"/>
              <w:right w:w="80" w:type="dxa"/>
            </w:tcMar>
            <w:vAlign w:val="center"/>
          </w:tcPr>
          <w:p w14:paraId="433FFD25" w14:textId="7F51A627" w:rsidR="00CA4346" w:rsidRDefault="00CA4346" w:rsidP="00235C69">
            <w:pPr>
              <w:jc w:val="center"/>
            </w:pPr>
            <w:r w:rsidRPr="00CA4346">
              <w:rPr>
                <w:rFonts w:eastAsia="Times New Roman" w:cs="Times New Roman"/>
                <w:b/>
                <w:sz w:val="14"/>
              </w:rPr>
              <w:t>Patients</w:t>
            </w:r>
          </w:p>
        </w:tc>
      </w:tr>
      <w:tr w:rsidR="00CA4346" w14:paraId="39020304" w14:textId="77777777" w:rsidTr="00CA4346">
        <w:trPr>
          <w:cantSplit/>
        </w:trPr>
        <w:tc>
          <w:tcPr>
            <w:tcW w:w="3199" w:type="dxa"/>
            <w:tcMar>
              <w:top w:w="55" w:type="dxa"/>
              <w:left w:w="80" w:type="dxa"/>
              <w:bottom w:w="55" w:type="dxa"/>
              <w:right w:w="80" w:type="dxa"/>
            </w:tcMar>
          </w:tcPr>
          <w:p w14:paraId="7B93FD43" w14:textId="3DB4E022" w:rsidR="00CA4346" w:rsidRPr="00CA4346" w:rsidRDefault="00CA4346" w:rsidP="00CA4346">
            <w:pPr>
              <w:rPr>
                <w:rFonts w:eastAsia="Times New Roman" w:cs="Times New Roman"/>
                <w:sz w:val="14"/>
              </w:rPr>
            </w:pPr>
            <w:r w:rsidRPr="00CA4346">
              <w:rPr>
                <w:rFonts w:eastAsia="Times New Roman" w:cs="Times New Roman"/>
                <w:sz w:val="14"/>
              </w:rPr>
              <w:t>ICU-related component present</w:t>
            </w:r>
          </w:p>
        </w:tc>
        <w:tc>
          <w:tcPr>
            <w:tcW w:w="1194" w:type="dxa"/>
            <w:tcMar>
              <w:top w:w="55" w:type="dxa"/>
              <w:left w:w="80" w:type="dxa"/>
              <w:bottom w:w="55" w:type="dxa"/>
              <w:right w:w="80" w:type="dxa"/>
            </w:tcMar>
          </w:tcPr>
          <w:p w14:paraId="734BAB92" w14:textId="36D4D461" w:rsidR="00CA4346" w:rsidRPr="00CA4346" w:rsidRDefault="00CA4346" w:rsidP="00CA4346">
            <w:pPr>
              <w:rPr>
                <w:rFonts w:eastAsia="Times New Roman" w:cs="Times New Roman"/>
                <w:sz w:val="14"/>
              </w:rPr>
            </w:pPr>
            <w:r w:rsidRPr="00CA4346">
              <w:rPr>
                <w:rFonts w:eastAsia="Times New Roman" w:cs="Times New Roman"/>
                <w:sz w:val="14"/>
              </w:rPr>
              <w:t>24/37 (64.9%)</w:t>
            </w:r>
          </w:p>
        </w:tc>
      </w:tr>
      <w:tr w:rsidR="00CA4346" w14:paraId="4C84BBE6" w14:textId="77777777" w:rsidTr="00CA4346">
        <w:trPr>
          <w:cantSplit/>
        </w:trPr>
        <w:tc>
          <w:tcPr>
            <w:tcW w:w="3199" w:type="dxa"/>
            <w:tcMar>
              <w:top w:w="55" w:type="dxa"/>
              <w:left w:w="80" w:type="dxa"/>
              <w:bottom w:w="55" w:type="dxa"/>
              <w:right w:w="80" w:type="dxa"/>
            </w:tcMar>
          </w:tcPr>
          <w:p w14:paraId="1D3A776A" w14:textId="5CD4ED23" w:rsidR="00CA4346" w:rsidRPr="00CA4346" w:rsidRDefault="00CA4346" w:rsidP="00CA4346">
            <w:pPr>
              <w:rPr>
                <w:rFonts w:eastAsia="Times New Roman" w:cs="Times New Roman"/>
                <w:sz w:val="14"/>
              </w:rPr>
            </w:pPr>
            <w:r w:rsidRPr="00CA4346">
              <w:rPr>
                <w:rFonts w:eastAsia="Times New Roman" w:cs="Times New Roman"/>
                <w:sz w:val="14"/>
              </w:rPr>
              <w:t>ICU-related component only</w:t>
            </w:r>
          </w:p>
        </w:tc>
        <w:tc>
          <w:tcPr>
            <w:tcW w:w="1194" w:type="dxa"/>
            <w:tcMar>
              <w:top w:w="55" w:type="dxa"/>
              <w:left w:w="80" w:type="dxa"/>
              <w:bottom w:w="55" w:type="dxa"/>
              <w:right w:w="80" w:type="dxa"/>
            </w:tcMar>
          </w:tcPr>
          <w:p w14:paraId="3EB8A452" w14:textId="0B013407" w:rsidR="00CA4346" w:rsidRPr="00CA4346" w:rsidRDefault="00CA4346" w:rsidP="00CA4346">
            <w:pPr>
              <w:rPr>
                <w:rFonts w:eastAsia="Times New Roman" w:cs="Times New Roman"/>
                <w:sz w:val="14"/>
              </w:rPr>
            </w:pPr>
            <w:r w:rsidRPr="00CA4346">
              <w:rPr>
                <w:rFonts w:eastAsia="Times New Roman" w:cs="Times New Roman"/>
                <w:sz w:val="14"/>
              </w:rPr>
              <w:t>17/37 (45.9%)</w:t>
            </w:r>
          </w:p>
        </w:tc>
      </w:tr>
      <w:tr w:rsidR="00CA4346" w14:paraId="18FFE0A1" w14:textId="77777777" w:rsidTr="00CA4346">
        <w:trPr>
          <w:cantSplit/>
        </w:trPr>
        <w:tc>
          <w:tcPr>
            <w:tcW w:w="3199" w:type="dxa"/>
            <w:tcMar>
              <w:top w:w="55" w:type="dxa"/>
              <w:left w:w="80" w:type="dxa"/>
              <w:bottom w:w="55" w:type="dxa"/>
              <w:right w:w="80" w:type="dxa"/>
            </w:tcMar>
          </w:tcPr>
          <w:p w14:paraId="1B2945CB" w14:textId="4BFC2FD5" w:rsidR="00CA4346" w:rsidRPr="00CA4346" w:rsidRDefault="00CA4346" w:rsidP="00CA4346">
            <w:pPr>
              <w:rPr>
                <w:rFonts w:eastAsia="Times New Roman" w:cs="Times New Roman"/>
                <w:sz w:val="14"/>
              </w:rPr>
            </w:pPr>
            <w:r w:rsidRPr="00CA4346">
              <w:rPr>
                <w:rFonts w:eastAsia="Times New Roman" w:cs="Times New Roman"/>
                <w:sz w:val="14"/>
              </w:rPr>
              <w:t xml:space="preserve">ICU-related component + </w:t>
            </w:r>
            <w:r w:rsidRPr="00CA4346">
              <w:rPr>
                <w:rFonts w:eastAsia="Times New Roman" w:cs="Times New Roman" w:hint="eastAsia"/>
                <w:sz w:val="14"/>
              </w:rPr>
              <w:t>≥</w:t>
            </w:r>
            <w:r w:rsidRPr="00CA4346">
              <w:rPr>
                <w:rFonts w:eastAsia="Times New Roman" w:cs="Times New Roman"/>
                <w:sz w:val="14"/>
              </w:rPr>
              <w:t xml:space="preserve">1 </w:t>
            </w:r>
            <w:proofErr w:type="gramStart"/>
            <w:r w:rsidRPr="00CA4346">
              <w:rPr>
                <w:rFonts w:eastAsia="Times New Roman" w:cs="Times New Roman"/>
                <w:sz w:val="14"/>
              </w:rPr>
              <w:t>other</w:t>
            </w:r>
            <w:proofErr w:type="gramEnd"/>
            <w:r w:rsidRPr="00CA4346">
              <w:rPr>
                <w:rFonts w:eastAsia="Times New Roman" w:cs="Times New Roman"/>
                <w:sz w:val="14"/>
              </w:rPr>
              <w:t xml:space="preserve"> component</w:t>
            </w:r>
          </w:p>
        </w:tc>
        <w:tc>
          <w:tcPr>
            <w:tcW w:w="1194" w:type="dxa"/>
            <w:tcMar>
              <w:top w:w="55" w:type="dxa"/>
              <w:left w:w="80" w:type="dxa"/>
              <w:bottom w:w="55" w:type="dxa"/>
              <w:right w:w="80" w:type="dxa"/>
            </w:tcMar>
          </w:tcPr>
          <w:p w14:paraId="261BF12C" w14:textId="0BA3477B" w:rsidR="00CA4346" w:rsidRPr="00CA4346" w:rsidRDefault="00CA4346" w:rsidP="00CA4346">
            <w:pPr>
              <w:rPr>
                <w:rFonts w:eastAsia="Times New Roman" w:cs="Times New Roman"/>
                <w:sz w:val="14"/>
              </w:rPr>
            </w:pPr>
            <w:r w:rsidRPr="00CA4346">
              <w:rPr>
                <w:rFonts w:eastAsia="Times New Roman" w:cs="Times New Roman"/>
                <w:sz w:val="14"/>
              </w:rPr>
              <w:t>7/37 (18.9%)</w:t>
            </w:r>
          </w:p>
        </w:tc>
      </w:tr>
      <w:tr w:rsidR="00CA4346" w14:paraId="08F7FAFC" w14:textId="77777777" w:rsidTr="00CA4346">
        <w:trPr>
          <w:cantSplit/>
        </w:trPr>
        <w:tc>
          <w:tcPr>
            <w:tcW w:w="3199" w:type="dxa"/>
            <w:tcMar>
              <w:top w:w="55" w:type="dxa"/>
              <w:left w:w="80" w:type="dxa"/>
              <w:bottom w:w="55" w:type="dxa"/>
              <w:right w:w="80" w:type="dxa"/>
            </w:tcMar>
          </w:tcPr>
          <w:p w14:paraId="2B594A72" w14:textId="3BE9911E" w:rsidR="00CA4346" w:rsidRPr="00CA4346" w:rsidRDefault="00CA4346" w:rsidP="00CA4346">
            <w:pPr>
              <w:rPr>
                <w:rFonts w:eastAsia="Times New Roman" w:cs="Times New Roman"/>
                <w:sz w:val="14"/>
              </w:rPr>
            </w:pPr>
            <w:r w:rsidRPr="00CA4346">
              <w:rPr>
                <w:rFonts w:eastAsia="Times New Roman" w:cs="Times New Roman" w:hint="eastAsia"/>
                <w:sz w:val="14"/>
              </w:rPr>
              <w:t>≥</w:t>
            </w:r>
            <w:r w:rsidRPr="00CA4346">
              <w:rPr>
                <w:rFonts w:eastAsia="Times New Roman" w:cs="Times New Roman"/>
                <w:sz w:val="14"/>
              </w:rPr>
              <w:t>1 non-ICU component without ICU component</w:t>
            </w:r>
          </w:p>
        </w:tc>
        <w:tc>
          <w:tcPr>
            <w:tcW w:w="1194" w:type="dxa"/>
            <w:tcMar>
              <w:top w:w="55" w:type="dxa"/>
              <w:left w:w="80" w:type="dxa"/>
              <w:bottom w:w="55" w:type="dxa"/>
              <w:right w:w="80" w:type="dxa"/>
            </w:tcMar>
          </w:tcPr>
          <w:p w14:paraId="7BB9261C" w14:textId="2E8E22F8" w:rsidR="00CA4346" w:rsidRPr="00CA4346" w:rsidRDefault="00CA4346" w:rsidP="00CA4346">
            <w:pPr>
              <w:rPr>
                <w:rFonts w:eastAsia="Times New Roman" w:cs="Times New Roman"/>
                <w:sz w:val="14"/>
              </w:rPr>
            </w:pPr>
            <w:r w:rsidRPr="00CA4346">
              <w:rPr>
                <w:rFonts w:eastAsia="Times New Roman" w:cs="Times New Roman"/>
                <w:sz w:val="14"/>
              </w:rPr>
              <w:t>13/37 (35.1%)</w:t>
            </w:r>
          </w:p>
        </w:tc>
      </w:tr>
      <w:tr w:rsidR="00CA4346" w14:paraId="6921563E" w14:textId="77777777" w:rsidTr="00CA4346">
        <w:trPr>
          <w:cantSplit/>
        </w:trPr>
        <w:tc>
          <w:tcPr>
            <w:tcW w:w="3199" w:type="dxa"/>
            <w:tcMar>
              <w:top w:w="55" w:type="dxa"/>
              <w:left w:w="80" w:type="dxa"/>
              <w:bottom w:w="55" w:type="dxa"/>
              <w:right w:w="80" w:type="dxa"/>
            </w:tcMar>
          </w:tcPr>
          <w:p w14:paraId="2C643DEF" w14:textId="41F97D16" w:rsidR="00CA4346" w:rsidRPr="00CA4346" w:rsidRDefault="00CA4346" w:rsidP="00CA4346">
            <w:pPr>
              <w:rPr>
                <w:rFonts w:eastAsia="Times New Roman" w:cs="Times New Roman"/>
                <w:sz w:val="14"/>
              </w:rPr>
            </w:pPr>
            <w:r w:rsidRPr="00CA4346">
              <w:rPr>
                <w:rFonts w:eastAsia="Times New Roman" w:cs="Times New Roman" w:hint="eastAsia"/>
                <w:sz w:val="14"/>
              </w:rPr>
              <w:t>≥</w:t>
            </w:r>
            <w:r w:rsidRPr="00CA4346">
              <w:rPr>
                <w:rFonts w:eastAsia="Times New Roman" w:cs="Times New Roman"/>
                <w:sz w:val="14"/>
              </w:rPr>
              <w:t>1 non-ICU component after excluding ICU criterion</w:t>
            </w:r>
          </w:p>
        </w:tc>
        <w:tc>
          <w:tcPr>
            <w:tcW w:w="1194" w:type="dxa"/>
            <w:tcMar>
              <w:top w:w="55" w:type="dxa"/>
              <w:left w:w="80" w:type="dxa"/>
              <w:bottom w:w="55" w:type="dxa"/>
              <w:right w:w="80" w:type="dxa"/>
            </w:tcMar>
          </w:tcPr>
          <w:p w14:paraId="7E1AE71E" w14:textId="14642DB2" w:rsidR="00CA4346" w:rsidRPr="00CA4346" w:rsidRDefault="00CA4346" w:rsidP="00CA4346">
            <w:pPr>
              <w:rPr>
                <w:rFonts w:eastAsia="Times New Roman" w:cs="Times New Roman"/>
                <w:sz w:val="14"/>
              </w:rPr>
            </w:pPr>
            <w:r w:rsidRPr="00CA4346">
              <w:rPr>
                <w:rFonts w:eastAsia="Times New Roman" w:cs="Times New Roman"/>
                <w:sz w:val="14"/>
              </w:rPr>
              <w:t>20/145 (13.8%)</w:t>
            </w:r>
          </w:p>
        </w:tc>
      </w:tr>
    </w:tbl>
    <w:p w14:paraId="381BAD5B" w14:textId="536E8F78" w:rsidR="00CA0D07" w:rsidRPr="00503512" w:rsidRDefault="00CA0D07" w:rsidP="00CA0D07">
      <w:pPr>
        <w:spacing w:before="80" w:after="20"/>
        <w:rPr>
          <w:rFonts w:eastAsia="Times New Roman" w:cs="Times New Roman"/>
          <w:sz w:val="16"/>
        </w:rPr>
      </w:pPr>
      <w:r w:rsidRPr="00503512">
        <w:rPr>
          <w:rFonts w:eastAsia="Times New Roman" w:cs="Times New Roman"/>
          <w:sz w:val="16"/>
        </w:rPr>
        <w:t xml:space="preserve">Note: </w:t>
      </w:r>
      <w:r w:rsidRPr="00CA0D07">
        <w:rPr>
          <w:rFonts w:eastAsia="Times New Roman" w:cs="Times New Roman"/>
          <w:sz w:val="16"/>
        </w:rPr>
        <w:t>Descriptive endpoint reporting, including the post-review ICU-exclusion assessment.</w:t>
      </w:r>
    </w:p>
    <w:p w14:paraId="20E26B4A" w14:textId="77777777" w:rsidR="00DB793E" w:rsidRDefault="00000000">
      <w:r>
        <w:br w:type="page"/>
      </w:r>
    </w:p>
    <w:p w14:paraId="293ACC5A" w14:textId="77777777" w:rsidR="00DB793E" w:rsidRDefault="00000000">
      <w:pPr>
        <w:keepNext/>
        <w:spacing w:after="100"/>
      </w:pPr>
      <w:r>
        <w:rPr>
          <w:rFonts w:eastAsia="Times New Roman" w:cs="Times New Roman"/>
          <w:b/>
          <w:sz w:val="22"/>
        </w:rPr>
        <w:lastRenderedPageBreak/>
        <w:t>Table S2. CT acquisition metadata, spacing, and native-grid ROI geometry</w:t>
      </w:r>
    </w:p>
    <w:p w14:paraId="4FBE63B3" w14:textId="77777777" w:rsidR="00DB793E" w:rsidRDefault="00000000">
      <w:pPr>
        <w:keepNext/>
        <w:spacing w:before="100" w:after="60"/>
      </w:pPr>
      <w:r>
        <w:rPr>
          <w:rFonts w:eastAsia="Times New Roman" w:cs="Times New Roman"/>
          <w:b/>
        </w:rPr>
        <w:t>A. CT eligibility and DICOM linkage</w:t>
      </w:r>
    </w:p>
    <w:tbl>
      <w:tblPr>
        <w:tblW w:w="14256" w:type="dxa"/>
        <w:tblBorders>
          <w:top w:val="single" w:sz="10" w:space="0" w:color="000000"/>
          <w:left w:val="nil"/>
          <w:bottom w:val="single" w:sz="10" w:space="0" w:color="000000"/>
          <w:right w:val="nil"/>
          <w:insideH w:val="nil"/>
          <w:insideV w:val="nil"/>
        </w:tblBorders>
        <w:tblLayout w:type="fixed"/>
        <w:tblLook w:val="04A0" w:firstRow="1" w:lastRow="0" w:firstColumn="1" w:lastColumn="0" w:noHBand="0" w:noVBand="1"/>
      </w:tblPr>
      <w:tblGrid>
        <w:gridCol w:w="4364"/>
        <w:gridCol w:w="3054"/>
        <w:gridCol w:w="6838"/>
      </w:tblGrid>
      <w:tr w:rsidR="00DB793E" w14:paraId="281E5C7C" w14:textId="77777777">
        <w:trPr>
          <w:cantSplit/>
          <w:tblHeader/>
        </w:trPr>
        <w:tc>
          <w:tcPr>
            <w:tcW w:w="4364" w:type="dxa"/>
            <w:tcBorders>
              <w:bottom w:val="single" w:sz="6" w:space="0" w:color="000000"/>
            </w:tcBorders>
            <w:tcMar>
              <w:top w:w="55" w:type="dxa"/>
              <w:left w:w="80" w:type="dxa"/>
              <w:bottom w:w="55" w:type="dxa"/>
              <w:right w:w="80" w:type="dxa"/>
            </w:tcMar>
            <w:vAlign w:val="center"/>
          </w:tcPr>
          <w:p w14:paraId="56039D0C" w14:textId="77777777" w:rsidR="00DB793E" w:rsidRDefault="00000000">
            <w:pPr>
              <w:jc w:val="center"/>
            </w:pPr>
            <w:r>
              <w:rPr>
                <w:rFonts w:eastAsia="Times New Roman" w:cs="Times New Roman"/>
                <w:b/>
                <w:sz w:val="16"/>
              </w:rPr>
              <w:t>Category</w:t>
            </w:r>
          </w:p>
        </w:tc>
        <w:tc>
          <w:tcPr>
            <w:tcW w:w="3054" w:type="dxa"/>
            <w:tcBorders>
              <w:bottom w:val="single" w:sz="6" w:space="0" w:color="000000"/>
            </w:tcBorders>
            <w:tcMar>
              <w:top w:w="55" w:type="dxa"/>
              <w:left w:w="80" w:type="dxa"/>
              <w:bottom w:w="55" w:type="dxa"/>
              <w:right w:w="80" w:type="dxa"/>
            </w:tcMar>
            <w:vAlign w:val="center"/>
          </w:tcPr>
          <w:p w14:paraId="63ACB916" w14:textId="77777777" w:rsidR="00DB793E" w:rsidRDefault="00000000">
            <w:pPr>
              <w:jc w:val="center"/>
            </w:pPr>
            <w:r>
              <w:rPr>
                <w:rFonts w:eastAsia="Times New Roman" w:cs="Times New Roman"/>
                <w:b/>
                <w:sz w:val="16"/>
              </w:rPr>
              <w:t>Patients, n/N (%)</w:t>
            </w:r>
          </w:p>
        </w:tc>
        <w:tc>
          <w:tcPr>
            <w:tcW w:w="6838" w:type="dxa"/>
            <w:tcBorders>
              <w:bottom w:val="single" w:sz="6" w:space="0" w:color="000000"/>
            </w:tcBorders>
            <w:tcMar>
              <w:top w:w="55" w:type="dxa"/>
              <w:left w:w="80" w:type="dxa"/>
              <w:bottom w:w="55" w:type="dxa"/>
              <w:right w:w="80" w:type="dxa"/>
            </w:tcMar>
            <w:vAlign w:val="center"/>
          </w:tcPr>
          <w:p w14:paraId="74457820" w14:textId="77777777" w:rsidR="00DB793E" w:rsidRDefault="00000000">
            <w:pPr>
              <w:jc w:val="center"/>
            </w:pPr>
            <w:r>
              <w:rPr>
                <w:rFonts w:eastAsia="Times New Roman" w:cs="Times New Roman"/>
                <w:b/>
                <w:sz w:val="16"/>
              </w:rPr>
              <w:t>Reporting note</w:t>
            </w:r>
          </w:p>
        </w:tc>
      </w:tr>
      <w:tr w:rsidR="00DB793E" w14:paraId="5987F8D1" w14:textId="77777777">
        <w:trPr>
          <w:cantSplit/>
        </w:trPr>
        <w:tc>
          <w:tcPr>
            <w:tcW w:w="4364" w:type="dxa"/>
            <w:tcMar>
              <w:top w:w="55" w:type="dxa"/>
              <w:left w:w="80" w:type="dxa"/>
              <w:bottom w:w="55" w:type="dxa"/>
              <w:right w:w="80" w:type="dxa"/>
            </w:tcMar>
            <w:vAlign w:val="center"/>
          </w:tcPr>
          <w:p w14:paraId="2FCEDA70" w14:textId="77777777" w:rsidR="00DB793E" w:rsidRDefault="00000000">
            <w:r>
              <w:rPr>
                <w:rFonts w:eastAsia="Times New Roman" w:cs="Times New Roman"/>
                <w:sz w:val="16"/>
              </w:rPr>
              <w:t>Analytic cohort</w:t>
            </w:r>
          </w:p>
        </w:tc>
        <w:tc>
          <w:tcPr>
            <w:tcW w:w="3054" w:type="dxa"/>
            <w:tcMar>
              <w:top w:w="55" w:type="dxa"/>
              <w:left w:w="80" w:type="dxa"/>
              <w:bottom w:w="55" w:type="dxa"/>
              <w:right w:w="80" w:type="dxa"/>
            </w:tcMar>
            <w:vAlign w:val="center"/>
          </w:tcPr>
          <w:p w14:paraId="2D9EC8EA" w14:textId="77777777" w:rsidR="00DB793E" w:rsidRDefault="00000000">
            <w:pPr>
              <w:jc w:val="center"/>
            </w:pPr>
            <w:r>
              <w:rPr>
                <w:rFonts w:eastAsia="Times New Roman" w:cs="Times New Roman"/>
                <w:sz w:val="16"/>
              </w:rPr>
              <w:t>145/145 (100.0%)</w:t>
            </w:r>
          </w:p>
        </w:tc>
        <w:tc>
          <w:tcPr>
            <w:tcW w:w="6838" w:type="dxa"/>
            <w:tcMar>
              <w:top w:w="55" w:type="dxa"/>
              <w:left w:w="80" w:type="dxa"/>
              <w:bottom w:w="55" w:type="dxa"/>
              <w:right w:w="80" w:type="dxa"/>
            </w:tcMar>
            <w:vAlign w:val="center"/>
          </w:tcPr>
          <w:p w14:paraId="3F8E84C3" w14:textId="77777777" w:rsidR="00DB793E" w:rsidRDefault="00000000">
            <w:r>
              <w:rPr>
                <w:rFonts w:eastAsia="Times New Roman" w:cs="Times New Roman"/>
                <w:sz w:val="16"/>
              </w:rPr>
              <w:t>Eligible preoperative contrast-enhanced chest CT</w:t>
            </w:r>
          </w:p>
        </w:tc>
      </w:tr>
      <w:tr w:rsidR="00DB793E" w14:paraId="2596217E" w14:textId="77777777">
        <w:trPr>
          <w:cantSplit/>
        </w:trPr>
        <w:tc>
          <w:tcPr>
            <w:tcW w:w="4364" w:type="dxa"/>
            <w:tcMar>
              <w:top w:w="55" w:type="dxa"/>
              <w:left w:w="80" w:type="dxa"/>
              <w:bottom w:w="55" w:type="dxa"/>
              <w:right w:w="80" w:type="dxa"/>
            </w:tcMar>
            <w:vAlign w:val="center"/>
          </w:tcPr>
          <w:p w14:paraId="50614ACF" w14:textId="77777777" w:rsidR="00DB793E" w:rsidRDefault="00000000">
            <w:r>
              <w:rPr>
                <w:rFonts w:eastAsia="Times New Roman" w:cs="Times New Roman"/>
                <w:sz w:val="16"/>
              </w:rPr>
              <w:t>Confirmed DICOM-series linkage</w:t>
            </w:r>
          </w:p>
        </w:tc>
        <w:tc>
          <w:tcPr>
            <w:tcW w:w="3054" w:type="dxa"/>
            <w:tcMar>
              <w:top w:w="55" w:type="dxa"/>
              <w:left w:w="80" w:type="dxa"/>
              <w:bottom w:w="55" w:type="dxa"/>
              <w:right w:w="80" w:type="dxa"/>
            </w:tcMar>
            <w:vAlign w:val="center"/>
          </w:tcPr>
          <w:p w14:paraId="3F7FBBB8" w14:textId="77777777" w:rsidR="00DB793E" w:rsidRDefault="00000000">
            <w:pPr>
              <w:jc w:val="center"/>
            </w:pPr>
            <w:r>
              <w:rPr>
                <w:rFonts w:eastAsia="Times New Roman" w:cs="Times New Roman"/>
                <w:sz w:val="16"/>
              </w:rPr>
              <w:t>142/145 (97.9%)</w:t>
            </w:r>
          </w:p>
        </w:tc>
        <w:tc>
          <w:tcPr>
            <w:tcW w:w="6838" w:type="dxa"/>
            <w:tcMar>
              <w:top w:w="55" w:type="dxa"/>
              <w:left w:w="80" w:type="dxa"/>
              <w:bottom w:w="55" w:type="dxa"/>
              <w:right w:w="80" w:type="dxa"/>
            </w:tcMar>
            <w:vAlign w:val="center"/>
          </w:tcPr>
          <w:p w14:paraId="2251577D" w14:textId="77777777" w:rsidR="00DB793E" w:rsidRDefault="00000000">
            <w:r>
              <w:rPr>
                <w:rFonts w:eastAsia="Times New Roman" w:cs="Times New Roman"/>
                <w:sz w:val="16"/>
              </w:rPr>
              <w:t>Included in scanner/acquisition summaries</w:t>
            </w:r>
          </w:p>
        </w:tc>
      </w:tr>
      <w:tr w:rsidR="00DB793E" w14:paraId="4B95B741" w14:textId="77777777">
        <w:trPr>
          <w:cantSplit/>
        </w:trPr>
        <w:tc>
          <w:tcPr>
            <w:tcW w:w="4364" w:type="dxa"/>
            <w:tcMar>
              <w:top w:w="55" w:type="dxa"/>
              <w:left w:w="80" w:type="dxa"/>
              <w:bottom w:w="55" w:type="dxa"/>
              <w:right w:w="80" w:type="dxa"/>
            </w:tcMar>
            <w:vAlign w:val="center"/>
          </w:tcPr>
          <w:p w14:paraId="0B8F9267" w14:textId="77777777" w:rsidR="00DB793E" w:rsidRDefault="00000000">
            <w:r>
              <w:rPr>
                <w:rFonts w:eastAsia="Times New Roman" w:cs="Times New Roman"/>
                <w:sz w:val="16"/>
              </w:rPr>
              <w:t>Unresolved DICOM-series linkage</w:t>
            </w:r>
          </w:p>
        </w:tc>
        <w:tc>
          <w:tcPr>
            <w:tcW w:w="3054" w:type="dxa"/>
            <w:tcMar>
              <w:top w:w="55" w:type="dxa"/>
              <w:left w:w="80" w:type="dxa"/>
              <w:bottom w:w="55" w:type="dxa"/>
              <w:right w:w="80" w:type="dxa"/>
            </w:tcMar>
            <w:vAlign w:val="center"/>
          </w:tcPr>
          <w:p w14:paraId="1DF032AA" w14:textId="77777777" w:rsidR="00DB793E" w:rsidRDefault="00000000">
            <w:pPr>
              <w:jc w:val="center"/>
            </w:pPr>
            <w:r>
              <w:rPr>
                <w:rFonts w:eastAsia="Times New Roman" w:cs="Times New Roman"/>
                <w:sz w:val="16"/>
              </w:rPr>
              <w:t>3/145 (2.1%)</w:t>
            </w:r>
          </w:p>
        </w:tc>
        <w:tc>
          <w:tcPr>
            <w:tcW w:w="6838" w:type="dxa"/>
            <w:tcMar>
              <w:top w:w="55" w:type="dxa"/>
              <w:left w:w="80" w:type="dxa"/>
              <w:bottom w:w="55" w:type="dxa"/>
              <w:right w:w="80" w:type="dxa"/>
            </w:tcMar>
            <w:vAlign w:val="center"/>
          </w:tcPr>
          <w:p w14:paraId="22D474E8" w14:textId="77777777" w:rsidR="00DB793E" w:rsidRDefault="00000000">
            <w:r>
              <w:rPr>
                <w:rFonts w:eastAsia="Times New Roman" w:cs="Times New Roman"/>
                <w:sz w:val="16"/>
              </w:rPr>
              <w:t>Scanner/acquisition metadata treated as missing</w:t>
            </w:r>
          </w:p>
        </w:tc>
      </w:tr>
    </w:tbl>
    <w:p w14:paraId="49A423AF" w14:textId="77777777" w:rsidR="00DB793E" w:rsidRDefault="00000000">
      <w:pPr>
        <w:keepNext/>
        <w:spacing w:before="100" w:after="60"/>
      </w:pPr>
      <w:r>
        <w:rPr>
          <w:rFonts w:eastAsia="Times New Roman" w:cs="Times New Roman"/>
          <w:b/>
        </w:rPr>
        <w:t>B. Scanner manufacturer (confirmed DICOM links; N=142)</w:t>
      </w:r>
    </w:p>
    <w:tbl>
      <w:tblPr>
        <w:tblW w:w="14256" w:type="dxa"/>
        <w:tblBorders>
          <w:top w:val="single" w:sz="10" w:space="0" w:color="000000"/>
          <w:left w:val="nil"/>
          <w:bottom w:val="single" w:sz="10" w:space="0" w:color="000000"/>
          <w:right w:val="nil"/>
          <w:insideH w:val="nil"/>
          <w:insideV w:val="nil"/>
        </w:tblBorders>
        <w:tblLayout w:type="fixed"/>
        <w:tblLook w:val="04A0" w:firstRow="1" w:lastRow="0" w:firstColumn="1" w:lastColumn="0" w:noHBand="0" w:noVBand="1"/>
      </w:tblPr>
      <w:tblGrid>
        <w:gridCol w:w="8582"/>
        <w:gridCol w:w="5674"/>
      </w:tblGrid>
      <w:tr w:rsidR="00DB793E" w14:paraId="10F84681" w14:textId="77777777">
        <w:trPr>
          <w:cantSplit/>
          <w:tblHeader/>
        </w:trPr>
        <w:tc>
          <w:tcPr>
            <w:tcW w:w="8582" w:type="dxa"/>
            <w:tcBorders>
              <w:bottom w:val="single" w:sz="6" w:space="0" w:color="000000"/>
            </w:tcBorders>
            <w:tcMar>
              <w:top w:w="55" w:type="dxa"/>
              <w:left w:w="80" w:type="dxa"/>
              <w:bottom w:w="55" w:type="dxa"/>
              <w:right w:w="80" w:type="dxa"/>
            </w:tcMar>
            <w:vAlign w:val="center"/>
          </w:tcPr>
          <w:p w14:paraId="38F9E011" w14:textId="77777777" w:rsidR="00DB793E" w:rsidRDefault="00000000">
            <w:pPr>
              <w:jc w:val="center"/>
            </w:pPr>
            <w:r>
              <w:rPr>
                <w:rFonts w:eastAsia="Times New Roman" w:cs="Times New Roman"/>
                <w:b/>
                <w:sz w:val="16"/>
              </w:rPr>
              <w:t>Manufacturer</w:t>
            </w:r>
          </w:p>
        </w:tc>
        <w:tc>
          <w:tcPr>
            <w:tcW w:w="5674" w:type="dxa"/>
            <w:tcBorders>
              <w:bottom w:val="single" w:sz="6" w:space="0" w:color="000000"/>
            </w:tcBorders>
            <w:tcMar>
              <w:top w:w="55" w:type="dxa"/>
              <w:left w:w="80" w:type="dxa"/>
              <w:bottom w:w="55" w:type="dxa"/>
              <w:right w:w="80" w:type="dxa"/>
            </w:tcMar>
            <w:vAlign w:val="center"/>
          </w:tcPr>
          <w:p w14:paraId="6515D0CD" w14:textId="77777777" w:rsidR="00DB793E" w:rsidRDefault="00000000">
            <w:pPr>
              <w:jc w:val="center"/>
            </w:pPr>
            <w:r>
              <w:rPr>
                <w:rFonts w:eastAsia="Times New Roman" w:cs="Times New Roman"/>
                <w:b/>
                <w:sz w:val="16"/>
              </w:rPr>
              <w:t>Patients, n/N (%)</w:t>
            </w:r>
          </w:p>
        </w:tc>
      </w:tr>
      <w:tr w:rsidR="00DB793E" w14:paraId="46BFB919" w14:textId="77777777">
        <w:trPr>
          <w:cantSplit/>
        </w:trPr>
        <w:tc>
          <w:tcPr>
            <w:tcW w:w="8582" w:type="dxa"/>
            <w:tcMar>
              <w:top w:w="55" w:type="dxa"/>
              <w:left w:w="80" w:type="dxa"/>
              <w:bottom w:w="55" w:type="dxa"/>
              <w:right w:w="80" w:type="dxa"/>
            </w:tcMar>
            <w:vAlign w:val="center"/>
          </w:tcPr>
          <w:p w14:paraId="1FB58A46" w14:textId="77777777" w:rsidR="00DB793E" w:rsidRDefault="00000000">
            <w:r>
              <w:rPr>
                <w:rFonts w:eastAsia="Times New Roman" w:cs="Times New Roman"/>
                <w:sz w:val="16"/>
              </w:rPr>
              <w:t>GE MEDICAL SYSTEMS</w:t>
            </w:r>
          </w:p>
        </w:tc>
        <w:tc>
          <w:tcPr>
            <w:tcW w:w="5674" w:type="dxa"/>
            <w:tcMar>
              <w:top w:w="55" w:type="dxa"/>
              <w:left w:w="80" w:type="dxa"/>
              <w:bottom w:w="55" w:type="dxa"/>
              <w:right w:w="80" w:type="dxa"/>
            </w:tcMar>
            <w:vAlign w:val="center"/>
          </w:tcPr>
          <w:p w14:paraId="128656E1" w14:textId="77777777" w:rsidR="00DB793E" w:rsidRDefault="00000000">
            <w:pPr>
              <w:jc w:val="center"/>
            </w:pPr>
            <w:r>
              <w:rPr>
                <w:rFonts w:eastAsia="Times New Roman" w:cs="Times New Roman"/>
                <w:sz w:val="16"/>
              </w:rPr>
              <w:t>139/142 (97.9%)</w:t>
            </w:r>
          </w:p>
        </w:tc>
      </w:tr>
      <w:tr w:rsidR="00DB793E" w14:paraId="3BA5ECA9" w14:textId="77777777">
        <w:trPr>
          <w:cantSplit/>
        </w:trPr>
        <w:tc>
          <w:tcPr>
            <w:tcW w:w="8582" w:type="dxa"/>
            <w:tcMar>
              <w:top w:w="55" w:type="dxa"/>
              <w:left w:w="80" w:type="dxa"/>
              <w:bottom w:w="55" w:type="dxa"/>
              <w:right w:w="80" w:type="dxa"/>
            </w:tcMar>
            <w:vAlign w:val="center"/>
          </w:tcPr>
          <w:p w14:paraId="442CD93C" w14:textId="77777777" w:rsidR="00DB793E" w:rsidRDefault="00000000">
            <w:r>
              <w:rPr>
                <w:rFonts w:eastAsia="Times New Roman" w:cs="Times New Roman"/>
                <w:sz w:val="16"/>
              </w:rPr>
              <w:t>UIH</w:t>
            </w:r>
          </w:p>
        </w:tc>
        <w:tc>
          <w:tcPr>
            <w:tcW w:w="5674" w:type="dxa"/>
            <w:tcMar>
              <w:top w:w="55" w:type="dxa"/>
              <w:left w:w="80" w:type="dxa"/>
              <w:bottom w:w="55" w:type="dxa"/>
              <w:right w:w="80" w:type="dxa"/>
            </w:tcMar>
            <w:vAlign w:val="center"/>
          </w:tcPr>
          <w:p w14:paraId="0796B4E2" w14:textId="77777777" w:rsidR="00DB793E" w:rsidRDefault="00000000">
            <w:pPr>
              <w:jc w:val="center"/>
            </w:pPr>
            <w:r>
              <w:rPr>
                <w:rFonts w:eastAsia="Times New Roman" w:cs="Times New Roman"/>
                <w:sz w:val="16"/>
              </w:rPr>
              <w:t>2/142 (1.4%)</w:t>
            </w:r>
          </w:p>
        </w:tc>
      </w:tr>
      <w:tr w:rsidR="00DB793E" w14:paraId="78C95F5C" w14:textId="77777777">
        <w:trPr>
          <w:cantSplit/>
        </w:trPr>
        <w:tc>
          <w:tcPr>
            <w:tcW w:w="8582" w:type="dxa"/>
            <w:tcMar>
              <w:top w:w="55" w:type="dxa"/>
              <w:left w:w="80" w:type="dxa"/>
              <w:bottom w:w="55" w:type="dxa"/>
              <w:right w:w="80" w:type="dxa"/>
            </w:tcMar>
            <w:vAlign w:val="center"/>
          </w:tcPr>
          <w:p w14:paraId="6774EFD3" w14:textId="77777777" w:rsidR="00DB793E" w:rsidRDefault="00000000">
            <w:r>
              <w:rPr>
                <w:rFonts w:eastAsia="Times New Roman" w:cs="Times New Roman"/>
                <w:sz w:val="16"/>
              </w:rPr>
              <w:t>SIEMENS</w:t>
            </w:r>
          </w:p>
        </w:tc>
        <w:tc>
          <w:tcPr>
            <w:tcW w:w="5674" w:type="dxa"/>
            <w:tcMar>
              <w:top w:w="55" w:type="dxa"/>
              <w:left w:w="80" w:type="dxa"/>
              <w:bottom w:w="55" w:type="dxa"/>
              <w:right w:w="80" w:type="dxa"/>
            </w:tcMar>
            <w:vAlign w:val="center"/>
          </w:tcPr>
          <w:p w14:paraId="0C216917" w14:textId="77777777" w:rsidR="00DB793E" w:rsidRDefault="00000000">
            <w:pPr>
              <w:jc w:val="center"/>
            </w:pPr>
            <w:r>
              <w:rPr>
                <w:rFonts w:eastAsia="Times New Roman" w:cs="Times New Roman"/>
                <w:sz w:val="16"/>
              </w:rPr>
              <w:t>1/142 (0.7%)</w:t>
            </w:r>
          </w:p>
        </w:tc>
      </w:tr>
    </w:tbl>
    <w:p w14:paraId="605C3B9D" w14:textId="77777777" w:rsidR="00DB793E" w:rsidRDefault="00000000">
      <w:pPr>
        <w:keepNext/>
        <w:spacing w:before="100" w:after="60"/>
      </w:pPr>
      <w:r>
        <w:rPr>
          <w:rFonts w:eastAsia="Times New Roman" w:cs="Times New Roman"/>
          <w:b/>
        </w:rPr>
        <w:t>C. Scanner model (confirmed DICOM links; N=142)</w:t>
      </w:r>
    </w:p>
    <w:tbl>
      <w:tblPr>
        <w:tblW w:w="14256" w:type="dxa"/>
        <w:tblBorders>
          <w:top w:val="single" w:sz="10" w:space="0" w:color="000000"/>
          <w:left w:val="nil"/>
          <w:bottom w:val="single" w:sz="10" w:space="0" w:color="000000"/>
          <w:right w:val="nil"/>
          <w:insideH w:val="nil"/>
          <w:insideV w:val="nil"/>
        </w:tblBorders>
        <w:tblLayout w:type="fixed"/>
        <w:tblLook w:val="04A0" w:firstRow="1" w:lastRow="0" w:firstColumn="1" w:lastColumn="0" w:noHBand="0" w:noVBand="1"/>
      </w:tblPr>
      <w:tblGrid>
        <w:gridCol w:w="8582"/>
        <w:gridCol w:w="5674"/>
      </w:tblGrid>
      <w:tr w:rsidR="00DB793E" w14:paraId="0F0C9CB3" w14:textId="77777777">
        <w:trPr>
          <w:cantSplit/>
          <w:tblHeader/>
        </w:trPr>
        <w:tc>
          <w:tcPr>
            <w:tcW w:w="8582" w:type="dxa"/>
            <w:tcBorders>
              <w:bottom w:val="single" w:sz="6" w:space="0" w:color="000000"/>
            </w:tcBorders>
            <w:tcMar>
              <w:top w:w="55" w:type="dxa"/>
              <w:left w:w="80" w:type="dxa"/>
              <w:bottom w:w="55" w:type="dxa"/>
              <w:right w:w="80" w:type="dxa"/>
            </w:tcMar>
            <w:vAlign w:val="center"/>
          </w:tcPr>
          <w:p w14:paraId="4D67E527" w14:textId="77777777" w:rsidR="00DB793E" w:rsidRDefault="00000000">
            <w:pPr>
              <w:jc w:val="center"/>
            </w:pPr>
            <w:r>
              <w:rPr>
                <w:rFonts w:eastAsia="Times New Roman" w:cs="Times New Roman"/>
                <w:b/>
                <w:sz w:val="16"/>
              </w:rPr>
              <w:t>Scanner model</w:t>
            </w:r>
          </w:p>
        </w:tc>
        <w:tc>
          <w:tcPr>
            <w:tcW w:w="5674" w:type="dxa"/>
            <w:tcBorders>
              <w:bottom w:val="single" w:sz="6" w:space="0" w:color="000000"/>
            </w:tcBorders>
            <w:tcMar>
              <w:top w:w="55" w:type="dxa"/>
              <w:left w:w="80" w:type="dxa"/>
              <w:bottom w:w="55" w:type="dxa"/>
              <w:right w:w="80" w:type="dxa"/>
            </w:tcMar>
            <w:vAlign w:val="center"/>
          </w:tcPr>
          <w:p w14:paraId="25CEF152" w14:textId="77777777" w:rsidR="00DB793E" w:rsidRDefault="00000000">
            <w:pPr>
              <w:jc w:val="center"/>
            </w:pPr>
            <w:r>
              <w:rPr>
                <w:rFonts w:eastAsia="Times New Roman" w:cs="Times New Roman"/>
                <w:b/>
                <w:sz w:val="16"/>
              </w:rPr>
              <w:t>Patients, n/N (%)</w:t>
            </w:r>
          </w:p>
        </w:tc>
      </w:tr>
      <w:tr w:rsidR="00DB793E" w14:paraId="3ED220E2" w14:textId="77777777">
        <w:trPr>
          <w:cantSplit/>
        </w:trPr>
        <w:tc>
          <w:tcPr>
            <w:tcW w:w="8582" w:type="dxa"/>
            <w:tcMar>
              <w:top w:w="55" w:type="dxa"/>
              <w:left w:w="80" w:type="dxa"/>
              <w:bottom w:w="55" w:type="dxa"/>
              <w:right w:w="80" w:type="dxa"/>
            </w:tcMar>
            <w:vAlign w:val="center"/>
          </w:tcPr>
          <w:p w14:paraId="71E4448F" w14:textId="77777777" w:rsidR="00DB793E" w:rsidRDefault="00000000">
            <w:r>
              <w:rPr>
                <w:rFonts w:eastAsia="Times New Roman" w:cs="Times New Roman"/>
                <w:sz w:val="16"/>
              </w:rPr>
              <w:t>Discovery CT750 HD</w:t>
            </w:r>
          </w:p>
        </w:tc>
        <w:tc>
          <w:tcPr>
            <w:tcW w:w="5674" w:type="dxa"/>
            <w:tcMar>
              <w:top w:w="55" w:type="dxa"/>
              <w:left w:w="80" w:type="dxa"/>
              <w:bottom w:w="55" w:type="dxa"/>
              <w:right w:w="80" w:type="dxa"/>
            </w:tcMar>
            <w:vAlign w:val="center"/>
          </w:tcPr>
          <w:p w14:paraId="5D27115E" w14:textId="77777777" w:rsidR="00DB793E" w:rsidRDefault="00000000">
            <w:pPr>
              <w:jc w:val="center"/>
            </w:pPr>
            <w:r>
              <w:rPr>
                <w:rFonts w:eastAsia="Times New Roman" w:cs="Times New Roman"/>
                <w:sz w:val="16"/>
              </w:rPr>
              <w:t>104/142 (73.2%)</w:t>
            </w:r>
          </w:p>
        </w:tc>
      </w:tr>
      <w:tr w:rsidR="00DB793E" w14:paraId="22F4BF16" w14:textId="77777777">
        <w:trPr>
          <w:cantSplit/>
        </w:trPr>
        <w:tc>
          <w:tcPr>
            <w:tcW w:w="8582" w:type="dxa"/>
            <w:tcMar>
              <w:top w:w="55" w:type="dxa"/>
              <w:left w:w="80" w:type="dxa"/>
              <w:bottom w:w="55" w:type="dxa"/>
              <w:right w:w="80" w:type="dxa"/>
            </w:tcMar>
            <w:vAlign w:val="center"/>
          </w:tcPr>
          <w:p w14:paraId="1E4460DC" w14:textId="77777777" w:rsidR="00DB793E" w:rsidRDefault="00000000">
            <w:r>
              <w:rPr>
                <w:rFonts w:eastAsia="Times New Roman" w:cs="Times New Roman"/>
                <w:sz w:val="16"/>
              </w:rPr>
              <w:t>Revolution EVO</w:t>
            </w:r>
          </w:p>
        </w:tc>
        <w:tc>
          <w:tcPr>
            <w:tcW w:w="5674" w:type="dxa"/>
            <w:tcMar>
              <w:top w:w="55" w:type="dxa"/>
              <w:left w:w="80" w:type="dxa"/>
              <w:bottom w:w="55" w:type="dxa"/>
              <w:right w:w="80" w:type="dxa"/>
            </w:tcMar>
            <w:vAlign w:val="center"/>
          </w:tcPr>
          <w:p w14:paraId="40449AD5" w14:textId="77777777" w:rsidR="00DB793E" w:rsidRDefault="00000000">
            <w:pPr>
              <w:jc w:val="center"/>
            </w:pPr>
            <w:r>
              <w:rPr>
                <w:rFonts w:eastAsia="Times New Roman" w:cs="Times New Roman"/>
                <w:sz w:val="16"/>
              </w:rPr>
              <w:t>35/142 (24.6%)</w:t>
            </w:r>
          </w:p>
        </w:tc>
      </w:tr>
      <w:tr w:rsidR="00DB793E" w14:paraId="318D74FC" w14:textId="77777777">
        <w:trPr>
          <w:cantSplit/>
        </w:trPr>
        <w:tc>
          <w:tcPr>
            <w:tcW w:w="8582" w:type="dxa"/>
            <w:tcMar>
              <w:top w:w="55" w:type="dxa"/>
              <w:left w:w="80" w:type="dxa"/>
              <w:bottom w:w="55" w:type="dxa"/>
              <w:right w:w="80" w:type="dxa"/>
            </w:tcMar>
            <w:vAlign w:val="center"/>
          </w:tcPr>
          <w:p w14:paraId="22538370" w14:textId="77777777" w:rsidR="00DB793E" w:rsidRDefault="00000000">
            <w:proofErr w:type="spellStart"/>
            <w:r>
              <w:rPr>
                <w:rFonts w:eastAsia="Times New Roman" w:cs="Times New Roman"/>
                <w:sz w:val="16"/>
              </w:rPr>
              <w:t>uCT</w:t>
            </w:r>
            <w:proofErr w:type="spellEnd"/>
            <w:r>
              <w:rPr>
                <w:rFonts w:eastAsia="Times New Roman" w:cs="Times New Roman"/>
                <w:sz w:val="16"/>
              </w:rPr>
              <w:t xml:space="preserve"> 960+</w:t>
            </w:r>
          </w:p>
        </w:tc>
        <w:tc>
          <w:tcPr>
            <w:tcW w:w="5674" w:type="dxa"/>
            <w:tcMar>
              <w:top w:w="55" w:type="dxa"/>
              <w:left w:w="80" w:type="dxa"/>
              <w:bottom w:w="55" w:type="dxa"/>
              <w:right w:w="80" w:type="dxa"/>
            </w:tcMar>
            <w:vAlign w:val="center"/>
          </w:tcPr>
          <w:p w14:paraId="78E62E5C" w14:textId="77777777" w:rsidR="00DB793E" w:rsidRDefault="00000000">
            <w:pPr>
              <w:jc w:val="center"/>
            </w:pPr>
            <w:r>
              <w:rPr>
                <w:rFonts w:eastAsia="Times New Roman" w:cs="Times New Roman"/>
                <w:sz w:val="16"/>
              </w:rPr>
              <w:t>2/142 (1.4%)</w:t>
            </w:r>
          </w:p>
        </w:tc>
      </w:tr>
      <w:tr w:rsidR="00DB793E" w14:paraId="2477A6D3" w14:textId="77777777">
        <w:trPr>
          <w:cantSplit/>
        </w:trPr>
        <w:tc>
          <w:tcPr>
            <w:tcW w:w="8582" w:type="dxa"/>
            <w:tcMar>
              <w:top w:w="55" w:type="dxa"/>
              <w:left w:w="80" w:type="dxa"/>
              <w:bottom w:w="55" w:type="dxa"/>
              <w:right w:w="80" w:type="dxa"/>
            </w:tcMar>
            <w:vAlign w:val="center"/>
          </w:tcPr>
          <w:p w14:paraId="1ACDC13D" w14:textId="77777777" w:rsidR="00DB793E" w:rsidRDefault="00000000">
            <w:r>
              <w:rPr>
                <w:rFonts w:eastAsia="Times New Roman" w:cs="Times New Roman"/>
                <w:sz w:val="16"/>
              </w:rPr>
              <w:t>SOMATOM Force</w:t>
            </w:r>
          </w:p>
        </w:tc>
        <w:tc>
          <w:tcPr>
            <w:tcW w:w="5674" w:type="dxa"/>
            <w:tcMar>
              <w:top w:w="55" w:type="dxa"/>
              <w:left w:w="80" w:type="dxa"/>
              <w:bottom w:w="55" w:type="dxa"/>
              <w:right w:w="80" w:type="dxa"/>
            </w:tcMar>
            <w:vAlign w:val="center"/>
          </w:tcPr>
          <w:p w14:paraId="627B04E5" w14:textId="77777777" w:rsidR="00DB793E" w:rsidRDefault="00000000">
            <w:pPr>
              <w:jc w:val="center"/>
            </w:pPr>
            <w:r>
              <w:rPr>
                <w:rFonts w:eastAsia="Times New Roman" w:cs="Times New Roman"/>
                <w:sz w:val="16"/>
              </w:rPr>
              <w:t>1/142 (0.7%)</w:t>
            </w:r>
          </w:p>
        </w:tc>
      </w:tr>
    </w:tbl>
    <w:p w14:paraId="1D47BA21" w14:textId="77777777" w:rsidR="00DB793E" w:rsidRDefault="00000000">
      <w:pPr>
        <w:keepNext/>
        <w:spacing w:before="100" w:after="60"/>
      </w:pPr>
      <w:r>
        <w:rPr>
          <w:rFonts w:eastAsia="Times New Roman" w:cs="Times New Roman"/>
          <w:b/>
        </w:rPr>
        <w:t>D. Tube voltage (confirmed DICOM links; N=142)</w:t>
      </w:r>
    </w:p>
    <w:tbl>
      <w:tblPr>
        <w:tblW w:w="14256" w:type="dxa"/>
        <w:tblBorders>
          <w:top w:val="single" w:sz="10" w:space="0" w:color="000000"/>
          <w:left w:val="nil"/>
          <w:bottom w:val="single" w:sz="10" w:space="0" w:color="000000"/>
          <w:right w:val="nil"/>
          <w:insideH w:val="nil"/>
          <w:insideV w:val="nil"/>
        </w:tblBorders>
        <w:tblLayout w:type="fixed"/>
        <w:tblLook w:val="04A0" w:firstRow="1" w:lastRow="0" w:firstColumn="1" w:lastColumn="0" w:noHBand="0" w:noVBand="1"/>
      </w:tblPr>
      <w:tblGrid>
        <w:gridCol w:w="8582"/>
        <w:gridCol w:w="5674"/>
      </w:tblGrid>
      <w:tr w:rsidR="00DB793E" w14:paraId="5D50DA9A" w14:textId="77777777">
        <w:trPr>
          <w:cantSplit/>
          <w:tblHeader/>
        </w:trPr>
        <w:tc>
          <w:tcPr>
            <w:tcW w:w="8582" w:type="dxa"/>
            <w:tcBorders>
              <w:bottom w:val="single" w:sz="6" w:space="0" w:color="000000"/>
            </w:tcBorders>
            <w:tcMar>
              <w:top w:w="55" w:type="dxa"/>
              <w:left w:w="80" w:type="dxa"/>
              <w:bottom w:w="55" w:type="dxa"/>
              <w:right w:w="80" w:type="dxa"/>
            </w:tcMar>
            <w:vAlign w:val="center"/>
          </w:tcPr>
          <w:p w14:paraId="63BC56C8" w14:textId="77777777" w:rsidR="00DB793E" w:rsidRDefault="00000000">
            <w:pPr>
              <w:jc w:val="center"/>
            </w:pPr>
            <w:r>
              <w:rPr>
                <w:rFonts w:eastAsia="Times New Roman" w:cs="Times New Roman"/>
                <w:b/>
                <w:sz w:val="16"/>
              </w:rPr>
              <w:t>Tube voltage</w:t>
            </w:r>
          </w:p>
        </w:tc>
        <w:tc>
          <w:tcPr>
            <w:tcW w:w="5674" w:type="dxa"/>
            <w:tcBorders>
              <w:bottom w:val="single" w:sz="6" w:space="0" w:color="000000"/>
            </w:tcBorders>
            <w:tcMar>
              <w:top w:w="55" w:type="dxa"/>
              <w:left w:w="80" w:type="dxa"/>
              <w:bottom w:w="55" w:type="dxa"/>
              <w:right w:w="80" w:type="dxa"/>
            </w:tcMar>
            <w:vAlign w:val="center"/>
          </w:tcPr>
          <w:p w14:paraId="4B5A2BD8" w14:textId="77777777" w:rsidR="00DB793E" w:rsidRDefault="00000000">
            <w:pPr>
              <w:jc w:val="center"/>
            </w:pPr>
            <w:r>
              <w:rPr>
                <w:rFonts w:eastAsia="Times New Roman" w:cs="Times New Roman"/>
                <w:b/>
                <w:sz w:val="16"/>
              </w:rPr>
              <w:t>Patients, n/N (%)</w:t>
            </w:r>
          </w:p>
        </w:tc>
      </w:tr>
      <w:tr w:rsidR="00DB793E" w14:paraId="0C31F112" w14:textId="77777777">
        <w:trPr>
          <w:cantSplit/>
        </w:trPr>
        <w:tc>
          <w:tcPr>
            <w:tcW w:w="8582" w:type="dxa"/>
            <w:tcMar>
              <w:top w:w="55" w:type="dxa"/>
              <w:left w:w="80" w:type="dxa"/>
              <w:bottom w:w="55" w:type="dxa"/>
              <w:right w:w="80" w:type="dxa"/>
            </w:tcMar>
            <w:vAlign w:val="center"/>
          </w:tcPr>
          <w:p w14:paraId="01DF3DAF" w14:textId="77777777" w:rsidR="00DB793E" w:rsidRDefault="00000000">
            <w:r>
              <w:rPr>
                <w:rFonts w:eastAsia="Times New Roman" w:cs="Times New Roman"/>
                <w:sz w:val="16"/>
              </w:rPr>
              <w:t xml:space="preserve">120 </w:t>
            </w:r>
            <w:proofErr w:type="spellStart"/>
            <w:r>
              <w:rPr>
                <w:rFonts w:eastAsia="Times New Roman" w:cs="Times New Roman"/>
                <w:sz w:val="16"/>
              </w:rPr>
              <w:t>kVp</w:t>
            </w:r>
            <w:proofErr w:type="spellEnd"/>
          </w:p>
        </w:tc>
        <w:tc>
          <w:tcPr>
            <w:tcW w:w="5674" w:type="dxa"/>
            <w:tcMar>
              <w:top w:w="55" w:type="dxa"/>
              <w:left w:w="80" w:type="dxa"/>
              <w:bottom w:w="55" w:type="dxa"/>
              <w:right w:w="80" w:type="dxa"/>
            </w:tcMar>
            <w:vAlign w:val="center"/>
          </w:tcPr>
          <w:p w14:paraId="6C4E2017" w14:textId="77777777" w:rsidR="00DB793E" w:rsidRDefault="00000000">
            <w:pPr>
              <w:jc w:val="center"/>
            </w:pPr>
            <w:r>
              <w:rPr>
                <w:rFonts w:eastAsia="Times New Roman" w:cs="Times New Roman"/>
                <w:sz w:val="16"/>
              </w:rPr>
              <w:t>140/142 (98.6%)</w:t>
            </w:r>
          </w:p>
        </w:tc>
      </w:tr>
      <w:tr w:rsidR="00DB793E" w14:paraId="1BFBAC3C" w14:textId="77777777">
        <w:trPr>
          <w:cantSplit/>
        </w:trPr>
        <w:tc>
          <w:tcPr>
            <w:tcW w:w="8582" w:type="dxa"/>
            <w:tcMar>
              <w:top w:w="55" w:type="dxa"/>
              <w:left w:w="80" w:type="dxa"/>
              <w:bottom w:w="55" w:type="dxa"/>
              <w:right w:w="80" w:type="dxa"/>
            </w:tcMar>
            <w:vAlign w:val="center"/>
          </w:tcPr>
          <w:p w14:paraId="72F9FA81" w14:textId="77777777" w:rsidR="00DB793E" w:rsidRDefault="00000000">
            <w:r>
              <w:rPr>
                <w:rFonts w:eastAsia="Times New Roman" w:cs="Times New Roman"/>
                <w:sz w:val="16"/>
              </w:rPr>
              <w:t xml:space="preserve">100 </w:t>
            </w:r>
            <w:proofErr w:type="spellStart"/>
            <w:r>
              <w:rPr>
                <w:rFonts w:eastAsia="Times New Roman" w:cs="Times New Roman"/>
                <w:sz w:val="16"/>
              </w:rPr>
              <w:t>kVp</w:t>
            </w:r>
            <w:proofErr w:type="spellEnd"/>
          </w:p>
        </w:tc>
        <w:tc>
          <w:tcPr>
            <w:tcW w:w="5674" w:type="dxa"/>
            <w:tcMar>
              <w:top w:w="55" w:type="dxa"/>
              <w:left w:w="80" w:type="dxa"/>
              <w:bottom w:w="55" w:type="dxa"/>
              <w:right w:w="80" w:type="dxa"/>
            </w:tcMar>
            <w:vAlign w:val="center"/>
          </w:tcPr>
          <w:p w14:paraId="7B0C2530" w14:textId="77777777" w:rsidR="00DB793E" w:rsidRDefault="00000000">
            <w:pPr>
              <w:jc w:val="center"/>
            </w:pPr>
            <w:r>
              <w:rPr>
                <w:rFonts w:eastAsia="Times New Roman" w:cs="Times New Roman"/>
                <w:sz w:val="16"/>
              </w:rPr>
              <w:t>2/142 (1.4%)</w:t>
            </w:r>
          </w:p>
        </w:tc>
      </w:tr>
    </w:tbl>
    <w:p w14:paraId="210B2EC6" w14:textId="77777777" w:rsidR="00DB793E" w:rsidRDefault="00000000">
      <w:pPr>
        <w:keepNext/>
        <w:spacing w:before="100" w:after="60"/>
      </w:pPr>
      <w:r>
        <w:rPr>
          <w:rFonts w:eastAsia="Times New Roman" w:cs="Times New Roman"/>
          <w:b/>
        </w:rPr>
        <w:t>E. Reconstructed section thickness (confirmed DICOM links; N=142)</w:t>
      </w:r>
    </w:p>
    <w:tbl>
      <w:tblPr>
        <w:tblW w:w="14256" w:type="dxa"/>
        <w:tblBorders>
          <w:top w:val="single" w:sz="10" w:space="0" w:color="000000"/>
          <w:left w:val="nil"/>
          <w:bottom w:val="single" w:sz="10" w:space="0" w:color="000000"/>
          <w:right w:val="nil"/>
          <w:insideH w:val="nil"/>
          <w:insideV w:val="nil"/>
        </w:tblBorders>
        <w:tblLayout w:type="fixed"/>
        <w:tblLook w:val="04A0" w:firstRow="1" w:lastRow="0" w:firstColumn="1" w:lastColumn="0" w:noHBand="0" w:noVBand="1"/>
      </w:tblPr>
      <w:tblGrid>
        <w:gridCol w:w="8582"/>
        <w:gridCol w:w="5674"/>
      </w:tblGrid>
      <w:tr w:rsidR="00DB793E" w14:paraId="116C1207" w14:textId="77777777">
        <w:trPr>
          <w:cantSplit/>
          <w:tblHeader/>
        </w:trPr>
        <w:tc>
          <w:tcPr>
            <w:tcW w:w="8582" w:type="dxa"/>
            <w:tcBorders>
              <w:bottom w:val="single" w:sz="6" w:space="0" w:color="000000"/>
            </w:tcBorders>
            <w:tcMar>
              <w:top w:w="55" w:type="dxa"/>
              <w:left w:w="80" w:type="dxa"/>
              <w:bottom w:w="55" w:type="dxa"/>
              <w:right w:w="80" w:type="dxa"/>
            </w:tcMar>
            <w:vAlign w:val="center"/>
          </w:tcPr>
          <w:p w14:paraId="450E2584" w14:textId="77777777" w:rsidR="00DB793E" w:rsidRDefault="00000000">
            <w:pPr>
              <w:jc w:val="center"/>
            </w:pPr>
            <w:r>
              <w:rPr>
                <w:rFonts w:eastAsia="Times New Roman" w:cs="Times New Roman"/>
                <w:b/>
                <w:sz w:val="16"/>
              </w:rPr>
              <w:t>Section thickness</w:t>
            </w:r>
          </w:p>
        </w:tc>
        <w:tc>
          <w:tcPr>
            <w:tcW w:w="5674" w:type="dxa"/>
            <w:tcBorders>
              <w:bottom w:val="single" w:sz="6" w:space="0" w:color="000000"/>
            </w:tcBorders>
            <w:tcMar>
              <w:top w:w="55" w:type="dxa"/>
              <w:left w:w="80" w:type="dxa"/>
              <w:bottom w:w="55" w:type="dxa"/>
              <w:right w:w="80" w:type="dxa"/>
            </w:tcMar>
            <w:vAlign w:val="center"/>
          </w:tcPr>
          <w:p w14:paraId="4AC20CA6" w14:textId="77777777" w:rsidR="00DB793E" w:rsidRDefault="00000000">
            <w:pPr>
              <w:jc w:val="center"/>
            </w:pPr>
            <w:r>
              <w:rPr>
                <w:rFonts w:eastAsia="Times New Roman" w:cs="Times New Roman"/>
                <w:b/>
                <w:sz w:val="16"/>
              </w:rPr>
              <w:t>Patients, n/N (%)</w:t>
            </w:r>
          </w:p>
        </w:tc>
      </w:tr>
      <w:tr w:rsidR="00DB793E" w14:paraId="65B05752" w14:textId="77777777">
        <w:trPr>
          <w:cantSplit/>
        </w:trPr>
        <w:tc>
          <w:tcPr>
            <w:tcW w:w="8582" w:type="dxa"/>
            <w:tcMar>
              <w:top w:w="55" w:type="dxa"/>
              <w:left w:w="80" w:type="dxa"/>
              <w:bottom w:w="55" w:type="dxa"/>
              <w:right w:w="80" w:type="dxa"/>
            </w:tcMar>
            <w:vAlign w:val="center"/>
          </w:tcPr>
          <w:p w14:paraId="79FC4239" w14:textId="77777777" w:rsidR="00DB793E" w:rsidRDefault="00000000">
            <w:r>
              <w:rPr>
                <w:rFonts w:eastAsia="Times New Roman" w:cs="Times New Roman"/>
                <w:sz w:val="16"/>
              </w:rPr>
              <w:t>1.25 mm</w:t>
            </w:r>
          </w:p>
        </w:tc>
        <w:tc>
          <w:tcPr>
            <w:tcW w:w="5674" w:type="dxa"/>
            <w:tcMar>
              <w:top w:w="55" w:type="dxa"/>
              <w:left w:w="80" w:type="dxa"/>
              <w:bottom w:w="55" w:type="dxa"/>
              <w:right w:w="80" w:type="dxa"/>
            </w:tcMar>
            <w:vAlign w:val="center"/>
          </w:tcPr>
          <w:p w14:paraId="5D8580F0" w14:textId="77777777" w:rsidR="00DB793E" w:rsidRDefault="00000000">
            <w:pPr>
              <w:jc w:val="center"/>
            </w:pPr>
            <w:r>
              <w:rPr>
                <w:rFonts w:eastAsia="Times New Roman" w:cs="Times New Roman"/>
                <w:sz w:val="16"/>
              </w:rPr>
              <w:t>139/142 (97.9%)</w:t>
            </w:r>
          </w:p>
        </w:tc>
      </w:tr>
      <w:tr w:rsidR="00DB793E" w14:paraId="43BB99C5" w14:textId="77777777">
        <w:trPr>
          <w:cantSplit/>
        </w:trPr>
        <w:tc>
          <w:tcPr>
            <w:tcW w:w="8582" w:type="dxa"/>
            <w:tcMar>
              <w:top w:w="55" w:type="dxa"/>
              <w:left w:w="80" w:type="dxa"/>
              <w:bottom w:w="55" w:type="dxa"/>
              <w:right w:w="80" w:type="dxa"/>
            </w:tcMar>
            <w:vAlign w:val="center"/>
          </w:tcPr>
          <w:p w14:paraId="3912C05A" w14:textId="77777777" w:rsidR="00DB793E" w:rsidRDefault="00000000">
            <w:r>
              <w:rPr>
                <w:rFonts w:eastAsia="Times New Roman" w:cs="Times New Roman"/>
                <w:sz w:val="16"/>
              </w:rPr>
              <w:t>1.0 mm</w:t>
            </w:r>
          </w:p>
        </w:tc>
        <w:tc>
          <w:tcPr>
            <w:tcW w:w="5674" w:type="dxa"/>
            <w:tcMar>
              <w:top w:w="55" w:type="dxa"/>
              <w:left w:w="80" w:type="dxa"/>
              <w:bottom w:w="55" w:type="dxa"/>
              <w:right w:w="80" w:type="dxa"/>
            </w:tcMar>
            <w:vAlign w:val="center"/>
          </w:tcPr>
          <w:p w14:paraId="1F6A1530" w14:textId="77777777" w:rsidR="00DB793E" w:rsidRDefault="00000000">
            <w:pPr>
              <w:jc w:val="center"/>
            </w:pPr>
            <w:r>
              <w:rPr>
                <w:rFonts w:eastAsia="Times New Roman" w:cs="Times New Roman"/>
                <w:sz w:val="16"/>
              </w:rPr>
              <w:t>3/142 (2.1%)</w:t>
            </w:r>
          </w:p>
        </w:tc>
      </w:tr>
    </w:tbl>
    <w:p w14:paraId="0F06F169" w14:textId="77777777" w:rsidR="00DB793E" w:rsidRDefault="00000000">
      <w:r>
        <w:br w:type="page"/>
      </w:r>
    </w:p>
    <w:p w14:paraId="186810A1" w14:textId="77777777" w:rsidR="00DB793E" w:rsidRDefault="00000000">
      <w:pPr>
        <w:keepNext/>
        <w:spacing w:before="100" w:after="60"/>
      </w:pPr>
      <w:r>
        <w:rPr>
          <w:rFonts w:eastAsia="Times New Roman" w:cs="Times New Roman"/>
          <w:b/>
        </w:rPr>
        <w:lastRenderedPageBreak/>
        <w:t xml:space="preserve">F. Native </w:t>
      </w:r>
      <w:proofErr w:type="spellStart"/>
      <w:r>
        <w:rPr>
          <w:rFonts w:eastAsia="Times New Roman" w:cs="Times New Roman"/>
          <w:b/>
        </w:rPr>
        <w:t>NIfTI</w:t>
      </w:r>
      <w:proofErr w:type="spellEnd"/>
      <w:r>
        <w:rPr>
          <w:rFonts w:eastAsia="Times New Roman" w:cs="Times New Roman"/>
          <w:b/>
        </w:rPr>
        <w:t xml:space="preserve"> voxel spacing (N=145)</w:t>
      </w:r>
    </w:p>
    <w:tbl>
      <w:tblPr>
        <w:tblW w:w="14256" w:type="dxa"/>
        <w:tblBorders>
          <w:top w:val="single" w:sz="10" w:space="0" w:color="000000"/>
          <w:left w:val="nil"/>
          <w:bottom w:val="single" w:sz="10" w:space="0" w:color="000000"/>
          <w:right w:val="nil"/>
          <w:insideH w:val="nil"/>
          <w:insideV w:val="nil"/>
        </w:tblBorders>
        <w:tblLayout w:type="fixed"/>
        <w:tblLook w:val="04A0" w:firstRow="1" w:lastRow="0" w:firstColumn="1" w:lastColumn="0" w:noHBand="0" w:noVBand="1"/>
      </w:tblPr>
      <w:tblGrid>
        <w:gridCol w:w="2472"/>
        <w:gridCol w:w="1891"/>
        <w:gridCol w:w="2182"/>
        <w:gridCol w:w="2618"/>
        <w:gridCol w:w="2618"/>
        <w:gridCol w:w="2475"/>
      </w:tblGrid>
      <w:tr w:rsidR="00DB793E" w14:paraId="014651EC" w14:textId="77777777">
        <w:trPr>
          <w:cantSplit/>
          <w:tblHeader/>
        </w:trPr>
        <w:tc>
          <w:tcPr>
            <w:tcW w:w="2472" w:type="dxa"/>
            <w:tcBorders>
              <w:bottom w:val="single" w:sz="6" w:space="0" w:color="000000"/>
            </w:tcBorders>
            <w:tcMar>
              <w:top w:w="55" w:type="dxa"/>
              <w:left w:w="80" w:type="dxa"/>
              <w:bottom w:w="55" w:type="dxa"/>
              <w:right w:w="80" w:type="dxa"/>
            </w:tcMar>
            <w:vAlign w:val="center"/>
          </w:tcPr>
          <w:p w14:paraId="6B52AEE7" w14:textId="77777777" w:rsidR="00DB793E" w:rsidRDefault="00000000">
            <w:pPr>
              <w:jc w:val="center"/>
            </w:pPr>
            <w:r>
              <w:rPr>
                <w:rFonts w:eastAsia="Times New Roman" w:cs="Times New Roman"/>
                <w:b/>
                <w:sz w:val="16"/>
              </w:rPr>
              <w:t>Dimension</w:t>
            </w:r>
          </w:p>
        </w:tc>
        <w:tc>
          <w:tcPr>
            <w:tcW w:w="1891" w:type="dxa"/>
            <w:tcBorders>
              <w:bottom w:val="single" w:sz="6" w:space="0" w:color="000000"/>
            </w:tcBorders>
            <w:tcMar>
              <w:top w:w="55" w:type="dxa"/>
              <w:left w:w="80" w:type="dxa"/>
              <w:bottom w:w="55" w:type="dxa"/>
              <w:right w:w="80" w:type="dxa"/>
            </w:tcMar>
            <w:vAlign w:val="center"/>
          </w:tcPr>
          <w:p w14:paraId="5E0CB985" w14:textId="77777777" w:rsidR="00DB793E" w:rsidRDefault="00000000">
            <w:pPr>
              <w:jc w:val="center"/>
            </w:pPr>
            <w:r>
              <w:rPr>
                <w:rFonts w:eastAsia="Times New Roman" w:cs="Times New Roman"/>
                <w:b/>
                <w:sz w:val="16"/>
              </w:rPr>
              <w:t>Unit</w:t>
            </w:r>
          </w:p>
        </w:tc>
        <w:tc>
          <w:tcPr>
            <w:tcW w:w="2182" w:type="dxa"/>
            <w:tcBorders>
              <w:bottom w:val="single" w:sz="6" w:space="0" w:color="000000"/>
            </w:tcBorders>
            <w:tcMar>
              <w:top w:w="55" w:type="dxa"/>
              <w:left w:w="80" w:type="dxa"/>
              <w:bottom w:w="55" w:type="dxa"/>
              <w:right w:w="80" w:type="dxa"/>
            </w:tcMar>
            <w:vAlign w:val="center"/>
          </w:tcPr>
          <w:p w14:paraId="293608D9" w14:textId="77777777" w:rsidR="00DB793E" w:rsidRDefault="00000000">
            <w:pPr>
              <w:jc w:val="center"/>
            </w:pPr>
            <w:r>
              <w:rPr>
                <w:rFonts w:eastAsia="Times New Roman" w:cs="Times New Roman"/>
                <w:b/>
                <w:sz w:val="16"/>
              </w:rPr>
              <w:t>Patients</w:t>
            </w:r>
          </w:p>
        </w:tc>
        <w:tc>
          <w:tcPr>
            <w:tcW w:w="2618" w:type="dxa"/>
            <w:tcBorders>
              <w:bottom w:val="single" w:sz="6" w:space="0" w:color="000000"/>
            </w:tcBorders>
            <w:tcMar>
              <w:top w:w="55" w:type="dxa"/>
              <w:left w:w="80" w:type="dxa"/>
              <w:bottom w:w="55" w:type="dxa"/>
              <w:right w:w="80" w:type="dxa"/>
            </w:tcMar>
            <w:vAlign w:val="center"/>
          </w:tcPr>
          <w:p w14:paraId="18FE2508" w14:textId="77777777" w:rsidR="00DB793E" w:rsidRDefault="00000000">
            <w:pPr>
              <w:jc w:val="center"/>
            </w:pPr>
            <w:r>
              <w:rPr>
                <w:rFonts w:eastAsia="Times New Roman" w:cs="Times New Roman"/>
                <w:b/>
                <w:sz w:val="16"/>
              </w:rPr>
              <w:t>Median</w:t>
            </w:r>
          </w:p>
        </w:tc>
        <w:tc>
          <w:tcPr>
            <w:tcW w:w="2618" w:type="dxa"/>
            <w:tcBorders>
              <w:bottom w:val="single" w:sz="6" w:space="0" w:color="000000"/>
            </w:tcBorders>
            <w:tcMar>
              <w:top w:w="55" w:type="dxa"/>
              <w:left w:w="80" w:type="dxa"/>
              <w:bottom w:w="55" w:type="dxa"/>
              <w:right w:w="80" w:type="dxa"/>
            </w:tcMar>
            <w:vAlign w:val="center"/>
          </w:tcPr>
          <w:p w14:paraId="68DF6039" w14:textId="77777777" w:rsidR="00DB793E" w:rsidRDefault="00000000">
            <w:pPr>
              <w:jc w:val="center"/>
            </w:pPr>
            <w:r>
              <w:rPr>
                <w:rFonts w:eastAsia="Times New Roman" w:cs="Times New Roman"/>
                <w:b/>
                <w:sz w:val="16"/>
              </w:rPr>
              <w:t>Minimum</w:t>
            </w:r>
          </w:p>
        </w:tc>
        <w:tc>
          <w:tcPr>
            <w:tcW w:w="2475" w:type="dxa"/>
            <w:tcBorders>
              <w:bottom w:val="single" w:sz="6" w:space="0" w:color="000000"/>
            </w:tcBorders>
            <w:tcMar>
              <w:top w:w="55" w:type="dxa"/>
              <w:left w:w="80" w:type="dxa"/>
              <w:bottom w:w="55" w:type="dxa"/>
              <w:right w:w="80" w:type="dxa"/>
            </w:tcMar>
            <w:vAlign w:val="center"/>
          </w:tcPr>
          <w:p w14:paraId="5C7B4D03" w14:textId="77777777" w:rsidR="00DB793E" w:rsidRDefault="00000000">
            <w:pPr>
              <w:jc w:val="center"/>
            </w:pPr>
            <w:r>
              <w:rPr>
                <w:rFonts w:eastAsia="Times New Roman" w:cs="Times New Roman"/>
                <w:b/>
                <w:sz w:val="16"/>
              </w:rPr>
              <w:t>Maximum</w:t>
            </w:r>
          </w:p>
        </w:tc>
      </w:tr>
      <w:tr w:rsidR="00DB793E" w14:paraId="6CF3DCE5" w14:textId="77777777">
        <w:trPr>
          <w:cantSplit/>
        </w:trPr>
        <w:tc>
          <w:tcPr>
            <w:tcW w:w="2472" w:type="dxa"/>
            <w:tcMar>
              <w:top w:w="55" w:type="dxa"/>
              <w:left w:w="80" w:type="dxa"/>
              <w:bottom w:w="55" w:type="dxa"/>
              <w:right w:w="80" w:type="dxa"/>
            </w:tcMar>
            <w:vAlign w:val="center"/>
          </w:tcPr>
          <w:p w14:paraId="01C17872" w14:textId="77777777" w:rsidR="00DB793E" w:rsidRDefault="00000000">
            <w:r>
              <w:rPr>
                <w:rFonts w:eastAsia="Times New Roman" w:cs="Times New Roman"/>
                <w:sz w:val="16"/>
              </w:rPr>
              <w:t>x</w:t>
            </w:r>
          </w:p>
        </w:tc>
        <w:tc>
          <w:tcPr>
            <w:tcW w:w="1891" w:type="dxa"/>
            <w:tcMar>
              <w:top w:w="55" w:type="dxa"/>
              <w:left w:w="80" w:type="dxa"/>
              <w:bottom w:w="55" w:type="dxa"/>
              <w:right w:w="80" w:type="dxa"/>
            </w:tcMar>
            <w:vAlign w:val="center"/>
          </w:tcPr>
          <w:p w14:paraId="7636593F" w14:textId="77777777" w:rsidR="00DB793E" w:rsidRDefault="00000000">
            <w:pPr>
              <w:jc w:val="center"/>
            </w:pPr>
            <w:r>
              <w:rPr>
                <w:rFonts w:eastAsia="Times New Roman" w:cs="Times New Roman"/>
                <w:sz w:val="16"/>
              </w:rPr>
              <w:t>mm</w:t>
            </w:r>
          </w:p>
        </w:tc>
        <w:tc>
          <w:tcPr>
            <w:tcW w:w="2182" w:type="dxa"/>
            <w:tcMar>
              <w:top w:w="55" w:type="dxa"/>
              <w:left w:w="80" w:type="dxa"/>
              <w:bottom w:w="55" w:type="dxa"/>
              <w:right w:w="80" w:type="dxa"/>
            </w:tcMar>
            <w:vAlign w:val="center"/>
          </w:tcPr>
          <w:p w14:paraId="1E0AB531" w14:textId="77777777" w:rsidR="00DB793E" w:rsidRDefault="00000000">
            <w:pPr>
              <w:jc w:val="center"/>
            </w:pPr>
            <w:r>
              <w:rPr>
                <w:rFonts w:eastAsia="Times New Roman" w:cs="Times New Roman"/>
                <w:sz w:val="16"/>
              </w:rPr>
              <w:t>145</w:t>
            </w:r>
          </w:p>
        </w:tc>
        <w:tc>
          <w:tcPr>
            <w:tcW w:w="2618" w:type="dxa"/>
            <w:tcMar>
              <w:top w:w="55" w:type="dxa"/>
              <w:left w:w="80" w:type="dxa"/>
              <w:bottom w:w="55" w:type="dxa"/>
              <w:right w:w="80" w:type="dxa"/>
            </w:tcMar>
            <w:vAlign w:val="center"/>
          </w:tcPr>
          <w:p w14:paraId="1BD5E84D" w14:textId="77777777" w:rsidR="00DB793E" w:rsidRDefault="00000000">
            <w:pPr>
              <w:jc w:val="center"/>
            </w:pPr>
            <w:r>
              <w:rPr>
                <w:rFonts w:eastAsia="Times New Roman" w:cs="Times New Roman"/>
                <w:sz w:val="16"/>
              </w:rPr>
              <w:t>0.703</w:t>
            </w:r>
          </w:p>
        </w:tc>
        <w:tc>
          <w:tcPr>
            <w:tcW w:w="2618" w:type="dxa"/>
            <w:tcMar>
              <w:top w:w="55" w:type="dxa"/>
              <w:left w:w="80" w:type="dxa"/>
              <w:bottom w:w="55" w:type="dxa"/>
              <w:right w:w="80" w:type="dxa"/>
            </w:tcMar>
            <w:vAlign w:val="center"/>
          </w:tcPr>
          <w:p w14:paraId="783DA118" w14:textId="77777777" w:rsidR="00DB793E" w:rsidRDefault="00000000">
            <w:pPr>
              <w:jc w:val="center"/>
            </w:pPr>
            <w:r>
              <w:rPr>
                <w:rFonts w:eastAsia="Times New Roman" w:cs="Times New Roman"/>
                <w:sz w:val="16"/>
              </w:rPr>
              <w:t>0.607</w:t>
            </w:r>
          </w:p>
        </w:tc>
        <w:tc>
          <w:tcPr>
            <w:tcW w:w="2475" w:type="dxa"/>
            <w:tcMar>
              <w:top w:w="55" w:type="dxa"/>
              <w:left w:w="80" w:type="dxa"/>
              <w:bottom w:w="55" w:type="dxa"/>
              <w:right w:w="80" w:type="dxa"/>
            </w:tcMar>
            <w:vAlign w:val="center"/>
          </w:tcPr>
          <w:p w14:paraId="6F5A0EBA" w14:textId="77777777" w:rsidR="00DB793E" w:rsidRDefault="00000000">
            <w:pPr>
              <w:jc w:val="center"/>
            </w:pPr>
            <w:r>
              <w:rPr>
                <w:rFonts w:eastAsia="Times New Roman" w:cs="Times New Roman"/>
                <w:sz w:val="16"/>
              </w:rPr>
              <w:t>0.906</w:t>
            </w:r>
          </w:p>
        </w:tc>
      </w:tr>
      <w:tr w:rsidR="00DB793E" w14:paraId="16F2313E" w14:textId="77777777">
        <w:trPr>
          <w:cantSplit/>
        </w:trPr>
        <w:tc>
          <w:tcPr>
            <w:tcW w:w="2472" w:type="dxa"/>
            <w:tcMar>
              <w:top w:w="55" w:type="dxa"/>
              <w:left w:w="80" w:type="dxa"/>
              <w:bottom w:w="55" w:type="dxa"/>
              <w:right w:w="80" w:type="dxa"/>
            </w:tcMar>
            <w:vAlign w:val="center"/>
          </w:tcPr>
          <w:p w14:paraId="626E299C" w14:textId="77777777" w:rsidR="00DB793E" w:rsidRDefault="00000000">
            <w:r>
              <w:rPr>
                <w:rFonts w:eastAsia="Times New Roman" w:cs="Times New Roman"/>
                <w:sz w:val="16"/>
              </w:rPr>
              <w:t>y</w:t>
            </w:r>
          </w:p>
        </w:tc>
        <w:tc>
          <w:tcPr>
            <w:tcW w:w="1891" w:type="dxa"/>
            <w:tcMar>
              <w:top w:w="55" w:type="dxa"/>
              <w:left w:w="80" w:type="dxa"/>
              <w:bottom w:w="55" w:type="dxa"/>
              <w:right w:w="80" w:type="dxa"/>
            </w:tcMar>
            <w:vAlign w:val="center"/>
          </w:tcPr>
          <w:p w14:paraId="373F3F95" w14:textId="77777777" w:rsidR="00DB793E" w:rsidRDefault="00000000">
            <w:pPr>
              <w:jc w:val="center"/>
            </w:pPr>
            <w:r>
              <w:rPr>
                <w:rFonts w:eastAsia="Times New Roman" w:cs="Times New Roman"/>
                <w:sz w:val="16"/>
              </w:rPr>
              <w:t>mm</w:t>
            </w:r>
          </w:p>
        </w:tc>
        <w:tc>
          <w:tcPr>
            <w:tcW w:w="2182" w:type="dxa"/>
            <w:tcMar>
              <w:top w:w="55" w:type="dxa"/>
              <w:left w:w="80" w:type="dxa"/>
              <w:bottom w:w="55" w:type="dxa"/>
              <w:right w:w="80" w:type="dxa"/>
            </w:tcMar>
            <w:vAlign w:val="center"/>
          </w:tcPr>
          <w:p w14:paraId="1076FEEA" w14:textId="77777777" w:rsidR="00DB793E" w:rsidRDefault="00000000">
            <w:pPr>
              <w:jc w:val="center"/>
            </w:pPr>
            <w:r>
              <w:rPr>
                <w:rFonts w:eastAsia="Times New Roman" w:cs="Times New Roman"/>
                <w:sz w:val="16"/>
              </w:rPr>
              <w:t>145</w:t>
            </w:r>
          </w:p>
        </w:tc>
        <w:tc>
          <w:tcPr>
            <w:tcW w:w="2618" w:type="dxa"/>
            <w:tcMar>
              <w:top w:w="55" w:type="dxa"/>
              <w:left w:w="80" w:type="dxa"/>
              <w:bottom w:w="55" w:type="dxa"/>
              <w:right w:w="80" w:type="dxa"/>
            </w:tcMar>
            <w:vAlign w:val="center"/>
          </w:tcPr>
          <w:p w14:paraId="401E0AEF" w14:textId="77777777" w:rsidR="00DB793E" w:rsidRDefault="00000000">
            <w:pPr>
              <w:jc w:val="center"/>
            </w:pPr>
            <w:r>
              <w:rPr>
                <w:rFonts w:eastAsia="Times New Roman" w:cs="Times New Roman"/>
                <w:sz w:val="16"/>
              </w:rPr>
              <w:t>0.703</w:t>
            </w:r>
          </w:p>
        </w:tc>
        <w:tc>
          <w:tcPr>
            <w:tcW w:w="2618" w:type="dxa"/>
            <w:tcMar>
              <w:top w:w="55" w:type="dxa"/>
              <w:left w:w="80" w:type="dxa"/>
              <w:bottom w:w="55" w:type="dxa"/>
              <w:right w:w="80" w:type="dxa"/>
            </w:tcMar>
            <w:vAlign w:val="center"/>
          </w:tcPr>
          <w:p w14:paraId="5B9647F1" w14:textId="77777777" w:rsidR="00DB793E" w:rsidRDefault="00000000">
            <w:pPr>
              <w:jc w:val="center"/>
            </w:pPr>
            <w:r>
              <w:rPr>
                <w:rFonts w:eastAsia="Times New Roman" w:cs="Times New Roman"/>
                <w:sz w:val="16"/>
              </w:rPr>
              <w:t>0.607</w:t>
            </w:r>
          </w:p>
        </w:tc>
        <w:tc>
          <w:tcPr>
            <w:tcW w:w="2475" w:type="dxa"/>
            <w:tcMar>
              <w:top w:w="55" w:type="dxa"/>
              <w:left w:w="80" w:type="dxa"/>
              <w:bottom w:w="55" w:type="dxa"/>
              <w:right w:w="80" w:type="dxa"/>
            </w:tcMar>
            <w:vAlign w:val="center"/>
          </w:tcPr>
          <w:p w14:paraId="2F52CF94" w14:textId="77777777" w:rsidR="00DB793E" w:rsidRDefault="00000000">
            <w:pPr>
              <w:jc w:val="center"/>
            </w:pPr>
            <w:r>
              <w:rPr>
                <w:rFonts w:eastAsia="Times New Roman" w:cs="Times New Roman"/>
                <w:sz w:val="16"/>
              </w:rPr>
              <w:t>0.906</w:t>
            </w:r>
          </w:p>
        </w:tc>
      </w:tr>
      <w:tr w:rsidR="00DB793E" w14:paraId="524A3583" w14:textId="77777777">
        <w:trPr>
          <w:cantSplit/>
        </w:trPr>
        <w:tc>
          <w:tcPr>
            <w:tcW w:w="2472" w:type="dxa"/>
            <w:tcMar>
              <w:top w:w="55" w:type="dxa"/>
              <w:left w:w="80" w:type="dxa"/>
              <w:bottom w:w="55" w:type="dxa"/>
              <w:right w:w="80" w:type="dxa"/>
            </w:tcMar>
            <w:vAlign w:val="center"/>
          </w:tcPr>
          <w:p w14:paraId="6457CE25" w14:textId="77777777" w:rsidR="00DB793E" w:rsidRDefault="00000000">
            <w:r>
              <w:rPr>
                <w:rFonts w:eastAsia="Times New Roman" w:cs="Times New Roman"/>
                <w:sz w:val="16"/>
              </w:rPr>
              <w:t>z</w:t>
            </w:r>
          </w:p>
        </w:tc>
        <w:tc>
          <w:tcPr>
            <w:tcW w:w="1891" w:type="dxa"/>
            <w:tcMar>
              <w:top w:w="55" w:type="dxa"/>
              <w:left w:w="80" w:type="dxa"/>
              <w:bottom w:w="55" w:type="dxa"/>
              <w:right w:w="80" w:type="dxa"/>
            </w:tcMar>
            <w:vAlign w:val="center"/>
          </w:tcPr>
          <w:p w14:paraId="178C4B3E" w14:textId="77777777" w:rsidR="00DB793E" w:rsidRDefault="00000000">
            <w:pPr>
              <w:jc w:val="center"/>
            </w:pPr>
            <w:r>
              <w:rPr>
                <w:rFonts w:eastAsia="Times New Roman" w:cs="Times New Roman"/>
                <w:sz w:val="16"/>
              </w:rPr>
              <w:t>mm</w:t>
            </w:r>
          </w:p>
        </w:tc>
        <w:tc>
          <w:tcPr>
            <w:tcW w:w="2182" w:type="dxa"/>
            <w:tcMar>
              <w:top w:w="55" w:type="dxa"/>
              <w:left w:w="80" w:type="dxa"/>
              <w:bottom w:w="55" w:type="dxa"/>
              <w:right w:w="80" w:type="dxa"/>
            </w:tcMar>
            <w:vAlign w:val="center"/>
          </w:tcPr>
          <w:p w14:paraId="7C2F4F47" w14:textId="77777777" w:rsidR="00DB793E" w:rsidRDefault="00000000">
            <w:pPr>
              <w:jc w:val="center"/>
            </w:pPr>
            <w:r>
              <w:rPr>
                <w:rFonts w:eastAsia="Times New Roman" w:cs="Times New Roman"/>
                <w:sz w:val="16"/>
              </w:rPr>
              <w:t>145</w:t>
            </w:r>
          </w:p>
        </w:tc>
        <w:tc>
          <w:tcPr>
            <w:tcW w:w="2618" w:type="dxa"/>
            <w:tcMar>
              <w:top w:w="55" w:type="dxa"/>
              <w:left w:w="80" w:type="dxa"/>
              <w:bottom w:w="55" w:type="dxa"/>
              <w:right w:w="80" w:type="dxa"/>
            </w:tcMar>
            <w:vAlign w:val="center"/>
          </w:tcPr>
          <w:p w14:paraId="3E015B1E" w14:textId="77777777" w:rsidR="00DB793E" w:rsidRDefault="00000000">
            <w:pPr>
              <w:jc w:val="center"/>
            </w:pPr>
            <w:r>
              <w:rPr>
                <w:rFonts w:eastAsia="Times New Roman" w:cs="Times New Roman"/>
                <w:sz w:val="16"/>
              </w:rPr>
              <w:t>1.250</w:t>
            </w:r>
          </w:p>
        </w:tc>
        <w:tc>
          <w:tcPr>
            <w:tcW w:w="2618" w:type="dxa"/>
            <w:tcMar>
              <w:top w:w="55" w:type="dxa"/>
              <w:left w:w="80" w:type="dxa"/>
              <w:bottom w:w="55" w:type="dxa"/>
              <w:right w:w="80" w:type="dxa"/>
            </w:tcMar>
            <w:vAlign w:val="center"/>
          </w:tcPr>
          <w:p w14:paraId="55115F58" w14:textId="77777777" w:rsidR="00DB793E" w:rsidRDefault="00000000">
            <w:pPr>
              <w:jc w:val="center"/>
            </w:pPr>
            <w:r>
              <w:rPr>
                <w:rFonts w:eastAsia="Times New Roman" w:cs="Times New Roman"/>
                <w:sz w:val="16"/>
              </w:rPr>
              <w:t>1.000</w:t>
            </w:r>
          </w:p>
        </w:tc>
        <w:tc>
          <w:tcPr>
            <w:tcW w:w="2475" w:type="dxa"/>
            <w:tcMar>
              <w:top w:w="55" w:type="dxa"/>
              <w:left w:w="80" w:type="dxa"/>
              <w:bottom w:w="55" w:type="dxa"/>
              <w:right w:w="80" w:type="dxa"/>
            </w:tcMar>
            <w:vAlign w:val="center"/>
          </w:tcPr>
          <w:p w14:paraId="16839DD2" w14:textId="77777777" w:rsidR="00DB793E" w:rsidRDefault="00000000">
            <w:pPr>
              <w:jc w:val="center"/>
            </w:pPr>
            <w:r>
              <w:rPr>
                <w:rFonts w:eastAsia="Times New Roman" w:cs="Times New Roman"/>
                <w:sz w:val="16"/>
              </w:rPr>
              <w:t>1.250</w:t>
            </w:r>
          </w:p>
        </w:tc>
      </w:tr>
    </w:tbl>
    <w:p w14:paraId="03F3D396" w14:textId="77777777" w:rsidR="00DB793E" w:rsidRDefault="00000000">
      <w:pPr>
        <w:keepNext/>
        <w:spacing w:before="100" w:after="60"/>
      </w:pPr>
      <w:r>
        <w:rPr>
          <w:rFonts w:eastAsia="Times New Roman" w:cs="Times New Roman"/>
          <w:b/>
        </w:rPr>
        <w:t xml:space="preserve">G. Native </w:t>
      </w:r>
      <w:proofErr w:type="spellStart"/>
      <w:r>
        <w:rPr>
          <w:rFonts w:eastAsia="Times New Roman" w:cs="Times New Roman"/>
          <w:b/>
        </w:rPr>
        <w:t>NIfTI</w:t>
      </w:r>
      <w:proofErr w:type="spellEnd"/>
      <w:r>
        <w:rPr>
          <w:rFonts w:eastAsia="Times New Roman" w:cs="Times New Roman"/>
          <w:b/>
        </w:rPr>
        <w:t xml:space="preserve"> axial spacing distribution (N=145)</w:t>
      </w:r>
    </w:p>
    <w:tbl>
      <w:tblPr>
        <w:tblW w:w="14256" w:type="dxa"/>
        <w:tblBorders>
          <w:top w:val="single" w:sz="10" w:space="0" w:color="000000"/>
          <w:left w:val="nil"/>
          <w:bottom w:val="single" w:sz="10" w:space="0" w:color="000000"/>
          <w:right w:val="nil"/>
          <w:insideH w:val="nil"/>
          <w:insideV w:val="nil"/>
        </w:tblBorders>
        <w:tblLayout w:type="fixed"/>
        <w:tblLook w:val="04A0" w:firstRow="1" w:lastRow="0" w:firstColumn="1" w:lastColumn="0" w:noHBand="0" w:noVBand="1"/>
      </w:tblPr>
      <w:tblGrid>
        <w:gridCol w:w="4800"/>
        <w:gridCol w:w="4509"/>
        <w:gridCol w:w="4947"/>
      </w:tblGrid>
      <w:tr w:rsidR="00DB793E" w14:paraId="00055B87" w14:textId="77777777">
        <w:trPr>
          <w:cantSplit/>
          <w:tblHeader/>
        </w:trPr>
        <w:tc>
          <w:tcPr>
            <w:tcW w:w="4800" w:type="dxa"/>
            <w:tcBorders>
              <w:bottom w:val="single" w:sz="6" w:space="0" w:color="000000"/>
            </w:tcBorders>
            <w:tcMar>
              <w:top w:w="55" w:type="dxa"/>
              <w:left w:w="80" w:type="dxa"/>
              <w:bottom w:w="55" w:type="dxa"/>
              <w:right w:w="80" w:type="dxa"/>
            </w:tcMar>
            <w:vAlign w:val="center"/>
          </w:tcPr>
          <w:p w14:paraId="3C08D1AC" w14:textId="77777777" w:rsidR="00DB793E" w:rsidRDefault="00000000">
            <w:pPr>
              <w:jc w:val="center"/>
            </w:pPr>
            <w:r>
              <w:rPr>
                <w:rFonts w:eastAsia="Times New Roman" w:cs="Times New Roman"/>
                <w:b/>
                <w:sz w:val="16"/>
              </w:rPr>
              <w:t>z spacing, mm</w:t>
            </w:r>
          </w:p>
        </w:tc>
        <w:tc>
          <w:tcPr>
            <w:tcW w:w="4509" w:type="dxa"/>
            <w:tcBorders>
              <w:bottom w:val="single" w:sz="6" w:space="0" w:color="000000"/>
            </w:tcBorders>
            <w:tcMar>
              <w:top w:w="55" w:type="dxa"/>
              <w:left w:w="80" w:type="dxa"/>
              <w:bottom w:w="55" w:type="dxa"/>
              <w:right w:w="80" w:type="dxa"/>
            </w:tcMar>
            <w:vAlign w:val="center"/>
          </w:tcPr>
          <w:p w14:paraId="39608575" w14:textId="77777777" w:rsidR="00DB793E" w:rsidRDefault="00000000">
            <w:pPr>
              <w:jc w:val="center"/>
            </w:pPr>
            <w:r>
              <w:rPr>
                <w:rFonts w:eastAsia="Times New Roman" w:cs="Times New Roman"/>
                <w:b/>
                <w:sz w:val="16"/>
              </w:rPr>
              <w:t>Patients</w:t>
            </w:r>
          </w:p>
        </w:tc>
        <w:tc>
          <w:tcPr>
            <w:tcW w:w="4947" w:type="dxa"/>
            <w:tcBorders>
              <w:bottom w:val="single" w:sz="6" w:space="0" w:color="000000"/>
            </w:tcBorders>
            <w:tcMar>
              <w:top w:w="55" w:type="dxa"/>
              <w:left w:w="80" w:type="dxa"/>
              <w:bottom w:w="55" w:type="dxa"/>
              <w:right w:w="80" w:type="dxa"/>
            </w:tcMar>
            <w:vAlign w:val="center"/>
          </w:tcPr>
          <w:p w14:paraId="46ECA867" w14:textId="77777777" w:rsidR="00DB793E" w:rsidRDefault="00000000">
            <w:pPr>
              <w:jc w:val="center"/>
            </w:pPr>
            <w:r>
              <w:rPr>
                <w:rFonts w:eastAsia="Times New Roman" w:cs="Times New Roman"/>
                <w:b/>
                <w:sz w:val="16"/>
              </w:rPr>
              <w:t>Proportion</w:t>
            </w:r>
          </w:p>
        </w:tc>
      </w:tr>
      <w:tr w:rsidR="00DB793E" w14:paraId="4FC43D35" w14:textId="77777777">
        <w:trPr>
          <w:cantSplit/>
        </w:trPr>
        <w:tc>
          <w:tcPr>
            <w:tcW w:w="4800" w:type="dxa"/>
            <w:tcMar>
              <w:top w:w="55" w:type="dxa"/>
              <w:left w:w="80" w:type="dxa"/>
              <w:bottom w:w="55" w:type="dxa"/>
              <w:right w:w="80" w:type="dxa"/>
            </w:tcMar>
            <w:vAlign w:val="center"/>
          </w:tcPr>
          <w:p w14:paraId="6894F0EE" w14:textId="77777777" w:rsidR="00DB793E" w:rsidRDefault="00000000">
            <w:r>
              <w:rPr>
                <w:rFonts w:eastAsia="Times New Roman" w:cs="Times New Roman"/>
                <w:sz w:val="16"/>
              </w:rPr>
              <w:t>1.00</w:t>
            </w:r>
          </w:p>
        </w:tc>
        <w:tc>
          <w:tcPr>
            <w:tcW w:w="4509" w:type="dxa"/>
            <w:tcMar>
              <w:top w:w="55" w:type="dxa"/>
              <w:left w:w="80" w:type="dxa"/>
              <w:bottom w:w="55" w:type="dxa"/>
              <w:right w:w="80" w:type="dxa"/>
            </w:tcMar>
            <w:vAlign w:val="center"/>
          </w:tcPr>
          <w:p w14:paraId="34EBBEB8" w14:textId="77777777" w:rsidR="00DB793E" w:rsidRDefault="00000000">
            <w:pPr>
              <w:jc w:val="center"/>
            </w:pPr>
            <w:r>
              <w:rPr>
                <w:rFonts w:eastAsia="Times New Roman" w:cs="Times New Roman"/>
                <w:sz w:val="16"/>
              </w:rPr>
              <w:t>4</w:t>
            </w:r>
          </w:p>
        </w:tc>
        <w:tc>
          <w:tcPr>
            <w:tcW w:w="4947" w:type="dxa"/>
            <w:tcMar>
              <w:top w:w="55" w:type="dxa"/>
              <w:left w:w="80" w:type="dxa"/>
              <w:bottom w:w="55" w:type="dxa"/>
              <w:right w:w="80" w:type="dxa"/>
            </w:tcMar>
            <w:vAlign w:val="center"/>
          </w:tcPr>
          <w:p w14:paraId="53005B87" w14:textId="77777777" w:rsidR="00DB793E" w:rsidRDefault="00000000">
            <w:pPr>
              <w:jc w:val="center"/>
            </w:pPr>
            <w:r>
              <w:rPr>
                <w:rFonts w:eastAsia="Times New Roman" w:cs="Times New Roman"/>
                <w:sz w:val="16"/>
              </w:rPr>
              <w:t>2.8%</w:t>
            </w:r>
          </w:p>
        </w:tc>
      </w:tr>
      <w:tr w:rsidR="00DB793E" w14:paraId="0781E2EE" w14:textId="77777777">
        <w:trPr>
          <w:cantSplit/>
        </w:trPr>
        <w:tc>
          <w:tcPr>
            <w:tcW w:w="4800" w:type="dxa"/>
            <w:tcMar>
              <w:top w:w="55" w:type="dxa"/>
              <w:left w:w="80" w:type="dxa"/>
              <w:bottom w:w="55" w:type="dxa"/>
              <w:right w:w="80" w:type="dxa"/>
            </w:tcMar>
            <w:vAlign w:val="center"/>
          </w:tcPr>
          <w:p w14:paraId="366CFB10" w14:textId="77777777" w:rsidR="00DB793E" w:rsidRDefault="00000000">
            <w:r>
              <w:rPr>
                <w:rFonts w:eastAsia="Times New Roman" w:cs="Times New Roman"/>
                <w:sz w:val="16"/>
              </w:rPr>
              <w:t>1.25</w:t>
            </w:r>
          </w:p>
        </w:tc>
        <w:tc>
          <w:tcPr>
            <w:tcW w:w="4509" w:type="dxa"/>
            <w:tcMar>
              <w:top w:w="55" w:type="dxa"/>
              <w:left w:w="80" w:type="dxa"/>
              <w:bottom w:w="55" w:type="dxa"/>
              <w:right w:w="80" w:type="dxa"/>
            </w:tcMar>
            <w:vAlign w:val="center"/>
          </w:tcPr>
          <w:p w14:paraId="0DE8625E" w14:textId="77777777" w:rsidR="00DB793E" w:rsidRDefault="00000000">
            <w:pPr>
              <w:jc w:val="center"/>
            </w:pPr>
            <w:r>
              <w:rPr>
                <w:rFonts w:eastAsia="Times New Roman" w:cs="Times New Roman"/>
                <w:sz w:val="16"/>
              </w:rPr>
              <w:t>141</w:t>
            </w:r>
          </w:p>
        </w:tc>
        <w:tc>
          <w:tcPr>
            <w:tcW w:w="4947" w:type="dxa"/>
            <w:tcMar>
              <w:top w:w="55" w:type="dxa"/>
              <w:left w:w="80" w:type="dxa"/>
              <w:bottom w:w="55" w:type="dxa"/>
              <w:right w:w="80" w:type="dxa"/>
            </w:tcMar>
            <w:vAlign w:val="center"/>
          </w:tcPr>
          <w:p w14:paraId="2712638D" w14:textId="77777777" w:rsidR="00DB793E" w:rsidRDefault="00000000">
            <w:pPr>
              <w:jc w:val="center"/>
            </w:pPr>
            <w:r>
              <w:rPr>
                <w:rFonts w:eastAsia="Times New Roman" w:cs="Times New Roman"/>
                <w:sz w:val="16"/>
              </w:rPr>
              <w:t>97.2%</w:t>
            </w:r>
          </w:p>
        </w:tc>
      </w:tr>
    </w:tbl>
    <w:p w14:paraId="5BC91AC1" w14:textId="77777777" w:rsidR="008A4BE6" w:rsidRDefault="00503512" w:rsidP="00503512">
      <w:pPr>
        <w:spacing w:before="80" w:after="20"/>
        <w:rPr>
          <w:rFonts w:eastAsia="Times New Roman" w:cs="Times New Roman"/>
          <w:sz w:val="16"/>
          <w:lang w:eastAsia="zh-CN"/>
        </w:rPr>
      </w:pPr>
      <w:r w:rsidRPr="00503512">
        <w:rPr>
          <w:rFonts w:eastAsia="Times New Roman" w:cs="Times New Roman"/>
          <w:sz w:val="16"/>
        </w:rPr>
        <w:t xml:space="preserve">Note: </w:t>
      </w:r>
      <w:r w:rsidR="008A4BE6" w:rsidRPr="008A4BE6">
        <w:rPr>
          <w:rFonts w:eastAsia="Times New Roman" w:cs="Times New Roman"/>
          <w:sz w:val="16"/>
        </w:rPr>
        <w:t>Descriptive imaging metadata.</w:t>
      </w:r>
    </w:p>
    <w:p w14:paraId="1CEB7B9C" w14:textId="7CE79842" w:rsidR="00DB793E" w:rsidRPr="00503512" w:rsidRDefault="00503512" w:rsidP="00503512">
      <w:pPr>
        <w:spacing w:before="80" w:after="20"/>
        <w:rPr>
          <w:rFonts w:eastAsia="Times New Roman" w:cs="Times New Roman"/>
          <w:sz w:val="16"/>
        </w:rPr>
      </w:pPr>
      <w:r w:rsidRPr="00503512">
        <w:rPr>
          <w:rFonts w:eastAsia="Times New Roman" w:cs="Times New Roman"/>
          <w:sz w:val="16"/>
        </w:rPr>
        <w:t>Scanner and acquisition metadata were available for 142 of 145 patients;</w:t>
      </w:r>
      <w:r>
        <w:rPr>
          <w:rFonts w:eastAsia="Times New Roman" w:cs="Times New Roman" w:hint="eastAsia"/>
          <w:sz w:val="16"/>
          <w:lang w:eastAsia="zh-CN"/>
        </w:rPr>
        <w:t xml:space="preserve"> </w:t>
      </w:r>
      <w:r w:rsidRPr="00503512">
        <w:rPr>
          <w:rFonts w:eastAsia="Times New Roman" w:cs="Times New Roman"/>
          <w:sz w:val="16"/>
        </w:rPr>
        <w:t>three cases with unresolved DICOM-series linkage were treated as missing.</w:t>
      </w:r>
      <w:r>
        <w:rPr>
          <w:rFonts w:eastAsia="Times New Roman" w:cs="Times New Roman" w:hint="eastAsia"/>
          <w:sz w:val="16"/>
          <w:lang w:eastAsia="zh-CN"/>
        </w:rPr>
        <w:t xml:space="preserve"> </w:t>
      </w:r>
      <w:r w:rsidRPr="00503512">
        <w:rPr>
          <w:rFonts w:eastAsia="Times New Roman" w:cs="Times New Roman"/>
          <w:sz w:val="16"/>
        </w:rPr>
        <w:t>Detailed contrast dose, injection rate, and exact postcontrast timing were not</w:t>
      </w:r>
      <w:r>
        <w:rPr>
          <w:rFonts w:eastAsia="Times New Roman" w:cs="Times New Roman" w:hint="eastAsia"/>
          <w:sz w:val="16"/>
          <w:lang w:eastAsia="zh-CN"/>
        </w:rPr>
        <w:t xml:space="preserve"> </w:t>
      </w:r>
      <w:r w:rsidRPr="00503512">
        <w:rPr>
          <w:rFonts w:eastAsia="Times New Roman" w:cs="Times New Roman"/>
          <w:sz w:val="16"/>
        </w:rPr>
        <w:t>uniformly available and were not imputed. All selected examinations were</w:t>
      </w:r>
      <w:r>
        <w:rPr>
          <w:rFonts w:eastAsia="Times New Roman" w:cs="Times New Roman" w:hint="eastAsia"/>
          <w:sz w:val="16"/>
          <w:lang w:eastAsia="zh-CN"/>
        </w:rPr>
        <w:t xml:space="preserve"> </w:t>
      </w:r>
      <w:r w:rsidRPr="00503512">
        <w:rPr>
          <w:rFonts w:eastAsia="Times New Roman" w:cs="Times New Roman"/>
          <w:sz w:val="16"/>
        </w:rPr>
        <w:t>verified as postcontrast studies, and the analyzed series was the clinically</w:t>
      </w:r>
      <w:r>
        <w:rPr>
          <w:rFonts w:eastAsia="Times New Roman" w:cs="Times New Roman" w:hint="eastAsia"/>
          <w:sz w:val="16"/>
          <w:lang w:eastAsia="zh-CN"/>
        </w:rPr>
        <w:t xml:space="preserve"> </w:t>
      </w:r>
      <w:r w:rsidRPr="00503512">
        <w:rPr>
          <w:rFonts w:eastAsia="Times New Roman" w:cs="Times New Roman"/>
          <w:sz w:val="16"/>
        </w:rPr>
        <w:t>designated venous-phase series. Native voxel spacing and ROI geometry were</w:t>
      </w:r>
      <w:r>
        <w:rPr>
          <w:rFonts w:eastAsia="Times New Roman" w:cs="Times New Roman" w:hint="eastAsia"/>
          <w:sz w:val="16"/>
          <w:lang w:eastAsia="zh-CN"/>
        </w:rPr>
        <w:t xml:space="preserve"> </w:t>
      </w:r>
      <w:r w:rsidRPr="00503512">
        <w:rPr>
          <w:rFonts w:eastAsia="Times New Roman" w:cs="Times New Roman"/>
          <w:sz w:val="16"/>
        </w:rPr>
        <w:t>available for all 145 analytic cases. CT, computed tomography; DICOM, Digital</w:t>
      </w:r>
      <w:r>
        <w:rPr>
          <w:rFonts w:eastAsia="Times New Roman" w:cs="Times New Roman" w:hint="eastAsia"/>
          <w:sz w:val="16"/>
          <w:lang w:eastAsia="zh-CN"/>
        </w:rPr>
        <w:t xml:space="preserve"> </w:t>
      </w:r>
      <w:r w:rsidRPr="00503512">
        <w:rPr>
          <w:rFonts w:eastAsia="Times New Roman" w:cs="Times New Roman"/>
          <w:sz w:val="16"/>
        </w:rPr>
        <w:t>Imaging and Communications in</w:t>
      </w:r>
      <w:r>
        <w:rPr>
          <w:rFonts w:eastAsia="Times New Roman" w:cs="Times New Roman" w:hint="eastAsia"/>
          <w:sz w:val="16"/>
          <w:lang w:eastAsia="zh-CN"/>
        </w:rPr>
        <w:t xml:space="preserve"> </w:t>
      </w:r>
      <w:r w:rsidRPr="00503512">
        <w:rPr>
          <w:rFonts w:eastAsia="Times New Roman" w:cs="Times New Roman"/>
          <w:sz w:val="16"/>
        </w:rPr>
        <w:t xml:space="preserve">Medicine; </w:t>
      </w:r>
      <w:proofErr w:type="spellStart"/>
      <w:r w:rsidRPr="00503512">
        <w:rPr>
          <w:rFonts w:eastAsia="Times New Roman" w:cs="Times New Roman"/>
          <w:sz w:val="16"/>
        </w:rPr>
        <w:t>NIfTI</w:t>
      </w:r>
      <w:proofErr w:type="spellEnd"/>
      <w:r w:rsidRPr="00503512">
        <w:rPr>
          <w:rFonts w:eastAsia="Times New Roman" w:cs="Times New Roman"/>
          <w:sz w:val="16"/>
        </w:rPr>
        <w:t>, Neuroimaging Informatics</w:t>
      </w:r>
      <w:r>
        <w:rPr>
          <w:rFonts w:eastAsia="Times New Roman" w:cs="Times New Roman" w:hint="eastAsia"/>
          <w:sz w:val="16"/>
          <w:lang w:eastAsia="zh-CN"/>
        </w:rPr>
        <w:t xml:space="preserve"> </w:t>
      </w:r>
      <w:r w:rsidRPr="00503512">
        <w:rPr>
          <w:rFonts w:eastAsia="Times New Roman" w:cs="Times New Roman"/>
          <w:sz w:val="16"/>
        </w:rPr>
        <w:t>Technology Initiative; ROI, region of interest.</w:t>
      </w:r>
    </w:p>
    <w:p w14:paraId="10F1DD87" w14:textId="77777777" w:rsidR="00DB793E" w:rsidRDefault="00000000">
      <w:r>
        <w:br w:type="page"/>
      </w:r>
    </w:p>
    <w:p w14:paraId="29CC2CF5" w14:textId="77777777" w:rsidR="00DB793E" w:rsidRDefault="00000000">
      <w:pPr>
        <w:keepNext/>
        <w:spacing w:after="100"/>
      </w:pPr>
      <w:r>
        <w:rPr>
          <w:rFonts w:eastAsia="Times New Roman" w:cs="Times New Roman"/>
          <w:b/>
          <w:sz w:val="22"/>
        </w:rPr>
        <w:lastRenderedPageBreak/>
        <w:t xml:space="preserve">Table S3. </w:t>
      </w:r>
      <w:proofErr w:type="spellStart"/>
      <w:r>
        <w:rPr>
          <w:rFonts w:eastAsia="Times New Roman" w:cs="Times New Roman"/>
          <w:b/>
          <w:sz w:val="22"/>
        </w:rPr>
        <w:t>PyRadiomics</w:t>
      </w:r>
      <w:proofErr w:type="spellEnd"/>
      <w:r>
        <w:rPr>
          <w:rFonts w:eastAsia="Times New Roman" w:cs="Times New Roman"/>
          <w:b/>
          <w:sz w:val="22"/>
        </w:rPr>
        <w:t xml:space="preserve"> configuration and software environment</w:t>
      </w:r>
    </w:p>
    <w:p w14:paraId="18E56D3A" w14:textId="77777777" w:rsidR="00DB793E" w:rsidRDefault="00000000">
      <w:pPr>
        <w:keepNext/>
        <w:spacing w:before="100" w:after="60"/>
      </w:pPr>
      <w:r>
        <w:rPr>
          <w:rFonts w:eastAsia="Times New Roman" w:cs="Times New Roman"/>
          <w:b/>
        </w:rPr>
        <w:t xml:space="preserve">A. Version-controlled </w:t>
      </w:r>
      <w:proofErr w:type="spellStart"/>
      <w:r>
        <w:rPr>
          <w:rFonts w:eastAsia="Times New Roman" w:cs="Times New Roman"/>
          <w:b/>
        </w:rPr>
        <w:t>PyRadiomics</w:t>
      </w:r>
      <w:proofErr w:type="spellEnd"/>
      <w:r>
        <w:rPr>
          <w:rFonts w:eastAsia="Times New Roman" w:cs="Times New Roman"/>
          <w:b/>
        </w:rPr>
        <w:t xml:space="preserve"> parameter file</w:t>
      </w:r>
    </w:p>
    <w:tbl>
      <w:tblPr>
        <w:tblW w:w="14256" w:type="dxa"/>
        <w:tblBorders>
          <w:top w:val="single" w:sz="10" w:space="0" w:color="000000"/>
          <w:left w:val="nil"/>
          <w:bottom w:val="single" w:sz="10" w:space="0" w:color="000000"/>
          <w:right w:val="nil"/>
          <w:insideH w:val="nil"/>
          <w:insideV w:val="nil"/>
        </w:tblBorders>
        <w:tblLayout w:type="fixed"/>
        <w:tblLook w:val="04A0" w:firstRow="1" w:lastRow="0" w:firstColumn="1" w:lastColumn="0" w:noHBand="0" w:noVBand="1"/>
      </w:tblPr>
      <w:tblGrid>
        <w:gridCol w:w="9164"/>
        <w:gridCol w:w="5092"/>
      </w:tblGrid>
      <w:tr w:rsidR="00DB793E" w14:paraId="6EED8640" w14:textId="77777777">
        <w:trPr>
          <w:cantSplit/>
          <w:tblHeader/>
        </w:trPr>
        <w:tc>
          <w:tcPr>
            <w:tcW w:w="9164" w:type="dxa"/>
            <w:tcBorders>
              <w:bottom w:val="single" w:sz="6" w:space="0" w:color="000000"/>
            </w:tcBorders>
            <w:tcMar>
              <w:top w:w="55" w:type="dxa"/>
              <w:left w:w="80" w:type="dxa"/>
              <w:bottom w:w="55" w:type="dxa"/>
              <w:right w:w="80" w:type="dxa"/>
            </w:tcMar>
            <w:vAlign w:val="center"/>
          </w:tcPr>
          <w:p w14:paraId="349C02B8" w14:textId="77777777" w:rsidR="00DB793E" w:rsidRDefault="00000000">
            <w:pPr>
              <w:jc w:val="center"/>
            </w:pPr>
            <w:r>
              <w:rPr>
                <w:rFonts w:eastAsia="Times New Roman" w:cs="Times New Roman"/>
                <w:b/>
                <w:sz w:val="16"/>
              </w:rPr>
              <w:t>Parameter</w:t>
            </w:r>
          </w:p>
        </w:tc>
        <w:tc>
          <w:tcPr>
            <w:tcW w:w="5092" w:type="dxa"/>
            <w:tcBorders>
              <w:bottom w:val="single" w:sz="6" w:space="0" w:color="000000"/>
            </w:tcBorders>
            <w:tcMar>
              <w:top w:w="55" w:type="dxa"/>
              <w:left w:w="80" w:type="dxa"/>
              <w:bottom w:w="55" w:type="dxa"/>
              <w:right w:w="80" w:type="dxa"/>
            </w:tcMar>
            <w:vAlign w:val="center"/>
          </w:tcPr>
          <w:p w14:paraId="60210C9B" w14:textId="77777777" w:rsidR="00DB793E" w:rsidRDefault="00000000">
            <w:pPr>
              <w:jc w:val="center"/>
            </w:pPr>
            <w:r>
              <w:rPr>
                <w:rFonts w:eastAsia="Times New Roman" w:cs="Times New Roman"/>
                <w:b/>
                <w:sz w:val="16"/>
              </w:rPr>
              <w:t>Prespecified value</w:t>
            </w:r>
          </w:p>
        </w:tc>
      </w:tr>
      <w:tr w:rsidR="00DB793E" w14:paraId="04B36808" w14:textId="77777777">
        <w:trPr>
          <w:cantSplit/>
        </w:trPr>
        <w:tc>
          <w:tcPr>
            <w:tcW w:w="9164" w:type="dxa"/>
            <w:tcMar>
              <w:top w:w="55" w:type="dxa"/>
              <w:left w:w="80" w:type="dxa"/>
              <w:bottom w:w="55" w:type="dxa"/>
              <w:right w:w="80" w:type="dxa"/>
            </w:tcMar>
            <w:vAlign w:val="center"/>
          </w:tcPr>
          <w:p w14:paraId="29442D54" w14:textId="77777777" w:rsidR="00DB793E" w:rsidRDefault="00000000">
            <w:proofErr w:type="spellStart"/>
            <w:r>
              <w:rPr>
                <w:rFonts w:eastAsia="Times New Roman" w:cs="Times New Roman"/>
                <w:sz w:val="16"/>
              </w:rPr>
              <w:t>imageType.Original</w:t>
            </w:r>
            <w:proofErr w:type="spellEnd"/>
          </w:p>
        </w:tc>
        <w:tc>
          <w:tcPr>
            <w:tcW w:w="5092" w:type="dxa"/>
            <w:tcMar>
              <w:top w:w="55" w:type="dxa"/>
              <w:left w:w="80" w:type="dxa"/>
              <w:bottom w:w="55" w:type="dxa"/>
              <w:right w:w="80" w:type="dxa"/>
            </w:tcMar>
            <w:vAlign w:val="center"/>
          </w:tcPr>
          <w:p w14:paraId="378BAE88" w14:textId="77777777" w:rsidR="00DB793E" w:rsidRDefault="00000000">
            <w:r>
              <w:rPr>
                <w:rFonts w:eastAsia="Times New Roman" w:cs="Times New Roman"/>
                <w:sz w:val="16"/>
              </w:rPr>
              <w:t>enabled</w:t>
            </w:r>
          </w:p>
        </w:tc>
      </w:tr>
      <w:tr w:rsidR="00DB793E" w14:paraId="536A210A" w14:textId="77777777">
        <w:trPr>
          <w:cantSplit/>
        </w:trPr>
        <w:tc>
          <w:tcPr>
            <w:tcW w:w="9164" w:type="dxa"/>
            <w:tcMar>
              <w:top w:w="55" w:type="dxa"/>
              <w:left w:w="80" w:type="dxa"/>
              <w:bottom w:w="55" w:type="dxa"/>
              <w:right w:w="80" w:type="dxa"/>
            </w:tcMar>
            <w:vAlign w:val="center"/>
          </w:tcPr>
          <w:p w14:paraId="71AABF77" w14:textId="77777777" w:rsidR="00DB793E" w:rsidRDefault="00000000">
            <w:proofErr w:type="spellStart"/>
            <w:r>
              <w:rPr>
                <w:rFonts w:eastAsia="Times New Roman" w:cs="Times New Roman"/>
                <w:sz w:val="16"/>
              </w:rPr>
              <w:t>imageType.LoG.sigma</w:t>
            </w:r>
            <w:proofErr w:type="spellEnd"/>
          </w:p>
        </w:tc>
        <w:tc>
          <w:tcPr>
            <w:tcW w:w="5092" w:type="dxa"/>
            <w:tcMar>
              <w:top w:w="55" w:type="dxa"/>
              <w:left w:w="80" w:type="dxa"/>
              <w:bottom w:w="55" w:type="dxa"/>
              <w:right w:w="80" w:type="dxa"/>
            </w:tcMar>
            <w:vAlign w:val="center"/>
          </w:tcPr>
          <w:p w14:paraId="3E8019CA" w14:textId="77777777" w:rsidR="00DB793E" w:rsidRDefault="00000000">
            <w:r>
              <w:rPr>
                <w:rFonts w:eastAsia="Times New Roman" w:cs="Times New Roman"/>
                <w:sz w:val="16"/>
              </w:rPr>
              <w:t>[1.0, 2.0, 3.0]</w:t>
            </w:r>
          </w:p>
        </w:tc>
      </w:tr>
      <w:tr w:rsidR="00DB793E" w14:paraId="5AB794CE" w14:textId="77777777">
        <w:trPr>
          <w:cantSplit/>
        </w:trPr>
        <w:tc>
          <w:tcPr>
            <w:tcW w:w="9164" w:type="dxa"/>
            <w:tcMar>
              <w:top w:w="55" w:type="dxa"/>
              <w:left w:w="80" w:type="dxa"/>
              <w:bottom w:w="55" w:type="dxa"/>
              <w:right w:w="80" w:type="dxa"/>
            </w:tcMar>
            <w:vAlign w:val="center"/>
          </w:tcPr>
          <w:p w14:paraId="2982617D" w14:textId="77777777" w:rsidR="00DB793E" w:rsidRDefault="00000000">
            <w:proofErr w:type="spellStart"/>
            <w:r>
              <w:rPr>
                <w:rFonts w:eastAsia="Times New Roman" w:cs="Times New Roman"/>
                <w:sz w:val="16"/>
              </w:rPr>
              <w:t>imageType.Wavelet</w:t>
            </w:r>
            <w:proofErr w:type="spellEnd"/>
          </w:p>
        </w:tc>
        <w:tc>
          <w:tcPr>
            <w:tcW w:w="5092" w:type="dxa"/>
            <w:tcMar>
              <w:top w:w="55" w:type="dxa"/>
              <w:left w:w="80" w:type="dxa"/>
              <w:bottom w:w="55" w:type="dxa"/>
              <w:right w:w="80" w:type="dxa"/>
            </w:tcMar>
            <w:vAlign w:val="center"/>
          </w:tcPr>
          <w:p w14:paraId="09E2BE9F" w14:textId="77777777" w:rsidR="00DB793E" w:rsidRDefault="00000000">
            <w:r>
              <w:rPr>
                <w:rFonts w:eastAsia="Times New Roman" w:cs="Times New Roman"/>
                <w:sz w:val="16"/>
              </w:rPr>
              <w:t>enabled</w:t>
            </w:r>
          </w:p>
        </w:tc>
      </w:tr>
      <w:tr w:rsidR="00DB793E" w14:paraId="147D4A46" w14:textId="77777777">
        <w:trPr>
          <w:cantSplit/>
        </w:trPr>
        <w:tc>
          <w:tcPr>
            <w:tcW w:w="9164" w:type="dxa"/>
            <w:tcMar>
              <w:top w:w="55" w:type="dxa"/>
              <w:left w:w="80" w:type="dxa"/>
              <w:bottom w:w="55" w:type="dxa"/>
              <w:right w:w="80" w:type="dxa"/>
            </w:tcMar>
            <w:vAlign w:val="center"/>
          </w:tcPr>
          <w:p w14:paraId="4FD481C5" w14:textId="77777777" w:rsidR="00DB793E" w:rsidRDefault="00000000">
            <w:proofErr w:type="spellStart"/>
            <w:r>
              <w:rPr>
                <w:rFonts w:eastAsia="Times New Roman" w:cs="Times New Roman"/>
                <w:sz w:val="16"/>
              </w:rPr>
              <w:t>featureClass.shape</w:t>
            </w:r>
            <w:proofErr w:type="spellEnd"/>
          </w:p>
        </w:tc>
        <w:tc>
          <w:tcPr>
            <w:tcW w:w="5092" w:type="dxa"/>
            <w:tcMar>
              <w:top w:w="55" w:type="dxa"/>
              <w:left w:w="80" w:type="dxa"/>
              <w:bottom w:w="55" w:type="dxa"/>
              <w:right w:w="80" w:type="dxa"/>
            </w:tcMar>
            <w:vAlign w:val="center"/>
          </w:tcPr>
          <w:p w14:paraId="268341BA" w14:textId="77777777" w:rsidR="00DB793E" w:rsidRDefault="00000000">
            <w:r>
              <w:rPr>
                <w:rFonts w:eastAsia="Times New Roman" w:cs="Times New Roman"/>
                <w:sz w:val="16"/>
              </w:rPr>
              <w:t>enabled</w:t>
            </w:r>
          </w:p>
        </w:tc>
      </w:tr>
      <w:tr w:rsidR="00DB793E" w14:paraId="366232CE" w14:textId="77777777">
        <w:trPr>
          <w:cantSplit/>
        </w:trPr>
        <w:tc>
          <w:tcPr>
            <w:tcW w:w="9164" w:type="dxa"/>
            <w:tcMar>
              <w:top w:w="55" w:type="dxa"/>
              <w:left w:w="80" w:type="dxa"/>
              <w:bottom w:w="55" w:type="dxa"/>
              <w:right w:w="80" w:type="dxa"/>
            </w:tcMar>
            <w:vAlign w:val="center"/>
          </w:tcPr>
          <w:p w14:paraId="259720C5" w14:textId="77777777" w:rsidR="00DB793E" w:rsidRDefault="00000000">
            <w:proofErr w:type="spellStart"/>
            <w:r>
              <w:rPr>
                <w:rFonts w:eastAsia="Times New Roman" w:cs="Times New Roman"/>
                <w:sz w:val="16"/>
              </w:rPr>
              <w:t>featureClass.firstorder</w:t>
            </w:r>
            <w:proofErr w:type="spellEnd"/>
          </w:p>
        </w:tc>
        <w:tc>
          <w:tcPr>
            <w:tcW w:w="5092" w:type="dxa"/>
            <w:tcMar>
              <w:top w:w="55" w:type="dxa"/>
              <w:left w:w="80" w:type="dxa"/>
              <w:bottom w:w="55" w:type="dxa"/>
              <w:right w:w="80" w:type="dxa"/>
            </w:tcMar>
            <w:vAlign w:val="center"/>
          </w:tcPr>
          <w:p w14:paraId="31D0E807" w14:textId="77777777" w:rsidR="00DB793E" w:rsidRDefault="00000000">
            <w:r>
              <w:rPr>
                <w:rFonts w:eastAsia="Times New Roman" w:cs="Times New Roman"/>
                <w:sz w:val="16"/>
              </w:rPr>
              <w:t>enabled</w:t>
            </w:r>
          </w:p>
        </w:tc>
      </w:tr>
      <w:tr w:rsidR="00DB793E" w14:paraId="2FB12F7B" w14:textId="77777777">
        <w:trPr>
          <w:cantSplit/>
        </w:trPr>
        <w:tc>
          <w:tcPr>
            <w:tcW w:w="9164" w:type="dxa"/>
            <w:tcMar>
              <w:top w:w="55" w:type="dxa"/>
              <w:left w:w="80" w:type="dxa"/>
              <w:bottom w:w="55" w:type="dxa"/>
              <w:right w:w="80" w:type="dxa"/>
            </w:tcMar>
            <w:vAlign w:val="center"/>
          </w:tcPr>
          <w:p w14:paraId="7043CFA4" w14:textId="77777777" w:rsidR="00DB793E" w:rsidRDefault="00000000">
            <w:proofErr w:type="spellStart"/>
            <w:r>
              <w:rPr>
                <w:rFonts w:eastAsia="Times New Roman" w:cs="Times New Roman"/>
                <w:sz w:val="16"/>
              </w:rPr>
              <w:t>featureClass.glcm</w:t>
            </w:r>
            <w:proofErr w:type="spellEnd"/>
          </w:p>
        </w:tc>
        <w:tc>
          <w:tcPr>
            <w:tcW w:w="5092" w:type="dxa"/>
            <w:tcMar>
              <w:top w:w="55" w:type="dxa"/>
              <w:left w:w="80" w:type="dxa"/>
              <w:bottom w:w="55" w:type="dxa"/>
              <w:right w:w="80" w:type="dxa"/>
            </w:tcMar>
            <w:vAlign w:val="center"/>
          </w:tcPr>
          <w:p w14:paraId="7481B95E" w14:textId="77777777" w:rsidR="00DB793E" w:rsidRDefault="00000000">
            <w:r>
              <w:rPr>
                <w:rFonts w:eastAsia="Times New Roman" w:cs="Times New Roman"/>
                <w:sz w:val="16"/>
              </w:rPr>
              <w:t>enabled</w:t>
            </w:r>
          </w:p>
        </w:tc>
      </w:tr>
      <w:tr w:rsidR="00DB793E" w14:paraId="3E11E2D2" w14:textId="77777777">
        <w:trPr>
          <w:cantSplit/>
        </w:trPr>
        <w:tc>
          <w:tcPr>
            <w:tcW w:w="9164" w:type="dxa"/>
            <w:tcMar>
              <w:top w:w="55" w:type="dxa"/>
              <w:left w:w="80" w:type="dxa"/>
              <w:bottom w:w="55" w:type="dxa"/>
              <w:right w:w="80" w:type="dxa"/>
            </w:tcMar>
            <w:vAlign w:val="center"/>
          </w:tcPr>
          <w:p w14:paraId="3B773D8D" w14:textId="77777777" w:rsidR="00DB793E" w:rsidRDefault="00000000">
            <w:proofErr w:type="spellStart"/>
            <w:r>
              <w:rPr>
                <w:rFonts w:eastAsia="Times New Roman" w:cs="Times New Roman"/>
                <w:sz w:val="16"/>
              </w:rPr>
              <w:t>featureClass.glrlm</w:t>
            </w:r>
            <w:proofErr w:type="spellEnd"/>
          </w:p>
        </w:tc>
        <w:tc>
          <w:tcPr>
            <w:tcW w:w="5092" w:type="dxa"/>
            <w:tcMar>
              <w:top w:w="55" w:type="dxa"/>
              <w:left w:w="80" w:type="dxa"/>
              <w:bottom w:w="55" w:type="dxa"/>
              <w:right w:w="80" w:type="dxa"/>
            </w:tcMar>
            <w:vAlign w:val="center"/>
          </w:tcPr>
          <w:p w14:paraId="68812914" w14:textId="77777777" w:rsidR="00DB793E" w:rsidRDefault="00000000">
            <w:r>
              <w:rPr>
                <w:rFonts w:eastAsia="Times New Roman" w:cs="Times New Roman"/>
                <w:sz w:val="16"/>
              </w:rPr>
              <w:t>enabled</w:t>
            </w:r>
          </w:p>
        </w:tc>
      </w:tr>
      <w:tr w:rsidR="00DB793E" w14:paraId="2D5D8D7C" w14:textId="77777777">
        <w:trPr>
          <w:cantSplit/>
        </w:trPr>
        <w:tc>
          <w:tcPr>
            <w:tcW w:w="9164" w:type="dxa"/>
            <w:tcMar>
              <w:top w:w="55" w:type="dxa"/>
              <w:left w:w="80" w:type="dxa"/>
              <w:bottom w:w="55" w:type="dxa"/>
              <w:right w:w="80" w:type="dxa"/>
            </w:tcMar>
            <w:vAlign w:val="center"/>
          </w:tcPr>
          <w:p w14:paraId="4F37641C" w14:textId="77777777" w:rsidR="00DB793E" w:rsidRDefault="00000000">
            <w:proofErr w:type="spellStart"/>
            <w:r>
              <w:rPr>
                <w:rFonts w:eastAsia="Times New Roman" w:cs="Times New Roman"/>
                <w:sz w:val="16"/>
              </w:rPr>
              <w:t>featureClass.glszm</w:t>
            </w:r>
            <w:proofErr w:type="spellEnd"/>
          </w:p>
        </w:tc>
        <w:tc>
          <w:tcPr>
            <w:tcW w:w="5092" w:type="dxa"/>
            <w:tcMar>
              <w:top w:w="55" w:type="dxa"/>
              <w:left w:w="80" w:type="dxa"/>
              <w:bottom w:w="55" w:type="dxa"/>
              <w:right w:w="80" w:type="dxa"/>
            </w:tcMar>
            <w:vAlign w:val="center"/>
          </w:tcPr>
          <w:p w14:paraId="1B086D80" w14:textId="77777777" w:rsidR="00DB793E" w:rsidRDefault="00000000">
            <w:r>
              <w:rPr>
                <w:rFonts w:eastAsia="Times New Roman" w:cs="Times New Roman"/>
                <w:sz w:val="16"/>
              </w:rPr>
              <w:t>enabled</w:t>
            </w:r>
          </w:p>
        </w:tc>
      </w:tr>
      <w:tr w:rsidR="00DB793E" w14:paraId="03C35492" w14:textId="77777777">
        <w:trPr>
          <w:cantSplit/>
        </w:trPr>
        <w:tc>
          <w:tcPr>
            <w:tcW w:w="9164" w:type="dxa"/>
            <w:tcMar>
              <w:top w:w="55" w:type="dxa"/>
              <w:left w:w="80" w:type="dxa"/>
              <w:bottom w:w="55" w:type="dxa"/>
              <w:right w:w="80" w:type="dxa"/>
            </w:tcMar>
            <w:vAlign w:val="center"/>
          </w:tcPr>
          <w:p w14:paraId="79099A8C" w14:textId="77777777" w:rsidR="00DB793E" w:rsidRDefault="00000000">
            <w:proofErr w:type="spellStart"/>
            <w:r>
              <w:rPr>
                <w:rFonts w:eastAsia="Times New Roman" w:cs="Times New Roman"/>
                <w:sz w:val="16"/>
              </w:rPr>
              <w:t>featureClass.gldm</w:t>
            </w:r>
            <w:proofErr w:type="spellEnd"/>
          </w:p>
        </w:tc>
        <w:tc>
          <w:tcPr>
            <w:tcW w:w="5092" w:type="dxa"/>
            <w:tcMar>
              <w:top w:w="55" w:type="dxa"/>
              <w:left w:w="80" w:type="dxa"/>
              <w:bottom w:w="55" w:type="dxa"/>
              <w:right w:w="80" w:type="dxa"/>
            </w:tcMar>
            <w:vAlign w:val="center"/>
          </w:tcPr>
          <w:p w14:paraId="007AD829" w14:textId="77777777" w:rsidR="00DB793E" w:rsidRDefault="00000000">
            <w:r>
              <w:rPr>
                <w:rFonts w:eastAsia="Times New Roman" w:cs="Times New Roman"/>
                <w:sz w:val="16"/>
              </w:rPr>
              <w:t>enabled</w:t>
            </w:r>
          </w:p>
        </w:tc>
      </w:tr>
      <w:tr w:rsidR="00DB793E" w14:paraId="6C7F9F10" w14:textId="77777777">
        <w:trPr>
          <w:cantSplit/>
        </w:trPr>
        <w:tc>
          <w:tcPr>
            <w:tcW w:w="9164" w:type="dxa"/>
            <w:tcMar>
              <w:top w:w="55" w:type="dxa"/>
              <w:left w:w="80" w:type="dxa"/>
              <w:bottom w:w="55" w:type="dxa"/>
              <w:right w:w="80" w:type="dxa"/>
            </w:tcMar>
            <w:vAlign w:val="center"/>
          </w:tcPr>
          <w:p w14:paraId="779016F0" w14:textId="77777777" w:rsidR="00DB793E" w:rsidRDefault="00000000">
            <w:proofErr w:type="spellStart"/>
            <w:r>
              <w:rPr>
                <w:rFonts w:eastAsia="Times New Roman" w:cs="Times New Roman"/>
                <w:sz w:val="16"/>
              </w:rPr>
              <w:t>featureClass.ngtdm</w:t>
            </w:r>
            <w:proofErr w:type="spellEnd"/>
          </w:p>
        </w:tc>
        <w:tc>
          <w:tcPr>
            <w:tcW w:w="5092" w:type="dxa"/>
            <w:tcMar>
              <w:top w:w="55" w:type="dxa"/>
              <w:left w:w="80" w:type="dxa"/>
              <w:bottom w:w="55" w:type="dxa"/>
              <w:right w:w="80" w:type="dxa"/>
            </w:tcMar>
            <w:vAlign w:val="center"/>
          </w:tcPr>
          <w:p w14:paraId="6DCCFFD6" w14:textId="77777777" w:rsidR="00DB793E" w:rsidRDefault="00000000">
            <w:r>
              <w:rPr>
                <w:rFonts w:eastAsia="Times New Roman" w:cs="Times New Roman"/>
                <w:sz w:val="16"/>
              </w:rPr>
              <w:t>enabled</w:t>
            </w:r>
          </w:p>
        </w:tc>
      </w:tr>
      <w:tr w:rsidR="00DB793E" w14:paraId="60BCA2F4" w14:textId="77777777">
        <w:trPr>
          <w:cantSplit/>
        </w:trPr>
        <w:tc>
          <w:tcPr>
            <w:tcW w:w="9164" w:type="dxa"/>
            <w:tcMar>
              <w:top w:w="55" w:type="dxa"/>
              <w:left w:w="80" w:type="dxa"/>
              <w:bottom w:w="55" w:type="dxa"/>
              <w:right w:w="80" w:type="dxa"/>
            </w:tcMar>
            <w:vAlign w:val="center"/>
          </w:tcPr>
          <w:p w14:paraId="77061F6C" w14:textId="77777777" w:rsidR="00DB793E" w:rsidRDefault="00000000">
            <w:proofErr w:type="spellStart"/>
            <w:r>
              <w:rPr>
                <w:rFonts w:eastAsia="Times New Roman" w:cs="Times New Roman"/>
                <w:sz w:val="16"/>
              </w:rPr>
              <w:t>setting.normalize</w:t>
            </w:r>
            <w:proofErr w:type="spellEnd"/>
          </w:p>
        </w:tc>
        <w:tc>
          <w:tcPr>
            <w:tcW w:w="5092" w:type="dxa"/>
            <w:tcMar>
              <w:top w:w="55" w:type="dxa"/>
              <w:left w:w="80" w:type="dxa"/>
              <w:bottom w:w="55" w:type="dxa"/>
              <w:right w:w="80" w:type="dxa"/>
            </w:tcMar>
            <w:vAlign w:val="center"/>
          </w:tcPr>
          <w:p w14:paraId="40F060C1" w14:textId="77777777" w:rsidR="00DB793E" w:rsidRDefault="00000000">
            <w:r>
              <w:rPr>
                <w:rFonts w:eastAsia="Times New Roman" w:cs="Times New Roman"/>
                <w:sz w:val="16"/>
              </w:rPr>
              <w:t>No</w:t>
            </w:r>
          </w:p>
        </w:tc>
      </w:tr>
      <w:tr w:rsidR="00DB793E" w14:paraId="4FB29141" w14:textId="77777777">
        <w:trPr>
          <w:cantSplit/>
        </w:trPr>
        <w:tc>
          <w:tcPr>
            <w:tcW w:w="9164" w:type="dxa"/>
            <w:tcMar>
              <w:top w:w="55" w:type="dxa"/>
              <w:left w:w="80" w:type="dxa"/>
              <w:bottom w:w="55" w:type="dxa"/>
              <w:right w:w="80" w:type="dxa"/>
            </w:tcMar>
            <w:vAlign w:val="center"/>
          </w:tcPr>
          <w:p w14:paraId="3FC4587C" w14:textId="77777777" w:rsidR="00DB793E" w:rsidRDefault="00000000">
            <w:proofErr w:type="spellStart"/>
            <w:r>
              <w:rPr>
                <w:rFonts w:eastAsia="Times New Roman" w:cs="Times New Roman"/>
                <w:sz w:val="16"/>
              </w:rPr>
              <w:t>setting.interpolator</w:t>
            </w:r>
            <w:proofErr w:type="spellEnd"/>
          </w:p>
        </w:tc>
        <w:tc>
          <w:tcPr>
            <w:tcW w:w="5092" w:type="dxa"/>
            <w:tcMar>
              <w:top w:w="55" w:type="dxa"/>
              <w:left w:w="80" w:type="dxa"/>
              <w:bottom w:w="55" w:type="dxa"/>
              <w:right w:w="80" w:type="dxa"/>
            </w:tcMar>
            <w:vAlign w:val="center"/>
          </w:tcPr>
          <w:p w14:paraId="6A8371D3" w14:textId="77777777" w:rsidR="00DB793E" w:rsidRDefault="00000000">
            <w:proofErr w:type="spellStart"/>
            <w:r>
              <w:rPr>
                <w:rFonts w:eastAsia="Times New Roman" w:cs="Times New Roman"/>
                <w:sz w:val="16"/>
              </w:rPr>
              <w:t>sitkBSpline</w:t>
            </w:r>
            <w:proofErr w:type="spellEnd"/>
          </w:p>
        </w:tc>
      </w:tr>
      <w:tr w:rsidR="00DB793E" w14:paraId="519B76E5" w14:textId="77777777">
        <w:trPr>
          <w:cantSplit/>
        </w:trPr>
        <w:tc>
          <w:tcPr>
            <w:tcW w:w="9164" w:type="dxa"/>
            <w:tcMar>
              <w:top w:w="55" w:type="dxa"/>
              <w:left w:w="80" w:type="dxa"/>
              <w:bottom w:w="55" w:type="dxa"/>
              <w:right w:w="80" w:type="dxa"/>
            </w:tcMar>
            <w:vAlign w:val="center"/>
          </w:tcPr>
          <w:p w14:paraId="107B5025" w14:textId="77777777" w:rsidR="00DB793E" w:rsidRDefault="00000000">
            <w:proofErr w:type="spellStart"/>
            <w:r>
              <w:rPr>
                <w:rFonts w:eastAsia="Times New Roman" w:cs="Times New Roman"/>
                <w:sz w:val="16"/>
              </w:rPr>
              <w:t>setting.resampledPixelSpacing</w:t>
            </w:r>
            <w:proofErr w:type="spellEnd"/>
          </w:p>
        </w:tc>
        <w:tc>
          <w:tcPr>
            <w:tcW w:w="5092" w:type="dxa"/>
            <w:tcMar>
              <w:top w:w="55" w:type="dxa"/>
              <w:left w:w="80" w:type="dxa"/>
              <w:bottom w:w="55" w:type="dxa"/>
              <w:right w:w="80" w:type="dxa"/>
            </w:tcMar>
            <w:vAlign w:val="center"/>
          </w:tcPr>
          <w:p w14:paraId="65BE53A3" w14:textId="77777777" w:rsidR="00DB793E" w:rsidRDefault="00000000">
            <w:r>
              <w:rPr>
                <w:rFonts w:eastAsia="Times New Roman" w:cs="Times New Roman"/>
                <w:sz w:val="16"/>
              </w:rPr>
              <w:t>[1, 1, 1]</w:t>
            </w:r>
          </w:p>
        </w:tc>
      </w:tr>
      <w:tr w:rsidR="00DB793E" w14:paraId="3EE849CD" w14:textId="77777777">
        <w:trPr>
          <w:cantSplit/>
        </w:trPr>
        <w:tc>
          <w:tcPr>
            <w:tcW w:w="9164" w:type="dxa"/>
            <w:tcMar>
              <w:top w:w="55" w:type="dxa"/>
              <w:left w:w="80" w:type="dxa"/>
              <w:bottom w:w="55" w:type="dxa"/>
              <w:right w:w="80" w:type="dxa"/>
            </w:tcMar>
            <w:vAlign w:val="center"/>
          </w:tcPr>
          <w:p w14:paraId="542D117F" w14:textId="77777777" w:rsidR="00DB793E" w:rsidRDefault="00000000">
            <w:proofErr w:type="spellStart"/>
            <w:r>
              <w:rPr>
                <w:rFonts w:eastAsia="Times New Roman" w:cs="Times New Roman"/>
                <w:sz w:val="16"/>
              </w:rPr>
              <w:t>setting.padDistance</w:t>
            </w:r>
            <w:proofErr w:type="spellEnd"/>
          </w:p>
        </w:tc>
        <w:tc>
          <w:tcPr>
            <w:tcW w:w="5092" w:type="dxa"/>
            <w:tcMar>
              <w:top w:w="55" w:type="dxa"/>
              <w:left w:w="80" w:type="dxa"/>
              <w:bottom w:w="55" w:type="dxa"/>
              <w:right w:w="80" w:type="dxa"/>
            </w:tcMar>
            <w:vAlign w:val="center"/>
          </w:tcPr>
          <w:p w14:paraId="60051AF6" w14:textId="77777777" w:rsidR="00DB793E" w:rsidRDefault="00000000">
            <w:r>
              <w:rPr>
                <w:rFonts w:eastAsia="Times New Roman" w:cs="Times New Roman"/>
                <w:sz w:val="16"/>
              </w:rPr>
              <w:t>10</w:t>
            </w:r>
          </w:p>
        </w:tc>
      </w:tr>
      <w:tr w:rsidR="00DB793E" w14:paraId="7E42B9D6" w14:textId="77777777">
        <w:trPr>
          <w:cantSplit/>
        </w:trPr>
        <w:tc>
          <w:tcPr>
            <w:tcW w:w="9164" w:type="dxa"/>
            <w:tcMar>
              <w:top w:w="55" w:type="dxa"/>
              <w:left w:w="80" w:type="dxa"/>
              <w:bottom w:w="55" w:type="dxa"/>
              <w:right w:w="80" w:type="dxa"/>
            </w:tcMar>
            <w:vAlign w:val="center"/>
          </w:tcPr>
          <w:p w14:paraId="70640FAB" w14:textId="77777777" w:rsidR="00DB793E" w:rsidRDefault="00000000">
            <w:proofErr w:type="spellStart"/>
            <w:r>
              <w:rPr>
                <w:rFonts w:eastAsia="Times New Roman" w:cs="Times New Roman"/>
                <w:sz w:val="16"/>
              </w:rPr>
              <w:t>setting.correctMask</w:t>
            </w:r>
            <w:proofErr w:type="spellEnd"/>
          </w:p>
        </w:tc>
        <w:tc>
          <w:tcPr>
            <w:tcW w:w="5092" w:type="dxa"/>
            <w:tcMar>
              <w:top w:w="55" w:type="dxa"/>
              <w:left w:w="80" w:type="dxa"/>
              <w:bottom w:w="55" w:type="dxa"/>
              <w:right w:w="80" w:type="dxa"/>
            </w:tcMar>
            <w:vAlign w:val="center"/>
          </w:tcPr>
          <w:p w14:paraId="49B9F6ED" w14:textId="77777777" w:rsidR="00DB793E" w:rsidRDefault="00000000">
            <w:r>
              <w:rPr>
                <w:rFonts w:eastAsia="Times New Roman" w:cs="Times New Roman"/>
                <w:sz w:val="16"/>
              </w:rPr>
              <w:t>Yes</w:t>
            </w:r>
          </w:p>
        </w:tc>
      </w:tr>
      <w:tr w:rsidR="00DB793E" w14:paraId="3ACB615A" w14:textId="77777777">
        <w:trPr>
          <w:cantSplit/>
        </w:trPr>
        <w:tc>
          <w:tcPr>
            <w:tcW w:w="9164" w:type="dxa"/>
            <w:tcMar>
              <w:top w:w="55" w:type="dxa"/>
              <w:left w:w="80" w:type="dxa"/>
              <w:bottom w:w="55" w:type="dxa"/>
              <w:right w:w="80" w:type="dxa"/>
            </w:tcMar>
            <w:vAlign w:val="center"/>
          </w:tcPr>
          <w:p w14:paraId="60E03B7B" w14:textId="77777777" w:rsidR="00DB793E" w:rsidRDefault="00000000">
            <w:proofErr w:type="spellStart"/>
            <w:r>
              <w:rPr>
                <w:rFonts w:eastAsia="Times New Roman" w:cs="Times New Roman"/>
                <w:sz w:val="16"/>
              </w:rPr>
              <w:t>setting.binWidth</w:t>
            </w:r>
            <w:proofErr w:type="spellEnd"/>
          </w:p>
        </w:tc>
        <w:tc>
          <w:tcPr>
            <w:tcW w:w="5092" w:type="dxa"/>
            <w:tcMar>
              <w:top w:w="55" w:type="dxa"/>
              <w:left w:w="80" w:type="dxa"/>
              <w:bottom w:w="55" w:type="dxa"/>
              <w:right w:w="80" w:type="dxa"/>
            </w:tcMar>
            <w:vAlign w:val="center"/>
          </w:tcPr>
          <w:p w14:paraId="1556B787" w14:textId="77777777" w:rsidR="00DB793E" w:rsidRDefault="00000000">
            <w:r>
              <w:rPr>
                <w:rFonts w:eastAsia="Times New Roman" w:cs="Times New Roman"/>
                <w:sz w:val="16"/>
              </w:rPr>
              <w:t>25</w:t>
            </w:r>
          </w:p>
        </w:tc>
      </w:tr>
      <w:tr w:rsidR="00DB793E" w14:paraId="33B70D19" w14:textId="77777777">
        <w:trPr>
          <w:cantSplit/>
        </w:trPr>
        <w:tc>
          <w:tcPr>
            <w:tcW w:w="9164" w:type="dxa"/>
            <w:tcMar>
              <w:top w:w="55" w:type="dxa"/>
              <w:left w:w="80" w:type="dxa"/>
              <w:bottom w:w="55" w:type="dxa"/>
              <w:right w:w="80" w:type="dxa"/>
            </w:tcMar>
            <w:vAlign w:val="center"/>
          </w:tcPr>
          <w:p w14:paraId="27629316" w14:textId="77777777" w:rsidR="00DB793E" w:rsidRDefault="00000000">
            <w:proofErr w:type="spellStart"/>
            <w:r>
              <w:rPr>
                <w:rFonts w:eastAsia="Times New Roman" w:cs="Times New Roman"/>
                <w:sz w:val="16"/>
              </w:rPr>
              <w:t>setting.voxelArrayShift</w:t>
            </w:r>
            <w:proofErr w:type="spellEnd"/>
          </w:p>
        </w:tc>
        <w:tc>
          <w:tcPr>
            <w:tcW w:w="5092" w:type="dxa"/>
            <w:tcMar>
              <w:top w:w="55" w:type="dxa"/>
              <w:left w:w="80" w:type="dxa"/>
              <w:bottom w:w="55" w:type="dxa"/>
              <w:right w:w="80" w:type="dxa"/>
            </w:tcMar>
            <w:vAlign w:val="center"/>
          </w:tcPr>
          <w:p w14:paraId="0BB18139" w14:textId="77777777" w:rsidR="00DB793E" w:rsidRDefault="00000000">
            <w:r>
              <w:rPr>
                <w:rFonts w:eastAsia="Times New Roman" w:cs="Times New Roman"/>
                <w:sz w:val="16"/>
              </w:rPr>
              <w:t>0</w:t>
            </w:r>
          </w:p>
        </w:tc>
      </w:tr>
      <w:tr w:rsidR="00DB793E" w14:paraId="15AF9567" w14:textId="77777777">
        <w:trPr>
          <w:cantSplit/>
        </w:trPr>
        <w:tc>
          <w:tcPr>
            <w:tcW w:w="9164" w:type="dxa"/>
            <w:tcMar>
              <w:top w:w="55" w:type="dxa"/>
              <w:left w:w="80" w:type="dxa"/>
              <w:bottom w:w="55" w:type="dxa"/>
              <w:right w:w="80" w:type="dxa"/>
            </w:tcMar>
            <w:vAlign w:val="center"/>
          </w:tcPr>
          <w:p w14:paraId="107E4410" w14:textId="77777777" w:rsidR="00DB793E" w:rsidRDefault="00000000">
            <w:r>
              <w:rPr>
                <w:rFonts w:eastAsia="Times New Roman" w:cs="Times New Roman"/>
                <w:sz w:val="16"/>
              </w:rPr>
              <w:t>setting.force2D</w:t>
            </w:r>
          </w:p>
        </w:tc>
        <w:tc>
          <w:tcPr>
            <w:tcW w:w="5092" w:type="dxa"/>
            <w:tcMar>
              <w:top w:w="55" w:type="dxa"/>
              <w:left w:w="80" w:type="dxa"/>
              <w:bottom w:w="55" w:type="dxa"/>
              <w:right w:w="80" w:type="dxa"/>
            </w:tcMar>
            <w:vAlign w:val="center"/>
          </w:tcPr>
          <w:p w14:paraId="5705D455" w14:textId="77777777" w:rsidR="00DB793E" w:rsidRDefault="00000000">
            <w:r>
              <w:rPr>
                <w:rFonts w:eastAsia="Times New Roman" w:cs="Times New Roman"/>
                <w:sz w:val="16"/>
              </w:rPr>
              <w:t>No</w:t>
            </w:r>
          </w:p>
        </w:tc>
      </w:tr>
    </w:tbl>
    <w:p w14:paraId="0C033FB4" w14:textId="77777777" w:rsidR="00DB793E" w:rsidRDefault="00000000">
      <w:pPr>
        <w:keepNext/>
        <w:spacing w:before="100" w:after="60"/>
      </w:pPr>
      <w:r>
        <w:rPr>
          <w:rFonts w:eastAsia="Times New Roman" w:cs="Times New Roman"/>
          <w:b/>
        </w:rPr>
        <w:t>B. Exact execution environment</w:t>
      </w:r>
    </w:p>
    <w:tbl>
      <w:tblPr>
        <w:tblW w:w="14256" w:type="dxa"/>
        <w:tblBorders>
          <w:top w:val="single" w:sz="10" w:space="0" w:color="000000"/>
          <w:left w:val="nil"/>
          <w:bottom w:val="single" w:sz="10" w:space="0" w:color="000000"/>
          <w:right w:val="nil"/>
          <w:insideH w:val="nil"/>
          <w:insideV w:val="nil"/>
        </w:tblBorders>
        <w:tblLayout w:type="fixed"/>
        <w:tblLook w:val="04A0" w:firstRow="1" w:lastRow="0" w:firstColumn="1" w:lastColumn="0" w:noHBand="0" w:noVBand="1"/>
      </w:tblPr>
      <w:tblGrid>
        <w:gridCol w:w="9164"/>
        <w:gridCol w:w="5092"/>
      </w:tblGrid>
      <w:tr w:rsidR="00DB793E" w14:paraId="1855EBCC" w14:textId="77777777">
        <w:trPr>
          <w:cantSplit/>
          <w:tblHeader/>
        </w:trPr>
        <w:tc>
          <w:tcPr>
            <w:tcW w:w="9164" w:type="dxa"/>
            <w:tcBorders>
              <w:bottom w:val="single" w:sz="6" w:space="0" w:color="000000"/>
            </w:tcBorders>
            <w:tcMar>
              <w:top w:w="55" w:type="dxa"/>
              <w:left w:w="80" w:type="dxa"/>
              <w:bottom w:w="55" w:type="dxa"/>
              <w:right w:w="80" w:type="dxa"/>
            </w:tcMar>
            <w:vAlign w:val="center"/>
          </w:tcPr>
          <w:p w14:paraId="73AF811A" w14:textId="77777777" w:rsidR="00DB793E" w:rsidRDefault="00000000">
            <w:pPr>
              <w:jc w:val="center"/>
            </w:pPr>
            <w:r>
              <w:rPr>
                <w:rFonts w:eastAsia="Times New Roman" w:cs="Times New Roman"/>
                <w:b/>
                <w:sz w:val="16"/>
              </w:rPr>
              <w:t>Software</w:t>
            </w:r>
          </w:p>
        </w:tc>
        <w:tc>
          <w:tcPr>
            <w:tcW w:w="5092" w:type="dxa"/>
            <w:tcBorders>
              <w:bottom w:val="single" w:sz="6" w:space="0" w:color="000000"/>
            </w:tcBorders>
            <w:tcMar>
              <w:top w:w="55" w:type="dxa"/>
              <w:left w:w="80" w:type="dxa"/>
              <w:bottom w:w="55" w:type="dxa"/>
              <w:right w:w="80" w:type="dxa"/>
            </w:tcMar>
            <w:vAlign w:val="center"/>
          </w:tcPr>
          <w:p w14:paraId="2EF8C2CD" w14:textId="77777777" w:rsidR="00DB793E" w:rsidRDefault="00000000">
            <w:pPr>
              <w:jc w:val="center"/>
            </w:pPr>
            <w:r>
              <w:rPr>
                <w:rFonts w:eastAsia="Times New Roman" w:cs="Times New Roman"/>
                <w:b/>
                <w:sz w:val="16"/>
              </w:rPr>
              <w:t>Version</w:t>
            </w:r>
          </w:p>
        </w:tc>
      </w:tr>
      <w:tr w:rsidR="00DB793E" w14:paraId="580A0129" w14:textId="77777777">
        <w:trPr>
          <w:cantSplit/>
        </w:trPr>
        <w:tc>
          <w:tcPr>
            <w:tcW w:w="9164" w:type="dxa"/>
            <w:tcMar>
              <w:top w:w="55" w:type="dxa"/>
              <w:left w:w="80" w:type="dxa"/>
              <w:bottom w:w="55" w:type="dxa"/>
              <w:right w:w="80" w:type="dxa"/>
            </w:tcMar>
            <w:vAlign w:val="center"/>
          </w:tcPr>
          <w:p w14:paraId="3343A2DD" w14:textId="77777777" w:rsidR="00DB793E" w:rsidRDefault="00000000">
            <w:r>
              <w:rPr>
                <w:rFonts w:eastAsia="Times New Roman" w:cs="Times New Roman"/>
                <w:sz w:val="16"/>
              </w:rPr>
              <w:t>Python</w:t>
            </w:r>
          </w:p>
        </w:tc>
        <w:tc>
          <w:tcPr>
            <w:tcW w:w="5092" w:type="dxa"/>
            <w:tcMar>
              <w:top w:w="55" w:type="dxa"/>
              <w:left w:w="80" w:type="dxa"/>
              <w:bottom w:w="55" w:type="dxa"/>
              <w:right w:w="80" w:type="dxa"/>
            </w:tcMar>
            <w:vAlign w:val="center"/>
          </w:tcPr>
          <w:p w14:paraId="44CBC323" w14:textId="77777777" w:rsidR="00DB793E" w:rsidRDefault="00000000">
            <w:r>
              <w:rPr>
                <w:rFonts w:eastAsia="Times New Roman" w:cs="Times New Roman"/>
                <w:sz w:val="16"/>
              </w:rPr>
              <w:t>3.9.23</w:t>
            </w:r>
          </w:p>
        </w:tc>
      </w:tr>
      <w:tr w:rsidR="00DB793E" w14:paraId="729D7905" w14:textId="77777777">
        <w:trPr>
          <w:cantSplit/>
        </w:trPr>
        <w:tc>
          <w:tcPr>
            <w:tcW w:w="9164" w:type="dxa"/>
            <w:tcMar>
              <w:top w:w="55" w:type="dxa"/>
              <w:left w:w="80" w:type="dxa"/>
              <w:bottom w:w="55" w:type="dxa"/>
              <w:right w:w="80" w:type="dxa"/>
            </w:tcMar>
            <w:vAlign w:val="center"/>
          </w:tcPr>
          <w:p w14:paraId="12DB6DDF" w14:textId="77777777" w:rsidR="00DB793E" w:rsidRDefault="00000000">
            <w:proofErr w:type="spellStart"/>
            <w:r>
              <w:rPr>
                <w:rFonts w:eastAsia="Times New Roman" w:cs="Times New Roman"/>
                <w:sz w:val="16"/>
              </w:rPr>
              <w:t>PyRadiomics</w:t>
            </w:r>
            <w:proofErr w:type="spellEnd"/>
          </w:p>
        </w:tc>
        <w:tc>
          <w:tcPr>
            <w:tcW w:w="5092" w:type="dxa"/>
            <w:tcMar>
              <w:top w:w="55" w:type="dxa"/>
              <w:left w:w="80" w:type="dxa"/>
              <w:bottom w:w="55" w:type="dxa"/>
              <w:right w:w="80" w:type="dxa"/>
            </w:tcMar>
            <w:vAlign w:val="center"/>
          </w:tcPr>
          <w:p w14:paraId="0712ADAD" w14:textId="77777777" w:rsidR="00DB793E" w:rsidRDefault="00000000">
            <w:r>
              <w:rPr>
                <w:rFonts w:eastAsia="Times New Roman" w:cs="Times New Roman"/>
                <w:sz w:val="16"/>
              </w:rPr>
              <w:t>3.0.1</w:t>
            </w:r>
          </w:p>
        </w:tc>
      </w:tr>
      <w:tr w:rsidR="00DB793E" w14:paraId="7046F126" w14:textId="77777777">
        <w:trPr>
          <w:cantSplit/>
        </w:trPr>
        <w:tc>
          <w:tcPr>
            <w:tcW w:w="9164" w:type="dxa"/>
            <w:tcMar>
              <w:top w:w="55" w:type="dxa"/>
              <w:left w:w="80" w:type="dxa"/>
              <w:bottom w:w="55" w:type="dxa"/>
              <w:right w:w="80" w:type="dxa"/>
            </w:tcMar>
            <w:vAlign w:val="center"/>
          </w:tcPr>
          <w:p w14:paraId="1E38B758" w14:textId="77777777" w:rsidR="00DB793E" w:rsidRDefault="00000000">
            <w:proofErr w:type="spellStart"/>
            <w:r>
              <w:rPr>
                <w:rFonts w:eastAsia="Times New Roman" w:cs="Times New Roman"/>
                <w:sz w:val="16"/>
              </w:rPr>
              <w:t>SimpleITK</w:t>
            </w:r>
            <w:proofErr w:type="spellEnd"/>
          </w:p>
        </w:tc>
        <w:tc>
          <w:tcPr>
            <w:tcW w:w="5092" w:type="dxa"/>
            <w:tcMar>
              <w:top w:w="55" w:type="dxa"/>
              <w:left w:w="80" w:type="dxa"/>
              <w:bottom w:w="55" w:type="dxa"/>
              <w:right w:w="80" w:type="dxa"/>
            </w:tcMar>
            <w:vAlign w:val="center"/>
          </w:tcPr>
          <w:p w14:paraId="00DE6EA2" w14:textId="77777777" w:rsidR="00DB793E" w:rsidRDefault="00000000">
            <w:r>
              <w:rPr>
                <w:rFonts w:eastAsia="Times New Roman" w:cs="Times New Roman"/>
                <w:sz w:val="16"/>
              </w:rPr>
              <w:t>2.2.1</w:t>
            </w:r>
          </w:p>
        </w:tc>
      </w:tr>
      <w:tr w:rsidR="00DB793E" w14:paraId="1E928B81" w14:textId="77777777">
        <w:trPr>
          <w:cantSplit/>
        </w:trPr>
        <w:tc>
          <w:tcPr>
            <w:tcW w:w="9164" w:type="dxa"/>
            <w:tcMar>
              <w:top w:w="55" w:type="dxa"/>
              <w:left w:w="80" w:type="dxa"/>
              <w:bottom w:w="55" w:type="dxa"/>
              <w:right w:w="80" w:type="dxa"/>
            </w:tcMar>
            <w:vAlign w:val="center"/>
          </w:tcPr>
          <w:p w14:paraId="6C9E36C3" w14:textId="77777777" w:rsidR="00DB793E" w:rsidRDefault="00000000">
            <w:r>
              <w:rPr>
                <w:rFonts w:eastAsia="Times New Roman" w:cs="Times New Roman"/>
                <w:sz w:val="16"/>
              </w:rPr>
              <w:t>scikit-learn</w:t>
            </w:r>
          </w:p>
        </w:tc>
        <w:tc>
          <w:tcPr>
            <w:tcW w:w="5092" w:type="dxa"/>
            <w:tcMar>
              <w:top w:w="55" w:type="dxa"/>
              <w:left w:w="80" w:type="dxa"/>
              <w:bottom w:w="55" w:type="dxa"/>
              <w:right w:w="80" w:type="dxa"/>
            </w:tcMar>
            <w:vAlign w:val="center"/>
          </w:tcPr>
          <w:p w14:paraId="0CA7DB3E" w14:textId="77777777" w:rsidR="00DB793E" w:rsidRDefault="00000000">
            <w:r>
              <w:rPr>
                <w:rFonts w:eastAsia="Times New Roman" w:cs="Times New Roman"/>
                <w:sz w:val="16"/>
              </w:rPr>
              <w:t>1.0.2</w:t>
            </w:r>
          </w:p>
        </w:tc>
      </w:tr>
      <w:tr w:rsidR="00DB793E" w14:paraId="623BB89E" w14:textId="77777777">
        <w:trPr>
          <w:cantSplit/>
        </w:trPr>
        <w:tc>
          <w:tcPr>
            <w:tcW w:w="9164" w:type="dxa"/>
            <w:tcMar>
              <w:top w:w="55" w:type="dxa"/>
              <w:left w:w="80" w:type="dxa"/>
              <w:bottom w:w="55" w:type="dxa"/>
              <w:right w:w="80" w:type="dxa"/>
            </w:tcMar>
            <w:vAlign w:val="center"/>
          </w:tcPr>
          <w:p w14:paraId="76FE8D41" w14:textId="77777777" w:rsidR="00DB793E" w:rsidRDefault="00000000">
            <w:proofErr w:type="spellStart"/>
            <w:r>
              <w:rPr>
                <w:rFonts w:eastAsia="Times New Roman" w:cs="Times New Roman"/>
                <w:sz w:val="16"/>
              </w:rPr>
              <w:t>numpy</w:t>
            </w:r>
            <w:proofErr w:type="spellEnd"/>
          </w:p>
        </w:tc>
        <w:tc>
          <w:tcPr>
            <w:tcW w:w="5092" w:type="dxa"/>
            <w:tcMar>
              <w:top w:w="55" w:type="dxa"/>
              <w:left w:w="80" w:type="dxa"/>
              <w:bottom w:w="55" w:type="dxa"/>
              <w:right w:w="80" w:type="dxa"/>
            </w:tcMar>
            <w:vAlign w:val="center"/>
          </w:tcPr>
          <w:p w14:paraId="1E7DFC10" w14:textId="77777777" w:rsidR="00DB793E" w:rsidRDefault="00000000">
            <w:r>
              <w:rPr>
                <w:rFonts w:eastAsia="Times New Roman" w:cs="Times New Roman"/>
                <w:sz w:val="16"/>
              </w:rPr>
              <w:t>1.22.4</w:t>
            </w:r>
          </w:p>
        </w:tc>
      </w:tr>
      <w:tr w:rsidR="00DB793E" w14:paraId="61601A5C" w14:textId="77777777">
        <w:trPr>
          <w:cantSplit/>
        </w:trPr>
        <w:tc>
          <w:tcPr>
            <w:tcW w:w="9164" w:type="dxa"/>
            <w:tcMar>
              <w:top w:w="55" w:type="dxa"/>
              <w:left w:w="80" w:type="dxa"/>
              <w:bottom w:w="55" w:type="dxa"/>
              <w:right w:w="80" w:type="dxa"/>
            </w:tcMar>
            <w:vAlign w:val="center"/>
          </w:tcPr>
          <w:p w14:paraId="28267831" w14:textId="77777777" w:rsidR="00DB793E" w:rsidRDefault="00000000">
            <w:r>
              <w:rPr>
                <w:rFonts w:eastAsia="Times New Roman" w:cs="Times New Roman"/>
                <w:sz w:val="16"/>
              </w:rPr>
              <w:t>pandas</w:t>
            </w:r>
          </w:p>
        </w:tc>
        <w:tc>
          <w:tcPr>
            <w:tcW w:w="5092" w:type="dxa"/>
            <w:tcMar>
              <w:top w:w="55" w:type="dxa"/>
              <w:left w:w="80" w:type="dxa"/>
              <w:bottom w:w="55" w:type="dxa"/>
              <w:right w:w="80" w:type="dxa"/>
            </w:tcMar>
            <w:vAlign w:val="center"/>
          </w:tcPr>
          <w:p w14:paraId="66DDADC4" w14:textId="77777777" w:rsidR="00DB793E" w:rsidRDefault="00000000">
            <w:r>
              <w:rPr>
                <w:rFonts w:eastAsia="Times New Roman" w:cs="Times New Roman"/>
                <w:sz w:val="16"/>
              </w:rPr>
              <w:t>1.4.4</w:t>
            </w:r>
          </w:p>
        </w:tc>
      </w:tr>
      <w:tr w:rsidR="00DB793E" w14:paraId="1C4DF453" w14:textId="77777777">
        <w:trPr>
          <w:cantSplit/>
        </w:trPr>
        <w:tc>
          <w:tcPr>
            <w:tcW w:w="9164" w:type="dxa"/>
            <w:tcMar>
              <w:top w:w="55" w:type="dxa"/>
              <w:left w:w="80" w:type="dxa"/>
              <w:bottom w:w="55" w:type="dxa"/>
              <w:right w:w="80" w:type="dxa"/>
            </w:tcMar>
            <w:vAlign w:val="center"/>
          </w:tcPr>
          <w:p w14:paraId="3EE01350" w14:textId="77777777" w:rsidR="00DB793E" w:rsidRDefault="00000000">
            <w:proofErr w:type="spellStart"/>
            <w:r>
              <w:rPr>
                <w:rFonts w:eastAsia="Times New Roman" w:cs="Times New Roman"/>
                <w:sz w:val="16"/>
              </w:rPr>
              <w:t>scipy</w:t>
            </w:r>
            <w:proofErr w:type="spellEnd"/>
          </w:p>
        </w:tc>
        <w:tc>
          <w:tcPr>
            <w:tcW w:w="5092" w:type="dxa"/>
            <w:tcMar>
              <w:top w:w="55" w:type="dxa"/>
              <w:left w:w="80" w:type="dxa"/>
              <w:bottom w:w="55" w:type="dxa"/>
              <w:right w:w="80" w:type="dxa"/>
            </w:tcMar>
            <w:vAlign w:val="center"/>
          </w:tcPr>
          <w:p w14:paraId="3551C060" w14:textId="77777777" w:rsidR="00DB793E" w:rsidRDefault="00000000">
            <w:r>
              <w:rPr>
                <w:rFonts w:eastAsia="Times New Roman" w:cs="Times New Roman"/>
                <w:sz w:val="16"/>
              </w:rPr>
              <w:t>1.8.1</w:t>
            </w:r>
          </w:p>
        </w:tc>
      </w:tr>
    </w:tbl>
    <w:p w14:paraId="5A5DD752" w14:textId="77777777" w:rsidR="00E5165B" w:rsidRDefault="00000000">
      <w:pPr>
        <w:spacing w:before="80" w:after="20"/>
        <w:rPr>
          <w:rFonts w:eastAsia="Times New Roman" w:cs="Times New Roman"/>
          <w:sz w:val="16"/>
          <w:lang w:eastAsia="zh-CN"/>
        </w:rPr>
      </w:pPr>
      <w:r>
        <w:rPr>
          <w:rFonts w:eastAsia="Times New Roman" w:cs="Times New Roman"/>
          <w:sz w:val="16"/>
        </w:rPr>
        <w:t xml:space="preserve">Note: </w:t>
      </w:r>
      <w:r w:rsidR="00E5165B" w:rsidRPr="00E5165B">
        <w:rPr>
          <w:rFonts w:eastAsia="Times New Roman" w:cs="Times New Roman"/>
          <w:sz w:val="16"/>
        </w:rPr>
        <w:t>Technical configuration; no inferential testing.</w:t>
      </w:r>
    </w:p>
    <w:p w14:paraId="75A2D8A2" w14:textId="3C9FD291" w:rsidR="00DB793E" w:rsidRDefault="00000000">
      <w:pPr>
        <w:spacing w:before="80" w:after="20"/>
      </w:pPr>
      <w:r>
        <w:rPr>
          <w:rFonts w:eastAsia="Times New Roman" w:cs="Times New Roman"/>
          <w:sz w:val="16"/>
        </w:rPr>
        <w:t>The 1-mm isotropic setting applies during feature extraction; it does not define the native-grid physical-distance ROI masks.</w:t>
      </w:r>
    </w:p>
    <w:p w14:paraId="035DBFCF" w14:textId="77777777" w:rsidR="00DB793E" w:rsidRDefault="00000000">
      <w:r>
        <w:br w:type="page"/>
      </w:r>
    </w:p>
    <w:p w14:paraId="3E940C8A" w14:textId="77777777" w:rsidR="00DB793E" w:rsidRDefault="00000000">
      <w:pPr>
        <w:keepNext/>
        <w:spacing w:after="100"/>
      </w:pPr>
      <w:r>
        <w:rPr>
          <w:rFonts w:eastAsia="Times New Roman" w:cs="Times New Roman"/>
          <w:b/>
          <w:sz w:val="22"/>
        </w:rPr>
        <w:lastRenderedPageBreak/>
        <w:t>Table S4. Prespecified feature-exclusion sensitivity</w:t>
      </w:r>
    </w:p>
    <w:p w14:paraId="50B1E7A5" w14:textId="77777777" w:rsidR="00DB793E" w:rsidRDefault="00000000">
      <w:pPr>
        <w:keepNext/>
        <w:spacing w:before="100" w:after="60"/>
      </w:pPr>
      <w:r>
        <w:rPr>
          <w:rFonts w:eastAsia="Times New Roman" w:cs="Times New Roman"/>
          <w:b/>
        </w:rPr>
        <w:t>A. Absolute performance</w:t>
      </w:r>
    </w:p>
    <w:tbl>
      <w:tblPr>
        <w:tblW w:w="14256" w:type="dxa"/>
        <w:tblBorders>
          <w:top w:val="single" w:sz="10" w:space="0" w:color="000000"/>
          <w:left w:val="nil"/>
          <w:bottom w:val="single" w:sz="10" w:space="0" w:color="000000"/>
          <w:right w:val="nil"/>
          <w:insideH w:val="nil"/>
          <w:insideV w:val="nil"/>
        </w:tblBorders>
        <w:tblLayout w:type="fixed"/>
        <w:tblLook w:val="04A0" w:firstRow="1" w:lastRow="0" w:firstColumn="1" w:lastColumn="0" w:noHBand="0" w:noVBand="1"/>
      </w:tblPr>
      <w:tblGrid>
        <w:gridCol w:w="2426"/>
        <w:gridCol w:w="3033"/>
        <w:gridCol w:w="2729"/>
        <w:gridCol w:w="3033"/>
        <w:gridCol w:w="3035"/>
      </w:tblGrid>
      <w:tr w:rsidR="00DB793E" w14:paraId="01C26322" w14:textId="77777777">
        <w:trPr>
          <w:cantSplit/>
          <w:tblHeader/>
        </w:trPr>
        <w:tc>
          <w:tcPr>
            <w:tcW w:w="2426" w:type="dxa"/>
            <w:tcBorders>
              <w:bottom w:val="single" w:sz="6" w:space="0" w:color="000000"/>
            </w:tcBorders>
            <w:tcMar>
              <w:top w:w="55" w:type="dxa"/>
              <w:left w:w="80" w:type="dxa"/>
              <w:bottom w:w="55" w:type="dxa"/>
              <w:right w:w="80" w:type="dxa"/>
            </w:tcMar>
            <w:vAlign w:val="center"/>
          </w:tcPr>
          <w:p w14:paraId="541072CA" w14:textId="77777777" w:rsidR="00DB793E" w:rsidRDefault="00000000">
            <w:pPr>
              <w:jc w:val="center"/>
            </w:pPr>
            <w:r>
              <w:rPr>
                <w:rFonts w:eastAsia="Times New Roman" w:cs="Times New Roman"/>
                <w:b/>
                <w:sz w:val="16"/>
              </w:rPr>
              <w:t>Model</w:t>
            </w:r>
          </w:p>
        </w:tc>
        <w:tc>
          <w:tcPr>
            <w:tcW w:w="3033" w:type="dxa"/>
            <w:tcBorders>
              <w:bottom w:val="single" w:sz="6" w:space="0" w:color="000000"/>
            </w:tcBorders>
            <w:tcMar>
              <w:top w:w="55" w:type="dxa"/>
              <w:left w:w="80" w:type="dxa"/>
              <w:bottom w:w="55" w:type="dxa"/>
              <w:right w:w="80" w:type="dxa"/>
            </w:tcMar>
            <w:vAlign w:val="center"/>
          </w:tcPr>
          <w:p w14:paraId="1610A506" w14:textId="77777777" w:rsidR="00DB793E" w:rsidRDefault="00000000">
            <w:pPr>
              <w:jc w:val="center"/>
            </w:pPr>
            <w:r>
              <w:rPr>
                <w:rFonts w:eastAsia="Times New Roman" w:cs="Times New Roman"/>
                <w:b/>
                <w:sz w:val="16"/>
              </w:rPr>
              <w:t>Metric</w:t>
            </w:r>
          </w:p>
        </w:tc>
        <w:tc>
          <w:tcPr>
            <w:tcW w:w="2729" w:type="dxa"/>
            <w:tcBorders>
              <w:bottom w:val="single" w:sz="6" w:space="0" w:color="000000"/>
            </w:tcBorders>
            <w:tcMar>
              <w:top w:w="55" w:type="dxa"/>
              <w:left w:w="80" w:type="dxa"/>
              <w:bottom w:w="55" w:type="dxa"/>
              <w:right w:w="80" w:type="dxa"/>
            </w:tcMar>
            <w:vAlign w:val="center"/>
          </w:tcPr>
          <w:p w14:paraId="17979167" w14:textId="77777777" w:rsidR="00DB793E" w:rsidRDefault="00000000">
            <w:pPr>
              <w:jc w:val="center"/>
            </w:pPr>
            <w:r>
              <w:rPr>
                <w:rFonts w:eastAsia="Times New Roman" w:cs="Times New Roman"/>
                <w:b/>
                <w:sz w:val="16"/>
              </w:rPr>
              <w:t>Mean (SD)</w:t>
            </w:r>
          </w:p>
        </w:tc>
        <w:tc>
          <w:tcPr>
            <w:tcW w:w="3033" w:type="dxa"/>
            <w:tcBorders>
              <w:bottom w:val="single" w:sz="6" w:space="0" w:color="000000"/>
            </w:tcBorders>
            <w:tcMar>
              <w:top w:w="55" w:type="dxa"/>
              <w:left w:w="80" w:type="dxa"/>
              <w:bottom w:w="55" w:type="dxa"/>
              <w:right w:w="80" w:type="dxa"/>
            </w:tcMar>
            <w:vAlign w:val="center"/>
          </w:tcPr>
          <w:p w14:paraId="2CB1D511" w14:textId="77777777" w:rsidR="00DB793E" w:rsidRDefault="00000000">
            <w:pPr>
              <w:jc w:val="center"/>
            </w:pPr>
            <w:r>
              <w:rPr>
                <w:rFonts w:eastAsia="Times New Roman" w:cs="Times New Roman"/>
                <w:b/>
                <w:sz w:val="16"/>
              </w:rPr>
              <w:t>Range</w:t>
            </w:r>
          </w:p>
        </w:tc>
        <w:tc>
          <w:tcPr>
            <w:tcW w:w="3035" w:type="dxa"/>
            <w:tcBorders>
              <w:bottom w:val="single" w:sz="6" w:space="0" w:color="000000"/>
            </w:tcBorders>
            <w:tcMar>
              <w:top w:w="55" w:type="dxa"/>
              <w:left w:w="80" w:type="dxa"/>
              <w:bottom w:w="55" w:type="dxa"/>
              <w:right w:w="80" w:type="dxa"/>
            </w:tcMar>
            <w:vAlign w:val="center"/>
          </w:tcPr>
          <w:p w14:paraId="3D47ACF1" w14:textId="77777777" w:rsidR="00DB793E" w:rsidRDefault="00000000">
            <w:pPr>
              <w:jc w:val="center"/>
            </w:pPr>
            <w:r>
              <w:rPr>
                <w:rFonts w:eastAsia="Times New Roman" w:cs="Times New Roman"/>
                <w:b/>
                <w:sz w:val="16"/>
              </w:rPr>
              <w:t>95% CI</w:t>
            </w:r>
          </w:p>
        </w:tc>
      </w:tr>
      <w:tr w:rsidR="00DB793E" w14:paraId="1872D9BF" w14:textId="77777777">
        <w:trPr>
          <w:cantSplit/>
        </w:trPr>
        <w:tc>
          <w:tcPr>
            <w:tcW w:w="2426" w:type="dxa"/>
            <w:tcMar>
              <w:top w:w="55" w:type="dxa"/>
              <w:left w:w="80" w:type="dxa"/>
              <w:bottom w:w="55" w:type="dxa"/>
              <w:right w:w="80" w:type="dxa"/>
            </w:tcMar>
            <w:vAlign w:val="center"/>
          </w:tcPr>
          <w:p w14:paraId="1961D111" w14:textId="77777777" w:rsidR="00DB793E" w:rsidRDefault="00000000">
            <w:r>
              <w:rPr>
                <w:rFonts w:eastAsia="Times New Roman" w:cs="Times New Roman"/>
                <w:sz w:val="16"/>
              </w:rPr>
              <w:t>INTRA</w:t>
            </w:r>
          </w:p>
        </w:tc>
        <w:tc>
          <w:tcPr>
            <w:tcW w:w="3033" w:type="dxa"/>
            <w:tcMar>
              <w:top w:w="55" w:type="dxa"/>
              <w:left w:w="80" w:type="dxa"/>
              <w:bottom w:w="55" w:type="dxa"/>
              <w:right w:w="80" w:type="dxa"/>
            </w:tcMar>
            <w:vAlign w:val="center"/>
          </w:tcPr>
          <w:p w14:paraId="589E381E" w14:textId="77777777" w:rsidR="00DB793E" w:rsidRDefault="00000000">
            <w:r>
              <w:rPr>
                <w:rFonts w:eastAsia="Times New Roman" w:cs="Times New Roman"/>
                <w:sz w:val="16"/>
              </w:rPr>
              <w:t>AUC</w:t>
            </w:r>
          </w:p>
        </w:tc>
        <w:tc>
          <w:tcPr>
            <w:tcW w:w="2729" w:type="dxa"/>
            <w:tcMar>
              <w:top w:w="55" w:type="dxa"/>
              <w:left w:w="80" w:type="dxa"/>
              <w:bottom w:w="55" w:type="dxa"/>
              <w:right w:w="80" w:type="dxa"/>
            </w:tcMar>
            <w:vAlign w:val="center"/>
          </w:tcPr>
          <w:p w14:paraId="48DBB78E" w14:textId="77777777" w:rsidR="00DB793E" w:rsidRDefault="00000000">
            <w:pPr>
              <w:jc w:val="center"/>
            </w:pPr>
            <w:r>
              <w:rPr>
                <w:rFonts w:eastAsia="Times New Roman" w:cs="Times New Roman"/>
                <w:sz w:val="16"/>
              </w:rPr>
              <w:t>0.549 (0.034)</w:t>
            </w:r>
          </w:p>
        </w:tc>
        <w:tc>
          <w:tcPr>
            <w:tcW w:w="3033" w:type="dxa"/>
            <w:tcMar>
              <w:top w:w="55" w:type="dxa"/>
              <w:left w:w="80" w:type="dxa"/>
              <w:bottom w:w="55" w:type="dxa"/>
              <w:right w:w="80" w:type="dxa"/>
            </w:tcMar>
            <w:vAlign w:val="center"/>
          </w:tcPr>
          <w:p w14:paraId="301DA891" w14:textId="77777777" w:rsidR="00DB793E" w:rsidRDefault="00000000">
            <w:pPr>
              <w:jc w:val="center"/>
            </w:pPr>
            <w:r>
              <w:rPr>
                <w:rFonts w:eastAsia="Times New Roman" w:cs="Times New Roman"/>
                <w:sz w:val="16"/>
              </w:rPr>
              <w:t>0.480–0.592</w:t>
            </w:r>
          </w:p>
        </w:tc>
        <w:tc>
          <w:tcPr>
            <w:tcW w:w="3035" w:type="dxa"/>
            <w:tcMar>
              <w:top w:w="55" w:type="dxa"/>
              <w:left w:w="80" w:type="dxa"/>
              <w:bottom w:w="55" w:type="dxa"/>
              <w:right w:w="80" w:type="dxa"/>
            </w:tcMar>
            <w:vAlign w:val="center"/>
          </w:tcPr>
          <w:p w14:paraId="7CD87E51" w14:textId="77777777" w:rsidR="00DB793E" w:rsidRDefault="00000000">
            <w:pPr>
              <w:jc w:val="center"/>
            </w:pPr>
            <w:r>
              <w:rPr>
                <w:rFonts w:eastAsia="Times New Roman" w:cs="Times New Roman"/>
                <w:sz w:val="16"/>
              </w:rPr>
              <w:t>0.476–0.622</w:t>
            </w:r>
          </w:p>
        </w:tc>
      </w:tr>
      <w:tr w:rsidR="00DB793E" w14:paraId="76E2B25F" w14:textId="77777777">
        <w:trPr>
          <w:cantSplit/>
        </w:trPr>
        <w:tc>
          <w:tcPr>
            <w:tcW w:w="2426" w:type="dxa"/>
            <w:tcMar>
              <w:top w:w="55" w:type="dxa"/>
              <w:left w:w="80" w:type="dxa"/>
              <w:bottom w:w="55" w:type="dxa"/>
              <w:right w:w="80" w:type="dxa"/>
            </w:tcMar>
            <w:vAlign w:val="center"/>
          </w:tcPr>
          <w:p w14:paraId="091832A8" w14:textId="77777777" w:rsidR="00DB793E" w:rsidRDefault="00000000">
            <w:r>
              <w:rPr>
                <w:rFonts w:eastAsia="Times New Roman" w:cs="Times New Roman"/>
                <w:sz w:val="16"/>
              </w:rPr>
              <w:t>INTRA</w:t>
            </w:r>
          </w:p>
        </w:tc>
        <w:tc>
          <w:tcPr>
            <w:tcW w:w="3033" w:type="dxa"/>
            <w:tcMar>
              <w:top w:w="55" w:type="dxa"/>
              <w:left w:w="80" w:type="dxa"/>
              <w:bottom w:w="55" w:type="dxa"/>
              <w:right w:w="80" w:type="dxa"/>
            </w:tcMar>
            <w:vAlign w:val="center"/>
          </w:tcPr>
          <w:p w14:paraId="005C0857" w14:textId="77777777" w:rsidR="00DB793E" w:rsidRDefault="00000000">
            <w:r>
              <w:rPr>
                <w:rFonts w:eastAsia="Times New Roman" w:cs="Times New Roman"/>
                <w:sz w:val="16"/>
              </w:rPr>
              <w:t>Average precision</w:t>
            </w:r>
          </w:p>
        </w:tc>
        <w:tc>
          <w:tcPr>
            <w:tcW w:w="2729" w:type="dxa"/>
            <w:tcMar>
              <w:top w:w="55" w:type="dxa"/>
              <w:left w:w="80" w:type="dxa"/>
              <w:bottom w:w="55" w:type="dxa"/>
              <w:right w:w="80" w:type="dxa"/>
            </w:tcMar>
            <w:vAlign w:val="center"/>
          </w:tcPr>
          <w:p w14:paraId="65B892A6" w14:textId="77777777" w:rsidR="00DB793E" w:rsidRDefault="00000000">
            <w:pPr>
              <w:jc w:val="center"/>
            </w:pPr>
            <w:r>
              <w:rPr>
                <w:rFonts w:eastAsia="Times New Roman" w:cs="Times New Roman"/>
                <w:sz w:val="16"/>
              </w:rPr>
              <w:t>0.304 (0.030)</w:t>
            </w:r>
          </w:p>
        </w:tc>
        <w:tc>
          <w:tcPr>
            <w:tcW w:w="3033" w:type="dxa"/>
            <w:tcMar>
              <w:top w:w="55" w:type="dxa"/>
              <w:left w:w="80" w:type="dxa"/>
              <w:bottom w:w="55" w:type="dxa"/>
              <w:right w:w="80" w:type="dxa"/>
            </w:tcMar>
            <w:vAlign w:val="center"/>
          </w:tcPr>
          <w:p w14:paraId="74DEC81D" w14:textId="77777777" w:rsidR="00DB793E" w:rsidRDefault="00000000">
            <w:pPr>
              <w:jc w:val="center"/>
            </w:pPr>
            <w:r>
              <w:rPr>
                <w:rFonts w:eastAsia="Times New Roman" w:cs="Times New Roman"/>
                <w:sz w:val="16"/>
              </w:rPr>
              <w:t>0.263–0.345</w:t>
            </w:r>
          </w:p>
        </w:tc>
        <w:tc>
          <w:tcPr>
            <w:tcW w:w="3035" w:type="dxa"/>
            <w:tcMar>
              <w:top w:w="55" w:type="dxa"/>
              <w:left w:w="80" w:type="dxa"/>
              <w:bottom w:w="55" w:type="dxa"/>
              <w:right w:w="80" w:type="dxa"/>
            </w:tcMar>
            <w:vAlign w:val="center"/>
          </w:tcPr>
          <w:p w14:paraId="21AFF8A6" w14:textId="77777777" w:rsidR="00DB793E" w:rsidRDefault="00000000">
            <w:pPr>
              <w:jc w:val="center"/>
            </w:pPr>
            <w:r>
              <w:rPr>
                <w:rFonts w:eastAsia="Times New Roman" w:cs="Times New Roman"/>
                <w:sz w:val="16"/>
              </w:rPr>
              <w:t>0.227–0.417</w:t>
            </w:r>
          </w:p>
        </w:tc>
      </w:tr>
      <w:tr w:rsidR="00DB793E" w14:paraId="73D82785" w14:textId="77777777">
        <w:trPr>
          <w:cantSplit/>
        </w:trPr>
        <w:tc>
          <w:tcPr>
            <w:tcW w:w="2426" w:type="dxa"/>
            <w:tcMar>
              <w:top w:w="55" w:type="dxa"/>
              <w:left w:w="80" w:type="dxa"/>
              <w:bottom w:w="55" w:type="dxa"/>
              <w:right w:w="80" w:type="dxa"/>
            </w:tcMar>
            <w:vAlign w:val="center"/>
          </w:tcPr>
          <w:p w14:paraId="71E1DDF2" w14:textId="77777777" w:rsidR="00DB793E" w:rsidRDefault="00000000">
            <w:r>
              <w:rPr>
                <w:rFonts w:eastAsia="Times New Roman" w:cs="Times New Roman"/>
                <w:sz w:val="16"/>
              </w:rPr>
              <w:t>INTRA</w:t>
            </w:r>
          </w:p>
        </w:tc>
        <w:tc>
          <w:tcPr>
            <w:tcW w:w="3033" w:type="dxa"/>
            <w:tcMar>
              <w:top w:w="55" w:type="dxa"/>
              <w:left w:w="80" w:type="dxa"/>
              <w:bottom w:w="55" w:type="dxa"/>
              <w:right w:w="80" w:type="dxa"/>
            </w:tcMar>
            <w:vAlign w:val="center"/>
          </w:tcPr>
          <w:p w14:paraId="010C7B70" w14:textId="77777777" w:rsidR="00DB793E" w:rsidRDefault="00000000">
            <w:r>
              <w:rPr>
                <w:rFonts w:eastAsia="Times New Roman" w:cs="Times New Roman"/>
                <w:sz w:val="16"/>
              </w:rPr>
              <w:t>Brier</w:t>
            </w:r>
          </w:p>
        </w:tc>
        <w:tc>
          <w:tcPr>
            <w:tcW w:w="2729" w:type="dxa"/>
            <w:tcMar>
              <w:top w:w="55" w:type="dxa"/>
              <w:left w:w="80" w:type="dxa"/>
              <w:bottom w:w="55" w:type="dxa"/>
              <w:right w:w="80" w:type="dxa"/>
            </w:tcMar>
            <w:vAlign w:val="center"/>
          </w:tcPr>
          <w:p w14:paraId="56E8282A" w14:textId="77777777" w:rsidR="00DB793E" w:rsidRDefault="00000000">
            <w:pPr>
              <w:jc w:val="center"/>
            </w:pPr>
            <w:r>
              <w:rPr>
                <w:rFonts w:eastAsia="Times New Roman" w:cs="Times New Roman"/>
                <w:sz w:val="16"/>
              </w:rPr>
              <w:t>0.195 (0.006)</w:t>
            </w:r>
          </w:p>
        </w:tc>
        <w:tc>
          <w:tcPr>
            <w:tcW w:w="3033" w:type="dxa"/>
            <w:tcMar>
              <w:top w:w="55" w:type="dxa"/>
              <w:left w:w="80" w:type="dxa"/>
              <w:bottom w:w="55" w:type="dxa"/>
              <w:right w:w="80" w:type="dxa"/>
            </w:tcMar>
            <w:vAlign w:val="center"/>
          </w:tcPr>
          <w:p w14:paraId="2359C11B" w14:textId="77777777" w:rsidR="00DB793E" w:rsidRDefault="00000000">
            <w:pPr>
              <w:jc w:val="center"/>
            </w:pPr>
            <w:r>
              <w:rPr>
                <w:rFonts w:eastAsia="Times New Roman" w:cs="Times New Roman"/>
                <w:sz w:val="16"/>
              </w:rPr>
              <w:t>0.188–0.205</w:t>
            </w:r>
          </w:p>
        </w:tc>
        <w:tc>
          <w:tcPr>
            <w:tcW w:w="3035" w:type="dxa"/>
            <w:tcMar>
              <w:top w:w="55" w:type="dxa"/>
              <w:left w:w="80" w:type="dxa"/>
              <w:bottom w:w="55" w:type="dxa"/>
              <w:right w:w="80" w:type="dxa"/>
            </w:tcMar>
            <w:vAlign w:val="center"/>
          </w:tcPr>
          <w:p w14:paraId="4551F2B0" w14:textId="77777777" w:rsidR="00DB793E" w:rsidRDefault="00000000">
            <w:pPr>
              <w:jc w:val="center"/>
            </w:pPr>
            <w:r>
              <w:rPr>
                <w:rFonts w:eastAsia="Times New Roman" w:cs="Times New Roman"/>
                <w:sz w:val="16"/>
              </w:rPr>
              <w:t>0.159–0.230</w:t>
            </w:r>
          </w:p>
        </w:tc>
      </w:tr>
      <w:tr w:rsidR="00DB793E" w14:paraId="2A007221" w14:textId="77777777">
        <w:trPr>
          <w:cantSplit/>
        </w:trPr>
        <w:tc>
          <w:tcPr>
            <w:tcW w:w="2426" w:type="dxa"/>
            <w:tcMar>
              <w:top w:w="55" w:type="dxa"/>
              <w:left w:w="80" w:type="dxa"/>
              <w:bottom w:w="55" w:type="dxa"/>
              <w:right w:w="80" w:type="dxa"/>
            </w:tcMar>
            <w:vAlign w:val="center"/>
          </w:tcPr>
          <w:p w14:paraId="46711480" w14:textId="77777777" w:rsidR="00DB793E" w:rsidRDefault="00000000">
            <w:r>
              <w:rPr>
                <w:rFonts w:eastAsia="Times New Roman" w:cs="Times New Roman"/>
                <w:sz w:val="16"/>
              </w:rPr>
              <w:t>INTRA</w:t>
            </w:r>
          </w:p>
        </w:tc>
        <w:tc>
          <w:tcPr>
            <w:tcW w:w="3033" w:type="dxa"/>
            <w:tcMar>
              <w:top w:w="55" w:type="dxa"/>
              <w:left w:w="80" w:type="dxa"/>
              <w:bottom w:w="55" w:type="dxa"/>
              <w:right w:w="80" w:type="dxa"/>
            </w:tcMar>
            <w:vAlign w:val="center"/>
          </w:tcPr>
          <w:p w14:paraId="7B2C3DA6" w14:textId="77777777" w:rsidR="00DB793E" w:rsidRDefault="00000000">
            <w:r>
              <w:rPr>
                <w:rFonts w:eastAsia="Times New Roman" w:cs="Times New Roman"/>
                <w:sz w:val="16"/>
              </w:rPr>
              <w:t>Calibration intercept</w:t>
            </w:r>
          </w:p>
        </w:tc>
        <w:tc>
          <w:tcPr>
            <w:tcW w:w="2729" w:type="dxa"/>
            <w:tcMar>
              <w:top w:w="55" w:type="dxa"/>
              <w:left w:w="80" w:type="dxa"/>
              <w:bottom w:w="55" w:type="dxa"/>
              <w:right w:w="80" w:type="dxa"/>
            </w:tcMar>
            <w:vAlign w:val="center"/>
          </w:tcPr>
          <w:p w14:paraId="6B46109F" w14:textId="77777777" w:rsidR="00DB793E" w:rsidRDefault="00000000">
            <w:pPr>
              <w:jc w:val="center"/>
            </w:pPr>
            <w:r>
              <w:rPr>
                <w:rFonts w:eastAsia="Times New Roman" w:cs="Times New Roman"/>
                <w:sz w:val="16"/>
              </w:rPr>
              <w:t>−0.778 (0.326)</w:t>
            </w:r>
          </w:p>
        </w:tc>
        <w:tc>
          <w:tcPr>
            <w:tcW w:w="3033" w:type="dxa"/>
            <w:tcMar>
              <w:top w:w="55" w:type="dxa"/>
              <w:left w:w="80" w:type="dxa"/>
              <w:bottom w:w="55" w:type="dxa"/>
              <w:right w:w="80" w:type="dxa"/>
            </w:tcMar>
            <w:vAlign w:val="center"/>
          </w:tcPr>
          <w:p w14:paraId="79F8A5C2" w14:textId="77777777" w:rsidR="00DB793E" w:rsidRDefault="00000000">
            <w:pPr>
              <w:jc w:val="center"/>
            </w:pPr>
            <w:r>
              <w:rPr>
                <w:rFonts w:eastAsia="Times New Roman" w:cs="Times New Roman"/>
                <w:sz w:val="16"/>
              </w:rPr>
              <w:t>−1.369–−0.389</w:t>
            </w:r>
          </w:p>
        </w:tc>
        <w:tc>
          <w:tcPr>
            <w:tcW w:w="3035" w:type="dxa"/>
            <w:tcMar>
              <w:top w:w="55" w:type="dxa"/>
              <w:left w:w="80" w:type="dxa"/>
              <w:bottom w:w="55" w:type="dxa"/>
              <w:right w:w="80" w:type="dxa"/>
            </w:tcMar>
            <w:vAlign w:val="center"/>
          </w:tcPr>
          <w:p w14:paraId="52FC095F" w14:textId="77777777" w:rsidR="00DB793E" w:rsidRDefault="00000000">
            <w:pPr>
              <w:jc w:val="center"/>
            </w:pPr>
            <w:r>
              <w:rPr>
                <w:rFonts w:eastAsia="Times New Roman" w:cs="Times New Roman"/>
                <w:sz w:val="16"/>
              </w:rPr>
              <w:t>−1.512–−0.109</w:t>
            </w:r>
          </w:p>
        </w:tc>
      </w:tr>
      <w:tr w:rsidR="00DB793E" w14:paraId="580DFD15" w14:textId="77777777">
        <w:trPr>
          <w:cantSplit/>
        </w:trPr>
        <w:tc>
          <w:tcPr>
            <w:tcW w:w="2426" w:type="dxa"/>
            <w:tcMar>
              <w:top w:w="55" w:type="dxa"/>
              <w:left w:w="80" w:type="dxa"/>
              <w:bottom w:w="55" w:type="dxa"/>
              <w:right w:w="80" w:type="dxa"/>
            </w:tcMar>
            <w:vAlign w:val="center"/>
          </w:tcPr>
          <w:p w14:paraId="6E27360D" w14:textId="77777777" w:rsidR="00DB793E" w:rsidRDefault="00000000">
            <w:r>
              <w:rPr>
                <w:rFonts w:eastAsia="Times New Roman" w:cs="Times New Roman"/>
                <w:sz w:val="16"/>
              </w:rPr>
              <w:t>INTRA</w:t>
            </w:r>
          </w:p>
        </w:tc>
        <w:tc>
          <w:tcPr>
            <w:tcW w:w="3033" w:type="dxa"/>
            <w:tcMar>
              <w:top w:w="55" w:type="dxa"/>
              <w:left w:w="80" w:type="dxa"/>
              <w:bottom w:w="55" w:type="dxa"/>
              <w:right w:w="80" w:type="dxa"/>
            </w:tcMar>
            <w:vAlign w:val="center"/>
          </w:tcPr>
          <w:p w14:paraId="7151774C" w14:textId="77777777" w:rsidR="00DB793E" w:rsidRDefault="00000000">
            <w:r>
              <w:rPr>
                <w:rFonts w:eastAsia="Times New Roman" w:cs="Times New Roman"/>
                <w:sz w:val="16"/>
              </w:rPr>
              <w:t>Calibration slope</w:t>
            </w:r>
          </w:p>
        </w:tc>
        <w:tc>
          <w:tcPr>
            <w:tcW w:w="2729" w:type="dxa"/>
            <w:tcMar>
              <w:top w:w="55" w:type="dxa"/>
              <w:left w:w="80" w:type="dxa"/>
              <w:bottom w:w="55" w:type="dxa"/>
              <w:right w:w="80" w:type="dxa"/>
            </w:tcMar>
            <w:vAlign w:val="center"/>
          </w:tcPr>
          <w:p w14:paraId="5D5A9213" w14:textId="77777777" w:rsidR="00DB793E" w:rsidRDefault="00000000">
            <w:pPr>
              <w:jc w:val="center"/>
            </w:pPr>
            <w:r>
              <w:rPr>
                <w:rFonts w:eastAsia="Times New Roman" w:cs="Times New Roman"/>
                <w:sz w:val="16"/>
              </w:rPr>
              <w:t>0.261 (0.284)</w:t>
            </w:r>
          </w:p>
        </w:tc>
        <w:tc>
          <w:tcPr>
            <w:tcW w:w="3033" w:type="dxa"/>
            <w:tcMar>
              <w:top w:w="55" w:type="dxa"/>
              <w:left w:w="80" w:type="dxa"/>
              <w:bottom w:w="55" w:type="dxa"/>
              <w:right w:w="80" w:type="dxa"/>
            </w:tcMar>
            <w:vAlign w:val="center"/>
          </w:tcPr>
          <w:p w14:paraId="76A2B94B" w14:textId="77777777" w:rsidR="00DB793E" w:rsidRDefault="00000000">
            <w:pPr>
              <w:jc w:val="center"/>
            </w:pPr>
            <w:r>
              <w:rPr>
                <w:rFonts w:eastAsia="Times New Roman" w:cs="Times New Roman"/>
                <w:sz w:val="16"/>
              </w:rPr>
              <w:t>−0.241–0.646</w:t>
            </w:r>
          </w:p>
        </w:tc>
        <w:tc>
          <w:tcPr>
            <w:tcW w:w="3035" w:type="dxa"/>
            <w:tcMar>
              <w:top w:w="55" w:type="dxa"/>
              <w:left w:w="80" w:type="dxa"/>
              <w:bottom w:w="55" w:type="dxa"/>
              <w:right w:w="80" w:type="dxa"/>
            </w:tcMar>
            <w:vAlign w:val="center"/>
          </w:tcPr>
          <w:p w14:paraId="5BAB5CA5" w14:textId="77777777" w:rsidR="00DB793E" w:rsidRDefault="00000000">
            <w:pPr>
              <w:jc w:val="center"/>
            </w:pPr>
            <w:r>
              <w:rPr>
                <w:rFonts w:eastAsia="Times New Roman" w:cs="Times New Roman"/>
                <w:sz w:val="16"/>
              </w:rPr>
              <w:t>−0.203–0.840</w:t>
            </w:r>
          </w:p>
        </w:tc>
      </w:tr>
      <w:tr w:rsidR="00DB793E" w14:paraId="19007D38" w14:textId="77777777">
        <w:trPr>
          <w:cantSplit/>
        </w:trPr>
        <w:tc>
          <w:tcPr>
            <w:tcW w:w="2426" w:type="dxa"/>
            <w:tcMar>
              <w:top w:w="55" w:type="dxa"/>
              <w:left w:w="80" w:type="dxa"/>
              <w:bottom w:w="55" w:type="dxa"/>
              <w:right w:w="80" w:type="dxa"/>
            </w:tcMar>
            <w:vAlign w:val="center"/>
          </w:tcPr>
          <w:p w14:paraId="2BB2F1FC" w14:textId="77777777" w:rsidR="00DB793E" w:rsidRDefault="00000000">
            <w:r>
              <w:rPr>
                <w:rFonts w:eastAsia="Times New Roman" w:cs="Times New Roman"/>
                <w:sz w:val="16"/>
              </w:rPr>
              <w:t>INTRA</w:t>
            </w:r>
          </w:p>
        </w:tc>
        <w:tc>
          <w:tcPr>
            <w:tcW w:w="3033" w:type="dxa"/>
            <w:tcMar>
              <w:top w:w="55" w:type="dxa"/>
              <w:left w:w="80" w:type="dxa"/>
              <w:bottom w:w="55" w:type="dxa"/>
              <w:right w:w="80" w:type="dxa"/>
            </w:tcMar>
            <w:vAlign w:val="center"/>
          </w:tcPr>
          <w:p w14:paraId="0AFA24D8" w14:textId="77777777" w:rsidR="00DB793E" w:rsidRDefault="00000000">
            <w:r>
              <w:rPr>
                <w:rFonts w:eastAsia="Times New Roman" w:cs="Times New Roman"/>
                <w:sz w:val="16"/>
              </w:rPr>
              <w:t>Brier skill</w:t>
            </w:r>
          </w:p>
        </w:tc>
        <w:tc>
          <w:tcPr>
            <w:tcW w:w="2729" w:type="dxa"/>
            <w:tcMar>
              <w:top w:w="55" w:type="dxa"/>
              <w:left w:w="80" w:type="dxa"/>
              <w:bottom w:w="55" w:type="dxa"/>
              <w:right w:w="80" w:type="dxa"/>
            </w:tcMar>
            <w:vAlign w:val="center"/>
          </w:tcPr>
          <w:p w14:paraId="39643335" w14:textId="77777777" w:rsidR="00DB793E" w:rsidRDefault="00000000">
            <w:pPr>
              <w:jc w:val="center"/>
            </w:pPr>
            <w:r>
              <w:rPr>
                <w:rFonts w:eastAsia="Times New Roman" w:cs="Times New Roman"/>
                <w:sz w:val="16"/>
              </w:rPr>
              <w:t>−0.025 (0.034)</w:t>
            </w:r>
          </w:p>
        </w:tc>
        <w:tc>
          <w:tcPr>
            <w:tcW w:w="3033" w:type="dxa"/>
            <w:tcMar>
              <w:top w:w="55" w:type="dxa"/>
              <w:left w:w="80" w:type="dxa"/>
              <w:bottom w:w="55" w:type="dxa"/>
              <w:right w:w="80" w:type="dxa"/>
            </w:tcMar>
            <w:vAlign w:val="center"/>
          </w:tcPr>
          <w:p w14:paraId="540D4FB2" w14:textId="77777777" w:rsidR="00DB793E" w:rsidRDefault="00000000">
            <w:pPr>
              <w:jc w:val="center"/>
            </w:pPr>
            <w:r>
              <w:rPr>
                <w:rFonts w:eastAsia="Times New Roman" w:cs="Times New Roman"/>
                <w:sz w:val="16"/>
              </w:rPr>
              <w:t>−0.077–0.013</w:t>
            </w:r>
          </w:p>
        </w:tc>
        <w:tc>
          <w:tcPr>
            <w:tcW w:w="3035" w:type="dxa"/>
            <w:tcMar>
              <w:top w:w="55" w:type="dxa"/>
              <w:left w:w="80" w:type="dxa"/>
              <w:bottom w:w="55" w:type="dxa"/>
              <w:right w:w="80" w:type="dxa"/>
            </w:tcMar>
            <w:vAlign w:val="center"/>
          </w:tcPr>
          <w:p w14:paraId="1DB73888" w14:textId="77777777" w:rsidR="00DB793E" w:rsidRDefault="00000000">
            <w:pPr>
              <w:jc w:val="center"/>
            </w:pPr>
            <w:r>
              <w:rPr>
                <w:rFonts w:eastAsia="Times New Roman" w:cs="Times New Roman"/>
                <w:sz w:val="16"/>
              </w:rPr>
              <w:t>−0.080–0.029</w:t>
            </w:r>
          </w:p>
        </w:tc>
      </w:tr>
      <w:tr w:rsidR="00DB793E" w14:paraId="6E6AEBFC" w14:textId="77777777">
        <w:trPr>
          <w:cantSplit/>
        </w:trPr>
        <w:tc>
          <w:tcPr>
            <w:tcW w:w="2426" w:type="dxa"/>
            <w:tcMar>
              <w:top w:w="55" w:type="dxa"/>
              <w:left w:w="80" w:type="dxa"/>
              <w:bottom w:w="55" w:type="dxa"/>
              <w:right w:w="80" w:type="dxa"/>
            </w:tcMar>
            <w:vAlign w:val="center"/>
          </w:tcPr>
          <w:p w14:paraId="42D08F95" w14:textId="626097B0" w:rsidR="00DB793E" w:rsidRDefault="00000000">
            <w:r>
              <w:rPr>
                <w:rFonts w:eastAsia="Times New Roman" w:cs="Times New Roman"/>
                <w:sz w:val="16"/>
              </w:rPr>
              <w:t>Peri3mm</w:t>
            </w:r>
          </w:p>
        </w:tc>
        <w:tc>
          <w:tcPr>
            <w:tcW w:w="3033" w:type="dxa"/>
            <w:tcMar>
              <w:top w:w="55" w:type="dxa"/>
              <w:left w:w="80" w:type="dxa"/>
              <w:bottom w:w="55" w:type="dxa"/>
              <w:right w:w="80" w:type="dxa"/>
            </w:tcMar>
            <w:vAlign w:val="center"/>
          </w:tcPr>
          <w:p w14:paraId="5621107C" w14:textId="77777777" w:rsidR="00DB793E" w:rsidRDefault="00000000">
            <w:r>
              <w:rPr>
                <w:rFonts w:eastAsia="Times New Roman" w:cs="Times New Roman"/>
                <w:sz w:val="16"/>
              </w:rPr>
              <w:t>AUC</w:t>
            </w:r>
          </w:p>
        </w:tc>
        <w:tc>
          <w:tcPr>
            <w:tcW w:w="2729" w:type="dxa"/>
            <w:tcMar>
              <w:top w:w="55" w:type="dxa"/>
              <w:left w:w="80" w:type="dxa"/>
              <w:bottom w:w="55" w:type="dxa"/>
              <w:right w:w="80" w:type="dxa"/>
            </w:tcMar>
            <w:vAlign w:val="center"/>
          </w:tcPr>
          <w:p w14:paraId="4D823837" w14:textId="77777777" w:rsidR="00DB793E" w:rsidRDefault="00000000">
            <w:pPr>
              <w:jc w:val="center"/>
            </w:pPr>
            <w:r>
              <w:rPr>
                <w:rFonts w:eastAsia="Times New Roman" w:cs="Times New Roman"/>
                <w:sz w:val="16"/>
              </w:rPr>
              <w:t>0.543 (0.050)</w:t>
            </w:r>
          </w:p>
        </w:tc>
        <w:tc>
          <w:tcPr>
            <w:tcW w:w="3033" w:type="dxa"/>
            <w:tcMar>
              <w:top w:w="55" w:type="dxa"/>
              <w:left w:w="80" w:type="dxa"/>
              <w:bottom w:w="55" w:type="dxa"/>
              <w:right w:w="80" w:type="dxa"/>
            </w:tcMar>
            <w:vAlign w:val="center"/>
          </w:tcPr>
          <w:p w14:paraId="17B387A6" w14:textId="77777777" w:rsidR="00DB793E" w:rsidRDefault="00000000">
            <w:pPr>
              <w:jc w:val="center"/>
            </w:pPr>
            <w:r>
              <w:rPr>
                <w:rFonts w:eastAsia="Times New Roman" w:cs="Times New Roman"/>
                <w:sz w:val="16"/>
              </w:rPr>
              <w:t>0.463–0.596</w:t>
            </w:r>
          </w:p>
        </w:tc>
        <w:tc>
          <w:tcPr>
            <w:tcW w:w="3035" w:type="dxa"/>
            <w:tcMar>
              <w:top w:w="55" w:type="dxa"/>
              <w:left w:w="80" w:type="dxa"/>
              <w:bottom w:w="55" w:type="dxa"/>
              <w:right w:w="80" w:type="dxa"/>
            </w:tcMar>
            <w:vAlign w:val="center"/>
          </w:tcPr>
          <w:p w14:paraId="5D67B3D5" w14:textId="77777777" w:rsidR="00DB793E" w:rsidRDefault="00000000">
            <w:pPr>
              <w:jc w:val="center"/>
            </w:pPr>
            <w:r>
              <w:rPr>
                <w:rFonts w:eastAsia="Times New Roman" w:cs="Times New Roman"/>
                <w:sz w:val="16"/>
              </w:rPr>
              <w:t>0.480–0.602</w:t>
            </w:r>
          </w:p>
        </w:tc>
      </w:tr>
      <w:tr w:rsidR="00DB793E" w14:paraId="37733DE0" w14:textId="77777777">
        <w:trPr>
          <w:cantSplit/>
        </w:trPr>
        <w:tc>
          <w:tcPr>
            <w:tcW w:w="2426" w:type="dxa"/>
            <w:tcMar>
              <w:top w:w="55" w:type="dxa"/>
              <w:left w:w="80" w:type="dxa"/>
              <w:bottom w:w="55" w:type="dxa"/>
              <w:right w:w="80" w:type="dxa"/>
            </w:tcMar>
            <w:vAlign w:val="center"/>
          </w:tcPr>
          <w:p w14:paraId="16EC1B2F" w14:textId="2EA83380" w:rsidR="00DB793E" w:rsidRDefault="00000000">
            <w:r>
              <w:rPr>
                <w:rFonts w:eastAsia="Times New Roman" w:cs="Times New Roman"/>
                <w:sz w:val="16"/>
              </w:rPr>
              <w:t>Peri3mm</w:t>
            </w:r>
          </w:p>
        </w:tc>
        <w:tc>
          <w:tcPr>
            <w:tcW w:w="3033" w:type="dxa"/>
            <w:tcMar>
              <w:top w:w="55" w:type="dxa"/>
              <w:left w:w="80" w:type="dxa"/>
              <w:bottom w:w="55" w:type="dxa"/>
              <w:right w:w="80" w:type="dxa"/>
            </w:tcMar>
            <w:vAlign w:val="center"/>
          </w:tcPr>
          <w:p w14:paraId="7ADB9EA1" w14:textId="77777777" w:rsidR="00DB793E" w:rsidRDefault="00000000">
            <w:r>
              <w:rPr>
                <w:rFonts w:eastAsia="Times New Roman" w:cs="Times New Roman"/>
                <w:sz w:val="16"/>
              </w:rPr>
              <w:t>Average precision</w:t>
            </w:r>
          </w:p>
        </w:tc>
        <w:tc>
          <w:tcPr>
            <w:tcW w:w="2729" w:type="dxa"/>
            <w:tcMar>
              <w:top w:w="55" w:type="dxa"/>
              <w:left w:w="80" w:type="dxa"/>
              <w:bottom w:w="55" w:type="dxa"/>
              <w:right w:w="80" w:type="dxa"/>
            </w:tcMar>
            <w:vAlign w:val="center"/>
          </w:tcPr>
          <w:p w14:paraId="56618E68" w14:textId="77777777" w:rsidR="00DB793E" w:rsidRDefault="00000000">
            <w:pPr>
              <w:jc w:val="center"/>
            </w:pPr>
            <w:r>
              <w:rPr>
                <w:rFonts w:eastAsia="Times New Roman" w:cs="Times New Roman"/>
                <w:sz w:val="16"/>
              </w:rPr>
              <w:t>0.306 (0.039)</w:t>
            </w:r>
          </w:p>
        </w:tc>
        <w:tc>
          <w:tcPr>
            <w:tcW w:w="3033" w:type="dxa"/>
            <w:tcMar>
              <w:top w:w="55" w:type="dxa"/>
              <w:left w:w="80" w:type="dxa"/>
              <w:bottom w:w="55" w:type="dxa"/>
              <w:right w:w="80" w:type="dxa"/>
            </w:tcMar>
            <w:vAlign w:val="center"/>
          </w:tcPr>
          <w:p w14:paraId="77A118CD" w14:textId="77777777" w:rsidR="00DB793E" w:rsidRDefault="00000000">
            <w:pPr>
              <w:jc w:val="center"/>
            </w:pPr>
            <w:r>
              <w:rPr>
                <w:rFonts w:eastAsia="Times New Roman" w:cs="Times New Roman"/>
                <w:sz w:val="16"/>
              </w:rPr>
              <w:t>0.245–0.370</w:t>
            </w:r>
          </w:p>
        </w:tc>
        <w:tc>
          <w:tcPr>
            <w:tcW w:w="3035" w:type="dxa"/>
            <w:tcMar>
              <w:top w:w="55" w:type="dxa"/>
              <w:left w:w="80" w:type="dxa"/>
              <w:bottom w:w="55" w:type="dxa"/>
              <w:right w:w="80" w:type="dxa"/>
            </w:tcMar>
            <w:vAlign w:val="center"/>
          </w:tcPr>
          <w:p w14:paraId="7A415553" w14:textId="77777777" w:rsidR="00DB793E" w:rsidRDefault="00000000">
            <w:pPr>
              <w:jc w:val="center"/>
            </w:pPr>
            <w:r>
              <w:rPr>
                <w:rFonts w:eastAsia="Times New Roman" w:cs="Times New Roman"/>
                <w:sz w:val="16"/>
              </w:rPr>
              <w:t>0.235–0.408</w:t>
            </w:r>
          </w:p>
        </w:tc>
      </w:tr>
      <w:tr w:rsidR="00DB793E" w14:paraId="46106EC5" w14:textId="77777777">
        <w:trPr>
          <w:cantSplit/>
        </w:trPr>
        <w:tc>
          <w:tcPr>
            <w:tcW w:w="2426" w:type="dxa"/>
            <w:tcMar>
              <w:top w:w="55" w:type="dxa"/>
              <w:left w:w="80" w:type="dxa"/>
              <w:bottom w:w="55" w:type="dxa"/>
              <w:right w:w="80" w:type="dxa"/>
            </w:tcMar>
            <w:vAlign w:val="center"/>
          </w:tcPr>
          <w:p w14:paraId="5B19836E" w14:textId="05CC72F2" w:rsidR="00DB793E" w:rsidRDefault="00000000">
            <w:r>
              <w:rPr>
                <w:rFonts w:eastAsia="Times New Roman" w:cs="Times New Roman"/>
                <w:sz w:val="16"/>
              </w:rPr>
              <w:t>Peri3mm</w:t>
            </w:r>
          </w:p>
        </w:tc>
        <w:tc>
          <w:tcPr>
            <w:tcW w:w="3033" w:type="dxa"/>
            <w:tcMar>
              <w:top w:w="55" w:type="dxa"/>
              <w:left w:w="80" w:type="dxa"/>
              <w:bottom w:w="55" w:type="dxa"/>
              <w:right w:w="80" w:type="dxa"/>
            </w:tcMar>
            <w:vAlign w:val="center"/>
          </w:tcPr>
          <w:p w14:paraId="7CD3F09E" w14:textId="77777777" w:rsidR="00DB793E" w:rsidRDefault="00000000">
            <w:r>
              <w:rPr>
                <w:rFonts w:eastAsia="Times New Roman" w:cs="Times New Roman"/>
                <w:sz w:val="16"/>
              </w:rPr>
              <w:t>Brier</w:t>
            </w:r>
          </w:p>
        </w:tc>
        <w:tc>
          <w:tcPr>
            <w:tcW w:w="2729" w:type="dxa"/>
            <w:tcMar>
              <w:top w:w="55" w:type="dxa"/>
              <w:left w:w="80" w:type="dxa"/>
              <w:bottom w:w="55" w:type="dxa"/>
              <w:right w:w="80" w:type="dxa"/>
            </w:tcMar>
            <w:vAlign w:val="center"/>
          </w:tcPr>
          <w:p w14:paraId="69C2DF8C" w14:textId="77777777" w:rsidR="00DB793E" w:rsidRDefault="00000000">
            <w:pPr>
              <w:jc w:val="center"/>
            </w:pPr>
            <w:r>
              <w:rPr>
                <w:rFonts w:eastAsia="Times New Roman" w:cs="Times New Roman"/>
                <w:sz w:val="16"/>
              </w:rPr>
              <w:t>0.194 (0.006)</w:t>
            </w:r>
          </w:p>
        </w:tc>
        <w:tc>
          <w:tcPr>
            <w:tcW w:w="3033" w:type="dxa"/>
            <w:tcMar>
              <w:top w:w="55" w:type="dxa"/>
              <w:left w:w="80" w:type="dxa"/>
              <w:bottom w:w="55" w:type="dxa"/>
              <w:right w:w="80" w:type="dxa"/>
            </w:tcMar>
            <w:vAlign w:val="center"/>
          </w:tcPr>
          <w:p w14:paraId="7406EB54" w14:textId="77777777" w:rsidR="00DB793E" w:rsidRDefault="00000000">
            <w:pPr>
              <w:jc w:val="center"/>
            </w:pPr>
            <w:r>
              <w:rPr>
                <w:rFonts w:eastAsia="Times New Roman" w:cs="Times New Roman"/>
                <w:sz w:val="16"/>
              </w:rPr>
              <w:t>0.189–0.207</w:t>
            </w:r>
          </w:p>
        </w:tc>
        <w:tc>
          <w:tcPr>
            <w:tcW w:w="3035" w:type="dxa"/>
            <w:tcMar>
              <w:top w:w="55" w:type="dxa"/>
              <w:left w:w="80" w:type="dxa"/>
              <w:bottom w:w="55" w:type="dxa"/>
              <w:right w:w="80" w:type="dxa"/>
            </w:tcMar>
            <w:vAlign w:val="center"/>
          </w:tcPr>
          <w:p w14:paraId="487EDDD1" w14:textId="77777777" w:rsidR="00DB793E" w:rsidRDefault="00000000">
            <w:pPr>
              <w:jc w:val="center"/>
            </w:pPr>
            <w:r>
              <w:rPr>
                <w:rFonts w:eastAsia="Times New Roman" w:cs="Times New Roman"/>
                <w:sz w:val="16"/>
              </w:rPr>
              <w:t>0.159–0.228</w:t>
            </w:r>
          </w:p>
        </w:tc>
      </w:tr>
      <w:tr w:rsidR="00DB793E" w14:paraId="373B3CFF" w14:textId="77777777">
        <w:trPr>
          <w:cantSplit/>
        </w:trPr>
        <w:tc>
          <w:tcPr>
            <w:tcW w:w="2426" w:type="dxa"/>
            <w:tcMar>
              <w:top w:w="55" w:type="dxa"/>
              <w:left w:w="80" w:type="dxa"/>
              <w:bottom w:w="55" w:type="dxa"/>
              <w:right w:w="80" w:type="dxa"/>
            </w:tcMar>
            <w:vAlign w:val="center"/>
          </w:tcPr>
          <w:p w14:paraId="7F765F38" w14:textId="0F625F4C" w:rsidR="00DB793E" w:rsidRDefault="00000000">
            <w:r>
              <w:rPr>
                <w:rFonts w:eastAsia="Times New Roman" w:cs="Times New Roman"/>
                <w:sz w:val="16"/>
              </w:rPr>
              <w:t>Peri3mm</w:t>
            </w:r>
          </w:p>
        </w:tc>
        <w:tc>
          <w:tcPr>
            <w:tcW w:w="3033" w:type="dxa"/>
            <w:tcMar>
              <w:top w:w="55" w:type="dxa"/>
              <w:left w:w="80" w:type="dxa"/>
              <w:bottom w:w="55" w:type="dxa"/>
              <w:right w:w="80" w:type="dxa"/>
            </w:tcMar>
            <w:vAlign w:val="center"/>
          </w:tcPr>
          <w:p w14:paraId="7B2FD782" w14:textId="77777777" w:rsidR="00DB793E" w:rsidRDefault="00000000">
            <w:r>
              <w:rPr>
                <w:rFonts w:eastAsia="Times New Roman" w:cs="Times New Roman"/>
                <w:sz w:val="16"/>
              </w:rPr>
              <w:t>Calibration intercept</w:t>
            </w:r>
          </w:p>
        </w:tc>
        <w:tc>
          <w:tcPr>
            <w:tcW w:w="2729" w:type="dxa"/>
            <w:tcMar>
              <w:top w:w="55" w:type="dxa"/>
              <w:left w:w="80" w:type="dxa"/>
              <w:bottom w:w="55" w:type="dxa"/>
              <w:right w:w="80" w:type="dxa"/>
            </w:tcMar>
            <w:vAlign w:val="center"/>
          </w:tcPr>
          <w:p w14:paraId="756B9347" w14:textId="77777777" w:rsidR="00DB793E" w:rsidRDefault="00000000">
            <w:pPr>
              <w:jc w:val="center"/>
            </w:pPr>
            <w:r>
              <w:rPr>
                <w:rFonts w:eastAsia="Times New Roman" w:cs="Times New Roman"/>
                <w:sz w:val="16"/>
              </w:rPr>
              <w:t>−0.733 (0.348)</w:t>
            </w:r>
          </w:p>
        </w:tc>
        <w:tc>
          <w:tcPr>
            <w:tcW w:w="3033" w:type="dxa"/>
            <w:tcMar>
              <w:top w:w="55" w:type="dxa"/>
              <w:left w:w="80" w:type="dxa"/>
              <w:bottom w:w="55" w:type="dxa"/>
              <w:right w:w="80" w:type="dxa"/>
            </w:tcMar>
            <w:vAlign w:val="center"/>
          </w:tcPr>
          <w:p w14:paraId="3AFE1124" w14:textId="77777777" w:rsidR="00DB793E" w:rsidRDefault="00000000">
            <w:pPr>
              <w:jc w:val="center"/>
            </w:pPr>
            <w:r>
              <w:rPr>
                <w:rFonts w:eastAsia="Times New Roman" w:cs="Times New Roman"/>
                <w:sz w:val="16"/>
              </w:rPr>
              <w:t>−1.309–−0.376</w:t>
            </w:r>
          </w:p>
        </w:tc>
        <w:tc>
          <w:tcPr>
            <w:tcW w:w="3035" w:type="dxa"/>
            <w:tcMar>
              <w:top w:w="55" w:type="dxa"/>
              <w:left w:w="80" w:type="dxa"/>
              <w:bottom w:w="55" w:type="dxa"/>
              <w:right w:w="80" w:type="dxa"/>
            </w:tcMar>
            <w:vAlign w:val="center"/>
          </w:tcPr>
          <w:p w14:paraId="3FE45FC7" w14:textId="77777777" w:rsidR="00DB793E" w:rsidRDefault="00000000">
            <w:pPr>
              <w:jc w:val="center"/>
            </w:pPr>
            <w:r>
              <w:rPr>
                <w:rFonts w:eastAsia="Times New Roman" w:cs="Times New Roman"/>
                <w:sz w:val="16"/>
              </w:rPr>
              <w:t>−1.387–−0.123</w:t>
            </w:r>
          </w:p>
        </w:tc>
      </w:tr>
      <w:tr w:rsidR="00DB793E" w14:paraId="342D7F5D" w14:textId="77777777">
        <w:trPr>
          <w:cantSplit/>
        </w:trPr>
        <w:tc>
          <w:tcPr>
            <w:tcW w:w="2426" w:type="dxa"/>
            <w:tcMar>
              <w:top w:w="55" w:type="dxa"/>
              <w:left w:w="80" w:type="dxa"/>
              <w:bottom w:w="55" w:type="dxa"/>
              <w:right w:w="80" w:type="dxa"/>
            </w:tcMar>
            <w:vAlign w:val="center"/>
          </w:tcPr>
          <w:p w14:paraId="769FC518" w14:textId="4BEE8E9F" w:rsidR="00DB793E" w:rsidRDefault="00000000">
            <w:r>
              <w:rPr>
                <w:rFonts w:eastAsia="Times New Roman" w:cs="Times New Roman"/>
                <w:sz w:val="16"/>
              </w:rPr>
              <w:t>Peri3mm</w:t>
            </w:r>
          </w:p>
        </w:tc>
        <w:tc>
          <w:tcPr>
            <w:tcW w:w="3033" w:type="dxa"/>
            <w:tcMar>
              <w:top w:w="55" w:type="dxa"/>
              <w:left w:w="80" w:type="dxa"/>
              <w:bottom w:w="55" w:type="dxa"/>
              <w:right w:w="80" w:type="dxa"/>
            </w:tcMar>
            <w:vAlign w:val="center"/>
          </w:tcPr>
          <w:p w14:paraId="6A592E57" w14:textId="77777777" w:rsidR="00DB793E" w:rsidRDefault="00000000">
            <w:r>
              <w:rPr>
                <w:rFonts w:eastAsia="Times New Roman" w:cs="Times New Roman"/>
                <w:sz w:val="16"/>
              </w:rPr>
              <w:t>Calibration slope</w:t>
            </w:r>
          </w:p>
        </w:tc>
        <w:tc>
          <w:tcPr>
            <w:tcW w:w="2729" w:type="dxa"/>
            <w:tcMar>
              <w:top w:w="55" w:type="dxa"/>
              <w:left w:w="80" w:type="dxa"/>
              <w:bottom w:w="55" w:type="dxa"/>
              <w:right w:w="80" w:type="dxa"/>
            </w:tcMar>
            <w:vAlign w:val="center"/>
          </w:tcPr>
          <w:p w14:paraId="7A53ACEC" w14:textId="77777777" w:rsidR="00DB793E" w:rsidRDefault="00000000">
            <w:pPr>
              <w:jc w:val="center"/>
            </w:pPr>
            <w:r>
              <w:rPr>
                <w:rFonts w:eastAsia="Times New Roman" w:cs="Times New Roman"/>
                <w:sz w:val="16"/>
              </w:rPr>
              <w:t>0.306 (0.316)</w:t>
            </w:r>
          </w:p>
        </w:tc>
        <w:tc>
          <w:tcPr>
            <w:tcW w:w="3033" w:type="dxa"/>
            <w:tcMar>
              <w:top w:w="55" w:type="dxa"/>
              <w:left w:w="80" w:type="dxa"/>
              <w:bottom w:w="55" w:type="dxa"/>
              <w:right w:w="80" w:type="dxa"/>
            </w:tcMar>
            <w:vAlign w:val="center"/>
          </w:tcPr>
          <w:p w14:paraId="771DDA75" w14:textId="77777777" w:rsidR="00DB793E" w:rsidRDefault="00000000">
            <w:pPr>
              <w:jc w:val="center"/>
            </w:pPr>
            <w:r>
              <w:rPr>
                <w:rFonts w:eastAsia="Times New Roman" w:cs="Times New Roman"/>
                <w:sz w:val="16"/>
              </w:rPr>
              <w:t>−0.220–0.613</w:t>
            </w:r>
          </w:p>
        </w:tc>
        <w:tc>
          <w:tcPr>
            <w:tcW w:w="3035" w:type="dxa"/>
            <w:tcMar>
              <w:top w:w="55" w:type="dxa"/>
              <w:left w:w="80" w:type="dxa"/>
              <w:bottom w:w="55" w:type="dxa"/>
              <w:right w:w="80" w:type="dxa"/>
            </w:tcMar>
            <w:vAlign w:val="center"/>
          </w:tcPr>
          <w:p w14:paraId="4F52BD1A" w14:textId="77777777" w:rsidR="00DB793E" w:rsidRDefault="00000000">
            <w:pPr>
              <w:jc w:val="center"/>
            </w:pPr>
            <w:r>
              <w:rPr>
                <w:rFonts w:eastAsia="Times New Roman" w:cs="Times New Roman"/>
                <w:sz w:val="16"/>
              </w:rPr>
              <w:t>−0.151–0.806</w:t>
            </w:r>
          </w:p>
        </w:tc>
      </w:tr>
      <w:tr w:rsidR="00DB793E" w14:paraId="17E1B71A" w14:textId="77777777">
        <w:trPr>
          <w:cantSplit/>
        </w:trPr>
        <w:tc>
          <w:tcPr>
            <w:tcW w:w="2426" w:type="dxa"/>
            <w:tcMar>
              <w:top w:w="55" w:type="dxa"/>
              <w:left w:w="80" w:type="dxa"/>
              <w:bottom w:w="55" w:type="dxa"/>
              <w:right w:w="80" w:type="dxa"/>
            </w:tcMar>
            <w:vAlign w:val="center"/>
          </w:tcPr>
          <w:p w14:paraId="507BE25C" w14:textId="19E24374" w:rsidR="00DB793E" w:rsidRDefault="00000000">
            <w:r>
              <w:rPr>
                <w:rFonts w:eastAsia="Times New Roman" w:cs="Times New Roman"/>
                <w:sz w:val="16"/>
              </w:rPr>
              <w:t>Peri3mm</w:t>
            </w:r>
          </w:p>
        </w:tc>
        <w:tc>
          <w:tcPr>
            <w:tcW w:w="3033" w:type="dxa"/>
            <w:tcMar>
              <w:top w:w="55" w:type="dxa"/>
              <w:left w:w="80" w:type="dxa"/>
              <w:bottom w:w="55" w:type="dxa"/>
              <w:right w:w="80" w:type="dxa"/>
            </w:tcMar>
            <w:vAlign w:val="center"/>
          </w:tcPr>
          <w:p w14:paraId="3BA7B984" w14:textId="77777777" w:rsidR="00DB793E" w:rsidRDefault="00000000">
            <w:r>
              <w:rPr>
                <w:rFonts w:eastAsia="Times New Roman" w:cs="Times New Roman"/>
                <w:sz w:val="16"/>
              </w:rPr>
              <w:t>Brier skill</w:t>
            </w:r>
          </w:p>
        </w:tc>
        <w:tc>
          <w:tcPr>
            <w:tcW w:w="2729" w:type="dxa"/>
            <w:tcMar>
              <w:top w:w="55" w:type="dxa"/>
              <w:left w:w="80" w:type="dxa"/>
              <w:bottom w:w="55" w:type="dxa"/>
              <w:right w:w="80" w:type="dxa"/>
            </w:tcMar>
            <w:vAlign w:val="center"/>
          </w:tcPr>
          <w:p w14:paraId="2C84CB7B" w14:textId="77777777" w:rsidR="00DB793E" w:rsidRDefault="00000000">
            <w:pPr>
              <w:jc w:val="center"/>
            </w:pPr>
            <w:r>
              <w:rPr>
                <w:rFonts w:eastAsia="Times New Roman" w:cs="Times New Roman"/>
                <w:sz w:val="16"/>
              </w:rPr>
              <w:t>−0.020 (0.033)</w:t>
            </w:r>
          </w:p>
        </w:tc>
        <w:tc>
          <w:tcPr>
            <w:tcW w:w="3033" w:type="dxa"/>
            <w:tcMar>
              <w:top w:w="55" w:type="dxa"/>
              <w:left w:w="80" w:type="dxa"/>
              <w:bottom w:w="55" w:type="dxa"/>
              <w:right w:w="80" w:type="dxa"/>
            </w:tcMar>
            <w:vAlign w:val="center"/>
          </w:tcPr>
          <w:p w14:paraId="7D7EEEF1" w14:textId="77777777" w:rsidR="00DB793E" w:rsidRDefault="00000000">
            <w:pPr>
              <w:jc w:val="center"/>
            </w:pPr>
            <w:r>
              <w:rPr>
                <w:rFonts w:eastAsia="Times New Roman" w:cs="Times New Roman"/>
                <w:sz w:val="16"/>
              </w:rPr>
              <w:t>−0.086–0.008</w:t>
            </w:r>
          </w:p>
        </w:tc>
        <w:tc>
          <w:tcPr>
            <w:tcW w:w="3035" w:type="dxa"/>
            <w:tcMar>
              <w:top w:w="55" w:type="dxa"/>
              <w:left w:w="80" w:type="dxa"/>
              <w:bottom w:w="55" w:type="dxa"/>
              <w:right w:w="80" w:type="dxa"/>
            </w:tcMar>
            <w:vAlign w:val="center"/>
          </w:tcPr>
          <w:p w14:paraId="09A19BC6" w14:textId="77777777" w:rsidR="00DB793E" w:rsidRDefault="00000000">
            <w:pPr>
              <w:jc w:val="center"/>
            </w:pPr>
            <w:r>
              <w:rPr>
                <w:rFonts w:eastAsia="Times New Roman" w:cs="Times New Roman"/>
                <w:sz w:val="16"/>
              </w:rPr>
              <w:t>−0.066–0.022</w:t>
            </w:r>
          </w:p>
        </w:tc>
      </w:tr>
      <w:tr w:rsidR="00DB793E" w14:paraId="2000A252" w14:textId="77777777">
        <w:trPr>
          <w:cantSplit/>
        </w:trPr>
        <w:tc>
          <w:tcPr>
            <w:tcW w:w="2426" w:type="dxa"/>
            <w:tcMar>
              <w:top w:w="55" w:type="dxa"/>
              <w:left w:w="80" w:type="dxa"/>
              <w:bottom w:w="55" w:type="dxa"/>
              <w:right w:w="80" w:type="dxa"/>
            </w:tcMar>
            <w:vAlign w:val="center"/>
          </w:tcPr>
          <w:p w14:paraId="493A0E73" w14:textId="04ED365C" w:rsidR="00DB793E" w:rsidRDefault="009B64B8">
            <w:r>
              <w:rPr>
                <w:rFonts w:eastAsia="Times New Roman" w:cs="Times New Roman"/>
                <w:sz w:val="16"/>
              </w:rPr>
              <w:t>VOIFusion3mm</w:t>
            </w:r>
          </w:p>
        </w:tc>
        <w:tc>
          <w:tcPr>
            <w:tcW w:w="3033" w:type="dxa"/>
            <w:tcMar>
              <w:top w:w="55" w:type="dxa"/>
              <w:left w:w="80" w:type="dxa"/>
              <w:bottom w:w="55" w:type="dxa"/>
              <w:right w:w="80" w:type="dxa"/>
            </w:tcMar>
            <w:vAlign w:val="center"/>
          </w:tcPr>
          <w:p w14:paraId="53493FD9" w14:textId="77777777" w:rsidR="00DB793E" w:rsidRDefault="00000000">
            <w:r>
              <w:rPr>
                <w:rFonts w:eastAsia="Times New Roman" w:cs="Times New Roman"/>
                <w:sz w:val="16"/>
              </w:rPr>
              <w:t>AUC</w:t>
            </w:r>
          </w:p>
        </w:tc>
        <w:tc>
          <w:tcPr>
            <w:tcW w:w="2729" w:type="dxa"/>
            <w:tcMar>
              <w:top w:w="55" w:type="dxa"/>
              <w:left w:w="80" w:type="dxa"/>
              <w:bottom w:w="55" w:type="dxa"/>
              <w:right w:w="80" w:type="dxa"/>
            </w:tcMar>
            <w:vAlign w:val="center"/>
          </w:tcPr>
          <w:p w14:paraId="3C233B27" w14:textId="77777777" w:rsidR="00DB793E" w:rsidRDefault="00000000">
            <w:pPr>
              <w:jc w:val="center"/>
            </w:pPr>
            <w:r>
              <w:rPr>
                <w:rFonts w:eastAsia="Times New Roman" w:cs="Times New Roman"/>
                <w:sz w:val="16"/>
              </w:rPr>
              <w:t>0.628 (0.042)</w:t>
            </w:r>
          </w:p>
        </w:tc>
        <w:tc>
          <w:tcPr>
            <w:tcW w:w="3033" w:type="dxa"/>
            <w:tcMar>
              <w:top w:w="55" w:type="dxa"/>
              <w:left w:w="80" w:type="dxa"/>
              <w:bottom w:w="55" w:type="dxa"/>
              <w:right w:w="80" w:type="dxa"/>
            </w:tcMar>
            <w:vAlign w:val="center"/>
          </w:tcPr>
          <w:p w14:paraId="2EA12069" w14:textId="77777777" w:rsidR="00DB793E" w:rsidRDefault="00000000">
            <w:pPr>
              <w:jc w:val="center"/>
            </w:pPr>
            <w:r>
              <w:rPr>
                <w:rFonts w:eastAsia="Times New Roman" w:cs="Times New Roman"/>
                <w:sz w:val="16"/>
              </w:rPr>
              <w:t>0.570–0.710</w:t>
            </w:r>
          </w:p>
        </w:tc>
        <w:tc>
          <w:tcPr>
            <w:tcW w:w="3035" w:type="dxa"/>
            <w:tcMar>
              <w:top w:w="55" w:type="dxa"/>
              <w:left w:w="80" w:type="dxa"/>
              <w:bottom w:w="55" w:type="dxa"/>
              <w:right w:w="80" w:type="dxa"/>
            </w:tcMar>
            <w:vAlign w:val="center"/>
          </w:tcPr>
          <w:p w14:paraId="76651C6E" w14:textId="77777777" w:rsidR="00DB793E" w:rsidRDefault="00000000">
            <w:pPr>
              <w:jc w:val="center"/>
            </w:pPr>
            <w:r>
              <w:rPr>
                <w:rFonts w:eastAsia="Times New Roman" w:cs="Times New Roman"/>
                <w:sz w:val="16"/>
              </w:rPr>
              <w:t>0.544–0.712</w:t>
            </w:r>
          </w:p>
        </w:tc>
      </w:tr>
      <w:tr w:rsidR="00DB793E" w14:paraId="72710AF2" w14:textId="77777777">
        <w:trPr>
          <w:cantSplit/>
        </w:trPr>
        <w:tc>
          <w:tcPr>
            <w:tcW w:w="2426" w:type="dxa"/>
            <w:tcMar>
              <w:top w:w="55" w:type="dxa"/>
              <w:left w:w="80" w:type="dxa"/>
              <w:bottom w:w="55" w:type="dxa"/>
              <w:right w:w="80" w:type="dxa"/>
            </w:tcMar>
            <w:vAlign w:val="center"/>
          </w:tcPr>
          <w:p w14:paraId="535FEF17" w14:textId="293473AC" w:rsidR="00DB793E" w:rsidRDefault="009B64B8">
            <w:r>
              <w:rPr>
                <w:rFonts w:eastAsia="Times New Roman" w:cs="Times New Roman"/>
                <w:sz w:val="16"/>
              </w:rPr>
              <w:t>VOIFusion3mm</w:t>
            </w:r>
          </w:p>
        </w:tc>
        <w:tc>
          <w:tcPr>
            <w:tcW w:w="3033" w:type="dxa"/>
            <w:tcMar>
              <w:top w:w="55" w:type="dxa"/>
              <w:left w:w="80" w:type="dxa"/>
              <w:bottom w:w="55" w:type="dxa"/>
              <w:right w:w="80" w:type="dxa"/>
            </w:tcMar>
            <w:vAlign w:val="center"/>
          </w:tcPr>
          <w:p w14:paraId="22643440" w14:textId="77777777" w:rsidR="00DB793E" w:rsidRDefault="00000000">
            <w:r>
              <w:rPr>
                <w:rFonts w:eastAsia="Times New Roman" w:cs="Times New Roman"/>
                <w:sz w:val="16"/>
              </w:rPr>
              <w:t>Average precision</w:t>
            </w:r>
          </w:p>
        </w:tc>
        <w:tc>
          <w:tcPr>
            <w:tcW w:w="2729" w:type="dxa"/>
            <w:tcMar>
              <w:top w:w="55" w:type="dxa"/>
              <w:left w:w="80" w:type="dxa"/>
              <w:bottom w:w="55" w:type="dxa"/>
              <w:right w:w="80" w:type="dxa"/>
            </w:tcMar>
            <w:vAlign w:val="center"/>
          </w:tcPr>
          <w:p w14:paraId="79354E7E" w14:textId="77777777" w:rsidR="00DB793E" w:rsidRDefault="00000000">
            <w:pPr>
              <w:jc w:val="center"/>
            </w:pPr>
            <w:r>
              <w:rPr>
                <w:rFonts w:eastAsia="Times New Roman" w:cs="Times New Roman"/>
                <w:sz w:val="16"/>
              </w:rPr>
              <w:t>0.359 (0.048)</w:t>
            </w:r>
          </w:p>
        </w:tc>
        <w:tc>
          <w:tcPr>
            <w:tcW w:w="3033" w:type="dxa"/>
            <w:tcMar>
              <w:top w:w="55" w:type="dxa"/>
              <w:left w:w="80" w:type="dxa"/>
              <w:bottom w:w="55" w:type="dxa"/>
              <w:right w:w="80" w:type="dxa"/>
            </w:tcMar>
            <w:vAlign w:val="center"/>
          </w:tcPr>
          <w:p w14:paraId="0D113069" w14:textId="77777777" w:rsidR="00DB793E" w:rsidRDefault="00000000">
            <w:pPr>
              <w:jc w:val="center"/>
            </w:pPr>
            <w:r>
              <w:rPr>
                <w:rFonts w:eastAsia="Times New Roman" w:cs="Times New Roman"/>
                <w:sz w:val="16"/>
              </w:rPr>
              <w:t>0.291–0.449</w:t>
            </w:r>
          </w:p>
        </w:tc>
        <w:tc>
          <w:tcPr>
            <w:tcW w:w="3035" w:type="dxa"/>
            <w:tcMar>
              <w:top w:w="55" w:type="dxa"/>
              <w:left w:w="80" w:type="dxa"/>
              <w:bottom w:w="55" w:type="dxa"/>
              <w:right w:w="80" w:type="dxa"/>
            </w:tcMar>
            <w:vAlign w:val="center"/>
          </w:tcPr>
          <w:p w14:paraId="677AF0B4" w14:textId="77777777" w:rsidR="00DB793E" w:rsidRDefault="00000000">
            <w:pPr>
              <w:jc w:val="center"/>
            </w:pPr>
            <w:r>
              <w:rPr>
                <w:rFonts w:eastAsia="Times New Roman" w:cs="Times New Roman"/>
                <w:sz w:val="16"/>
              </w:rPr>
              <w:t>0.274–0.486</w:t>
            </w:r>
          </w:p>
        </w:tc>
      </w:tr>
      <w:tr w:rsidR="00DB793E" w14:paraId="6C69C07C" w14:textId="77777777">
        <w:trPr>
          <w:cantSplit/>
        </w:trPr>
        <w:tc>
          <w:tcPr>
            <w:tcW w:w="2426" w:type="dxa"/>
            <w:tcMar>
              <w:top w:w="55" w:type="dxa"/>
              <w:left w:w="80" w:type="dxa"/>
              <w:bottom w:w="55" w:type="dxa"/>
              <w:right w:w="80" w:type="dxa"/>
            </w:tcMar>
            <w:vAlign w:val="center"/>
          </w:tcPr>
          <w:p w14:paraId="75BDD2C8" w14:textId="0FE33BC6" w:rsidR="00DB793E" w:rsidRDefault="009B64B8">
            <w:r>
              <w:rPr>
                <w:rFonts w:eastAsia="Times New Roman" w:cs="Times New Roman"/>
                <w:sz w:val="16"/>
              </w:rPr>
              <w:t>VOIFusion3mm</w:t>
            </w:r>
          </w:p>
        </w:tc>
        <w:tc>
          <w:tcPr>
            <w:tcW w:w="3033" w:type="dxa"/>
            <w:tcMar>
              <w:top w:w="55" w:type="dxa"/>
              <w:left w:w="80" w:type="dxa"/>
              <w:bottom w:w="55" w:type="dxa"/>
              <w:right w:w="80" w:type="dxa"/>
            </w:tcMar>
            <w:vAlign w:val="center"/>
          </w:tcPr>
          <w:p w14:paraId="0E4C4004" w14:textId="77777777" w:rsidR="00DB793E" w:rsidRDefault="00000000">
            <w:r>
              <w:rPr>
                <w:rFonts w:eastAsia="Times New Roman" w:cs="Times New Roman"/>
                <w:sz w:val="16"/>
              </w:rPr>
              <w:t>Brier</w:t>
            </w:r>
          </w:p>
        </w:tc>
        <w:tc>
          <w:tcPr>
            <w:tcW w:w="2729" w:type="dxa"/>
            <w:tcMar>
              <w:top w:w="55" w:type="dxa"/>
              <w:left w:w="80" w:type="dxa"/>
              <w:bottom w:w="55" w:type="dxa"/>
              <w:right w:w="80" w:type="dxa"/>
            </w:tcMar>
            <w:vAlign w:val="center"/>
          </w:tcPr>
          <w:p w14:paraId="1E408896" w14:textId="77777777" w:rsidR="00DB793E" w:rsidRDefault="00000000">
            <w:pPr>
              <w:jc w:val="center"/>
            </w:pPr>
            <w:r>
              <w:rPr>
                <w:rFonts w:eastAsia="Times New Roman" w:cs="Times New Roman"/>
                <w:sz w:val="16"/>
              </w:rPr>
              <w:t>0.187 (0.009)</w:t>
            </w:r>
          </w:p>
        </w:tc>
        <w:tc>
          <w:tcPr>
            <w:tcW w:w="3033" w:type="dxa"/>
            <w:tcMar>
              <w:top w:w="55" w:type="dxa"/>
              <w:left w:w="80" w:type="dxa"/>
              <w:bottom w:w="55" w:type="dxa"/>
              <w:right w:w="80" w:type="dxa"/>
            </w:tcMar>
            <w:vAlign w:val="center"/>
          </w:tcPr>
          <w:p w14:paraId="2CC49FA3" w14:textId="77777777" w:rsidR="00DB793E" w:rsidRDefault="00000000">
            <w:pPr>
              <w:jc w:val="center"/>
            </w:pPr>
            <w:r>
              <w:rPr>
                <w:rFonts w:eastAsia="Times New Roman" w:cs="Times New Roman"/>
                <w:sz w:val="16"/>
              </w:rPr>
              <w:t>0.174–0.203</w:t>
            </w:r>
          </w:p>
        </w:tc>
        <w:tc>
          <w:tcPr>
            <w:tcW w:w="3035" w:type="dxa"/>
            <w:tcMar>
              <w:top w:w="55" w:type="dxa"/>
              <w:left w:w="80" w:type="dxa"/>
              <w:bottom w:w="55" w:type="dxa"/>
              <w:right w:w="80" w:type="dxa"/>
            </w:tcMar>
            <w:vAlign w:val="center"/>
          </w:tcPr>
          <w:p w14:paraId="0E2CEC16" w14:textId="77777777" w:rsidR="00DB793E" w:rsidRDefault="00000000">
            <w:pPr>
              <w:jc w:val="center"/>
            </w:pPr>
            <w:r>
              <w:rPr>
                <w:rFonts w:eastAsia="Times New Roman" w:cs="Times New Roman"/>
                <w:sz w:val="16"/>
              </w:rPr>
              <w:t>0.152–0.220</w:t>
            </w:r>
          </w:p>
        </w:tc>
      </w:tr>
      <w:tr w:rsidR="00DB793E" w14:paraId="6CDEF8AE" w14:textId="77777777">
        <w:trPr>
          <w:cantSplit/>
        </w:trPr>
        <w:tc>
          <w:tcPr>
            <w:tcW w:w="2426" w:type="dxa"/>
            <w:tcMar>
              <w:top w:w="55" w:type="dxa"/>
              <w:left w:w="80" w:type="dxa"/>
              <w:bottom w:w="55" w:type="dxa"/>
              <w:right w:w="80" w:type="dxa"/>
            </w:tcMar>
            <w:vAlign w:val="center"/>
          </w:tcPr>
          <w:p w14:paraId="300A539A" w14:textId="04795E9F" w:rsidR="00DB793E" w:rsidRDefault="009B64B8">
            <w:r>
              <w:rPr>
                <w:rFonts w:eastAsia="Times New Roman" w:cs="Times New Roman"/>
                <w:sz w:val="16"/>
              </w:rPr>
              <w:t>VOIFusion3mm</w:t>
            </w:r>
          </w:p>
        </w:tc>
        <w:tc>
          <w:tcPr>
            <w:tcW w:w="3033" w:type="dxa"/>
            <w:tcMar>
              <w:top w:w="55" w:type="dxa"/>
              <w:left w:w="80" w:type="dxa"/>
              <w:bottom w:w="55" w:type="dxa"/>
              <w:right w:w="80" w:type="dxa"/>
            </w:tcMar>
            <w:vAlign w:val="center"/>
          </w:tcPr>
          <w:p w14:paraId="17360CD8" w14:textId="77777777" w:rsidR="00DB793E" w:rsidRDefault="00000000">
            <w:r>
              <w:rPr>
                <w:rFonts w:eastAsia="Times New Roman" w:cs="Times New Roman"/>
                <w:sz w:val="16"/>
              </w:rPr>
              <w:t>Calibration intercept</w:t>
            </w:r>
          </w:p>
        </w:tc>
        <w:tc>
          <w:tcPr>
            <w:tcW w:w="2729" w:type="dxa"/>
            <w:tcMar>
              <w:top w:w="55" w:type="dxa"/>
              <w:left w:w="80" w:type="dxa"/>
              <w:bottom w:w="55" w:type="dxa"/>
              <w:right w:w="80" w:type="dxa"/>
            </w:tcMar>
            <w:vAlign w:val="center"/>
          </w:tcPr>
          <w:p w14:paraId="0F978267" w14:textId="77777777" w:rsidR="00DB793E" w:rsidRDefault="00000000">
            <w:pPr>
              <w:jc w:val="center"/>
            </w:pPr>
            <w:r>
              <w:rPr>
                <w:rFonts w:eastAsia="Times New Roman" w:cs="Times New Roman"/>
                <w:sz w:val="16"/>
              </w:rPr>
              <w:t>−0.370 (0.294)</w:t>
            </w:r>
          </w:p>
        </w:tc>
        <w:tc>
          <w:tcPr>
            <w:tcW w:w="3033" w:type="dxa"/>
            <w:tcMar>
              <w:top w:w="55" w:type="dxa"/>
              <w:left w:w="80" w:type="dxa"/>
              <w:bottom w:w="55" w:type="dxa"/>
              <w:right w:w="80" w:type="dxa"/>
            </w:tcMar>
            <w:vAlign w:val="center"/>
          </w:tcPr>
          <w:p w14:paraId="42726B48" w14:textId="77777777" w:rsidR="00DB793E" w:rsidRDefault="00000000">
            <w:pPr>
              <w:jc w:val="center"/>
            </w:pPr>
            <w:r>
              <w:rPr>
                <w:rFonts w:eastAsia="Times New Roman" w:cs="Times New Roman"/>
                <w:sz w:val="16"/>
              </w:rPr>
              <w:t>−0.840–0.064</w:t>
            </w:r>
          </w:p>
        </w:tc>
        <w:tc>
          <w:tcPr>
            <w:tcW w:w="3035" w:type="dxa"/>
            <w:tcMar>
              <w:top w:w="55" w:type="dxa"/>
              <w:left w:w="80" w:type="dxa"/>
              <w:bottom w:w="55" w:type="dxa"/>
              <w:right w:w="80" w:type="dxa"/>
            </w:tcMar>
            <w:vAlign w:val="center"/>
          </w:tcPr>
          <w:p w14:paraId="3A8A7609" w14:textId="77777777" w:rsidR="00DB793E" w:rsidRDefault="00000000">
            <w:pPr>
              <w:jc w:val="center"/>
            </w:pPr>
            <w:r>
              <w:rPr>
                <w:rFonts w:eastAsia="Times New Roman" w:cs="Times New Roman"/>
                <w:sz w:val="16"/>
              </w:rPr>
              <w:t>−1.068–0.355</w:t>
            </w:r>
          </w:p>
        </w:tc>
      </w:tr>
      <w:tr w:rsidR="00DB793E" w14:paraId="02A4A180" w14:textId="77777777">
        <w:trPr>
          <w:cantSplit/>
        </w:trPr>
        <w:tc>
          <w:tcPr>
            <w:tcW w:w="2426" w:type="dxa"/>
            <w:tcMar>
              <w:top w:w="55" w:type="dxa"/>
              <w:left w:w="80" w:type="dxa"/>
              <w:bottom w:w="55" w:type="dxa"/>
              <w:right w:w="80" w:type="dxa"/>
            </w:tcMar>
            <w:vAlign w:val="center"/>
          </w:tcPr>
          <w:p w14:paraId="40F71B01" w14:textId="22D3B1CF" w:rsidR="00DB793E" w:rsidRDefault="009B64B8">
            <w:r>
              <w:rPr>
                <w:rFonts w:eastAsia="Times New Roman" w:cs="Times New Roman"/>
                <w:sz w:val="16"/>
              </w:rPr>
              <w:t>VOIFusion3mm</w:t>
            </w:r>
          </w:p>
        </w:tc>
        <w:tc>
          <w:tcPr>
            <w:tcW w:w="3033" w:type="dxa"/>
            <w:tcMar>
              <w:top w:w="55" w:type="dxa"/>
              <w:left w:w="80" w:type="dxa"/>
              <w:bottom w:w="55" w:type="dxa"/>
              <w:right w:w="80" w:type="dxa"/>
            </w:tcMar>
            <w:vAlign w:val="center"/>
          </w:tcPr>
          <w:p w14:paraId="62D3CF80" w14:textId="77777777" w:rsidR="00DB793E" w:rsidRDefault="00000000">
            <w:r>
              <w:rPr>
                <w:rFonts w:eastAsia="Times New Roman" w:cs="Times New Roman"/>
                <w:sz w:val="16"/>
              </w:rPr>
              <w:t>Calibration slope</w:t>
            </w:r>
          </w:p>
        </w:tc>
        <w:tc>
          <w:tcPr>
            <w:tcW w:w="2729" w:type="dxa"/>
            <w:tcMar>
              <w:top w:w="55" w:type="dxa"/>
              <w:left w:w="80" w:type="dxa"/>
              <w:bottom w:w="55" w:type="dxa"/>
              <w:right w:w="80" w:type="dxa"/>
            </w:tcMar>
            <w:vAlign w:val="center"/>
          </w:tcPr>
          <w:p w14:paraId="72CC4F0B" w14:textId="77777777" w:rsidR="00DB793E" w:rsidRDefault="00000000">
            <w:pPr>
              <w:jc w:val="center"/>
            </w:pPr>
            <w:r>
              <w:rPr>
                <w:rFonts w:eastAsia="Times New Roman" w:cs="Times New Roman"/>
                <w:sz w:val="16"/>
              </w:rPr>
              <w:t>0.631 (0.274)</w:t>
            </w:r>
          </w:p>
        </w:tc>
        <w:tc>
          <w:tcPr>
            <w:tcW w:w="3033" w:type="dxa"/>
            <w:tcMar>
              <w:top w:w="55" w:type="dxa"/>
              <w:left w:w="80" w:type="dxa"/>
              <w:bottom w:w="55" w:type="dxa"/>
              <w:right w:w="80" w:type="dxa"/>
            </w:tcMar>
            <w:vAlign w:val="center"/>
          </w:tcPr>
          <w:p w14:paraId="23014844" w14:textId="77777777" w:rsidR="00DB793E" w:rsidRDefault="00000000">
            <w:pPr>
              <w:jc w:val="center"/>
            </w:pPr>
            <w:r>
              <w:rPr>
                <w:rFonts w:eastAsia="Times New Roman" w:cs="Times New Roman"/>
                <w:sz w:val="16"/>
              </w:rPr>
              <w:t>0.197–1.035</w:t>
            </w:r>
          </w:p>
        </w:tc>
        <w:tc>
          <w:tcPr>
            <w:tcW w:w="3035" w:type="dxa"/>
            <w:tcMar>
              <w:top w:w="55" w:type="dxa"/>
              <w:left w:w="80" w:type="dxa"/>
              <w:bottom w:w="55" w:type="dxa"/>
              <w:right w:w="80" w:type="dxa"/>
            </w:tcMar>
            <w:vAlign w:val="center"/>
          </w:tcPr>
          <w:p w14:paraId="033E2881" w14:textId="77777777" w:rsidR="00DB793E" w:rsidRDefault="00000000">
            <w:pPr>
              <w:jc w:val="center"/>
            </w:pPr>
            <w:r>
              <w:rPr>
                <w:rFonts w:eastAsia="Times New Roman" w:cs="Times New Roman"/>
                <w:sz w:val="16"/>
              </w:rPr>
              <w:t>0.129–1.285</w:t>
            </w:r>
          </w:p>
        </w:tc>
      </w:tr>
      <w:tr w:rsidR="00DB793E" w14:paraId="64CD1B88" w14:textId="77777777">
        <w:trPr>
          <w:cantSplit/>
        </w:trPr>
        <w:tc>
          <w:tcPr>
            <w:tcW w:w="2426" w:type="dxa"/>
            <w:tcMar>
              <w:top w:w="55" w:type="dxa"/>
              <w:left w:w="80" w:type="dxa"/>
              <w:bottom w:w="55" w:type="dxa"/>
              <w:right w:w="80" w:type="dxa"/>
            </w:tcMar>
            <w:vAlign w:val="center"/>
          </w:tcPr>
          <w:p w14:paraId="00D46DAB" w14:textId="2ADF1121" w:rsidR="00DB793E" w:rsidRDefault="009B64B8">
            <w:r>
              <w:rPr>
                <w:rFonts w:eastAsia="Times New Roman" w:cs="Times New Roman"/>
                <w:sz w:val="16"/>
              </w:rPr>
              <w:t>VOIFusion3mm</w:t>
            </w:r>
          </w:p>
        </w:tc>
        <w:tc>
          <w:tcPr>
            <w:tcW w:w="3033" w:type="dxa"/>
            <w:tcMar>
              <w:top w:w="55" w:type="dxa"/>
              <w:left w:w="80" w:type="dxa"/>
              <w:bottom w:w="55" w:type="dxa"/>
              <w:right w:w="80" w:type="dxa"/>
            </w:tcMar>
            <w:vAlign w:val="center"/>
          </w:tcPr>
          <w:p w14:paraId="707FEC24" w14:textId="77777777" w:rsidR="00DB793E" w:rsidRDefault="00000000">
            <w:r>
              <w:rPr>
                <w:rFonts w:eastAsia="Times New Roman" w:cs="Times New Roman"/>
                <w:sz w:val="16"/>
              </w:rPr>
              <w:t>Brier skill</w:t>
            </w:r>
          </w:p>
        </w:tc>
        <w:tc>
          <w:tcPr>
            <w:tcW w:w="2729" w:type="dxa"/>
            <w:tcMar>
              <w:top w:w="55" w:type="dxa"/>
              <w:left w:w="80" w:type="dxa"/>
              <w:bottom w:w="55" w:type="dxa"/>
              <w:right w:w="80" w:type="dxa"/>
            </w:tcMar>
            <w:vAlign w:val="center"/>
          </w:tcPr>
          <w:p w14:paraId="76930E09" w14:textId="77777777" w:rsidR="00DB793E" w:rsidRDefault="00000000">
            <w:pPr>
              <w:jc w:val="center"/>
            </w:pPr>
            <w:r>
              <w:rPr>
                <w:rFonts w:eastAsia="Times New Roman" w:cs="Times New Roman"/>
                <w:sz w:val="16"/>
              </w:rPr>
              <w:t>0.018 (0.048)</w:t>
            </w:r>
          </w:p>
        </w:tc>
        <w:tc>
          <w:tcPr>
            <w:tcW w:w="3033" w:type="dxa"/>
            <w:tcMar>
              <w:top w:w="55" w:type="dxa"/>
              <w:left w:w="80" w:type="dxa"/>
              <w:bottom w:w="55" w:type="dxa"/>
              <w:right w:w="80" w:type="dxa"/>
            </w:tcMar>
            <w:vAlign w:val="center"/>
          </w:tcPr>
          <w:p w14:paraId="028E6FA0" w14:textId="77777777" w:rsidR="00DB793E" w:rsidRDefault="00000000">
            <w:pPr>
              <w:jc w:val="center"/>
            </w:pPr>
            <w:r>
              <w:rPr>
                <w:rFonts w:eastAsia="Times New Roman" w:cs="Times New Roman"/>
                <w:sz w:val="16"/>
              </w:rPr>
              <w:t>−0.066–0.085</w:t>
            </w:r>
          </w:p>
        </w:tc>
        <w:tc>
          <w:tcPr>
            <w:tcW w:w="3035" w:type="dxa"/>
            <w:tcMar>
              <w:top w:w="55" w:type="dxa"/>
              <w:left w:w="80" w:type="dxa"/>
              <w:bottom w:w="55" w:type="dxa"/>
              <w:right w:w="80" w:type="dxa"/>
            </w:tcMar>
            <w:vAlign w:val="center"/>
          </w:tcPr>
          <w:p w14:paraId="2D5D0672" w14:textId="77777777" w:rsidR="00DB793E" w:rsidRDefault="00000000">
            <w:pPr>
              <w:jc w:val="center"/>
            </w:pPr>
            <w:r>
              <w:rPr>
                <w:rFonts w:eastAsia="Times New Roman" w:cs="Times New Roman"/>
                <w:sz w:val="16"/>
              </w:rPr>
              <w:t>−0.049–0.081</w:t>
            </w:r>
          </w:p>
        </w:tc>
      </w:tr>
    </w:tbl>
    <w:p w14:paraId="2BA61244" w14:textId="77777777" w:rsidR="00DB793E" w:rsidRDefault="00000000">
      <w:pPr>
        <w:keepNext/>
        <w:spacing w:before="100" w:after="60"/>
      </w:pPr>
      <w:r>
        <w:rPr>
          <w:rFonts w:eastAsia="Times New Roman" w:cs="Times New Roman"/>
          <w:b/>
        </w:rPr>
        <w:t>B. Paired comparisons</w:t>
      </w:r>
    </w:p>
    <w:tbl>
      <w:tblPr>
        <w:tblW w:w="14256" w:type="dxa"/>
        <w:tblBorders>
          <w:top w:val="single" w:sz="10" w:space="0" w:color="000000"/>
          <w:left w:val="nil"/>
          <w:bottom w:val="single" w:sz="10" w:space="0" w:color="000000"/>
          <w:right w:val="nil"/>
          <w:insideH w:val="nil"/>
          <w:insideV w:val="nil"/>
        </w:tblBorders>
        <w:tblLayout w:type="fixed"/>
        <w:tblLook w:val="04A0" w:firstRow="1" w:lastRow="0" w:firstColumn="1" w:lastColumn="0" w:noHBand="0" w:noVBand="1"/>
      </w:tblPr>
      <w:tblGrid>
        <w:gridCol w:w="3696"/>
        <w:gridCol w:w="2187"/>
        <w:gridCol w:w="5053"/>
        <w:gridCol w:w="1659"/>
        <w:gridCol w:w="1661"/>
      </w:tblGrid>
      <w:tr w:rsidR="00DB793E" w14:paraId="4FC488ED" w14:textId="77777777">
        <w:trPr>
          <w:cantSplit/>
          <w:tblHeader/>
        </w:trPr>
        <w:tc>
          <w:tcPr>
            <w:tcW w:w="3696" w:type="dxa"/>
            <w:tcBorders>
              <w:bottom w:val="single" w:sz="6" w:space="0" w:color="000000"/>
            </w:tcBorders>
            <w:tcMar>
              <w:top w:w="55" w:type="dxa"/>
              <w:left w:w="80" w:type="dxa"/>
              <w:bottom w:w="55" w:type="dxa"/>
              <w:right w:w="80" w:type="dxa"/>
            </w:tcMar>
            <w:vAlign w:val="center"/>
          </w:tcPr>
          <w:p w14:paraId="1D1776B9" w14:textId="77777777" w:rsidR="00DB793E" w:rsidRDefault="00000000">
            <w:pPr>
              <w:jc w:val="center"/>
            </w:pPr>
            <w:r>
              <w:rPr>
                <w:rFonts w:eastAsia="Times New Roman" w:cs="Times New Roman"/>
                <w:b/>
                <w:sz w:val="16"/>
              </w:rPr>
              <w:t>Comparison (A − B)</w:t>
            </w:r>
          </w:p>
        </w:tc>
        <w:tc>
          <w:tcPr>
            <w:tcW w:w="2187" w:type="dxa"/>
            <w:tcBorders>
              <w:bottom w:val="single" w:sz="6" w:space="0" w:color="000000"/>
            </w:tcBorders>
            <w:tcMar>
              <w:top w:w="55" w:type="dxa"/>
              <w:left w:w="80" w:type="dxa"/>
              <w:bottom w:w="55" w:type="dxa"/>
              <w:right w:w="80" w:type="dxa"/>
            </w:tcMar>
            <w:vAlign w:val="center"/>
          </w:tcPr>
          <w:p w14:paraId="28325DA4" w14:textId="77777777" w:rsidR="00DB793E" w:rsidRDefault="00000000">
            <w:pPr>
              <w:jc w:val="center"/>
            </w:pPr>
            <w:r>
              <w:rPr>
                <w:rFonts w:eastAsia="Times New Roman" w:cs="Times New Roman"/>
                <w:b/>
                <w:sz w:val="16"/>
              </w:rPr>
              <w:t>Metric</w:t>
            </w:r>
          </w:p>
        </w:tc>
        <w:tc>
          <w:tcPr>
            <w:tcW w:w="5053" w:type="dxa"/>
            <w:tcBorders>
              <w:bottom w:val="single" w:sz="6" w:space="0" w:color="000000"/>
            </w:tcBorders>
            <w:tcMar>
              <w:top w:w="55" w:type="dxa"/>
              <w:left w:w="80" w:type="dxa"/>
              <w:bottom w:w="55" w:type="dxa"/>
              <w:right w:w="80" w:type="dxa"/>
            </w:tcMar>
            <w:vAlign w:val="center"/>
          </w:tcPr>
          <w:p w14:paraId="2F3F2C87" w14:textId="77777777" w:rsidR="00DB793E" w:rsidRDefault="00000000">
            <w:pPr>
              <w:jc w:val="center"/>
            </w:pPr>
            <w:r>
              <w:rPr>
                <w:rFonts w:eastAsia="Times New Roman" w:cs="Times New Roman"/>
                <w:b/>
                <w:sz w:val="16"/>
              </w:rPr>
              <w:t>Difference (95% CI)</w:t>
            </w:r>
          </w:p>
        </w:tc>
        <w:tc>
          <w:tcPr>
            <w:tcW w:w="1659" w:type="dxa"/>
            <w:tcBorders>
              <w:bottom w:val="single" w:sz="6" w:space="0" w:color="000000"/>
            </w:tcBorders>
            <w:tcMar>
              <w:top w:w="55" w:type="dxa"/>
              <w:left w:w="80" w:type="dxa"/>
              <w:bottom w:w="55" w:type="dxa"/>
              <w:right w:w="80" w:type="dxa"/>
            </w:tcMar>
            <w:vAlign w:val="center"/>
          </w:tcPr>
          <w:p w14:paraId="259C099E" w14:textId="77777777" w:rsidR="00DB793E" w:rsidRDefault="00000000">
            <w:pPr>
              <w:jc w:val="center"/>
            </w:pPr>
            <w:r>
              <w:rPr>
                <w:rFonts w:eastAsia="Times New Roman" w:cs="Times New Roman"/>
                <w:b/>
                <w:sz w:val="16"/>
              </w:rPr>
              <w:t>P value</w:t>
            </w:r>
          </w:p>
        </w:tc>
        <w:tc>
          <w:tcPr>
            <w:tcW w:w="1661" w:type="dxa"/>
            <w:tcBorders>
              <w:bottom w:val="single" w:sz="6" w:space="0" w:color="000000"/>
            </w:tcBorders>
            <w:tcMar>
              <w:top w:w="55" w:type="dxa"/>
              <w:left w:w="80" w:type="dxa"/>
              <w:bottom w:w="55" w:type="dxa"/>
              <w:right w:w="80" w:type="dxa"/>
            </w:tcMar>
            <w:vAlign w:val="center"/>
          </w:tcPr>
          <w:p w14:paraId="6E29AC51" w14:textId="77777777" w:rsidR="00DB793E" w:rsidRDefault="00000000">
            <w:pPr>
              <w:jc w:val="center"/>
            </w:pPr>
            <w:r>
              <w:rPr>
                <w:rFonts w:eastAsia="Times New Roman" w:cs="Times New Roman"/>
                <w:b/>
                <w:sz w:val="16"/>
              </w:rPr>
              <w:t>q value</w:t>
            </w:r>
          </w:p>
        </w:tc>
      </w:tr>
      <w:tr w:rsidR="00DB793E" w14:paraId="44CF002B" w14:textId="77777777">
        <w:trPr>
          <w:cantSplit/>
        </w:trPr>
        <w:tc>
          <w:tcPr>
            <w:tcW w:w="3696" w:type="dxa"/>
            <w:tcMar>
              <w:top w:w="55" w:type="dxa"/>
              <w:left w:w="80" w:type="dxa"/>
              <w:bottom w:w="55" w:type="dxa"/>
              <w:right w:w="80" w:type="dxa"/>
            </w:tcMar>
            <w:vAlign w:val="center"/>
          </w:tcPr>
          <w:p w14:paraId="41C5BC59" w14:textId="0D8A4598" w:rsidR="00DB793E" w:rsidRDefault="00000000">
            <w:r>
              <w:rPr>
                <w:rFonts w:eastAsia="Times New Roman" w:cs="Times New Roman"/>
                <w:sz w:val="16"/>
              </w:rPr>
              <w:t>INTRA − Peri3mm</w:t>
            </w:r>
          </w:p>
        </w:tc>
        <w:tc>
          <w:tcPr>
            <w:tcW w:w="2187" w:type="dxa"/>
            <w:tcMar>
              <w:top w:w="55" w:type="dxa"/>
              <w:left w:w="80" w:type="dxa"/>
              <w:bottom w:w="55" w:type="dxa"/>
              <w:right w:w="80" w:type="dxa"/>
            </w:tcMar>
            <w:vAlign w:val="center"/>
          </w:tcPr>
          <w:p w14:paraId="59D76A69" w14:textId="77777777" w:rsidR="00DB793E" w:rsidRDefault="00000000">
            <w:r>
              <w:rPr>
                <w:rFonts w:eastAsia="Times New Roman" w:cs="Times New Roman"/>
                <w:sz w:val="16"/>
              </w:rPr>
              <w:t>AUC</w:t>
            </w:r>
          </w:p>
        </w:tc>
        <w:tc>
          <w:tcPr>
            <w:tcW w:w="5053" w:type="dxa"/>
            <w:tcMar>
              <w:top w:w="55" w:type="dxa"/>
              <w:left w:w="80" w:type="dxa"/>
              <w:bottom w:w="55" w:type="dxa"/>
              <w:right w:w="80" w:type="dxa"/>
            </w:tcMar>
            <w:vAlign w:val="center"/>
          </w:tcPr>
          <w:p w14:paraId="381A344F" w14:textId="77777777" w:rsidR="00DB793E" w:rsidRDefault="00000000">
            <w:pPr>
              <w:jc w:val="center"/>
            </w:pPr>
            <w:r>
              <w:rPr>
                <w:rFonts w:eastAsia="Times New Roman" w:cs="Times New Roman"/>
                <w:sz w:val="16"/>
              </w:rPr>
              <w:t>+0.007 (−0.073 to 0.087)</w:t>
            </w:r>
          </w:p>
        </w:tc>
        <w:tc>
          <w:tcPr>
            <w:tcW w:w="1659" w:type="dxa"/>
            <w:tcMar>
              <w:top w:w="55" w:type="dxa"/>
              <w:left w:w="80" w:type="dxa"/>
              <w:bottom w:w="55" w:type="dxa"/>
              <w:right w:w="80" w:type="dxa"/>
            </w:tcMar>
            <w:vAlign w:val="center"/>
          </w:tcPr>
          <w:p w14:paraId="60557F55" w14:textId="77777777" w:rsidR="00DB793E" w:rsidRDefault="00000000">
            <w:pPr>
              <w:jc w:val="center"/>
            </w:pPr>
            <w:r>
              <w:rPr>
                <w:rFonts w:eastAsia="Times New Roman" w:cs="Times New Roman"/>
                <w:sz w:val="16"/>
              </w:rPr>
              <w:t>0.882</w:t>
            </w:r>
          </w:p>
        </w:tc>
        <w:tc>
          <w:tcPr>
            <w:tcW w:w="1661" w:type="dxa"/>
            <w:tcMar>
              <w:top w:w="55" w:type="dxa"/>
              <w:left w:w="80" w:type="dxa"/>
              <w:bottom w:w="55" w:type="dxa"/>
              <w:right w:w="80" w:type="dxa"/>
            </w:tcMar>
            <w:vAlign w:val="center"/>
          </w:tcPr>
          <w:p w14:paraId="4B02C867" w14:textId="77777777" w:rsidR="00DB793E" w:rsidRDefault="00000000">
            <w:pPr>
              <w:jc w:val="center"/>
            </w:pPr>
            <w:r>
              <w:rPr>
                <w:rFonts w:eastAsia="Times New Roman" w:cs="Times New Roman"/>
                <w:sz w:val="16"/>
              </w:rPr>
              <w:t>0.882</w:t>
            </w:r>
          </w:p>
        </w:tc>
      </w:tr>
      <w:tr w:rsidR="00DB793E" w14:paraId="2479966E" w14:textId="77777777">
        <w:trPr>
          <w:cantSplit/>
        </w:trPr>
        <w:tc>
          <w:tcPr>
            <w:tcW w:w="3696" w:type="dxa"/>
            <w:tcMar>
              <w:top w:w="55" w:type="dxa"/>
              <w:left w:w="80" w:type="dxa"/>
              <w:bottom w:w="55" w:type="dxa"/>
              <w:right w:w="80" w:type="dxa"/>
            </w:tcMar>
            <w:vAlign w:val="center"/>
          </w:tcPr>
          <w:p w14:paraId="544648E9" w14:textId="0C9C84CE" w:rsidR="00DB793E" w:rsidRDefault="00000000">
            <w:r>
              <w:rPr>
                <w:rFonts w:eastAsia="Times New Roman" w:cs="Times New Roman"/>
                <w:sz w:val="16"/>
              </w:rPr>
              <w:t>INTRA − Peri3mm</w:t>
            </w:r>
          </w:p>
        </w:tc>
        <w:tc>
          <w:tcPr>
            <w:tcW w:w="2187" w:type="dxa"/>
            <w:tcMar>
              <w:top w:w="55" w:type="dxa"/>
              <w:left w:w="80" w:type="dxa"/>
              <w:bottom w:w="55" w:type="dxa"/>
              <w:right w:w="80" w:type="dxa"/>
            </w:tcMar>
            <w:vAlign w:val="center"/>
          </w:tcPr>
          <w:p w14:paraId="276803F0" w14:textId="77777777" w:rsidR="00DB793E" w:rsidRDefault="00000000">
            <w:r>
              <w:rPr>
                <w:rFonts w:eastAsia="Times New Roman" w:cs="Times New Roman"/>
                <w:sz w:val="16"/>
              </w:rPr>
              <w:t>Average precision</w:t>
            </w:r>
          </w:p>
        </w:tc>
        <w:tc>
          <w:tcPr>
            <w:tcW w:w="5053" w:type="dxa"/>
            <w:tcMar>
              <w:top w:w="55" w:type="dxa"/>
              <w:left w:w="80" w:type="dxa"/>
              <w:bottom w:w="55" w:type="dxa"/>
              <w:right w:w="80" w:type="dxa"/>
            </w:tcMar>
            <w:vAlign w:val="center"/>
          </w:tcPr>
          <w:p w14:paraId="5C6BDA3D" w14:textId="77777777" w:rsidR="00DB793E" w:rsidRDefault="00000000">
            <w:pPr>
              <w:jc w:val="center"/>
            </w:pPr>
            <w:r>
              <w:rPr>
                <w:rFonts w:eastAsia="Times New Roman" w:cs="Times New Roman"/>
                <w:sz w:val="16"/>
              </w:rPr>
              <w:t>−0.002 (−0.059 to 0.061)</w:t>
            </w:r>
          </w:p>
        </w:tc>
        <w:tc>
          <w:tcPr>
            <w:tcW w:w="1659" w:type="dxa"/>
            <w:tcMar>
              <w:top w:w="55" w:type="dxa"/>
              <w:left w:w="80" w:type="dxa"/>
              <w:bottom w:w="55" w:type="dxa"/>
              <w:right w:w="80" w:type="dxa"/>
            </w:tcMar>
            <w:vAlign w:val="center"/>
          </w:tcPr>
          <w:p w14:paraId="30A03E03" w14:textId="77777777" w:rsidR="00DB793E" w:rsidRDefault="00000000">
            <w:pPr>
              <w:jc w:val="center"/>
            </w:pPr>
            <w:r>
              <w:rPr>
                <w:rFonts w:eastAsia="Times New Roman" w:cs="Times New Roman"/>
                <w:sz w:val="16"/>
              </w:rPr>
              <w:t>0.940</w:t>
            </w:r>
          </w:p>
        </w:tc>
        <w:tc>
          <w:tcPr>
            <w:tcW w:w="1661" w:type="dxa"/>
            <w:tcMar>
              <w:top w:w="55" w:type="dxa"/>
              <w:left w:w="80" w:type="dxa"/>
              <w:bottom w:w="55" w:type="dxa"/>
              <w:right w:w="80" w:type="dxa"/>
            </w:tcMar>
            <w:vAlign w:val="center"/>
          </w:tcPr>
          <w:p w14:paraId="0E77C97E" w14:textId="77777777" w:rsidR="00DB793E" w:rsidRDefault="00000000">
            <w:pPr>
              <w:jc w:val="center"/>
            </w:pPr>
            <w:r>
              <w:rPr>
                <w:rFonts w:eastAsia="Times New Roman" w:cs="Times New Roman"/>
                <w:sz w:val="16"/>
              </w:rPr>
              <w:t>0.940</w:t>
            </w:r>
          </w:p>
        </w:tc>
      </w:tr>
      <w:tr w:rsidR="00DB793E" w14:paraId="2724D09F" w14:textId="77777777">
        <w:trPr>
          <w:cantSplit/>
        </w:trPr>
        <w:tc>
          <w:tcPr>
            <w:tcW w:w="3696" w:type="dxa"/>
            <w:tcMar>
              <w:top w:w="55" w:type="dxa"/>
              <w:left w:w="80" w:type="dxa"/>
              <w:bottom w:w="55" w:type="dxa"/>
              <w:right w:w="80" w:type="dxa"/>
            </w:tcMar>
            <w:vAlign w:val="center"/>
          </w:tcPr>
          <w:p w14:paraId="678CC184" w14:textId="6B9F893B" w:rsidR="00DB793E" w:rsidRDefault="00000000">
            <w:r>
              <w:rPr>
                <w:rFonts w:eastAsia="Times New Roman" w:cs="Times New Roman"/>
                <w:sz w:val="16"/>
              </w:rPr>
              <w:t>INTRA − Peri3mm</w:t>
            </w:r>
          </w:p>
        </w:tc>
        <w:tc>
          <w:tcPr>
            <w:tcW w:w="2187" w:type="dxa"/>
            <w:tcMar>
              <w:top w:w="55" w:type="dxa"/>
              <w:left w:w="80" w:type="dxa"/>
              <w:bottom w:w="55" w:type="dxa"/>
              <w:right w:w="80" w:type="dxa"/>
            </w:tcMar>
            <w:vAlign w:val="center"/>
          </w:tcPr>
          <w:p w14:paraId="1DE8D0B4" w14:textId="77777777" w:rsidR="00DB793E" w:rsidRDefault="00000000">
            <w:r>
              <w:rPr>
                <w:rFonts w:eastAsia="Times New Roman" w:cs="Times New Roman"/>
                <w:sz w:val="16"/>
              </w:rPr>
              <w:t>Brier</w:t>
            </w:r>
          </w:p>
        </w:tc>
        <w:tc>
          <w:tcPr>
            <w:tcW w:w="5053" w:type="dxa"/>
            <w:tcMar>
              <w:top w:w="55" w:type="dxa"/>
              <w:left w:w="80" w:type="dxa"/>
              <w:bottom w:w="55" w:type="dxa"/>
              <w:right w:w="80" w:type="dxa"/>
            </w:tcMar>
            <w:vAlign w:val="center"/>
          </w:tcPr>
          <w:p w14:paraId="079B4483" w14:textId="77777777" w:rsidR="00DB793E" w:rsidRDefault="00000000">
            <w:pPr>
              <w:jc w:val="center"/>
            </w:pPr>
            <w:r>
              <w:rPr>
                <w:rFonts w:eastAsia="Times New Roman" w:cs="Times New Roman"/>
                <w:sz w:val="16"/>
              </w:rPr>
              <w:t>+0.001 (−0.010 to 0.011)</w:t>
            </w:r>
          </w:p>
        </w:tc>
        <w:tc>
          <w:tcPr>
            <w:tcW w:w="1659" w:type="dxa"/>
            <w:tcMar>
              <w:top w:w="55" w:type="dxa"/>
              <w:left w:w="80" w:type="dxa"/>
              <w:bottom w:w="55" w:type="dxa"/>
              <w:right w:w="80" w:type="dxa"/>
            </w:tcMar>
            <w:vAlign w:val="center"/>
          </w:tcPr>
          <w:p w14:paraId="6AA01520" w14:textId="77777777" w:rsidR="00DB793E" w:rsidRDefault="00000000">
            <w:pPr>
              <w:jc w:val="center"/>
            </w:pPr>
            <w:r>
              <w:rPr>
                <w:rFonts w:eastAsia="Times New Roman" w:cs="Times New Roman"/>
                <w:sz w:val="16"/>
              </w:rPr>
              <w:t>0.851</w:t>
            </w:r>
          </w:p>
        </w:tc>
        <w:tc>
          <w:tcPr>
            <w:tcW w:w="1661" w:type="dxa"/>
            <w:tcMar>
              <w:top w:w="55" w:type="dxa"/>
              <w:left w:w="80" w:type="dxa"/>
              <w:bottom w:w="55" w:type="dxa"/>
              <w:right w:w="80" w:type="dxa"/>
            </w:tcMar>
            <w:vAlign w:val="center"/>
          </w:tcPr>
          <w:p w14:paraId="1A576E07" w14:textId="77777777" w:rsidR="00DB793E" w:rsidRDefault="00000000">
            <w:pPr>
              <w:jc w:val="center"/>
            </w:pPr>
            <w:r>
              <w:rPr>
                <w:rFonts w:eastAsia="Times New Roman" w:cs="Times New Roman"/>
                <w:sz w:val="16"/>
              </w:rPr>
              <w:t>0.851</w:t>
            </w:r>
          </w:p>
        </w:tc>
      </w:tr>
      <w:tr w:rsidR="00DB793E" w14:paraId="7AF2BF74" w14:textId="77777777">
        <w:trPr>
          <w:cantSplit/>
        </w:trPr>
        <w:tc>
          <w:tcPr>
            <w:tcW w:w="3696" w:type="dxa"/>
            <w:tcMar>
              <w:top w:w="55" w:type="dxa"/>
              <w:left w:w="80" w:type="dxa"/>
              <w:bottom w:w="55" w:type="dxa"/>
              <w:right w:w="80" w:type="dxa"/>
            </w:tcMar>
            <w:vAlign w:val="center"/>
          </w:tcPr>
          <w:p w14:paraId="4A642194" w14:textId="1AFE1FA2" w:rsidR="00DB793E" w:rsidRDefault="00000000">
            <w:r>
              <w:rPr>
                <w:rFonts w:eastAsia="Times New Roman" w:cs="Times New Roman"/>
                <w:sz w:val="16"/>
              </w:rPr>
              <w:t xml:space="preserve">INTRA − </w:t>
            </w:r>
            <w:r w:rsidR="009B64B8">
              <w:rPr>
                <w:rFonts w:eastAsia="Times New Roman" w:cs="Times New Roman"/>
                <w:sz w:val="16"/>
              </w:rPr>
              <w:t>VOIFusion3mm</w:t>
            </w:r>
          </w:p>
        </w:tc>
        <w:tc>
          <w:tcPr>
            <w:tcW w:w="2187" w:type="dxa"/>
            <w:tcMar>
              <w:top w:w="55" w:type="dxa"/>
              <w:left w:w="80" w:type="dxa"/>
              <w:bottom w:w="55" w:type="dxa"/>
              <w:right w:w="80" w:type="dxa"/>
            </w:tcMar>
            <w:vAlign w:val="center"/>
          </w:tcPr>
          <w:p w14:paraId="7E68FEFB" w14:textId="77777777" w:rsidR="00DB793E" w:rsidRDefault="00000000">
            <w:r>
              <w:rPr>
                <w:rFonts w:eastAsia="Times New Roman" w:cs="Times New Roman"/>
                <w:sz w:val="16"/>
              </w:rPr>
              <w:t>AUC</w:t>
            </w:r>
          </w:p>
        </w:tc>
        <w:tc>
          <w:tcPr>
            <w:tcW w:w="5053" w:type="dxa"/>
            <w:tcMar>
              <w:top w:w="55" w:type="dxa"/>
              <w:left w:w="80" w:type="dxa"/>
              <w:bottom w:w="55" w:type="dxa"/>
              <w:right w:w="80" w:type="dxa"/>
            </w:tcMar>
            <w:vAlign w:val="center"/>
          </w:tcPr>
          <w:p w14:paraId="1D0AE9AF" w14:textId="77777777" w:rsidR="00DB793E" w:rsidRDefault="00000000">
            <w:pPr>
              <w:jc w:val="center"/>
            </w:pPr>
            <w:r>
              <w:rPr>
                <w:rFonts w:eastAsia="Times New Roman" w:cs="Times New Roman"/>
                <w:sz w:val="16"/>
              </w:rPr>
              <w:t>−0.079 (−0.144 to −0.015)</w:t>
            </w:r>
          </w:p>
        </w:tc>
        <w:tc>
          <w:tcPr>
            <w:tcW w:w="1659" w:type="dxa"/>
            <w:tcMar>
              <w:top w:w="55" w:type="dxa"/>
              <w:left w:w="80" w:type="dxa"/>
              <w:bottom w:w="55" w:type="dxa"/>
              <w:right w:w="80" w:type="dxa"/>
            </w:tcMar>
            <w:vAlign w:val="center"/>
          </w:tcPr>
          <w:p w14:paraId="46B393D9" w14:textId="77777777" w:rsidR="00DB793E" w:rsidRDefault="00000000">
            <w:pPr>
              <w:jc w:val="center"/>
            </w:pPr>
            <w:r>
              <w:rPr>
                <w:rFonts w:eastAsia="Times New Roman" w:cs="Times New Roman"/>
                <w:sz w:val="16"/>
              </w:rPr>
              <w:t>0.012</w:t>
            </w:r>
          </w:p>
        </w:tc>
        <w:tc>
          <w:tcPr>
            <w:tcW w:w="1661" w:type="dxa"/>
            <w:tcMar>
              <w:top w:w="55" w:type="dxa"/>
              <w:left w:w="80" w:type="dxa"/>
              <w:bottom w:w="55" w:type="dxa"/>
              <w:right w:w="80" w:type="dxa"/>
            </w:tcMar>
            <w:vAlign w:val="center"/>
          </w:tcPr>
          <w:p w14:paraId="723BCB4A" w14:textId="77777777" w:rsidR="00DB793E" w:rsidRDefault="00000000">
            <w:pPr>
              <w:jc w:val="center"/>
            </w:pPr>
            <w:r>
              <w:rPr>
                <w:rFonts w:eastAsia="Times New Roman" w:cs="Times New Roman"/>
                <w:sz w:val="16"/>
              </w:rPr>
              <w:t>0.036</w:t>
            </w:r>
          </w:p>
        </w:tc>
      </w:tr>
      <w:tr w:rsidR="00DB793E" w14:paraId="59791BE5" w14:textId="77777777">
        <w:trPr>
          <w:cantSplit/>
        </w:trPr>
        <w:tc>
          <w:tcPr>
            <w:tcW w:w="3696" w:type="dxa"/>
            <w:tcMar>
              <w:top w:w="55" w:type="dxa"/>
              <w:left w:w="80" w:type="dxa"/>
              <w:bottom w:w="55" w:type="dxa"/>
              <w:right w:w="80" w:type="dxa"/>
            </w:tcMar>
            <w:vAlign w:val="center"/>
          </w:tcPr>
          <w:p w14:paraId="4DA7C2CB" w14:textId="6466AD2D" w:rsidR="00DB793E" w:rsidRDefault="00000000">
            <w:r>
              <w:rPr>
                <w:rFonts w:eastAsia="Times New Roman" w:cs="Times New Roman"/>
                <w:sz w:val="16"/>
              </w:rPr>
              <w:t xml:space="preserve">INTRA − </w:t>
            </w:r>
            <w:r w:rsidR="009B64B8">
              <w:rPr>
                <w:rFonts w:eastAsia="Times New Roman" w:cs="Times New Roman"/>
                <w:sz w:val="16"/>
              </w:rPr>
              <w:t>VOIFusion3mm</w:t>
            </w:r>
          </w:p>
        </w:tc>
        <w:tc>
          <w:tcPr>
            <w:tcW w:w="2187" w:type="dxa"/>
            <w:tcMar>
              <w:top w:w="55" w:type="dxa"/>
              <w:left w:w="80" w:type="dxa"/>
              <w:bottom w:w="55" w:type="dxa"/>
              <w:right w:w="80" w:type="dxa"/>
            </w:tcMar>
            <w:vAlign w:val="center"/>
          </w:tcPr>
          <w:p w14:paraId="37E8D71D" w14:textId="77777777" w:rsidR="00DB793E" w:rsidRDefault="00000000">
            <w:r>
              <w:rPr>
                <w:rFonts w:eastAsia="Times New Roman" w:cs="Times New Roman"/>
                <w:sz w:val="16"/>
              </w:rPr>
              <w:t>Average precision</w:t>
            </w:r>
          </w:p>
        </w:tc>
        <w:tc>
          <w:tcPr>
            <w:tcW w:w="5053" w:type="dxa"/>
            <w:tcMar>
              <w:top w:w="55" w:type="dxa"/>
              <w:left w:w="80" w:type="dxa"/>
              <w:bottom w:w="55" w:type="dxa"/>
              <w:right w:w="80" w:type="dxa"/>
            </w:tcMar>
            <w:vAlign w:val="center"/>
          </w:tcPr>
          <w:p w14:paraId="7A91468D" w14:textId="77777777" w:rsidR="00DB793E" w:rsidRDefault="00000000">
            <w:pPr>
              <w:jc w:val="center"/>
            </w:pPr>
            <w:r>
              <w:rPr>
                <w:rFonts w:eastAsia="Times New Roman" w:cs="Times New Roman"/>
                <w:sz w:val="16"/>
              </w:rPr>
              <w:t>−0.054 (−0.121 to 0.006)</w:t>
            </w:r>
          </w:p>
        </w:tc>
        <w:tc>
          <w:tcPr>
            <w:tcW w:w="1659" w:type="dxa"/>
            <w:tcMar>
              <w:top w:w="55" w:type="dxa"/>
              <w:left w:w="80" w:type="dxa"/>
              <w:bottom w:w="55" w:type="dxa"/>
              <w:right w:w="80" w:type="dxa"/>
            </w:tcMar>
            <w:vAlign w:val="center"/>
          </w:tcPr>
          <w:p w14:paraId="324C9951" w14:textId="77777777" w:rsidR="00DB793E" w:rsidRDefault="00000000">
            <w:pPr>
              <w:jc w:val="center"/>
            </w:pPr>
            <w:r>
              <w:rPr>
                <w:rFonts w:eastAsia="Times New Roman" w:cs="Times New Roman"/>
                <w:sz w:val="16"/>
              </w:rPr>
              <w:t>0.084</w:t>
            </w:r>
          </w:p>
        </w:tc>
        <w:tc>
          <w:tcPr>
            <w:tcW w:w="1661" w:type="dxa"/>
            <w:tcMar>
              <w:top w:w="55" w:type="dxa"/>
              <w:left w:w="80" w:type="dxa"/>
              <w:bottom w:w="55" w:type="dxa"/>
              <w:right w:w="80" w:type="dxa"/>
            </w:tcMar>
            <w:vAlign w:val="center"/>
          </w:tcPr>
          <w:p w14:paraId="3FA28946" w14:textId="77777777" w:rsidR="00DB793E" w:rsidRDefault="00000000">
            <w:pPr>
              <w:jc w:val="center"/>
            </w:pPr>
            <w:r>
              <w:rPr>
                <w:rFonts w:eastAsia="Times New Roman" w:cs="Times New Roman"/>
                <w:sz w:val="16"/>
              </w:rPr>
              <w:t>0.151</w:t>
            </w:r>
          </w:p>
        </w:tc>
      </w:tr>
      <w:tr w:rsidR="00DB793E" w14:paraId="14101A37" w14:textId="77777777">
        <w:trPr>
          <w:cantSplit/>
        </w:trPr>
        <w:tc>
          <w:tcPr>
            <w:tcW w:w="3696" w:type="dxa"/>
            <w:tcMar>
              <w:top w:w="55" w:type="dxa"/>
              <w:left w:w="80" w:type="dxa"/>
              <w:bottom w:w="55" w:type="dxa"/>
              <w:right w:w="80" w:type="dxa"/>
            </w:tcMar>
            <w:vAlign w:val="center"/>
          </w:tcPr>
          <w:p w14:paraId="162FF563" w14:textId="12E1C488" w:rsidR="00DB793E" w:rsidRDefault="00000000">
            <w:r>
              <w:rPr>
                <w:rFonts w:eastAsia="Times New Roman" w:cs="Times New Roman"/>
                <w:sz w:val="16"/>
              </w:rPr>
              <w:t xml:space="preserve">INTRA − </w:t>
            </w:r>
            <w:r w:rsidR="009B64B8">
              <w:rPr>
                <w:rFonts w:eastAsia="Times New Roman" w:cs="Times New Roman"/>
                <w:sz w:val="16"/>
              </w:rPr>
              <w:t>VOIFusion3mm</w:t>
            </w:r>
          </w:p>
        </w:tc>
        <w:tc>
          <w:tcPr>
            <w:tcW w:w="2187" w:type="dxa"/>
            <w:tcMar>
              <w:top w:w="55" w:type="dxa"/>
              <w:left w:w="80" w:type="dxa"/>
              <w:bottom w:w="55" w:type="dxa"/>
              <w:right w:w="80" w:type="dxa"/>
            </w:tcMar>
            <w:vAlign w:val="center"/>
          </w:tcPr>
          <w:p w14:paraId="48E59E99" w14:textId="77777777" w:rsidR="00DB793E" w:rsidRDefault="00000000">
            <w:r>
              <w:rPr>
                <w:rFonts w:eastAsia="Times New Roman" w:cs="Times New Roman"/>
                <w:sz w:val="16"/>
              </w:rPr>
              <w:t>Brier</w:t>
            </w:r>
          </w:p>
        </w:tc>
        <w:tc>
          <w:tcPr>
            <w:tcW w:w="5053" w:type="dxa"/>
            <w:tcMar>
              <w:top w:w="55" w:type="dxa"/>
              <w:left w:w="80" w:type="dxa"/>
              <w:bottom w:w="55" w:type="dxa"/>
              <w:right w:w="80" w:type="dxa"/>
            </w:tcMar>
            <w:vAlign w:val="center"/>
          </w:tcPr>
          <w:p w14:paraId="2C021FEF" w14:textId="77777777" w:rsidR="00DB793E" w:rsidRDefault="00000000">
            <w:pPr>
              <w:jc w:val="center"/>
            </w:pPr>
            <w:r>
              <w:rPr>
                <w:rFonts w:eastAsia="Times New Roman" w:cs="Times New Roman"/>
                <w:sz w:val="16"/>
              </w:rPr>
              <w:t>+0.008 (−0.001 to 0.018)</w:t>
            </w:r>
          </w:p>
        </w:tc>
        <w:tc>
          <w:tcPr>
            <w:tcW w:w="1659" w:type="dxa"/>
            <w:tcMar>
              <w:top w:w="55" w:type="dxa"/>
              <w:left w:w="80" w:type="dxa"/>
              <w:bottom w:w="55" w:type="dxa"/>
              <w:right w:w="80" w:type="dxa"/>
            </w:tcMar>
            <w:vAlign w:val="center"/>
          </w:tcPr>
          <w:p w14:paraId="688FF12F" w14:textId="77777777" w:rsidR="00DB793E" w:rsidRDefault="00000000">
            <w:pPr>
              <w:jc w:val="center"/>
            </w:pPr>
            <w:r>
              <w:rPr>
                <w:rFonts w:eastAsia="Times New Roman" w:cs="Times New Roman"/>
                <w:sz w:val="16"/>
              </w:rPr>
              <w:t>0.094</w:t>
            </w:r>
          </w:p>
        </w:tc>
        <w:tc>
          <w:tcPr>
            <w:tcW w:w="1661" w:type="dxa"/>
            <w:tcMar>
              <w:top w:w="55" w:type="dxa"/>
              <w:left w:w="80" w:type="dxa"/>
              <w:bottom w:w="55" w:type="dxa"/>
              <w:right w:w="80" w:type="dxa"/>
            </w:tcMar>
            <w:vAlign w:val="center"/>
          </w:tcPr>
          <w:p w14:paraId="75247E59" w14:textId="77777777" w:rsidR="00DB793E" w:rsidRDefault="00000000">
            <w:pPr>
              <w:jc w:val="center"/>
            </w:pPr>
            <w:r>
              <w:rPr>
                <w:rFonts w:eastAsia="Times New Roman" w:cs="Times New Roman"/>
                <w:sz w:val="16"/>
              </w:rPr>
              <w:t>0.277</w:t>
            </w:r>
          </w:p>
        </w:tc>
      </w:tr>
      <w:tr w:rsidR="00DB793E" w14:paraId="503EDCD6" w14:textId="77777777">
        <w:trPr>
          <w:cantSplit/>
        </w:trPr>
        <w:tc>
          <w:tcPr>
            <w:tcW w:w="3696" w:type="dxa"/>
            <w:tcMar>
              <w:top w:w="55" w:type="dxa"/>
              <w:left w:w="80" w:type="dxa"/>
              <w:bottom w:w="55" w:type="dxa"/>
              <w:right w:w="80" w:type="dxa"/>
            </w:tcMar>
            <w:vAlign w:val="center"/>
          </w:tcPr>
          <w:p w14:paraId="48CA6973" w14:textId="18427CE1" w:rsidR="00DB793E" w:rsidRDefault="00000000">
            <w:r>
              <w:rPr>
                <w:rFonts w:eastAsia="Times New Roman" w:cs="Times New Roman"/>
                <w:sz w:val="16"/>
              </w:rPr>
              <w:t xml:space="preserve">Peri3mm − </w:t>
            </w:r>
            <w:r w:rsidR="009B64B8">
              <w:rPr>
                <w:rFonts w:eastAsia="Times New Roman" w:cs="Times New Roman"/>
                <w:sz w:val="16"/>
              </w:rPr>
              <w:t>VOIFusion3mm</w:t>
            </w:r>
          </w:p>
        </w:tc>
        <w:tc>
          <w:tcPr>
            <w:tcW w:w="2187" w:type="dxa"/>
            <w:tcMar>
              <w:top w:w="55" w:type="dxa"/>
              <w:left w:w="80" w:type="dxa"/>
              <w:bottom w:w="55" w:type="dxa"/>
              <w:right w:w="80" w:type="dxa"/>
            </w:tcMar>
            <w:vAlign w:val="center"/>
          </w:tcPr>
          <w:p w14:paraId="183C46D5" w14:textId="77777777" w:rsidR="00DB793E" w:rsidRDefault="00000000">
            <w:r>
              <w:rPr>
                <w:rFonts w:eastAsia="Times New Roman" w:cs="Times New Roman"/>
                <w:sz w:val="16"/>
              </w:rPr>
              <w:t>AUC</w:t>
            </w:r>
          </w:p>
        </w:tc>
        <w:tc>
          <w:tcPr>
            <w:tcW w:w="5053" w:type="dxa"/>
            <w:tcMar>
              <w:top w:w="55" w:type="dxa"/>
              <w:left w:w="80" w:type="dxa"/>
              <w:bottom w:w="55" w:type="dxa"/>
              <w:right w:w="80" w:type="dxa"/>
            </w:tcMar>
            <w:vAlign w:val="center"/>
          </w:tcPr>
          <w:p w14:paraId="5B761BFD" w14:textId="77777777" w:rsidR="00DB793E" w:rsidRDefault="00000000">
            <w:pPr>
              <w:jc w:val="center"/>
            </w:pPr>
            <w:r>
              <w:rPr>
                <w:rFonts w:eastAsia="Times New Roman" w:cs="Times New Roman"/>
                <w:sz w:val="16"/>
              </w:rPr>
              <w:t>−0.086 (−0.164 to −0.011)</w:t>
            </w:r>
          </w:p>
        </w:tc>
        <w:tc>
          <w:tcPr>
            <w:tcW w:w="1659" w:type="dxa"/>
            <w:tcMar>
              <w:top w:w="55" w:type="dxa"/>
              <w:left w:w="80" w:type="dxa"/>
              <w:bottom w:w="55" w:type="dxa"/>
              <w:right w:w="80" w:type="dxa"/>
            </w:tcMar>
            <w:vAlign w:val="center"/>
          </w:tcPr>
          <w:p w14:paraId="5D1CA51B" w14:textId="77777777" w:rsidR="00DB793E" w:rsidRDefault="00000000">
            <w:pPr>
              <w:jc w:val="center"/>
            </w:pPr>
            <w:r>
              <w:rPr>
                <w:rFonts w:eastAsia="Times New Roman" w:cs="Times New Roman"/>
                <w:sz w:val="16"/>
              </w:rPr>
              <w:t>0.027</w:t>
            </w:r>
          </w:p>
        </w:tc>
        <w:tc>
          <w:tcPr>
            <w:tcW w:w="1661" w:type="dxa"/>
            <w:tcMar>
              <w:top w:w="55" w:type="dxa"/>
              <w:left w:w="80" w:type="dxa"/>
              <w:bottom w:w="55" w:type="dxa"/>
              <w:right w:w="80" w:type="dxa"/>
            </w:tcMar>
            <w:vAlign w:val="center"/>
          </w:tcPr>
          <w:p w14:paraId="2EF6E1BD" w14:textId="77777777" w:rsidR="00DB793E" w:rsidRDefault="00000000">
            <w:pPr>
              <w:jc w:val="center"/>
            </w:pPr>
            <w:r>
              <w:rPr>
                <w:rFonts w:eastAsia="Times New Roman" w:cs="Times New Roman"/>
                <w:sz w:val="16"/>
              </w:rPr>
              <w:t>0.040</w:t>
            </w:r>
          </w:p>
        </w:tc>
      </w:tr>
      <w:tr w:rsidR="00DB793E" w14:paraId="2E7CFBA5" w14:textId="77777777">
        <w:trPr>
          <w:cantSplit/>
        </w:trPr>
        <w:tc>
          <w:tcPr>
            <w:tcW w:w="3696" w:type="dxa"/>
            <w:tcMar>
              <w:top w:w="55" w:type="dxa"/>
              <w:left w:w="80" w:type="dxa"/>
              <w:bottom w:w="55" w:type="dxa"/>
              <w:right w:w="80" w:type="dxa"/>
            </w:tcMar>
            <w:vAlign w:val="center"/>
          </w:tcPr>
          <w:p w14:paraId="16AADB08" w14:textId="49BD7F02" w:rsidR="00DB793E" w:rsidRDefault="00000000">
            <w:r>
              <w:rPr>
                <w:rFonts w:eastAsia="Times New Roman" w:cs="Times New Roman"/>
                <w:sz w:val="16"/>
              </w:rPr>
              <w:t xml:space="preserve">Peri3mm − </w:t>
            </w:r>
            <w:r w:rsidR="009B64B8">
              <w:rPr>
                <w:rFonts w:eastAsia="Times New Roman" w:cs="Times New Roman"/>
                <w:sz w:val="16"/>
              </w:rPr>
              <w:t>VOIFusion3mm</w:t>
            </w:r>
          </w:p>
        </w:tc>
        <w:tc>
          <w:tcPr>
            <w:tcW w:w="2187" w:type="dxa"/>
            <w:tcMar>
              <w:top w:w="55" w:type="dxa"/>
              <w:left w:w="80" w:type="dxa"/>
              <w:bottom w:w="55" w:type="dxa"/>
              <w:right w:w="80" w:type="dxa"/>
            </w:tcMar>
            <w:vAlign w:val="center"/>
          </w:tcPr>
          <w:p w14:paraId="33A17ADA" w14:textId="77777777" w:rsidR="00DB793E" w:rsidRDefault="00000000">
            <w:r>
              <w:rPr>
                <w:rFonts w:eastAsia="Times New Roman" w:cs="Times New Roman"/>
                <w:sz w:val="16"/>
              </w:rPr>
              <w:t>Average precision</w:t>
            </w:r>
          </w:p>
        </w:tc>
        <w:tc>
          <w:tcPr>
            <w:tcW w:w="5053" w:type="dxa"/>
            <w:tcMar>
              <w:top w:w="55" w:type="dxa"/>
              <w:left w:w="80" w:type="dxa"/>
              <w:bottom w:w="55" w:type="dxa"/>
              <w:right w:w="80" w:type="dxa"/>
            </w:tcMar>
            <w:vAlign w:val="center"/>
          </w:tcPr>
          <w:p w14:paraId="54F2D8D5" w14:textId="77777777" w:rsidR="00DB793E" w:rsidRDefault="00000000">
            <w:pPr>
              <w:jc w:val="center"/>
            </w:pPr>
            <w:r>
              <w:rPr>
                <w:rFonts w:eastAsia="Times New Roman" w:cs="Times New Roman"/>
                <w:sz w:val="16"/>
              </w:rPr>
              <w:t>−0.053 (−0.131 to 0.010)</w:t>
            </w:r>
          </w:p>
        </w:tc>
        <w:tc>
          <w:tcPr>
            <w:tcW w:w="1659" w:type="dxa"/>
            <w:tcMar>
              <w:top w:w="55" w:type="dxa"/>
              <w:left w:w="80" w:type="dxa"/>
              <w:bottom w:w="55" w:type="dxa"/>
              <w:right w:w="80" w:type="dxa"/>
            </w:tcMar>
            <w:vAlign w:val="center"/>
          </w:tcPr>
          <w:p w14:paraId="037542D7" w14:textId="77777777" w:rsidR="00DB793E" w:rsidRDefault="00000000">
            <w:pPr>
              <w:jc w:val="center"/>
            </w:pPr>
            <w:r>
              <w:rPr>
                <w:rFonts w:eastAsia="Times New Roman" w:cs="Times New Roman"/>
                <w:sz w:val="16"/>
              </w:rPr>
              <w:t>0.101</w:t>
            </w:r>
          </w:p>
        </w:tc>
        <w:tc>
          <w:tcPr>
            <w:tcW w:w="1661" w:type="dxa"/>
            <w:tcMar>
              <w:top w:w="55" w:type="dxa"/>
              <w:left w:w="80" w:type="dxa"/>
              <w:bottom w:w="55" w:type="dxa"/>
              <w:right w:w="80" w:type="dxa"/>
            </w:tcMar>
            <w:vAlign w:val="center"/>
          </w:tcPr>
          <w:p w14:paraId="4491F551" w14:textId="77777777" w:rsidR="00DB793E" w:rsidRDefault="00000000">
            <w:pPr>
              <w:jc w:val="center"/>
            </w:pPr>
            <w:r>
              <w:rPr>
                <w:rFonts w:eastAsia="Times New Roman" w:cs="Times New Roman"/>
                <w:sz w:val="16"/>
              </w:rPr>
              <w:t>0.151</w:t>
            </w:r>
          </w:p>
        </w:tc>
      </w:tr>
      <w:tr w:rsidR="00DB793E" w14:paraId="3A1CD77B" w14:textId="77777777">
        <w:trPr>
          <w:cantSplit/>
        </w:trPr>
        <w:tc>
          <w:tcPr>
            <w:tcW w:w="3696" w:type="dxa"/>
            <w:tcMar>
              <w:top w:w="55" w:type="dxa"/>
              <w:left w:w="80" w:type="dxa"/>
              <w:bottom w:w="55" w:type="dxa"/>
              <w:right w:w="80" w:type="dxa"/>
            </w:tcMar>
            <w:vAlign w:val="center"/>
          </w:tcPr>
          <w:p w14:paraId="0BCEACE8" w14:textId="05BE3D35" w:rsidR="00DB793E" w:rsidRDefault="00000000">
            <w:r>
              <w:rPr>
                <w:rFonts w:eastAsia="Times New Roman" w:cs="Times New Roman"/>
                <w:sz w:val="16"/>
              </w:rPr>
              <w:t xml:space="preserve">Peri3mm − </w:t>
            </w:r>
            <w:r w:rsidR="009B64B8">
              <w:rPr>
                <w:rFonts w:eastAsia="Times New Roman" w:cs="Times New Roman"/>
                <w:sz w:val="16"/>
              </w:rPr>
              <w:t>VOIFusion3mm</w:t>
            </w:r>
          </w:p>
        </w:tc>
        <w:tc>
          <w:tcPr>
            <w:tcW w:w="2187" w:type="dxa"/>
            <w:tcMar>
              <w:top w:w="55" w:type="dxa"/>
              <w:left w:w="80" w:type="dxa"/>
              <w:bottom w:w="55" w:type="dxa"/>
              <w:right w:w="80" w:type="dxa"/>
            </w:tcMar>
            <w:vAlign w:val="center"/>
          </w:tcPr>
          <w:p w14:paraId="12CBEA18" w14:textId="77777777" w:rsidR="00DB793E" w:rsidRDefault="00000000">
            <w:r>
              <w:rPr>
                <w:rFonts w:eastAsia="Times New Roman" w:cs="Times New Roman"/>
                <w:sz w:val="16"/>
              </w:rPr>
              <w:t>Brier</w:t>
            </w:r>
          </w:p>
        </w:tc>
        <w:tc>
          <w:tcPr>
            <w:tcW w:w="5053" w:type="dxa"/>
            <w:tcMar>
              <w:top w:w="55" w:type="dxa"/>
              <w:left w:w="80" w:type="dxa"/>
              <w:bottom w:w="55" w:type="dxa"/>
              <w:right w:w="80" w:type="dxa"/>
            </w:tcMar>
            <w:vAlign w:val="center"/>
          </w:tcPr>
          <w:p w14:paraId="33E05BD5" w14:textId="77777777" w:rsidR="00DB793E" w:rsidRDefault="00000000">
            <w:pPr>
              <w:jc w:val="center"/>
            </w:pPr>
            <w:r>
              <w:rPr>
                <w:rFonts w:eastAsia="Times New Roman" w:cs="Times New Roman"/>
                <w:sz w:val="16"/>
              </w:rPr>
              <w:t>+0.007 (−0.003 to 0.018)</w:t>
            </w:r>
          </w:p>
        </w:tc>
        <w:tc>
          <w:tcPr>
            <w:tcW w:w="1659" w:type="dxa"/>
            <w:tcMar>
              <w:top w:w="55" w:type="dxa"/>
              <w:left w:w="80" w:type="dxa"/>
              <w:bottom w:w="55" w:type="dxa"/>
              <w:right w:w="80" w:type="dxa"/>
            </w:tcMar>
            <w:vAlign w:val="center"/>
          </w:tcPr>
          <w:p w14:paraId="412FCE4D" w14:textId="77777777" w:rsidR="00DB793E" w:rsidRDefault="00000000">
            <w:pPr>
              <w:jc w:val="center"/>
            </w:pPr>
            <w:r>
              <w:rPr>
                <w:rFonts w:eastAsia="Times New Roman" w:cs="Times New Roman"/>
                <w:sz w:val="16"/>
              </w:rPr>
              <w:t>0.185</w:t>
            </w:r>
          </w:p>
        </w:tc>
        <w:tc>
          <w:tcPr>
            <w:tcW w:w="1661" w:type="dxa"/>
            <w:tcMar>
              <w:top w:w="55" w:type="dxa"/>
              <w:left w:w="80" w:type="dxa"/>
              <w:bottom w:w="55" w:type="dxa"/>
              <w:right w:w="80" w:type="dxa"/>
            </w:tcMar>
            <w:vAlign w:val="center"/>
          </w:tcPr>
          <w:p w14:paraId="620A243B" w14:textId="77777777" w:rsidR="00DB793E" w:rsidRDefault="00000000">
            <w:pPr>
              <w:jc w:val="center"/>
            </w:pPr>
            <w:r>
              <w:rPr>
                <w:rFonts w:eastAsia="Times New Roman" w:cs="Times New Roman"/>
                <w:sz w:val="16"/>
              </w:rPr>
              <w:t>0.277</w:t>
            </w:r>
          </w:p>
        </w:tc>
      </w:tr>
    </w:tbl>
    <w:p w14:paraId="7F8360AC" w14:textId="6F7DF65A" w:rsidR="00DB793E" w:rsidRDefault="00000000">
      <w:pPr>
        <w:spacing w:before="80" w:after="20"/>
      </w:pPr>
      <w:r>
        <w:rPr>
          <w:rFonts w:eastAsia="Times New Roman" w:cs="Times New Roman"/>
          <w:sz w:val="16"/>
        </w:rPr>
        <w:t xml:space="preserve">Note: </w:t>
      </w:r>
      <w:r w:rsidR="009D237A" w:rsidRPr="009D237A">
        <w:rPr>
          <w:rFonts w:eastAsia="Times New Roman" w:cs="Times New Roman"/>
          <w:sz w:val="16"/>
        </w:rPr>
        <w:t>This prespecified sensitivity analysis is supportive, not confirmatory; P and q values are descriptive.</w:t>
      </w:r>
      <w:r>
        <w:rPr>
          <w:rFonts w:eastAsia="Times New Roman" w:cs="Times New Roman"/>
          <w:sz w:val="16"/>
        </w:rPr>
        <w:t xml:space="preserve"> Values are means of 10 repeat-level pooled out-of-fold estimates. Confidence intervals and paired differences used 2,000 nonstratified patient-ID cluster-bootstrap resamples (seed 20260729); Benjamini–Hochberg correction was applied within family and metric.</w:t>
      </w:r>
    </w:p>
    <w:p w14:paraId="6E20A243" w14:textId="77777777" w:rsidR="00DB793E" w:rsidRDefault="00000000">
      <w:r>
        <w:br w:type="page"/>
      </w:r>
    </w:p>
    <w:p w14:paraId="74FDE73D" w14:textId="77777777" w:rsidR="00DB793E" w:rsidRDefault="00000000">
      <w:pPr>
        <w:keepNext/>
        <w:spacing w:after="100"/>
      </w:pPr>
      <w:r>
        <w:rPr>
          <w:rFonts w:eastAsia="Times New Roman" w:cs="Times New Roman"/>
          <w:b/>
          <w:sz w:val="22"/>
        </w:rPr>
        <w:lastRenderedPageBreak/>
        <w:t>Table S5. Fallback-free no-LASSO sensitivity</w:t>
      </w:r>
    </w:p>
    <w:p w14:paraId="4B9CF596" w14:textId="77777777" w:rsidR="00DB793E" w:rsidRDefault="00000000">
      <w:pPr>
        <w:keepNext/>
        <w:spacing w:before="100" w:after="60"/>
      </w:pPr>
      <w:r>
        <w:rPr>
          <w:rFonts w:eastAsia="Times New Roman" w:cs="Times New Roman"/>
          <w:b/>
        </w:rPr>
        <w:t>A. Absolute performance</w:t>
      </w:r>
    </w:p>
    <w:tbl>
      <w:tblPr>
        <w:tblW w:w="14256" w:type="dxa"/>
        <w:tblBorders>
          <w:top w:val="single" w:sz="10" w:space="0" w:color="000000"/>
          <w:left w:val="nil"/>
          <w:bottom w:val="single" w:sz="10" w:space="0" w:color="000000"/>
          <w:right w:val="nil"/>
          <w:insideH w:val="nil"/>
          <w:insideV w:val="nil"/>
        </w:tblBorders>
        <w:tblLayout w:type="fixed"/>
        <w:tblLook w:val="04A0" w:firstRow="1" w:lastRow="0" w:firstColumn="1" w:lastColumn="0" w:noHBand="0" w:noVBand="1"/>
      </w:tblPr>
      <w:tblGrid>
        <w:gridCol w:w="2426"/>
        <w:gridCol w:w="3033"/>
        <w:gridCol w:w="2729"/>
        <w:gridCol w:w="3033"/>
        <w:gridCol w:w="3035"/>
      </w:tblGrid>
      <w:tr w:rsidR="00DB793E" w14:paraId="267A262D" w14:textId="77777777">
        <w:trPr>
          <w:cantSplit/>
          <w:tblHeader/>
        </w:trPr>
        <w:tc>
          <w:tcPr>
            <w:tcW w:w="2426" w:type="dxa"/>
            <w:tcBorders>
              <w:bottom w:val="single" w:sz="6" w:space="0" w:color="000000"/>
            </w:tcBorders>
            <w:tcMar>
              <w:top w:w="55" w:type="dxa"/>
              <w:left w:w="80" w:type="dxa"/>
              <w:bottom w:w="55" w:type="dxa"/>
              <w:right w:w="80" w:type="dxa"/>
            </w:tcMar>
            <w:vAlign w:val="center"/>
          </w:tcPr>
          <w:p w14:paraId="5F866105" w14:textId="77777777" w:rsidR="00DB793E" w:rsidRDefault="00000000">
            <w:pPr>
              <w:jc w:val="center"/>
            </w:pPr>
            <w:r>
              <w:rPr>
                <w:rFonts w:eastAsia="Times New Roman" w:cs="Times New Roman"/>
                <w:b/>
                <w:sz w:val="16"/>
              </w:rPr>
              <w:t>Model</w:t>
            </w:r>
          </w:p>
        </w:tc>
        <w:tc>
          <w:tcPr>
            <w:tcW w:w="3033" w:type="dxa"/>
            <w:tcBorders>
              <w:bottom w:val="single" w:sz="6" w:space="0" w:color="000000"/>
            </w:tcBorders>
            <w:tcMar>
              <w:top w:w="55" w:type="dxa"/>
              <w:left w:w="80" w:type="dxa"/>
              <w:bottom w:w="55" w:type="dxa"/>
              <w:right w:w="80" w:type="dxa"/>
            </w:tcMar>
            <w:vAlign w:val="center"/>
          </w:tcPr>
          <w:p w14:paraId="4144DB60" w14:textId="77777777" w:rsidR="00DB793E" w:rsidRDefault="00000000">
            <w:pPr>
              <w:jc w:val="center"/>
            </w:pPr>
            <w:r>
              <w:rPr>
                <w:rFonts w:eastAsia="Times New Roman" w:cs="Times New Roman"/>
                <w:b/>
                <w:sz w:val="16"/>
              </w:rPr>
              <w:t>Metric</w:t>
            </w:r>
          </w:p>
        </w:tc>
        <w:tc>
          <w:tcPr>
            <w:tcW w:w="2729" w:type="dxa"/>
            <w:tcBorders>
              <w:bottom w:val="single" w:sz="6" w:space="0" w:color="000000"/>
            </w:tcBorders>
            <w:tcMar>
              <w:top w:w="55" w:type="dxa"/>
              <w:left w:w="80" w:type="dxa"/>
              <w:bottom w:w="55" w:type="dxa"/>
              <w:right w:w="80" w:type="dxa"/>
            </w:tcMar>
            <w:vAlign w:val="center"/>
          </w:tcPr>
          <w:p w14:paraId="09A0D48F" w14:textId="77777777" w:rsidR="00DB793E" w:rsidRDefault="00000000">
            <w:pPr>
              <w:jc w:val="center"/>
            </w:pPr>
            <w:r>
              <w:rPr>
                <w:rFonts w:eastAsia="Times New Roman" w:cs="Times New Roman"/>
                <w:b/>
                <w:sz w:val="16"/>
              </w:rPr>
              <w:t>Mean (SD)</w:t>
            </w:r>
          </w:p>
        </w:tc>
        <w:tc>
          <w:tcPr>
            <w:tcW w:w="3033" w:type="dxa"/>
            <w:tcBorders>
              <w:bottom w:val="single" w:sz="6" w:space="0" w:color="000000"/>
            </w:tcBorders>
            <w:tcMar>
              <w:top w:w="55" w:type="dxa"/>
              <w:left w:w="80" w:type="dxa"/>
              <w:bottom w:w="55" w:type="dxa"/>
              <w:right w:w="80" w:type="dxa"/>
            </w:tcMar>
            <w:vAlign w:val="center"/>
          </w:tcPr>
          <w:p w14:paraId="7A072DE3" w14:textId="77777777" w:rsidR="00DB793E" w:rsidRDefault="00000000">
            <w:pPr>
              <w:jc w:val="center"/>
            </w:pPr>
            <w:r>
              <w:rPr>
                <w:rFonts w:eastAsia="Times New Roman" w:cs="Times New Roman"/>
                <w:b/>
                <w:sz w:val="16"/>
              </w:rPr>
              <w:t>Range</w:t>
            </w:r>
          </w:p>
        </w:tc>
        <w:tc>
          <w:tcPr>
            <w:tcW w:w="3035" w:type="dxa"/>
            <w:tcBorders>
              <w:bottom w:val="single" w:sz="6" w:space="0" w:color="000000"/>
            </w:tcBorders>
            <w:tcMar>
              <w:top w:w="55" w:type="dxa"/>
              <w:left w:w="80" w:type="dxa"/>
              <w:bottom w:w="55" w:type="dxa"/>
              <w:right w:w="80" w:type="dxa"/>
            </w:tcMar>
            <w:vAlign w:val="center"/>
          </w:tcPr>
          <w:p w14:paraId="007869A9" w14:textId="77777777" w:rsidR="00DB793E" w:rsidRDefault="00000000">
            <w:pPr>
              <w:jc w:val="center"/>
            </w:pPr>
            <w:r>
              <w:rPr>
                <w:rFonts w:eastAsia="Times New Roman" w:cs="Times New Roman"/>
                <w:b/>
                <w:sz w:val="16"/>
              </w:rPr>
              <w:t>95% CI</w:t>
            </w:r>
          </w:p>
        </w:tc>
      </w:tr>
      <w:tr w:rsidR="00DB793E" w14:paraId="612FC086" w14:textId="77777777">
        <w:trPr>
          <w:cantSplit/>
        </w:trPr>
        <w:tc>
          <w:tcPr>
            <w:tcW w:w="2426" w:type="dxa"/>
            <w:tcMar>
              <w:top w:w="55" w:type="dxa"/>
              <w:left w:w="80" w:type="dxa"/>
              <w:bottom w:w="55" w:type="dxa"/>
              <w:right w:w="80" w:type="dxa"/>
            </w:tcMar>
            <w:vAlign w:val="center"/>
          </w:tcPr>
          <w:p w14:paraId="37176584" w14:textId="77777777" w:rsidR="00DB793E" w:rsidRDefault="00000000">
            <w:r>
              <w:rPr>
                <w:rFonts w:eastAsia="Times New Roman" w:cs="Times New Roman"/>
                <w:sz w:val="16"/>
              </w:rPr>
              <w:t>INTRA</w:t>
            </w:r>
          </w:p>
        </w:tc>
        <w:tc>
          <w:tcPr>
            <w:tcW w:w="3033" w:type="dxa"/>
            <w:tcMar>
              <w:top w:w="55" w:type="dxa"/>
              <w:left w:w="80" w:type="dxa"/>
              <w:bottom w:w="55" w:type="dxa"/>
              <w:right w:w="80" w:type="dxa"/>
            </w:tcMar>
            <w:vAlign w:val="center"/>
          </w:tcPr>
          <w:p w14:paraId="179E3DC7" w14:textId="77777777" w:rsidR="00DB793E" w:rsidRDefault="00000000">
            <w:r>
              <w:rPr>
                <w:rFonts w:eastAsia="Times New Roman" w:cs="Times New Roman"/>
                <w:sz w:val="16"/>
              </w:rPr>
              <w:t>AUC</w:t>
            </w:r>
          </w:p>
        </w:tc>
        <w:tc>
          <w:tcPr>
            <w:tcW w:w="2729" w:type="dxa"/>
            <w:tcMar>
              <w:top w:w="55" w:type="dxa"/>
              <w:left w:w="80" w:type="dxa"/>
              <w:bottom w:w="55" w:type="dxa"/>
              <w:right w:w="80" w:type="dxa"/>
            </w:tcMar>
            <w:vAlign w:val="center"/>
          </w:tcPr>
          <w:p w14:paraId="2CB4BBBC" w14:textId="77777777" w:rsidR="00DB793E" w:rsidRDefault="00000000">
            <w:pPr>
              <w:jc w:val="center"/>
            </w:pPr>
            <w:r>
              <w:rPr>
                <w:rFonts w:eastAsia="Times New Roman" w:cs="Times New Roman"/>
                <w:sz w:val="16"/>
              </w:rPr>
              <w:t>0.559 (0.035)</w:t>
            </w:r>
          </w:p>
        </w:tc>
        <w:tc>
          <w:tcPr>
            <w:tcW w:w="3033" w:type="dxa"/>
            <w:tcMar>
              <w:top w:w="55" w:type="dxa"/>
              <w:left w:w="80" w:type="dxa"/>
              <w:bottom w:w="55" w:type="dxa"/>
              <w:right w:w="80" w:type="dxa"/>
            </w:tcMar>
            <w:vAlign w:val="center"/>
          </w:tcPr>
          <w:p w14:paraId="2C92D6DE" w14:textId="77777777" w:rsidR="00DB793E" w:rsidRDefault="00000000">
            <w:pPr>
              <w:jc w:val="center"/>
            </w:pPr>
            <w:r>
              <w:rPr>
                <w:rFonts w:eastAsia="Times New Roman" w:cs="Times New Roman"/>
                <w:sz w:val="16"/>
              </w:rPr>
              <w:t>0.503–0.616</w:t>
            </w:r>
          </w:p>
        </w:tc>
        <w:tc>
          <w:tcPr>
            <w:tcW w:w="3035" w:type="dxa"/>
            <w:tcMar>
              <w:top w:w="55" w:type="dxa"/>
              <w:left w:w="80" w:type="dxa"/>
              <w:bottom w:w="55" w:type="dxa"/>
              <w:right w:w="80" w:type="dxa"/>
            </w:tcMar>
            <w:vAlign w:val="center"/>
          </w:tcPr>
          <w:p w14:paraId="1849C5A3" w14:textId="77777777" w:rsidR="00DB793E" w:rsidRDefault="00000000">
            <w:pPr>
              <w:jc w:val="center"/>
            </w:pPr>
            <w:r>
              <w:rPr>
                <w:rFonts w:eastAsia="Times New Roman" w:cs="Times New Roman"/>
                <w:sz w:val="16"/>
              </w:rPr>
              <w:t>0.483–0.630</w:t>
            </w:r>
          </w:p>
        </w:tc>
      </w:tr>
      <w:tr w:rsidR="00DB793E" w14:paraId="7C292163" w14:textId="77777777">
        <w:trPr>
          <w:cantSplit/>
        </w:trPr>
        <w:tc>
          <w:tcPr>
            <w:tcW w:w="2426" w:type="dxa"/>
            <w:tcMar>
              <w:top w:w="55" w:type="dxa"/>
              <w:left w:w="80" w:type="dxa"/>
              <w:bottom w:w="55" w:type="dxa"/>
              <w:right w:w="80" w:type="dxa"/>
            </w:tcMar>
            <w:vAlign w:val="center"/>
          </w:tcPr>
          <w:p w14:paraId="7FF9CB5D" w14:textId="77777777" w:rsidR="00DB793E" w:rsidRDefault="00000000">
            <w:r>
              <w:rPr>
                <w:rFonts w:eastAsia="Times New Roman" w:cs="Times New Roman"/>
                <w:sz w:val="16"/>
              </w:rPr>
              <w:t>INTRA</w:t>
            </w:r>
          </w:p>
        </w:tc>
        <w:tc>
          <w:tcPr>
            <w:tcW w:w="3033" w:type="dxa"/>
            <w:tcMar>
              <w:top w:w="55" w:type="dxa"/>
              <w:left w:w="80" w:type="dxa"/>
              <w:bottom w:w="55" w:type="dxa"/>
              <w:right w:w="80" w:type="dxa"/>
            </w:tcMar>
            <w:vAlign w:val="center"/>
          </w:tcPr>
          <w:p w14:paraId="2CFBA433" w14:textId="77777777" w:rsidR="00DB793E" w:rsidRDefault="00000000">
            <w:r>
              <w:rPr>
                <w:rFonts w:eastAsia="Times New Roman" w:cs="Times New Roman"/>
                <w:sz w:val="16"/>
              </w:rPr>
              <w:t>Average precision</w:t>
            </w:r>
          </w:p>
        </w:tc>
        <w:tc>
          <w:tcPr>
            <w:tcW w:w="2729" w:type="dxa"/>
            <w:tcMar>
              <w:top w:w="55" w:type="dxa"/>
              <w:left w:w="80" w:type="dxa"/>
              <w:bottom w:w="55" w:type="dxa"/>
              <w:right w:w="80" w:type="dxa"/>
            </w:tcMar>
            <w:vAlign w:val="center"/>
          </w:tcPr>
          <w:p w14:paraId="4CD70448" w14:textId="77777777" w:rsidR="00DB793E" w:rsidRDefault="00000000">
            <w:pPr>
              <w:jc w:val="center"/>
            </w:pPr>
            <w:r>
              <w:rPr>
                <w:rFonts w:eastAsia="Times New Roman" w:cs="Times New Roman"/>
                <w:sz w:val="16"/>
              </w:rPr>
              <w:t>0.310 (0.031)</w:t>
            </w:r>
          </w:p>
        </w:tc>
        <w:tc>
          <w:tcPr>
            <w:tcW w:w="3033" w:type="dxa"/>
            <w:tcMar>
              <w:top w:w="55" w:type="dxa"/>
              <w:left w:w="80" w:type="dxa"/>
              <w:bottom w:w="55" w:type="dxa"/>
              <w:right w:w="80" w:type="dxa"/>
            </w:tcMar>
            <w:vAlign w:val="center"/>
          </w:tcPr>
          <w:p w14:paraId="6FCC0A22" w14:textId="77777777" w:rsidR="00DB793E" w:rsidRDefault="00000000">
            <w:pPr>
              <w:jc w:val="center"/>
            </w:pPr>
            <w:r>
              <w:rPr>
                <w:rFonts w:eastAsia="Times New Roman" w:cs="Times New Roman"/>
                <w:sz w:val="16"/>
              </w:rPr>
              <w:t>0.261–0.352</w:t>
            </w:r>
          </w:p>
        </w:tc>
        <w:tc>
          <w:tcPr>
            <w:tcW w:w="3035" w:type="dxa"/>
            <w:tcMar>
              <w:top w:w="55" w:type="dxa"/>
              <w:left w:w="80" w:type="dxa"/>
              <w:bottom w:w="55" w:type="dxa"/>
              <w:right w:w="80" w:type="dxa"/>
            </w:tcMar>
            <w:vAlign w:val="center"/>
          </w:tcPr>
          <w:p w14:paraId="01AD9B3D" w14:textId="77777777" w:rsidR="00DB793E" w:rsidRDefault="00000000">
            <w:pPr>
              <w:jc w:val="center"/>
            </w:pPr>
            <w:r>
              <w:rPr>
                <w:rFonts w:eastAsia="Times New Roman" w:cs="Times New Roman"/>
                <w:sz w:val="16"/>
              </w:rPr>
              <w:t>0.233–0.415</w:t>
            </w:r>
          </w:p>
        </w:tc>
      </w:tr>
      <w:tr w:rsidR="00DB793E" w14:paraId="03C1E802" w14:textId="77777777">
        <w:trPr>
          <w:cantSplit/>
        </w:trPr>
        <w:tc>
          <w:tcPr>
            <w:tcW w:w="2426" w:type="dxa"/>
            <w:tcMar>
              <w:top w:w="55" w:type="dxa"/>
              <w:left w:w="80" w:type="dxa"/>
              <w:bottom w:w="55" w:type="dxa"/>
              <w:right w:w="80" w:type="dxa"/>
            </w:tcMar>
            <w:vAlign w:val="center"/>
          </w:tcPr>
          <w:p w14:paraId="50F2D5F1" w14:textId="77777777" w:rsidR="00DB793E" w:rsidRDefault="00000000">
            <w:r>
              <w:rPr>
                <w:rFonts w:eastAsia="Times New Roman" w:cs="Times New Roman"/>
                <w:sz w:val="16"/>
              </w:rPr>
              <w:t>INTRA</w:t>
            </w:r>
          </w:p>
        </w:tc>
        <w:tc>
          <w:tcPr>
            <w:tcW w:w="3033" w:type="dxa"/>
            <w:tcMar>
              <w:top w:w="55" w:type="dxa"/>
              <w:left w:w="80" w:type="dxa"/>
              <w:bottom w:w="55" w:type="dxa"/>
              <w:right w:w="80" w:type="dxa"/>
            </w:tcMar>
            <w:vAlign w:val="center"/>
          </w:tcPr>
          <w:p w14:paraId="0F065C97" w14:textId="77777777" w:rsidR="00DB793E" w:rsidRDefault="00000000">
            <w:r>
              <w:rPr>
                <w:rFonts w:eastAsia="Times New Roman" w:cs="Times New Roman"/>
                <w:sz w:val="16"/>
              </w:rPr>
              <w:t>Brier</w:t>
            </w:r>
          </w:p>
        </w:tc>
        <w:tc>
          <w:tcPr>
            <w:tcW w:w="2729" w:type="dxa"/>
            <w:tcMar>
              <w:top w:w="55" w:type="dxa"/>
              <w:left w:w="80" w:type="dxa"/>
              <w:bottom w:w="55" w:type="dxa"/>
              <w:right w:w="80" w:type="dxa"/>
            </w:tcMar>
            <w:vAlign w:val="center"/>
          </w:tcPr>
          <w:p w14:paraId="021ABEC3" w14:textId="77777777" w:rsidR="00DB793E" w:rsidRDefault="00000000">
            <w:pPr>
              <w:jc w:val="center"/>
            </w:pPr>
            <w:r>
              <w:rPr>
                <w:rFonts w:eastAsia="Times New Roman" w:cs="Times New Roman"/>
                <w:sz w:val="16"/>
              </w:rPr>
              <w:t>0.193 (0.006)</w:t>
            </w:r>
          </w:p>
        </w:tc>
        <w:tc>
          <w:tcPr>
            <w:tcW w:w="3033" w:type="dxa"/>
            <w:tcMar>
              <w:top w:w="55" w:type="dxa"/>
              <w:left w:w="80" w:type="dxa"/>
              <w:bottom w:w="55" w:type="dxa"/>
              <w:right w:w="80" w:type="dxa"/>
            </w:tcMar>
            <w:vAlign w:val="center"/>
          </w:tcPr>
          <w:p w14:paraId="5714F144" w14:textId="77777777" w:rsidR="00DB793E" w:rsidRDefault="00000000">
            <w:pPr>
              <w:jc w:val="center"/>
            </w:pPr>
            <w:r>
              <w:rPr>
                <w:rFonts w:eastAsia="Times New Roman" w:cs="Times New Roman"/>
                <w:sz w:val="16"/>
              </w:rPr>
              <w:t>0.186–0.201</w:t>
            </w:r>
          </w:p>
        </w:tc>
        <w:tc>
          <w:tcPr>
            <w:tcW w:w="3035" w:type="dxa"/>
            <w:tcMar>
              <w:top w:w="55" w:type="dxa"/>
              <w:left w:w="80" w:type="dxa"/>
              <w:bottom w:w="55" w:type="dxa"/>
              <w:right w:w="80" w:type="dxa"/>
            </w:tcMar>
            <w:vAlign w:val="center"/>
          </w:tcPr>
          <w:p w14:paraId="5978A0E9" w14:textId="77777777" w:rsidR="00DB793E" w:rsidRDefault="00000000">
            <w:pPr>
              <w:jc w:val="center"/>
            </w:pPr>
            <w:r>
              <w:rPr>
                <w:rFonts w:eastAsia="Times New Roman" w:cs="Times New Roman"/>
                <w:sz w:val="16"/>
              </w:rPr>
              <w:t>0.157–0.227</w:t>
            </w:r>
          </w:p>
        </w:tc>
      </w:tr>
      <w:tr w:rsidR="00DB793E" w14:paraId="30A25F9E" w14:textId="77777777">
        <w:trPr>
          <w:cantSplit/>
        </w:trPr>
        <w:tc>
          <w:tcPr>
            <w:tcW w:w="2426" w:type="dxa"/>
            <w:tcMar>
              <w:top w:w="55" w:type="dxa"/>
              <w:left w:w="80" w:type="dxa"/>
              <w:bottom w:w="55" w:type="dxa"/>
              <w:right w:w="80" w:type="dxa"/>
            </w:tcMar>
            <w:vAlign w:val="center"/>
          </w:tcPr>
          <w:p w14:paraId="40EE54A4" w14:textId="77777777" w:rsidR="00DB793E" w:rsidRDefault="00000000">
            <w:r>
              <w:rPr>
                <w:rFonts w:eastAsia="Times New Roman" w:cs="Times New Roman"/>
                <w:sz w:val="16"/>
              </w:rPr>
              <w:t>INTRA</w:t>
            </w:r>
          </w:p>
        </w:tc>
        <w:tc>
          <w:tcPr>
            <w:tcW w:w="3033" w:type="dxa"/>
            <w:tcMar>
              <w:top w:w="55" w:type="dxa"/>
              <w:left w:w="80" w:type="dxa"/>
              <w:bottom w:w="55" w:type="dxa"/>
              <w:right w:w="80" w:type="dxa"/>
            </w:tcMar>
            <w:vAlign w:val="center"/>
          </w:tcPr>
          <w:p w14:paraId="1231EF19" w14:textId="77777777" w:rsidR="00DB793E" w:rsidRDefault="00000000">
            <w:r>
              <w:rPr>
                <w:rFonts w:eastAsia="Times New Roman" w:cs="Times New Roman"/>
                <w:sz w:val="16"/>
              </w:rPr>
              <w:t>Calibration intercept</w:t>
            </w:r>
          </w:p>
        </w:tc>
        <w:tc>
          <w:tcPr>
            <w:tcW w:w="2729" w:type="dxa"/>
            <w:tcMar>
              <w:top w:w="55" w:type="dxa"/>
              <w:left w:w="80" w:type="dxa"/>
              <w:bottom w:w="55" w:type="dxa"/>
              <w:right w:w="80" w:type="dxa"/>
            </w:tcMar>
            <w:vAlign w:val="center"/>
          </w:tcPr>
          <w:p w14:paraId="20AE4B8E" w14:textId="77777777" w:rsidR="00DB793E" w:rsidRDefault="00000000">
            <w:pPr>
              <w:jc w:val="center"/>
            </w:pPr>
            <w:r>
              <w:rPr>
                <w:rFonts w:eastAsia="Times New Roman" w:cs="Times New Roman"/>
                <w:sz w:val="16"/>
              </w:rPr>
              <w:t>−0.736 (0.331)</w:t>
            </w:r>
          </w:p>
        </w:tc>
        <w:tc>
          <w:tcPr>
            <w:tcW w:w="3033" w:type="dxa"/>
            <w:tcMar>
              <w:top w:w="55" w:type="dxa"/>
              <w:left w:w="80" w:type="dxa"/>
              <w:bottom w:w="55" w:type="dxa"/>
              <w:right w:w="80" w:type="dxa"/>
            </w:tcMar>
            <w:vAlign w:val="center"/>
          </w:tcPr>
          <w:p w14:paraId="59954646" w14:textId="77777777" w:rsidR="00DB793E" w:rsidRDefault="00000000">
            <w:pPr>
              <w:jc w:val="center"/>
            </w:pPr>
            <w:r>
              <w:rPr>
                <w:rFonts w:eastAsia="Times New Roman" w:cs="Times New Roman"/>
                <w:sz w:val="16"/>
              </w:rPr>
              <w:t>−1.199–−0.290</w:t>
            </w:r>
          </w:p>
        </w:tc>
        <w:tc>
          <w:tcPr>
            <w:tcW w:w="3035" w:type="dxa"/>
            <w:tcMar>
              <w:top w:w="55" w:type="dxa"/>
              <w:left w:w="80" w:type="dxa"/>
              <w:bottom w:w="55" w:type="dxa"/>
              <w:right w:w="80" w:type="dxa"/>
            </w:tcMar>
            <w:vAlign w:val="center"/>
          </w:tcPr>
          <w:p w14:paraId="4EB5D467" w14:textId="77777777" w:rsidR="00DB793E" w:rsidRDefault="00000000">
            <w:pPr>
              <w:jc w:val="center"/>
            </w:pPr>
            <w:r>
              <w:rPr>
                <w:rFonts w:eastAsia="Times New Roman" w:cs="Times New Roman"/>
                <w:sz w:val="16"/>
              </w:rPr>
              <w:t>−1.517–0.028</w:t>
            </w:r>
          </w:p>
        </w:tc>
      </w:tr>
      <w:tr w:rsidR="00DB793E" w14:paraId="50983089" w14:textId="77777777">
        <w:trPr>
          <w:cantSplit/>
        </w:trPr>
        <w:tc>
          <w:tcPr>
            <w:tcW w:w="2426" w:type="dxa"/>
            <w:tcMar>
              <w:top w:w="55" w:type="dxa"/>
              <w:left w:w="80" w:type="dxa"/>
              <w:bottom w:w="55" w:type="dxa"/>
              <w:right w:w="80" w:type="dxa"/>
            </w:tcMar>
            <w:vAlign w:val="center"/>
          </w:tcPr>
          <w:p w14:paraId="603AEEF6" w14:textId="77777777" w:rsidR="00DB793E" w:rsidRDefault="00000000">
            <w:r>
              <w:rPr>
                <w:rFonts w:eastAsia="Times New Roman" w:cs="Times New Roman"/>
                <w:sz w:val="16"/>
              </w:rPr>
              <w:t>INTRA</w:t>
            </w:r>
          </w:p>
        </w:tc>
        <w:tc>
          <w:tcPr>
            <w:tcW w:w="3033" w:type="dxa"/>
            <w:tcMar>
              <w:top w:w="55" w:type="dxa"/>
              <w:left w:w="80" w:type="dxa"/>
              <w:bottom w:w="55" w:type="dxa"/>
              <w:right w:w="80" w:type="dxa"/>
            </w:tcMar>
            <w:vAlign w:val="center"/>
          </w:tcPr>
          <w:p w14:paraId="4FEE46E8" w14:textId="77777777" w:rsidR="00DB793E" w:rsidRDefault="00000000">
            <w:r>
              <w:rPr>
                <w:rFonts w:eastAsia="Times New Roman" w:cs="Times New Roman"/>
                <w:sz w:val="16"/>
              </w:rPr>
              <w:t>Calibration slope</w:t>
            </w:r>
          </w:p>
        </w:tc>
        <w:tc>
          <w:tcPr>
            <w:tcW w:w="2729" w:type="dxa"/>
            <w:tcMar>
              <w:top w:w="55" w:type="dxa"/>
              <w:left w:w="80" w:type="dxa"/>
              <w:bottom w:w="55" w:type="dxa"/>
              <w:right w:w="80" w:type="dxa"/>
            </w:tcMar>
            <w:vAlign w:val="center"/>
          </w:tcPr>
          <w:p w14:paraId="03230F92" w14:textId="77777777" w:rsidR="00DB793E" w:rsidRDefault="00000000">
            <w:pPr>
              <w:jc w:val="center"/>
            </w:pPr>
            <w:r>
              <w:rPr>
                <w:rFonts w:eastAsia="Times New Roman" w:cs="Times New Roman"/>
                <w:sz w:val="16"/>
              </w:rPr>
              <w:t>0.302 (0.305)</w:t>
            </w:r>
          </w:p>
        </w:tc>
        <w:tc>
          <w:tcPr>
            <w:tcW w:w="3033" w:type="dxa"/>
            <w:tcMar>
              <w:top w:w="55" w:type="dxa"/>
              <w:left w:w="80" w:type="dxa"/>
              <w:bottom w:w="55" w:type="dxa"/>
              <w:right w:w="80" w:type="dxa"/>
            </w:tcMar>
            <w:vAlign w:val="center"/>
          </w:tcPr>
          <w:p w14:paraId="73190CFB" w14:textId="77777777" w:rsidR="00DB793E" w:rsidRDefault="00000000">
            <w:pPr>
              <w:jc w:val="center"/>
            </w:pPr>
            <w:r>
              <w:rPr>
                <w:rFonts w:eastAsia="Times New Roman" w:cs="Times New Roman"/>
                <w:sz w:val="16"/>
              </w:rPr>
              <w:t>−0.119–0.738</w:t>
            </w:r>
          </w:p>
        </w:tc>
        <w:tc>
          <w:tcPr>
            <w:tcW w:w="3035" w:type="dxa"/>
            <w:tcMar>
              <w:top w:w="55" w:type="dxa"/>
              <w:left w:w="80" w:type="dxa"/>
              <w:bottom w:w="55" w:type="dxa"/>
              <w:right w:w="80" w:type="dxa"/>
            </w:tcMar>
            <w:vAlign w:val="center"/>
          </w:tcPr>
          <w:p w14:paraId="2313FB30" w14:textId="77777777" w:rsidR="00DB793E" w:rsidRDefault="00000000">
            <w:pPr>
              <w:jc w:val="center"/>
            </w:pPr>
            <w:r>
              <w:rPr>
                <w:rFonts w:eastAsia="Times New Roman" w:cs="Times New Roman"/>
                <w:sz w:val="16"/>
              </w:rPr>
              <w:t>−0.253–1.007</w:t>
            </w:r>
          </w:p>
        </w:tc>
      </w:tr>
      <w:tr w:rsidR="00DB793E" w14:paraId="17B0254E" w14:textId="77777777">
        <w:trPr>
          <w:cantSplit/>
        </w:trPr>
        <w:tc>
          <w:tcPr>
            <w:tcW w:w="2426" w:type="dxa"/>
            <w:tcMar>
              <w:top w:w="55" w:type="dxa"/>
              <w:left w:w="80" w:type="dxa"/>
              <w:bottom w:w="55" w:type="dxa"/>
              <w:right w:w="80" w:type="dxa"/>
            </w:tcMar>
            <w:vAlign w:val="center"/>
          </w:tcPr>
          <w:p w14:paraId="798AD846" w14:textId="77777777" w:rsidR="00DB793E" w:rsidRDefault="00000000">
            <w:r>
              <w:rPr>
                <w:rFonts w:eastAsia="Times New Roman" w:cs="Times New Roman"/>
                <w:sz w:val="16"/>
              </w:rPr>
              <w:t>INTRA</w:t>
            </w:r>
          </w:p>
        </w:tc>
        <w:tc>
          <w:tcPr>
            <w:tcW w:w="3033" w:type="dxa"/>
            <w:tcMar>
              <w:top w:w="55" w:type="dxa"/>
              <w:left w:w="80" w:type="dxa"/>
              <w:bottom w:w="55" w:type="dxa"/>
              <w:right w:w="80" w:type="dxa"/>
            </w:tcMar>
            <w:vAlign w:val="center"/>
          </w:tcPr>
          <w:p w14:paraId="5E97F3D5" w14:textId="77777777" w:rsidR="00DB793E" w:rsidRDefault="00000000">
            <w:r>
              <w:rPr>
                <w:rFonts w:eastAsia="Times New Roman" w:cs="Times New Roman"/>
                <w:sz w:val="16"/>
              </w:rPr>
              <w:t>Brier skill</w:t>
            </w:r>
          </w:p>
        </w:tc>
        <w:tc>
          <w:tcPr>
            <w:tcW w:w="2729" w:type="dxa"/>
            <w:tcMar>
              <w:top w:w="55" w:type="dxa"/>
              <w:left w:w="80" w:type="dxa"/>
              <w:bottom w:w="55" w:type="dxa"/>
              <w:right w:w="80" w:type="dxa"/>
            </w:tcMar>
            <w:vAlign w:val="center"/>
          </w:tcPr>
          <w:p w14:paraId="06721CB5" w14:textId="77777777" w:rsidR="00DB793E" w:rsidRDefault="00000000">
            <w:pPr>
              <w:jc w:val="center"/>
            </w:pPr>
            <w:r>
              <w:rPr>
                <w:rFonts w:eastAsia="Times New Roman" w:cs="Times New Roman"/>
                <w:sz w:val="16"/>
              </w:rPr>
              <w:t>−0.014 (0.029)</w:t>
            </w:r>
          </w:p>
        </w:tc>
        <w:tc>
          <w:tcPr>
            <w:tcW w:w="3033" w:type="dxa"/>
            <w:tcMar>
              <w:top w:w="55" w:type="dxa"/>
              <w:left w:w="80" w:type="dxa"/>
              <w:bottom w:w="55" w:type="dxa"/>
              <w:right w:w="80" w:type="dxa"/>
            </w:tcMar>
            <w:vAlign w:val="center"/>
          </w:tcPr>
          <w:p w14:paraId="62C3F590" w14:textId="77777777" w:rsidR="00DB793E" w:rsidRDefault="00000000">
            <w:pPr>
              <w:jc w:val="center"/>
            </w:pPr>
            <w:r>
              <w:rPr>
                <w:rFonts w:eastAsia="Times New Roman" w:cs="Times New Roman"/>
                <w:sz w:val="16"/>
              </w:rPr>
              <w:t>−0.058–0.023</w:t>
            </w:r>
          </w:p>
        </w:tc>
        <w:tc>
          <w:tcPr>
            <w:tcW w:w="3035" w:type="dxa"/>
            <w:tcMar>
              <w:top w:w="55" w:type="dxa"/>
              <w:left w:w="80" w:type="dxa"/>
              <w:bottom w:w="55" w:type="dxa"/>
              <w:right w:w="80" w:type="dxa"/>
            </w:tcMar>
            <w:vAlign w:val="center"/>
          </w:tcPr>
          <w:p w14:paraId="12B07CCB" w14:textId="77777777" w:rsidR="00DB793E" w:rsidRDefault="00000000">
            <w:pPr>
              <w:jc w:val="center"/>
            </w:pPr>
            <w:r>
              <w:rPr>
                <w:rFonts w:eastAsia="Times New Roman" w:cs="Times New Roman"/>
                <w:sz w:val="16"/>
              </w:rPr>
              <w:t>−0.066–0.032</w:t>
            </w:r>
          </w:p>
        </w:tc>
      </w:tr>
      <w:tr w:rsidR="00DB793E" w14:paraId="045B449D" w14:textId="77777777">
        <w:trPr>
          <w:cantSplit/>
        </w:trPr>
        <w:tc>
          <w:tcPr>
            <w:tcW w:w="2426" w:type="dxa"/>
            <w:tcMar>
              <w:top w:w="55" w:type="dxa"/>
              <w:left w:w="80" w:type="dxa"/>
              <w:bottom w:w="55" w:type="dxa"/>
              <w:right w:w="80" w:type="dxa"/>
            </w:tcMar>
            <w:vAlign w:val="center"/>
          </w:tcPr>
          <w:p w14:paraId="5B93E598" w14:textId="6E3EC6AF" w:rsidR="00DB793E" w:rsidRDefault="00000000">
            <w:r>
              <w:rPr>
                <w:rFonts w:eastAsia="Times New Roman" w:cs="Times New Roman"/>
                <w:sz w:val="16"/>
              </w:rPr>
              <w:t>Peri1mm</w:t>
            </w:r>
          </w:p>
        </w:tc>
        <w:tc>
          <w:tcPr>
            <w:tcW w:w="3033" w:type="dxa"/>
            <w:tcMar>
              <w:top w:w="55" w:type="dxa"/>
              <w:left w:w="80" w:type="dxa"/>
              <w:bottom w:w="55" w:type="dxa"/>
              <w:right w:w="80" w:type="dxa"/>
            </w:tcMar>
            <w:vAlign w:val="center"/>
          </w:tcPr>
          <w:p w14:paraId="53DBE444" w14:textId="77777777" w:rsidR="00DB793E" w:rsidRDefault="00000000">
            <w:r>
              <w:rPr>
                <w:rFonts w:eastAsia="Times New Roman" w:cs="Times New Roman"/>
                <w:sz w:val="16"/>
              </w:rPr>
              <w:t>AUC</w:t>
            </w:r>
          </w:p>
        </w:tc>
        <w:tc>
          <w:tcPr>
            <w:tcW w:w="2729" w:type="dxa"/>
            <w:tcMar>
              <w:top w:w="55" w:type="dxa"/>
              <w:left w:w="80" w:type="dxa"/>
              <w:bottom w:w="55" w:type="dxa"/>
              <w:right w:w="80" w:type="dxa"/>
            </w:tcMar>
            <w:vAlign w:val="center"/>
          </w:tcPr>
          <w:p w14:paraId="35D0DBB2" w14:textId="77777777" w:rsidR="00DB793E" w:rsidRDefault="00000000">
            <w:pPr>
              <w:jc w:val="center"/>
            </w:pPr>
            <w:r>
              <w:rPr>
                <w:rFonts w:eastAsia="Times New Roman" w:cs="Times New Roman"/>
                <w:sz w:val="16"/>
              </w:rPr>
              <w:t>0.507 (0.035)</w:t>
            </w:r>
          </w:p>
        </w:tc>
        <w:tc>
          <w:tcPr>
            <w:tcW w:w="3033" w:type="dxa"/>
            <w:tcMar>
              <w:top w:w="55" w:type="dxa"/>
              <w:left w:w="80" w:type="dxa"/>
              <w:bottom w:w="55" w:type="dxa"/>
              <w:right w:w="80" w:type="dxa"/>
            </w:tcMar>
            <w:vAlign w:val="center"/>
          </w:tcPr>
          <w:p w14:paraId="28891116" w14:textId="77777777" w:rsidR="00DB793E" w:rsidRDefault="00000000">
            <w:pPr>
              <w:jc w:val="center"/>
            </w:pPr>
            <w:r>
              <w:rPr>
                <w:rFonts w:eastAsia="Times New Roman" w:cs="Times New Roman"/>
                <w:sz w:val="16"/>
              </w:rPr>
              <w:t>0.456–0.567</w:t>
            </w:r>
          </w:p>
        </w:tc>
        <w:tc>
          <w:tcPr>
            <w:tcW w:w="3035" w:type="dxa"/>
            <w:tcMar>
              <w:top w:w="55" w:type="dxa"/>
              <w:left w:w="80" w:type="dxa"/>
              <w:bottom w:w="55" w:type="dxa"/>
              <w:right w:w="80" w:type="dxa"/>
            </w:tcMar>
            <w:vAlign w:val="center"/>
          </w:tcPr>
          <w:p w14:paraId="2D612F2B" w14:textId="77777777" w:rsidR="00DB793E" w:rsidRDefault="00000000">
            <w:pPr>
              <w:jc w:val="center"/>
            </w:pPr>
            <w:r>
              <w:rPr>
                <w:rFonts w:eastAsia="Times New Roman" w:cs="Times New Roman"/>
                <w:sz w:val="16"/>
              </w:rPr>
              <w:t>0.439–0.574</w:t>
            </w:r>
          </w:p>
        </w:tc>
      </w:tr>
      <w:tr w:rsidR="00DB793E" w14:paraId="11D62C7C" w14:textId="77777777">
        <w:trPr>
          <w:cantSplit/>
        </w:trPr>
        <w:tc>
          <w:tcPr>
            <w:tcW w:w="2426" w:type="dxa"/>
            <w:tcMar>
              <w:top w:w="55" w:type="dxa"/>
              <w:left w:w="80" w:type="dxa"/>
              <w:bottom w:w="55" w:type="dxa"/>
              <w:right w:w="80" w:type="dxa"/>
            </w:tcMar>
            <w:vAlign w:val="center"/>
          </w:tcPr>
          <w:p w14:paraId="3C63F328" w14:textId="79591CC2" w:rsidR="00DB793E" w:rsidRDefault="00000000">
            <w:r>
              <w:rPr>
                <w:rFonts w:eastAsia="Times New Roman" w:cs="Times New Roman"/>
                <w:sz w:val="16"/>
              </w:rPr>
              <w:t>Peri1mm</w:t>
            </w:r>
          </w:p>
        </w:tc>
        <w:tc>
          <w:tcPr>
            <w:tcW w:w="3033" w:type="dxa"/>
            <w:tcMar>
              <w:top w:w="55" w:type="dxa"/>
              <w:left w:w="80" w:type="dxa"/>
              <w:bottom w:w="55" w:type="dxa"/>
              <w:right w:w="80" w:type="dxa"/>
            </w:tcMar>
            <w:vAlign w:val="center"/>
          </w:tcPr>
          <w:p w14:paraId="6174213E" w14:textId="77777777" w:rsidR="00DB793E" w:rsidRDefault="00000000">
            <w:r>
              <w:rPr>
                <w:rFonts w:eastAsia="Times New Roman" w:cs="Times New Roman"/>
                <w:sz w:val="16"/>
              </w:rPr>
              <w:t>Average precision</w:t>
            </w:r>
          </w:p>
        </w:tc>
        <w:tc>
          <w:tcPr>
            <w:tcW w:w="2729" w:type="dxa"/>
            <w:tcMar>
              <w:top w:w="55" w:type="dxa"/>
              <w:left w:w="80" w:type="dxa"/>
              <w:bottom w:w="55" w:type="dxa"/>
              <w:right w:w="80" w:type="dxa"/>
            </w:tcMar>
            <w:vAlign w:val="center"/>
          </w:tcPr>
          <w:p w14:paraId="3F2C2DF3" w14:textId="77777777" w:rsidR="00DB793E" w:rsidRDefault="00000000">
            <w:pPr>
              <w:jc w:val="center"/>
            </w:pPr>
            <w:r>
              <w:rPr>
                <w:rFonts w:eastAsia="Times New Roman" w:cs="Times New Roman"/>
                <w:sz w:val="16"/>
              </w:rPr>
              <w:t>0.288 (0.032)</w:t>
            </w:r>
          </w:p>
        </w:tc>
        <w:tc>
          <w:tcPr>
            <w:tcW w:w="3033" w:type="dxa"/>
            <w:tcMar>
              <w:top w:w="55" w:type="dxa"/>
              <w:left w:w="80" w:type="dxa"/>
              <w:bottom w:w="55" w:type="dxa"/>
              <w:right w:w="80" w:type="dxa"/>
            </w:tcMar>
            <w:vAlign w:val="center"/>
          </w:tcPr>
          <w:p w14:paraId="1CEBA8BC" w14:textId="77777777" w:rsidR="00DB793E" w:rsidRDefault="00000000">
            <w:pPr>
              <w:jc w:val="center"/>
            </w:pPr>
            <w:r>
              <w:rPr>
                <w:rFonts w:eastAsia="Times New Roman" w:cs="Times New Roman"/>
                <w:sz w:val="16"/>
              </w:rPr>
              <w:t>0.230–0.327</w:t>
            </w:r>
          </w:p>
        </w:tc>
        <w:tc>
          <w:tcPr>
            <w:tcW w:w="3035" w:type="dxa"/>
            <w:tcMar>
              <w:top w:w="55" w:type="dxa"/>
              <w:left w:w="80" w:type="dxa"/>
              <w:bottom w:w="55" w:type="dxa"/>
              <w:right w:w="80" w:type="dxa"/>
            </w:tcMar>
            <w:vAlign w:val="center"/>
          </w:tcPr>
          <w:p w14:paraId="17B4E587" w14:textId="77777777" w:rsidR="00DB793E" w:rsidRDefault="00000000">
            <w:pPr>
              <w:jc w:val="center"/>
            </w:pPr>
            <w:r>
              <w:rPr>
                <w:rFonts w:eastAsia="Times New Roman" w:cs="Times New Roman"/>
                <w:sz w:val="16"/>
              </w:rPr>
              <w:t>0.218–0.391</w:t>
            </w:r>
          </w:p>
        </w:tc>
      </w:tr>
      <w:tr w:rsidR="00DB793E" w14:paraId="6C770707" w14:textId="77777777">
        <w:trPr>
          <w:cantSplit/>
        </w:trPr>
        <w:tc>
          <w:tcPr>
            <w:tcW w:w="2426" w:type="dxa"/>
            <w:tcMar>
              <w:top w:w="55" w:type="dxa"/>
              <w:left w:w="80" w:type="dxa"/>
              <w:bottom w:w="55" w:type="dxa"/>
              <w:right w:w="80" w:type="dxa"/>
            </w:tcMar>
            <w:vAlign w:val="center"/>
          </w:tcPr>
          <w:p w14:paraId="60754C9D" w14:textId="6AB141F9" w:rsidR="00DB793E" w:rsidRDefault="00000000">
            <w:r>
              <w:rPr>
                <w:rFonts w:eastAsia="Times New Roman" w:cs="Times New Roman"/>
                <w:sz w:val="16"/>
              </w:rPr>
              <w:t>Peri1mm</w:t>
            </w:r>
          </w:p>
        </w:tc>
        <w:tc>
          <w:tcPr>
            <w:tcW w:w="3033" w:type="dxa"/>
            <w:tcMar>
              <w:top w:w="55" w:type="dxa"/>
              <w:left w:w="80" w:type="dxa"/>
              <w:bottom w:w="55" w:type="dxa"/>
              <w:right w:w="80" w:type="dxa"/>
            </w:tcMar>
            <w:vAlign w:val="center"/>
          </w:tcPr>
          <w:p w14:paraId="0F090C63" w14:textId="77777777" w:rsidR="00DB793E" w:rsidRDefault="00000000">
            <w:r>
              <w:rPr>
                <w:rFonts w:eastAsia="Times New Roman" w:cs="Times New Roman"/>
                <w:sz w:val="16"/>
              </w:rPr>
              <w:t>Brier</w:t>
            </w:r>
          </w:p>
        </w:tc>
        <w:tc>
          <w:tcPr>
            <w:tcW w:w="2729" w:type="dxa"/>
            <w:tcMar>
              <w:top w:w="55" w:type="dxa"/>
              <w:left w:w="80" w:type="dxa"/>
              <w:bottom w:w="55" w:type="dxa"/>
              <w:right w:w="80" w:type="dxa"/>
            </w:tcMar>
            <w:vAlign w:val="center"/>
          </w:tcPr>
          <w:p w14:paraId="692CF446" w14:textId="77777777" w:rsidR="00DB793E" w:rsidRDefault="00000000">
            <w:pPr>
              <w:jc w:val="center"/>
            </w:pPr>
            <w:r>
              <w:rPr>
                <w:rFonts w:eastAsia="Times New Roman" w:cs="Times New Roman"/>
                <w:sz w:val="16"/>
              </w:rPr>
              <w:t>0.197 (0.005)</w:t>
            </w:r>
          </w:p>
        </w:tc>
        <w:tc>
          <w:tcPr>
            <w:tcW w:w="3033" w:type="dxa"/>
            <w:tcMar>
              <w:top w:w="55" w:type="dxa"/>
              <w:left w:w="80" w:type="dxa"/>
              <w:bottom w:w="55" w:type="dxa"/>
              <w:right w:w="80" w:type="dxa"/>
            </w:tcMar>
            <w:vAlign w:val="center"/>
          </w:tcPr>
          <w:p w14:paraId="7CA4181D" w14:textId="77777777" w:rsidR="00DB793E" w:rsidRDefault="00000000">
            <w:pPr>
              <w:jc w:val="center"/>
            </w:pPr>
            <w:r>
              <w:rPr>
                <w:rFonts w:eastAsia="Times New Roman" w:cs="Times New Roman"/>
                <w:sz w:val="16"/>
              </w:rPr>
              <w:t>0.188–0.208</w:t>
            </w:r>
          </w:p>
        </w:tc>
        <w:tc>
          <w:tcPr>
            <w:tcW w:w="3035" w:type="dxa"/>
            <w:tcMar>
              <w:top w:w="55" w:type="dxa"/>
              <w:left w:w="80" w:type="dxa"/>
              <w:bottom w:w="55" w:type="dxa"/>
              <w:right w:w="80" w:type="dxa"/>
            </w:tcMar>
            <w:vAlign w:val="center"/>
          </w:tcPr>
          <w:p w14:paraId="3E3E05F3" w14:textId="77777777" w:rsidR="00DB793E" w:rsidRDefault="00000000">
            <w:pPr>
              <w:jc w:val="center"/>
            </w:pPr>
            <w:r>
              <w:rPr>
                <w:rFonts w:eastAsia="Times New Roman" w:cs="Times New Roman"/>
                <w:sz w:val="16"/>
              </w:rPr>
              <w:t>0.161–0.232</w:t>
            </w:r>
          </w:p>
        </w:tc>
      </w:tr>
      <w:tr w:rsidR="00DB793E" w14:paraId="0F3709E1" w14:textId="77777777">
        <w:trPr>
          <w:cantSplit/>
        </w:trPr>
        <w:tc>
          <w:tcPr>
            <w:tcW w:w="2426" w:type="dxa"/>
            <w:tcMar>
              <w:top w:w="55" w:type="dxa"/>
              <w:left w:w="80" w:type="dxa"/>
              <w:bottom w:w="55" w:type="dxa"/>
              <w:right w:w="80" w:type="dxa"/>
            </w:tcMar>
            <w:vAlign w:val="center"/>
          </w:tcPr>
          <w:p w14:paraId="2D5589E3" w14:textId="2D3CE545" w:rsidR="00DB793E" w:rsidRDefault="00000000">
            <w:r>
              <w:rPr>
                <w:rFonts w:eastAsia="Times New Roman" w:cs="Times New Roman"/>
                <w:sz w:val="16"/>
              </w:rPr>
              <w:t>Peri1mm</w:t>
            </w:r>
          </w:p>
        </w:tc>
        <w:tc>
          <w:tcPr>
            <w:tcW w:w="3033" w:type="dxa"/>
            <w:tcMar>
              <w:top w:w="55" w:type="dxa"/>
              <w:left w:w="80" w:type="dxa"/>
              <w:bottom w:w="55" w:type="dxa"/>
              <w:right w:w="80" w:type="dxa"/>
            </w:tcMar>
            <w:vAlign w:val="center"/>
          </w:tcPr>
          <w:p w14:paraId="45978422" w14:textId="77777777" w:rsidR="00DB793E" w:rsidRDefault="00000000">
            <w:r>
              <w:rPr>
                <w:rFonts w:eastAsia="Times New Roman" w:cs="Times New Roman"/>
                <w:sz w:val="16"/>
              </w:rPr>
              <w:t>Calibration intercept</w:t>
            </w:r>
          </w:p>
        </w:tc>
        <w:tc>
          <w:tcPr>
            <w:tcW w:w="2729" w:type="dxa"/>
            <w:tcMar>
              <w:top w:w="55" w:type="dxa"/>
              <w:left w:w="80" w:type="dxa"/>
              <w:bottom w:w="55" w:type="dxa"/>
              <w:right w:w="80" w:type="dxa"/>
            </w:tcMar>
            <w:vAlign w:val="center"/>
          </w:tcPr>
          <w:p w14:paraId="60B4EECE" w14:textId="77777777" w:rsidR="00DB793E" w:rsidRDefault="00000000">
            <w:pPr>
              <w:jc w:val="center"/>
            </w:pPr>
            <w:r>
              <w:rPr>
                <w:rFonts w:eastAsia="Times New Roman" w:cs="Times New Roman"/>
                <w:sz w:val="16"/>
              </w:rPr>
              <w:t>−1.027 (0.395)</w:t>
            </w:r>
          </w:p>
        </w:tc>
        <w:tc>
          <w:tcPr>
            <w:tcW w:w="3033" w:type="dxa"/>
            <w:tcMar>
              <w:top w:w="55" w:type="dxa"/>
              <w:left w:w="80" w:type="dxa"/>
              <w:bottom w:w="55" w:type="dxa"/>
              <w:right w:w="80" w:type="dxa"/>
            </w:tcMar>
            <w:vAlign w:val="center"/>
          </w:tcPr>
          <w:p w14:paraId="183A489A" w14:textId="77777777" w:rsidR="00DB793E" w:rsidRDefault="00000000">
            <w:pPr>
              <w:jc w:val="center"/>
            </w:pPr>
            <w:r>
              <w:rPr>
                <w:rFonts w:eastAsia="Times New Roman" w:cs="Times New Roman"/>
                <w:sz w:val="16"/>
              </w:rPr>
              <w:t>−1.577–−0.279</w:t>
            </w:r>
          </w:p>
        </w:tc>
        <w:tc>
          <w:tcPr>
            <w:tcW w:w="3035" w:type="dxa"/>
            <w:tcMar>
              <w:top w:w="55" w:type="dxa"/>
              <w:left w:w="80" w:type="dxa"/>
              <w:bottom w:w="55" w:type="dxa"/>
              <w:right w:w="80" w:type="dxa"/>
            </w:tcMar>
            <w:vAlign w:val="center"/>
          </w:tcPr>
          <w:p w14:paraId="0F0007C7" w14:textId="77777777" w:rsidR="00DB793E" w:rsidRDefault="00000000">
            <w:pPr>
              <w:jc w:val="center"/>
            </w:pPr>
            <w:r>
              <w:rPr>
                <w:rFonts w:eastAsia="Times New Roman" w:cs="Times New Roman"/>
                <w:sz w:val="16"/>
              </w:rPr>
              <w:t>−1.860–−0.302</w:t>
            </w:r>
          </w:p>
        </w:tc>
      </w:tr>
      <w:tr w:rsidR="00DB793E" w14:paraId="5CB7AD46" w14:textId="77777777">
        <w:trPr>
          <w:cantSplit/>
        </w:trPr>
        <w:tc>
          <w:tcPr>
            <w:tcW w:w="2426" w:type="dxa"/>
            <w:tcMar>
              <w:top w:w="55" w:type="dxa"/>
              <w:left w:w="80" w:type="dxa"/>
              <w:bottom w:w="55" w:type="dxa"/>
              <w:right w:w="80" w:type="dxa"/>
            </w:tcMar>
            <w:vAlign w:val="center"/>
          </w:tcPr>
          <w:p w14:paraId="4D82B323" w14:textId="356997D0" w:rsidR="00DB793E" w:rsidRDefault="00000000">
            <w:r>
              <w:rPr>
                <w:rFonts w:eastAsia="Times New Roman" w:cs="Times New Roman"/>
                <w:sz w:val="16"/>
              </w:rPr>
              <w:t>Peri1mm</w:t>
            </w:r>
          </w:p>
        </w:tc>
        <w:tc>
          <w:tcPr>
            <w:tcW w:w="3033" w:type="dxa"/>
            <w:tcMar>
              <w:top w:w="55" w:type="dxa"/>
              <w:left w:w="80" w:type="dxa"/>
              <w:bottom w:w="55" w:type="dxa"/>
              <w:right w:w="80" w:type="dxa"/>
            </w:tcMar>
            <w:vAlign w:val="center"/>
          </w:tcPr>
          <w:p w14:paraId="2A1F1A9C" w14:textId="77777777" w:rsidR="00DB793E" w:rsidRDefault="00000000">
            <w:r>
              <w:rPr>
                <w:rFonts w:eastAsia="Times New Roman" w:cs="Times New Roman"/>
                <w:sz w:val="16"/>
              </w:rPr>
              <w:t>Calibration slope</w:t>
            </w:r>
          </w:p>
        </w:tc>
        <w:tc>
          <w:tcPr>
            <w:tcW w:w="2729" w:type="dxa"/>
            <w:tcMar>
              <w:top w:w="55" w:type="dxa"/>
              <w:left w:w="80" w:type="dxa"/>
              <w:bottom w:w="55" w:type="dxa"/>
              <w:right w:w="80" w:type="dxa"/>
            </w:tcMar>
            <w:vAlign w:val="center"/>
          </w:tcPr>
          <w:p w14:paraId="064CA4CC" w14:textId="77777777" w:rsidR="00DB793E" w:rsidRDefault="00000000">
            <w:pPr>
              <w:jc w:val="center"/>
            </w:pPr>
            <w:r>
              <w:rPr>
                <w:rFonts w:eastAsia="Times New Roman" w:cs="Times New Roman"/>
                <w:sz w:val="16"/>
              </w:rPr>
              <w:t>0.036 (0.335)</w:t>
            </w:r>
          </w:p>
        </w:tc>
        <w:tc>
          <w:tcPr>
            <w:tcW w:w="3033" w:type="dxa"/>
            <w:tcMar>
              <w:top w:w="55" w:type="dxa"/>
              <w:left w:w="80" w:type="dxa"/>
              <w:bottom w:w="55" w:type="dxa"/>
              <w:right w:w="80" w:type="dxa"/>
            </w:tcMar>
            <w:vAlign w:val="center"/>
          </w:tcPr>
          <w:p w14:paraId="455ADC95" w14:textId="77777777" w:rsidR="00DB793E" w:rsidRDefault="00000000">
            <w:pPr>
              <w:jc w:val="center"/>
            </w:pPr>
            <w:r>
              <w:rPr>
                <w:rFonts w:eastAsia="Times New Roman" w:cs="Times New Roman"/>
                <w:sz w:val="16"/>
              </w:rPr>
              <w:t>−0.435–0.676</w:t>
            </w:r>
          </w:p>
        </w:tc>
        <w:tc>
          <w:tcPr>
            <w:tcW w:w="3035" w:type="dxa"/>
            <w:tcMar>
              <w:top w:w="55" w:type="dxa"/>
              <w:left w:w="80" w:type="dxa"/>
              <w:bottom w:w="55" w:type="dxa"/>
              <w:right w:w="80" w:type="dxa"/>
            </w:tcMar>
            <w:vAlign w:val="center"/>
          </w:tcPr>
          <w:p w14:paraId="49CD1BFE" w14:textId="77777777" w:rsidR="00DB793E" w:rsidRDefault="00000000">
            <w:pPr>
              <w:jc w:val="center"/>
            </w:pPr>
            <w:r>
              <w:rPr>
                <w:rFonts w:eastAsia="Times New Roman" w:cs="Times New Roman"/>
                <w:sz w:val="16"/>
              </w:rPr>
              <w:t>−0.504–0.637</w:t>
            </w:r>
          </w:p>
        </w:tc>
      </w:tr>
      <w:tr w:rsidR="00DB793E" w14:paraId="516E13AC" w14:textId="77777777">
        <w:trPr>
          <w:cantSplit/>
        </w:trPr>
        <w:tc>
          <w:tcPr>
            <w:tcW w:w="2426" w:type="dxa"/>
            <w:tcMar>
              <w:top w:w="55" w:type="dxa"/>
              <w:left w:w="80" w:type="dxa"/>
              <w:bottom w:w="55" w:type="dxa"/>
              <w:right w:w="80" w:type="dxa"/>
            </w:tcMar>
            <w:vAlign w:val="center"/>
          </w:tcPr>
          <w:p w14:paraId="0D7F33A5" w14:textId="14344C8E" w:rsidR="00DB793E" w:rsidRDefault="00000000">
            <w:r>
              <w:rPr>
                <w:rFonts w:eastAsia="Times New Roman" w:cs="Times New Roman"/>
                <w:sz w:val="16"/>
              </w:rPr>
              <w:t>Peri1mm</w:t>
            </w:r>
          </w:p>
        </w:tc>
        <w:tc>
          <w:tcPr>
            <w:tcW w:w="3033" w:type="dxa"/>
            <w:tcMar>
              <w:top w:w="55" w:type="dxa"/>
              <w:left w:w="80" w:type="dxa"/>
              <w:bottom w:w="55" w:type="dxa"/>
              <w:right w:w="80" w:type="dxa"/>
            </w:tcMar>
            <w:vAlign w:val="center"/>
          </w:tcPr>
          <w:p w14:paraId="63ECF2EB" w14:textId="77777777" w:rsidR="00DB793E" w:rsidRDefault="00000000">
            <w:r>
              <w:rPr>
                <w:rFonts w:eastAsia="Times New Roman" w:cs="Times New Roman"/>
                <w:sz w:val="16"/>
              </w:rPr>
              <w:t>Brier skill</w:t>
            </w:r>
          </w:p>
        </w:tc>
        <w:tc>
          <w:tcPr>
            <w:tcW w:w="2729" w:type="dxa"/>
            <w:tcMar>
              <w:top w:w="55" w:type="dxa"/>
              <w:left w:w="80" w:type="dxa"/>
              <w:bottom w:w="55" w:type="dxa"/>
              <w:right w:w="80" w:type="dxa"/>
            </w:tcMar>
            <w:vAlign w:val="center"/>
          </w:tcPr>
          <w:p w14:paraId="14300122" w14:textId="77777777" w:rsidR="00DB793E" w:rsidRDefault="00000000">
            <w:pPr>
              <w:jc w:val="center"/>
            </w:pPr>
            <w:r>
              <w:rPr>
                <w:rFonts w:eastAsia="Times New Roman" w:cs="Times New Roman"/>
                <w:sz w:val="16"/>
              </w:rPr>
              <w:t>−0.035 (0.028)</w:t>
            </w:r>
          </w:p>
        </w:tc>
        <w:tc>
          <w:tcPr>
            <w:tcW w:w="3033" w:type="dxa"/>
            <w:tcMar>
              <w:top w:w="55" w:type="dxa"/>
              <w:left w:w="80" w:type="dxa"/>
              <w:bottom w:w="55" w:type="dxa"/>
              <w:right w:w="80" w:type="dxa"/>
            </w:tcMar>
            <w:vAlign w:val="center"/>
          </w:tcPr>
          <w:p w14:paraId="10A82E13" w14:textId="77777777" w:rsidR="00DB793E" w:rsidRDefault="00000000">
            <w:pPr>
              <w:jc w:val="center"/>
            </w:pPr>
            <w:r>
              <w:rPr>
                <w:rFonts w:eastAsia="Times New Roman" w:cs="Times New Roman"/>
                <w:sz w:val="16"/>
              </w:rPr>
              <w:t>−0.091–0.010</w:t>
            </w:r>
          </w:p>
        </w:tc>
        <w:tc>
          <w:tcPr>
            <w:tcW w:w="3035" w:type="dxa"/>
            <w:tcMar>
              <w:top w:w="55" w:type="dxa"/>
              <w:left w:w="80" w:type="dxa"/>
              <w:bottom w:w="55" w:type="dxa"/>
              <w:right w:w="80" w:type="dxa"/>
            </w:tcMar>
            <w:vAlign w:val="center"/>
          </w:tcPr>
          <w:p w14:paraId="1EFC55A3" w14:textId="77777777" w:rsidR="00DB793E" w:rsidRDefault="00000000">
            <w:pPr>
              <w:jc w:val="center"/>
            </w:pPr>
            <w:r>
              <w:rPr>
                <w:rFonts w:eastAsia="Times New Roman" w:cs="Times New Roman"/>
                <w:sz w:val="16"/>
              </w:rPr>
              <w:t>−0.081–0.011</w:t>
            </w:r>
          </w:p>
        </w:tc>
      </w:tr>
      <w:tr w:rsidR="00DB793E" w14:paraId="515A279A" w14:textId="77777777">
        <w:trPr>
          <w:cantSplit/>
        </w:trPr>
        <w:tc>
          <w:tcPr>
            <w:tcW w:w="2426" w:type="dxa"/>
            <w:tcMar>
              <w:top w:w="55" w:type="dxa"/>
              <w:left w:w="80" w:type="dxa"/>
              <w:bottom w:w="55" w:type="dxa"/>
              <w:right w:w="80" w:type="dxa"/>
            </w:tcMar>
            <w:vAlign w:val="center"/>
          </w:tcPr>
          <w:p w14:paraId="06F595F0" w14:textId="119744EB" w:rsidR="00DB793E" w:rsidRDefault="00000000">
            <w:r>
              <w:rPr>
                <w:rFonts w:eastAsia="Times New Roman" w:cs="Times New Roman"/>
                <w:sz w:val="16"/>
              </w:rPr>
              <w:t>Peri3mm</w:t>
            </w:r>
          </w:p>
        </w:tc>
        <w:tc>
          <w:tcPr>
            <w:tcW w:w="3033" w:type="dxa"/>
            <w:tcMar>
              <w:top w:w="55" w:type="dxa"/>
              <w:left w:w="80" w:type="dxa"/>
              <w:bottom w:w="55" w:type="dxa"/>
              <w:right w:w="80" w:type="dxa"/>
            </w:tcMar>
            <w:vAlign w:val="center"/>
          </w:tcPr>
          <w:p w14:paraId="1685D39C" w14:textId="77777777" w:rsidR="00DB793E" w:rsidRDefault="00000000">
            <w:r>
              <w:rPr>
                <w:rFonts w:eastAsia="Times New Roman" w:cs="Times New Roman"/>
                <w:sz w:val="16"/>
              </w:rPr>
              <w:t>AUC</w:t>
            </w:r>
          </w:p>
        </w:tc>
        <w:tc>
          <w:tcPr>
            <w:tcW w:w="2729" w:type="dxa"/>
            <w:tcMar>
              <w:top w:w="55" w:type="dxa"/>
              <w:left w:w="80" w:type="dxa"/>
              <w:bottom w:w="55" w:type="dxa"/>
              <w:right w:w="80" w:type="dxa"/>
            </w:tcMar>
            <w:vAlign w:val="center"/>
          </w:tcPr>
          <w:p w14:paraId="2713BCB9" w14:textId="77777777" w:rsidR="00DB793E" w:rsidRDefault="00000000">
            <w:pPr>
              <w:jc w:val="center"/>
            </w:pPr>
            <w:r>
              <w:rPr>
                <w:rFonts w:eastAsia="Times New Roman" w:cs="Times New Roman"/>
                <w:sz w:val="16"/>
              </w:rPr>
              <w:t>0.533 (0.033)</w:t>
            </w:r>
          </w:p>
        </w:tc>
        <w:tc>
          <w:tcPr>
            <w:tcW w:w="3033" w:type="dxa"/>
            <w:tcMar>
              <w:top w:w="55" w:type="dxa"/>
              <w:left w:w="80" w:type="dxa"/>
              <w:bottom w:w="55" w:type="dxa"/>
              <w:right w:w="80" w:type="dxa"/>
            </w:tcMar>
            <w:vAlign w:val="center"/>
          </w:tcPr>
          <w:p w14:paraId="3B3BCFC3" w14:textId="77777777" w:rsidR="00DB793E" w:rsidRDefault="00000000">
            <w:pPr>
              <w:jc w:val="center"/>
            </w:pPr>
            <w:r>
              <w:rPr>
                <w:rFonts w:eastAsia="Times New Roman" w:cs="Times New Roman"/>
                <w:sz w:val="16"/>
              </w:rPr>
              <w:t>0.484–0.594</w:t>
            </w:r>
          </w:p>
        </w:tc>
        <w:tc>
          <w:tcPr>
            <w:tcW w:w="3035" w:type="dxa"/>
            <w:tcMar>
              <w:top w:w="55" w:type="dxa"/>
              <w:left w:w="80" w:type="dxa"/>
              <w:bottom w:w="55" w:type="dxa"/>
              <w:right w:w="80" w:type="dxa"/>
            </w:tcMar>
            <w:vAlign w:val="center"/>
          </w:tcPr>
          <w:p w14:paraId="009E3B6B" w14:textId="77777777" w:rsidR="00DB793E" w:rsidRDefault="00000000">
            <w:pPr>
              <w:jc w:val="center"/>
            </w:pPr>
            <w:r>
              <w:rPr>
                <w:rFonts w:eastAsia="Times New Roman" w:cs="Times New Roman"/>
                <w:sz w:val="16"/>
              </w:rPr>
              <w:t>0.457–0.608</w:t>
            </w:r>
          </w:p>
        </w:tc>
      </w:tr>
      <w:tr w:rsidR="00DB793E" w14:paraId="3E29C3AC" w14:textId="77777777">
        <w:trPr>
          <w:cantSplit/>
        </w:trPr>
        <w:tc>
          <w:tcPr>
            <w:tcW w:w="2426" w:type="dxa"/>
            <w:tcMar>
              <w:top w:w="55" w:type="dxa"/>
              <w:left w:w="80" w:type="dxa"/>
              <w:bottom w:w="55" w:type="dxa"/>
              <w:right w:w="80" w:type="dxa"/>
            </w:tcMar>
            <w:vAlign w:val="center"/>
          </w:tcPr>
          <w:p w14:paraId="0AAE0D7A" w14:textId="2EF1D131" w:rsidR="00DB793E" w:rsidRDefault="00000000">
            <w:r>
              <w:rPr>
                <w:rFonts w:eastAsia="Times New Roman" w:cs="Times New Roman"/>
                <w:sz w:val="16"/>
              </w:rPr>
              <w:t>Peri3mm</w:t>
            </w:r>
          </w:p>
        </w:tc>
        <w:tc>
          <w:tcPr>
            <w:tcW w:w="3033" w:type="dxa"/>
            <w:tcMar>
              <w:top w:w="55" w:type="dxa"/>
              <w:left w:w="80" w:type="dxa"/>
              <w:bottom w:w="55" w:type="dxa"/>
              <w:right w:w="80" w:type="dxa"/>
            </w:tcMar>
            <w:vAlign w:val="center"/>
          </w:tcPr>
          <w:p w14:paraId="5247A7AF" w14:textId="77777777" w:rsidR="00DB793E" w:rsidRDefault="00000000">
            <w:r>
              <w:rPr>
                <w:rFonts w:eastAsia="Times New Roman" w:cs="Times New Roman"/>
                <w:sz w:val="16"/>
              </w:rPr>
              <w:t>Average precision</w:t>
            </w:r>
          </w:p>
        </w:tc>
        <w:tc>
          <w:tcPr>
            <w:tcW w:w="2729" w:type="dxa"/>
            <w:tcMar>
              <w:top w:w="55" w:type="dxa"/>
              <w:left w:w="80" w:type="dxa"/>
              <w:bottom w:w="55" w:type="dxa"/>
              <w:right w:w="80" w:type="dxa"/>
            </w:tcMar>
            <w:vAlign w:val="center"/>
          </w:tcPr>
          <w:p w14:paraId="21F8BE6A" w14:textId="77777777" w:rsidR="00DB793E" w:rsidRDefault="00000000">
            <w:pPr>
              <w:jc w:val="center"/>
            </w:pPr>
            <w:r>
              <w:rPr>
                <w:rFonts w:eastAsia="Times New Roman" w:cs="Times New Roman"/>
                <w:sz w:val="16"/>
              </w:rPr>
              <w:t>0.303 (0.030)</w:t>
            </w:r>
          </w:p>
        </w:tc>
        <w:tc>
          <w:tcPr>
            <w:tcW w:w="3033" w:type="dxa"/>
            <w:tcMar>
              <w:top w:w="55" w:type="dxa"/>
              <w:left w:w="80" w:type="dxa"/>
              <w:bottom w:w="55" w:type="dxa"/>
              <w:right w:w="80" w:type="dxa"/>
            </w:tcMar>
            <w:vAlign w:val="center"/>
          </w:tcPr>
          <w:p w14:paraId="5EADBA2E" w14:textId="77777777" w:rsidR="00DB793E" w:rsidRDefault="00000000">
            <w:pPr>
              <w:jc w:val="center"/>
            </w:pPr>
            <w:r>
              <w:rPr>
                <w:rFonts w:eastAsia="Times New Roman" w:cs="Times New Roman"/>
                <w:sz w:val="16"/>
              </w:rPr>
              <w:t>0.249–0.349</w:t>
            </w:r>
          </w:p>
        </w:tc>
        <w:tc>
          <w:tcPr>
            <w:tcW w:w="3035" w:type="dxa"/>
            <w:tcMar>
              <w:top w:w="55" w:type="dxa"/>
              <w:left w:w="80" w:type="dxa"/>
              <w:bottom w:w="55" w:type="dxa"/>
              <w:right w:w="80" w:type="dxa"/>
            </w:tcMar>
            <w:vAlign w:val="center"/>
          </w:tcPr>
          <w:p w14:paraId="49CC501A" w14:textId="77777777" w:rsidR="00DB793E" w:rsidRDefault="00000000">
            <w:pPr>
              <w:jc w:val="center"/>
            </w:pPr>
            <w:r>
              <w:rPr>
                <w:rFonts w:eastAsia="Times New Roman" w:cs="Times New Roman"/>
                <w:sz w:val="16"/>
              </w:rPr>
              <w:t>0.225–0.414</w:t>
            </w:r>
          </w:p>
        </w:tc>
      </w:tr>
      <w:tr w:rsidR="00DB793E" w14:paraId="0DB03E70" w14:textId="77777777">
        <w:trPr>
          <w:cantSplit/>
        </w:trPr>
        <w:tc>
          <w:tcPr>
            <w:tcW w:w="2426" w:type="dxa"/>
            <w:tcMar>
              <w:top w:w="55" w:type="dxa"/>
              <w:left w:w="80" w:type="dxa"/>
              <w:bottom w:w="55" w:type="dxa"/>
              <w:right w:w="80" w:type="dxa"/>
            </w:tcMar>
            <w:vAlign w:val="center"/>
          </w:tcPr>
          <w:p w14:paraId="6344693C" w14:textId="0DF31B59" w:rsidR="00DB793E" w:rsidRDefault="00000000">
            <w:r>
              <w:rPr>
                <w:rFonts w:eastAsia="Times New Roman" w:cs="Times New Roman"/>
                <w:sz w:val="16"/>
              </w:rPr>
              <w:t>Peri3mm</w:t>
            </w:r>
          </w:p>
        </w:tc>
        <w:tc>
          <w:tcPr>
            <w:tcW w:w="3033" w:type="dxa"/>
            <w:tcMar>
              <w:top w:w="55" w:type="dxa"/>
              <w:left w:w="80" w:type="dxa"/>
              <w:bottom w:w="55" w:type="dxa"/>
              <w:right w:w="80" w:type="dxa"/>
            </w:tcMar>
            <w:vAlign w:val="center"/>
          </w:tcPr>
          <w:p w14:paraId="52861523" w14:textId="77777777" w:rsidR="00DB793E" w:rsidRDefault="00000000">
            <w:r>
              <w:rPr>
                <w:rFonts w:eastAsia="Times New Roman" w:cs="Times New Roman"/>
                <w:sz w:val="16"/>
              </w:rPr>
              <w:t>Brier</w:t>
            </w:r>
          </w:p>
        </w:tc>
        <w:tc>
          <w:tcPr>
            <w:tcW w:w="2729" w:type="dxa"/>
            <w:tcMar>
              <w:top w:w="55" w:type="dxa"/>
              <w:left w:w="80" w:type="dxa"/>
              <w:bottom w:w="55" w:type="dxa"/>
              <w:right w:w="80" w:type="dxa"/>
            </w:tcMar>
            <w:vAlign w:val="center"/>
          </w:tcPr>
          <w:p w14:paraId="7CE5C098" w14:textId="77777777" w:rsidR="00DB793E" w:rsidRDefault="00000000">
            <w:pPr>
              <w:jc w:val="center"/>
            </w:pPr>
            <w:r>
              <w:rPr>
                <w:rFonts w:eastAsia="Times New Roman" w:cs="Times New Roman"/>
                <w:sz w:val="16"/>
              </w:rPr>
              <w:t>0.196 (0.007)</w:t>
            </w:r>
          </w:p>
        </w:tc>
        <w:tc>
          <w:tcPr>
            <w:tcW w:w="3033" w:type="dxa"/>
            <w:tcMar>
              <w:top w:w="55" w:type="dxa"/>
              <w:left w:w="80" w:type="dxa"/>
              <w:bottom w:w="55" w:type="dxa"/>
              <w:right w:w="80" w:type="dxa"/>
            </w:tcMar>
            <w:vAlign w:val="center"/>
          </w:tcPr>
          <w:p w14:paraId="151A821B" w14:textId="77777777" w:rsidR="00DB793E" w:rsidRDefault="00000000">
            <w:pPr>
              <w:jc w:val="center"/>
            </w:pPr>
            <w:r>
              <w:rPr>
                <w:rFonts w:eastAsia="Times New Roman" w:cs="Times New Roman"/>
                <w:sz w:val="16"/>
              </w:rPr>
              <w:t>0.186–0.210</w:t>
            </w:r>
          </w:p>
        </w:tc>
        <w:tc>
          <w:tcPr>
            <w:tcW w:w="3035" w:type="dxa"/>
            <w:tcMar>
              <w:top w:w="55" w:type="dxa"/>
              <w:left w:w="80" w:type="dxa"/>
              <w:bottom w:w="55" w:type="dxa"/>
              <w:right w:w="80" w:type="dxa"/>
            </w:tcMar>
            <w:vAlign w:val="center"/>
          </w:tcPr>
          <w:p w14:paraId="34FDF517" w14:textId="77777777" w:rsidR="00DB793E" w:rsidRDefault="00000000">
            <w:pPr>
              <w:jc w:val="center"/>
            </w:pPr>
            <w:r>
              <w:rPr>
                <w:rFonts w:eastAsia="Times New Roman" w:cs="Times New Roman"/>
                <w:sz w:val="16"/>
              </w:rPr>
              <w:t>0.160–0.230</w:t>
            </w:r>
          </w:p>
        </w:tc>
      </w:tr>
      <w:tr w:rsidR="00DB793E" w14:paraId="6B0BBD97" w14:textId="77777777">
        <w:trPr>
          <w:cantSplit/>
        </w:trPr>
        <w:tc>
          <w:tcPr>
            <w:tcW w:w="2426" w:type="dxa"/>
            <w:tcMar>
              <w:top w:w="55" w:type="dxa"/>
              <w:left w:w="80" w:type="dxa"/>
              <w:bottom w:w="55" w:type="dxa"/>
              <w:right w:w="80" w:type="dxa"/>
            </w:tcMar>
            <w:vAlign w:val="center"/>
          </w:tcPr>
          <w:p w14:paraId="3D580250" w14:textId="426CD0F1" w:rsidR="00DB793E" w:rsidRDefault="00000000">
            <w:r>
              <w:rPr>
                <w:rFonts w:eastAsia="Times New Roman" w:cs="Times New Roman"/>
                <w:sz w:val="16"/>
              </w:rPr>
              <w:t>Peri3mm</w:t>
            </w:r>
          </w:p>
        </w:tc>
        <w:tc>
          <w:tcPr>
            <w:tcW w:w="3033" w:type="dxa"/>
            <w:tcMar>
              <w:top w:w="55" w:type="dxa"/>
              <w:left w:w="80" w:type="dxa"/>
              <w:bottom w:w="55" w:type="dxa"/>
              <w:right w:w="80" w:type="dxa"/>
            </w:tcMar>
            <w:vAlign w:val="center"/>
          </w:tcPr>
          <w:p w14:paraId="745D96AB" w14:textId="77777777" w:rsidR="00DB793E" w:rsidRDefault="00000000">
            <w:r>
              <w:rPr>
                <w:rFonts w:eastAsia="Times New Roman" w:cs="Times New Roman"/>
                <w:sz w:val="16"/>
              </w:rPr>
              <w:t>Calibration intercept</w:t>
            </w:r>
          </w:p>
        </w:tc>
        <w:tc>
          <w:tcPr>
            <w:tcW w:w="2729" w:type="dxa"/>
            <w:tcMar>
              <w:top w:w="55" w:type="dxa"/>
              <w:left w:w="80" w:type="dxa"/>
              <w:bottom w:w="55" w:type="dxa"/>
              <w:right w:w="80" w:type="dxa"/>
            </w:tcMar>
            <w:vAlign w:val="center"/>
          </w:tcPr>
          <w:p w14:paraId="456A15A2" w14:textId="77777777" w:rsidR="00DB793E" w:rsidRDefault="00000000">
            <w:pPr>
              <w:jc w:val="center"/>
            </w:pPr>
            <w:r>
              <w:rPr>
                <w:rFonts w:eastAsia="Times New Roman" w:cs="Times New Roman"/>
                <w:sz w:val="16"/>
              </w:rPr>
              <w:t>−0.805 (0.269)</w:t>
            </w:r>
          </w:p>
        </w:tc>
        <w:tc>
          <w:tcPr>
            <w:tcW w:w="3033" w:type="dxa"/>
            <w:tcMar>
              <w:top w:w="55" w:type="dxa"/>
              <w:left w:w="80" w:type="dxa"/>
              <w:bottom w:w="55" w:type="dxa"/>
              <w:right w:w="80" w:type="dxa"/>
            </w:tcMar>
            <w:vAlign w:val="center"/>
          </w:tcPr>
          <w:p w14:paraId="11CCB6E7" w14:textId="77777777" w:rsidR="00DB793E" w:rsidRDefault="00000000">
            <w:pPr>
              <w:jc w:val="center"/>
            </w:pPr>
            <w:r>
              <w:rPr>
                <w:rFonts w:eastAsia="Times New Roman" w:cs="Times New Roman"/>
                <w:sz w:val="16"/>
              </w:rPr>
              <w:t>−1.148–−0.231</w:t>
            </w:r>
          </w:p>
        </w:tc>
        <w:tc>
          <w:tcPr>
            <w:tcW w:w="3035" w:type="dxa"/>
            <w:tcMar>
              <w:top w:w="55" w:type="dxa"/>
              <w:left w:w="80" w:type="dxa"/>
              <w:bottom w:w="55" w:type="dxa"/>
              <w:right w:w="80" w:type="dxa"/>
            </w:tcMar>
            <w:vAlign w:val="center"/>
          </w:tcPr>
          <w:p w14:paraId="75918798" w14:textId="77777777" w:rsidR="00DB793E" w:rsidRDefault="00000000">
            <w:pPr>
              <w:jc w:val="center"/>
            </w:pPr>
            <w:r>
              <w:rPr>
                <w:rFonts w:eastAsia="Times New Roman" w:cs="Times New Roman"/>
                <w:sz w:val="16"/>
              </w:rPr>
              <w:t>−1.599–−0.128</w:t>
            </w:r>
          </w:p>
        </w:tc>
      </w:tr>
      <w:tr w:rsidR="00DB793E" w14:paraId="438CDB22" w14:textId="77777777">
        <w:trPr>
          <w:cantSplit/>
        </w:trPr>
        <w:tc>
          <w:tcPr>
            <w:tcW w:w="2426" w:type="dxa"/>
            <w:tcMar>
              <w:top w:w="55" w:type="dxa"/>
              <w:left w:w="80" w:type="dxa"/>
              <w:bottom w:w="55" w:type="dxa"/>
              <w:right w:w="80" w:type="dxa"/>
            </w:tcMar>
            <w:vAlign w:val="center"/>
          </w:tcPr>
          <w:p w14:paraId="3C752EEF" w14:textId="63987C73" w:rsidR="00DB793E" w:rsidRDefault="00000000">
            <w:r>
              <w:rPr>
                <w:rFonts w:eastAsia="Times New Roman" w:cs="Times New Roman"/>
                <w:sz w:val="16"/>
              </w:rPr>
              <w:t>Peri3mm</w:t>
            </w:r>
          </w:p>
        </w:tc>
        <w:tc>
          <w:tcPr>
            <w:tcW w:w="3033" w:type="dxa"/>
            <w:tcMar>
              <w:top w:w="55" w:type="dxa"/>
              <w:left w:w="80" w:type="dxa"/>
              <w:bottom w:w="55" w:type="dxa"/>
              <w:right w:w="80" w:type="dxa"/>
            </w:tcMar>
            <w:vAlign w:val="center"/>
          </w:tcPr>
          <w:p w14:paraId="76966202" w14:textId="77777777" w:rsidR="00DB793E" w:rsidRDefault="00000000">
            <w:r>
              <w:rPr>
                <w:rFonts w:eastAsia="Times New Roman" w:cs="Times New Roman"/>
                <w:sz w:val="16"/>
              </w:rPr>
              <w:t>Calibration slope</w:t>
            </w:r>
          </w:p>
        </w:tc>
        <w:tc>
          <w:tcPr>
            <w:tcW w:w="2729" w:type="dxa"/>
            <w:tcMar>
              <w:top w:w="55" w:type="dxa"/>
              <w:left w:w="80" w:type="dxa"/>
              <w:bottom w:w="55" w:type="dxa"/>
              <w:right w:w="80" w:type="dxa"/>
            </w:tcMar>
            <w:vAlign w:val="center"/>
          </w:tcPr>
          <w:p w14:paraId="023AE91B" w14:textId="77777777" w:rsidR="00DB793E" w:rsidRDefault="00000000">
            <w:pPr>
              <w:jc w:val="center"/>
            </w:pPr>
            <w:r>
              <w:rPr>
                <w:rFonts w:eastAsia="Times New Roman" w:cs="Times New Roman"/>
                <w:sz w:val="16"/>
              </w:rPr>
              <w:t>0.240 (0.247)</w:t>
            </w:r>
          </w:p>
        </w:tc>
        <w:tc>
          <w:tcPr>
            <w:tcW w:w="3033" w:type="dxa"/>
            <w:tcMar>
              <w:top w:w="55" w:type="dxa"/>
              <w:left w:w="80" w:type="dxa"/>
              <w:bottom w:w="55" w:type="dxa"/>
              <w:right w:w="80" w:type="dxa"/>
            </w:tcMar>
            <w:vAlign w:val="center"/>
          </w:tcPr>
          <w:p w14:paraId="290D6662" w14:textId="77777777" w:rsidR="00DB793E" w:rsidRDefault="00000000">
            <w:pPr>
              <w:jc w:val="center"/>
            </w:pPr>
            <w:r>
              <w:rPr>
                <w:rFonts w:eastAsia="Times New Roman" w:cs="Times New Roman"/>
                <w:sz w:val="16"/>
              </w:rPr>
              <w:t>−0.067–0.781</w:t>
            </w:r>
          </w:p>
        </w:tc>
        <w:tc>
          <w:tcPr>
            <w:tcW w:w="3035" w:type="dxa"/>
            <w:tcMar>
              <w:top w:w="55" w:type="dxa"/>
              <w:left w:w="80" w:type="dxa"/>
              <w:bottom w:w="55" w:type="dxa"/>
              <w:right w:w="80" w:type="dxa"/>
            </w:tcMar>
            <w:vAlign w:val="center"/>
          </w:tcPr>
          <w:p w14:paraId="021D9294" w14:textId="77777777" w:rsidR="00DB793E" w:rsidRDefault="00000000">
            <w:pPr>
              <w:jc w:val="center"/>
            </w:pPr>
            <w:r>
              <w:rPr>
                <w:rFonts w:eastAsia="Times New Roman" w:cs="Times New Roman"/>
                <w:sz w:val="16"/>
              </w:rPr>
              <w:t>−0.306–0.824</w:t>
            </w:r>
          </w:p>
        </w:tc>
      </w:tr>
      <w:tr w:rsidR="00DB793E" w14:paraId="77634685" w14:textId="77777777">
        <w:trPr>
          <w:cantSplit/>
        </w:trPr>
        <w:tc>
          <w:tcPr>
            <w:tcW w:w="2426" w:type="dxa"/>
            <w:tcMar>
              <w:top w:w="55" w:type="dxa"/>
              <w:left w:w="80" w:type="dxa"/>
              <w:bottom w:w="55" w:type="dxa"/>
              <w:right w:w="80" w:type="dxa"/>
            </w:tcMar>
            <w:vAlign w:val="center"/>
          </w:tcPr>
          <w:p w14:paraId="0DBF7702" w14:textId="6BEB2BE1" w:rsidR="00DB793E" w:rsidRDefault="00000000">
            <w:r>
              <w:rPr>
                <w:rFonts w:eastAsia="Times New Roman" w:cs="Times New Roman"/>
                <w:sz w:val="16"/>
              </w:rPr>
              <w:t>Peri3mm</w:t>
            </w:r>
          </w:p>
        </w:tc>
        <w:tc>
          <w:tcPr>
            <w:tcW w:w="3033" w:type="dxa"/>
            <w:tcMar>
              <w:top w:w="55" w:type="dxa"/>
              <w:left w:w="80" w:type="dxa"/>
              <w:bottom w:w="55" w:type="dxa"/>
              <w:right w:w="80" w:type="dxa"/>
            </w:tcMar>
            <w:vAlign w:val="center"/>
          </w:tcPr>
          <w:p w14:paraId="05452F11" w14:textId="77777777" w:rsidR="00DB793E" w:rsidRDefault="00000000">
            <w:r>
              <w:rPr>
                <w:rFonts w:eastAsia="Times New Roman" w:cs="Times New Roman"/>
                <w:sz w:val="16"/>
              </w:rPr>
              <w:t>Brier skill</w:t>
            </w:r>
          </w:p>
        </w:tc>
        <w:tc>
          <w:tcPr>
            <w:tcW w:w="2729" w:type="dxa"/>
            <w:tcMar>
              <w:top w:w="55" w:type="dxa"/>
              <w:left w:w="80" w:type="dxa"/>
              <w:bottom w:w="55" w:type="dxa"/>
              <w:right w:w="80" w:type="dxa"/>
            </w:tcMar>
            <w:vAlign w:val="center"/>
          </w:tcPr>
          <w:p w14:paraId="4A2B6083" w14:textId="77777777" w:rsidR="00DB793E" w:rsidRDefault="00000000">
            <w:pPr>
              <w:jc w:val="center"/>
            </w:pPr>
            <w:r>
              <w:rPr>
                <w:rFonts w:eastAsia="Times New Roman" w:cs="Times New Roman"/>
                <w:sz w:val="16"/>
              </w:rPr>
              <w:t>−0.028 (0.038)</w:t>
            </w:r>
          </w:p>
        </w:tc>
        <w:tc>
          <w:tcPr>
            <w:tcW w:w="3033" w:type="dxa"/>
            <w:tcMar>
              <w:top w:w="55" w:type="dxa"/>
              <w:left w:w="80" w:type="dxa"/>
              <w:bottom w:w="55" w:type="dxa"/>
              <w:right w:w="80" w:type="dxa"/>
            </w:tcMar>
            <w:vAlign w:val="center"/>
          </w:tcPr>
          <w:p w14:paraId="7D226A69" w14:textId="77777777" w:rsidR="00DB793E" w:rsidRDefault="00000000">
            <w:pPr>
              <w:jc w:val="center"/>
            </w:pPr>
            <w:r>
              <w:rPr>
                <w:rFonts w:eastAsia="Times New Roman" w:cs="Times New Roman"/>
                <w:sz w:val="16"/>
              </w:rPr>
              <w:t>−0.104–0.020</w:t>
            </w:r>
          </w:p>
        </w:tc>
        <w:tc>
          <w:tcPr>
            <w:tcW w:w="3035" w:type="dxa"/>
            <w:tcMar>
              <w:top w:w="55" w:type="dxa"/>
              <w:left w:w="80" w:type="dxa"/>
              <w:bottom w:w="55" w:type="dxa"/>
              <w:right w:w="80" w:type="dxa"/>
            </w:tcMar>
            <w:vAlign w:val="center"/>
          </w:tcPr>
          <w:p w14:paraId="2C5942C5" w14:textId="77777777" w:rsidR="00DB793E" w:rsidRDefault="00000000">
            <w:pPr>
              <w:jc w:val="center"/>
            </w:pPr>
            <w:r>
              <w:rPr>
                <w:rFonts w:eastAsia="Times New Roman" w:cs="Times New Roman"/>
                <w:sz w:val="16"/>
              </w:rPr>
              <w:t>−0.081–0.024</w:t>
            </w:r>
          </w:p>
        </w:tc>
      </w:tr>
      <w:tr w:rsidR="00DB793E" w14:paraId="4507CB37" w14:textId="77777777">
        <w:trPr>
          <w:cantSplit/>
        </w:trPr>
        <w:tc>
          <w:tcPr>
            <w:tcW w:w="2426" w:type="dxa"/>
            <w:tcMar>
              <w:top w:w="55" w:type="dxa"/>
              <w:left w:w="80" w:type="dxa"/>
              <w:bottom w:w="55" w:type="dxa"/>
              <w:right w:w="80" w:type="dxa"/>
            </w:tcMar>
            <w:vAlign w:val="center"/>
          </w:tcPr>
          <w:p w14:paraId="36955D0B" w14:textId="37FF4A5A" w:rsidR="00DB793E" w:rsidRDefault="00000000">
            <w:r>
              <w:rPr>
                <w:rFonts w:eastAsia="Times New Roman" w:cs="Times New Roman"/>
                <w:sz w:val="16"/>
              </w:rPr>
              <w:t>Peri5mm</w:t>
            </w:r>
          </w:p>
        </w:tc>
        <w:tc>
          <w:tcPr>
            <w:tcW w:w="3033" w:type="dxa"/>
            <w:tcMar>
              <w:top w:w="55" w:type="dxa"/>
              <w:left w:w="80" w:type="dxa"/>
              <w:bottom w:w="55" w:type="dxa"/>
              <w:right w:w="80" w:type="dxa"/>
            </w:tcMar>
            <w:vAlign w:val="center"/>
          </w:tcPr>
          <w:p w14:paraId="1B1F4B3C" w14:textId="77777777" w:rsidR="00DB793E" w:rsidRDefault="00000000">
            <w:r>
              <w:rPr>
                <w:rFonts w:eastAsia="Times New Roman" w:cs="Times New Roman"/>
                <w:sz w:val="16"/>
              </w:rPr>
              <w:t>AUC</w:t>
            </w:r>
          </w:p>
        </w:tc>
        <w:tc>
          <w:tcPr>
            <w:tcW w:w="2729" w:type="dxa"/>
            <w:tcMar>
              <w:top w:w="55" w:type="dxa"/>
              <w:left w:w="80" w:type="dxa"/>
              <w:bottom w:w="55" w:type="dxa"/>
              <w:right w:w="80" w:type="dxa"/>
            </w:tcMar>
            <w:vAlign w:val="center"/>
          </w:tcPr>
          <w:p w14:paraId="1A960747" w14:textId="77777777" w:rsidR="00DB793E" w:rsidRDefault="00000000">
            <w:pPr>
              <w:jc w:val="center"/>
            </w:pPr>
            <w:r>
              <w:rPr>
                <w:rFonts w:eastAsia="Times New Roman" w:cs="Times New Roman"/>
                <w:sz w:val="16"/>
              </w:rPr>
              <w:t>0.497 (0.053)</w:t>
            </w:r>
          </w:p>
        </w:tc>
        <w:tc>
          <w:tcPr>
            <w:tcW w:w="3033" w:type="dxa"/>
            <w:tcMar>
              <w:top w:w="55" w:type="dxa"/>
              <w:left w:w="80" w:type="dxa"/>
              <w:bottom w:w="55" w:type="dxa"/>
              <w:right w:w="80" w:type="dxa"/>
            </w:tcMar>
            <w:vAlign w:val="center"/>
          </w:tcPr>
          <w:p w14:paraId="08A1F767" w14:textId="77777777" w:rsidR="00DB793E" w:rsidRDefault="00000000">
            <w:pPr>
              <w:jc w:val="center"/>
            </w:pPr>
            <w:r>
              <w:rPr>
                <w:rFonts w:eastAsia="Times New Roman" w:cs="Times New Roman"/>
                <w:sz w:val="16"/>
              </w:rPr>
              <w:t>0.404–0.562</w:t>
            </w:r>
          </w:p>
        </w:tc>
        <w:tc>
          <w:tcPr>
            <w:tcW w:w="3035" w:type="dxa"/>
            <w:tcMar>
              <w:top w:w="55" w:type="dxa"/>
              <w:left w:w="80" w:type="dxa"/>
              <w:bottom w:w="55" w:type="dxa"/>
              <w:right w:w="80" w:type="dxa"/>
            </w:tcMar>
            <w:vAlign w:val="center"/>
          </w:tcPr>
          <w:p w14:paraId="489CDE45" w14:textId="77777777" w:rsidR="00DB793E" w:rsidRDefault="00000000">
            <w:pPr>
              <w:jc w:val="center"/>
            </w:pPr>
            <w:r>
              <w:rPr>
                <w:rFonts w:eastAsia="Times New Roman" w:cs="Times New Roman"/>
                <w:sz w:val="16"/>
              </w:rPr>
              <w:t>0.437–0.562</w:t>
            </w:r>
          </w:p>
        </w:tc>
      </w:tr>
      <w:tr w:rsidR="00DB793E" w14:paraId="4E166CCE" w14:textId="77777777">
        <w:trPr>
          <w:cantSplit/>
        </w:trPr>
        <w:tc>
          <w:tcPr>
            <w:tcW w:w="2426" w:type="dxa"/>
            <w:tcMar>
              <w:top w:w="55" w:type="dxa"/>
              <w:left w:w="80" w:type="dxa"/>
              <w:bottom w:w="55" w:type="dxa"/>
              <w:right w:w="80" w:type="dxa"/>
            </w:tcMar>
            <w:vAlign w:val="center"/>
          </w:tcPr>
          <w:p w14:paraId="570BE820" w14:textId="57D44306" w:rsidR="00DB793E" w:rsidRDefault="00000000">
            <w:r>
              <w:rPr>
                <w:rFonts w:eastAsia="Times New Roman" w:cs="Times New Roman"/>
                <w:sz w:val="16"/>
              </w:rPr>
              <w:t>Peri5mm</w:t>
            </w:r>
          </w:p>
        </w:tc>
        <w:tc>
          <w:tcPr>
            <w:tcW w:w="3033" w:type="dxa"/>
            <w:tcMar>
              <w:top w:w="55" w:type="dxa"/>
              <w:left w:w="80" w:type="dxa"/>
              <w:bottom w:w="55" w:type="dxa"/>
              <w:right w:w="80" w:type="dxa"/>
            </w:tcMar>
            <w:vAlign w:val="center"/>
          </w:tcPr>
          <w:p w14:paraId="7ED50A15" w14:textId="77777777" w:rsidR="00DB793E" w:rsidRDefault="00000000">
            <w:r>
              <w:rPr>
                <w:rFonts w:eastAsia="Times New Roman" w:cs="Times New Roman"/>
                <w:sz w:val="16"/>
              </w:rPr>
              <w:t>Average precision</w:t>
            </w:r>
          </w:p>
        </w:tc>
        <w:tc>
          <w:tcPr>
            <w:tcW w:w="2729" w:type="dxa"/>
            <w:tcMar>
              <w:top w:w="55" w:type="dxa"/>
              <w:left w:w="80" w:type="dxa"/>
              <w:bottom w:w="55" w:type="dxa"/>
              <w:right w:w="80" w:type="dxa"/>
            </w:tcMar>
            <w:vAlign w:val="center"/>
          </w:tcPr>
          <w:p w14:paraId="4DF0CE80" w14:textId="77777777" w:rsidR="00DB793E" w:rsidRDefault="00000000">
            <w:pPr>
              <w:jc w:val="center"/>
            </w:pPr>
            <w:r>
              <w:rPr>
                <w:rFonts w:eastAsia="Times New Roman" w:cs="Times New Roman"/>
                <w:sz w:val="16"/>
              </w:rPr>
              <w:t>0.284 (0.042)</w:t>
            </w:r>
          </w:p>
        </w:tc>
        <w:tc>
          <w:tcPr>
            <w:tcW w:w="3033" w:type="dxa"/>
            <w:tcMar>
              <w:top w:w="55" w:type="dxa"/>
              <w:left w:w="80" w:type="dxa"/>
              <w:bottom w:w="55" w:type="dxa"/>
              <w:right w:w="80" w:type="dxa"/>
            </w:tcMar>
            <w:vAlign w:val="center"/>
          </w:tcPr>
          <w:p w14:paraId="2A2EDC8B" w14:textId="77777777" w:rsidR="00DB793E" w:rsidRDefault="00000000">
            <w:pPr>
              <w:jc w:val="center"/>
            </w:pPr>
            <w:r>
              <w:rPr>
                <w:rFonts w:eastAsia="Times New Roman" w:cs="Times New Roman"/>
                <w:sz w:val="16"/>
              </w:rPr>
              <w:t>0.217–0.344</w:t>
            </w:r>
          </w:p>
        </w:tc>
        <w:tc>
          <w:tcPr>
            <w:tcW w:w="3035" w:type="dxa"/>
            <w:tcMar>
              <w:top w:w="55" w:type="dxa"/>
              <w:left w:w="80" w:type="dxa"/>
              <w:bottom w:w="55" w:type="dxa"/>
              <w:right w:w="80" w:type="dxa"/>
            </w:tcMar>
            <w:vAlign w:val="center"/>
          </w:tcPr>
          <w:p w14:paraId="62CF8461" w14:textId="77777777" w:rsidR="00DB793E" w:rsidRDefault="00000000">
            <w:pPr>
              <w:jc w:val="center"/>
            </w:pPr>
            <w:r>
              <w:rPr>
                <w:rFonts w:eastAsia="Times New Roman" w:cs="Times New Roman"/>
                <w:sz w:val="16"/>
              </w:rPr>
              <w:t>0.213–0.386</w:t>
            </w:r>
          </w:p>
        </w:tc>
      </w:tr>
      <w:tr w:rsidR="00DB793E" w14:paraId="6A3449C5" w14:textId="77777777">
        <w:trPr>
          <w:cantSplit/>
        </w:trPr>
        <w:tc>
          <w:tcPr>
            <w:tcW w:w="2426" w:type="dxa"/>
            <w:tcMar>
              <w:top w:w="55" w:type="dxa"/>
              <w:left w:w="80" w:type="dxa"/>
              <w:bottom w:w="55" w:type="dxa"/>
              <w:right w:w="80" w:type="dxa"/>
            </w:tcMar>
            <w:vAlign w:val="center"/>
          </w:tcPr>
          <w:p w14:paraId="4D59066F" w14:textId="051C1F57" w:rsidR="00DB793E" w:rsidRDefault="00000000">
            <w:r>
              <w:rPr>
                <w:rFonts w:eastAsia="Times New Roman" w:cs="Times New Roman"/>
                <w:sz w:val="16"/>
              </w:rPr>
              <w:t>Peri5mm</w:t>
            </w:r>
          </w:p>
        </w:tc>
        <w:tc>
          <w:tcPr>
            <w:tcW w:w="3033" w:type="dxa"/>
            <w:tcMar>
              <w:top w:w="55" w:type="dxa"/>
              <w:left w:w="80" w:type="dxa"/>
              <w:bottom w:w="55" w:type="dxa"/>
              <w:right w:w="80" w:type="dxa"/>
            </w:tcMar>
            <w:vAlign w:val="center"/>
          </w:tcPr>
          <w:p w14:paraId="6B58A3DE" w14:textId="77777777" w:rsidR="00DB793E" w:rsidRDefault="00000000">
            <w:r>
              <w:rPr>
                <w:rFonts w:eastAsia="Times New Roman" w:cs="Times New Roman"/>
                <w:sz w:val="16"/>
              </w:rPr>
              <w:t>Brier</w:t>
            </w:r>
          </w:p>
        </w:tc>
        <w:tc>
          <w:tcPr>
            <w:tcW w:w="2729" w:type="dxa"/>
            <w:tcMar>
              <w:top w:w="55" w:type="dxa"/>
              <w:left w:w="80" w:type="dxa"/>
              <w:bottom w:w="55" w:type="dxa"/>
              <w:right w:w="80" w:type="dxa"/>
            </w:tcMar>
            <w:vAlign w:val="center"/>
          </w:tcPr>
          <w:p w14:paraId="429369CB" w14:textId="77777777" w:rsidR="00DB793E" w:rsidRDefault="00000000">
            <w:pPr>
              <w:jc w:val="center"/>
            </w:pPr>
            <w:r>
              <w:rPr>
                <w:rFonts w:eastAsia="Times New Roman" w:cs="Times New Roman"/>
                <w:sz w:val="16"/>
              </w:rPr>
              <w:t>0.198 (0.007)</w:t>
            </w:r>
          </w:p>
        </w:tc>
        <w:tc>
          <w:tcPr>
            <w:tcW w:w="3033" w:type="dxa"/>
            <w:tcMar>
              <w:top w:w="55" w:type="dxa"/>
              <w:left w:w="80" w:type="dxa"/>
              <w:bottom w:w="55" w:type="dxa"/>
              <w:right w:w="80" w:type="dxa"/>
            </w:tcMar>
            <w:vAlign w:val="center"/>
          </w:tcPr>
          <w:p w14:paraId="2C4E6B30" w14:textId="77777777" w:rsidR="00DB793E" w:rsidRDefault="00000000">
            <w:pPr>
              <w:jc w:val="center"/>
            </w:pPr>
            <w:r>
              <w:rPr>
                <w:rFonts w:eastAsia="Times New Roman" w:cs="Times New Roman"/>
                <w:sz w:val="16"/>
              </w:rPr>
              <w:t>0.191–0.209</w:t>
            </w:r>
          </w:p>
        </w:tc>
        <w:tc>
          <w:tcPr>
            <w:tcW w:w="3035" w:type="dxa"/>
            <w:tcMar>
              <w:top w:w="55" w:type="dxa"/>
              <w:left w:w="80" w:type="dxa"/>
              <w:bottom w:w="55" w:type="dxa"/>
              <w:right w:w="80" w:type="dxa"/>
            </w:tcMar>
            <w:vAlign w:val="center"/>
          </w:tcPr>
          <w:p w14:paraId="5772CD21" w14:textId="77777777" w:rsidR="00DB793E" w:rsidRDefault="00000000">
            <w:pPr>
              <w:jc w:val="center"/>
            </w:pPr>
            <w:r>
              <w:rPr>
                <w:rFonts w:eastAsia="Times New Roman" w:cs="Times New Roman"/>
                <w:sz w:val="16"/>
              </w:rPr>
              <w:t>0.163–0.233</w:t>
            </w:r>
          </w:p>
        </w:tc>
      </w:tr>
      <w:tr w:rsidR="00DB793E" w14:paraId="73A3DB6B" w14:textId="77777777">
        <w:trPr>
          <w:cantSplit/>
        </w:trPr>
        <w:tc>
          <w:tcPr>
            <w:tcW w:w="2426" w:type="dxa"/>
            <w:tcMar>
              <w:top w:w="55" w:type="dxa"/>
              <w:left w:w="80" w:type="dxa"/>
              <w:bottom w:w="55" w:type="dxa"/>
              <w:right w:w="80" w:type="dxa"/>
            </w:tcMar>
            <w:vAlign w:val="center"/>
          </w:tcPr>
          <w:p w14:paraId="72FF0226" w14:textId="22EAFE23" w:rsidR="00DB793E" w:rsidRDefault="00000000">
            <w:r>
              <w:rPr>
                <w:rFonts w:eastAsia="Times New Roman" w:cs="Times New Roman"/>
                <w:sz w:val="16"/>
              </w:rPr>
              <w:t>Peri5mm</w:t>
            </w:r>
          </w:p>
        </w:tc>
        <w:tc>
          <w:tcPr>
            <w:tcW w:w="3033" w:type="dxa"/>
            <w:tcMar>
              <w:top w:w="55" w:type="dxa"/>
              <w:left w:w="80" w:type="dxa"/>
              <w:bottom w:w="55" w:type="dxa"/>
              <w:right w:w="80" w:type="dxa"/>
            </w:tcMar>
            <w:vAlign w:val="center"/>
          </w:tcPr>
          <w:p w14:paraId="3C02681C" w14:textId="77777777" w:rsidR="00DB793E" w:rsidRDefault="00000000">
            <w:r>
              <w:rPr>
                <w:rFonts w:eastAsia="Times New Roman" w:cs="Times New Roman"/>
                <w:sz w:val="16"/>
              </w:rPr>
              <w:t>Calibration intercept</w:t>
            </w:r>
          </w:p>
        </w:tc>
        <w:tc>
          <w:tcPr>
            <w:tcW w:w="2729" w:type="dxa"/>
            <w:tcMar>
              <w:top w:w="55" w:type="dxa"/>
              <w:left w:w="80" w:type="dxa"/>
              <w:bottom w:w="55" w:type="dxa"/>
              <w:right w:w="80" w:type="dxa"/>
            </w:tcMar>
            <w:vAlign w:val="center"/>
          </w:tcPr>
          <w:p w14:paraId="4360E133" w14:textId="77777777" w:rsidR="00DB793E" w:rsidRDefault="00000000">
            <w:pPr>
              <w:jc w:val="center"/>
            </w:pPr>
            <w:r>
              <w:rPr>
                <w:rFonts w:eastAsia="Times New Roman" w:cs="Times New Roman"/>
                <w:sz w:val="16"/>
              </w:rPr>
              <w:t>−1.065 (0.420)</w:t>
            </w:r>
          </w:p>
        </w:tc>
        <w:tc>
          <w:tcPr>
            <w:tcW w:w="3033" w:type="dxa"/>
            <w:tcMar>
              <w:top w:w="55" w:type="dxa"/>
              <w:left w:w="80" w:type="dxa"/>
              <w:bottom w:w="55" w:type="dxa"/>
              <w:right w:w="80" w:type="dxa"/>
            </w:tcMar>
            <w:vAlign w:val="center"/>
          </w:tcPr>
          <w:p w14:paraId="76AC31FF" w14:textId="77777777" w:rsidR="00DB793E" w:rsidRDefault="00000000">
            <w:pPr>
              <w:jc w:val="center"/>
            </w:pPr>
            <w:r>
              <w:rPr>
                <w:rFonts w:eastAsia="Times New Roman" w:cs="Times New Roman"/>
                <w:sz w:val="16"/>
              </w:rPr>
              <w:t>−1.813–−0.584</w:t>
            </w:r>
          </w:p>
        </w:tc>
        <w:tc>
          <w:tcPr>
            <w:tcW w:w="3035" w:type="dxa"/>
            <w:tcMar>
              <w:top w:w="55" w:type="dxa"/>
              <w:left w:w="80" w:type="dxa"/>
              <w:bottom w:w="55" w:type="dxa"/>
              <w:right w:w="80" w:type="dxa"/>
            </w:tcMar>
            <w:vAlign w:val="center"/>
          </w:tcPr>
          <w:p w14:paraId="470706FC" w14:textId="77777777" w:rsidR="00DB793E" w:rsidRDefault="00000000">
            <w:pPr>
              <w:jc w:val="center"/>
            </w:pPr>
            <w:r>
              <w:rPr>
                <w:rFonts w:eastAsia="Times New Roman" w:cs="Times New Roman"/>
                <w:sz w:val="16"/>
              </w:rPr>
              <w:t>−1.856–−0.399</w:t>
            </w:r>
          </w:p>
        </w:tc>
      </w:tr>
      <w:tr w:rsidR="00DB793E" w14:paraId="6F6CB00F" w14:textId="77777777">
        <w:trPr>
          <w:cantSplit/>
        </w:trPr>
        <w:tc>
          <w:tcPr>
            <w:tcW w:w="2426" w:type="dxa"/>
            <w:tcMar>
              <w:top w:w="55" w:type="dxa"/>
              <w:left w:w="80" w:type="dxa"/>
              <w:bottom w:w="55" w:type="dxa"/>
              <w:right w:w="80" w:type="dxa"/>
            </w:tcMar>
            <w:vAlign w:val="center"/>
          </w:tcPr>
          <w:p w14:paraId="70258AF5" w14:textId="2C243AAA" w:rsidR="00DB793E" w:rsidRDefault="00000000">
            <w:r>
              <w:rPr>
                <w:rFonts w:eastAsia="Times New Roman" w:cs="Times New Roman"/>
                <w:sz w:val="16"/>
              </w:rPr>
              <w:t>Peri5mm</w:t>
            </w:r>
          </w:p>
        </w:tc>
        <w:tc>
          <w:tcPr>
            <w:tcW w:w="3033" w:type="dxa"/>
            <w:tcMar>
              <w:top w:w="55" w:type="dxa"/>
              <w:left w:w="80" w:type="dxa"/>
              <w:bottom w:w="55" w:type="dxa"/>
              <w:right w:w="80" w:type="dxa"/>
            </w:tcMar>
            <w:vAlign w:val="center"/>
          </w:tcPr>
          <w:p w14:paraId="6B50D934" w14:textId="77777777" w:rsidR="00DB793E" w:rsidRDefault="00000000">
            <w:r>
              <w:rPr>
                <w:rFonts w:eastAsia="Times New Roman" w:cs="Times New Roman"/>
                <w:sz w:val="16"/>
              </w:rPr>
              <w:t>Calibration slope</w:t>
            </w:r>
          </w:p>
        </w:tc>
        <w:tc>
          <w:tcPr>
            <w:tcW w:w="2729" w:type="dxa"/>
            <w:tcMar>
              <w:top w:w="55" w:type="dxa"/>
              <w:left w:w="80" w:type="dxa"/>
              <w:bottom w:w="55" w:type="dxa"/>
              <w:right w:w="80" w:type="dxa"/>
            </w:tcMar>
            <w:vAlign w:val="center"/>
          </w:tcPr>
          <w:p w14:paraId="17A99801" w14:textId="77777777" w:rsidR="00DB793E" w:rsidRDefault="00000000">
            <w:pPr>
              <w:jc w:val="center"/>
            </w:pPr>
            <w:r>
              <w:rPr>
                <w:rFonts w:eastAsia="Times New Roman" w:cs="Times New Roman"/>
                <w:sz w:val="16"/>
              </w:rPr>
              <w:t>0.021 (0.359)</w:t>
            </w:r>
          </w:p>
        </w:tc>
        <w:tc>
          <w:tcPr>
            <w:tcW w:w="3033" w:type="dxa"/>
            <w:tcMar>
              <w:top w:w="55" w:type="dxa"/>
              <w:left w:w="80" w:type="dxa"/>
              <w:bottom w:w="55" w:type="dxa"/>
              <w:right w:w="80" w:type="dxa"/>
            </w:tcMar>
            <w:vAlign w:val="center"/>
          </w:tcPr>
          <w:p w14:paraId="6039186E" w14:textId="77777777" w:rsidR="00DB793E" w:rsidRDefault="00000000">
            <w:pPr>
              <w:jc w:val="center"/>
            </w:pPr>
            <w:r>
              <w:rPr>
                <w:rFonts w:eastAsia="Times New Roman" w:cs="Times New Roman"/>
                <w:sz w:val="16"/>
              </w:rPr>
              <w:t>−0.639–0.436</w:t>
            </w:r>
          </w:p>
        </w:tc>
        <w:tc>
          <w:tcPr>
            <w:tcW w:w="3035" w:type="dxa"/>
            <w:tcMar>
              <w:top w:w="55" w:type="dxa"/>
              <w:left w:w="80" w:type="dxa"/>
              <w:bottom w:w="55" w:type="dxa"/>
              <w:right w:w="80" w:type="dxa"/>
            </w:tcMar>
            <w:vAlign w:val="center"/>
          </w:tcPr>
          <w:p w14:paraId="096B2B66" w14:textId="77777777" w:rsidR="00DB793E" w:rsidRDefault="00000000">
            <w:pPr>
              <w:jc w:val="center"/>
            </w:pPr>
            <w:r>
              <w:rPr>
                <w:rFonts w:eastAsia="Times New Roman" w:cs="Times New Roman"/>
                <w:sz w:val="16"/>
              </w:rPr>
              <w:t>−0.518–0.573</w:t>
            </w:r>
          </w:p>
        </w:tc>
      </w:tr>
      <w:tr w:rsidR="00DB793E" w14:paraId="35AD42B8" w14:textId="77777777">
        <w:trPr>
          <w:cantSplit/>
        </w:trPr>
        <w:tc>
          <w:tcPr>
            <w:tcW w:w="2426" w:type="dxa"/>
            <w:tcMar>
              <w:top w:w="55" w:type="dxa"/>
              <w:left w:w="80" w:type="dxa"/>
              <w:bottom w:w="55" w:type="dxa"/>
              <w:right w:w="80" w:type="dxa"/>
            </w:tcMar>
            <w:vAlign w:val="center"/>
          </w:tcPr>
          <w:p w14:paraId="37AB1EA5" w14:textId="04EB5D35" w:rsidR="00DB793E" w:rsidRDefault="00000000">
            <w:r>
              <w:rPr>
                <w:rFonts w:eastAsia="Times New Roman" w:cs="Times New Roman"/>
                <w:sz w:val="16"/>
              </w:rPr>
              <w:t>Peri5mm</w:t>
            </w:r>
          </w:p>
        </w:tc>
        <w:tc>
          <w:tcPr>
            <w:tcW w:w="3033" w:type="dxa"/>
            <w:tcMar>
              <w:top w:w="55" w:type="dxa"/>
              <w:left w:w="80" w:type="dxa"/>
              <w:bottom w:w="55" w:type="dxa"/>
              <w:right w:w="80" w:type="dxa"/>
            </w:tcMar>
            <w:vAlign w:val="center"/>
          </w:tcPr>
          <w:p w14:paraId="3AC368B3" w14:textId="77777777" w:rsidR="00DB793E" w:rsidRDefault="00000000">
            <w:r>
              <w:rPr>
                <w:rFonts w:eastAsia="Times New Roman" w:cs="Times New Roman"/>
                <w:sz w:val="16"/>
              </w:rPr>
              <w:t>Brier skill</w:t>
            </w:r>
          </w:p>
        </w:tc>
        <w:tc>
          <w:tcPr>
            <w:tcW w:w="2729" w:type="dxa"/>
            <w:tcMar>
              <w:top w:w="55" w:type="dxa"/>
              <w:left w:w="80" w:type="dxa"/>
              <w:bottom w:w="55" w:type="dxa"/>
              <w:right w:w="80" w:type="dxa"/>
            </w:tcMar>
            <w:vAlign w:val="center"/>
          </w:tcPr>
          <w:p w14:paraId="75945CD0" w14:textId="77777777" w:rsidR="00DB793E" w:rsidRDefault="00000000">
            <w:pPr>
              <w:jc w:val="center"/>
            </w:pPr>
            <w:r>
              <w:rPr>
                <w:rFonts w:eastAsia="Times New Roman" w:cs="Times New Roman"/>
                <w:sz w:val="16"/>
              </w:rPr>
              <w:t>−0.040 (0.037)</w:t>
            </w:r>
          </w:p>
        </w:tc>
        <w:tc>
          <w:tcPr>
            <w:tcW w:w="3033" w:type="dxa"/>
            <w:tcMar>
              <w:top w:w="55" w:type="dxa"/>
              <w:left w:w="80" w:type="dxa"/>
              <w:bottom w:w="55" w:type="dxa"/>
              <w:right w:w="80" w:type="dxa"/>
            </w:tcMar>
            <w:vAlign w:val="center"/>
          </w:tcPr>
          <w:p w14:paraId="57B983D5" w14:textId="77777777" w:rsidR="00DB793E" w:rsidRDefault="00000000">
            <w:pPr>
              <w:jc w:val="center"/>
            </w:pPr>
            <w:r>
              <w:rPr>
                <w:rFonts w:eastAsia="Times New Roman" w:cs="Times New Roman"/>
                <w:sz w:val="16"/>
              </w:rPr>
              <w:t>−0.100–−0.006</w:t>
            </w:r>
          </w:p>
        </w:tc>
        <w:tc>
          <w:tcPr>
            <w:tcW w:w="3035" w:type="dxa"/>
            <w:tcMar>
              <w:top w:w="55" w:type="dxa"/>
              <w:left w:w="80" w:type="dxa"/>
              <w:bottom w:w="55" w:type="dxa"/>
              <w:right w:w="80" w:type="dxa"/>
            </w:tcMar>
            <w:vAlign w:val="center"/>
          </w:tcPr>
          <w:p w14:paraId="03036E5B" w14:textId="77777777" w:rsidR="00DB793E" w:rsidRDefault="00000000">
            <w:pPr>
              <w:jc w:val="center"/>
            </w:pPr>
            <w:r>
              <w:rPr>
                <w:rFonts w:eastAsia="Times New Roman" w:cs="Times New Roman"/>
                <w:sz w:val="16"/>
              </w:rPr>
              <w:t>−0.081–0.001</w:t>
            </w:r>
          </w:p>
        </w:tc>
      </w:tr>
      <w:tr w:rsidR="00DB793E" w14:paraId="1E5FC3AD" w14:textId="77777777">
        <w:trPr>
          <w:cantSplit/>
        </w:trPr>
        <w:tc>
          <w:tcPr>
            <w:tcW w:w="2426" w:type="dxa"/>
            <w:tcMar>
              <w:top w:w="55" w:type="dxa"/>
              <w:left w:w="80" w:type="dxa"/>
              <w:bottom w:w="55" w:type="dxa"/>
              <w:right w:w="80" w:type="dxa"/>
            </w:tcMar>
            <w:vAlign w:val="center"/>
          </w:tcPr>
          <w:p w14:paraId="52E56662" w14:textId="403447FA" w:rsidR="00DB793E" w:rsidRDefault="009B64B8">
            <w:r>
              <w:rPr>
                <w:rFonts w:eastAsia="Times New Roman" w:cs="Times New Roman"/>
                <w:sz w:val="16"/>
              </w:rPr>
              <w:t>VOIFusion3mm</w:t>
            </w:r>
          </w:p>
        </w:tc>
        <w:tc>
          <w:tcPr>
            <w:tcW w:w="3033" w:type="dxa"/>
            <w:tcMar>
              <w:top w:w="55" w:type="dxa"/>
              <w:left w:w="80" w:type="dxa"/>
              <w:bottom w:w="55" w:type="dxa"/>
              <w:right w:w="80" w:type="dxa"/>
            </w:tcMar>
            <w:vAlign w:val="center"/>
          </w:tcPr>
          <w:p w14:paraId="4595B0C4" w14:textId="77777777" w:rsidR="00DB793E" w:rsidRDefault="00000000">
            <w:r>
              <w:rPr>
                <w:rFonts w:eastAsia="Times New Roman" w:cs="Times New Roman"/>
                <w:sz w:val="16"/>
              </w:rPr>
              <w:t>AUC</w:t>
            </w:r>
          </w:p>
        </w:tc>
        <w:tc>
          <w:tcPr>
            <w:tcW w:w="2729" w:type="dxa"/>
            <w:tcMar>
              <w:top w:w="55" w:type="dxa"/>
              <w:left w:w="80" w:type="dxa"/>
              <w:bottom w:w="55" w:type="dxa"/>
              <w:right w:w="80" w:type="dxa"/>
            </w:tcMar>
            <w:vAlign w:val="center"/>
          </w:tcPr>
          <w:p w14:paraId="1AAB3003" w14:textId="77777777" w:rsidR="00DB793E" w:rsidRDefault="00000000">
            <w:pPr>
              <w:jc w:val="center"/>
            </w:pPr>
            <w:r>
              <w:rPr>
                <w:rFonts w:eastAsia="Times New Roman" w:cs="Times New Roman"/>
                <w:sz w:val="16"/>
              </w:rPr>
              <w:t>0.621 (0.035)</w:t>
            </w:r>
          </w:p>
        </w:tc>
        <w:tc>
          <w:tcPr>
            <w:tcW w:w="3033" w:type="dxa"/>
            <w:tcMar>
              <w:top w:w="55" w:type="dxa"/>
              <w:left w:w="80" w:type="dxa"/>
              <w:bottom w:w="55" w:type="dxa"/>
              <w:right w:w="80" w:type="dxa"/>
            </w:tcMar>
            <w:vAlign w:val="center"/>
          </w:tcPr>
          <w:p w14:paraId="345DB0A4" w14:textId="77777777" w:rsidR="00DB793E" w:rsidRDefault="00000000">
            <w:pPr>
              <w:jc w:val="center"/>
            </w:pPr>
            <w:r>
              <w:rPr>
                <w:rFonts w:eastAsia="Times New Roman" w:cs="Times New Roman"/>
                <w:sz w:val="16"/>
              </w:rPr>
              <w:t>0.544–0.671</w:t>
            </w:r>
          </w:p>
        </w:tc>
        <w:tc>
          <w:tcPr>
            <w:tcW w:w="3035" w:type="dxa"/>
            <w:tcMar>
              <w:top w:w="55" w:type="dxa"/>
              <w:left w:w="80" w:type="dxa"/>
              <w:bottom w:w="55" w:type="dxa"/>
              <w:right w:w="80" w:type="dxa"/>
            </w:tcMar>
            <w:vAlign w:val="center"/>
          </w:tcPr>
          <w:p w14:paraId="094E5D59" w14:textId="77777777" w:rsidR="00DB793E" w:rsidRDefault="00000000">
            <w:pPr>
              <w:jc w:val="center"/>
            </w:pPr>
            <w:r>
              <w:rPr>
                <w:rFonts w:eastAsia="Times New Roman" w:cs="Times New Roman"/>
                <w:sz w:val="16"/>
              </w:rPr>
              <w:t>0.530–0.706</w:t>
            </w:r>
          </w:p>
        </w:tc>
      </w:tr>
      <w:tr w:rsidR="00DB793E" w14:paraId="59A22F42" w14:textId="77777777">
        <w:trPr>
          <w:cantSplit/>
        </w:trPr>
        <w:tc>
          <w:tcPr>
            <w:tcW w:w="2426" w:type="dxa"/>
            <w:tcMar>
              <w:top w:w="55" w:type="dxa"/>
              <w:left w:w="80" w:type="dxa"/>
              <w:bottom w:w="55" w:type="dxa"/>
              <w:right w:w="80" w:type="dxa"/>
            </w:tcMar>
            <w:vAlign w:val="center"/>
          </w:tcPr>
          <w:p w14:paraId="5AE27AFE" w14:textId="6B9F1846" w:rsidR="00DB793E" w:rsidRDefault="009B64B8">
            <w:r>
              <w:rPr>
                <w:rFonts w:eastAsia="Times New Roman" w:cs="Times New Roman"/>
                <w:sz w:val="16"/>
              </w:rPr>
              <w:t>VOIFusion3mm</w:t>
            </w:r>
          </w:p>
        </w:tc>
        <w:tc>
          <w:tcPr>
            <w:tcW w:w="3033" w:type="dxa"/>
            <w:tcMar>
              <w:top w:w="55" w:type="dxa"/>
              <w:left w:w="80" w:type="dxa"/>
              <w:bottom w:w="55" w:type="dxa"/>
              <w:right w:w="80" w:type="dxa"/>
            </w:tcMar>
            <w:vAlign w:val="center"/>
          </w:tcPr>
          <w:p w14:paraId="3D95567D" w14:textId="77777777" w:rsidR="00DB793E" w:rsidRDefault="00000000">
            <w:r>
              <w:rPr>
                <w:rFonts w:eastAsia="Times New Roman" w:cs="Times New Roman"/>
                <w:sz w:val="16"/>
              </w:rPr>
              <w:t>Average precision</w:t>
            </w:r>
          </w:p>
        </w:tc>
        <w:tc>
          <w:tcPr>
            <w:tcW w:w="2729" w:type="dxa"/>
            <w:tcMar>
              <w:top w:w="55" w:type="dxa"/>
              <w:left w:w="80" w:type="dxa"/>
              <w:bottom w:w="55" w:type="dxa"/>
              <w:right w:w="80" w:type="dxa"/>
            </w:tcMar>
            <w:vAlign w:val="center"/>
          </w:tcPr>
          <w:p w14:paraId="2523C8B0" w14:textId="77777777" w:rsidR="00DB793E" w:rsidRDefault="00000000">
            <w:pPr>
              <w:jc w:val="center"/>
            </w:pPr>
            <w:r>
              <w:rPr>
                <w:rFonts w:eastAsia="Times New Roman" w:cs="Times New Roman"/>
                <w:sz w:val="16"/>
              </w:rPr>
              <w:t>0.355 (0.042)</w:t>
            </w:r>
          </w:p>
        </w:tc>
        <w:tc>
          <w:tcPr>
            <w:tcW w:w="3033" w:type="dxa"/>
            <w:tcMar>
              <w:top w:w="55" w:type="dxa"/>
              <w:left w:w="80" w:type="dxa"/>
              <w:bottom w:w="55" w:type="dxa"/>
              <w:right w:w="80" w:type="dxa"/>
            </w:tcMar>
            <w:vAlign w:val="center"/>
          </w:tcPr>
          <w:p w14:paraId="68D6C228" w14:textId="77777777" w:rsidR="00DB793E" w:rsidRDefault="00000000">
            <w:pPr>
              <w:jc w:val="center"/>
            </w:pPr>
            <w:r>
              <w:rPr>
                <w:rFonts w:eastAsia="Times New Roman" w:cs="Times New Roman"/>
                <w:sz w:val="16"/>
              </w:rPr>
              <w:t>0.277–0.440</w:t>
            </w:r>
          </w:p>
        </w:tc>
        <w:tc>
          <w:tcPr>
            <w:tcW w:w="3035" w:type="dxa"/>
            <w:tcMar>
              <w:top w:w="55" w:type="dxa"/>
              <w:left w:w="80" w:type="dxa"/>
              <w:bottom w:w="55" w:type="dxa"/>
              <w:right w:w="80" w:type="dxa"/>
            </w:tcMar>
            <w:vAlign w:val="center"/>
          </w:tcPr>
          <w:p w14:paraId="11E3578B" w14:textId="77777777" w:rsidR="00DB793E" w:rsidRDefault="00000000">
            <w:pPr>
              <w:jc w:val="center"/>
            </w:pPr>
            <w:r>
              <w:rPr>
                <w:rFonts w:eastAsia="Times New Roman" w:cs="Times New Roman"/>
                <w:sz w:val="16"/>
              </w:rPr>
              <w:t>0.265–0.482</w:t>
            </w:r>
          </w:p>
        </w:tc>
      </w:tr>
      <w:tr w:rsidR="00DB793E" w14:paraId="19BADC0C" w14:textId="77777777">
        <w:trPr>
          <w:cantSplit/>
        </w:trPr>
        <w:tc>
          <w:tcPr>
            <w:tcW w:w="2426" w:type="dxa"/>
            <w:tcMar>
              <w:top w:w="55" w:type="dxa"/>
              <w:left w:w="80" w:type="dxa"/>
              <w:bottom w:w="55" w:type="dxa"/>
              <w:right w:w="80" w:type="dxa"/>
            </w:tcMar>
            <w:vAlign w:val="center"/>
          </w:tcPr>
          <w:p w14:paraId="3DFBE6EB" w14:textId="4C3F1533" w:rsidR="00DB793E" w:rsidRDefault="009B64B8">
            <w:r>
              <w:rPr>
                <w:rFonts w:eastAsia="Times New Roman" w:cs="Times New Roman"/>
                <w:sz w:val="16"/>
              </w:rPr>
              <w:t>VOIFusion3mm</w:t>
            </w:r>
          </w:p>
        </w:tc>
        <w:tc>
          <w:tcPr>
            <w:tcW w:w="3033" w:type="dxa"/>
            <w:tcMar>
              <w:top w:w="55" w:type="dxa"/>
              <w:left w:w="80" w:type="dxa"/>
              <w:bottom w:w="55" w:type="dxa"/>
              <w:right w:w="80" w:type="dxa"/>
            </w:tcMar>
            <w:vAlign w:val="center"/>
          </w:tcPr>
          <w:p w14:paraId="03D6AD73" w14:textId="77777777" w:rsidR="00DB793E" w:rsidRDefault="00000000">
            <w:r>
              <w:rPr>
                <w:rFonts w:eastAsia="Times New Roman" w:cs="Times New Roman"/>
                <w:sz w:val="16"/>
              </w:rPr>
              <w:t>Brier</w:t>
            </w:r>
          </w:p>
        </w:tc>
        <w:tc>
          <w:tcPr>
            <w:tcW w:w="2729" w:type="dxa"/>
            <w:tcMar>
              <w:top w:w="55" w:type="dxa"/>
              <w:left w:w="80" w:type="dxa"/>
              <w:bottom w:w="55" w:type="dxa"/>
              <w:right w:w="80" w:type="dxa"/>
            </w:tcMar>
            <w:vAlign w:val="center"/>
          </w:tcPr>
          <w:p w14:paraId="5DC8D3B7" w14:textId="77777777" w:rsidR="00DB793E" w:rsidRDefault="00000000">
            <w:pPr>
              <w:jc w:val="center"/>
            </w:pPr>
            <w:r>
              <w:rPr>
                <w:rFonts w:eastAsia="Times New Roman" w:cs="Times New Roman"/>
                <w:sz w:val="16"/>
              </w:rPr>
              <w:t>0.187 (0.006)</w:t>
            </w:r>
          </w:p>
        </w:tc>
        <w:tc>
          <w:tcPr>
            <w:tcW w:w="3033" w:type="dxa"/>
            <w:tcMar>
              <w:top w:w="55" w:type="dxa"/>
              <w:left w:w="80" w:type="dxa"/>
              <w:bottom w:w="55" w:type="dxa"/>
              <w:right w:w="80" w:type="dxa"/>
            </w:tcMar>
            <w:vAlign w:val="center"/>
          </w:tcPr>
          <w:p w14:paraId="7C6F037F" w14:textId="77777777" w:rsidR="00DB793E" w:rsidRDefault="00000000">
            <w:pPr>
              <w:jc w:val="center"/>
            </w:pPr>
            <w:r>
              <w:rPr>
                <w:rFonts w:eastAsia="Times New Roman" w:cs="Times New Roman"/>
                <w:sz w:val="16"/>
              </w:rPr>
              <w:t>0.176–0.200</w:t>
            </w:r>
          </w:p>
        </w:tc>
        <w:tc>
          <w:tcPr>
            <w:tcW w:w="3035" w:type="dxa"/>
            <w:tcMar>
              <w:top w:w="55" w:type="dxa"/>
              <w:left w:w="80" w:type="dxa"/>
              <w:bottom w:w="55" w:type="dxa"/>
              <w:right w:w="80" w:type="dxa"/>
            </w:tcMar>
            <w:vAlign w:val="center"/>
          </w:tcPr>
          <w:p w14:paraId="49E60E2E" w14:textId="77777777" w:rsidR="00DB793E" w:rsidRDefault="00000000">
            <w:pPr>
              <w:jc w:val="center"/>
            </w:pPr>
            <w:r>
              <w:rPr>
                <w:rFonts w:eastAsia="Times New Roman" w:cs="Times New Roman"/>
                <w:sz w:val="16"/>
              </w:rPr>
              <w:t>0.153–0.220</w:t>
            </w:r>
          </w:p>
        </w:tc>
      </w:tr>
      <w:tr w:rsidR="00DB793E" w14:paraId="5920699C" w14:textId="77777777">
        <w:trPr>
          <w:cantSplit/>
        </w:trPr>
        <w:tc>
          <w:tcPr>
            <w:tcW w:w="2426" w:type="dxa"/>
            <w:tcMar>
              <w:top w:w="55" w:type="dxa"/>
              <w:left w:w="80" w:type="dxa"/>
              <w:bottom w:w="55" w:type="dxa"/>
              <w:right w:w="80" w:type="dxa"/>
            </w:tcMar>
            <w:vAlign w:val="center"/>
          </w:tcPr>
          <w:p w14:paraId="309869F7" w14:textId="1A42E88D" w:rsidR="00DB793E" w:rsidRDefault="009B64B8">
            <w:r>
              <w:rPr>
                <w:rFonts w:eastAsia="Times New Roman" w:cs="Times New Roman"/>
                <w:sz w:val="16"/>
              </w:rPr>
              <w:t>VOIFusion3mm</w:t>
            </w:r>
          </w:p>
        </w:tc>
        <w:tc>
          <w:tcPr>
            <w:tcW w:w="3033" w:type="dxa"/>
            <w:tcMar>
              <w:top w:w="55" w:type="dxa"/>
              <w:left w:w="80" w:type="dxa"/>
              <w:bottom w:w="55" w:type="dxa"/>
              <w:right w:w="80" w:type="dxa"/>
            </w:tcMar>
            <w:vAlign w:val="center"/>
          </w:tcPr>
          <w:p w14:paraId="6225E5A5" w14:textId="77777777" w:rsidR="00DB793E" w:rsidRDefault="00000000">
            <w:r>
              <w:rPr>
                <w:rFonts w:eastAsia="Times New Roman" w:cs="Times New Roman"/>
                <w:sz w:val="16"/>
              </w:rPr>
              <w:t>Calibration intercept</w:t>
            </w:r>
          </w:p>
        </w:tc>
        <w:tc>
          <w:tcPr>
            <w:tcW w:w="2729" w:type="dxa"/>
            <w:tcMar>
              <w:top w:w="55" w:type="dxa"/>
              <w:left w:w="80" w:type="dxa"/>
              <w:bottom w:w="55" w:type="dxa"/>
              <w:right w:w="80" w:type="dxa"/>
            </w:tcMar>
            <w:vAlign w:val="center"/>
          </w:tcPr>
          <w:p w14:paraId="62E7DEA1" w14:textId="77777777" w:rsidR="00DB793E" w:rsidRDefault="00000000">
            <w:pPr>
              <w:jc w:val="center"/>
            </w:pPr>
            <w:r>
              <w:rPr>
                <w:rFonts w:eastAsia="Times New Roman" w:cs="Times New Roman"/>
                <w:sz w:val="16"/>
              </w:rPr>
              <w:t>−0.388 (0.318)</w:t>
            </w:r>
          </w:p>
        </w:tc>
        <w:tc>
          <w:tcPr>
            <w:tcW w:w="3033" w:type="dxa"/>
            <w:tcMar>
              <w:top w:w="55" w:type="dxa"/>
              <w:left w:w="80" w:type="dxa"/>
              <w:bottom w:w="55" w:type="dxa"/>
              <w:right w:w="80" w:type="dxa"/>
            </w:tcMar>
            <w:vAlign w:val="center"/>
          </w:tcPr>
          <w:p w14:paraId="7454B1B5" w14:textId="77777777" w:rsidR="00DB793E" w:rsidRDefault="00000000">
            <w:pPr>
              <w:jc w:val="center"/>
            </w:pPr>
            <w:r>
              <w:rPr>
                <w:rFonts w:eastAsia="Times New Roman" w:cs="Times New Roman"/>
                <w:sz w:val="16"/>
              </w:rPr>
              <w:t>−0.909–0.319</w:t>
            </w:r>
          </w:p>
        </w:tc>
        <w:tc>
          <w:tcPr>
            <w:tcW w:w="3035" w:type="dxa"/>
            <w:tcMar>
              <w:top w:w="55" w:type="dxa"/>
              <w:left w:w="80" w:type="dxa"/>
              <w:bottom w:w="55" w:type="dxa"/>
              <w:right w:w="80" w:type="dxa"/>
            </w:tcMar>
            <w:vAlign w:val="center"/>
          </w:tcPr>
          <w:p w14:paraId="70326A2E" w14:textId="77777777" w:rsidR="00DB793E" w:rsidRDefault="00000000">
            <w:pPr>
              <w:jc w:val="center"/>
            </w:pPr>
            <w:r>
              <w:rPr>
                <w:rFonts w:eastAsia="Times New Roman" w:cs="Times New Roman"/>
                <w:sz w:val="16"/>
              </w:rPr>
              <w:t>−1.152–0.425</w:t>
            </w:r>
          </w:p>
        </w:tc>
      </w:tr>
      <w:tr w:rsidR="00DB793E" w14:paraId="3A7E7D91" w14:textId="77777777">
        <w:trPr>
          <w:cantSplit/>
        </w:trPr>
        <w:tc>
          <w:tcPr>
            <w:tcW w:w="2426" w:type="dxa"/>
            <w:tcMar>
              <w:top w:w="55" w:type="dxa"/>
              <w:left w:w="80" w:type="dxa"/>
              <w:bottom w:w="55" w:type="dxa"/>
              <w:right w:w="80" w:type="dxa"/>
            </w:tcMar>
            <w:vAlign w:val="center"/>
          </w:tcPr>
          <w:p w14:paraId="4B806C19" w14:textId="1AB94E2C" w:rsidR="00DB793E" w:rsidRDefault="009B64B8">
            <w:r>
              <w:rPr>
                <w:rFonts w:eastAsia="Times New Roman" w:cs="Times New Roman"/>
                <w:sz w:val="16"/>
              </w:rPr>
              <w:t>VOIFusion3mm</w:t>
            </w:r>
          </w:p>
        </w:tc>
        <w:tc>
          <w:tcPr>
            <w:tcW w:w="3033" w:type="dxa"/>
            <w:tcMar>
              <w:top w:w="55" w:type="dxa"/>
              <w:left w:w="80" w:type="dxa"/>
              <w:bottom w:w="55" w:type="dxa"/>
              <w:right w:w="80" w:type="dxa"/>
            </w:tcMar>
            <w:vAlign w:val="center"/>
          </w:tcPr>
          <w:p w14:paraId="18BFE08A" w14:textId="77777777" w:rsidR="00DB793E" w:rsidRDefault="00000000">
            <w:r>
              <w:rPr>
                <w:rFonts w:eastAsia="Times New Roman" w:cs="Times New Roman"/>
                <w:sz w:val="16"/>
              </w:rPr>
              <w:t>Calibration slope</w:t>
            </w:r>
          </w:p>
        </w:tc>
        <w:tc>
          <w:tcPr>
            <w:tcW w:w="2729" w:type="dxa"/>
            <w:tcMar>
              <w:top w:w="55" w:type="dxa"/>
              <w:left w:w="80" w:type="dxa"/>
              <w:bottom w:w="55" w:type="dxa"/>
              <w:right w:w="80" w:type="dxa"/>
            </w:tcMar>
            <w:vAlign w:val="center"/>
          </w:tcPr>
          <w:p w14:paraId="1415BF5D" w14:textId="77777777" w:rsidR="00DB793E" w:rsidRDefault="00000000">
            <w:pPr>
              <w:jc w:val="center"/>
            </w:pPr>
            <w:r>
              <w:rPr>
                <w:rFonts w:eastAsia="Times New Roman" w:cs="Times New Roman"/>
                <w:sz w:val="16"/>
              </w:rPr>
              <w:t>0.631 (0.315)</w:t>
            </w:r>
          </w:p>
        </w:tc>
        <w:tc>
          <w:tcPr>
            <w:tcW w:w="3033" w:type="dxa"/>
            <w:tcMar>
              <w:top w:w="55" w:type="dxa"/>
              <w:left w:w="80" w:type="dxa"/>
              <w:bottom w:w="55" w:type="dxa"/>
              <w:right w:w="80" w:type="dxa"/>
            </w:tcMar>
            <w:vAlign w:val="center"/>
          </w:tcPr>
          <w:p w14:paraId="215B133A" w14:textId="77777777" w:rsidR="00DB793E" w:rsidRDefault="00000000">
            <w:pPr>
              <w:jc w:val="center"/>
            </w:pPr>
            <w:r>
              <w:rPr>
                <w:rFonts w:eastAsia="Times New Roman" w:cs="Times New Roman"/>
                <w:sz w:val="16"/>
              </w:rPr>
              <w:t>0.136–1.349</w:t>
            </w:r>
          </w:p>
        </w:tc>
        <w:tc>
          <w:tcPr>
            <w:tcW w:w="3035" w:type="dxa"/>
            <w:tcMar>
              <w:top w:w="55" w:type="dxa"/>
              <w:left w:w="80" w:type="dxa"/>
              <w:bottom w:w="55" w:type="dxa"/>
              <w:right w:w="80" w:type="dxa"/>
            </w:tcMar>
            <w:vAlign w:val="center"/>
          </w:tcPr>
          <w:p w14:paraId="3DFD53A4" w14:textId="77777777" w:rsidR="00DB793E" w:rsidRDefault="00000000">
            <w:pPr>
              <w:jc w:val="center"/>
            </w:pPr>
            <w:r>
              <w:rPr>
                <w:rFonts w:eastAsia="Times New Roman" w:cs="Times New Roman"/>
                <w:sz w:val="16"/>
              </w:rPr>
              <w:t>0.039–1.375</w:t>
            </w:r>
          </w:p>
        </w:tc>
      </w:tr>
      <w:tr w:rsidR="00DB793E" w14:paraId="76A48795" w14:textId="77777777">
        <w:trPr>
          <w:cantSplit/>
        </w:trPr>
        <w:tc>
          <w:tcPr>
            <w:tcW w:w="2426" w:type="dxa"/>
            <w:tcMar>
              <w:top w:w="55" w:type="dxa"/>
              <w:left w:w="80" w:type="dxa"/>
              <w:bottom w:w="55" w:type="dxa"/>
              <w:right w:w="80" w:type="dxa"/>
            </w:tcMar>
            <w:vAlign w:val="center"/>
          </w:tcPr>
          <w:p w14:paraId="21A3E5FD" w14:textId="4C1A493C" w:rsidR="00DB793E" w:rsidRDefault="009B64B8">
            <w:r>
              <w:rPr>
                <w:rFonts w:eastAsia="Times New Roman" w:cs="Times New Roman"/>
                <w:sz w:val="16"/>
              </w:rPr>
              <w:t>VOIFusion3mm</w:t>
            </w:r>
          </w:p>
        </w:tc>
        <w:tc>
          <w:tcPr>
            <w:tcW w:w="3033" w:type="dxa"/>
            <w:tcMar>
              <w:top w:w="55" w:type="dxa"/>
              <w:left w:w="80" w:type="dxa"/>
              <w:bottom w:w="55" w:type="dxa"/>
              <w:right w:w="80" w:type="dxa"/>
            </w:tcMar>
            <w:vAlign w:val="center"/>
          </w:tcPr>
          <w:p w14:paraId="27BAEB3C" w14:textId="77777777" w:rsidR="00DB793E" w:rsidRDefault="00000000">
            <w:r>
              <w:rPr>
                <w:rFonts w:eastAsia="Times New Roman" w:cs="Times New Roman"/>
                <w:sz w:val="16"/>
              </w:rPr>
              <w:t>Brier skill</w:t>
            </w:r>
          </w:p>
        </w:tc>
        <w:tc>
          <w:tcPr>
            <w:tcW w:w="2729" w:type="dxa"/>
            <w:tcMar>
              <w:top w:w="55" w:type="dxa"/>
              <w:left w:w="80" w:type="dxa"/>
              <w:bottom w:w="55" w:type="dxa"/>
              <w:right w:w="80" w:type="dxa"/>
            </w:tcMar>
            <w:vAlign w:val="center"/>
          </w:tcPr>
          <w:p w14:paraId="48DF2BD9" w14:textId="77777777" w:rsidR="00DB793E" w:rsidRDefault="00000000">
            <w:pPr>
              <w:jc w:val="center"/>
            </w:pPr>
            <w:r>
              <w:rPr>
                <w:rFonts w:eastAsia="Times New Roman" w:cs="Times New Roman"/>
                <w:sz w:val="16"/>
              </w:rPr>
              <w:t>0.019 (0.033)</w:t>
            </w:r>
          </w:p>
        </w:tc>
        <w:tc>
          <w:tcPr>
            <w:tcW w:w="3033" w:type="dxa"/>
            <w:tcMar>
              <w:top w:w="55" w:type="dxa"/>
              <w:left w:w="80" w:type="dxa"/>
              <w:bottom w:w="55" w:type="dxa"/>
              <w:right w:w="80" w:type="dxa"/>
            </w:tcMar>
            <w:vAlign w:val="center"/>
          </w:tcPr>
          <w:p w14:paraId="34A1EF83" w14:textId="77777777" w:rsidR="00DB793E" w:rsidRDefault="00000000">
            <w:pPr>
              <w:jc w:val="center"/>
            </w:pPr>
            <w:r>
              <w:rPr>
                <w:rFonts w:eastAsia="Times New Roman" w:cs="Times New Roman"/>
                <w:sz w:val="16"/>
              </w:rPr>
              <w:t>−0.051–0.073</w:t>
            </w:r>
          </w:p>
        </w:tc>
        <w:tc>
          <w:tcPr>
            <w:tcW w:w="3035" w:type="dxa"/>
            <w:tcMar>
              <w:top w:w="55" w:type="dxa"/>
              <w:left w:w="80" w:type="dxa"/>
              <w:bottom w:w="55" w:type="dxa"/>
              <w:right w:w="80" w:type="dxa"/>
            </w:tcMar>
            <w:vAlign w:val="center"/>
          </w:tcPr>
          <w:p w14:paraId="436E3999" w14:textId="77777777" w:rsidR="00DB793E" w:rsidRDefault="00000000">
            <w:pPr>
              <w:jc w:val="center"/>
            </w:pPr>
            <w:r>
              <w:rPr>
                <w:rFonts w:eastAsia="Times New Roman" w:cs="Times New Roman"/>
                <w:sz w:val="16"/>
              </w:rPr>
              <w:t>−0.055–0.082</w:t>
            </w:r>
          </w:p>
        </w:tc>
      </w:tr>
    </w:tbl>
    <w:p w14:paraId="20F259A4" w14:textId="77777777" w:rsidR="00DB793E" w:rsidRDefault="00000000">
      <w:pPr>
        <w:keepNext/>
        <w:spacing w:before="100" w:after="60"/>
      </w:pPr>
      <w:r>
        <w:rPr>
          <w:rFonts w:eastAsia="Times New Roman" w:cs="Times New Roman"/>
          <w:b/>
        </w:rPr>
        <w:t>B. Paired comparisons</w:t>
      </w:r>
    </w:p>
    <w:tbl>
      <w:tblPr>
        <w:tblW w:w="14256" w:type="dxa"/>
        <w:tblBorders>
          <w:top w:val="single" w:sz="10" w:space="0" w:color="000000"/>
          <w:left w:val="nil"/>
          <w:bottom w:val="single" w:sz="10" w:space="0" w:color="000000"/>
          <w:right w:val="nil"/>
          <w:insideH w:val="nil"/>
          <w:insideV w:val="nil"/>
        </w:tblBorders>
        <w:tblLayout w:type="fixed"/>
        <w:tblLook w:val="04A0" w:firstRow="1" w:lastRow="0" w:firstColumn="1" w:lastColumn="0" w:noHBand="0" w:noVBand="1"/>
      </w:tblPr>
      <w:tblGrid>
        <w:gridCol w:w="3696"/>
        <w:gridCol w:w="2187"/>
        <w:gridCol w:w="5053"/>
        <w:gridCol w:w="1659"/>
        <w:gridCol w:w="1661"/>
      </w:tblGrid>
      <w:tr w:rsidR="00DB793E" w14:paraId="52599EB7" w14:textId="77777777">
        <w:trPr>
          <w:cantSplit/>
          <w:tblHeader/>
        </w:trPr>
        <w:tc>
          <w:tcPr>
            <w:tcW w:w="3696" w:type="dxa"/>
            <w:tcBorders>
              <w:bottom w:val="single" w:sz="6" w:space="0" w:color="000000"/>
            </w:tcBorders>
            <w:tcMar>
              <w:top w:w="55" w:type="dxa"/>
              <w:left w:w="80" w:type="dxa"/>
              <w:bottom w:w="55" w:type="dxa"/>
              <w:right w:w="80" w:type="dxa"/>
            </w:tcMar>
            <w:vAlign w:val="center"/>
          </w:tcPr>
          <w:p w14:paraId="0C659B75" w14:textId="77777777" w:rsidR="00DB793E" w:rsidRDefault="00000000">
            <w:pPr>
              <w:jc w:val="center"/>
            </w:pPr>
            <w:r>
              <w:rPr>
                <w:rFonts w:eastAsia="Times New Roman" w:cs="Times New Roman"/>
                <w:b/>
                <w:sz w:val="16"/>
              </w:rPr>
              <w:t>Comparison (A − B)</w:t>
            </w:r>
          </w:p>
        </w:tc>
        <w:tc>
          <w:tcPr>
            <w:tcW w:w="2187" w:type="dxa"/>
            <w:tcBorders>
              <w:bottom w:val="single" w:sz="6" w:space="0" w:color="000000"/>
            </w:tcBorders>
            <w:tcMar>
              <w:top w:w="55" w:type="dxa"/>
              <w:left w:w="80" w:type="dxa"/>
              <w:bottom w:w="55" w:type="dxa"/>
              <w:right w:w="80" w:type="dxa"/>
            </w:tcMar>
            <w:vAlign w:val="center"/>
          </w:tcPr>
          <w:p w14:paraId="310997CB" w14:textId="77777777" w:rsidR="00DB793E" w:rsidRDefault="00000000">
            <w:pPr>
              <w:jc w:val="center"/>
            </w:pPr>
            <w:r>
              <w:rPr>
                <w:rFonts w:eastAsia="Times New Roman" w:cs="Times New Roman"/>
                <w:b/>
                <w:sz w:val="16"/>
              </w:rPr>
              <w:t>Metric</w:t>
            </w:r>
          </w:p>
        </w:tc>
        <w:tc>
          <w:tcPr>
            <w:tcW w:w="5053" w:type="dxa"/>
            <w:tcBorders>
              <w:bottom w:val="single" w:sz="6" w:space="0" w:color="000000"/>
            </w:tcBorders>
            <w:tcMar>
              <w:top w:w="55" w:type="dxa"/>
              <w:left w:w="80" w:type="dxa"/>
              <w:bottom w:w="55" w:type="dxa"/>
              <w:right w:w="80" w:type="dxa"/>
            </w:tcMar>
            <w:vAlign w:val="center"/>
          </w:tcPr>
          <w:p w14:paraId="58111ABD" w14:textId="77777777" w:rsidR="00DB793E" w:rsidRDefault="00000000">
            <w:pPr>
              <w:jc w:val="center"/>
            </w:pPr>
            <w:r>
              <w:rPr>
                <w:rFonts w:eastAsia="Times New Roman" w:cs="Times New Roman"/>
                <w:b/>
                <w:sz w:val="16"/>
              </w:rPr>
              <w:t>Difference (95% CI)</w:t>
            </w:r>
          </w:p>
        </w:tc>
        <w:tc>
          <w:tcPr>
            <w:tcW w:w="1659" w:type="dxa"/>
            <w:tcBorders>
              <w:bottom w:val="single" w:sz="6" w:space="0" w:color="000000"/>
            </w:tcBorders>
            <w:tcMar>
              <w:top w:w="55" w:type="dxa"/>
              <w:left w:w="80" w:type="dxa"/>
              <w:bottom w:w="55" w:type="dxa"/>
              <w:right w:w="80" w:type="dxa"/>
            </w:tcMar>
            <w:vAlign w:val="center"/>
          </w:tcPr>
          <w:p w14:paraId="233BB641" w14:textId="77777777" w:rsidR="00DB793E" w:rsidRDefault="00000000">
            <w:pPr>
              <w:jc w:val="center"/>
            </w:pPr>
            <w:r>
              <w:rPr>
                <w:rFonts w:eastAsia="Times New Roman" w:cs="Times New Roman"/>
                <w:b/>
                <w:sz w:val="16"/>
              </w:rPr>
              <w:t>P value</w:t>
            </w:r>
          </w:p>
        </w:tc>
        <w:tc>
          <w:tcPr>
            <w:tcW w:w="1661" w:type="dxa"/>
            <w:tcBorders>
              <w:bottom w:val="single" w:sz="6" w:space="0" w:color="000000"/>
            </w:tcBorders>
            <w:tcMar>
              <w:top w:w="55" w:type="dxa"/>
              <w:left w:w="80" w:type="dxa"/>
              <w:bottom w:w="55" w:type="dxa"/>
              <w:right w:w="80" w:type="dxa"/>
            </w:tcMar>
            <w:vAlign w:val="center"/>
          </w:tcPr>
          <w:p w14:paraId="44CB9D2D" w14:textId="77777777" w:rsidR="00DB793E" w:rsidRDefault="00000000">
            <w:pPr>
              <w:jc w:val="center"/>
            </w:pPr>
            <w:r>
              <w:rPr>
                <w:rFonts w:eastAsia="Times New Roman" w:cs="Times New Roman"/>
                <w:b/>
                <w:sz w:val="16"/>
              </w:rPr>
              <w:t>q value</w:t>
            </w:r>
          </w:p>
        </w:tc>
      </w:tr>
      <w:tr w:rsidR="00DB793E" w14:paraId="29CE00D6" w14:textId="77777777">
        <w:trPr>
          <w:cantSplit/>
        </w:trPr>
        <w:tc>
          <w:tcPr>
            <w:tcW w:w="3696" w:type="dxa"/>
            <w:tcMar>
              <w:top w:w="55" w:type="dxa"/>
              <w:left w:w="80" w:type="dxa"/>
              <w:bottom w:w="55" w:type="dxa"/>
              <w:right w:w="80" w:type="dxa"/>
            </w:tcMar>
            <w:vAlign w:val="center"/>
          </w:tcPr>
          <w:p w14:paraId="532AA460" w14:textId="4DDDA8E1" w:rsidR="00DB793E" w:rsidRDefault="00000000">
            <w:r>
              <w:rPr>
                <w:rFonts w:eastAsia="Times New Roman" w:cs="Times New Roman"/>
                <w:sz w:val="16"/>
              </w:rPr>
              <w:lastRenderedPageBreak/>
              <w:t>Peri1mm − Peri3mm</w:t>
            </w:r>
          </w:p>
        </w:tc>
        <w:tc>
          <w:tcPr>
            <w:tcW w:w="2187" w:type="dxa"/>
            <w:tcMar>
              <w:top w:w="55" w:type="dxa"/>
              <w:left w:w="80" w:type="dxa"/>
              <w:bottom w:w="55" w:type="dxa"/>
              <w:right w:w="80" w:type="dxa"/>
            </w:tcMar>
            <w:vAlign w:val="center"/>
          </w:tcPr>
          <w:p w14:paraId="25F0E52C" w14:textId="77777777" w:rsidR="00DB793E" w:rsidRDefault="00000000">
            <w:r>
              <w:rPr>
                <w:rFonts w:eastAsia="Times New Roman" w:cs="Times New Roman"/>
                <w:sz w:val="16"/>
              </w:rPr>
              <w:t>AUC</w:t>
            </w:r>
          </w:p>
        </w:tc>
        <w:tc>
          <w:tcPr>
            <w:tcW w:w="5053" w:type="dxa"/>
            <w:tcMar>
              <w:top w:w="55" w:type="dxa"/>
              <w:left w:w="80" w:type="dxa"/>
              <w:bottom w:w="55" w:type="dxa"/>
              <w:right w:w="80" w:type="dxa"/>
            </w:tcMar>
            <w:vAlign w:val="center"/>
          </w:tcPr>
          <w:p w14:paraId="25948AD9" w14:textId="77777777" w:rsidR="00DB793E" w:rsidRDefault="00000000">
            <w:pPr>
              <w:jc w:val="center"/>
            </w:pPr>
            <w:r>
              <w:rPr>
                <w:rFonts w:eastAsia="Times New Roman" w:cs="Times New Roman"/>
                <w:sz w:val="16"/>
              </w:rPr>
              <w:t>−0.026 (−0.083 to 0.030)</w:t>
            </w:r>
          </w:p>
        </w:tc>
        <w:tc>
          <w:tcPr>
            <w:tcW w:w="1659" w:type="dxa"/>
            <w:tcMar>
              <w:top w:w="55" w:type="dxa"/>
              <w:left w:w="80" w:type="dxa"/>
              <w:bottom w:w="55" w:type="dxa"/>
              <w:right w:w="80" w:type="dxa"/>
            </w:tcMar>
            <w:vAlign w:val="center"/>
          </w:tcPr>
          <w:p w14:paraId="4E9F73B5" w14:textId="77777777" w:rsidR="00DB793E" w:rsidRDefault="00000000">
            <w:pPr>
              <w:jc w:val="center"/>
            </w:pPr>
            <w:r>
              <w:rPr>
                <w:rFonts w:eastAsia="Times New Roman" w:cs="Times New Roman"/>
                <w:sz w:val="16"/>
              </w:rPr>
              <w:t>0.381</w:t>
            </w:r>
          </w:p>
        </w:tc>
        <w:tc>
          <w:tcPr>
            <w:tcW w:w="1661" w:type="dxa"/>
            <w:tcMar>
              <w:top w:w="55" w:type="dxa"/>
              <w:left w:w="80" w:type="dxa"/>
              <w:bottom w:w="55" w:type="dxa"/>
              <w:right w:w="80" w:type="dxa"/>
            </w:tcMar>
            <w:vAlign w:val="center"/>
          </w:tcPr>
          <w:p w14:paraId="5626CE87" w14:textId="77777777" w:rsidR="00DB793E" w:rsidRDefault="00000000">
            <w:pPr>
              <w:jc w:val="center"/>
            </w:pPr>
            <w:r>
              <w:rPr>
                <w:rFonts w:eastAsia="Times New Roman" w:cs="Times New Roman"/>
                <w:sz w:val="16"/>
              </w:rPr>
              <w:t>0.571</w:t>
            </w:r>
          </w:p>
        </w:tc>
      </w:tr>
      <w:tr w:rsidR="00DB793E" w14:paraId="0DF08593" w14:textId="77777777">
        <w:trPr>
          <w:cantSplit/>
        </w:trPr>
        <w:tc>
          <w:tcPr>
            <w:tcW w:w="3696" w:type="dxa"/>
            <w:tcMar>
              <w:top w:w="55" w:type="dxa"/>
              <w:left w:w="80" w:type="dxa"/>
              <w:bottom w:w="55" w:type="dxa"/>
              <w:right w:w="80" w:type="dxa"/>
            </w:tcMar>
            <w:vAlign w:val="center"/>
          </w:tcPr>
          <w:p w14:paraId="5F02EBE1" w14:textId="4BA49648" w:rsidR="00DB793E" w:rsidRDefault="00000000">
            <w:r>
              <w:rPr>
                <w:rFonts w:eastAsia="Times New Roman" w:cs="Times New Roman"/>
                <w:sz w:val="16"/>
              </w:rPr>
              <w:t>Peri1mm − Peri3mm</w:t>
            </w:r>
          </w:p>
        </w:tc>
        <w:tc>
          <w:tcPr>
            <w:tcW w:w="2187" w:type="dxa"/>
            <w:tcMar>
              <w:top w:w="55" w:type="dxa"/>
              <w:left w:w="80" w:type="dxa"/>
              <w:bottom w:w="55" w:type="dxa"/>
              <w:right w:w="80" w:type="dxa"/>
            </w:tcMar>
            <w:vAlign w:val="center"/>
          </w:tcPr>
          <w:p w14:paraId="0E200449" w14:textId="77777777" w:rsidR="00DB793E" w:rsidRDefault="00000000">
            <w:r>
              <w:rPr>
                <w:rFonts w:eastAsia="Times New Roman" w:cs="Times New Roman"/>
                <w:sz w:val="16"/>
              </w:rPr>
              <w:t>Average precision</w:t>
            </w:r>
          </w:p>
        </w:tc>
        <w:tc>
          <w:tcPr>
            <w:tcW w:w="5053" w:type="dxa"/>
            <w:tcMar>
              <w:top w:w="55" w:type="dxa"/>
              <w:left w:w="80" w:type="dxa"/>
              <w:bottom w:w="55" w:type="dxa"/>
              <w:right w:w="80" w:type="dxa"/>
            </w:tcMar>
            <w:vAlign w:val="center"/>
          </w:tcPr>
          <w:p w14:paraId="7D512D6C" w14:textId="77777777" w:rsidR="00DB793E" w:rsidRDefault="00000000">
            <w:pPr>
              <w:jc w:val="center"/>
            </w:pPr>
            <w:r>
              <w:rPr>
                <w:rFonts w:eastAsia="Times New Roman" w:cs="Times New Roman"/>
                <w:sz w:val="16"/>
              </w:rPr>
              <w:t>−0.015 (−0.065 to 0.037)</w:t>
            </w:r>
          </w:p>
        </w:tc>
        <w:tc>
          <w:tcPr>
            <w:tcW w:w="1659" w:type="dxa"/>
            <w:tcMar>
              <w:top w:w="55" w:type="dxa"/>
              <w:left w:w="80" w:type="dxa"/>
              <w:bottom w:w="55" w:type="dxa"/>
              <w:right w:w="80" w:type="dxa"/>
            </w:tcMar>
            <w:vAlign w:val="center"/>
          </w:tcPr>
          <w:p w14:paraId="2E487E53" w14:textId="77777777" w:rsidR="00DB793E" w:rsidRDefault="00000000">
            <w:pPr>
              <w:jc w:val="center"/>
            </w:pPr>
            <w:r>
              <w:rPr>
                <w:rFonts w:eastAsia="Times New Roman" w:cs="Times New Roman"/>
                <w:sz w:val="16"/>
              </w:rPr>
              <w:t>0.571</w:t>
            </w:r>
          </w:p>
        </w:tc>
        <w:tc>
          <w:tcPr>
            <w:tcW w:w="1661" w:type="dxa"/>
            <w:tcMar>
              <w:top w:w="55" w:type="dxa"/>
              <w:left w:w="80" w:type="dxa"/>
              <w:bottom w:w="55" w:type="dxa"/>
              <w:right w:w="80" w:type="dxa"/>
            </w:tcMar>
            <w:vAlign w:val="center"/>
          </w:tcPr>
          <w:p w14:paraId="2E22F3D2" w14:textId="77777777" w:rsidR="00DB793E" w:rsidRDefault="00000000">
            <w:pPr>
              <w:jc w:val="center"/>
            </w:pPr>
            <w:r>
              <w:rPr>
                <w:rFonts w:eastAsia="Times New Roman" w:cs="Times New Roman"/>
                <w:sz w:val="16"/>
              </w:rPr>
              <w:t>0.797</w:t>
            </w:r>
          </w:p>
        </w:tc>
      </w:tr>
      <w:tr w:rsidR="00DB793E" w14:paraId="62BFA3E5" w14:textId="77777777">
        <w:trPr>
          <w:cantSplit/>
        </w:trPr>
        <w:tc>
          <w:tcPr>
            <w:tcW w:w="3696" w:type="dxa"/>
            <w:tcMar>
              <w:top w:w="55" w:type="dxa"/>
              <w:left w:w="80" w:type="dxa"/>
              <w:bottom w:w="55" w:type="dxa"/>
              <w:right w:w="80" w:type="dxa"/>
            </w:tcMar>
            <w:vAlign w:val="center"/>
          </w:tcPr>
          <w:p w14:paraId="5F411A6A" w14:textId="5F72E140" w:rsidR="00DB793E" w:rsidRDefault="00000000">
            <w:r>
              <w:rPr>
                <w:rFonts w:eastAsia="Times New Roman" w:cs="Times New Roman"/>
                <w:sz w:val="16"/>
              </w:rPr>
              <w:t>Peri1mm − Peri3mm</w:t>
            </w:r>
          </w:p>
        </w:tc>
        <w:tc>
          <w:tcPr>
            <w:tcW w:w="2187" w:type="dxa"/>
            <w:tcMar>
              <w:top w:w="55" w:type="dxa"/>
              <w:left w:w="80" w:type="dxa"/>
              <w:bottom w:w="55" w:type="dxa"/>
              <w:right w:w="80" w:type="dxa"/>
            </w:tcMar>
            <w:vAlign w:val="center"/>
          </w:tcPr>
          <w:p w14:paraId="5F9F2F52" w14:textId="77777777" w:rsidR="00DB793E" w:rsidRDefault="00000000">
            <w:r>
              <w:rPr>
                <w:rFonts w:eastAsia="Times New Roman" w:cs="Times New Roman"/>
                <w:sz w:val="16"/>
              </w:rPr>
              <w:t>Brier</w:t>
            </w:r>
          </w:p>
        </w:tc>
        <w:tc>
          <w:tcPr>
            <w:tcW w:w="5053" w:type="dxa"/>
            <w:tcMar>
              <w:top w:w="55" w:type="dxa"/>
              <w:left w:w="80" w:type="dxa"/>
              <w:bottom w:w="55" w:type="dxa"/>
              <w:right w:w="80" w:type="dxa"/>
            </w:tcMar>
            <w:vAlign w:val="center"/>
          </w:tcPr>
          <w:p w14:paraId="78E73C52" w14:textId="77777777" w:rsidR="00DB793E" w:rsidRDefault="00000000">
            <w:pPr>
              <w:jc w:val="center"/>
            </w:pPr>
            <w:r>
              <w:rPr>
                <w:rFonts w:eastAsia="Times New Roman" w:cs="Times New Roman"/>
                <w:sz w:val="16"/>
              </w:rPr>
              <w:t>+0.001 (−0.007 to 0.010)</w:t>
            </w:r>
          </w:p>
        </w:tc>
        <w:tc>
          <w:tcPr>
            <w:tcW w:w="1659" w:type="dxa"/>
            <w:tcMar>
              <w:top w:w="55" w:type="dxa"/>
              <w:left w:w="80" w:type="dxa"/>
              <w:bottom w:w="55" w:type="dxa"/>
              <w:right w:w="80" w:type="dxa"/>
            </w:tcMar>
            <w:vAlign w:val="center"/>
          </w:tcPr>
          <w:p w14:paraId="5A020655" w14:textId="77777777" w:rsidR="00DB793E" w:rsidRDefault="00000000">
            <w:pPr>
              <w:jc w:val="center"/>
            </w:pPr>
            <w:r>
              <w:rPr>
                <w:rFonts w:eastAsia="Times New Roman" w:cs="Times New Roman"/>
                <w:sz w:val="16"/>
              </w:rPr>
              <w:t>0.766</w:t>
            </w:r>
          </w:p>
        </w:tc>
        <w:tc>
          <w:tcPr>
            <w:tcW w:w="1661" w:type="dxa"/>
            <w:tcMar>
              <w:top w:w="55" w:type="dxa"/>
              <w:left w:w="80" w:type="dxa"/>
              <w:bottom w:w="55" w:type="dxa"/>
              <w:right w:w="80" w:type="dxa"/>
            </w:tcMar>
            <w:vAlign w:val="center"/>
          </w:tcPr>
          <w:p w14:paraId="1AB9BE20" w14:textId="77777777" w:rsidR="00DB793E" w:rsidRDefault="00000000">
            <w:pPr>
              <w:jc w:val="center"/>
            </w:pPr>
            <w:r>
              <w:rPr>
                <w:rFonts w:eastAsia="Times New Roman" w:cs="Times New Roman"/>
                <w:sz w:val="16"/>
              </w:rPr>
              <w:t>0.779</w:t>
            </w:r>
          </w:p>
        </w:tc>
      </w:tr>
      <w:tr w:rsidR="00DB793E" w14:paraId="657EA744" w14:textId="77777777">
        <w:trPr>
          <w:cantSplit/>
        </w:trPr>
        <w:tc>
          <w:tcPr>
            <w:tcW w:w="3696" w:type="dxa"/>
            <w:tcMar>
              <w:top w:w="55" w:type="dxa"/>
              <w:left w:w="80" w:type="dxa"/>
              <w:bottom w:w="55" w:type="dxa"/>
              <w:right w:w="80" w:type="dxa"/>
            </w:tcMar>
            <w:vAlign w:val="center"/>
          </w:tcPr>
          <w:p w14:paraId="6CFF72F6" w14:textId="5C3E1291" w:rsidR="00DB793E" w:rsidRDefault="00000000">
            <w:r>
              <w:rPr>
                <w:rFonts w:eastAsia="Times New Roman" w:cs="Times New Roman"/>
                <w:sz w:val="16"/>
              </w:rPr>
              <w:t>Peri1mm − Peri5mm</w:t>
            </w:r>
          </w:p>
        </w:tc>
        <w:tc>
          <w:tcPr>
            <w:tcW w:w="2187" w:type="dxa"/>
            <w:tcMar>
              <w:top w:w="55" w:type="dxa"/>
              <w:left w:w="80" w:type="dxa"/>
              <w:bottom w:w="55" w:type="dxa"/>
              <w:right w:w="80" w:type="dxa"/>
            </w:tcMar>
            <w:vAlign w:val="center"/>
          </w:tcPr>
          <w:p w14:paraId="1EEA415A" w14:textId="77777777" w:rsidR="00DB793E" w:rsidRDefault="00000000">
            <w:r>
              <w:rPr>
                <w:rFonts w:eastAsia="Times New Roman" w:cs="Times New Roman"/>
                <w:sz w:val="16"/>
              </w:rPr>
              <w:t>AUC</w:t>
            </w:r>
          </w:p>
        </w:tc>
        <w:tc>
          <w:tcPr>
            <w:tcW w:w="5053" w:type="dxa"/>
            <w:tcMar>
              <w:top w:w="55" w:type="dxa"/>
              <w:left w:w="80" w:type="dxa"/>
              <w:bottom w:w="55" w:type="dxa"/>
              <w:right w:w="80" w:type="dxa"/>
            </w:tcMar>
            <w:vAlign w:val="center"/>
          </w:tcPr>
          <w:p w14:paraId="1BD9E873" w14:textId="77777777" w:rsidR="00DB793E" w:rsidRDefault="00000000">
            <w:pPr>
              <w:jc w:val="center"/>
            </w:pPr>
            <w:r>
              <w:rPr>
                <w:rFonts w:eastAsia="Times New Roman" w:cs="Times New Roman"/>
                <w:sz w:val="16"/>
              </w:rPr>
              <w:t>+0.009 (−0.049 to 0.061)</w:t>
            </w:r>
          </w:p>
        </w:tc>
        <w:tc>
          <w:tcPr>
            <w:tcW w:w="1659" w:type="dxa"/>
            <w:tcMar>
              <w:top w:w="55" w:type="dxa"/>
              <w:left w:w="80" w:type="dxa"/>
              <w:bottom w:w="55" w:type="dxa"/>
              <w:right w:w="80" w:type="dxa"/>
            </w:tcMar>
            <w:vAlign w:val="center"/>
          </w:tcPr>
          <w:p w14:paraId="11B73396" w14:textId="77777777" w:rsidR="00DB793E" w:rsidRDefault="00000000">
            <w:pPr>
              <w:jc w:val="center"/>
            </w:pPr>
            <w:r>
              <w:rPr>
                <w:rFonts w:eastAsia="Times New Roman" w:cs="Times New Roman"/>
                <w:sz w:val="16"/>
              </w:rPr>
              <w:t>0.703</w:t>
            </w:r>
          </w:p>
        </w:tc>
        <w:tc>
          <w:tcPr>
            <w:tcW w:w="1661" w:type="dxa"/>
            <w:tcMar>
              <w:top w:w="55" w:type="dxa"/>
              <w:left w:w="80" w:type="dxa"/>
              <w:bottom w:w="55" w:type="dxa"/>
              <w:right w:w="80" w:type="dxa"/>
            </w:tcMar>
            <w:vAlign w:val="center"/>
          </w:tcPr>
          <w:p w14:paraId="3C42B09F" w14:textId="77777777" w:rsidR="00DB793E" w:rsidRDefault="00000000">
            <w:pPr>
              <w:jc w:val="center"/>
            </w:pPr>
            <w:r>
              <w:rPr>
                <w:rFonts w:eastAsia="Times New Roman" w:cs="Times New Roman"/>
                <w:sz w:val="16"/>
              </w:rPr>
              <w:t>0.703</w:t>
            </w:r>
          </w:p>
        </w:tc>
      </w:tr>
      <w:tr w:rsidR="00DB793E" w14:paraId="13B46036" w14:textId="77777777">
        <w:trPr>
          <w:cantSplit/>
        </w:trPr>
        <w:tc>
          <w:tcPr>
            <w:tcW w:w="3696" w:type="dxa"/>
            <w:tcMar>
              <w:top w:w="55" w:type="dxa"/>
              <w:left w:w="80" w:type="dxa"/>
              <w:bottom w:w="55" w:type="dxa"/>
              <w:right w:w="80" w:type="dxa"/>
            </w:tcMar>
            <w:vAlign w:val="center"/>
          </w:tcPr>
          <w:p w14:paraId="46E3BDEF" w14:textId="4A8B5323" w:rsidR="00DB793E" w:rsidRDefault="00000000">
            <w:r>
              <w:rPr>
                <w:rFonts w:eastAsia="Times New Roman" w:cs="Times New Roman"/>
                <w:sz w:val="16"/>
              </w:rPr>
              <w:t>Peri1mm − Peri5mm</w:t>
            </w:r>
          </w:p>
        </w:tc>
        <w:tc>
          <w:tcPr>
            <w:tcW w:w="2187" w:type="dxa"/>
            <w:tcMar>
              <w:top w:w="55" w:type="dxa"/>
              <w:left w:w="80" w:type="dxa"/>
              <w:bottom w:w="55" w:type="dxa"/>
              <w:right w:w="80" w:type="dxa"/>
            </w:tcMar>
            <w:vAlign w:val="center"/>
          </w:tcPr>
          <w:p w14:paraId="29FA58AF" w14:textId="77777777" w:rsidR="00DB793E" w:rsidRDefault="00000000">
            <w:r>
              <w:rPr>
                <w:rFonts w:eastAsia="Times New Roman" w:cs="Times New Roman"/>
                <w:sz w:val="16"/>
              </w:rPr>
              <w:t>Average precision</w:t>
            </w:r>
          </w:p>
        </w:tc>
        <w:tc>
          <w:tcPr>
            <w:tcW w:w="5053" w:type="dxa"/>
            <w:tcMar>
              <w:top w:w="55" w:type="dxa"/>
              <w:left w:w="80" w:type="dxa"/>
              <w:bottom w:w="55" w:type="dxa"/>
              <w:right w:w="80" w:type="dxa"/>
            </w:tcMar>
            <w:vAlign w:val="center"/>
          </w:tcPr>
          <w:p w14:paraId="042909C5" w14:textId="77777777" w:rsidR="00DB793E" w:rsidRDefault="00000000">
            <w:pPr>
              <w:jc w:val="center"/>
            </w:pPr>
            <w:r>
              <w:rPr>
                <w:rFonts w:eastAsia="Times New Roman" w:cs="Times New Roman"/>
                <w:sz w:val="16"/>
              </w:rPr>
              <w:t>+0.004 (−0.040 to 0.055)</w:t>
            </w:r>
          </w:p>
        </w:tc>
        <w:tc>
          <w:tcPr>
            <w:tcW w:w="1659" w:type="dxa"/>
            <w:tcMar>
              <w:top w:w="55" w:type="dxa"/>
              <w:left w:w="80" w:type="dxa"/>
              <w:bottom w:w="55" w:type="dxa"/>
              <w:right w:w="80" w:type="dxa"/>
            </w:tcMar>
            <w:vAlign w:val="center"/>
          </w:tcPr>
          <w:p w14:paraId="35687607" w14:textId="77777777" w:rsidR="00DB793E" w:rsidRDefault="00000000">
            <w:pPr>
              <w:jc w:val="center"/>
            </w:pPr>
            <w:r>
              <w:rPr>
                <w:rFonts w:eastAsia="Times New Roman" w:cs="Times New Roman"/>
                <w:sz w:val="16"/>
              </w:rPr>
              <w:t>0.797</w:t>
            </w:r>
          </w:p>
        </w:tc>
        <w:tc>
          <w:tcPr>
            <w:tcW w:w="1661" w:type="dxa"/>
            <w:tcMar>
              <w:top w:w="55" w:type="dxa"/>
              <w:left w:w="80" w:type="dxa"/>
              <w:bottom w:w="55" w:type="dxa"/>
              <w:right w:w="80" w:type="dxa"/>
            </w:tcMar>
            <w:vAlign w:val="center"/>
          </w:tcPr>
          <w:p w14:paraId="0384AB83" w14:textId="77777777" w:rsidR="00DB793E" w:rsidRDefault="00000000">
            <w:pPr>
              <w:jc w:val="center"/>
            </w:pPr>
            <w:r>
              <w:rPr>
                <w:rFonts w:eastAsia="Times New Roman" w:cs="Times New Roman"/>
                <w:sz w:val="16"/>
              </w:rPr>
              <w:t>0.797</w:t>
            </w:r>
          </w:p>
        </w:tc>
      </w:tr>
      <w:tr w:rsidR="00DB793E" w14:paraId="271A44FA" w14:textId="77777777">
        <w:trPr>
          <w:cantSplit/>
        </w:trPr>
        <w:tc>
          <w:tcPr>
            <w:tcW w:w="3696" w:type="dxa"/>
            <w:tcMar>
              <w:top w:w="55" w:type="dxa"/>
              <w:left w:w="80" w:type="dxa"/>
              <w:bottom w:w="55" w:type="dxa"/>
              <w:right w:w="80" w:type="dxa"/>
            </w:tcMar>
            <w:vAlign w:val="center"/>
          </w:tcPr>
          <w:p w14:paraId="09DBC41F" w14:textId="7123B9ED" w:rsidR="00DB793E" w:rsidRDefault="00000000">
            <w:r>
              <w:rPr>
                <w:rFonts w:eastAsia="Times New Roman" w:cs="Times New Roman"/>
                <w:sz w:val="16"/>
              </w:rPr>
              <w:t>Peri1mm − Peri5mm</w:t>
            </w:r>
          </w:p>
        </w:tc>
        <w:tc>
          <w:tcPr>
            <w:tcW w:w="2187" w:type="dxa"/>
            <w:tcMar>
              <w:top w:w="55" w:type="dxa"/>
              <w:left w:w="80" w:type="dxa"/>
              <w:bottom w:w="55" w:type="dxa"/>
              <w:right w:w="80" w:type="dxa"/>
            </w:tcMar>
            <w:vAlign w:val="center"/>
          </w:tcPr>
          <w:p w14:paraId="4EFF9E32" w14:textId="77777777" w:rsidR="00DB793E" w:rsidRDefault="00000000">
            <w:r>
              <w:rPr>
                <w:rFonts w:eastAsia="Times New Roman" w:cs="Times New Roman"/>
                <w:sz w:val="16"/>
              </w:rPr>
              <w:t>Brier</w:t>
            </w:r>
          </w:p>
        </w:tc>
        <w:tc>
          <w:tcPr>
            <w:tcW w:w="5053" w:type="dxa"/>
            <w:tcMar>
              <w:top w:w="55" w:type="dxa"/>
              <w:left w:w="80" w:type="dxa"/>
              <w:bottom w:w="55" w:type="dxa"/>
              <w:right w:w="80" w:type="dxa"/>
            </w:tcMar>
            <w:vAlign w:val="center"/>
          </w:tcPr>
          <w:p w14:paraId="3F64C233" w14:textId="77777777" w:rsidR="00DB793E" w:rsidRDefault="00000000">
            <w:pPr>
              <w:jc w:val="center"/>
            </w:pPr>
            <w:r>
              <w:rPr>
                <w:rFonts w:eastAsia="Times New Roman" w:cs="Times New Roman"/>
                <w:sz w:val="16"/>
              </w:rPr>
              <w:t>−0.001 (−0.008 to 0.007)</w:t>
            </w:r>
          </w:p>
        </w:tc>
        <w:tc>
          <w:tcPr>
            <w:tcW w:w="1659" w:type="dxa"/>
            <w:tcMar>
              <w:top w:w="55" w:type="dxa"/>
              <w:left w:w="80" w:type="dxa"/>
              <w:bottom w:w="55" w:type="dxa"/>
              <w:right w:w="80" w:type="dxa"/>
            </w:tcMar>
            <w:vAlign w:val="center"/>
          </w:tcPr>
          <w:p w14:paraId="177AF6CC" w14:textId="77777777" w:rsidR="00DB793E" w:rsidRDefault="00000000">
            <w:pPr>
              <w:jc w:val="center"/>
            </w:pPr>
            <w:r>
              <w:rPr>
                <w:rFonts w:eastAsia="Times New Roman" w:cs="Times New Roman"/>
                <w:sz w:val="16"/>
              </w:rPr>
              <w:t>0.779</w:t>
            </w:r>
          </w:p>
        </w:tc>
        <w:tc>
          <w:tcPr>
            <w:tcW w:w="1661" w:type="dxa"/>
            <w:tcMar>
              <w:top w:w="55" w:type="dxa"/>
              <w:left w:w="80" w:type="dxa"/>
              <w:bottom w:w="55" w:type="dxa"/>
              <w:right w:w="80" w:type="dxa"/>
            </w:tcMar>
            <w:vAlign w:val="center"/>
          </w:tcPr>
          <w:p w14:paraId="635AA289" w14:textId="77777777" w:rsidR="00DB793E" w:rsidRDefault="00000000">
            <w:pPr>
              <w:jc w:val="center"/>
            </w:pPr>
            <w:r>
              <w:rPr>
                <w:rFonts w:eastAsia="Times New Roman" w:cs="Times New Roman"/>
                <w:sz w:val="16"/>
              </w:rPr>
              <w:t>0.779</w:t>
            </w:r>
          </w:p>
        </w:tc>
      </w:tr>
      <w:tr w:rsidR="00DB793E" w14:paraId="2EFF6DCA" w14:textId="77777777">
        <w:trPr>
          <w:cantSplit/>
        </w:trPr>
        <w:tc>
          <w:tcPr>
            <w:tcW w:w="3696" w:type="dxa"/>
            <w:tcMar>
              <w:top w:w="55" w:type="dxa"/>
              <w:left w:w="80" w:type="dxa"/>
              <w:bottom w:w="55" w:type="dxa"/>
              <w:right w:w="80" w:type="dxa"/>
            </w:tcMar>
            <w:vAlign w:val="center"/>
          </w:tcPr>
          <w:p w14:paraId="35D4F12E" w14:textId="6B420D19" w:rsidR="00DB793E" w:rsidRDefault="00000000">
            <w:r>
              <w:rPr>
                <w:rFonts w:eastAsia="Times New Roman" w:cs="Times New Roman"/>
                <w:sz w:val="16"/>
              </w:rPr>
              <w:t>Peri3mm − Peri5mm</w:t>
            </w:r>
          </w:p>
        </w:tc>
        <w:tc>
          <w:tcPr>
            <w:tcW w:w="2187" w:type="dxa"/>
            <w:tcMar>
              <w:top w:w="55" w:type="dxa"/>
              <w:left w:w="80" w:type="dxa"/>
              <w:bottom w:w="55" w:type="dxa"/>
              <w:right w:w="80" w:type="dxa"/>
            </w:tcMar>
            <w:vAlign w:val="center"/>
          </w:tcPr>
          <w:p w14:paraId="45353AB1" w14:textId="77777777" w:rsidR="00DB793E" w:rsidRDefault="00000000">
            <w:r>
              <w:rPr>
                <w:rFonts w:eastAsia="Times New Roman" w:cs="Times New Roman"/>
                <w:sz w:val="16"/>
              </w:rPr>
              <w:t>AUC</w:t>
            </w:r>
          </w:p>
        </w:tc>
        <w:tc>
          <w:tcPr>
            <w:tcW w:w="5053" w:type="dxa"/>
            <w:tcMar>
              <w:top w:w="55" w:type="dxa"/>
              <w:left w:w="80" w:type="dxa"/>
              <w:bottom w:w="55" w:type="dxa"/>
              <w:right w:w="80" w:type="dxa"/>
            </w:tcMar>
            <w:vAlign w:val="center"/>
          </w:tcPr>
          <w:p w14:paraId="26196EFF" w14:textId="77777777" w:rsidR="00DB793E" w:rsidRDefault="00000000">
            <w:pPr>
              <w:jc w:val="center"/>
            </w:pPr>
            <w:r>
              <w:rPr>
                <w:rFonts w:eastAsia="Times New Roman" w:cs="Times New Roman"/>
                <w:sz w:val="16"/>
              </w:rPr>
              <w:t>+0.035 (−0.011 to 0.080)</w:t>
            </w:r>
          </w:p>
        </w:tc>
        <w:tc>
          <w:tcPr>
            <w:tcW w:w="1659" w:type="dxa"/>
            <w:tcMar>
              <w:top w:w="55" w:type="dxa"/>
              <w:left w:w="80" w:type="dxa"/>
              <w:bottom w:w="55" w:type="dxa"/>
              <w:right w:w="80" w:type="dxa"/>
            </w:tcMar>
            <w:vAlign w:val="center"/>
          </w:tcPr>
          <w:p w14:paraId="38C3E62F" w14:textId="77777777" w:rsidR="00DB793E" w:rsidRDefault="00000000">
            <w:pPr>
              <w:jc w:val="center"/>
            </w:pPr>
            <w:r>
              <w:rPr>
                <w:rFonts w:eastAsia="Times New Roman" w:cs="Times New Roman"/>
                <w:sz w:val="16"/>
              </w:rPr>
              <w:t>0.140</w:t>
            </w:r>
          </w:p>
        </w:tc>
        <w:tc>
          <w:tcPr>
            <w:tcW w:w="1661" w:type="dxa"/>
            <w:tcMar>
              <w:top w:w="55" w:type="dxa"/>
              <w:left w:w="80" w:type="dxa"/>
              <w:bottom w:w="55" w:type="dxa"/>
              <w:right w:w="80" w:type="dxa"/>
            </w:tcMar>
            <w:vAlign w:val="center"/>
          </w:tcPr>
          <w:p w14:paraId="4E625FBB" w14:textId="77777777" w:rsidR="00DB793E" w:rsidRDefault="00000000">
            <w:pPr>
              <w:jc w:val="center"/>
            </w:pPr>
            <w:r>
              <w:rPr>
                <w:rFonts w:eastAsia="Times New Roman" w:cs="Times New Roman"/>
                <w:sz w:val="16"/>
              </w:rPr>
              <w:t>0.420</w:t>
            </w:r>
          </w:p>
        </w:tc>
      </w:tr>
      <w:tr w:rsidR="00DB793E" w14:paraId="08CCE44A" w14:textId="77777777">
        <w:trPr>
          <w:cantSplit/>
        </w:trPr>
        <w:tc>
          <w:tcPr>
            <w:tcW w:w="3696" w:type="dxa"/>
            <w:tcMar>
              <w:top w:w="55" w:type="dxa"/>
              <w:left w:w="80" w:type="dxa"/>
              <w:bottom w:w="55" w:type="dxa"/>
              <w:right w:w="80" w:type="dxa"/>
            </w:tcMar>
            <w:vAlign w:val="center"/>
          </w:tcPr>
          <w:p w14:paraId="1823A498" w14:textId="55383069" w:rsidR="00DB793E" w:rsidRDefault="00000000">
            <w:r>
              <w:rPr>
                <w:rFonts w:eastAsia="Times New Roman" w:cs="Times New Roman"/>
                <w:sz w:val="16"/>
              </w:rPr>
              <w:t>Peri3mm − Peri5mm</w:t>
            </w:r>
          </w:p>
        </w:tc>
        <w:tc>
          <w:tcPr>
            <w:tcW w:w="2187" w:type="dxa"/>
            <w:tcMar>
              <w:top w:w="55" w:type="dxa"/>
              <w:left w:w="80" w:type="dxa"/>
              <w:bottom w:w="55" w:type="dxa"/>
              <w:right w:w="80" w:type="dxa"/>
            </w:tcMar>
            <w:vAlign w:val="center"/>
          </w:tcPr>
          <w:p w14:paraId="2A6E1644" w14:textId="77777777" w:rsidR="00DB793E" w:rsidRDefault="00000000">
            <w:r>
              <w:rPr>
                <w:rFonts w:eastAsia="Times New Roman" w:cs="Times New Roman"/>
                <w:sz w:val="16"/>
              </w:rPr>
              <w:t>Average precision</w:t>
            </w:r>
          </w:p>
        </w:tc>
        <w:tc>
          <w:tcPr>
            <w:tcW w:w="5053" w:type="dxa"/>
            <w:tcMar>
              <w:top w:w="55" w:type="dxa"/>
              <w:left w:w="80" w:type="dxa"/>
              <w:bottom w:w="55" w:type="dxa"/>
              <w:right w:w="80" w:type="dxa"/>
            </w:tcMar>
            <w:vAlign w:val="center"/>
          </w:tcPr>
          <w:p w14:paraId="5C58E746" w14:textId="77777777" w:rsidR="00DB793E" w:rsidRDefault="00000000">
            <w:pPr>
              <w:jc w:val="center"/>
            </w:pPr>
            <w:r>
              <w:rPr>
                <w:rFonts w:eastAsia="Times New Roman" w:cs="Times New Roman"/>
                <w:sz w:val="16"/>
              </w:rPr>
              <w:t>+0.019 (−0.015 to 0.060)</w:t>
            </w:r>
          </w:p>
        </w:tc>
        <w:tc>
          <w:tcPr>
            <w:tcW w:w="1659" w:type="dxa"/>
            <w:tcMar>
              <w:top w:w="55" w:type="dxa"/>
              <w:left w:w="80" w:type="dxa"/>
              <w:bottom w:w="55" w:type="dxa"/>
              <w:right w:w="80" w:type="dxa"/>
            </w:tcMar>
            <w:vAlign w:val="center"/>
          </w:tcPr>
          <w:p w14:paraId="59AD4796" w14:textId="77777777" w:rsidR="00DB793E" w:rsidRDefault="00000000">
            <w:pPr>
              <w:jc w:val="center"/>
            </w:pPr>
            <w:r>
              <w:rPr>
                <w:rFonts w:eastAsia="Times New Roman" w:cs="Times New Roman"/>
                <w:sz w:val="16"/>
              </w:rPr>
              <w:t>0.285</w:t>
            </w:r>
          </w:p>
        </w:tc>
        <w:tc>
          <w:tcPr>
            <w:tcW w:w="1661" w:type="dxa"/>
            <w:tcMar>
              <w:top w:w="55" w:type="dxa"/>
              <w:left w:w="80" w:type="dxa"/>
              <w:bottom w:w="55" w:type="dxa"/>
              <w:right w:w="80" w:type="dxa"/>
            </w:tcMar>
            <w:vAlign w:val="center"/>
          </w:tcPr>
          <w:p w14:paraId="67A0398E" w14:textId="77777777" w:rsidR="00DB793E" w:rsidRDefault="00000000">
            <w:pPr>
              <w:jc w:val="center"/>
            </w:pPr>
            <w:r>
              <w:rPr>
                <w:rFonts w:eastAsia="Times New Roman" w:cs="Times New Roman"/>
                <w:sz w:val="16"/>
              </w:rPr>
              <w:t>0.797</w:t>
            </w:r>
          </w:p>
        </w:tc>
      </w:tr>
      <w:tr w:rsidR="00DB793E" w14:paraId="2AAC6577" w14:textId="77777777">
        <w:trPr>
          <w:cantSplit/>
        </w:trPr>
        <w:tc>
          <w:tcPr>
            <w:tcW w:w="3696" w:type="dxa"/>
            <w:tcMar>
              <w:top w:w="55" w:type="dxa"/>
              <w:left w:w="80" w:type="dxa"/>
              <w:bottom w:w="55" w:type="dxa"/>
              <w:right w:w="80" w:type="dxa"/>
            </w:tcMar>
            <w:vAlign w:val="center"/>
          </w:tcPr>
          <w:p w14:paraId="375EAD58" w14:textId="152B48C1" w:rsidR="00DB793E" w:rsidRDefault="00000000">
            <w:r>
              <w:rPr>
                <w:rFonts w:eastAsia="Times New Roman" w:cs="Times New Roman"/>
                <w:sz w:val="16"/>
              </w:rPr>
              <w:t>Peri3mm − Peri5mm</w:t>
            </w:r>
          </w:p>
        </w:tc>
        <w:tc>
          <w:tcPr>
            <w:tcW w:w="2187" w:type="dxa"/>
            <w:tcMar>
              <w:top w:w="55" w:type="dxa"/>
              <w:left w:w="80" w:type="dxa"/>
              <w:bottom w:w="55" w:type="dxa"/>
              <w:right w:w="80" w:type="dxa"/>
            </w:tcMar>
            <w:vAlign w:val="center"/>
          </w:tcPr>
          <w:p w14:paraId="462CE73A" w14:textId="77777777" w:rsidR="00DB793E" w:rsidRDefault="00000000">
            <w:r>
              <w:rPr>
                <w:rFonts w:eastAsia="Times New Roman" w:cs="Times New Roman"/>
                <w:sz w:val="16"/>
              </w:rPr>
              <w:t>Brier</w:t>
            </w:r>
          </w:p>
        </w:tc>
        <w:tc>
          <w:tcPr>
            <w:tcW w:w="5053" w:type="dxa"/>
            <w:tcMar>
              <w:top w:w="55" w:type="dxa"/>
              <w:left w:w="80" w:type="dxa"/>
              <w:bottom w:w="55" w:type="dxa"/>
              <w:right w:w="80" w:type="dxa"/>
            </w:tcMar>
            <w:vAlign w:val="center"/>
          </w:tcPr>
          <w:p w14:paraId="43AF893E" w14:textId="77777777" w:rsidR="00DB793E" w:rsidRDefault="00000000">
            <w:pPr>
              <w:jc w:val="center"/>
            </w:pPr>
            <w:r>
              <w:rPr>
                <w:rFonts w:eastAsia="Times New Roman" w:cs="Times New Roman"/>
                <w:sz w:val="16"/>
              </w:rPr>
              <w:t>−0.002 (−0.008 to 0.004)</w:t>
            </w:r>
          </w:p>
        </w:tc>
        <w:tc>
          <w:tcPr>
            <w:tcW w:w="1659" w:type="dxa"/>
            <w:tcMar>
              <w:top w:w="55" w:type="dxa"/>
              <w:left w:w="80" w:type="dxa"/>
              <w:bottom w:w="55" w:type="dxa"/>
              <w:right w:w="80" w:type="dxa"/>
            </w:tcMar>
            <w:vAlign w:val="center"/>
          </w:tcPr>
          <w:p w14:paraId="4030DBF3" w14:textId="77777777" w:rsidR="00DB793E" w:rsidRDefault="00000000">
            <w:pPr>
              <w:jc w:val="center"/>
            </w:pPr>
            <w:r>
              <w:rPr>
                <w:rFonts w:eastAsia="Times New Roman" w:cs="Times New Roman"/>
                <w:sz w:val="16"/>
              </w:rPr>
              <w:t>0.473</w:t>
            </w:r>
          </w:p>
        </w:tc>
        <w:tc>
          <w:tcPr>
            <w:tcW w:w="1661" w:type="dxa"/>
            <w:tcMar>
              <w:top w:w="55" w:type="dxa"/>
              <w:left w:w="80" w:type="dxa"/>
              <w:bottom w:w="55" w:type="dxa"/>
              <w:right w:w="80" w:type="dxa"/>
            </w:tcMar>
            <w:vAlign w:val="center"/>
          </w:tcPr>
          <w:p w14:paraId="2D72DD9C" w14:textId="77777777" w:rsidR="00DB793E" w:rsidRDefault="00000000">
            <w:pPr>
              <w:jc w:val="center"/>
            </w:pPr>
            <w:r>
              <w:rPr>
                <w:rFonts w:eastAsia="Times New Roman" w:cs="Times New Roman"/>
                <w:sz w:val="16"/>
              </w:rPr>
              <w:t>0.779</w:t>
            </w:r>
          </w:p>
        </w:tc>
      </w:tr>
      <w:tr w:rsidR="00DB793E" w14:paraId="6D14522C" w14:textId="77777777">
        <w:trPr>
          <w:cantSplit/>
        </w:trPr>
        <w:tc>
          <w:tcPr>
            <w:tcW w:w="3696" w:type="dxa"/>
            <w:tcMar>
              <w:top w:w="55" w:type="dxa"/>
              <w:left w:w="80" w:type="dxa"/>
              <w:bottom w:w="55" w:type="dxa"/>
              <w:right w:w="80" w:type="dxa"/>
            </w:tcMar>
            <w:vAlign w:val="center"/>
          </w:tcPr>
          <w:p w14:paraId="32BD5E1F" w14:textId="72199C5C" w:rsidR="00DB793E" w:rsidRDefault="00000000">
            <w:r>
              <w:rPr>
                <w:rFonts w:eastAsia="Times New Roman" w:cs="Times New Roman"/>
                <w:sz w:val="16"/>
              </w:rPr>
              <w:t>INTRA − Peri3mm</w:t>
            </w:r>
          </w:p>
        </w:tc>
        <w:tc>
          <w:tcPr>
            <w:tcW w:w="2187" w:type="dxa"/>
            <w:tcMar>
              <w:top w:w="55" w:type="dxa"/>
              <w:left w:w="80" w:type="dxa"/>
              <w:bottom w:w="55" w:type="dxa"/>
              <w:right w:w="80" w:type="dxa"/>
            </w:tcMar>
            <w:vAlign w:val="center"/>
          </w:tcPr>
          <w:p w14:paraId="25D0A793" w14:textId="77777777" w:rsidR="00DB793E" w:rsidRDefault="00000000">
            <w:r>
              <w:rPr>
                <w:rFonts w:eastAsia="Times New Roman" w:cs="Times New Roman"/>
                <w:sz w:val="16"/>
              </w:rPr>
              <w:t>AUC</w:t>
            </w:r>
          </w:p>
        </w:tc>
        <w:tc>
          <w:tcPr>
            <w:tcW w:w="5053" w:type="dxa"/>
            <w:tcMar>
              <w:top w:w="55" w:type="dxa"/>
              <w:left w:w="80" w:type="dxa"/>
              <w:bottom w:w="55" w:type="dxa"/>
              <w:right w:w="80" w:type="dxa"/>
            </w:tcMar>
            <w:vAlign w:val="center"/>
          </w:tcPr>
          <w:p w14:paraId="50B983D9" w14:textId="77777777" w:rsidR="00DB793E" w:rsidRDefault="00000000">
            <w:pPr>
              <w:jc w:val="center"/>
            </w:pPr>
            <w:r>
              <w:rPr>
                <w:rFonts w:eastAsia="Times New Roman" w:cs="Times New Roman"/>
                <w:sz w:val="16"/>
              </w:rPr>
              <w:t>+0.026 (−0.058 to 0.104)</w:t>
            </w:r>
          </w:p>
        </w:tc>
        <w:tc>
          <w:tcPr>
            <w:tcW w:w="1659" w:type="dxa"/>
            <w:tcMar>
              <w:top w:w="55" w:type="dxa"/>
              <w:left w:w="80" w:type="dxa"/>
              <w:bottom w:w="55" w:type="dxa"/>
              <w:right w:w="80" w:type="dxa"/>
            </w:tcMar>
            <w:vAlign w:val="center"/>
          </w:tcPr>
          <w:p w14:paraId="780406AD" w14:textId="77777777" w:rsidR="00DB793E" w:rsidRDefault="00000000">
            <w:pPr>
              <w:jc w:val="center"/>
            </w:pPr>
            <w:r>
              <w:rPr>
                <w:rFonts w:eastAsia="Times New Roman" w:cs="Times New Roman"/>
                <w:sz w:val="16"/>
              </w:rPr>
              <w:t>0.524</w:t>
            </w:r>
          </w:p>
        </w:tc>
        <w:tc>
          <w:tcPr>
            <w:tcW w:w="1661" w:type="dxa"/>
            <w:tcMar>
              <w:top w:w="55" w:type="dxa"/>
              <w:left w:w="80" w:type="dxa"/>
              <w:bottom w:w="55" w:type="dxa"/>
              <w:right w:w="80" w:type="dxa"/>
            </w:tcMar>
            <w:vAlign w:val="center"/>
          </w:tcPr>
          <w:p w14:paraId="4D811BCC" w14:textId="77777777" w:rsidR="00DB793E" w:rsidRDefault="00000000">
            <w:pPr>
              <w:jc w:val="center"/>
            </w:pPr>
            <w:r>
              <w:rPr>
                <w:rFonts w:eastAsia="Times New Roman" w:cs="Times New Roman"/>
                <w:sz w:val="16"/>
              </w:rPr>
              <w:t>0.524</w:t>
            </w:r>
          </w:p>
        </w:tc>
      </w:tr>
      <w:tr w:rsidR="00DB793E" w14:paraId="1211E9DC" w14:textId="77777777">
        <w:trPr>
          <w:cantSplit/>
        </w:trPr>
        <w:tc>
          <w:tcPr>
            <w:tcW w:w="3696" w:type="dxa"/>
            <w:tcMar>
              <w:top w:w="55" w:type="dxa"/>
              <w:left w:w="80" w:type="dxa"/>
              <w:bottom w:w="55" w:type="dxa"/>
              <w:right w:w="80" w:type="dxa"/>
            </w:tcMar>
            <w:vAlign w:val="center"/>
          </w:tcPr>
          <w:p w14:paraId="3FA165DC" w14:textId="5B907672" w:rsidR="00DB793E" w:rsidRDefault="00000000">
            <w:r>
              <w:rPr>
                <w:rFonts w:eastAsia="Times New Roman" w:cs="Times New Roman"/>
                <w:sz w:val="16"/>
              </w:rPr>
              <w:t>INTRA − Peri3mm</w:t>
            </w:r>
          </w:p>
        </w:tc>
        <w:tc>
          <w:tcPr>
            <w:tcW w:w="2187" w:type="dxa"/>
            <w:tcMar>
              <w:top w:w="55" w:type="dxa"/>
              <w:left w:w="80" w:type="dxa"/>
              <w:bottom w:w="55" w:type="dxa"/>
              <w:right w:w="80" w:type="dxa"/>
            </w:tcMar>
            <w:vAlign w:val="center"/>
          </w:tcPr>
          <w:p w14:paraId="2DCD76C6" w14:textId="77777777" w:rsidR="00DB793E" w:rsidRDefault="00000000">
            <w:r>
              <w:rPr>
                <w:rFonts w:eastAsia="Times New Roman" w:cs="Times New Roman"/>
                <w:sz w:val="16"/>
              </w:rPr>
              <w:t>Average precision</w:t>
            </w:r>
          </w:p>
        </w:tc>
        <w:tc>
          <w:tcPr>
            <w:tcW w:w="5053" w:type="dxa"/>
            <w:tcMar>
              <w:top w:w="55" w:type="dxa"/>
              <w:left w:w="80" w:type="dxa"/>
              <w:bottom w:w="55" w:type="dxa"/>
              <w:right w:w="80" w:type="dxa"/>
            </w:tcMar>
            <w:vAlign w:val="center"/>
          </w:tcPr>
          <w:p w14:paraId="3E525934" w14:textId="77777777" w:rsidR="00DB793E" w:rsidRDefault="00000000">
            <w:pPr>
              <w:jc w:val="center"/>
            </w:pPr>
            <w:r>
              <w:rPr>
                <w:rFonts w:eastAsia="Times New Roman" w:cs="Times New Roman"/>
                <w:sz w:val="16"/>
              </w:rPr>
              <w:t>+0.007 (−0.057 to 0.074)</w:t>
            </w:r>
          </w:p>
        </w:tc>
        <w:tc>
          <w:tcPr>
            <w:tcW w:w="1659" w:type="dxa"/>
            <w:tcMar>
              <w:top w:w="55" w:type="dxa"/>
              <w:left w:w="80" w:type="dxa"/>
              <w:bottom w:w="55" w:type="dxa"/>
              <w:right w:w="80" w:type="dxa"/>
            </w:tcMar>
            <w:vAlign w:val="center"/>
          </w:tcPr>
          <w:p w14:paraId="78350078" w14:textId="77777777" w:rsidR="00DB793E" w:rsidRDefault="00000000">
            <w:pPr>
              <w:jc w:val="center"/>
            </w:pPr>
            <w:r>
              <w:rPr>
                <w:rFonts w:eastAsia="Times New Roman" w:cs="Times New Roman"/>
                <w:sz w:val="16"/>
              </w:rPr>
              <w:t>0.755</w:t>
            </w:r>
          </w:p>
        </w:tc>
        <w:tc>
          <w:tcPr>
            <w:tcW w:w="1661" w:type="dxa"/>
            <w:tcMar>
              <w:top w:w="55" w:type="dxa"/>
              <w:left w:w="80" w:type="dxa"/>
              <w:bottom w:w="55" w:type="dxa"/>
              <w:right w:w="80" w:type="dxa"/>
            </w:tcMar>
            <w:vAlign w:val="center"/>
          </w:tcPr>
          <w:p w14:paraId="246000F8" w14:textId="77777777" w:rsidR="00DB793E" w:rsidRDefault="00000000">
            <w:pPr>
              <w:jc w:val="center"/>
            </w:pPr>
            <w:r>
              <w:rPr>
                <w:rFonts w:eastAsia="Times New Roman" w:cs="Times New Roman"/>
                <w:sz w:val="16"/>
              </w:rPr>
              <w:t>0.755</w:t>
            </w:r>
          </w:p>
        </w:tc>
      </w:tr>
      <w:tr w:rsidR="00DB793E" w14:paraId="41BD64FC" w14:textId="77777777">
        <w:trPr>
          <w:cantSplit/>
        </w:trPr>
        <w:tc>
          <w:tcPr>
            <w:tcW w:w="3696" w:type="dxa"/>
            <w:tcMar>
              <w:top w:w="55" w:type="dxa"/>
              <w:left w:w="80" w:type="dxa"/>
              <w:bottom w:w="55" w:type="dxa"/>
              <w:right w:w="80" w:type="dxa"/>
            </w:tcMar>
            <w:vAlign w:val="center"/>
          </w:tcPr>
          <w:p w14:paraId="54456680" w14:textId="501CEB86" w:rsidR="00DB793E" w:rsidRDefault="00000000">
            <w:r>
              <w:rPr>
                <w:rFonts w:eastAsia="Times New Roman" w:cs="Times New Roman"/>
                <w:sz w:val="16"/>
              </w:rPr>
              <w:t>INTRA − Peri3mm</w:t>
            </w:r>
          </w:p>
        </w:tc>
        <w:tc>
          <w:tcPr>
            <w:tcW w:w="2187" w:type="dxa"/>
            <w:tcMar>
              <w:top w:w="55" w:type="dxa"/>
              <w:left w:w="80" w:type="dxa"/>
              <w:bottom w:w="55" w:type="dxa"/>
              <w:right w:w="80" w:type="dxa"/>
            </w:tcMar>
            <w:vAlign w:val="center"/>
          </w:tcPr>
          <w:p w14:paraId="057A2494" w14:textId="77777777" w:rsidR="00DB793E" w:rsidRDefault="00000000">
            <w:r>
              <w:rPr>
                <w:rFonts w:eastAsia="Times New Roman" w:cs="Times New Roman"/>
                <w:sz w:val="16"/>
              </w:rPr>
              <w:t>Brier</w:t>
            </w:r>
          </w:p>
        </w:tc>
        <w:tc>
          <w:tcPr>
            <w:tcW w:w="5053" w:type="dxa"/>
            <w:tcMar>
              <w:top w:w="55" w:type="dxa"/>
              <w:left w:w="80" w:type="dxa"/>
              <w:bottom w:w="55" w:type="dxa"/>
              <w:right w:w="80" w:type="dxa"/>
            </w:tcMar>
            <w:vAlign w:val="center"/>
          </w:tcPr>
          <w:p w14:paraId="39DA00B5" w14:textId="77777777" w:rsidR="00DB793E" w:rsidRDefault="00000000">
            <w:pPr>
              <w:jc w:val="center"/>
            </w:pPr>
            <w:r>
              <w:rPr>
                <w:rFonts w:eastAsia="Times New Roman" w:cs="Times New Roman"/>
                <w:sz w:val="16"/>
              </w:rPr>
              <w:t>−0.003 (−0.013 to 0.008)</w:t>
            </w:r>
          </w:p>
        </w:tc>
        <w:tc>
          <w:tcPr>
            <w:tcW w:w="1659" w:type="dxa"/>
            <w:tcMar>
              <w:top w:w="55" w:type="dxa"/>
              <w:left w:w="80" w:type="dxa"/>
              <w:bottom w:w="55" w:type="dxa"/>
              <w:right w:w="80" w:type="dxa"/>
            </w:tcMar>
            <w:vAlign w:val="center"/>
          </w:tcPr>
          <w:p w14:paraId="7B59E968" w14:textId="77777777" w:rsidR="00DB793E" w:rsidRDefault="00000000">
            <w:pPr>
              <w:jc w:val="center"/>
            </w:pPr>
            <w:r>
              <w:rPr>
                <w:rFonts w:eastAsia="Times New Roman" w:cs="Times New Roman"/>
                <w:sz w:val="16"/>
              </w:rPr>
              <w:t>0.607</w:t>
            </w:r>
          </w:p>
        </w:tc>
        <w:tc>
          <w:tcPr>
            <w:tcW w:w="1661" w:type="dxa"/>
            <w:tcMar>
              <w:top w:w="55" w:type="dxa"/>
              <w:left w:w="80" w:type="dxa"/>
              <w:bottom w:w="55" w:type="dxa"/>
              <w:right w:w="80" w:type="dxa"/>
            </w:tcMar>
            <w:vAlign w:val="center"/>
          </w:tcPr>
          <w:p w14:paraId="435C29D3" w14:textId="77777777" w:rsidR="00DB793E" w:rsidRDefault="00000000">
            <w:pPr>
              <w:jc w:val="center"/>
            </w:pPr>
            <w:r>
              <w:rPr>
                <w:rFonts w:eastAsia="Times New Roman" w:cs="Times New Roman"/>
                <w:sz w:val="16"/>
              </w:rPr>
              <w:t>0.607</w:t>
            </w:r>
          </w:p>
        </w:tc>
      </w:tr>
      <w:tr w:rsidR="00DB793E" w14:paraId="01D89900" w14:textId="77777777">
        <w:trPr>
          <w:cantSplit/>
        </w:trPr>
        <w:tc>
          <w:tcPr>
            <w:tcW w:w="3696" w:type="dxa"/>
            <w:tcMar>
              <w:top w:w="55" w:type="dxa"/>
              <w:left w:w="80" w:type="dxa"/>
              <w:bottom w:w="55" w:type="dxa"/>
              <w:right w:w="80" w:type="dxa"/>
            </w:tcMar>
            <w:vAlign w:val="center"/>
          </w:tcPr>
          <w:p w14:paraId="19D7EF84" w14:textId="503BC2BD" w:rsidR="00DB793E" w:rsidRDefault="00000000">
            <w:r>
              <w:rPr>
                <w:rFonts w:eastAsia="Times New Roman" w:cs="Times New Roman"/>
                <w:sz w:val="16"/>
              </w:rPr>
              <w:t xml:space="preserve">INTRA − </w:t>
            </w:r>
            <w:r w:rsidR="009B64B8">
              <w:rPr>
                <w:rFonts w:eastAsia="Times New Roman" w:cs="Times New Roman"/>
                <w:sz w:val="16"/>
              </w:rPr>
              <w:t>VOIFusion3mm</w:t>
            </w:r>
          </w:p>
        </w:tc>
        <w:tc>
          <w:tcPr>
            <w:tcW w:w="2187" w:type="dxa"/>
            <w:tcMar>
              <w:top w:w="55" w:type="dxa"/>
              <w:left w:w="80" w:type="dxa"/>
              <w:bottom w:w="55" w:type="dxa"/>
              <w:right w:w="80" w:type="dxa"/>
            </w:tcMar>
            <w:vAlign w:val="center"/>
          </w:tcPr>
          <w:p w14:paraId="0C0C57E0" w14:textId="77777777" w:rsidR="00DB793E" w:rsidRDefault="00000000">
            <w:r>
              <w:rPr>
                <w:rFonts w:eastAsia="Times New Roman" w:cs="Times New Roman"/>
                <w:sz w:val="16"/>
              </w:rPr>
              <w:t>AUC</w:t>
            </w:r>
          </w:p>
        </w:tc>
        <w:tc>
          <w:tcPr>
            <w:tcW w:w="5053" w:type="dxa"/>
            <w:tcMar>
              <w:top w:w="55" w:type="dxa"/>
              <w:left w:w="80" w:type="dxa"/>
              <w:bottom w:w="55" w:type="dxa"/>
              <w:right w:w="80" w:type="dxa"/>
            </w:tcMar>
            <w:vAlign w:val="center"/>
          </w:tcPr>
          <w:p w14:paraId="5093D356" w14:textId="77777777" w:rsidR="00DB793E" w:rsidRDefault="00000000">
            <w:pPr>
              <w:jc w:val="center"/>
            </w:pPr>
            <w:r>
              <w:rPr>
                <w:rFonts w:eastAsia="Times New Roman" w:cs="Times New Roman"/>
                <w:sz w:val="16"/>
              </w:rPr>
              <w:t>−0.063 (−0.119 to −0.006)</w:t>
            </w:r>
          </w:p>
        </w:tc>
        <w:tc>
          <w:tcPr>
            <w:tcW w:w="1659" w:type="dxa"/>
            <w:tcMar>
              <w:top w:w="55" w:type="dxa"/>
              <w:left w:w="80" w:type="dxa"/>
              <w:bottom w:w="55" w:type="dxa"/>
              <w:right w:w="80" w:type="dxa"/>
            </w:tcMar>
            <w:vAlign w:val="center"/>
          </w:tcPr>
          <w:p w14:paraId="521F7577" w14:textId="77777777" w:rsidR="00DB793E" w:rsidRDefault="00000000">
            <w:pPr>
              <w:jc w:val="center"/>
            </w:pPr>
            <w:r>
              <w:rPr>
                <w:rFonts w:eastAsia="Times New Roman" w:cs="Times New Roman"/>
                <w:sz w:val="16"/>
              </w:rPr>
              <w:t>0.030</w:t>
            </w:r>
          </w:p>
        </w:tc>
        <w:tc>
          <w:tcPr>
            <w:tcW w:w="1661" w:type="dxa"/>
            <w:tcMar>
              <w:top w:w="55" w:type="dxa"/>
              <w:left w:w="80" w:type="dxa"/>
              <w:bottom w:w="55" w:type="dxa"/>
              <w:right w:w="80" w:type="dxa"/>
            </w:tcMar>
            <w:vAlign w:val="center"/>
          </w:tcPr>
          <w:p w14:paraId="1BEA2D4D" w14:textId="77777777" w:rsidR="00DB793E" w:rsidRDefault="00000000">
            <w:pPr>
              <w:jc w:val="center"/>
            </w:pPr>
            <w:r>
              <w:rPr>
                <w:rFonts w:eastAsia="Times New Roman" w:cs="Times New Roman"/>
                <w:sz w:val="16"/>
              </w:rPr>
              <w:t>0.090</w:t>
            </w:r>
          </w:p>
        </w:tc>
      </w:tr>
      <w:tr w:rsidR="00DB793E" w14:paraId="6F3BDD0D" w14:textId="77777777">
        <w:trPr>
          <w:cantSplit/>
        </w:trPr>
        <w:tc>
          <w:tcPr>
            <w:tcW w:w="3696" w:type="dxa"/>
            <w:tcMar>
              <w:top w:w="55" w:type="dxa"/>
              <w:left w:w="80" w:type="dxa"/>
              <w:bottom w:w="55" w:type="dxa"/>
              <w:right w:w="80" w:type="dxa"/>
            </w:tcMar>
            <w:vAlign w:val="center"/>
          </w:tcPr>
          <w:p w14:paraId="6D72470D" w14:textId="72071F8E" w:rsidR="00DB793E" w:rsidRDefault="00000000">
            <w:r>
              <w:rPr>
                <w:rFonts w:eastAsia="Times New Roman" w:cs="Times New Roman"/>
                <w:sz w:val="16"/>
              </w:rPr>
              <w:t xml:space="preserve">INTRA − </w:t>
            </w:r>
            <w:r w:rsidR="009B64B8">
              <w:rPr>
                <w:rFonts w:eastAsia="Times New Roman" w:cs="Times New Roman"/>
                <w:sz w:val="16"/>
              </w:rPr>
              <w:t>VOIFusion3mm</w:t>
            </w:r>
          </w:p>
        </w:tc>
        <w:tc>
          <w:tcPr>
            <w:tcW w:w="2187" w:type="dxa"/>
            <w:tcMar>
              <w:top w:w="55" w:type="dxa"/>
              <w:left w:w="80" w:type="dxa"/>
              <w:bottom w:w="55" w:type="dxa"/>
              <w:right w:w="80" w:type="dxa"/>
            </w:tcMar>
            <w:vAlign w:val="center"/>
          </w:tcPr>
          <w:p w14:paraId="541CA473" w14:textId="77777777" w:rsidR="00DB793E" w:rsidRDefault="00000000">
            <w:r>
              <w:rPr>
                <w:rFonts w:eastAsia="Times New Roman" w:cs="Times New Roman"/>
                <w:sz w:val="16"/>
              </w:rPr>
              <w:t>Average precision</w:t>
            </w:r>
          </w:p>
        </w:tc>
        <w:tc>
          <w:tcPr>
            <w:tcW w:w="5053" w:type="dxa"/>
            <w:tcMar>
              <w:top w:w="55" w:type="dxa"/>
              <w:left w:w="80" w:type="dxa"/>
              <w:bottom w:w="55" w:type="dxa"/>
              <w:right w:w="80" w:type="dxa"/>
            </w:tcMar>
            <w:vAlign w:val="center"/>
          </w:tcPr>
          <w:p w14:paraId="69DDC1BE" w14:textId="77777777" w:rsidR="00DB793E" w:rsidRDefault="00000000">
            <w:pPr>
              <w:jc w:val="center"/>
            </w:pPr>
            <w:r>
              <w:rPr>
                <w:rFonts w:eastAsia="Times New Roman" w:cs="Times New Roman"/>
                <w:sz w:val="16"/>
              </w:rPr>
              <w:t>−0.045 (−0.103 to 0.007)</w:t>
            </w:r>
          </w:p>
        </w:tc>
        <w:tc>
          <w:tcPr>
            <w:tcW w:w="1659" w:type="dxa"/>
            <w:tcMar>
              <w:top w:w="55" w:type="dxa"/>
              <w:left w:w="80" w:type="dxa"/>
              <w:bottom w:w="55" w:type="dxa"/>
              <w:right w:w="80" w:type="dxa"/>
            </w:tcMar>
            <w:vAlign w:val="center"/>
          </w:tcPr>
          <w:p w14:paraId="7B5E7A6D" w14:textId="77777777" w:rsidR="00DB793E" w:rsidRDefault="00000000">
            <w:pPr>
              <w:jc w:val="center"/>
            </w:pPr>
            <w:r>
              <w:rPr>
                <w:rFonts w:eastAsia="Times New Roman" w:cs="Times New Roman"/>
                <w:sz w:val="16"/>
              </w:rPr>
              <w:t>0.091</w:t>
            </w:r>
          </w:p>
        </w:tc>
        <w:tc>
          <w:tcPr>
            <w:tcW w:w="1661" w:type="dxa"/>
            <w:tcMar>
              <w:top w:w="55" w:type="dxa"/>
              <w:left w:w="80" w:type="dxa"/>
              <w:bottom w:w="55" w:type="dxa"/>
              <w:right w:w="80" w:type="dxa"/>
            </w:tcMar>
            <w:vAlign w:val="center"/>
          </w:tcPr>
          <w:p w14:paraId="728B90B8" w14:textId="77777777" w:rsidR="00DB793E" w:rsidRDefault="00000000">
            <w:pPr>
              <w:jc w:val="center"/>
            </w:pPr>
            <w:r>
              <w:rPr>
                <w:rFonts w:eastAsia="Times New Roman" w:cs="Times New Roman"/>
                <w:sz w:val="16"/>
              </w:rPr>
              <w:t>0.273</w:t>
            </w:r>
          </w:p>
        </w:tc>
      </w:tr>
      <w:tr w:rsidR="00DB793E" w14:paraId="0EED0257" w14:textId="77777777">
        <w:trPr>
          <w:cantSplit/>
        </w:trPr>
        <w:tc>
          <w:tcPr>
            <w:tcW w:w="3696" w:type="dxa"/>
            <w:tcMar>
              <w:top w:w="55" w:type="dxa"/>
              <w:left w:w="80" w:type="dxa"/>
              <w:bottom w:w="55" w:type="dxa"/>
              <w:right w:w="80" w:type="dxa"/>
            </w:tcMar>
            <w:vAlign w:val="center"/>
          </w:tcPr>
          <w:p w14:paraId="669C1F73" w14:textId="76C5E329" w:rsidR="00DB793E" w:rsidRDefault="00000000">
            <w:r>
              <w:rPr>
                <w:rFonts w:eastAsia="Times New Roman" w:cs="Times New Roman"/>
                <w:sz w:val="16"/>
              </w:rPr>
              <w:t xml:space="preserve">INTRA − </w:t>
            </w:r>
            <w:r w:rsidR="009B64B8">
              <w:rPr>
                <w:rFonts w:eastAsia="Times New Roman" w:cs="Times New Roman"/>
                <w:sz w:val="16"/>
              </w:rPr>
              <w:t>VOIFusion3mm</w:t>
            </w:r>
          </w:p>
        </w:tc>
        <w:tc>
          <w:tcPr>
            <w:tcW w:w="2187" w:type="dxa"/>
            <w:tcMar>
              <w:top w:w="55" w:type="dxa"/>
              <w:left w:w="80" w:type="dxa"/>
              <w:bottom w:w="55" w:type="dxa"/>
              <w:right w:w="80" w:type="dxa"/>
            </w:tcMar>
            <w:vAlign w:val="center"/>
          </w:tcPr>
          <w:p w14:paraId="0E6F75FE" w14:textId="77777777" w:rsidR="00DB793E" w:rsidRDefault="00000000">
            <w:r>
              <w:rPr>
                <w:rFonts w:eastAsia="Times New Roman" w:cs="Times New Roman"/>
                <w:sz w:val="16"/>
              </w:rPr>
              <w:t>Brier</w:t>
            </w:r>
          </w:p>
        </w:tc>
        <w:tc>
          <w:tcPr>
            <w:tcW w:w="5053" w:type="dxa"/>
            <w:tcMar>
              <w:top w:w="55" w:type="dxa"/>
              <w:left w:w="80" w:type="dxa"/>
              <w:bottom w:w="55" w:type="dxa"/>
              <w:right w:w="80" w:type="dxa"/>
            </w:tcMar>
            <w:vAlign w:val="center"/>
          </w:tcPr>
          <w:p w14:paraId="650E445F" w14:textId="77777777" w:rsidR="00DB793E" w:rsidRDefault="00000000">
            <w:pPr>
              <w:jc w:val="center"/>
            </w:pPr>
            <w:r>
              <w:rPr>
                <w:rFonts w:eastAsia="Times New Roman" w:cs="Times New Roman"/>
                <w:sz w:val="16"/>
              </w:rPr>
              <w:t>+0.006 (−0.003 to 0.015)</w:t>
            </w:r>
          </w:p>
        </w:tc>
        <w:tc>
          <w:tcPr>
            <w:tcW w:w="1659" w:type="dxa"/>
            <w:tcMar>
              <w:top w:w="55" w:type="dxa"/>
              <w:left w:w="80" w:type="dxa"/>
              <w:bottom w:w="55" w:type="dxa"/>
              <w:right w:w="80" w:type="dxa"/>
            </w:tcMar>
            <w:vAlign w:val="center"/>
          </w:tcPr>
          <w:p w14:paraId="6F61EC11" w14:textId="77777777" w:rsidR="00DB793E" w:rsidRDefault="00000000">
            <w:pPr>
              <w:jc w:val="center"/>
            </w:pPr>
            <w:r>
              <w:rPr>
                <w:rFonts w:eastAsia="Times New Roman" w:cs="Times New Roman"/>
                <w:sz w:val="16"/>
              </w:rPr>
              <w:t>0.158</w:t>
            </w:r>
          </w:p>
        </w:tc>
        <w:tc>
          <w:tcPr>
            <w:tcW w:w="1661" w:type="dxa"/>
            <w:tcMar>
              <w:top w:w="55" w:type="dxa"/>
              <w:left w:w="80" w:type="dxa"/>
              <w:bottom w:w="55" w:type="dxa"/>
              <w:right w:w="80" w:type="dxa"/>
            </w:tcMar>
            <w:vAlign w:val="center"/>
          </w:tcPr>
          <w:p w14:paraId="1AAA362C" w14:textId="77777777" w:rsidR="00DB793E" w:rsidRDefault="00000000">
            <w:pPr>
              <w:jc w:val="center"/>
            </w:pPr>
            <w:r>
              <w:rPr>
                <w:rFonts w:eastAsia="Times New Roman" w:cs="Times New Roman"/>
                <w:sz w:val="16"/>
              </w:rPr>
              <w:t>0.264</w:t>
            </w:r>
          </w:p>
        </w:tc>
      </w:tr>
      <w:tr w:rsidR="00DB793E" w14:paraId="0FDFC7EC" w14:textId="77777777">
        <w:trPr>
          <w:cantSplit/>
        </w:trPr>
        <w:tc>
          <w:tcPr>
            <w:tcW w:w="3696" w:type="dxa"/>
            <w:tcMar>
              <w:top w:w="55" w:type="dxa"/>
              <w:left w:w="80" w:type="dxa"/>
              <w:bottom w:w="55" w:type="dxa"/>
              <w:right w:w="80" w:type="dxa"/>
            </w:tcMar>
            <w:vAlign w:val="center"/>
          </w:tcPr>
          <w:p w14:paraId="357F7A9B" w14:textId="67A61604" w:rsidR="00DB793E" w:rsidRDefault="00000000">
            <w:r>
              <w:rPr>
                <w:rFonts w:eastAsia="Times New Roman" w:cs="Times New Roman"/>
                <w:sz w:val="16"/>
              </w:rPr>
              <w:t xml:space="preserve">Peri3mm − </w:t>
            </w:r>
            <w:r w:rsidR="009B64B8">
              <w:rPr>
                <w:rFonts w:eastAsia="Times New Roman" w:cs="Times New Roman"/>
                <w:sz w:val="16"/>
              </w:rPr>
              <w:t>VOIFusion3mm</w:t>
            </w:r>
          </w:p>
        </w:tc>
        <w:tc>
          <w:tcPr>
            <w:tcW w:w="2187" w:type="dxa"/>
            <w:tcMar>
              <w:top w:w="55" w:type="dxa"/>
              <w:left w:w="80" w:type="dxa"/>
              <w:bottom w:w="55" w:type="dxa"/>
              <w:right w:w="80" w:type="dxa"/>
            </w:tcMar>
            <w:vAlign w:val="center"/>
          </w:tcPr>
          <w:p w14:paraId="768F4C38" w14:textId="77777777" w:rsidR="00DB793E" w:rsidRDefault="00000000">
            <w:r>
              <w:rPr>
                <w:rFonts w:eastAsia="Times New Roman" w:cs="Times New Roman"/>
                <w:sz w:val="16"/>
              </w:rPr>
              <w:t>AUC</w:t>
            </w:r>
          </w:p>
        </w:tc>
        <w:tc>
          <w:tcPr>
            <w:tcW w:w="5053" w:type="dxa"/>
            <w:tcMar>
              <w:top w:w="55" w:type="dxa"/>
              <w:left w:w="80" w:type="dxa"/>
              <w:bottom w:w="55" w:type="dxa"/>
              <w:right w:w="80" w:type="dxa"/>
            </w:tcMar>
            <w:vAlign w:val="center"/>
          </w:tcPr>
          <w:p w14:paraId="726BFE38" w14:textId="77777777" w:rsidR="00DB793E" w:rsidRDefault="00000000">
            <w:pPr>
              <w:jc w:val="center"/>
            </w:pPr>
            <w:r>
              <w:rPr>
                <w:rFonts w:eastAsia="Times New Roman" w:cs="Times New Roman"/>
                <w:sz w:val="16"/>
              </w:rPr>
              <w:t>−0.089 (−0.182 to 0.005)</w:t>
            </w:r>
          </w:p>
        </w:tc>
        <w:tc>
          <w:tcPr>
            <w:tcW w:w="1659" w:type="dxa"/>
            <w:tcMar>
              <w:top w:w="55" w:type="dxa"/>
              <w:left w:w="80" w:type="dxa"/>
              <w:bottom w:w="55" w:type="dxa"/>
              <w:right w:w="80" w:type="dxa"/>
            </w:tcMar>
            <w:vAlign w:val="center"/>
          </w:tcPr>
          <w:p w14:paraId="3404B08B" w14:textId="77777777" w:rsidR="00DB793E" w:rsidRDefault="00000000">
            <w:pPr>
              <w:jc w:val="center"/>
            </w:pPr>
            <w:r>
              <w:rPr>
                <w:rFonts w:eastAsia="Times New Roman" w:cs="Times New Roman"/>
                <w:sz w:val="16"/>
              </w:rPr>
              <w:t>0.070</w:t>
            </w:r>
          </w:p>
        </w:tc>
        <w:tc>
          <w:tcPr>
            <w:tcW w:w="1661" w:type="dxa"/>
            <w:tcMar>
              <w:top w:w="55" w:type="dxa"/>
              <w:left w:w="80" w:type="dxa"/>
              <w:bottom w:w="55" w:type="dxa"/>
              <w:right w:w="80" w:type="dxa"/>
            </w:tcMar>
            <w:vAlign w:val="center"/>
          </w:tcPr>
          <w:p w14:paraId="32F58443" w14:textId="77777777" w:rsidR="00DB793E" w:rsidRDefault="00000000">
            <w:pPr>
              <w:jc w:val="center"/>
            </w:pPr>
            <w:r>
              <w:rPr>
                <w:rFonts w:eastAsia="Times New Roman" w:cs="Times New Roman"/>
                <w:sz w:val="16"/>
              </w:rPr>
              <w:t>0.105</w:t>
            </w:r>
          </w:p>
        </w:tc>
      </w:tr>
      <w:tr w:rsidR="00DB793E" w14:paraId="3BA3A34C" w14:textId="77777777">
        <w:trPr>
          <w:cantSplit/>
        </w:trPr>
        <w:tc>
          <w:tcPr>
            <w:tcW w:w="3696" w:type="dxa"/>
            <w:tcMar>
              <w:top w:w="55" w:type="dxa"/>
              <w:left w:w="80" w:type="dxa"/>
              <w:bottom w:w="55" w:type="dxa"/>
              <w:right w:w="80" w:type="dxa"/>
            </w:tcMar>
            <w:vAlign w:val="center"/>
          </w:tcPr>
          <w:p w14:paraId="17056A73" w14:textId="69A78A8A" w:rsidR="00DB793E" w:rsidRDefault="00000000">
            <w:r>
              <w:rPr>
                <w:rFonts w:eastAsia="Times New Roman" w:cs="Times New Roman"/>
                <w:sz w:val="16"/>
              </w:rPr>
              <w:t xml:space="preserve">Peri3mm − </w:t>
            </w:r>
            <w:r w:rsidR="009B64B8">
              <w:rPr>
                <w:rFonts w:eastAsia="Times New Roman" w:cs="Times New Roman"/>
                <w:sz w:val="16"/>
              </w:rPr>
              <w:t>VOIFusion3mm</w:t>
            </w:r>
          </w:p>
        </w:tc>
        <w:tc>
          <w:tcPr>
            <w:tcW w:w="2187" w:type="dxa"/>
            <w:tcMar>
              <w:top w:w="55" w:type="dxa"/>
              <w:left w:w="80" w:type="dxa"/>
              <w:bottom w:w="55" w:type="dxa"/>
              <w:right w:w="80" w:type="dxa"/>
            </w:tcMar>
            <w:vAlign w:val="center"/>
          </w:tcPr>
          <w:p w14:paraId="45D17CB8" w14:textId="77777777" w:rsidR="00DB793E" w:rsidRDefault="00000000">
            <w:r>
              <w:rPr>
                <w:rFonts w:eastAsia="Times New Roman" w:cs="Times New Roman"/>
                <w:sz w:val="16"/>
              </w:rPr>
              <w:t>Average precision</w:t>
            </w:r>
          </w:p>
        </w:tc>
        <w:tc>
          <w:tcPr>
            <w:tcW w:w="5053" w:type="dxa"/>
            <w:tcMar>
              <w:top w:w="55" w:type="dxa"/>
              <w:left w:w="80" w:type="dxa"/>
              <w:bottom w:w="55" w:type="dxa"/>
              <w:right w:w="80" w:type="dxa"/>
            </w:tcMar>
            <w:vAlign w:val="center"/>
          </w:tcPr>
          <w:p w14:paraId="10AA6880" w14:textId="77777777" w:rsidR="00DB793E" w:rsidRDefault="00000000">
            <w:pPr>
              <w:jc w:val="center"/>
            </w:pPr>
            <w:r>
              <w:rPr>
                <w:rFonts w:eastAsia="Times New Roman" w:cs="Times New Roman"/>
                <w:sz w:val="16"/>
              </w:rPr>
              <w:t>−0.052 (−0.140 to 0.024)</w:t>
            </w:r>
          </w:p>
        </w:tc>
        <w:tc>
          <w:tcPr>
            <w:tcW w:w="1659" w:type="dxa"/>
            <w:tcMar>
              <w:top w:w="55" w:type="dxa"/>
              <w:left w:w="80" w:type="dxa"/>
              <w:bottom w:w="55" w:type="dxa"/>
              <w:right w:w="80" w:type="dxa"/>
            </w:tcMar>
            <w:vAlign w:val="center"/>
          </w:tcPr>
          <w:p w14:paraId="7477BF2D" w14:textId="77777777" w:rsidR="00DB793E" w:rsidRDefault="00000000">
            <w:pPr>
              <w:jc w:val="center"/>
            </w:pPr>
            <w:r>
              <w:rPr>
                <w:rFonts w:eastAsia="Times New Roman" w:cs="Times New Roman"/>
                <w:sz w:val="16"/>
              </w:rPr>
              <w:t>0.191</w:t>
            </w:r>
          </w:p>
        </w:tc>
        <w:tc>
          <w:tcPr>
            <w:tcW w:w="1661" w:type="dxa"/>
            <w:tcMar>
              <w:top w:w="55" w:type="dxa"/>
              <w:left w:w="80" w:type="dxa"/>
              <w:bottom w:w="55" w:type="dxa"/>
              <w:right w:w="80" w:type="dxa"/>
            </w:tcMar>
            <w:vAlign w:val="center"/>
          </w:tcPr>
          <w:p w14:paraId="30EE28E5" w14:textId="77777777" w:rsidR="00DB793E" w:rsidRDefault="00000000">
            <w:pPr>
              <w:jc w:val="center"/>
            </w:pPr>
            <w:r>
              <w:rPr>
                <w:rFonts w:eastAsia="Times New Roman" w:cs="Times New Roman"/>
                <w:sz w:val="16"/>
              </w:rPr>
              <w:t>0.286</w:t>
            </w:r>
          </w:p>
        </w:tc>
      </w:tr>
      <w:tr w:rsidR="00DB793E" w14:paraId="6C686397" w14:textId="77777777">
        <w:trPr>
          <w:cantSplit/>
        </w:trPr>
        <w:tc>
          <w:tcPr>
            <w:tcW w:w="3696" w:type="dxa"/>
            <w:tcMar>
              <w:top w:w="55" w:type="dxa"/>
              <w:left w:w="80" w:type="dxa"/>
              <w:bottom w:w="55" w:type="dxa"/>
              <w:right w:w="80" w:type="dxa"/>
            </w:tcMar>
            <w:vAlign w:val="center"/>
          </w:tcPr>
          <w:p w14:paraId="0FBC66BD" w14:textId="5B7AD055" w:rsidR="00DB793E" w:rsidRDefault="00000000">
            <w:r>
              <w:rPr>
                <w:rFonts w:eastAsia="Times New Roman" w:cs="Times New Roman"/>
                <w:sz w:val="16"/>
              </w:rPr>
              <w:t xml:space="preserve">Peri3mm − </w:t>
            </w:r>
            <w:r w:rsidR="009B64B8">
              <w:rPr>
                <w:rFonts w:eastAsia="Times New Roman" w:cs="Times New Roman"/>
                <w:sz w:val="16"/>
              </w:rPr>
              <w:t>VOIFusion3mm</w:t>
            </w:r>
          </w:p>
        </w:tc>
        <w:tc>
          <w:tcPr>
            <w:tcW w:w="2187" w:type="dxa"/>
            <w:tcMar>
              <w:top w:w="55" w:type="dxa"/>
              <w:left w:w="80" w:type="dxa"/>
              <w:bottom w:w="55" w:type="dxa"/>
              <w:right w:w="80" w:type="dxa"/>
            </w:tcMar>
            <w:vAlign w:val="center"/>
          </w:tcPr>
          <w:p w14:paraId="49BE291E" w14:textId="77777777" w:rsidR="00DB793E" w:rsidRDefault="00000000">
            <w:r>
              <w:rPr>
                <w:rFonts w:eastAsia="Times New Roman" w:cs="Times New Roman"/>
                <w:sz w:val="16"/>
              </w:rPr>
              <w:t>Brier</w:t>
            </w:r>
          </w:p>
        </w:tc>
        <w:tc>
          <w:tcPr>
            <w:tcW w:w="5053" w:type="dxa"/>
            <w:tcMar>
              <w:top w:w="55" w:type="dxa"/>
              <w:left w:w="80" w:type="dxa"/>
              <w:bottom w:w="55" w:type="dxa"/>
              <w:right w:w="80" w:type="dxa"/>
            </w:tcMar>
            <w:vAlign w:val="center"/>
          </w:tcPr>
          <w:p w14:paraId="1F3C302E" w14:textId="77777777" w:rsidR="00DB793E" w:rsidRDefault="00000000">
            <w:pPr>
              <w:jc w:val="center"/>
            </w:pPr>
            <w:r>
              <w:rPr>
                <w:rFonts w:eastAsia="Times New Roman" w:cs="Times New Roman"/>
                <w:sz w:val="16"/>
              </w:rPr>
              <w:t>+0.009 (−0.004 to 0.022)</w:t>
            </w:r>
          </w:p>
        </w:tc>
        <w:tc>
          <w:tcPr>
            <w:tcW w:w="1659" w:type="dxa"/>
            <w:tcMar>
              <w:top w:w="55" w:type="dxa"/>
              <w:left w:w="80" w:type="dxa"/>
              <w:bottom w:w="55" w:type="dxa"/>
              <w:right w:w="80" w:type="dxa"/>
            </w:tcMar>
            <w:vAlign w:val="center"/>
          </w:tcPr>
          <w:p w14:paraId="631104BD" w14:textId="77777777" w:rsidR="00DB793E" w:rsidRDefault="00000000">
            <w:pPr>
              <w:jc w:val="center"/>
            </w:pPr>
            <w:r>
              <w:rPr>
                <w:rFonts w:eastAsia="Times New Roman" w:cs="Times New Roman"/>
                <w:sz w:val="16"/>
              </w:rPr>
              <w:t>0.176</w:t>
            </w:r>
          </w:p>
        </w:tc>
        <w:tc>
          <w:tcPr>
            <w:tcW w:w="1661" w:type="dxa"/>
            <w:tcMar>
              <w:top w:w="55" w:type="dxa"/>
              <w:left w:w="80" w:type="dxa"/>
              <w:bottom w:w="55" w:type="dxa"/>
              <w:right w:w="80" w:type="dxa"/>
            </w:tcMar>
            <w:vAlign w:val="center"/>
          </w:tcPr>
          <w:p w14:paraId="1EEFB110" w14:textId="77777777" w:rsidR="00DB793E" w:rsidRDefault="00000000">
            <w:pPr>
              <w:jc w:val="center"/>
            </w:pPr>
            <w:r>
              <w:rPr>
                <w:rFonts w:eastAsia="Times New Roman" w:cs="Times New Roman"/>
                <w:sz w:val="16"/>
              </w:rPr>
              <w:t>0.264</w:t>
            </w:r>
          </w:p>
        </w:tc>
      </w:tr>
    </w:tbl>
    <w:p w14:paraId="7BC17B35" w14:textId="4C47E700" w:rsidR="00DB793E" w:rsidRDefault="00000000">
      <w:pPr>
        <w:spacing w:before="80" w:after="20"/>
      </w:pPr>
      <w:r>
        <w:rPr>
          <w:rFonts w:eastAsia="Times New Roman" w:cs="Times New Roman"/>
          <w:sz w:val="16"/>
        </w:rPr>
        <w:t xml:space="preserve">Note: </w:t>
      </w:r>
      <w:r w:rsidR="009D237A" w:rsidRPr="009D237A">
        <w:rPr>
          <w:rFonts w:eastAsia="Times New Roman" w:cs="Times New Roman"/>
          <w:sz w:val="16"/>
        </w:rPr>
        <w:t>All 250 ROI-specific outer refits completed with LASSO disabled and without fallback. This prespecified sensitivity analysis is supportive, not confirmatory; P and q values are descriptive.</w:t>
      </w:r>
      <w:r>
        <w:rPr>
          <w:rFonts w:eastAsia="Times New Roman" w:cs="Times New Roman"/>
          <w:sz w:val="16"/>
        </w:rPr>
        <w:t xml:space="preserve"> Values are means of 10 repeat-level pooled out-of-fold estimates. Confidence intervals and paired differences used 2,000 nonstratified patient-ID cluster-bootstrap resamples (seed 20260729); Benjamini–Hochberg correction was applied within family and metric.</w:t>
      </w:r>
    </w:p>
    <w:p w14:paraId="48A09B10" w14:textId="77777777" w:rsidR="00DB793E" w:rsidRDefault="00000000">
      <w:r>
        <w:br w:type="page"/>
      </w:r>
    </w:p>
    <w:p w14:paraId="54698390" w14:textId="77777777" w:rsidR="00264937" w:rsidRDefault="00264937" w:rsidP="00264937">
      <w:pPr>
        <w:keepNext/>
        <w:spacing w:after="100"/>
      </w:pPr>
      <w:r>
        <w:rPr>
          <w:rFonts w:eastAsia="Times New Roman" w:cs="Times New Roman"/>
          <w:b/>
          <w:sz w:val="22"/>
        </w:rPr>
        <w:lastRenderedPageBreak/>
        <w:t>Table S</w:t>
      </w:r>
      <w:r>
        <w:rPr>
          <w:rFonts w:eastAsia="Times New Roman" w:cs="Times New Roman" w:hint="eastAsia"/>
          <w:b/>
          <w:sz w:val="22"/>
          <w:lang w:eastAsia="zh-CN"/>
        </w:rPr>
        <w:t>6</w:t>
      </w:r>
      <w:r>
        <w:rPr>
          <w:rFonts w:eastAsia="Times New Roman" w:cs="Times New Roman"/>
          <w:b/>
          <w:sz w:val="22"/>
        </w:rPr>
        <w:t>. Sensitivity of held-out predictions to ±1 mm boundary perturbation</w:t>
      </w:r>
    </w:p>
    <w:p w14:paraId="6EE9017A" w14:textId="77777777" w:rsidR="00264937" w:rsidRDefault="00264937" w:rsidP="00264937">
      <w:pPr>
        <w:keepNext/>
        <w:spacing w:before="100" w:after="60"/>
      </w:pPr>
      <w:r>
        <w:rPr>
          <w:rFonts w:eastAsia="Times New Roman" w:cs="Times New Roman"/>
          <w:b/>
        </w:rPr>
        <w:t>A1. Ranking agreement</w:t>
      </w:r>
    </w:p>
    <w:tbl>
      <w:tblPr>
        <w:tblW w:w="14256" w:type="dxa"/>
        <w:tblBorders>
          <w:top w:val="single" w:sz="10" w:space="0" w:color="000000"/>
          <w:left w:val="nil"/>
          <w:bottom w:val="single" w:sz="10" w:space="0" w:color="000000"/>
          <w:right w:val="nil"/>
          <w:insideH w:val="nil"/>
          <w:insideV w:val="nil"/>
        </w:tblBorders>
        <w:tblLayout w:type="fixed"/>
        <w:tblLook w:val="04A0" w:firstRow="1" w:lastRow="0" w:firstColumn="1" w:lastColumn="0" w:noHBand="0" w:noVBand="1"/>
      </w:tblPr>
      <w:tblGrid>
        <w:gridCol w:w="1745"/>
        <w:gridCol w:w="872"/>
        <w:gridCol w:w="2109"/>
        <w:gridCol w:w="1963"/>
        <w:gridCol w:w="1818"/>
        <w:gridCol w:w="3564"/>
        <w:gridCol w:w="2185"/>
      </w:tblGrid>
      <w:tr w:rsidR="00264937" w14:paraId="60658261" w14:textId="77777777" w:rsidTr="00465DEB">
        <w:trPr>
          <w:cantSplit/>
          <w:tblHeader/>
        </w:trPr>
        <w:tc>
          <w:tcPr>
            <w:tcW w:w="1745" w:type="dxa"/>
            <w:tcBorders>
              <w:bottom w:val="single" w:sz="6" w:space="0" w:color="000000"/>
            </w:tcBorders>
            <w:tcMar>
              <w:top w:w="55" w:type="dxa"/>
              <w:left w:w="80" w:type="dxa"/>
              <w:bottom w:w="55" w:type="dxa"/>
              <w:right w:w="80" w:type="dxa"/>
            </w:tcMar>
            <w:vAlign w:val="center"/>
          </w:tcPr>
          <w:p w14:paraId="7BEAA12C" w14:textId="77777777" w:rsidR="00264937" w:rsidRDefault="00264937" w:rsidP="00465DEB">
            <w:pPr>
              <w:jc w:val="center"/>
            </w:pPr>
            <w:r>
              <w:rPr>
                <w:rFonts w:eastAsia="Times New Roman" w:cs="Times New Roman"/>
                <w:b/>
                <w:sz w:val="14"/>
              </w:rPr>
              <w:t>Direction</w:t>
            </w:r>
          </w:p>
        </w:tc>
        <w:tc>
          <w:tcPr>
            <w:tcW w:w="872" w:type="dxa"/>
            <w:tcBorders>
              <w:bottom w:val="single" w:sz="6" w:space="0" w:color="000000"/>
            </w:tcBorders>
            <w:tcMar>
              <w:top w:w="55" w:type="dxa"/>
              <w:left w:w="80" w:type="dxa"/>
              <w:bottom w:w="55" w:type="dxa"/>
              <w:right w:w="80" w:type="dxa"/>
            </w:tcMar>
            <w:vAlign w:val="center"/>
          </w:tcPr>
          <w:p w14:paraId="73361EED" w14:textId="77777777" w:rsidR="00264937" w:rsidRDefault="00264937" w:rsidP="00465DEB">
            <w:pPr>
              <w:jc w:val="center"/>
            </w:pPr>
            <w:r>
              <w:rPr>
                <w:rFonts w:eastAsia="Times New Roman" w:cs="Times New Roman"/>
                <w:b/>
                <w:sz w:val="14"/>
              </w:rPr>
              <w:t>n</w:t>
            </w:r>
          </w:p>
        </w:tc>
        <w:tc>
          <w:tcPr>
            <w:tcW w:w="2109" w:type="dxa"/>
            <w:tcBorders>
              <w:bottom w:val="single" w:sz="6" w:space="0" w:color="000000"/>
            </w:tcBorders>
            <w:tcMar>
              <w:top w:w="55" w:type="dxa"/>
              <w:left w:w="80" w:type="dxa"/>
              <w:bottom w:w="55" w:type="dxa"/>
              <w:right w:w="80" w:type="dxa"/>
            </w:tcMar>
            <w:vAlign w:val="center"/>
          </w:tcPr>
          <w:p w14:paraId="7E4D535E" w14:textId="77777777" w:rsidR="00264937" w:rsidRDefault="00264937" w:rsidP="00465DEB">
            <w:pPr>
              <w:jc w:val="center"/>
            </w:pPr>
            <w:r>
              <w:rPr>
                <w:rFonts w:eastAsia="Times New Roman" w:cs="Times New Roman"/>
                <w:b/>
                <w:sz w:val="14"/>
              </w:rPr>
              <w:t>Patient-mean Spearman ρ</w:t>
            </w:r>
          </w:p>
        </w:tc>
        <w:tc>
          <w:tcPr>
            <w:tcW w:w="1963" w:type="dxa"/>
            <w:tcBorders>
              <w:bottom w:val="single" w:sz="6" w:space="0" w:color="000000"/>
            </w:tcBorders>
            <w:tcMar>
              <w:top w:w="55" w:type="dxa"/>
              <w:left w:w="80" w:type="dxa"/>
              <w:bottom w:w="55" w:type="dxa"/>
              <w:right w:w="80" w:type="dxa"/>
            </w:tcMar>
            <w:vAlign w:val="center"/>
          </w:tcPr>
          <w:p w14:paraId="7784454A" w14:textId="77777777" w:rsidR="00264937" w:rsidRDefault="00264937" w:rsidP="00465DEB">
            <w:pPr>
              <w:jc w:val="center"/>
            </w:pPr>
            <w:r>
              <w:rPr>
                <w:rFonts w:eastAsia="Times New Roman" w:cs="Times New Roman"/>
                <w:b/>
                <w:sz w:val="14"/>
              </w:rPr>
              <w:t>Patient-mean Kendall τ</w:t>
            </w:r>
          </w:p>
        </w:tc>
        <w:tc>
          <w:tcPr>
            <w:tcW w:w="1818" w:type="dxa"/>
            <w:tcBorders>
              <w:bottom w:val="single" w:sz="6" w:space="0" w:color="000000"/>
            </w:tcBorders>
            <w:tcMar>
              <w:top w:w="55" w:type="dxa"/>
              <w:left w:w="80" w:type="dxa"/>
              <w:bottom w:w="55" w:type="dxa"/>
              <w:right w:w="80" w:type="dxa"/>
            </w:tcMar>
            <w:vAlign w:val="center"/>
          </w:tcPr>
          <w:p w14:paraId="286329BC" w14:textId="77777777" w:rsidR="00264937" w:rsidRDefault="00264937" w:rsidP="00465DEB">
            <w:pPr>
              <w:jc w:val="center"/>
            </w:pPr>
            <w:r>
              <w:rPr>
                <w:rFonts w:eastAsia="Times New Roman" w:cs="Times New Roman"/>
                <w:b/>
                <w:sz w:val="14"/>
              </w:rPr>
              <w:t>Patient-mean CCC</w:t>
            </w:r>
          </w:p>
        </w:tc>
        <w:tc>
          <w:tcPr>
            <w:tcW w:w="3564" w:type="dxa"/>
            <w:tcBorders>
              <w:bottom w:val="single" w:sz="6" w:space="0" w:color="000000"/>
            </w:tcBorders>
            <w:tcMar>
              <w:top w:w="55" w:type="dxa"/>
              <w:left w:w="80" w:type="dxa"/>
              <w:bottom w:w="55" w:type="dxa"/>
              <w:right w:w="80" w:type="dxa"/>
            </w:tcMar>
            <w:vAlign w:val="center"/>
          </w:tcPr>
          <w:p w14:paraId="7F44E2E4" w14:textId="77777777" w:rsidR="00264937" w:rsidRDefault="00264937" w:rsidP="00465DEB">
            <w:pPr>
              <w:jc w:val="center"/>
            </w:pPr>
            <w:r>
              <w:rPr>
                <w:rFonts w:eastAsia="Times New Roman" w:cs="Times New Roman"/>
                <w:b/>
                <w:sz w:val="14"/>
              </w:rPr>
              <w:t>Repeat Spearman ρ, mean (SD; range)</w:t>
            </w:r>
          </w:p>
        </w:tc>
        <w:tc>
          <w:tcPr>
            <w:tcW w:w="2185" w:type="dxa"/>
            <w:tcBorders>
              <w:bottom w:val="single" w:sz="6" w:space="0" w:color="000000"/>
            </w:tcBorders>
            <w:tcMar>
              <w:top w:w="55" w:type="dxa"/>
              <w:left w:w="80" w:type="dxa"/>
              <w:bottom w:w="55" w:type="dxa"/>
              <w:right w:w="80" w:type="dxa"/>
            </w:tcMar>
            <w:vAlign w:val="center"/>
          </w:tcPr>
          <w:p w14:paraId="10C13D9E" w14:textId="77777777" w:rsidR="00264937" w:rsidRDefault="00264937" w:rsidP="00465DEB">
            <w:pPr>
              <w:jc w:val="center"/>
            </w:pPr>
            <w:r>
              <w:rPr>
                <w:rFonts w:eastAsia="Times New Roman" w:cs="Times New Roman"/>
                <w:b/>
                <w:sz w:val="14"/>
              </w:rPr>
              <w:t>Repeat Kendall τ, mean (SD)</w:t>
            </w:r>
          </w:p>
        </w:tc>
      </w:tr>
      <w:tr w:rsidR="00264937" w14:paraId="44D49663" w14:textId="77777777" w:rsidTr="00465DEB">
        <w:trPr>
          <w:cantSplit/>
        </w:trPr>
        <w:tc>
          <w:tcPr>
            <w:tcW w:w="1745" w:type="dxa"/>
            <w:tcMar>
              <w:top w:w="55" w:type="dxa"/>
              <w:left w:w="80" w:type="dxa"/>
              <w:bottom w:w="55" w:type="dxa"/>
              <w:right w:w="80" w:type="dxa"/>
            </w:tcMar>
            <w:vAlign w:val="center"/>
          </w:tcPr>
          <w:p w14:paraId="3147B4FB" w14:textId="77777777" w:rsidR="00264937" w:rsidRDefault="00264937" w:rsidP="00465DEB">
            <w:r>
              <w:rPr>
                <w:rFonts w:eastAsia="Times New Roman" w:cs="Times New Roman"/>
                <w:sz w:val="14"/>
              </w:rPr>
              <w:t>Dilation</w:t>
            </w:r>
          </w:p>
        </w:tc>
        <w:tc>
          <w:tcPr>
            <w:tcW w:w="872" w:type="dxa"/>
            <w:tcMar>
              <w:top w:w="55" w:type="dxa"/>
              <w:left w:w="80" w:type="dxa"/>
              <w:bottom w:w="55" w:type="dxa"/>
              <w:right w:w="80" w:type="dxa"/>
            </w:tcMar>
            <w:vAlign w:val="center"/>
          </w:tcPr>
          <w:p w14:paraId="26F6D0AF" w14:textId="77777777" w:rsidR="00264937" w:rsidRDefault="00264937" w:rsidP="00465DEB">
            <w:pPr>
              <w:jc w:val="center"/>
            </w:pPr>
            <w:r>
              <w:rPr>
                <w:rFonts w:eastAsia="Times New Roman" w:cs="Times New Roman"/>
                <w:sz w:val="14"/>
              </w:rPr>
              <w:t>145</w:t>
            </w:r>
          </w:p>
        </w:tc>
        <w:tc>
          <w:tcPr>
            <w:tcW w:w="2109" w:type="dxa"/>
            <w:tcMar>
              <w:top w:w="55" w:type="dxa"/>
              <w:left w:w="80" w:type="dxa"/>
              <w:bottom w:w="55" w:type="dxa"/>
              <w:right w:w="80" w:type="dxa"/>
            </w:tcMar>
            <w:vAlign w:val="center"/>
          </w:tcPr>
          <w:p w14:paraId="65B098B2" w14:textId="77777777" w:rsidR="00264937" w:rsidRDefault="00264937" w:rsidP="00465DEB">
            <w:pPr>
              <w:jc w:val="center"/>
            </w:pPr>
            <w:r>
              <w:rPr>
                <w:rFonts w:eastAsia="Times New Roman" w:cs="Times New Roman"/>
                <w:sz w:val="14"/>
              </w:rPr>
              <w:t>0.940</w:t>
            </w:r>
          </w:p>
        </w:tc>
        <w:tc>
          <w:tcPr>
            <w:tcW w:w="1963" w:type="dxa"/>
            <w:tcMar>
              <w:top w:w="55" w:type="dxa"/>
              <w:left w:w="80" w:type="dxa"/>
              <w:bottom w:w="55" w:type="dxa"/>
              <w:right w:w="80" w:type="dxa"/>
            </w:tcMar>
            <w:vAlign w:val="center"/>
          </w:tcPr>
          <w:p w14:paraId="42DEDDAC" w14:textId="77777777" w:rsidR="00264937" w:rsidRDefault="00264937" w:rsidP="00465DEB">
            <w:pPr>
              <w:jc w:val="center"/>
            </w:pPr>
            <w:r>
              <w:rPr>
                <w:rFonts w:eastAsia="Times New Roman" w:cs="Times New Roman"/>
                <w:sz w:val="14"/>
              </w:rPr>
              <w:t>0.811</w:t>
            </w:r>
          </w:p>
        </w:tc>
        <w:tc>
          <w:tcPr>
            <w:tcW w:w="1818" w:type="dxa"/>
            <w:tcMar>
              <w:top w:w="55" w:type="dxa"/>
              <w:left w:w="80" w:type="dxa"/>
              <w:bottom w:w="55" w:type="dxa"/>
              <w:right w:w="80" w:type="dxa"/>
            </w:tcMar>
            <w:vAlign w:val="center"/>
          </w:tcPr>
          <w:p w14:paraId="7AEAF6BB" w14:textId="77777777" w:rsidR="00264937" w:rsidRDefault="00264937" w:rsidP="00465DEB">
            <w:pPr>
              <w:jc w:val="center"/>
            </w:pPr>
            <w:r>
              <w:rPr>
                <w:rFonts w:eastAsia="Times New Roman" w:cs="Times New Roman"/>
                <w:sz w:val="14"/>
              </w:rPr>
              <w:t>0.890</w:t>
            </w:r>
          </w:p>
        </w:tc>
        <w:tc>
          <w:tcPr>
            <w:tcW w:w="3564" w:type="dxa"/>
            <w:tcMar>
              <w:top w:w="55" w:type="dxa"/>
              <w:left w:w="80" w:type="dxa"/>
              <w:bottom w:w="55" w:type="dxa"/>
              <w:right w:w="80" w:type="dxa"/>
            </w:tcMar>
            <w:vAlign w:val="center"/>
          </w:tcPr>
          <w:p w14:paraId="23086FAD" w14:textId="77777777" w:rsidR="00264937" w:rsidRDefault="00264937" w:rsidP="00465DEB">
            <w:pPr>
              <w:jc w:val="center"/>
            </w:pPr>
            <w:r>
              <w:rPr>
                <w:rFonts w:eastAsia="Times New Roman" w:cs="Times New Roman"/>
                <w:sz w:val="14"/>
              </w:rPr>
              <w:t>0.876 (0.056; 0.786–0.947)</w:t>
            </w:r>
          </w:p>
        </w:tc>
        <w:tc>
          <w:tcPr>
            <w:tcW w:w="2185" w:type="dxa"/>
            <w:tcMar>
              <w:top w:w="55" w:type="dxa"/>
              <w:left w:w="80" w:type="dxa"/>
              <w:bottom w:w="55" w:type="dxa"/>
              <w:right w:w="80" w:type="dxa"/>
            </w:tcMar>
            <w:vAlign w:val="center"/>
          </w:tcPr>
          <w:p w14:paraId="15B1108C" w14:textId="77777777" w:rsidR="00264937" w:rsidRDefault="00264937" w:rsidP="00465DEB">
            <w:pPr>
              <w:jc w:val="center"/>
            </w:pPr>
            <w:r>
              <w:rPr>
                <w:rFonts w:eastAsia="Times New Roman" w:cs="Times New Roman"/>
                <w:sz w:val="14"/>
              </w:rPr>
              <w:t>0.739 (0.062)</w:t>
            </w:r>
          </w:p>
        </w:tc>
      </w:tr>
      <w:tr w:rsidR="00264937" w14:paraId="6E961542" w14:textId="77777777" w:rsidTr="00465DEB">
        <w:trPr>
          <w:cantSplit/>
        </w:trPr>
        <w:tc>
          <w:tcPr>
            <w:tcW w:w="1745" w:type="dxa"/>
            <w:tcMar>
              <w:top w:w="55" w:type="dxa"/>
              <w:left w:w="80" w:type="dxa"/>
              <w:bottom w:w="55" w:type="dxa"/>
              <w:right w:w="80" w:type="dxa"/>
            </w:tcMar>
            <w:vAlign w:val="center"/>
          </w:tcPr>
          <w:p w14:paraId="2A9A3167" w14:textId="77777777" w:rsidR="00264937" w:rsidRDefault="00264937" w:rsidP="00465DEB">
            <w:r>
              <w:rPr>
                <w:rFonts w:eastAsia="Times New Roman" w:cs="Times New Roman"/>
                <w:sz w:val="14"/>
              </w:rPr>
              <w:t>Erosion</w:t>
            </w:r>
          </w:p>
        </w:tc>
        <w:tc>
          <w:tcPr>
            <w:tcW w:w="872" w:type="dxa"/>
            <w:tcMar>
              <w:top w:w="55" w:type="dxa"/>
              <w:left w:w="80" w:type="dxa"/>
              <w:bottom w:w="55" w:type="dxa"/>
              <w:right w:w="80" w:type="dxa"/>
            </w:tcMar>
            <w:vAlign w:val="center"/>
          </w:tcPr>
          <w:p w14:paraId="7866034C" w14:textId="77777777" w:rsidR="00264937" w:rsidRDefault="00264937" w:rsidP="00465DEB">
            <w:pPr>
              <w:jc w:val="center"/>
            </w:pPr>
            <w:r>
              <w:rPr>
                <w:rFonts w:eastAsia="Times New Roman" w:cs="Times New Roman"/>
                <w:sz w:val="14"/>
              </w:rPr>
              <w:t>145</w:t>
            </w:r>
          </w:p>
        </w:tc>
        <w:tc>
          <w:tcPr>
            <w:tcW w:w="2109" w:type="dxa"/>
            <w:tcMar>
              <w:top w:w="55" w:type="dxa"/>
              <w:left w:w="80" w:type="dxa"/>
              <w:bottom w:w="55" w:type="dxa"/>
              <w:right w:w="80" w:type="dxa"/>
            </w:tcMar>
            <w:vAlign w:val="center"/>
          </w:tcPr>
          <w:p w14:paraId="7C99745D" w14:textId="77777777" w:rsidR="00264937" w:rsidRDefault="00264937" w:rsidP="00465DEB">
            <w:pPr>
              <w:jc w:val="center"/>
            </w:pPr>
            <w:r>
              <w:rPr>
                <w:rFonts w:eastAsia="Times New Roman" w:cs="Times New Roman"/>
                <w:sz w:val="14"/>
              </w:rPr>
              <w:t>0.564</w:t>
            </w:r>
          </w:p>
        </w:tc>
        <w:tc>
          <w:tcPr>
            <w:tcW w:w="1963" w:type="dxa"/>
            <w:tcMar>
              <w:top w:w="55" w:type="dxa"/>
              <w:left w:w="80" w:type="dxa"/>
              <w:bottom w:w="55" w:type="dxa"/>
              <w:right w:w="80" w:type="dxa"/>
            </w:tcMar>
            <w:vAlign w:val="center"/>
          </w:tcPr>
          <w:p w14:paraId="26121A6F" w14:textId="77777777" w:rsidR="00264937" w:rsidRDefault="00264937" w:rsidP="00465DEB">
            <w:pPr>
              <w:jc w:val="center"/>
            </w:pPr>
            <w:r>
              <w:rPr>
                <w:rFonts w:eastAsia="Times New Roman" w:cs="Times New Roman"/>
                <w:sz w:val="14"/>
              </w:rPr>
              <w:t>0.404</w:t>
            </w:r>
          </w:p>
        </w:tc>
        <w:tc>
          <w:tcPr>
            <w:tcW w:w="1818" w:type="dxa"/>
            <w:tcMar>
              <w:top w:w="55" w:type="dxa"/>
              <w:left w:w="80" w:type="dxa"/>
              <w:bottom w:w="55" w:type="dxa"/>
              <w:right w:w="80" w:type="dxa"/>
            </w:tcMar>
            <w:vAlign w:val="center"/>
          </w:tcPr>
          <w:p w14:paraId="1F8CD78A" w14:textId="77777777" w:rsidR="00264937" w:rsidRDefault="00264937" w:rsidP="00465DEB">
            <w:pPr>
              <w:jc w:val="center"/>
            </w:pPr>
            <w:r>
              <w:rPr>
                <w:rFonts w:eastAsia="Times New Roman" w:cs="Times New Roman"/>
                <w:sz w:val="14"/>
              </w:rPr>
              <w:t>0.240</w:t>
            </w:r>
          </w:p>
        </w:tc>
        <w:tc>
          <w:tcPr>
            <w:tcW w:w="3564" w:type="dxa"/>
            <w:tcMar>
              <w:top w:w="55" w:type="dxa"/>
              <w:left w:w="80" w:type="dxa"/>
              <w:bottom w:w="55" w:type="dxa"/>
              <w:right w:w="80" w:type="dxa"/>
            </w:tcMar>
            <w:vAlign w:val="center"/>
          </w:tcPr>
          <w:p w14:paraId="793579FC" w14:textId="77777777" w:rsidR="00264937" w:rsidRDefault="00264937" w:rsidP="00465DEB">
            <w:pPr>
              <w:jc w:val="center"/>
            </w:pPr>
            <w:r>
              <w:rPr>
                <w:rFonts w:eastAsia="Times New Roman" w:cs="Times New Roman"/>
                <w:sz w:val="14"/>
              </w:rPr>
              <w:t>0.221 (0.151; −0.054–0.445)</w:t>
            </w:r>
          </w:p>
        </w:tc>
        <w:tc>
          <w:tcPr>
            <w:tcW w:w="2185" w:type="dxa"/>
            <w:tcMar>
              <w:top w:w="55" w:type="dxa"/>
              <w:left w:w="80" w:type="dxa"/>
              <w:bottom w:w="55" w:type="dxa"/>
              <w:right w:w="80" w:type="dxa"/>
            </w:tcMar>
            <w:vAlign w:val="center"/>
          </w:tcPr>
          <w:p w14:paraId="1395A2E0" w14:textId="77777777" w:rsidR="00264937" w:rsidRDefault="00264937" w:rsidP="00465DEB">
            <w:pPr>
              <w:jc w:val="center"/>
            </w:pPr>
            <w:r>
              <w:rPr>
                <w:rFonts w:eastAsia="Times New Roman" w:cs="Times New Roman"/>
                <w:sz w:val="14"/>
              </w:rPr>
              <w:t>0.178 (0.104)</w:t>
            </w:r>
          </w:p>
        </w:tc>
      </w:tr>
    </w:tbl>
    <w:p w14:paraId="0EBA736D" w14:textId="77777777" w:rsidR="00264937" w:rsidRDefault="00264937" w:rsidP="00264937">
      <w:pPr>
        <w:keepNext/>
        <w:spacing w:before="100" w:after="60"/>
      </w:pPr>
      <w:r>
        <w:rPr>
          <w:rFonts w:eastAsia="Times New Roman" w:cs="Times New Roman"/>
          <w:b/>
        </w:rPr>
        <w:t>A2. Absolute probability changes</w:t>
      </w:r>
    </w:p>
    <w:tbl>
      <w:tblPr>
        <w:tblW w:w="14256" w:type="dxa"/>
        <w:tblBorders>
          <w:top w:val="single" w:sz="10" w:space="0" w:color="000000"/>
          <w:left w:val="nil"/>
          <w:bottom w:val="single" w:sz="10" w:space="0" w:color="000000"/>
          <w:right w:val="nil"/>
          <w:insideH w:val="nil"/>
          <w:insideV w:val="nil"/>
        </w:tblBorders>
        <w:tblLayout w:type="fixed"/>
        <w:tblLook w:val="04A0" w:firstRow="1" w:lastRow="0" w:firstColumn="1" w:lastColumn="0" w:noHBand="0" w:noVBand="1"/>
      </w:tblPr>
      <w:tblGrid>
        <w:gridCol w:w="1674"/>
        <w:gridCol w:w="1572"/>
        <w:gridCol w:w="1572"/>
        <w:gridCol w:w="1572"/>
        <w:gridCol w:w="1572"/>
        <w:gridCol w:w="1572"/>
        <w:gridCol w:w="1572"/>
        <w:gridCol w:w="1572"/>
        <w:gridCol w:w="1578"/>
      </w:tblGrid>
      <w:tr w:rsidR="00264937" w14:paraId="660CC746" w14:textId="77777777" w:rsidTr="00465DEB">
        <w:trPr>
          <w:cantSplit/>
          <w:tblHeader/>
        </w:trPr>
        <w:tc>
          <w:tcPr>
            <w:tcW w:w="1674" w:type="dxa"/>
            <w:tcBorders>
              <w:bottom w:val="single" w:sz="6" w:space="0" w:color="000000"/>
            </w:tcBorders>
            <w:tcMar>
              <w:top w:w="55" w:type="dxa"/>
              <w:left w:w="80" w:type="dxa"/>
              <w:bottom w:w="55" w:type="dxa"/>
              <w:right w:w="80" w:type="dxa"/>
            </w:tcMar>
            <w:vAlign w:val="center"/>
          </w:tcPr>
          <w:p w14:paraId="21EAC62F" w14:textId="77777777" w:rsidR="00264937" w:rsidRDefault="00264937" w:rsidP="00465DEB">
            <w:pPr>
              <w:jc w:val="center"/>
            </w:pPr>
            <w:r>
              <w:rPr>
                <w:rFonts w:eastAsia="Times New Roman" w:cs="Times New Roman"/>
                <w:b/>
                <w:sz w:val="14"/>
              </w:rPr>
              <w:t>Direction</w:t>
            </w:r>
          </w:p>
        </w:tc>
        <w:tc>
          <w:tcPr>
            <w:tcW w:w="1572" w:type="dxa"/>
            <w:tcBorders>
              <w:bottom w:val="single" w:sz="6" w:space="0" w:color="000000"/>
            </w:tcBorders>
            <w:tcMar>
              <w:top w:w="55" w:type="dxa"/>
              <w:left w:w="80" w:type="dxa"/>
              <w:bottom w:w="55" w:type="dxa"/>
              <w:right w:w="80" w:type="dxa"/>
            </w:tcMar>
            <w:vAlign w:val="center"/>
          </w:tcPr>
          <w:p w14:paraId="46C1CBA5" w14:textId="77777777" w:rsidR="00264937" w:rsidRDefault="00264937" w:rsidP="00465DEB">
            <w:pPr>
              <w:jc w:val="center"/>
            </w:pPr>
            <w:r>
              <w:rPr>
                <w:rFonts w:eastAsia="Times New Roman" w:cs="Times New Roman"/>
                <w:b/>
                <w:sz w:val="14"/>
              </w:rPr>
              <w:t>OOF mean</w:t>
            </w:r>
          </w:p>
        </w:tc>
        <w:tc>
          <w:tcPr>
            <w:tcW w:w="1572" w:type="dxa"/>
            <w:tcBorders>
              <w:bottom w:val="single" w:sz="6" w:space="0" w:color="000000"/>
            </w:tcBorders>
            <w:tcMar>
              <w:top w:w="55" w:type="dxa"/>
              <w:left w:w="80" w:type="dxa"/>
              <w:bottom w:w="55" w:type="dxa"/>
              <w:right w:w="80" w:type="dxa"/>
            </w:tcMar>
            <w:vAlign w:val="center"/>
          </w:tcPr>
          <w:p w14:paraId="13AE593A" w14:textId="77777777" w:rsidR="00264937" w:rsidRDefault="00264937" w:rsidP="00465DEB">
            <w:pPr>
              <w:jc w:val="center"/>
            </w:pPr>
            <w:r>
              <w:rPr>
                <w:rFonts w:eastAsia="Times New Roman" w:cs="Times New Roman"/>
                <w:b/>
                <w:sz w:val="14"/>
              </w:rPr>
              <w:t>OOF median</w:t>
            </w:r>
          </w:p>
        </w:tc>
        <w:tc>
          <w:tcPr>
            <w:tcW w:w="1572" w:type="dxa"/>
            <w:tcBorders>
              <w:bottom w:val="single" w:sz="6" w:space="0" w:color="000000"/>
            </w:tcBorders>
            <w:tcMar>
              <w:top w:w="55" w:type="dxa"/>
              <w:left w:w="80" w:type="dxa"/>
              <w:bottom w:w="55" w:type="dxa"/>
              <w:right w:w="80" w:type="dxa"/>
            </w:tcMar>
            <w:vAlign w:val="center"/>
          </w:tcPr>
          <w:p w14:paraId="22A1C935" w14:textId="77777777" w:rsidR="00264937" w:rsidRDefault="00264937" w:rsidP="00465DEB">
            <w:pPr>
              <w:jc w:val="center"/>
            </w:pPr>
            <w:r>
              <w:rPr>
                <w:rFonts w:eastAsia="Times New Roman" w:cs="Times New Roman"/>
                <w:b/>
                <w:sz w:val="14"/>
              </w:rPr>
              <w:t>OOF 95th percentile</w:t>
            </w:r>
          </w:p>
        </w:tc>
        <w:tc>
          <w:tcPr>
            <w:tcW w:w="1572" w:type="dxa"/>
            <w:tcBorders>
              <w:bottom w:val="single" w:sz="6" w:space="0" w:color="000000"/>
            </w:tcBorders>
            <w:tcMar>
              <w:top w:w="55" w:type="dxa"/>
              <w:left w:w="80" w:type="dxa"/>
              <w:bottom w:w="55" w:type="dxa"/>
              <w:right w:w="80" w:type="dxa"/>
            </w:tcMar>
            <w:vAlign w:val="center"/>
          </w:tcPr>
          <w:p w14:paraId="33B0C681" w14:textId="77777777" w:rsidR="00264937" w:rsidRDefault="00264937" w:rsidP="00465DEB">
            <w:pPr>
              <w:jc w:val="center"/>
            </w:pPr>
            <w:r>
              <w:rPr>
                <w:rFonts w:eastAsia="Times New Roman" w:cs="Times New Roman"/>
                <w:b/>
                <w:sz w:val="14"/>
              </w:rPr>
              <w:t>OOF maximum</w:t>
            </w:r>
          </w:p>
        </w:tc>
        <w:tc>
          <w:tcPr>
            <w:tcW w:w="1572" w:type="dxa"/>
            <w:tcBorders>
              <w:bottom w:val="single" w:sz="6" w:space="0" w:color="000000"/>
            </w:tcBorders>
            <w:tcMar>
              <w:top w:w="55" w:type="dxa"/>
              <w:left w:w="80" w:type="dxa"/>
              <w:bottom w:w="55" w:type="dxa"/>
              <w:right w:w="80" w:type="dxa"/>
            </w:tcMar>
            <w:vAlign w:val="center"/>
          </w:tcPr>
          <w:p w14:paraId="1FBC0AF2" w14:textId="77777777" w:rsidR="00264937" w:rsidRDefault="00264937" w:rsidP="00465DEB">
            <w:pPr>
              <w:jc w:val="center"/>
            </w:pPr>
            <w:r>
              <w:rPr>
                <w:rFonts w:eastAsia="Times New Roman" w:cs="Times New Roman"/>
                <w:b/>
                <w:sz w:val="14"/>
              </w:rPr>
              <w:t>Patient-mean mean</w:t>
            </w:r>
          </w:p>
        </w:tc>
        <w:tc>
          <w:tcPr>
            <w:tcW w:w="1572" w:type="dxa"/>
            <w:tcBorders>
              <w:bottom w:val="single" w:sz="6" w:space="0" w:color="000000"/>
            </w:tcBorders>
            <w:tcMar>
              <w:top w:w="55" w:type="dxa"/>
              <w:left w:w="80" w:type="dxa"/>
              <w:bottom w:w="55" w:type="dxa"/>
              <w:right w:w="80" w:type="dxa"/>
            </w:tcMar>
            <w:vAlign w:val="center"/>
          </w:tcPr>
          <w:p w14:paraId="0BFCB5B7" w14:textId="77777777" w:rsidR="00264937" w:rsidRDefault="00264937" w:rsidP="00465DEB">
            <w:pPr>
              <w:jc w:val="center"/>
            </w:pPr>
            <w:r>
              <w:rPr>
                <w:rFonts w:eastAsia="Times New Roman" w:cs="Times New Roman"/>
                <w:b/>
                <w:sz w:val="14"/>
              </w:rPr>
              <w:t>Patient-mean median</w:t>
            </w:r>
          </w:p>
        </w:tc>
        <w:tc>
          <w:tcPr>
            <w:tcW w:w="1572" w:type="dxa"/>
            <w:tcBorders>
              <w:bottom w:val="single" w:sz="6" w:space="0" w:color="000000"/>
            </w:tcBorders>
            <w:tcMar>
              <w:top w:w="55" w:type="dxa"/>
              <w:left w:w="80" w:type="dxa"/>
              <w:bottom w:w="55" w:type="dxa"/>
              <w:right w:w="80" w:type="dxa"/>
            </w:tcMar>
            <w:vAlign w:val="center"/>
          </w:tcPr>
          <w:p w14:paraId="78D3F21D" w14:textId="77777777" w:rsidR="00264937" w:rsidRDefault="00264937" w:rsidP="00465DEB">
            <w:pPr>
              <w:jc w:val="center"/>
            </w:pPr>
            <w:r>
              <w:rPr>
                <w:rFonts w:eastAsia="Times New Roman" w:cs="Times New Roman"/>
                <w:b/>
                <w:sz w:val="14"/>
              </w:rPr>
              <w:t>Patient-mean 95th percentile</w:t>
            </w:r>
          </w:p>
        </w:tc>
        <w:tc>
          <w:tcPr>
            <w:tcW w:w="1578" w:type="dxa"/>
            <w:tcBorders>
              <w:bottom w:val="single" w:sz="6" w:space="0" w:color="000000"/>
            </w:tcBorders>
            <w:tcMar>
              <w:top w:w="55" w:type="dxa"/>
              <w:left w:w="80" w:type="dxa"/>
              <w:bottom w:w="55" w:type="dxa"/>
              <w:right w:w="80" w:type="dxa"/>
            </w:tcMar>
            <w:vAlign w:val="center"/>
          </w:tcPr>
          <w:p w14:paraId="75FC2B0F" w14:textId="77777777" w:rsidR="00264937" w:rsidRDefault="00264937" w:rsidP="00465DEB">
            <w:pPr>
              <w:jc w:val="center"/>
            </w:pPr>
            <w:r>
              <w:rPr>
                <w:rFonts w:eastAsia="Times New Roman" w:cs="Times New Roman"/>
                <w:b/>
                <w:sz w:val="14"/>
              </w:rPr>
              <w:t>Patient-mean maximum</w:t>
            </w:r>
          </w:p>
        </w:tc>
      </w:tr>
      <w:tr w:rsidR="00264937" w14:paraId="5BC7350C" w14:textId="77777777" w:rsidTr="00465DEB">
        <w:trPr>
          <w:cantSplit/>
        </w:trPr>
        <w:tc>
          <w:tcPr>
            <w:tcW w:w="1674" w:type="dxa"/>
            <w:tcMar>
              <w:top w:w="55" w:type="dxa"/>
              <w:left w:w="80" w:type="dxa"/>
              <w:bottom w:w="55" w:type="dxa"/>
              <w:right w:w="80" w:type="dxa"/>
            </w:tcMar>
            <w:vAlign w:val="center"/>
          </w:tcPr>
          <w:p w14:paraId="1345A6C4" w14:textId="77777777" w:rsidR="00264937" w:rsidRDefault="00264937" w:rsidP="00465DEB">
            <w:r>
              <w:rPr>
                <w:rFonts w:eastAsia="Times New Roman" w:cs="Times New Roman"/>
                <w:sz w:val="14"/>
              </w:rPr>
              <w:t>Dilation</w:t>
            </w:r>
          </w:p>
        </w:tc>
        <w:tc>
          <w:tcPr>
            <w:tcW w:w="1572" w:type="dxa"/>
            <w:tcMar>
              <w:top w:w="55" w:type="dxa"/>
              <w:left w:w="80" w:type="dxa"/>
              <w:bottom w:w="55" w:type="dxa"/>
              <w:right w:w="80" w:type="dxa"/>
            </w:tcMar>
            <w:vAlign w:val="center"/>
          </w:tcPr>
          <w:p w14:paraId="721B7AFA" w14:textId="77777777" w:rsidR="00264937" w:rsidRDefault="00264937" w:rsidP="00465DEB">
            <w:pPr>
              <w:jc w:val="center"/>
            </w:pPr>
            <w:r>
              <w:rPr>
                <w:rFonts w:eastAsia="Times New Roman" w:cs="Times New Roman"/>
                <w:sz w:val="14"/>
              </w:rPr>
              <w:t>0.038</w:t>
            </w:r>
          </w:p>
        </w:tc>
        <w:tc>
          <w:tcPr>
            <w:tcW w:w="1572" w:type="dxa"/>
            <w:tcMar>
              <w:top w:w="55" w:type="dxa"/>
              <w:left w:w="80" w:type="dxa"/>
              <w:bottom w:w="55" w:type="dxa"/>
              <w:right w:w="80" w:type="dxa"/>
            </w:tcMar>
            <w:vAlign w:val="center"/>
          </w:tcPr>
          <w:p w14:paraId="2349B77E" w14:textId="77777777" w:rsidR="00264937" w:rsidRDefault="00264937" w:rsidP="00465DEB">
            <w:pPr>
              <w:jc w:val="center"/>
            </w:pPr>
            <w:r>
              <w:rPr>
                <w:rFonts w:eastAsia="Times New Roman" w:cs="Times New Roman"/>
                <w:sz w:val="14"/>
              </w:rPr>
              <w:t>0.024</w:t>
            </w:r>
          </w:p>
        </w:tc>
        <w:tc>
          <w:tcPr>
            <w:tcW w:w="1572" w:type="dxa"/>
            <w:tcMar>
              <w:top w:w="55" w:type="dxa"/>
              <w:left w:w="80" w:type="dxa"/>
              <w:bottom w:w="55" w:type="dxa"/>
              <w:right w:w="80" w:type="dxa"/>
            </w:tcMar>
            <w:vAlign w:val="center"/>
          </w:tcPr>
          <w:p w14:paraId="5E111B30" w14:textId="77777777" w:rsidR="00264937" w:rsidRDefault="00264937" w:rsidP="00465DEB">
            <w:pPr>
              <w:jc w:val="center"/>
            </w:pPr>
            <w:r>
              <w:rPr>
                <w:rFonts w:eastAsia="Times New Roman" w:cs="Times New Roman"/>
                <w:sz w:val="14"/>
              </w:rPr>
              <w:t>0.123</w:t>
            </w:r>
          </w:p>
        </w:tc>
        <w:tc>
          <w:tcPr>
            <w:tcW w:w="1572" w:type="dxa"/>
            <w:tcMar>
              <w:top w:w="55" w:type="dxa"/>
              <w:left w:w="80" w:type="dxa"/>
              <w:bottom w:w="55" w:type="dxa"/>
              <w:right w:w="80" w:type="dxa"/>
            </w:tcMar>
            <w:vAlign w:val="center"/>
          </w:tcPr>
          <w:p w14:paraId="514CE60A" w14:textId="77777777" w:rsidR="00264937" w:rsidRDefault="00264937" w:rsidP="00465DEB">
            <w:pPr>
              <w:jc w:val="center"/>
            </w:pPr>
            <w:r>
              <w:rPr>
                <w:rFonts w:eastAsia="Times New Roman" w:cs="Times New Roman"/>
                <w:sz w:val="14"/>
              </w:rPr>
              <w:t>0.354</w:t>
            </w:r>
          </w:p>
        </w:tc>
        <w:tc>
          <w:tcPr>
            <w:tcW w:w="1572" w:type="dxa"/>
            <w:tcMar>
              <w:top w:w="55" w:type="dxa"/>
              <w:left w:w="80" w:type="dxa"/>
              <w:bottom w:w="55" w:type="dxa"/>
              <w:right w:w="80" w:type="dxa"/>
            </w:tcMar>
            <w:vAlign w:val="center"/>
          </w:tcPr>
          <w:p w14:paraId="0E21F32A" w14:textId="77777777" w:rsidR="00264937" w:rsidRDefault="00264937" w:rsidP="00465DEB">
            <w:pPr>
              <w:jc w:val="center"/>
            </w:pPr>
            <w:r>
              <w:rPr>
                <w:rFonts w:eastAsia="Times New Roman" w:cs="Times New Roman"/>
                <w:sz w:val="14"/>
              </w:rPr>
              <w:t>0.031</w:t>
            </w:r>
          </w:p>
        </w:tc>
        <w:tc>
          <w:tcPr>
            <w:tcW w:w="1572" w:type="dxa"/>
            <w:tcMar>
              <w:top w:w="55" w:type="dxa"/>
              <w:left w:w="80" w:type="dxa"/>
              <w:bottom w:w="55" w:type="dxa"/>
              <w:right w:w="80" w:type="dxa"/>
            </w:tcMar>
            <w:vAlign w:val="center"/>
          </w:tcPr>
          <w:p w14:paraId="477A4A74" w14:textId="77777777" w:rsidR="00264937" w:rsidRDefault="00264937" w:rsidP="00465DEB">
            <w:pPr>
              <w:jc w:val="center"/>
            </w:pPr>
            <w:r>
              <w:rPr>
                <w:rFonts w:eastAsia="Times New Roman" w:cs="Times New Roman"/>
                <w:sz w:val="14"/>
              </w:rPr>
              <w:t>0.026</w:t>
            </w:r>
          </w:p>
        </w:tc>
        <w:tc>
          <w:tcPr>
            <w:tcW w:w="1572" w:type="dxa"/>
            <w:tcMar>
              <w:top w:w="55" w:type="dxa"/>
              <w:left w:w="80" w:type="dxa"/>
              <w:bottom w:w="55" w:type="dxa"/>
              <w:right w:w="80" w:type="dxa"/>
            </w:tcMar>
            <w:vAlign w:val="center"/>
          </w:tcPr>
          <w:p w14:paraId="398726D2" w14:textId="77777777" w:rsidR="00264937" w:rsidRDefault="00264937" w:rsidP="00465DEB">
            <w:pPr>
              <w:jc w:val="center"/>
            </w:pPr>
            <w:r>
              <w:rPr>
                <w:rFonts w:eastAsia="Times New Roman" w:cs="Times New Roman"/>
                <w:sz w:val="14"/>
              </w:rPr>
              <w:t>0.071</w:t>
            </w:r>
          </w:p>
        </w:tc>
        <w:tc>
          <w:tcPr>
            <w:tcW w:w="1578" w:type="dxa"/>
            <w:tcMar>
              <w:top w:w="55" w:type="dxa"/>
              <w:left w:w="80" w:type="dxa"/>
              <w:bottom w:w="55" w:type="dxa"/>
              <w:right w:w="80" w:type="dxa"/>
            </w:tcMar>
            <w:vAlign w:val="center"/>
          </w:tcPr>
          <w:p w14:paraId="10E92899" w14:textId="77777777" w:rsidR="00264937" w:rsidRDefault="00264937" w:rsidP="00465DEB">
            <w:pPr>
              <w:jc w:val="center"/>
            </w:pPr>
            <w:r>
              <w:rPr>
                <w:rFonts w:eastAsia="Times New Roman" w:cs="Times New Roman"/>
                <w:sz w:val="14"/>
              </w:rPr>
              <w:t>0.168</w:t>
            </w:r>
          </w:p>
        </w:tc>
      </w:tr>
      <w:tr w:rsidR="00264937" w14:paraId="274BFFFA" w14:textId="77777777" w:rsidTr="00465DEB">
        <w:trPr>
          <w:cantSplit/>
        </w:trPr>
        <w:tc>
          <w:tcPr>
            <w:tcW w:w="1674" w:type="dxa"/>
            <w:tcMar>
              <w:top w:w="55" w:type="dxa"/>
              <w:left w:w="80" w:type="dxa"/>
              <w:bottom w:w="55" w:type="dxa"/>
              <w:right w:w="80" w:type="dxa"/>
            </w:tcMar>
            <w:vAlign w:val="center"/>
          </w:tcPr>
          <w:p w14:paraId="044AE16F" w14:textId="77777777" w:rsidR="00264937" w:rsidRDefault="00264937" w:rsidP="00465DEB">
            <w:r>
              <w:rPr>
                <w:rFonts w:eastAsia="Times New Roman" w:cs="Times New Roman"/>
                <w:sz w:val="14"/>
              </w:rPr>
              <w:t>Erosion</w:t>
            </w:r>
          </w:p>
        </w:tc>
        <w:tc>
          <w:tcPr>
            <w:tcW w:w="1572" w:type="dxa"/>
            <w:tcMar>
              <w:top w:w="55" w:type="dxa"/>
              <w:left w:w="80" w:type="dxa"/>
              <w:bottom w:w="55" w:type="dxa"/>
              <w:right w:w="80" w:type="dxa"/>
            </w:tcMar>
            <w:vAlign w:val="center"/>
          </w:tcPr>
          <w:p w14:paraId="47B70B28" w14:textId="77777777" w:rsidR="00264937" w:rsidRDefault="00264937" w:rsidP="00465DEB">
            <w:pPr>
              <w:jc w:val="center"/>
            </w:pPr>
            <w:r>
              <w:rPr>
                <w:rFonts w:eastAsia="Times New Roman" w:cs="Times New Roman"/>
                <w:sz w:val="14"/>
              </w:rPr>
              <w:t>0.134</w:t>
            </w:r>
          </w:p>
        </w:tc>
        <w:tc>
          <w:tcPr>
            <w:tcW w:w="1572" w:type="dxa"/>
            <w:tcMar>
              <w:top w:w="55" w:type="dxa"/>
              <w:left w:w="80" w:type="dxa"/>
              <w:bottom w:w="55" w:type="dxa"/>
              <w:right w:w="80" w:type="dxa"/>
            </w:tcMar>
            <w:vAlign w:val="center"/>
          </w:tcPr>
          <w:p w14:paraId="5433E156" w14:textId="77777777" w:rsidR="00264937" w:rsidRDefault="00264937" w:rsidP="00465DEB">
            <w:pPr>
              <w:jc w:val="center"/>
            </w:pPr>
            <w:r>
              <w:rPr>
                <w:rFonts w:eastAsia="Times New Roman" w:cs="Times New Roman"/>
                <w:sz w:val="14"/>
              </w:rPr>
              <w:t>0.097</w:t>
            </w:r>
          </w:p>
        </w:tc>
        <w:tc>
          <w:tcPr>
            <w:tcW w:w="1572" w:type="dxa"/>
            <w:tcMar>
              <w:top w:w="55" w:type="dxa"/>
              <w:left w:w="80" w:type="dxa"/>
              <w:bottom w:w="55" w:type="dxa"/>
              <w:right w:w="80" w:type="dxa"/>
            </w:tcMar>
            <w:vAlign w:val="center"/>
          </w:tcPr>
          <w:p w14:paraId="655877FB" w14:textId="77777777" w:rsidR="00264937" w:rsidRDefault="00264937" w:rsidP="00465DEB">
            <w:pPr>
              <w:jc w:val="center"/>
            </w:pPr>
            <w:r>
              <w:rPr>
                <w:rFonts w:eastAsia="Times New Roman" w:cs="Times New Roman"/>
                <w:sz w:val="14"/>
              </w:rPr>
              <w:t>0.374</w:t>
            </w:r>
          </w:p>
        </w:tc>
        <w:tc>
          <w:tcPr>
            <w:tcW w:w="1572" w:type="dxa"/>
            <w:tcMar>
              <w:top w:w="55" w:type="dxa"/>
              <w:left w:w="80" w:type="dxa"/>
              <w:bottom w:w="55" w:type="dxa"/>
              <w:right w:w="80" w:type="dxa"/>
            </w:tcMar>
            <w:vAlign w:val="center"/>
          </w:tcPr>
          <w:p w14:paraId="0DFFCCED" w14:textId="77777777" w:rsidR="00264937" w:rsidRDefault="00264937" w:rsidP="00465DEB">
            <w:pPr>
              <w:jc w:val="center"/>
            </w:pPr>
            <w:r>
              <w:rPr>
                <w:rFonts w:eastAsia="Times New Roman" w:cs="Times New Roman"/>
                <w:sz w:val="14"/>
              </w:rPr>
              <w:t>0.521</w:t>
            </w:r>
          </w:p>
        </w:tc>
        <w:tc>
          <w:tcPr>
            <w:tcW w:w="1572" w:type="dxa"/>
            <w:tcMar>
              <w:top w:w="55" w:type="dxa"/>
              <w:left w:w="80" w:type="dxa"/>
              <w:bottom w:w="55" w:type="dxa"/>
              <w:right w:w="80" w:type="dxa"/>
            </w:tcMar>
            <w:vAlign w:val="center"/>
          </w:tcPr>
          <w:p w14:paraId="2965536D" w14:textId="77777777" w:rsidR="00264937" w:rsidRDefault="00264937" w:rsidP="00465DEB">
            <w:pPr>
              <w:jc w:val="center"/>
            </w:pPr>
            <w:r>
              <w:rPr>
                <w:rFonts w:eastAsia="Times New Roman" w:cs="Times New Roman"/>
                <w:sz w:val="14"/>
              </w:rPr>
              <w:t>0.113</w:t>
            </w:r>
          </w:p>
        </w:tc>
        <w:tc>
          <w:tcPr>
            <w:tcW w:w="1572" w:type="dxa"/>
            <w:tcMar>
              <w:top w:w="55" w:type="dxa"/>
              <w:left w:w="80" w:type="dxa"/>
              <w:bottom w:w="55" w:type="dxa"/>
              <w:right w:w="80" w:type="dxa"/>
            </w:tcMar>
            <w:vAlign w:val="center"/>
          </w:tcPr>
          <w:p w14:paraId="2F3E4056" w14:textId="77777777" w:rsidR="00264937" w:rsidRDefault="00264937" w:rsidP="00465DEB">
            <w:pPr>
              <w:jc w:val="center"/>
            </w:pPr>
            <w:r>
              <w:rPr>
                <w:rFonts w:eastAsia="Times New Roman" w:cs="Times New Roman"/>
                <w:sz w:val="14"/>
              </w:rPr>
              <w:t>0.114</w:t>
            </w:r>
          </w:p>
        </w:tc>
        <w:tc>
          <w:tcPr>
            <w:tcW w:w="1572" w:type="dxa"/>
            <w:tcMar>
              <w:top w:w="55" w:type="dxa"/>
              <w:left w:w="80" w:type="dxa"/>
              <w:bottom w:w="55" w:type="dxa"/>
              <w:right w:w="80" w:type="dxa"/>
            </w:tcMar>
            <w:vAlign w:val="center"/>
          </w:tcPr>
          <w:p w14:paraId="0236DE84" w14:textId="77777777" w:rsidR="00264937" w:rsidRDefault="00264937" w:rsidP="00465DEB">
            <w:pPr>
              <w:jc w:val="center"/>
            </w:pPr>
            <w:r>
              <w:rPr>
                <w:rFonts w:eastAsia="Times New Roman" w:cs="Times New Roman"/>
                <w:sz w:val="14"/>
              </w:rPr>
              <w:t>0.225</w:t>
            </w:r>
          </w:p>
        </w:tc>
        <w:tc>
          <w:tcPr>
            <w:tcW w:w="1578" w:type="dxa"/>
            <w:tcMar>
              <w:top w:w="55" w:type="dxa"/>
              <w:left w:w="80" w:type="dxa"/>
              <w:bottom w:w="55" w:type="dxa"/>
              <w:right w:w="80" w:type="dxa"/>
            </w:tcMar>
            <w:vAlign w:val="center"/>
          </w:tcPr>
          <w:p w14:paraId="0E031512" w14:textId="77777777" w:rsidR="00264937" w:rsidRDefault="00264937" w:rsidP="00465DEB">
            <w:pPr>
              <w:jc w:val="center"/>
            </w:pPr>
            <w:r>
              <w:rPr>
                <w:rFonts w:eastAsia="Times New Roman" w:cs="Times New Roman"/>
                <w:sz w:val="14"/>
              </w:rPr>
              <w:t>0.267</w:t>
            </w:r>
          </w:p>
        </w:tc>
      </w:tr>
    </w:tbl>
    <w:p w14:paraId="29A7D949" w14:textId="77777777" w:rsidR="00264937" w:rsidRDefault="00264937" w:rsidP="00264937">
      <w:pPr>
        <w:keepNext/>
        <w:spacing w:before="100" w:after="60"/>
      </w:pPr>
      <w:r>
        <w:rPr>
          <w:rFonts w:eastAsia="Times New Roman" w:cs="Times New Roman"/>
          <w:b/>
        </w:rPr>
        <w:t>B. Paired performance change (perturbed minus original)</w:t>
      </w:r>
    </w:p>
    <w:tbl>
      <w:tblPr>
        <w:tblW w:w="14256" w:type="dxa"/>
        <w:tblBorders>
          <w:top w:val="single" w:sz="10" w:space="0" w:color="000000"/>
          <w:left w:val="nil"/>
          <w:bottom w:val="single" w:sz="10" w:space="0" w:color="000000"/>
          <w:right w:val="nil"/>
          <w:insideH w:val="nil"/>
          <w:insideV w:val="nil"/>
        </w:tblBorders>
        <w:tblLayout w:type="fixed"/>
        <w:tblLook w:val="04A0" w:firstRow="1" w:lastRow="0" w:firstColumn="1" w:lastColumn="0" w:noHBand="0" w:noVBand="1"/>
      </w:tblPr>
      <w:tblGrid>
        <w:gridCol w:w="3054"/>
        <w:gridCol w:w="3054"/>
        <w:gridCol w:w="8148"/>
      </w:tblGrid>
      <w:tr w:rsidR="00264937" w14:paraId="39F318C9" w14:textId="77777777" w:rsidTr="00465DEB">
        <w:trPr>
          <w:cantSplit/>
          <w:tblHeader/>
        </w:trPr>
        <w:tc>
          <w:tcPr>
            <w:tcW w:w="3054" w:type="dxa"/>
            <w:tcBorders>
              <w:bottom w:val="single" w:sz="6" w:space="0" w:color="000000"/>
            </w:tcBorders>
            <w:tcMar>
              <w:top w:w="55" w:type="dxa"/>
              <w:left w:w="80" w:type="dxa"/>
              <w:bottom w:w="55" w:type="dxa"/>
              <w:right w:w="80" w:type="dxa"/>
            </w:tcMar>
            <w:vAlign w:val="center"/>
          </w:tcPr>
          <w:p w14:paraId="27479997" w14:textId="77777777" w:rsidR="00264937" w:rsidRDefault="00264937" w:rsidP="00465DEB">
            <w:pPr>
              <w:jc w:val="center"/>
            </w:pPr>
            <w:r>
              <w:rPr>
                <w:rFonts w:eastAsia="Times New Roman" w:cs="Times New Roman"/>
                <w:b/>
                <w:sz w:val="16"/>
              </w:rPr>
              <w:t>Direction</w:t>
            </w:r>
          </w:p>
        </w:tc>
        <w:tc>
          <w:tcPr>
            <w:tcW w:w="3054" w:type="dxa"/>
            <w:tcBorders>
              <w:bottom w:val="single" w:sz="6" w:space="0" w:color="000000"/>
            </w:tcBorders>
            <w:tcMar>
              <w:top w:w="55" w:type="dxa"/>
              <w:left w:w="80" w:type="dxa"/>
              <w:bottom w:w="55" w:type="dxa"/>
              <w:right w:w="80" w:type="dxa"/>
            </w:tcMar>
            <w:vAlign w:val="center"/>
          </w:tcPr>
          <w:p w14:paraId="00DC080E" w14:textId="77777777" w:rsidR="00264937" w:rsidRDefault="00264937" w:rsidP="00465DEB">
            <w:pPr>
              <w:jc w:val="center"/>
            </w:pPr>
            <w:r>
              <w:rPr>
                <w:rFonts w:eastAsia="Times New Roman" w:cs="Times New Roman"/>
                <w:b/>
                <w:sz w:val="16"/>
              </w:rPr>
              <w:t>Metric</w:t>
            </w:r>
          </w:p>
        </w:tc>
        <w:tc>
          <w:tcPr>
            <w:tcW w:w="8148" w:type="dxa"/>
            <w:tcBorders>
              <w:bottom w:val="single" w:sz="6" w:space="0" w:color="000000"/>
            </w:tcBorders>
            <w:tcMar>
              <w:top w:w="55" w:type="dxa"/>
              <w:left w:w="80" w:type="dxa"/>
              <w:bottom w:w="55" w:type="dxa"/>
              <w:right w:w="80" w:type="dxa"/>
            </w:tcMar>
            <w:vAlign w:val="center"/>
          </w:tcPr>
          <w:p w14:paraId="142DBE88" w14:textId="77777777" w:rsidR="00264937" w:rsidRDefault="00264937" w:rsidP="00465DEB">
            <w:pPr>
              <w:jc w:val="center"/>
            </w:pPr>
            <w:r>
              <w:rPr>
                <w:rFonts w:eastAsia="Times New Roman" w:cs="Times New Roman"/>
                <w:b/>
                <w:sz w:val="16"/>
              </w:rPr>
              <w:t>Difference (95% CI)</w:t>
            </w:r>
          </w:p>
        </w:tc>
      </w:tr>
      <w:tr w:rsidR="00264937" w14:paraId="0665830F" w14:textId="77777777" w:rsidTr="00465DEB">
        <w:trPr>
          <w:cantSplit/>
        </w:trPr>
        <w:tc>
          <w:tcPr>
            <w:tcW w:w="3054" w:type="dxa"/>
            <w:tcMar>
              <w:top w:w="55" w:type="dxa"/>
              <w:left w:w="80" w:type="dxa"/>
              <w:bottom w:w="55" w:type="dxa"/>
              <w:right w:w="80" w:type="dxa"/>
            </w:tcMar>
            <w:vAlign w:val="center"/>
          </w:tcPr>
          <w:p w14:paraId="3E0AB0E5" w14:textId="77777777" w:rsidR="00264937" w:rsidRDefault="00264937" w:rsidP="00465DEB">
            <w:r>
              <w:rPr>
                <w:rFonts w:eastAsia="Times New Roman" w:cs="Times New Roman"/>
                <w:sz w:val="16"/>
              </w:rPr>
              <w:t>Dilation</w:t>
            </w:r>
          </w:p>
        </w:tc>
        <w:tc>
          <w:tcPr>
            <w:tcW w:w="3054" w:type="dxa"/>
            <w:tcMar>
              <w:top w:w="55" w:type="dxa"/>
              <w:left w:w="80" w:type="dxa"/>
              <w:bottom w:w="55" w:type="dxa"/>
              <w:right w:w="80" w:type="dxa"/>
            </w:tcMar>
            <w:vAlign w:val="center"/>
          </w:tcPr>
          <w:p w14:paraId="3B31297E" w14:textId="77777777" w:rsidR="00264937" w:rsidRDefault="00264937" w:rsidP="00465DEB">
            <w:r>
              <w:rPr>
                <w:rFonts w:eastAsia="Times New Roman" w:cs="Times New Roman"/>
                <w:sz w:val="16"/>
              </w:rPr>
              <w:t>AUC</w:t>
            </w:r>
          </w:p>
        </w:tc>
        <w:tc>
          <w:tcPr>
            <w:tcW w:w="8148" w:type="dxa"/>
            <w:tcMar>
              <w:top w:w="55" w:type="dxa"/>
              <w:left w:w="80" w:type="dxa"/>
              <w:bottom w:w="55" w:type="dxa"/>
              <w:right w:w="80" w:type="dxa"/>
            </w:tcMar>
            <w:vAlign w:val="center"/>
          </w:tcPr>
          <w:p w14:paraId="68119A9E" w14:textId="77777777" w:rsidR="00264937" w:rsidRDefault="00264937" w:rsidP="00465DEB">
            <w:pPr>
              <w:jc w:val="center"/>
            </w:pPr>
            <w:r>
              <w:rPr>
                <w:rFonts w:eastAsia="Times New Roman" w:cs="Times New Roman"/>
                <w:sz w:val="16"/>
              </w:rPr>
              <w:t>−0.004 (−0.028 to 0.019)</w:t>
            </w:r>
          </w:p>
        </w:tc>
      </w:tr>
      <w:tr w:rsidR="00264937" w14:paraId="0F6209D7" w14:textId="77777777" w:rsidTr="00465DEB">
        <w:trPr>
          <w:cantSplit/>
        </w:trPr>
        <w:tc>
          <w:tcPr>
            <w:tcW w:w="3054" w:type="dxa"/>
            <w:tcMar>
              <w:top w:w="55" w:type="dxa"/>
              <w:left w:w="80" w:type="dxa"/>
              <w:bottom w:w="55" w:type="dxa"/>
              <w:right w:w="80" w:type="dxa"/>
            </w:tcMar>
            <w:vAlign w:val="center"/>
          </w:tcPr>
          <w:p w14:paraId="7F6179E3" w14:textId="77777777" w:rsidR="00264937" w:rsidRDefault="00264937" w:rsidP="00465DEB">
            <w:r>
              <w:rPr>
                <w:rFonts w:eastAsia="Times New Roman" w:cs="Times New Roman"/>
                <w:sz w:val="16"/>
              </w:rPr>
              <w:t>Dilation</w:t>
            </w:r>
          </w:p>
        </w:tc>
        <w:tc>
          <w:tcPr>
            <w:tcW w:w="3054" w:type="dxa"/>
            <w:tcMar>
              <w:top w:w="55" w:type="dxa"/>
              <w:left w:w="80" w:type="dxa"/>
              <w:bottom w:w="55" w:type="dxa"/>
              <w:right w:w="80" w:type="dxa"/>
            </w:tcMar>
            <w:vAlign w:val="center"/>
          </w:tcPr>
          <w:p w14:paraId="598DF672" w14:textId="77777777" w:rsidR="00264937" w:rsidRDefault="00264937" w:rsidP="00465DEB">
            <w:r>
              <w:rPr>
                <w:rFonts w:eastAsia="Times New Roman" w:cs="Times New Roman"/>
                <w:sz w:val="16"/>
              </w:rPr>
              <w:t>Brier</w:t>
            </w:r>
          </w:p>
        </w:tc>
        <w:tc>
          <w:tcPr>
            <w:tcW w:w="8148" w:type="dxa"/>
            <w:tcMar>
              <w:top w:w="55" w:type="dxa"/>
              <w:left w:w="80" w:type="dxa"/>
              <w:bottom w:w="55" w:type="dxa"/>
              <w:right w:w="80" w:type="dxa"/>
            </w:tcMar>
            <w:vAlign w:val="center"/>
          </w:tcPr>
          <w:p w14:paraId="36344C5B" w14:textId="77777777" w:rsidR="00264937" w:rsidRDefault="00264937" w:rsidP="00465DEB">
            <w:pPr>
              <w:jc w:val="center"/>
            </w:pPr>
            <w:r>
              <w:rPr>
                <w:rFonts w:eastAsia="Times New Roman" w:cs="Times New Roman"/>
                <w:sz w:val="16"/>
              </w:rPr>
              <w:t>+0.000 (−0.005 to 0.005)</w:t>
            </w:r>
          </w:p>
        </w:tc>
      </w:tr>
      <w:tr w:rsidR="00264937" w14:paraId="12E6134E" w14:textId="77777777" w:rsidTr="00465DEB">
        <w:trPr>
          <w:cantSplit/>
        </w:trPr>
        <w:tc>
          <w:tcPr>
            <w:tcW w:w="3054" w:type="dxa"/>
            <w:tcMar>
              <w:top w:w="55" w:type="dxa"/>
              <w:left w:w="80" w:type="dxa"/>
              <w:bottom w:w="55" w:type="dxa"/>
              <w:right w:w="80" w:type="dxa"/>
            </w:tcMar>
            <w:vAlign w:val="center"/>
          </w:tcPr>
          <w:p w14:paraId="3F203B39" w14:textId="77777777" w:rsidR="00264937" w:rsidRDefault="00264937" w:rsidP="00465DEB">
            <w:r>
              <w:rPr>
                <w:rFonts w:eastAsia="Times New Roman" w:cs="Times New Roman"/>
                <w:sz w:val="16"/>
              </w:rPr>
              <w:t>Erosion</w:t>
            </w:r>
          </w:p>
        </w:tc>
        <w:tc>
          <w:tcPr>
            <w:tcW w:w="3054" w:type="dxa"/>
            <w:tcMar>
              <w:top w:w="55" w:type="dxa"/>
              <w:left w:w="80" w:type="dxa"/>
              <w:bottom w:w="55" w:type="dxa"/>
              <w:right w:w="80" w:type="dxa"/>
            </w:tcMar>
            <w:vAlign w:val="center"/>
          </w:tcPr>
          <w:p w14:paraId="528CC370" w14:textId="77777777" w:rsidR="00264937" w:rsidRDefault="00264937" w:rsidP="00465DEB">
            <w:r>
              <w:rPr>
                <w:rFonts w:eastAsia="Times New Roman" w:cs="Times New Roman"/>
                <w:sz w:val="16"/>
              </w:rPr>
              <w:t>AUC</w:t>
            </w:r>
          </w:p>
        </w:tc>
        <w:tc>
          <w:tcPr>
            <w:tcW w:w="8148" w:type="dxa"/>
            <w:tcMar>
              <w:top w:w="55" w:type="dxa"/>
              <w:left w:w="80" w:type="dxa"/>
              <w:bottom w:w="55" w:type="dxa"/>
              <w:right w:w="80" w:type="dxa"/>
            </w:tcMar>
            <w:vAlign w:val="center"/>
          </w:tcPr>
          <w:p w14:paraId="7D326F55" w14:textId="77777777" w:rsidR="00264937" w:rsidRDefault="00264937" w:rsidP="00465DEB">
            <w:pPr>
              <w:jc w:val="center"/>
            </w:pPr>
            <w:r>
              <w:rPr>
                <w:rFonts w:eastAsia="Times New Roman" w:cs="Times New Roman"/>
                <w:sz w:val="16"/>
              </w:rPr>
              <w:t>−0.093 (−0.169 to −0.015)</w:t>
            </w:r>
          </w:p>
        </w:tc>
      </w:tr>
      <w:tr w:rsidR="00264937" w14:paraId="475CB031" w14:textId="77777777" w:rsidTr="00465DEB">
        <w:trPr>
          <w:cantSplit/>
        </w:trPr>
        <w:tc>
          <w:tcPr>
            <w:tcW w:w="3054" w:type="dxa"/>
            <w:tcMar>
              <w:top w:w="55" w:type="dxa"/>
              <w:left w:w="80" w:type="dxa"/>
              <w:bottom w:w="55" w:type="dxa"/>
              <w:right w:w="80" w:type="dxa"/>
            </w:tcMar>
            <w:vAlign w:val="center"/>
          </w:tcPr>
          <w:p w14:paraId="1F7F61E4" w14:textId="77777777" w:rsidR="00264937" w:rsidRDefault="00264937" w:rsidP="00465DEB">
            <w:r>
              <w:rPr>
                <w:rFonts w:eastAsia="Times New Roman" w:cs="Times New Roman"/>
                <w:sz w:val="16"/>
              </w:rPr>
              <w:t>Erosion</w:t>
            </w:r>
          </w:p>
        </w:tc>
        <w:tc>
          <w:tcPr>
            <w:tcW w:w="3054" w:type="dxa"/>
            <w:tcMar>
              <w:top w:w="55" w:type="dxa"/>
              <w:left w:w="80" w:type="dxa"/>
              <w:bottom w:w="55" w:type="dxa"/>
              <w:right w:w="80" w:type="dxa"/>
            </w:tcMar>
            <w:vAlign w:val="center"/>
          </w:tcPr>
          <w:p w14:paraId="74DB3766" w14:textId="77777777" w:rsidR="00264937" w:rsidRDefault="00264937" w:rsidP="00465DEB">
            <w:r>
              <w:rPr>
                <w:rFonts w:eastAsia="Times New Roman" w:cs="Times New Roman"/>
                <w:sz w:val="16"/>
              </w:rPr>
              <w:t>Brier</w:t>
            </w:r>
          </w:p>
        </w:tc>
        <w:tc>
          <w:tcPr>
            <w:tcW w:w="8148" w:type="dxa"/>
            <w:tcMar>
              <w:top w:w="55" w:type="dxa"/>
              <w:left w:w="80" w:type="dxa"/>
              <w:bottom w:w="55" w:type="dxa"/>
              <w:right w:w="80" w:type="dxa"/>
            </w:tcMar>
            <w:vAlign w:val="center"/>
          </w:tcPr>
          <w:p w14:paraId="18E94083" w14:textId="77777777" w:rsidR="00264937" w:rsidRDefault="00264937" w:rsidP="00465DEB">
            <w:pPr>
              <w:jc w:val="center"/>
            </w:pPr>
            <w:r>
              <w:rPr>
                <w:rFonts w:eastAsia="Times New Roman" w:cs="Times New Roman"/>
                <w:sz w:val="16"/>
              </w:rPr>
              <w:t>+0.028 (0.011 to 0.044)</w:t>
            </w:r>
          </w:p>
        </w:tc>
      </w:tr>
    </w:tbl>
    <w:p w14:paraId="49E01008" w14:textId="77777777" w:rsidR="00264937" w:rsidRDefault="00264937" w:rsidP="00264937">
      <w:pPr>
        <w:keepNext/>
        <w:spacing w:before="100" w:after="60"/>
      </w:pPr>
      <w:r>
        <w:rPr>
          <w:rFonts w:eastAsia="Times New Roman" w:cs="Times New Roman"/>
          <w:b/>
        </w:rPr>
        <w:t>C. Feature-agreement summary</w:t>
      </w:r>
    </w:p>
    <w:tbl>
      <w:tblPr>
        <w:tblW w:w="14256" w:type="dxa"/>
        <w:tblBorders>
          <w:top w:val="single" w:sz="10" w:space="0" w:color="000000"/>
          <w:left w:val="nil"/>
          <w:bottom w:val="single" w:sz="10" w:space="0" w:color="000000"/>
          <w:right w:val="nil"/>
          <w:insideH w:val="nil"/>
          <w:insideV w:val="nil"/>
        </w:tblBorders>
        <w:tblLayout w:type="fixed"/>
        <w:tblLook w:val="04A0" w:firstRow="1" w:lastRow="0" w:firstColumn="1" w:lastColumn="0" w:noHBand="0" w:noVBand="1"/>
      </w:tblPr>
      <w:tblGrid>
        <w:gridCol w:w="1818"/>
        <w:gridCol w:w="3709"/>
        <w:gridCol w:w="2109"/>
        <w:gridCol w:w="1963"/>
        <w:gridCol w:w="2254"/>
        <w:gridCol w:w="2403"/>
      </w:tblGrid>
      <w:tr w:rsidR="00264937" w14:paraId="4253AECD" w14:textId="77777777" w:rsidTr="00465DEB">
        <w:trPr>
          <w:cantSplit/>
          <w:tblHeader/>
        </w:trPr>
        <w:tc>
          <w:tcPr>
            <w:tcW w:w="1818" w:type="dxa"/>
            <w:tcBorders>
              <w:bottom w:val="single" w:sz="6" w:space="0" w:color="000000"/>
            </w:tcBorders>
            <w:tcMar>
              <w:top w:w="55" w:type="dxa"/>
              <w:left w:w="80" w:type="dxa"/>
              <w:bottom w:w="55" w:type="dxa"/>
              <w:right w:w="80" w:type="dxa"/>
            </w:tcMar>
            <w:vAlign w:val="center"/>
          </w:tcPr>
          <w:p w14:paraId="33D3E0A5" w14:textId="77777777" w:rsidR="00264937" w:rsidRDefault="00264937" w:rsidP="00465DEB">
            <w:pPr>
              <w:jc w:val="center"/>
            </w:pPr>
            <w:r>
              <w:rPr>
                <w:rFonts w:eastAsia="Times New Roman" w:cs="Times New Roman"/>
                <w:b/>
                <w:sz w:val="15"/>
              </w:rPr>
              <w:t>Direction</w:t>
            </w:r>
          </w:p>
        </w:tc>
        <w:tc>
          <w:tcPr>
            <w:tcW w:w="3709" w:type="dxa"/>
            <w:tcBorders>
              <w:bottom w:val="single" w:sz="6" w:space="0" w:color="000000"/>
            </w:tcBorders>
            <w:tcMar>
              <w:top w:w="55" w:type="dxa"/>
              <w:left w:w="80" w:type="dxa"/>
              <w:bottom w:w="55" w:type="dxa"/>
              <w:right w:w="80" w:type="dxa"/>
            </w:tcMar>
            <w:vAlign w:val="center"/>
          </w:tcPr>
          <w:p w14:paraId="625DD655" w14:textId="77777777" w:rsidR="00264937" w:rsidRDefault="00264937" w:rsidP="00465DEB">
            <w:pPr>
              <w:jc w:val="center"/>
            </w:pPr>
            <w:r>
              <w:rPr>
                <w:rFonts w:eastAsia="Times New Roman" w:cs="Times New Roman"/>
                <w:b/>
                <w:sz w:val="15"/>
              </w:rPr>
              <w:t>Metric</w:t>
            </w:r>
          </w:p>
        </w:tc>
        <w:tc>
          <w:tcPr>
            <w:tcW w:w="2109" w:type="dxa"/>
            <w:tcBorders>
              <w:bottom w:val="single" w:sz="6" w:space="0" w:color="000000"/>
            </w:tcBorders>
            <w:tcMar>
              <w:top w:w="55" w:type="dxa"/>
              <w:left w:w="80" w:type="dxa"/>
              <w:bottom w:w="55" w:type="dxa"/>
              <w:right w:w="80" w:type="dxa"/>
            </w:tcMar>
            <w:vAlign w:val="center"/>
          </w:tcPr>
          <w:p w14:paraId="44F46427" w14:textId="77777777" w:rsidR="00264937" w:rsidRDefault="00264937" w:rsidP="00465DEB">
            <w:pPr>
              <w:jc w:val="center"/>
            </w:pPr>
            <w:r>
              <w:rPr>
                <w:rFonts w:eastAsia="Times New Roman" w:cs="Times New Roman"/>
                <w:b/>
                <w:sz w:val="15"/>
              </w:rPr>
              <w:t>Estimable features</w:t>
            </w:r>
          </w:p>
        </w:tc>
        <w:tc>
          <w:tcPr>
            <w:tcW w:w="1963" w:type="dxa"/>
            <w:tcBorders>
              <w:bottom w:val="single" w:sz="6" w:space="0" w:color="000000"/>
            </w:tcBorders>
            <w:tcMar>
              <w:top w:w="55" w:type="dxa"/>
              <w:left w:w="80" w:type="dxa"/>
              <w:bottom w:w="55" w:type="dxa"/>
              <w:right w:w="80" w:type="dxa"/>
            </w:tcMar>
            <w:vAlign w:val="center"/>
          </w:tcPr>
          <w:p w14:paraId="6EB30DDF" w14:textId="77777777" w:rsidR="00264937" w:rsidRDefault="00264937" w:rsidP="00465DEB">
            <w:pPr>
              <w:jc w:val="center"/>
            </w:pPr>
            <w:r>
              <w:rPr>
                <w:rFonts w:eastAsia="Times New Roman" w:cs="Times New Roman"/>
                <w:b/>
                <w:sz w:val="15"/>
              </w:rPr>
              <w:t>Median</w:t>
            </w:r>
          </w:p>
        </w:tc>
        <w:tc>
          <w:tcPr>
            <w:tcW w:w="2254" w:type="dxa"/>
            <w:tcBorders>
              <w:bottom w:val="single" w:sz="6" w:space="0" w:color="000000"/>
            </w:tcBorders>
            <w:tcMar>
              <w:top w:w="55" w:type="dxa"/>
              <w:left w:w="80" w:type="dxa"/>
              <w:bottom w:w="55" w:type="dxa"/>
              <w:right w:w="80" w:type="dxa"/>
            </w:tcMar>
            <w:vAlign w:val="center"/>
          </w:tcPr>
          <w:p w14:paraId="66281ED1" w14:textId="77777777" w:rsidR="00264937" w:rsidRDefault="00264937" w:rsidP="00465DEB">
            <w:pPr>
              <w:jc w:val="center"/>
            </w:pPr>
            <w:r>
              <w:rPr>
                <w:rFonts w:eastAsia="Times New Roman" w:cs="Times New Roman"/>
                <w:b/>
                <w:sz w:val="15"/>
              </w:rPr>
              <w:t>IQR</w:t>
            </w:r>
          </w:p>
        </w:tc>
        <w:tc>
          <w:tcPr>
            <w:tcW w:w="2403" w:type="dxa"/>
            <w:tcBorders>
              <w:bottom w:val="single" w:sz="6" w:space="0" w:color="000000"/>
            </w:tcBorders>
            <w:tcMar>
              <w:top w:w="55" w:type="dxa"/>
              <w:left w:w="80" w:type="dxa"/>
              <w:bottom w:w="55" w:type="dxa"/>
              <w:right w:w="80" w:type="dxa"/>
            </w:tcMar>
            <w:vAlign w:val="center"/>
          </w:tcPr>
          <w:p w14:paraId="2C332D0A" w14:textId="77777777" w:rsidR="00264937" w:rsidRDefault="00264937" w:rsidP="00465DEB">
            <w:pPr>
              <w:jc w:val="center"/>
            </w:pPr>
            <w:r>
              <w:rPr>
                <w:rFonts w:eastAsia="Times New Roman" w:cs="Times New Roman"/>
                <w:b/>
                <w:sz w:val="15"/>
              </w:rPr>
              <w:t>Range</w:t>
            </w:r>
          </w:p>
        </w:tc>
      </w:tr>
      <w:tr w:rsidR="00264937" w14:paraId="5E610F19" w14:textId="77777777" w:rsidTr="00465DEB">
        <w:trPr>
          <w:cantSplit/>
        </w:trPr>
        <w:tc>
          <w:tcPr>
            <w:tcW w:w="1818" w:type="dxa"/>
            <w:tcMar>
              <w:top w:w="55" w:type="dxa"/>
              <w:left w:w="80" w:type="dxa"/>
              <w:bottom w:w="55" w:type="dxa"/>
              <w:right w:w="80" w:type="dxa"/>
            </w:tcMar>
            <w:vAlign w:val="center"/>
          </w:tcPr>
          <w:p w14:paraId="1F65C3F8" w14:textId="77777777" w:rsidR="00264937" w:rsidRDefault="00264937" w:rsidP="00465DEB">
            <w:r>
              <w:rPr>
                <w:rFonts w:eastAsia="Times New Roman" w:cs="Times New Roman"/>
                <w:sz w:val="15"/>
              </w:rPr>
              <w:t>Dilation</w:t>
            </w:r>
          </w:p>
        </w:tc>
        <w:tc>
          <w:tcPr>
            <w:tcW w:w="3709" w:type="dxa"/>
            <w:tcMar>
              <w:top w:w="55" w:type="dxa"/>
              <w:left w:w="80" w:type="dxa"/>
              <w:bottom w:w="55" w:type="dxa"/>
              <w:right w:w="80" w:type="dxa"/>
            </w:tcMar>
            <w:vAlign w:val="center"/>
          </w:tcPr>
          <w:p w14:paraId="1E1BBE3D" w14:textId="77777777" w:rsidR="00264937" w:rsidRDefault="00264937" w:rsidP="00465DEB">
            <w:r>
              <w:rPr>
                <w:rFonts w:eastAsia="Times New Roman" w:cs="Times New Roman"/>
                <w:sz w:val="15"/>
              </w:rPr>
              <w:t>Spearman ρ</w:t>
            </w:r>
          </w:p>
        </w:tc>
        <w:tc>
          <w:tcPr>
            <w:tcW w:w="2109" w:type="dxa"/>
            <w:tcMar>
              <w:top w:w="55" w:type="dxa"/>
              <w:left w:w="80" w:type="dxa"/>
              <w:bottom w:w="55" w:type="dxa"/>
              <w:right w:w="80" w:type="dxa"/>
            </w:tcMar>
            <w:vAlign w:val="center"/>
          </w:tcPr>
          <w:p w14:paraId="295DE608" w14:textId="77777777" w:rsidR="00264937" w:rsidRDefault="00264937" w:rsidP="00465DEB">
            <w:pPr>
              <w:jc w:val="center"/>
            </w:pPr>
            <w:r>
              <w:rPr>
                <w:rFonts w:eastAsia="Times New Roman" w:cs="Times New Roman"/>
                <w:sz w:val="15"/>
              </w:rPr>
              <w:t>1130/1130</w:t>
            </w:r>
          </w:p>
        </w:tc>
        <w:tc>
          <w:tcPr>
            <w:tcW w:w="1963" w:type="dxa"/>
            <w:tcMar>
              <w:top w:w="55" w:type="dxa"/>
              <w:left w:w="80" w:type="dxa"/>
              <w:bottom w:w="55" w:type="dxa"/>
              <w:right w:w="80" w:type="dxa"/>
            </w:tcMar>
            <w:vAlign w:val="center"/>
          </w:tcPr>
          <w:p w14:paraId="124E7968" w14:textId="77777777" w:rsidR="00264937" w:rsidRDefault="00264937" w:rsidP="00465DEB">
            <w:pPr>
              <w:jc w:val="center"/>
            </w:pPr>
            <w:r>
              <w:rPr>
                <w:rFonts w:eastAsia="Times New Roman" w:cs="Times New Roman"/>
                <w:sz w:val="15"/>
              </w:rPr>
              <w:t>0.984</w:t>
            </w:r>
          </w:p>
        </w:tc>
        <w:tc>
          <w:tcPr>
            <w:tcW w:w="2254" w:type="dxa"/>
            <w:tcMar>
              <w:top w:w="55" w:type="dxa"/>
              <w:left w:w="80" w:type="dxa"/>
              <w:bottom w:w="55" w:type="dxa"/>
              <w:right w:w="80" w:type="dxa"/>
            </w:tcMar>
            <w:vAlign w:val="center"/>
          </w:tcPr>
          <w:p w14:paraId="67943C9B" w14:textId="77777777" w:rsidR="00264937" w:rsidRDefault="00264937" w:rsidP="00465DEB">
            <w:pPr>
              <w:jc w:val="center"/>
            </w:pPr>
            <w:r>
              <w:rPr>
                <w:rFonts w:eastAsia="Times New Roman" w:cs="Times New Roman"/>
                <w:sz w:val="15"/>
              </w:rPr>
              <w:t>0.961–0.994</w:t>
            </w:r>
          </w:p>
        </w:tc>
        <w:tc>
          <w:tcPr>
            <w:tcW w:w="2403" w:type="dxa"/>
            <w:tcMar>
              <w:top w:w="55" w:type="dxa"/>
              <w:left w:w="80" w:type="dxa"/>
              <w:bottom w:w="55" w:type="dxa"/>
              <w:right w:w="80" w:type="dxa"/>
            </w:tcMar>
            <w:vAlign w:val="center"/>
          </w:tcPr>
          <w:p w14:paraId="3CE5FE7E" w14:textId="77777777" w:rsidR="00264937" w:rsidRDefault="00264937" w:rsidP="00465DEB">
            <w:pPr>
              <w:jc w:val="center"/>
            </w:pPr>
            <w:r>
              <w:rPr>
                <w:rFonts w:eastAsia="Times New Roman" w:cs="Times New Roman"/>
                <w:sz w:val="15"/>
              </w:rPr>
              <w:t>−0.289–1.000</w:t>
            </w:r>
          </w:p>
        </w:tc>
      </w:tr>
      <w:tr w:rsidR="00264937" w14:paraId="3030C256" w14:textId="77777777" w:rsidTr="00465DEB">
        <w:trPr>
          <w:cantSplit/>
        </w:trPr>
        <w:tc>
          <w:tcPr>
            <w:tcW w:w="1818" w:type="dxa"/>
            <w:tcMar>
              <w:top w:w="55" w:type="dxa"/>
              <w:left w:w="80" w:type="dxa"/>
              <w:bottom w:w="55" w:type="dxa"/>
              <w:right w:w="80" w:type="dxa"/>
            </w:tcMar>
            <w:vAlign w:val="center"/>
          </w:tcPr>
          <w:p w14:paraId="4C8D1E6E" w14:textId="77777777" w:rsidR="00264937" w:rsidRDefault="00264937" w:rsidP="00465DEB">
            <w:r>
              <w:rPr>
                <w:rFonts w:eastAsia="Times New Roman" w:cs="Times New Roman"/>
                <w:sz w:val="15"/>
              </w:rPr>
              <w:t>Dilation</w:t>
            </w:r>
          </w:p>
        </w:tc>
        <w:tc>
          <w:tcPr>
            <w:tcW w:w="3709" w:type="dxa"/>
            <w:tcMar>
              <w:top w:w="55" w:type="dxa"/>
              <w:left w:w="80" w:type="dxa"/>
              <w:bottom w:w="55" w:type="dxa"/>
              <w:right w:w="80" w:type="dxa"/>
            </w:tcMar>
            <w:vAlign w:val="center"/>
          </w:tcPr>
          <w:p w14:paraId="5CD52E76" w14:textId="77777777" w:rsidR="00264937" w:rsidRDefault="00264937" w:rsidP="00465DEB">
            <w:r>
              <w:rPr>
                <w:rFonts w:eastAsia="Times New Roman" w:cs="Times New Roman"/>
                <w:sz w:val="15"/>
              </w:rPr>
              <w:t>CCC</w:t>
            </w:r>
          </w:p>
        </w:tc>
        <w:tc>
          <w:tcPr>
            <w:tcW w:w="2109" w:type="dxa"/>
            <w:tcMar>
              <w:top w:w="55" w:type="dxa"/>
              <w:left w:w="80" w:type="dxa"/>
              <w:bottom w:w="55" w:type="dxa"/>
              <w:right w:w="80" w:type="dxa"/>
            </w:tcMar>
            <w:vAlign w:val="center"/>
          </w:tcPr>
          <w:p w14:paraId="79645029" w14:textId="77777777" w:rsidR="00264937" w:rsidRDefault="00264937" w:rsidP="00465DEB">
            <w:pPr>
              <w:jc w:val="center"/>
            </w:pPr>
            <w:r>
              <w:rPr>
                <w:rFonts w:eastAsia="Times New Roman" w:cs="Times New Roman"/>
                <w:sz w:val="15"/>
              </w:rPr>
              <w:t>1130/1130</w:t>
            </w:r>
          </w:p>
        </w:tc>
        <w:tc>
          <w:tcPr>
            <w:tcW w:w="1963" w:type="dxa"/>
            <w:tcMar>
              <w:top w:w="55" w:type="dxa"/>
              <w:left w:w="80" w:type="dxa"/>
              <w:bottom w:w="55" w:type="dxa"/>
              <w:right w:w="80" w:type="dxa"/>
            </w:tcMar>
            <w:vAlign w:val="center"/>
          </w:tcPr>
          <w:p w14:paraId="1864394C" w14:textId="77777777" w:rsidR="00264937" w:rsidRDefault="00264937" w:rsidP="00465DEB">
            <w:pPr>
              <w:jc w:val="center"/>
            </w:pPr>
            <w:r>
              <w:rPr>
                <w:rFonts w:eastAsia="Times New Roman" w:cs="Times New Roman"/>
                <w:sz w:val="15"/>
              </w:rPr>
              <w:t>0.975</w:t>
            </w:r>
          </w:p>
        </w:tc>
        <w:tc>
          <w:tcPr>
            <w:tcW w:w="2254" w:type="dxa"/>
            <w:tcMar>
              <w:top w:w="55" w:type="dxa"/>
              <w:left w:w="80" w:type="dxa"/>
              <w:bottom w:w="55" w:type="dxa"/>
              <w:right w:w="80" w:type="dxa"/>
            </w:tcMar>
            <w:vAlign w:val="center"/>
          </w:tcPr>
          <w:p w14:paraId="57F6CA96" w14:textId="77777777" w:rsidR="00264937" w:rsidRDefault="00264937" w:rsidP="00465DEB">
            <w:pPr>
              <w:jc w:val="center"/>
            </w:pPr>
            <w:r>
              <w:rPr>
                <w:rFonts w:eastAsia="Times New Roman" w:cs="Times New Roman"/>
                <w:sz w:val="15"/>
              </w:rPr>
              <w:t>0.944–0.990</w:t>
            </w:r>
          </w:p>
        </w:tc>
        <w:tc>
          <w:tcPr>
            <w:tcW w:w="2403" w:type="dxa"/>
            <w:tcMar>
              <w:top w:w="55" w:type="dxa"/>
              <w:left w:w="80" w:type="dxa"/>
              <w:bottom w:w="55" w:type="dxa"/>
              <w:right w:w="80" w:type="dxa"/>
            </w:tcMar>
            <w:vAlign w:val="center"/>
          </w:tcPr>
          <w:p w14:paraId="31C6BC40" w14:textId="77777777" w:rsidR="00264937" w:rsidRDefault="00264937" w:rsidP="00465DEB">
            <w:pPr>
              <w:jc w:val="center"/>
            </w:pPr>
            <w:r>
              <w:rPr>
                <w:rFonts w:eastAsia="Times New Roman" w:cs="Times New Roman"/>
                <w:sz w:val="15"/>
              </w:rPr>
              <w:t>−0.163–1.000</w:t>
            </w:r>
          </w:p>
        </w:tc>
      </w:tr>
      <w:tr w:rsidR="00264937" w14:paraId="191311FD" w14:textId="77777777" w:rsidTr="00465DEB">
        <w:trPr>
          <w:cantSplit/>
        </w:trPr>
        <w:tc>
          <w:tcPr>
            <w:tcW w:w="1818" w:type="dxa"/>
            <w:tcMar>
              <w:top w:w="55" w:type="dxa"/>
              <w:left w:w="80" w:type="dxa"/>
              <w:bottom w:w="55" w:type="dxa"/>
              <w:right w:w="80" w:type="dxa"/>
            </w:tcMar>
            <w:vAlign w:val="center"/>
          </w:tcPr>
          <w:p w14:paraId="599C23F9" w14:textId="77777777" w:rsidR="00264937" w:rsidRDefault="00264937" w:rsidP="00465DEB">
            <w:r>
              <w:rPr>
                <w:rFonts w:eastAsia="Times New Roman" w:cs="Times New Roman"/>
                <w:sz w:val="15"/>
              </w:rPr>
              <w:t>Erosion</w:t>
            </w:r>
          </w:p>
        </w:tc>
        <w:tc>
          <w:tcPr>
            <w:tcW w:w="3709" w:type="dxa"/>
            <w:tcMar>
              <w:top w:w="55" w:type="dxa"/>
              <w:left w:w="80" w:type="dxa"/>
              <w:bottom w:w="55" w:type="dxa"/>
              <w:right w:w="80" w:type="dxa"/>
            </w:tcMar>
            <w:vAlign w:val="center"/>
          </w:tcPr>
          <w:p w14:paraId="561CF347" w14:textId="77777777" w:rsidR="00264937" w:rsidRDefault="00264937" w:rsidP="00465DEB">
            <w:r>
              <w:rPr>
                <w:rFonts w:eastAsia="Times New Roman" w:cs="Times New Roman"/>
                <w:sz w:val="15"/>
              </w:rPr>
              <w:t>Spearman ρ</w:t>
            </w:r>
          </w:p>
        </w:tc>
        <w:tc>
          <w:tcPr>
            <w:tcW w:w="2109" w:type="dxa"/>
            <w:tcMar>
              <w:top w:w="55" w:type="dxa"/>
              <w:left w:w="80" w:type="dxa"/>
              <w:bottom w:w="55" w:type="dxa"/>
              <w:right w:w="80" w:type="dxa"/>
            </w:tcMar>
            <w:vAlign w:val="center"/>
          </w:tcPr>
          <w:p w14:paraId="2FADD33F" w14:textId="77777777" w:rsidR="00264937" w:rsidRDefault="00264937" w:rsidP="00465DEB">
            <w:pPr>
              <w:jc w:val="center"/>
            </w:pPr>
            <w:r>
              <w:rPr>
                <w:rFonts w:eastAsia="Times New Roman" w:cs="Times New Roman"/>
                <w:sz w:val="15"/>
              </w:rPr>
              <w:t>1130/1130</w:t>
            </w:r>
          </w:p>
        </w:tc>
        <w:tc>
          <w:tcPr>
            <w:tcW w:w="1963" w:type="dxa"/>
            <w:tcMar>
              <w:top w:w="55" w:type="dxa"/>
              <w:left w:w="80" w:type="dxa"/>
              <w:bottom w:w="55" w:type="dxa"/>
              <w:right w:w="80" w:type="dxa"/>
            </w:tcMar>
            <w:vAlign w:val="center"/>
          </w:tcPr>
          <w:p w14:paraId="3A8DD34E" w14:textId="77777777" w:rsidR="00264937" w:rsidRDefault="00264937" w:rsidP="00465DEB">
            <w:pPr>
              <w:jc w:val="center"/>
            </w:pPr>
            <w:r>
              <w:rPr>
                <w:rFonts w:eastAsia="Times New Roman" w:cs="Times New Roman"/>
                <w:sz w:val="15"/>
              </w:rPr>
              <w:t>0.858</w:t>
            </w:r>
          </w:p>
        </w:tc>
        <w:tc>
          <w:tcPr>
            <w:tcW w:w="2254" w:type="dxa"/>
            <w:tcMar>
              <w:top w:w="55" w:type="dxa"/>
              <w:left w:w="80" w:type="dxa"/>
              <w:bottom w:w="55" w:type="dxa"/>
              <w:right w:w="80" w:type="dxa"/>
            </w:tcMar>
            <w:vAlign w:val="center"/>
          </w:tcPr>
          <w:p w14:paraId="6DF032BF" w14:textId="77777777" w:rsidR="00264937" w:rsidRDefault="00264937" w:rsidP="00465DEB">
            <w:pPr>
              <w:jc w:val="center"/>
            </w:pPr>
            <w:r>
              <w:rPr>
                <w:rFonts w:eastAsia="Times New Roman" w:cs="Times New Roman"/>
                <w:sz w:val="15"/>
              </w:rPr>
              <w:t>0.766–0.941</w:t>
            </w:r>
          </w:p>
        </w:tc>
        <w:tc>
          <w:tcPr>
            <w:tcW w:w="2403" w:type="dxa"/>
            <w:tcMar>
              <w:top w:w="55" w:type="dxa"/>
              <w:left w:w="80" w:type="dxa"/>
              <w:bottom w:w="55" w:type="dxa"/>
              <w:right w:w="80" w:type="dxa"/>
            </w:tcMar>
            <w:vAlign w:val="center"/>
          </w:tcPr>
          <w:p w14:paraId="32D7BA4E" w14:textId="77777777" w:rsidR="00264937" w:rsidRDefault="00264937" w:rsidP="00465DEB">
            <w:pPr>
              <w:jc w:val="center"/>
            </w:pPr>
            <w:r>
              <w:rPr>
                <w:rFonts w:eastAsia="Times New Roman" w:cs="Times New Roman"/>
                <w:sz w:val="15"/>
              </w:rPr>
              <w:t>−0.847–0.996</w:t>
            </w:r>
          </w:p>
        </w:tc>
      </w:tr>
      <w:tr w:rsidR="00264937" w14:paraId="395F828E" w14:textId="77777777" w:rsidTr="00465DEB">
        <w:trPr>
          <w:cantSplit/>
        </w:trPr>
        <w:tc>
          <w:tcPr>
            <w:tcW w:w="1818" w:type="dxa"/>
            <w:tcMar>
              <w:top w:w="55" w:type="dxa"/>
              <w:left w:w="80" w:type="dxa"/>
              <w:bottom w:w="55" w:type="dxa"/>
              <w:right w:w="80" w:type="dxa"/>
            </w:tcMar>
            <w:vAlign w:val="center"/>
          </w:tcPr>
          <w:p w14:paraId="0BA5CD9D" w14:textId="77777777" w:rsidR="00264937" w:rsidRDefault="00264937" w:rsidP="00465DEB">
            <w:r>
              <w:rPr>
                <w:rFonts w:eastAsia="Times New Roman" w:cs="Times New Roman"/>
                <w:sz w:val="15"/>
              </w:rPr>
              <w:t>Erosion</w:t>
            </w:r>
          </w:p>
        </w:tc>
        <w:tc>
          <w:tcPr>
            <w:tcW w:w="3709" w:type="dxa"/>
            <w:tcMar>
              <w:top w:w="55" w:type="dxa"/>
              <w:left w:w="80" w:type="dxa"/>
              <w:bottom w:w="55" w:type="dxa"/>
              <w:right w:w="80" w:type="dxa"/>
            </w:tcMar>
            <w:vAlign w:val="center"/>
          </w:tcPr>
          <w:p w14:paraId="72CDA413" w14:textId="77777777" w:rsidR="00264937" w:rsidRDefault="00264937" w:rsidP="00465DEB">
            <w:r>
              <w:rPr>
                <w:rFonts w:eastAsia="Times New Roman" w:cs="Times New Roman"/>
                <w:sz w:val="15"/>
              </w:rPr>
              <w:t>CCC</w:t>
            </w:r>
          </w:p>
        </w:tc>
        <w:tc>
          <w:tcPr>
            <w:tcW w:w="2109" w:type="dxa"/>
            <w:tcMar>
              <w:top w:w="55" w:type="dxa"/>
              <w:left w:w="80" w:type="dxa"/>
              <w:bottom w:w="55" w:type="dxa"/>
              <w:right w:w="80" w:type="dxa"/>
            </w:tcMar>
            <w:vAlign w:val="center"/>
          </w:tcPr>
          <w:p w14:paraId="561C54E7" w14:textId="77777777" w:rsidR="00264937" w:rsidRDefault="00264937" w:rsidP="00465DEB">
            <w:pPr>
              <w:jc w:val="center"/>
            </w:pPr>
            <w:r>
              <w:rPr>
                <w:rFonts w:eastAsia="Times New Roman" w:cs="Times New Roman"/>
                <w:sz w:val="15"/>
              </w:rPr>
              <w:t>1130/1130</w:t>
            </w:r>
          </w:p>
        </w:tc>
        <w:tc>
          <w:tcPr>
            <w:tcW w:w="1963" w:type="dxa"/>
            <w:tcMar>
              <w:top w:w="55" w:type="dxa"/>
              <w:left w:w="80" w:type="dxa"/>
              <w:bottom w:w="55" w:type="dxa"/>
              <w:right w:w="80" w:type="dxa"/>
            </w:tcMar>
            <w:vAlign w:val="center"/>
          </w:tcPr>
          <w:p w14:paraId="17F20041" w14:textId="77777777" w:rsidR="00264937" w:rsidRDefault="00264937" w:rsidP="00465DEB">
            <w:pPr>
              <w:jc w:val="center"/>
            </w:pPr>
            <w:r>
              <w:rPr>
                <w:rFonts w:eastAsia="Times New Roman" w:cs="Times New Roman"/>
                <w:sz w:val="15"/>
              </w:rPr>
              <w:t>0.689</w:t>
            </w:r>
          </w:p>
        </w:tc>
        <w:tc>
          <w:tcPr>
            <w:tcW w:w="2254" w:type="dxa"/>
            <w:tcMar>
              <w:top w:w="55" w:type="dxa"/>
              <w:left w:w="80" w:type="dxa"/>
              <w:bottom w:w="55" w:type="dxa"/>
              <w:right w:w="80" w:type="dxa"/>
            </w:tcMar>
            <w:vAlign w:val="center"/>
          </w:tcPr>
          <w:p w14:paraId="3A008B64" w14:textId="77777777" w:rsidR="00264937" w:rsidRDefault="00264937" w:rsidP="00465DEB">
            <w:pPr>
              <w:jc w:val="center"/>
            </w:pPr>
            <w:r>
              <w:rPr>
                <w:rFonts w:eastAsia="Times New Roman" w:cs="Times New Roman"/>
                <w:sz w:val="15"/>
              </w:rPr>
              <w:t>0.462–0.864</w:t>
            </w:r>
          </w:p>
        </w:tc>
        <w:tc>
          <w:tcPr>
            <w:tcW w:w="2403" w:type="dxa"/>
            <w:tcMar>
              <w:top w:w="55" w:type="dxa"/>
              <w:left w:w="80" w:type="dxa"/>
              <w:bottom w:w="55" w:type="dxa"/>
              <w:right w:w="80" w:type="dxa"/>
            </w:tcMar>
            <w:vAlign w:val="center"/>
          </w:tcPr>
          <w:p w14:paraId="41F043A2" w14:textId="77777777" w:rsidR="00264937" w:rsidRDefault="00264937" w:rsidP="00465DEB">
            <w:pPr>
              <w:jc w:val="center"/>
            </w:pPr>
            <w:r>
              <w:rPr>
                <w:rFonts w:eastAsia="Times New Roman" w:cs="Times New Roman"/>
                <w:sz w:val="15"/>
              </w:rPr>
              <w:t>−0.601–0.997</w:t>
            </w:r>
          </w:p>
        </w:tc>
      </w:tr>
    </w:tbl>
    <w:p w14:paraId="20206039" w14:textId="50C31FED" w:rsidR="00264937" w:rsidRDefault="00264937" w:rsidP="00264937">
      <w:pPr>
        <w:spacing w:before="80" w:after="20"/>
        <w:rPr>
          <w:rFonts w:eastAsia="Times New Roman" w:cs="Times New Roman"/>
          <w:sz w:val="16"/>
        </w:rPr>
        <w:sectPr w:rsidR="00264937" w:rsidSect="00034616">
          <w:pgSz w:w="15840" w:h="12240" w:orient="landscape"/>
          <w:pgMar w:top="792" w:right="792" w:bottom="792" w:left="792" w:header="360" w:footer="360" w:gutter="0"/>
          <w:cols w:space="720"/>
          <w:docGrid w:linePitch="360"/>
        </w:sectPr>
      </w:pPr>
      <w:r>
        <w:rPr>
          <w:rFonts w:eastAsia="Times New Roman" w:cs="Times New Roman"/>
          <w:sz w:val="16"/>
        </w:rPr>
        <w:t xml:space="preserve">Note: </w:t>
      </w:r>
      <w:r w:rsidR="00C03F4B" w:rsidRPr="00C03F4B">
        <w:rPr>
          <w:rFonts w:eastAsia="Times New Roman" w:cs="Times New Roman"/>
          <w:sz w:val="16"/>
        </w:rPr>
        <w:t>This prespecified supportive fixed-model sensitivity analysis reused the 50 fitted VOIFusion3mm outer-fold models without feature selection, hyperparameter tuning, probability recalibration, or refitting. It does not validate segmentation robustness.</w:t>
      </w:r>
      <w:r w:rsidR="00C03F4B">
        <w:rPr>
          <w:rFonts w:eastAsia="Times New Roman" w:cs="Times New Roman" w:hint="eastAsia"/>
          <w:sz w:val="16"/>
          <w:lang w:eastAsia="zh-CN"/>
        </w:rPr>
        <w:t xml:space="preserve"> </w:t>
      </w:r>
      <w:r w:rsidR="005F4774" w:rsidRPr="005F4774">
        <w:rPr>
          <w:rFonts w:eastAsia="Times New Roman" w:cs="Times New Roman"/>
          <w:sz w:val="16"/>
        </w:rPr>
        <w:t>Differences are perturbed minus original. Confidence intervals used 2,000 nonstratified patient-cluster bootstrap resamples (seed 20260729). CCC, concordance correlation coefficient; OOF, out-of-fold</w:t>
      </w:r>
      <w:r>
        <w:rPr>
          <w:rFonts w:eastAsia="Times New Roman" w:cs="Times New Roman"/>
          <w:sz w:val="16"/>
        </w:rPr>
        <w:t>.</w:t>
      </w:r>
    </w:p>
    <w:p w14:paraId="15182DFF" w14:textId="77777777" w:rsidR="00264937" w:rsidRDefault="00264937" w:rsidP="00264937">
      <w:pPr>
        <w:spacing w:before="80" w:after="20"/>
      </w:pPr>
    </w:p>
    <w:p w14:paraId="5BA94775" w14:textId="77777777" w:rsidR="00DB793E" w:rsidRDefault="00000000">
      <w:pPr>
        <w:keepNext/>
        <w:spacing w:after="100"/>
      </w:pPr>
      <w:r>
        <w:rPr>
          <w:rFonts w:eastAsia="Times New Roman" w:cs="Times New Roman"/>
          <w:b/>
          <w:sz w:val="22"/>
        </w:rPr>
        <w:t>Table S</w:t>
      </w:r>
      <w:r w:rsidR="00264937">
        <w:rPr>
          <w:rFonts w:eastAsia="Times New Roman" w:cs="Times New Roman" w:hint="eastAsia"/>
          <w:b/>
          <w:sz w:val="22"/>
          <w:lang w:eastAsia="zh-CN"/>
        </w:rPr>
        <w:t>7</w:t>
      </w:r>
      <w:r>
        <w:rPr>
          <w:rFonts w:eastAsia="Times New Roman" w:cs="Times New Roman"/>
          <w:b/>
          <w:sz w:val="22"/>
        </w:rPr>
        <w:t>. Clinical performance and incremental evaluation</w:t>
      </w:r>
    </w:p>
    <w:p w14:paraId="082739B6" w14:textId="27FF463C" w:rsidR="00DB793E" w:rsidRPr="006B17C2" w:rsidRDefault="00000000" w:rsidP="006B17C2">
      <w:pPr>
        <w:rPr>
          <w:rFonts w:eastAsia="Times New Roman" w:cs="Times New Roman"/>
          <w:b/>
          <w:lang w:eastAsia="zh-CN"/>
        </w:rPr>
      </w:pPr>
      <w:r>
        <w:rPr>
          <w:rFonts w:eastAsia="Times New Roman" w:cs="Times New Roman"/>
          <w:b/>
        </w:rPr>
        <w:t xml:space="preserve">A. </w:t>
      </w:r>
      <w:r w:rsidR="006B17C2" w:rsidRPr="006B17C2">
        <w:rPr>
          <w:rFonts w:eastAsia="Times New Roman" w:cs="Times New Roman"/>
          <w:b/>
        </w:rPr>
        <w:t>Descriptive absolute performance</w:t>
      </w:r>
    </w:p>
    <w:tbl>
      <w:tblPr>
        <w:tblW w:w="14256" w:type="dxa"/>
        <w:tblBorders>
          <w:top w:val="single" w:sz="10" w:space="0" w:color="000000"/>
          <w:left w:val="nil"/>
          <w:bottom w:val="single" w:sz="10" w:space="0" w:color="000000"/>
          <w:right w:val="nil"/>
          <w:insideH w:val="nil"/>
          <w:insideV w:val="nil"/>
        </w:tblBorders>
        <w:tblLayout w:type="fixed"/>
        <w:tblLook w:val="04A0" w:firstRow="1" w:lastRow="0" w:firstColumn="1" w:lastColumn="0" w:noHBand="0" w:noVBand="1"/>
      </w:tblPr>
      <w:tblGrid>
        <w:gridCol w:w="2426"/>
        <w:gridCol w:w="3033"/>
        <w:gridCol w:w="2729"/>
        <w:gridCol w:w="3033"/>
        <w:gridCol w:w="3035"/>
      </w:tblGrid>
      <w:tr w:rsidR="00DB793E" w14:paraId="4F95CF53" w14:textId="77777777">
        <w:trPr>
          <w:cantSplit/>
          <w:tblHeader/>
        </w:trPr>
        <w:tc>
          <w:tcPr>
            <w:tcW w:w="2426" w:type="dxa"/>
            <w:tcBorders>
              <w:bottom w:val="single" w:sz="6" w:space="0" w:color="000000"/>
            </w:tcBorders>
            <w:tcMar>
              <w:top w:w="55" w:type="dxa"/>
              <w:left w:w="80" w:type="dxa"/>
              <w:bottom w:w="55" w:type="dxa"/>
              <w:right w:w="80" w:type="dxa"/>
            </w:tcMar>
            <w:vAlign w:val="center"/>
          </w:tcPr>
          <w:p w14:paraId="63DDA54D" w14:textId="77777777" w:rsidR="00DB793E" w:rsidRDefault="00000000">
            <w:pPr>
              <w:jc w:val="center"/>
            </w:pPr>
            <w:r>
              <w:rPr>
                <w:rFonts w:eastAsia="Times New Roman" w:cs="Times New Roman"/>
                <w:b/>
                <w:sz w:val="16"/>
              </w:rPr>
              <w:t>Model</w:t>
            </w:r>
          </w:p>
        </w:tc>
        <w:tc>
          <w:tcPr>
            <w:tcW w:w="3033" w:type="dxa"/>
            <w:tcBorders>
              <w:bottom w:val="single" w:sz="6" w:space="0" w:color="000000"/>
            </w:tcBorders>
            <w:tcMar>
              <w:top w:w="55" w:type="dxa"/>
              <w:left w:w="80" w:type="dxa"/>
              <w:bottom w:w="55" w:type="dxa"/>
              <w:right w:w="80" w:type="dxa"/>
            </w:tcMar>
            <w:vAlign w:val="center"/>
          </w:tcPr>
          <w:p w14:paraId="491B5EED" w14:textId="77777777" w:rsidR="00DB793E" w:rsidRDefault="00000000">
            <w:pPr>
              <w:jc w:val="center"/>
            </w:pPr>
            <w:r>
              <w:rPr>
                <w:rFonts w:eastAsia="Times New Roman" w:cs="Times New Roman"/>
                <w:b/>
                <w:sz w:val="16"/>
              </w:rPr>
              <w:t>Metric</w:t>
            </w:r>
          </w:p>
        </w:tc>
        <w:tc>
          <w:tcPr>
            <w:tcW w:w="2729" w:type="dxa"/>
            <w:tcBorders>
              <w:bottom w:val="single" w:sz="6" w:space="0" w:color="000000"/>
            </w:tcBorders>
            <w:tcMar>
              <w:top w:w="55" w:type="dxa"/>
              <w:left w:w="80" w:type="dxa"/>
              <w:bottom w:w="55" w:type="dxa"/>
              <w:right w:w="80" w:type="dxa"/>
            </w:tcMar>
            <w:vAlign w:val="center"/>
          </w:tcPr>
          <w:p w14:paraId="3A158FC7" w14:textId="77777777" w:rsidR="00DB793E" w:rsidRDefault="00000000">
            <w:pPr>
              <w:jc w:val="center"/>
            </w:pPr>
            <w:r>
              <w:rPr>
                <w:rFonts w:eastAsia="Times New Roman" w:cs="Times New Roman"/>
                <w:b/>
                <w:sz w:val="16"/>
              </w:rPr>
              <w:t>Mean (SD)</w:t>
            </w:r>
          </w:p>
        </w:tc>
        <w:tc>
          <w:tcPr>
            <w:tcW w:w="3033" w:type="dxa"/>
            <w:tcBorders>
              <w:bottom w:val="single" w:sz="6" w:space="0" w:color="000000"/>
            </w:tcBorders>
            <w:tcMar>
              <w:top w:w="55" w:type="dxa"/>
              <w:left w:w="80" w:type="dxa"/>
              <w:bottom w:w="55" w:type="dxa"/>
              <w:right w:w="80" w:type="dxa"/>
            </w:tcMar>
            <w:vAlign w:val="center"/>
          </w:tcPr>
          <w:p w14:paraId="68398B6C" w14:textId="77777777" w:rsidR="00DB793E" w:rsidRDefault="00000000">
            <w:pPr>
              <w:jc w:val="center"/>
            </w:pPr>
            <w:r>
              <w:rPr>
                <w:rFonts w:eastAsia="Times New Roman" w:cs="Times New Roman"/>
                <w:b/>
                <w:sz w:val="16"/>
              </w:rPr>
              <w:t>Range</w:t>
            </w:r>
          </w:p>
        </w:tc>
        <w:tc>
          <w:tcPr>
            <w:tcW w:w="3035" w:type="dxa"/>
            <w:tcBorders>
              <w:bottom w:val="single" w:sz="6" w:space="0" w:color="000000"/>
            </w:tcBorders>
            <w:tcMar>
              <w:top w:w="55" w:type="dxa"/>
              <w:left w:w="80" w:type="dxa"/>
              <w:bottom w:w="55" w:type="dxa"/>
              <w:right w:w="80" w:type="dxa"/>
            </w:tcMar>
            <w:vAlign w:val="center"/>
          </w:tcPr>
          <w:p w14:paraId="02A6AF0A" w14:textId="77777777" w:rsidR="00DB793E" w:rsidRDefault="00000000">
            <w:pPr>
              <w:jc w:val="center"/>
            </w:pPr>
            <w:r>
              <w:rPr>
                <w:rFonts w:eastAsia="Times New Roman" w:cs="Times New Roman"/>
                <w:b/>
                <w:sz w:val="16"/>
              </w:rPr>
              <w:t>95% CI</w:t>
            </w:r>
          </w:p>
        </w:tc>
      </w:tr>
      <w:tr w:rsidR="00DB793E" w14:paraId="74D0BA42" w14:textId="77777777">
        <w:trPr>
          <w:cantSplit/>
        </w:trPr>
        <w:tc>
          <w:tcPr>
            <w:tcW w:w="2426" w:type="dxa"/>
            <w:tcMar>
              <w:top w:w="55" w:type="dxa"/>
              <w:left w:w="80" w:type="dxa"/>
              <w:bottom w:w="55" w:type="dxa"/>
              <w:right w:w="80" w:type="dxa"/>
            </w:tcMar>
            <w:vAlign w:val="center"/>
          </w:tcPr>
          <w:p w14:paraId="413F81F0" w14:textId="77777777" w:rsidR="00DB793E" w:rsidRDefault="00000000">
            <w:r>
              <w:rPr>
                <w:rFonts w:eastAsia="Times New Roman" w:cs="Times New Roman"/>
                <w:sz w:val="16"/>
              </w:rPr>
              <w:t>Clinical</w:t>
            </w:r>
          </w:p>
        </w:tc>
        <w:tc>
          <w:tcPr>
            <w:tcW w:w="3033" w:type="dxa"/>
            <w:tcMar>
              <w:top w:w="55" w:type="dxa"/>
              <w:left w:w="80" w:type="dxa"/>
              <w:bottom w:w="55" w:type="dxa"/>
              <w:right w:w="80" w:type="dxa"/>
            </w:tcMar>
            <w:vAlign w:val="center"/>
          </w:tcPr>
          <w:p w14:paraId="3C68BC6A" w14:textId="77777777" w:rsidR="00DB793E" w:rsidRDefault="00000000">
            <w:r>
              <w:rPr>
                <w:rFonts w:eastAsia="Times New Roman" w:cs="Times New Roman"/>
                <w:sz w:val="16"/>
              </w:rPr>
              <w:t>AUC</w:t>
            </w:r>
          </w:p>
        </w:tc>
        <w:tc>
          <w:tcPr>
            <w:tcW w:w="2729" w:type="dxa"/>
            <w:tcMar>
              <w:top w:w="55" w:type="dxa"/>
              <w:left w:w="80" w:type="dxa"/>
              <w:bottom w:w="55" w:type="dxa"/>
              <w:right w:w="80" w:type="dxa"/>
            </w:tcMar>
            <w:vAlign w:val="center"/>
          </w:tcPr>
          <w:p w14:paraId="1910FB63" w14:textId="77777777" w:rsidR="00DB793E" w:rsidRDefault="00000000">
            <w:pPr>
              <w:jc w:val="center"/>
            </w:pPr>
            <w:r>
              <w:rPr>
                <w:rFonts w:eastAsia="Times New Roman" w:cs="Times New Roman"/>
                <w:sz w:val="16"/>
              </w:rPr>
              <w:t>0.581 (0.025)</w:t>
            </w:r>
          </w:p>
        </w:tc>
        <w:tc>
          <w:tcPr>
            <w:tcW w:w="3033" w:type="dxa"/>
            <w:tcMar>
              <w:top w:w="55" w:type="dxa"/>
              <w:left w:w="80" w:type="dxa"/>
              <w:bottom w:w="55" w:type="dxa"/>
              <w:right w:w="80" w:type="dxa"/>
            </w:tcMar>
            <w:vAlign w:val="center"/>
          </w:tcPr>
          <w:p w14:paraId="3B88C661" w14:textId="77777777" w:rsidR="00DB793E" w:rsidRDefault="00000000">
            <w:pPr>
              <w:jc w:val="center"/>
            </w:pPr>
            <w:r>
              <w:rPr>
                <w:rFonts w:eastAsia="Times New Roman" w:cs="Times New Roman"/>
                <w:sz w:val="16"/>
              </w:rPr>
              <w:t>0.538–0.621</w:t>
            </w:r>
          </w:p>
        </w:tc>
        <w:tc>
          <w:tcPr>
            <w:tcW w:w="3035" w:type="dxa"/>
            <w:tcMar>
              <w:top w:w="55" w:type="dxa"/>
              <w:left w:w="80" w:type="dxa"/>
              <w:bottom w:w="55" w:type="dxa"/>
              <w:right w:w="80" w:type="dxa"/>
            </w:tcMar>
            <w:vAlign w:val="center"/>
          </w:tcPr>
          <w:p w14:paraId="092F40AC" w14:textId="77777777" w:rsidR="00DB793E" w:rsidRDefault="00000000">
            <w:pPr>
              <w:jc w:val="center"/>
            </w:pPr>
            <w:r>
              <w:rPr>
                <w:rFonts w:eastAsia="Times New Roman" w:cs="Times New Roman"/>
                <w:sz w:val="16"/>
              </w:rPr>
              <w:t>0.500–0.665</w:t>
            </w:r>
          </w:p>
        </w:tc>
      </w:tr>
      <w:tr w:rsidR="00DB793E" w14:paraId="263C9468" w14:textId="77777777">
        <w:trPr>
          <w:cantSplit/>
        </w:trPr>
        <w:tc>
          <w:tcPr>
            <w:tcW w:w="2426" w:type="dxa"/>
            <w:tcMar>
              <w:top w:w="55" w:type="dxa"/>
              <w:left w:w="80" w:type="dxa"/>
              <w:bottom w:w="55" w:type="dxa"/>
              <w:right w:w="80" w:type="dxa"/>
            </w:tcMar>
            <w:vAlign w:val="center"/>
          </w:tcPr>
          <w:p w14:paraId="06866387" w14:textId="77777777" w:rsidR="00DB793E" w:rsidRDefault="00000000">
            <w:r>
              <w:rPr>
                <w:rFonts w:eastAsia="Times New Roman" w:cs="Times New Roman"/>
                <w:sz w:val="16"/>
              </w:rPr>
              <w:t>Clinical</w:t>
            </w:r>
          </w:p>
        </w:tc>
        <w:tc>
          <w:tcPr>
            <w:tcW w:w="3033" w:type="dxa"/>
            <w:tcMar>
              <w:top w:w="55" w:type="dxa"/>
              <w:left w:w="80" w:type="dxa"/>
              <w:bottom w:w="55" w:type="dxa"/>
              <w:right w:w="80" w:type="dxa"/>
            </w:tcMar>
            <w:vAlign w:val="center"/>
          </w:tcPr>
          <w:p w14:paraId="6CA4D4BB" w14:textId="77777777" w:rsidR="00DB793E" w:rsidRDefault="00000000">
            <w:r>
              <w:rPr>
                <w:rFonts w:eastAsia="Times New Roman" w:cs="Times New Roman"/>
                <w:sz w:val="16"/>
              </w:rPr>
              <w:t>Average precision</w:t>
            </w:r>
          </w:p>
        </w:tc>
        <w:tc>
          <w:tcPr>
            <w:tcW w:w="2729" w:type="dxa"/>
            <w:tcMar>
              <w:top w:w="55" w:type="dxa"/>
              <w:left w:w="80" w:type="dxa"/>
              <w:bottom w:w="55" w:type="dxa"/>
              <w:right w:w="80" w:type="dxa"/>
            </w:tcMar>
            <w:vAlign w:val="center"/>
          </w:tcPr>
          <w:p w14:paraId="0A820DF6" w14:textId="77777777" w:rsidR="00DB793E" w:rsidRDefault="00000000">
            <w:pPr>
              <w:jc w:val="center"/>
            </w:pPr>
            <w:r>
              <w:rPr>
                <w:rFonts w:eastAsia="Times New Roman" w:cs="Times New Roman"/>
                <w:sz w:val="16"/>
              </w:rPr>
              <w:t>0.311 (0.026)</w:t>
            </w:r>
          </w:p>
        </w:tc>
        <w:tc>
          <w:tcPr>
            <w:tcW w:w="3033" w:type="dxa"/>
            <w:tcMar>
              <w:top w:w="55" w:type="dxa"/>
              <w:left w:w="80" w:type="dxa"/>
              <w:bottom w:w="55" w:type="dxa"/>
              <w:right w:w="80" w:type="dxa"/>
            </w:tcMar>
            <w:vAlign w:val="center"/>
          </w:tcPr>
          <w:p w14:paraId="3A5E4BF1" w14:textId="77777777" w:rsidR="00DB793E" w:rsidRDefault="00000000">
            <w:pPr>
              <w:jc w:val="center"/>
            </w:pPr>
            <w:r>
              <w:rPr>
                <w:rFonts w:eastAsia="Times New Roman" w:cs="Times New Roman"/>
                <w:sz w:val="16"/>
              </w:rPr>
              <w:t>0.278–0.371</w:t>
            </w:r>
          </w:p>
        </w:tc>
        <w:tc>
          <w:tcPr>
            <w:tcW w:w="3035" w:type="dxa"/>
            <w:tcMar>
              <w:top w:w="55" w:type="dxa"/>
              <w:left w:w="80" w:type="dxa"/>
              <w:bottom w:w="55" w:type="dxa"/>
              <w:right w:w="80" w:type="dxa"/>
            </w:tcMar>
            <w:vAlign w:val="center"/>
          </w:tcPr>
          <w:p w14:paraId="4E943185" w14:textId="77777777" w:rsidR="00DB793E" w:rsidRDefault="00000000">
            <w:pPr>
              <w:jc w:val="center"/>
            </w:pPr>
            <w:r>
              <w:rPr>
                <w:rFonts w:eastAsia="Times New Roman" w:cs="Times New Roman"/>
                <w:sz w:val="16"/>
              </w:rPr>
              <w:t>0.233–0.429</w:t>
            </w:r>
          </w:p>
        </w:tc>
      </w:tr>
      <w:tr w:rsidR="00DB793E" w14:paraId="3332E7E3" w14:textId="77777777">
        <w:trPr>
          <w:cantSplit/>
        </w:trPr>
        <w:tc>
          <w:tcPr>
            <w:tcW w:w="2426" w:type="dxa"/>
            <w:tcMar>
              <w:top w:w="55" w:type="dxa"/>
              <w:left w:w="80" w:type="dxa"/>
              <w:bottom w:w="55" w:type="dxa"/>
              <w:right w:w="80" w:type="dxa"/>
            </w:tcMar>
            <w:vAlign w:val="center"/>
          </w:tcPr>
          <w:p w14:paraId="7D16327E" w14:textId="77777777" w:rsidR="00DB793E" w:rsidRDefault="00000000">
            <w:r>
              <w:rPr>
                <w:rFonts w:eastAsia="Times New Roman" w:cs="Times New Roman"/>
                <w:sz w:val="16"/>
              </w:rPr>
              <w:t>Clinical</w:t>
            </w:r>
          </w:p>
        </w:tc>
        <w:tc>
          <w:tcPr>
            <w:tcW w:w="3033" w:type="dxa"/>
            <w:tcMar>
              <w:top w:w="55" w:type="dxa"/>
              <w:left w:w="80" w:type="dxa"/>
              <w:bottom w:w="55" w:type="dxa"/>
              <w:right w:w="80" w:type="dxa"/>
            </w:tcMar>
            <w:vAlign w:val="center"/>
          </w:tcPr>
          <w:p w14:paraId="579C0E5F" w14:textId="77777777" w:rsidR="00DB793E" w:rsidRDefault="00000000">
            <w:r>
              <w:rPr>
                <w:rFonts w:eastAsia="Times New Roman" w:cs="Times New Roman"/>
                <w:sz w:val="16"/>
              </w:rPr>
              <w:t>Brier</w:t>
            </w:r>
          </w:p>
        </w:tc>
        <w:tc>
          <w:tcPr>
            <w:tcW w:w="2729" w:type="dxa"/>
            <w:tcMar>
              <w:top w:w="55" w:type="dxa"/>
              <w:left w:w="80" w:type="dxa"/>
              <w:bottom w:w="55" w:type="dxa"/>
              <w:right w:w="80" w:type="dxa"/>
            </w:tcMar>
            <w:vAlign w:val="center"/>
          </w:tcPr>
          <w:p w14:paraId="18E0436E" w14:textId="77777777" w:rsidR="00DB793E" w:rsidRDefault="00000000">
            <w:pPr>
              <w:jc w:val="center"/>
            </w:pPr>
            <w:r>
              <w:rPr>
                <w:rFonts w:eastAsia="Times New Roman" w:cs="Times New Roman"/>
                <w:sz w:val="16"/>
              </w:rPr>
              <w:t>0.209 (0.009)</w:t>
            </w:r>
          </w:p>
        </w:tc>
        <w:tc>
          <w:tcPr>
            <w:tcW w:w="3033" w:type="dxa"/>
            <w:tcMar>
              <w:top w:w="55" w:type="dxa"/>
              <w:left w:w="80" w:type="dxa"/>
              <w:bottom w:w="55" w:type="dxa"/>
              <w:right w:w="80" w:type="dxa"/>
            </w:tcMar>
            <w:vAlign w:val="center"/>
          </w:tcPr>
          <w:p w14:paraId="6E87A288" w14:textId="77777777" w:rsidR="00DB793E" w:rsidRDefault="00000000">
            <w:pPr>
              <w:jc w:val="center"/>
            </w:pPr>
            <w:r>
              <w:rPr>
                <w:rFonts w:eastAsia="Times New Roman" w:cs="Times New Roman"/>
                <w:sz w:val="16"/>
              </w:rPr>
              <w:t>0.194–0.221</w:t>
            </w:r>
          </w:p>
        </w:tc>
        <w:tc>
          <w:tcPr>
            <w:tcW w:w="3035" w:type="dxa"/>
            <w:tcMar>
              <w:top w:w="55" w:type="dxa"/>
              <w:left w:w="80" w:type="dxa"/>
              <w:bottom w:w="55" w:type="dxa"/>
              <w:right w:w="80" w:type="dxa"/>
            </w:tcMar>
            <w:vAlign w:val="center"/>
          </w:tcPr>
          <w:p w14:paraId="647337DC" w14:textId="77777777" w:rsidR="00DB793E" w:rsidRDefault="00000000">
            <w:pPr>
              <w:jc w:val="center"/>
            </w:pPr>
            <w:r>
              <w:rPr>
                <w:rFonts w:eastAsia="Times New Roman" w:cs="Times New Roman"/>
                <w:sz w:val="16"/>
              </w:rPr>
              <w:t>0.186–0.233</w:t>
            </w:r>
          </w:p>
        </w:tc>
      </w:tr>
      <w:tr w:rsidR="00DB793E" w14:paraId="42CE2F34" w14:textId="77777777">
        <w:trPr>
          <w:cantSplit/>
        </w:trPr>
        <w:tc>
          <w:tcPr>
            <w:tcW w:w="2426" w:type="dxa"/>
            <w:tcMar>
              <w:top w:w="55" w:type="dxa"/>
              <w:left w:w="80" w:type="dxa"/>
              <w:bottom w:w="55" w:type="dxa"/>
              <w:right w:w="80" w:type="dxa"/>
            </w:tcMar>
            <w:vAlign w:val="center"/>
          </w:tcPr>
          <w:p w14:paraId="42F6B7B2" w14:textId="77777777" w:rsidR="00DB793E" w:rsidRDefault="00000000">
            <w:r>
              <w:rPr>
                <w:rFonts w:eastAsia="Times New Roman" w:cs="Times New Roman"/>
                <w:sz w:val="16"/>
              </w:rPr>
              <w:t>Clinical</w:t>
            </w:r>
          </w:p>
        </w:tc>
        <w:tc>
          <w:tcPr>
            <w:tcW w:w="3033" w:type="dxa"/>
            <w:tcMar>
              <w:top w:w="55" w:type="dxa"/>
              <w:left w:w="80" w:type="dxa"/>
              <w:bottom w:w="55" w:type="dxa"/>
              <w:right w:w="80" w:type="dxa"/>
            </w:tcMar>
            <w:vAlign w:val="center"/>
          </w:tcPr>
          <w:p w14:paraId="0DF20567" w14:textId="77777777" w:rsidR="00DB793E" w:rsidRDefault="00000000">
            <w:r>
              <w:rPr>
                <w:rFonts w:eastAsia="Times New Roman" w:cs="Times New Roman"/>
                <w:sz w:val="16"/>
              </w:rPr>
              <w:t>Calibration intercept</w:t>
            </w:r>
          </w:p>
        </w:tc>
        <w:tc>
          <w:tcPr>
            <w:tcW w:w="2729" w:type="dxa"/>
            <w:tcMar>
              <w:top w:w="55" w:type="dxa"/>
              <w:left w:w="80" w:type="dxa"/>
              <w:bottom w:w="55" w:type="dxa"/>
              <w:right w:w="80" w:type="dxa"/>
            </w:tcMar>
            <w:vAlign w:val="center"/>
          </w:tcPr>
          <w:p w14:paraId="18C5FCD0" w14:textId="77777777" w:rsidR="00DB793E" w:rsidRDefault="00000000">
            <w:pPr>
              <w:jc w:val="center"/>
            </w:pPr>
            <w:r>
              <w:rPr>
                <w:rFonts w:eastAsia="Times New Roman" w:cs="Times New Roman"/>
                <w:sz w:val="16"/>
              </w:rPr>
              <w:t>−0.862 (0.160)</w:t>
            </w:r>
          </w:p>
        </w:tc>
        <w:tc>
          <w:tcPr>
            <w:tcW w:w="3033" w:type="dxa"/>
            <w:tcMar>
              <w:top w:w="55" w:type="dxa"/>
              <w:left w:w="80" w:type="dxa"/>
              <w:bottom w:w="55" w:type="dxa"/>
              <w:right w:w="80" w:type="dxa"/>
            </w:tcMar>
            <w:vAlign w:val="center"/>
          </w:tcPr>
          <w:p w14:paraId="7E807A78" w14:textId="77777777" w:rsidR="00DB793E" w:rsidRDefault="00000000">
            <w:pPr>
              <w:jc w:val="center"/>
            </w:pPr>
            <w:r>
              <w:rPr>
                <w:rFonts w:eastAsia="Times New Roman" w:cs="Times New Roman"/>
                <w:sz w:val="16"/>
              </w:rPr>
              <w:t>−1.030–−0.573</w:t>
            </w:r>
          </w:p>
        </w:tc>
        <w:tc>
          <w:tcPr>
            <w:tcW w:w="3035" w:type="dxa"/>
            <w:tcMar>
              <w:top w:w="55" w:type="dxa"/>
              <w:left w:w="80" w:type="dxa"/>
              <w:bottom w:w="55" w:type="dxa"/>
              <w:right w:w="80" w:type="dxa"/>
            </w:tcMar>
            <w:vAlign w:val="center"/>
          </w:tcPr>
          <w:p w14:paraId="21E755AA" w14:textId="77777777" w:rsidR="00DB793E" w:rsidRDefault="00000000">
            <w:pPr>
              <w:jc w:val="center"/>
            </w:pPr>
            <w:r>
              <w:rPr>
                <w:rFonts w:eastAsia="Times New Roman" w:cs="Times New Roman"/>
                <w:sz w:val="16"/>
              </w:rPr>
              <w:t>−1.317–−0.433</w:t>
            </w:r>
          </w:p>
        </w:tc>
      </w:tr>
      <w:tr w:rsidR="00DB793E" w14:paraId="61A5C058" w14:textId="77777777">
        <w:trPr>
          <w:cantSplit/>
        </w:trPr>
        <w:tc>
          <w:tcPr>
            <w:tcW w:w="2426" w:type="dxa"/>
            <w:tcMar>
              <w:top w:w="55" w:type="dxa"/>
              <w:left w:w="80" w:type="dxa"/>
              <w:bottom w:w="55" w:type="dxa"/>
              <w:right w:w="80" w:type="dxa"/>
            </w:tcMar>
            <w:vAlign w:val="center"/>
          </w:tcPr>
          <w:p w14:paraId="7AF5AC90" w14:textId="77777777" w:rsidR="00DB793E" w:rsidRDefault="00000000">
            <w:r>
              <w:rPr>
                <w:rFonts w:eastAsia="Times New Roman" w:cs="Times New Roman"/>
                <w:sz w:val="16"/>
              </w:rPr>
              <w:t>Clinical</w:t>
            </w:r>
          </w:p>
        </w:tc>
        <w:tc>
          <w:tcPr>
            <w:tcW w:w="3033" w:type="dxa"/>
            <w:tcMar>
              <w:top w:w="55" w:type="dxa"/>
              <w:left w:w="80" w:type="dxa"/>
              <w:bottom w:w="55" w:type="dxa"/>
              <w:right w:w="80" w:type="dxa"/>
            </w:tcMar>
            <w:vAlign w:val="center"/>
          </w:tcPr>
          <w:p w14:paraId="3DEA05E0" w14:textId="77777777" w:rsidR="00DB793E" w:rsidRDefault="00000000">
            <w:r>
              <w:rPr>
                <w:rFonts w:eastAsia="Times New Roman" w:cs="Times New Roman"/>
                <w:sz w:val="16"/>
              </w:rPr>
              <w:t>Calibration slope</w:t>
            </w:r>
          </w:p>
        </w:tc>
        <w:tc>
          <w:tcPr>
            <w:tcW w:w="2729" w:type="dxa"/>
            <w:tcMar>
              <w:top w:w="55" w:type="dxa"/>
              <w:left w:w="80" w:type="dxa"/>
              <w:bottom w:w="55" w:type="dxa"/>
              <w:right w:w="80" w:type="dxa"/>
            </w:tcMar>
            <w:vAlign w:val="center"/>
          </w:tcPr>
          <w:p w14:paraId="55F03C10" w14:textId="77777777" w:rsidR="00DB793E" w:rsidRDefault="00000000">
            <w:pPr>
              <w:jc w:val="center"/>
            </w:pPr>
            <w:r>
              <w:rPr>
                <w:rFonts w:eastAsia="Times New Roman" w:cs="Times New Roman"/>
                <w:sz w:val="16"/>
              </w:rPr>
              <w:t>0.335 (0.268)</w:t>
            </w:r>
          </w:p>
        </w:tc>
        <w:tc>
          <w:tcPr>
            <w:tcW w:w="3033" w:type="dxa"/>
            <w:tcMar>
              <w:top w:w="55" w:type="dxa"/>
              <w:left w:w="80" w:type="dxa"/>
              <w:bottom w:w="55" w:type="dxa"/>
              <w:right w:w="80" w:type="dxa"/>
            </w:tcMar>
            <w:vAlign w:val="center"/>
          </w:tcPr>
          <w:p w14:paraId="7C3D1BE8" w14:textId="77777777" w:rsidR="00DB793E" w:rsidRDefault="00000000">
            <w:pPr>
              <w:jc w:val="center"/>
            </w:pPr>
            <w:r>
              <w:rPr>
                <w:rFonts w:eastAsia="Times New Roman" w:cs="Times New Roman"/>
                <w:sz w:val="16"/>
              </w:rPr>
              <w:t>0.057–0.873</w:t>
            </w:r>
          </w:p>
        </w:tc>
        <w:tc>
          <w:tcPr>
            <w:tcW w:w="3035" w:type="dxa"/>
            <w:tcMar>
              <w:top w:w="55" w:type="dxa"/>
              <w:left w:w="80" w:type="dxa"/>
              <w:bottom w:w="55" w:type="dxa"/>
              <w:right w:w="80" w:type="dxa"/>
            </w:tcMar>
            <w:vAlign w:val="center"/>
          </w:tcPr>
          <w:p w14:paraId="4F649B47" w14:textId="77777777" w:rsidR="00DB793E" w:rsidRDefault="00000000">
            <w:pPr>
              <w:jc w:val="center"/>
            </w:pPr>
            <w:r>
              <w:rPr>
                <w:rFonts w:eastAsia="Times New Roman" w:cs="Times New Roman"/>
                <w:sz w:val="16"/>
              </w:rPr>
              <w:t>−0.020–0.851</w:t>
            </w:r>
          </w:p>
        </w:tc>
      </w:tr>
      <w:tr w:rsidR="00DB793E" w14:paraId="7A296A9A" w14:textId="77777777">
        <w:trPr>
          <w:cantSplit/>
        </w:trPr>
        <w:tc>
          <w:tcPr>
            <w:tcW w:w="2426" w:type="dxa"/>
            <w:tcMar>
              <w:top w:w="55" w:type="dxa"/>
              <w:left w:w="80" w:type="dxa"/>
              <w:bottom w:w="55" w:type="dxa"/>
              <w:right w:w="80" w:type="dxa"/>
            </w:tcMar>
            <w:vAlign w:val="center"/>
          </w:tcPr>
          <w:p w14:paraId="2ED0C9BC" w14:textId="77777777" w:rsidR="00DB793E" w:rsidRDefault="00000000">
            <w:r>
              <w:rPr>
                <w:rFonts w:eastAsia="Times New Roman" w:cs="Times New Roman"/>
                <w:sz w:val="16"/>
              </w:rPr>
              <w:t>Clinical</w:t>
            </w:r>
          </w:p>
        </w:tc>
        <w:tc>
          <w:tcPr>
            <w:tcW w:w="3033" w:type="dxa"/>
            <w:tcMar>
              <w:top w:w="55" w:type="dxa"/>
              <w:left w:w="80" w:type="dxa"/>
              <w:bottom w:w="55" w:type="dxa"/>
              <w:right w:w="80" w:type="dxa"/>
            </w:tcMar>
            <w:vAlign w:val="center"/>
          </w:tcPr>
          <w:p w14:paraId="1AD7FC01" w14:textId="77777777" w:rsidR="00DB793E" w:rsidRDefault="00000000">
            <w:r>
              <w:rPr>
                <w:rFonts w:eastAsia="Times New Roman" w:cs="Times New Roman"/>
                <w:sz w:val="16"/>
              </w:rPr>
              <w:t>Brier skill</w:t>
            </w:r>
          </w:p>
        </w:tc>
        <w:tc>
          <w:tcPr>
            <w:tcW w:w="2729" w:type="dxa"/>
            <w:tcMar>
              <w:top w:w="55" w:type="dxa"/>
              <w:left w:w="80" w:type="dxa"/>
              <w:bottom w:w="55" w:type="dxa"/>
              <w:right w:w="80" w:type="dxa"/>
            </w:tcMar>
            <w:vAlign w:val="center"/>
          </w:tcPr>
          <w:p w14:paraId="6AEB6982" w14:textId="77777777" w:rsidR="00DB793E" w:rsidRDefault="00000000">
            <w:pPr>
              <w:jc w:val="center"/>
            </w:pPr>
            <w:r>
              <w:rPr>
                <w:rFonts w:eastAsia="Times New Roman" w:cs="Times New Roman"/>
                <w:sz w:val="16"/>
              </w:rPr>
              <w:t>−0.097 (0.049)</w:t>
            </w:r>
          </w:p>
        </w:tc>
        <w:tc>
          <w:tcPr>
            <w:tcW w:w="3033" w:type="dxa"/>
            <w:tcMar>
              <w:top w:w="55" w:type="dxa"/>
              <w:left w:w="80" w:type="dxa"/>
              <w:bottom w:w="55" w:type="dxa"/>
              <w:right w:w="80" w:type="dxa"/>
            </w:tcMar>
            <w:vAlign w:val="center"/>
          </w:tcPr>
          <w:p w14:paraId="643B9470" w14:textId="77777777" w:rsidR="00DB793E" w:rsidRDefault="00000000">
            <w:pPr>
              <w:jc w:val="center"/>
            </w:pPr>
            <w:r>
              <w:rPr>
                <w:rFonts w:eastAsia="Times New Roman" w:cs="Times New Roman"/>
                <w:sz w:val="16"/>
              </w:rPr>
              <w:t>−0.161–−0.019</w:t>
            </w:r>
          </w:p>
        </w:tc>
        <w:tc>
          <w:tcPr>
            <w:tcW w:w="3035" w:type="dxa"/>
            <w:tcMar>
              <w:top w:w="55" w:type="dxa"/>
              <w:left w:w="80" w:type="dxa"/>
              <w:bottom w:w="55" w:type="dxa"/>
              <w:right w:w="80" w:type="dxa"/>
            </w:tcMar>
            <w:vAlign w:val="center"/>
          </w:tcPr>
          <w:p w14:paraId="5CBA8266" w14:textId="77777777" w:rsidR="00DB793E" w:rsidRDefault="00000000">
            <w:pPr>
              <w:jc w:val="center"/>
            </w:pPr>
            <w:r>
              <w:rPr>
                <w:rFonts w:eastAsia="Times New Roman" w:cs="Times New Roman"/>
                <w:sz w:val="16"/>
              </w:rPr>
              <w:t>−0.247–0.016</w:t>
            </w:r>
          </w:p>
        </w:tc>
      </w:tr>
      <w:tr w:rsidR="00DB793E" w14:paraId="76C65E3E" w14:textId="77777777">
        <w:trPr>
          <w:cantSplit/>
        </w:trPr>
        <w:tc>
          <w:tcPr>
            <w:tcW w:w="2426" w:type="dxa"/>
            <w:tcMar>
              <w:top w:w="55" w:type="dxa"/>
              <w:left w:w="80" w:type="dxa"/>
              <w:bottom w:w="55" w:type="dxa"/>
              <w:right w:w="80" w:type="dxa"/>
            </w:tcMar>
            <w:vAlign w:val="center"/>
          </w:tcPr>
          <w:p w14:paraId="21EB9733" w14:textId="77777777" w:rsidR="00DB793E" w:rsidRDefault="00000000">
            <w:r>
              <w:rPr>
                <w:rFonts w:eastAsia="Times New Roman" w:cs="Times New Roman"/>
                <w:sz w:val="16"/>
              </w:rPr>
              <w:t>Clinical + INTRA</w:t>
            </w:r>
          </w:p>
        </w:tc>
        <w:tc>
          <w:tcPr>
            <w:tcW w:w="3033" w:type="dxa"/>
            <w:tcMar>
              <w:top w:w="55" w:type="dxa"/>
              <w:left w:w="80" w:type="dxa"/>
              <w:bottom w:w="55" w:type="dxa"/>
              <w:right w:w="80" w:type="dxa"/>
            </w:tcMar>
            <w:vAlign w:val="center"/>
          </w:tcPr>
          <w:p w14:paraId="66143FBD" w14:textId="77777777" w:rsidR="00DB793E" w:rsidRDefault="00000000">
            <w:r>
              <w:rPr>
                <w:rFonts w:eastAsia="Times New Roman" w:cs="Times New Roman"/>
                <w:sz w:val="16"/>
              </w:rPr>
              <w:t>AUC</w:t>
            </w:r>
          </w:p>
        </w:tc>
        <w:tc>
          <w:tcPr>
            <w:tcW w:w="2729" w:type="dxa"/>
            <w:tcMar>
              <w:top w:w="55" w:type="dxa"/>
              <w:left w:w="80" w:type="dxa"/>
              <w:bottom w:w="55" w:type="dxa"/>
              <w:right w:w="80" w:type="dxa"/>
            </w:tcMar>
            <w:vAlign w:val="center"/>
          </w:tcPr>
          <w:p w14:paraId="31DE290D" w14:textId="77777777" w:rsidR="00DB793E" w:rsidRDefault="00000000">
            <w:pPr>
              <w:jc w:val="center"/>
            </w:pPr>
            <w:r>
              <w:rPr>
                <w:rFonts w:eastAsia="Times New Roman" w:cs="Times New Roman"/>
                <w:sz w:val="16"/>
              </w:rPr>
              <w:t>0.539 (0.045)</w:t>
            </w:r>
          </w:p>
        </w:tc>
        <w:tc>
          <w:tcPr>
            <w:tcW w:w="3033" w:type="dxa"/>
            <w:tcMar>
              <w:top w:w="55" w:type="dxa"/>
              <w:left w:w="80" w:type="dxa"/>
              <w:bottom w:w="55" w:type="dxa"/>
              <w:right w:w="80" w:type="dxa"/>
            </w:tcMar>
            <w:vAlign w:val="center"/>
          </w:tcPr>
          <w:p w14:paraId="32D9A713" w14:textId="77777777" w:rsidR="00DB793E" w:rsidRDefault="00000000">
            <w:pPr>
              <w:jc w:val="center"/>
            </w:pPr>
            <w:r>
              <w:rPr>
                <w:rFonts w:eastAsia="Times New Roman" w:cs="Times New Roman"/>
                <w:sz w:val="16"/>
              </w:rPr>
              <w:t>0.479–0.603</w:t>
            </w:r>
          </w:p>
        </w:tc>
        <w:tc>
          <w:tcPr>
            <w:tcW w:w="3035" w:type="dxa"/>
            <w:tcMar>
              <w:top w:w="55" w:type="dxa"/>
              <w:left w:w="80" w:type="dxa"/>
              <w:bottom w:w="55" w:type="dxa"/>
              <w:right w:w="80" w:type="dxa"/>
            </w:tcMar>
            <w:vAlign w:val="center"/>
          </w:tcPr>
          <w:p w14:paraId="62EB4517" w14:textId="77777777" w:rsidR="00DB793E" w:rsidRDefault="00000000">
            <w:pPr>
              <w:jc w:val="center"/>
            </w:pPr>
            <w:r>
              <w:rPr>
                <w:rFonts w:eastAsia="Times New Roman" w:cs="Times New Roman"/>
                <w:sz w:val="16"/>
              </w:rPr>
              <w:t>0.479–0.596</w:t>
            </w:r>
          </w:p>
        </w:tc>
      </w:tr>
      <w:tr w:rsidR="00DB793E" w14:paraId="6F0A2429" w14:textId="77777777">
        <w:trPr>
          <w:cantSplit/>
        </w:trPr>
        <w:tc>
          <w:tcPr>
            <w:tcW w:w="2426" w:type="dxa"/>
            <w:tcMar>
              <w:top w:w="55" w:type="dxa"/>
              <w:left w:w="80" w:type="dxa"/>
              <w:bottom w:w="55" w:type="dxa"/>
              <w:right w:w="80" w:type="dxa"/>
            </w:tcMar>
            <w:vAlign w:val="center"/>
          </w:tcPr>
          <w:p w14:paraId="331A5707" w14:textId="77777777" w:rsidR="00DB793E" w:rsidRDefault="00000000">
            <w:r>
              <w:rPr>
                <w:rFonts w:eastAsia="Times New Roman" w:cs="Times New Roman"/>
                <w:sz w:val="16"/>
              </w:rPr>
              <w:t>Clinical + INTRA</w:t>
            </w:r>
          </w:p>
        </w:tc>
        <w:tc>
          <w:tcPr>
            <w:tcW w:w="3033" w:type="dxa"/>
            <w:tcMar>
              <w:top w:w="55" w:type="dxa"/>
              <w:left w:w="80" w:type="dxa"/>
              <w:bottom w:w="55" w:type="dxa"/>
              <w:right w:w="80" w:type="dxa"/>
            </w:tcMar>
            <w:vAlign w:val="center"/>
          </w:tcPr>
          <w:p w14:paraId="14896D9B" w14:textId="77777777" w:rsidR="00DB793E" w:rsidRDefault="00000000">
            <w:r>
              <w:rPr>
                <w:rFonts w:eastAsia="Times New Roman" w:cs="Times New Roman"/>
                <w:sz w:val="16"/>
              </w:rPr>
              <w:t>Average precision</w:t>
            </w:r>
          </w:p>
        </w:tc>
        <w:tc>
          <w:tcPr>
            <w:tcW w:w="2729" w:type="dxa"/>
            <w:tcMar>
              <w:top w:w="55" w:type="dxa"/>
              <w:left w:w="80" w:type="dxa"/>
              <w:bottom w:w="55" w:type="dxa"/>
              <w:right w:w="80" w:type="dxa"/>
            </w:tcMar>
            <w:vAlign w:val="center"/>
          </w:tcPr>
          <w:p w14:paraId="773E806A" w14:textId="77777777" w:rsidR="00DB793E" w:rsidRDefault="00000000">
            <w:pPr>
              <w:jc w:val="center"/>
            </w:pPr>
            <w:r>
              <w:rPr>
                <w:rFonts w:eastAsia="Times New Roman" w:cs="Times New Roman"/>
                <w:sz w:val="16"/>
              </w:rPr>
              <w:t>0.307 (0.044)</w:t>
            </w:r>
          </w:p>
        </w:tc>
        <w:tc>
          <w:tcPr>
            <w:tcW w:w="3033" w:type="dxa"/>
            <w:tcMar>
              <w:top w:w="55" w:type="dxa"/>
              <w:left w:w="80" w:type="dxa"/>
              <w:bottom w:w="55" w:type="dxa"/>
              <w:right w:w="80" w:type="dxa"/>
            </w:tcMar>
            <w:vAlign w:val="center"/>
          </w:tcPr>
          <w:p w14:paraId="33D149AF" w14:textId="77777777" w:rsidR="00DB793E" w:rsidRDefault="00000000">
            <w:pPr>
              <w:jc w:val="center"/>
            </w:pPr>
            <w:r>
              <w:rPr>
                <w:rFonts w:eastAsia="Times New Roman" w:cs="Times New Roman"/>
                <w:sz w:val="16"/>
              </w:rPr>
              <w:t>0.254–0.382</w:t>
            </w:r>
          </w:p>
        </w:tc>
        <w:tc>
          <w:tcPr>
            <w:tcW w:w="3035" w:type="dxa"/>
            <w:tcMar>
              <w:top w:w="55" w:type="dxa"/>
              <w:left w:w="80" w:type="dxa"/>
              <w:bottom w:w="55" w:type="dxa"/>
              <w:right w:w="80" w:type="dxa"/>
            </w:tcMar>
            <w:vAlign w:val="center"/>
          </w:tcPr>
          <w:p w14:paraId="7F049D0E" w14:textId="77777777" w:rsidR="00DB793E" w:rsidRDefault="00000000">
            <w:pPr>
              <w:jc w:val="center"/>
            </w:pPr>
            <w:r>
              <w:rPr>
                <w:rFonts w:eastAsia="Times New Roman" w:cs="Times New Roman"/>
                <w:sz w:val="16"/>
              </w:rPr>
              <w:t>0.240–0.408</w:t>
            </w:r>
          </w:p>
        </w:tc>
      </w:tr>
      <w:tr w:rsidR="00DB793E" w14:paraId="17182CA6" w14:textId="77777777">
        <w:trPr>
          <w:cantSplit/>
        </w:trPr>
        <w:tc>
          <w:tcPr>
            <w:tcW w:w="2426" w:type="dxa"/>
            <w:tcMar>
              <w:top w:w="55" w:type="dxa"/>
              <w:left w:w="80" w:type="dxa"/>
              <w:bottom w:w="55" w:type="dxa"/>
              <w:right w:w="80" w:type="dxa"/>
            </w:tcMar>
            <w:vAlign w:val="center"/>
          </w:tcPr>
          <w:p w14:paraId="731A1F52" w14:textId="77777777" w:rsidR="00DB793E" w:rsidRDefault="00000000">
            <w:r>
              <w:rPr>
                <w:rFonts w:eastAsia="Times New Roman" w:cs="Times New Roman"/>
                <w:sz w:val="16"/>
              </w:rPr>
              <w:t>Clinical + INTRA</w:t>
            </w:r>
          </w:p>
        </w:tc>
        <w:tc>
          <w:tcPr>
            <w:tcW w:w="3033" w:type="dxa"/>
            <w:tcMar>
              <w:top w:w="55" w:type="dxa"/>
              <w:left w:w="80" w:type="dxa"/>
              <w:bottom w:w="55" w:type="dxa"/>
              <w:right w:w="80" w:type="dxa"/>
            </w:tcMar>
            <w:vAlign w:val="center"/>
          </w:tcPr>
          <w:p w14:paraId="4C307251" w14:textId="77777777" w:rsidR="00DB793E" w:rsidRDefault="00000000">
            <w:r>
              <w:rPr>
                <w:rFonts w:eastAsia="Times New Roman" w:cs="Times New Roman"/>
                <w:sz w:val="16"/>
              </w:rPr>
              <w:t>Brier</w:t>
            </w:r>
          </w:p>
        </w:tc>
        <w:tc>
          <w:tcPr>
            <w:tcW w:w="2729" w:type="dxa"/>
            <w:tcMar>
              <w:top w:w="55" w:type="dxa"/>
              <w:left w:w="80" w:type="dxa"/>
              <w:bottom w:w="55" w:type="dxa"/>
              <w:right w:w="80" w:type="dxa"/>
            </w:tcMar>
            <w:vAlign w:val="center"/>
          </w:tcPr>
          <w:p w14:paraId="799E6C0F" w14:textId="77777777" w:rsidR="00DB793E" w:rsidRDefault="00000000">
            <w:pPr>
              <w:jc w:val="center"/>
            </w:pPr>
            <w:r>
              <w:rPr>
                <w:rFonts w:eastAsia="Times New Roman" w:cs="Times New Roman"/>
                <w:sz w:val="16"/>
              </w:rPr>
              <w:t>0.193 (0.008)</w:t>
            </w:r>
          </w:p>
        </w:tc>
        <w:tc>
          <w:tcPr>
            <w:tcW w:w="3033" w:type="dxa"/>
            <w:tcMar>
              <w:top w:w="55" w:type="dxa"/>
              <w:left w:w="80" w:type="dxa"/>
              <w:bottom w:w="55" w:type="dxa"/>
              <w:right w:w="80" w:type="dxa"/>
            </w:tcMar>
            <w:vAlign w:val="center"/>
          </w:tcPr>
          <w:p w14:paraId="4DA46519" w14:textId="77777777" w:rsidR="00DB793E" w:rsidRDefault="00000000">
            <w:pPr>
              <w:jc w:val="center"/>
            </w:pPr>
            <w:r>
              <w:rPr>
                <w:rFonts w:eastAsia="Times New Roman" w:cs="Times New Roman"/>
                <w:sz w:val="16"/>
              </w:rPr>
              <w:t>0.184–0.211</w:t>
            </w:r>
          </w:p>
        </w:tc>
        <w:tc>
          <w:tcPr>
            <w:tcW w:w="3035" w:type="dxa"/>
            <w:tcMar>
              <w:top w:w="55" w:type="dxa"/>
              <w:left w:w="80" w:type="dxa"/>
              <w:bottom w:w="55" w:type="dxa"/>
              <w:right w:w="80" w:type="dxa"/>
            </w:tcMar>
            <w:vAlign w:val="center"/>
          </w:tcPr>
          <w:p w14:paraId="36C74E6B" w14:textId="77777777" w:rsidR="00DB793E" w:rsidRDefault="00000000">
            <w:pPr>
              <w:jc w:val="center"/>
            </w:pPr>
            <w:r>
              <w:rPr>
                <w:rFonts w:eastAsia="Times New Roman" w:cs="Times New Roman"/>
                <w:sz w:val="16"/>
              </w:rPr>
              <w:t>0.159–0.226</w:t>
            </w:r>
          </w:p>
        </w:tc>
      </w:tr>
      <w:tr w:rsidR="00DB793E" w14:paraId="31C59927" w14:textId="77777777">
        <w:trPr>
          <w:cantSplit/>
        </w:trPr>
        <w:tc>
          <w:tcPr>
            <w:tcW w:w="2426" w:type="dxa"/>
            <w:tcMar>
              <w:top w:w="55" w:type="dxa"/>
              <w:left w:w="80" w:type="dxa"/>
              <w:bottom w:w="55" w:type="dxa"/>
              <w:right w:w="80" w:type="dxa"/>
            </w:tcMar>
            <w:vAlign w:val="center"/>
          </w:tcPr>
          <w:p w14:paraId="1575A49D" w14:textId="77777777" w:rsidR="00DB793E" w:rsidRDefault="00000000">
            <w:r>
              <w:rPr>
                <w:rFonts w:eastAsia="Times New Roman" w:cs="Times New Roman"/>
                <w:sz w:val="16"/>
              </w:rPr>
              <w:t>Clinical + INTRA</w:t>
            </w:r>
          </w:p>
        </w:tc>
        <w:tc>
          <w:tcPr>
            <w:tcW w:w="3033" w:type="dxa"/>
            <w:tcMar>
              <w:top w:w="55" w:type="dxa"/>
              <w:left w:w="80" w:type="dxa"/>
              <w:bottom w:w="55" w:type="dxa"/>
              <w:right w:w="80" w:type="dxa"/>
            </w:tcMar>
            <w:vAlign w:val="center"/>
          </w:tcPr>
          <w:p w14:paraId="5D38D960" w14:textId="77777777" w:rsidR="00DB793E" w:rsidRDefault="00000000">
            <w:r>
              <w:rPr>
                <w:rFonts w:eastAsia="Times New Roman" w:cs="Times New Roman"/>
                <w:sz w:val="16"/>
              </w:rPr>
              <w:t>Calibration intercept</w:t>
            </w:r>
          </w:p>
        </w:tc>
        <w:tc>
          <w:tcPr>
            <w:tcW w:w="2729" w:type="dxa"/>
            <w:tcMar>
              <w:top w:w="55" w:type="dxa"/>
              <w:left w:w="80" w:type="dxa"/>
              <w:bottom w:w="55" w:type="dxa"/>
              <w:right w:w="80" w:type="dxa"/>
            </w:tcMar>
            <w:vAlign w:val="center"/>
          </w:tcPr>
          <w:p w14:paraId="68F81682" w14:textId="77777777" w:rsidR="00DB793E" w:rsidRDefault="00000000">
            <w:pPr>
              <w:jc w:val="center"/>
            </w:pPr>
            <w:r>
              <w:rPr>
                <w:rFonts w:eastAsia="Times New Roman" w:cs="Times New Roman"/>
                <w:sz w:val="16"/>
              </w:rPr>
              <w:t>−0.654 (0.567)</w:t>
            </w:r>
          </w:p>
        </w:tc>
        <w:tc>
          <w:tcPr>
            <w:tcW w:w="3033" w:type="dxa"/>
            <w:tcMar>
              <w:top w:w="55" w:type="dxa"/>
              <w:left w:w="80" w:type="dxa"/>
              <w:bottom w:w="55" w:type="dxa"/>
              <w:right w:w="80" w:type="dxa"/>
            </w:tcMar>
            <w:vAlign w:val="center"/>
          </w:tcPr>
          <w:p w14:paraId="108462E1" w14:textId="77777777" w:rsidR="00DB793E" w:rsidRDefault="00000000">
            <w:pPr>
              <w:jc w:val="center"/>
            </w:pPr>
            <w:r>
              <w:rPr>
                <w:rFonts w:eastAsia="Times New Roman" w:cs="Times New Roman"/>
                <w:sz w:val="16"/>
              </w:rPr>
              <w:t>−1.507–0.276</w:t>
            </w:r>
          </w:p>
        </w:tc>
        <w:tc>
          <w:tcPr>
            <w:tcW w:w="3035" w:type="dxa"/>
            <w:tcMar>
              <w:top w:w="55" w:type="dxa"/>
              <w:left w:w="80" w:type="dxa"/>
              <w:bottom w:w="55" w:type="dxa"/>
              <w:right w:w="80" w:type="dxa"/>
            </w:tcMar>
            <w:vAlign w:val="center"/>
          </w:tcPr>
          <w:p w14:paraId="41D2098F" w14:textId="77777777" w:rsidR="00DB793E" w:rsidRDefault="00000000">
            <w:pPr>
              <w:jc w:val="center"/>
            </w:pPr>
            <w:r>
              <w:rPr>
                <w:rFonts w:eastAsia="Times New Roman" w:cs="Times New Roman"/>
                <w:sz w:val="16"/>
              </w:rPr>
              <w:t>−1.437–0.076</w:t>
            </w:r>
          </w:p>
        </w:tc>
      </w:tr>
      <w:tr w:rsidR="00DB793E" w14:paraId="7BD3C187" w14:textId="77777777">
        <w:trPr>
          <w:cantSplit/>
        </w:trPr>
        <w:tc>
          <w:tcPr>
            <w:tcW w:w="2426" w:type="dxa"/>
            <w:tcMar>
              <w:top w:w="55" w:type="dxa"/>
              <w:left w:w="80" w:type="dxa"/>
              <w:bottom w:w="55" w:type="dxa"/>
              <w:right w:w="80" w:type="dxa"/>
            </w:tcMar>
            <w:vAlign w:val="center"/>
          </w:tcPr>
          <w:p w14:paraId="04913DB8" w14:textId="77777777" w:rsidR="00DB793E" w:rsidRDefault="00000000">
            <w:r>
              <w:rPr>
                <w:rFonts w:eastAsia="Times New Roman" w:cs="Times New Roman"/>
                <w:sz w:val="16"/>
              </w:rPr>
              <w:t>Clinical + INTRA</w:t>
            </w:r>
          </w:p>
        </w:tc>
        <w:tc>
          <w:tcPr>
            <w:tcW w:w="3033" w:type="dxa"/>
            <w:tcMar>
              <w:top w:w="55" w:type="dxa"/>
              <w:left w:w="80" w:type="dxa"/>
              <w:bottom w:w="55" w:type="dxa"/>
              <w:right w:w="80" w:type="dxa"/>
            </w:tcMar>
            <w:vAlign w:val="center"/>
          </w:tcPr>
          <w:p w14:paraId="52F9796F" w14:textId="77777777" w:rsidR="00DB793E" w:rsidRDefault="00000000">
            <w:r>
              <w:rPr>
                <w:rFonts w:eastAsia="Times New Roman" w:cs="Times New Roman"/>
                <w:sz w:val="16"/>
              </w:rPr>
              <w:t>Calibration slope</w:t>
            </w:r>
          </w:p>
        </w:tc>
        <w:tc>
          <w:tcPr>
            <w:tcW w:w="2729" w:type="dxa"/>
            <w:tcMar>
              <w:top w:w="55" w:type="dxa"/>
              <w:left w:w="80" w:type="dxa"/>
              <w:bottom w:w="55" w:type="dxa"/>
              <w:right w:w="80" w:type="dxa"/>
            </w:tcMar>
            <w:vAlign w:val="center"/>
          </w:tcPr>
          <w:p w14:paraId="47B47D00" w14:textId="77777777" w:rsidR="00DB793E" w:rsidRDefault="00000000">
            <w:pPr>
              <w:jc w:val="center"/>
            </w:pPr>
            <w:r>
              <w:rPr>
                <w:rFonts w:eastAsia="Times New Roman" w:cs="Times New Roman"/>
                <w:sz w:val="16"/>
              </w:rPr>
              <w:t>0.397 (0.536)</w:t>
            </w:r>
          </w:p>
        </w:tc>
        <w:tc>
          <w:tcPr>
            <w:tcW w:w="3033" w:type="dxa"/>
            <w:tcMar>
              <w:top w:w="55" w:type="dxa"/>
              <w:left w:w="80" w:type="dxa"/>
              <w:bottom w:w="55" w:type="dxa"/>
              <w:right w:w="80" w:type="dxa"/>
            </w:tcMar>
            <w:vAlign w:val="center"/>
          </w:tcPr>
          <w:p w14:paraId="722C557E" w14:textId="77777777" w:rsidR="00DB793E" w:rsidRDefault="00000000">
            <w:pPr>
              <w:jc w:val="center"/>
            </w:pPr>
            <w:r>
              <w:rPr>
                <w:rFonts w:eastAsia="Times New Roman" w:cs="Times New Roman"/>
                <w:sz w:val="16"/>
              </w:rPr>
              <w:t>−0.397–1.283</w:t>
            </w:r>
          </w:p>
        </w:tc>
        <w:tc>
          <w:tcPr>
            <w:tcW w:w="3035" w:type="dxa"/>
            <w:tcMar>
              <w:top w:w="55" w:type="dxa"/>
              <w:left w:w="80" w:type="dxa"/>
              <w:bottom w:w="55" w:type="dxa"/>
              <w:right w:w="80" w:type="dxa"/>
            </w:tcMar>
            <w:vAlign w:val="center"/>
          </w:tcPr>
          <w:p w14:paraId="29D8C394" w14:textId="77777777" w:rsidR="00DB793E" w:rsidRDefault="00000000">
            <w:pPr>
              <w:jc w:val="center"/>
            </w:pPr>
            <w:r>
              <w:rPr>
                <w:rFonts w:eastAsia="Times New Roman" w:cs="Times New Roman"/>
                <w:sz w:val="16"/>
              </w:rPr>
              <w:t>−0.194–1.041</w:t>
            </w:r>
          </w:p>
        </w:tc>
      </w:tr>
      <w:tr w:rsidR="00DB793E" w14:paraId="7143FC1F" w14:textId="77777777">
        <w:trPr>
          <w:cantSplit/>
        </w:trPr>
        <w:tc>
          <w:tcPr>
            <w:tcW w:w="2426" w:type="dxa"/>
            <w:tcMar>
              <w:top w:w="55" w:type="dxa"/>
              <w:left w:w="80" w:type="dxa"/>
              <w:bottom w:w="55" w:type="dxa"/>
              <w:right w:w="80" w:type="dxa"/>
            </w:tcMar>
            <w:vAlign w:val="center"/>
          </w:tcPr>
          <w:p w14:paraId="05B4642A" w14:textId="77777777" w:rsidR="00DB793E" w:rsidRDefault="00000000">
            <w:r>
              <w:rPr>
                <w:rFonts w:eastAsia="Times New Roman" w:cs="Times New Roman"/>
                <w:sz w:val="16"/>
              </w:rPr>
              <w:t>Clinical + INTRA</w:t>
            </w:r>
          </w:p>
        </w:tc>
        <w:tc>
          <w:tcPr>
            <w:tcW w:w="3033" w:type="dxa"/>
            <w:tcMar>
              <w:top w:w="55" w:type="dxa"/>
              <w:left w:w="80" w:type="dxa"/>
              <w:bottom w:w="55" w:type="dxa"/>
              <w:right w:w="80" w:type="dxa"/>
            </w:tcMar>
            <w:vAlign w:val="center"/>
          </w:tcPr>
          <w:p w14:paraId="74734625" w14:textId="77777777" w:rsidR="00DB793E" w:rsidRDefault="00000000">
            <w:r>
              <w:rPr>
                <w:rFonts w:eastAsia="Times New Roman" w:cs="Times New Roman"/>
                <w:sz w:val="16"/>
              </w:rPr>
              <w:t>Brier skill</w:t>
            </w:r>
          </w:p>
        </w:tc>
        <w:tc>
          <w:tcPr>
            <w:tcW w:w="2729" w:type="dxa"/>
            <w:tcMar>
              <w:top w:w="55" w:type="dxa"/>
              <w:left w:w="80" w:type="dxa"/>
              <w:bottom w:w="55" w:type="dxa"/>
              <w:right w:w="80" w:type="dxa"/>
            </w:tcMar>
            <w:vAlign w:val="center"/>
          </w:tcPr>
          <w:p w14:paraId="0556DDB3" w14:textId="77777777" w:rsidR="00DB793E" w:rsidRDefault="00000000">
            <w:pPr>
              <w:jc w:val="center"/>
            </w:pPr>
            <w:r>
              <w:rPr>
                <w:rFonts w:eastAsia="Times New Roman" w:cs="Times New Roman"/>
                <w:sz w:val="16"/>
              </w:rPr>
              <w:t>−0.012 (0.041)</w:t>
            </w:r>
          </w:p>
        </w:tc>
        <w:tc>
          <w:tcPr>
            <w:tcW w:w="3033" w:type="dxa"/>
            <w:tcMar>
              <w:top w:w="55" w:type="dxa"/>
              <w:left w:w="80" w:type="dxa"/>
              <w:bottom w:w="55" w:type="dxa"/>
              <w:right w:w="80" w:type="dxa"/>
            </w:tcMar>
            <w:vAlign w:val="center"/>
          </w:tcPr>
          <w:p w14:paraId="7083D100" w14:textId="77777777" w:rsidR="00DB793E" w:rsidRDefault="00000000">
            <w:pPr>
              <w:jc w:val="center"/>
            </w:pPr>
            <w:r>
              <w:rPr>
                <w:rFonts w:eastAsia="Times New Roman" w:cs="Times New Roman"/>
                <w:sz w:val="16"/>
              </w:rPr>
              <w:t>−0.109–0.032</w:t>
            </w:r>
          </w:p>
        </w:tc>
        <w:tc>
          <w:tcPr>
            <w:tcW w:w="3035" w:type="dxa"/>
            <w:tcMar>
              <w:top w:w="55" w:type="dxa"/>
              <w:left w:w="80" w:type="dxa"/>
              <w:bottom w:w="55" w:type="dxa"/>
              <w:right w:w="80" w:type="dxa"/>
            </w:tcMar>
            <w:vAlign w:val="center"/>
          </w:tcPr>
          <w:p w14:paraId="0BF5D6F4" w14:textId="77777777" w:rsidR="00DB793E" w:rsidRDefault="00000000">
            <w:pPr>
              <w:jc w:val="center"/>
            </w:pPr>
            <w:r>
              <w:rPr>
                <w:rFonts w:eastAsia="Times New Roman" w:cs="Times New Roman"/>
                <w:sz w:val="16"/>
              </w:rPr>
              <w:t>−0.048–0.019</w:t>
            </w:r>
          </w:p>
        </w:tc>
      </w:tr>
      <w:tr w:rsidR="00DB793E" w14:paraId="158B3F8F" w14:textId="77777777">
        <w:trPr>
          <w:cantSplit/>
        </w:trPr>
        <w:tc>
          <w:tcPr>
            <w:tcW w:w="2426" w:type="dxa"/>
            <w:tcMar>
              <w:top w:w="55" w:type="dxa"/>
              <w:left w:w="80" w:type="dxa"/>
              <w:bottom w:w="55" w:type="dxa"/>
              <w:right w:w="80" w:type="dxa"/>
            </w:tcMar>
            <w:vAlign w:val="center"/>
          </w:tcPr>
          <w:p w14:paraId="582C14EA" w14:textId="10E5624E" w:rsidR="00DB793E" w:rsidRDefault="00000000">
            <w:r>
              <w:rPr>
                <w:rFonts w:eastAsia="Times New Roman" w:cs="Times New Roman"/>
                <w:sz w:val="16"/>
              </w:rPr>
              <w:t xml:space="preserve">Clinical + </w:t>
            </w:r>
            <w:r w:rsidR="009B64B8">
              <w:rPr>
                <w:rFonts w:eastAsia="Times New Roman" w:cs="Times New Roman"/>
                <w:sz w:val="16"/>
              </w:rPr>
              <w:t>VOIFusion3mm</w:t>
            </w:r>
            <w:r>
              <w:rPr>
                <w:rFonts w:eastAsia="Times New Roman" w:cs="Times New Roman"/>
                <w:sz w:val="16"/>
              </w:rPr>
              <w:t>†</w:t>
            </w:r>
          </w:p>
        </w:tc>
        <w:tc>
          <w:tcPr>
            <w:tcW w:w="3033" w:type="dxa"/>
            <w:tcMar>
              <w:top w:w="55" w:type="dxa"/>
              <w:left w:w="80" w:type="dxa"/>
              <w:bottom w:w="55" w:type="dxa"/>
              <w:right w:w="80" w:type="dxa"/>
            </w:tcMar>
            <w:vAlign w:val="center"/>
          </w:tcPr>
          <w:p w14:paraId="2E2B4554" w14:textId="77777777" w:rsidR="00DB793E" w:rsidRDefault="00000000">
            <w:r>
              <w:rPr>
                <w:rFonts w:eastAsia="Times New Roman" w:cs="Times New Roman"/>
                <w:sz w:val="16"/>
              </w:rPr>
              <w:t>AUC</w:t>
            </w:r>
          </w:p>
        </w:tc>
        <w:tc>
          <w:tcPr>
            <w:tcW w:w="2729" w:type="dxa"/>
            <w:tcMar>
              <w:top w:w="55" w:type="dxa"/>
              <w:left w:w="80" w:type="dxa"/>
              <w:bottom w:w="55" w:type="dxa"/>
              <w:right w:w="80" w:type="dxa"/>
            </w:tcMar>
            <w:vAlign w:val="center"/>
          </w:tcPr>
          <w:p w14:paraId="4D0F65B5" w14:textId="77777777" w:rsidR="00DB793E" w:rsidRDefault="00000000">
            <w:pPr>
              <w:jc w:val="center"/>
            </w:pPr>
            <w:r>
              <w:rPr>
                <w:rFonts w:eastAsia="Times New Roman" w:cs="Times New Roman"/>
                <w:sz w:val="16"/>
              </w:rPr>
              <w:t>0.561 (0.076)</w:t>
            </w:r>
          </w:p>
        </w:tc>
        <w:tc>
          <w:tcPr>
            <w:tcW w:w="3033" w:type="dxa"/>
            <w:tcMar>
              <w:top w:w="55" w:type="dxa"/>
              <w:left w:w="80" w:type="dxa"/>
              <w:bottom w:w="55" w:type="dxa"/>
              <w:right w:w="80" w:type="dxa"/>
            </w:tcMar>
            <w:vAlign w:val="center"/>
          </w:tcPr>
          <w:p w14:paraId="62BDA173" w14:textId="77777777" w:rsidR="00DB793E" w:rsidRDefault="00000000">
            <w:pPr>
              <w:jc w:val="center"/>
            </w:pPr>
            <w:r>
              <w:rPr>
                <w:rFonts w:eastAsia="Times New Roman" w:cs="Times New Roman"/>
                <w:sz w:val="16"/>
              </w:rPr>
              <w:t>0.401–0.651</w:t>
            </w:r>
          </w:p>
        </w:tc>
        <w:tc>
          <w:tcPr>
            <w:tcW w:w="3035" w:type="dxa"/>
            <w:tcMar>
              <w:top w:w="55" w:type="dxa"/>
              <w:left w:w="80" w:type="dxa"/>
              <w:bottom w:w="55" w:type="dxa"/>
              <w:right w:w="80" w:type="dxa"/>
            </w:tcMar>
            <w:vAlign w:val="center"/>
          </w:tcPr>
          <w:p w14:paraId="1FE7AAAC" w14:textId="77777777" w:rsidR="00DB793E" w:rsidRDefault="00000000">
            <w:pPr>
              <w:jc w:val="center"/>
            </w:pPr>
            <w:r>
              <w:rPr>
                <w:rFonts w:eastAsia="Times New Roman" w:cs="Times New Roman"/>
                <w:sz w:val="16"/>
              </w:rPr>
              <w:t>0.504–0.618</w:t>
            </w:r>
          </w:p>
        </w:tc>
      </w:tr>
      <w:tr w:rsidR="00DB793E" w14:paraId="29D5CAAF" w14:textId="77777777">
        <w:trPr>
          <w:cantSplit/>
        </w:trPr>
        <w:tc>
          <w:tcPr>
            <w:tcW w:w="2426" w:type="dxa"/>
            <w:tcMar>
              <w:top w:w="55" w:type="dxa"/>
              <w:left w:w="80" w:type="dxa"/>
              <w:bottom w:w="55" w:type="dxa"/>
              <w:right w:w="80" w:type="dxa"/>
            </w:tcMar>
            <w:vAlign w:val="center"/>
          </w:tcPr>
          <w:p w14:paraId="1A1217D6" w14:textId="4C816DFE" w:rsidR="00DB793E" w:rsidRDefault="00000000">
            <w:r>
              <w:rPr>
                <w:rFonts w:eastAsia="Times New Roman" w:cs="Times New Roman"/>
                <w:sz w:val="16"/>
              </w:rPr>
              <w:t xml:space="preserve">Clinical + </w:t>
            </w:r>
            <w:r w:rsidR="009B64B8">
              <w:rPr>
                <w:rFonts w:eastAsia="Times New Roman" w:cs="Times New Roman"/>
                <w:sz w:val="16"/>
              </w:rPr>
              <w:t>VOIFusion3mm</w:t>
            </w:r>
            <w:r>
              <w:rPr>
                <w:rFonts w:eastAsia="Times New Roman" w:cs="Times New Roman"/>
                <w:sz w:val="16"/>
              </w:rPr>
              <w:t>†</w:t>
            </w:r>
          </w:p>
        </w:tc>
        <w:tc>
          <w:tcPr>
            <w:tcW w:w="3033" w:type="dxa"/>
            <w:tcMar>
              <w:top w:w="55" w:type="dxa"/>
              <w:left w:w="80" w:type="dxa"/>
              <w:bottom w:w="55" w:type="dxa"/>
              <w:right w:w="80" w:type="dxa"/>
            </w:tcMar>
            <w:vAlign w:val="center"/>
          </w:tcPr>
          <w:p w14:paraId="432919C6" w14:textId="77777777" w:rsidR="00DB793E" w:rsidRDefault="00000000">
            <w:r>
              <w:rPr>
                <w:rFonts w:eastAsia="Times New Roman" w:cs="Times New Roman"/>
                <w:sz w:val="16"/>
              </w:rPr>
              <w:t>Average precision</w:t>
            </w:r>
          </w:p>
        </w:tc>
        <w:tc>
          <w:tcPr>
            <w:tcW w:w="2729" w:type="dxa"/>
            <w:tcMar>
              <w:top w:w="55" w:type="dxa"/>
              <w:left w:w="80" w:type="dxa"/>
              <w:bottom w:w="55" w:type="dxa"/>
              <w:right w:w="80" w:type="dxa"/>
            </w:tcMar>
            <w:vAlign w:val="center"/>
          </w:tcPr>
          <w:p w14:paraId="1ACEA124" w14:textId="77777777" w:rsidR="00DB793E" w:rsidRDefault="00000000">
            <w:pPr>
              <w:jc w:val="center"/>
            </w:pPr>
            <w:r>
              <w:rPr>
                <w:rFonts w:eastAsia="Times New Roman" w:cs="Times New Roman"/>
                <w:sz w:val="16"/>
              </w:rPr>
              <w:t>0.304 (0.050)</w:t>
            </w:r>
          </w:p>
        </w:tc>
        <w:tc>
          <w:tcPr>
            <w:tcW w:w="3033" w:type="dxa"/>
            <w:tcMar>
              <w:top w:w="55" w:type="dxa"/>
              <w:left w:w="80" w:type="dxa"/>
              <w:bottom w:w="55" w:type="dxa"/>
              <w:right w:w="80" w:type="dxa"/>
            </w:tcMar>
            <w:vAlign w:val="center"/>
          </w:tcPr>
          <w:p w14:paraId="04089E40" w14:textId="77777777" w:rsidR="00DB793E" w:rsidRDefault="00000000">
            <w:pPr>
              <w:jc w:val="center"/>
            </w:pPr>
            <w:r>
              <w:rPr>
                <w:rFonts w:eastAsia="Times New Roman" w:cs="Times New Roman"/>
                <w:sz w:val="16"/>
              </w:rPr>
              <w:t>0.212–0.396</w:t>
            </w:r>
          </w:p>
        </w:tc>
        <w:tc>
          <w:tcPr>
            <w:tcW w:w="3035" w:type="dxa"/>
            <w:tcMar>
              <w:top w:w="55" w:type="dxa"/>
              <w:left w:w="80" w:type="dxa"/>
              <w:bottom w:w="55" w:type="dxa"/>
              <w:right w:w="80" w:type="dxa"/>
            </w:tcMar>
            <w:vAlign w:val="center"/>
          </w:tcPr>
          <w:p w14:paraId="59ABAB41" w14:textId="77777777" w:rsidR="00DB793E" w:rsidRDefault="00000000">
            <w:pPr>
              <w:jc w:val="center"/>
            </w:pPr>
            <w:r>
              <w:rPr>
                <w:rFonts w:eastAsia="Times New Roman" w:cs="Times New Roman"/>
                <w:sz w:val="16"/>
              </w:rPr>
              <w:t>0.236–0.404</w:t>
            </w:r>
          </w:p>
        </w:tc>
      </w:tr>
      <w:tr w:rsidR="00DB793E" w14:paraId="7016C346" w14:textId="77777777">
        <w:trPr>
          <w:cantSplit/>
        </w:trPr>
        <w:tc>
          <w:tcPr>
            <w:tcW w:w="2426" w:type="dxa"/>
            <w:tcMar>
              <w:top w:w="55" w:type="dxa"/>
              <w:left w:w="80" w:type="dxa"/>
              <w:bottom w:w="55" w:type="dxa"/>
              <w:right w:w="80" w:type="dxa"/>
            </w:tcMar>
            <w:vAlign w:val="center"/>
          </w:tcPr>
          <w:p w14:paraId="09CD6EE6" w14:textId="7FE1E47E" w:rsidR="00DB793E" w:rsidRDefault="00000000">
            <w:r>
              <w:rPr>
                <w:rFonts w:eastAsia="Times New Roman" w:cs="Times New Roman"/>
                <w:sz w:val="16"/>
              </w:rPr>
              <w:t xml:space="preserve">Clinical + </w:t>
            </w:r>
            <w:r w:rsidR="009B64B8">
              <w:rPr>
                <w:rFonts w:eastAsia="Times New Roman" w:cs="Times New Roman"/>
                <w:sz w:val="16"/>
              </w:rPr>
              <w:t>VOIFusion3mm</w:t>
            </w:r>
            <w:r>
              <w:rPr>
                <w:rFonts w:eastAsia="Times New Roman" w:cs="Times New Roman"/>
                <w:sz w:val="16"/>
              </w:rPr>
              <w:t>†</w:t>
            </w:r>
          </w:p>
        </w:tc>
        <w:tc>
          <w:tcPr>
            <w:tcW w:w="3033" w:type="dxa"/>
            <w:tcMar>
              <w:top w:w="55" w:type="dxa"/>
              <w:left w:w="80" w:type="dxa"/>
              <w:bottom w:w="55" w:type="dxa"/>
              <w:right w:w="80" w:type="dxa"/>
            </w:tcMar>
            <w:vAlign w:val="center"/>
          </w:tcPr>
          <w:p w14:paraId="2924206F" w14:textId="77777777" w:rsidR="00DB793E" w:rsidRDefault="00000000">
            <w:r>
              <w:rPr>
                <w:rFonts w:eastAsia="Times New Roman" w:cs="Times New Roman"/>
                <w:sz w:val="16"/>
              </w:rPr>
              <w:t>Brier</w:t>
            </w:r>
          </w:p>
        </w:tc>
        <w:tc>
          <w:tcPr>
            <w:tcW w:w="2729" w:type="dxa"/>
            <w:tcMar>
              <w:top w:w="55" w:type="dxa"/>
              <w:left w:w="80" w:type="dxa"/>
              <w:bottom w:w="55" w:type="dxa"/>
              <w:right w:w="80" w:type="dxa"/>
            </w:tcMar>
            <w:vAlign w:val="center"/>
          </w:tcPr>
          <w:p w14:paraId="69FD029C" w14:textId="77777777" w:rsidR="00DB793E" w:rsidRDefault="00000000">
            <w:pPr>
              <w:jc w:val="center"/>
            </w:pPr>
            <w:r>
              <w:rPr>
                <w:rFonts w:eastAsia="Times New Roman" w:cs="Times New Roman"/>
                <w:sz w:val="16"/>
              </w:rPr>
              <w:t>0.192 (0.006)</w:t>
            </w:r>
          </w:p>
        </w:tc>
        <w:tc>
          <w:tcPr>
            <w:tcW w:w="3033" w:type="dxa"/>
            <w:tcMar>
              <w:top w:w="55" w:type="dxa"/>
              <w:left w:w="80" w:type="dxa"/>
              <w:bottom w:w="55" w:type="dxa"/>
              <w:right w:w="80" w:type="dxa"/>
            </w:tcMar>
            <w:vAlign w:val="center"/>
          </w:tcPr>
          <w:p w14:paraId="2A5A1508" w14:textId="77777777" w:rsidR="00DB793E" w:rsidRDefault="00000000">
            <w:pPr>
              <w:jc w:val="center"/>
            </w:pPr>
            <w:r>
              <w:rPr>
                <w:rFonts w:eastAsia="Times New Roman" w:cs="Times New Roman"/>
                <w:sz w:val="16"/>
              </w:rPr>
              <w:t>0.183–0.203</w:t>
            </w:r>
          </w:p>
        </w:tc>
        <w:tc>
          <w:tcPr>
            <w:tcW w:w="3035" w:type="dxa"/>
            <w:tcMar>
              <w:top w:w="55" w:type="dxa"/>
              <w:left w:w="80" w:type="dxa"/>
              <w:bottom w:w="55" w:type="dxa"/>
              <w:right w:w="80" w:type="dxa"/>
            </w:tcMar>
            <w:vAlign w:val="center"/>
          </w:tcPr>
          <w:p w14:paraId="5CE59F22" w14:textId="77777777" w:rsidR="00DB793E" w:rsidRDefault="00000000">
            <w:pPr>
              <w:jc w:val="center"/>
            </w:pPr>
            <w:r>
              <w:rPr>
                <w:rFonts w:eastAsia="Times New Roman" w:cs="Times New Roman"/>
                <w:sz w:val="16"/>
              </w:rPr>
              <w:t>0.158–0.226</w:t>
            </w:r>
          </w:p>
        </w:tc>
      </w:tr>
      <w:tr w:rsidR="00DB793E" w14:paraId="303655CF" w14:textId="77777777">
        <w:trPr>
          <w:cantSplit/>
        </w:trPr>
        <w:tc>
          <w:tcPr>
            <w:tcW w:w="2426" w:type="dxa"/>
            <w:tcMar>
              <w:top w:w="55" w:type="dxa"/>
              <w:left w:w="80" w:type="dxa"/>
              <w:bottom w:w="55" w:type="dxa"/>
              <w:right w:w="80" w:type="dxa"/>
            </w:tcMar>
            <w:vAlign w:val="center"/>
          </w:tcPr>
          <w:p w14:paraId="344E5229" w14:textId="7BAC0041" w:rsidR="00DB793E" w:rsidRDefault="00000000">
            <w:r>
              <w:rPr>
                <w:rFonts w:eastAsia="Times New Roman" w:cs="Times New Roman"/>
                <w:sz w:val="16"/>
              </w:rPr>
              <w:t xml:space="preserve">Clinical + </w:t>
            </w:r>
            <w:r w:rsidR="009B64B8">
              <w:rPr>
                <w:rFonts w:eastAsia="Times New Roman" w:cs="Times New Roman"/>
                <w:sz w:val="16"/>
              </w:rPr>
              <w:t>VOIFusion3mm</w:t>
            </w:r>
            <w:r>
              <w:rPr>
                <w:rFonts w:eastAsia="Times New Roman" w:cs="Times New Roman"/>
                <w:sz w:val="16"/>
              </w:rPr>
              <w:t>†</w:t>
            </w:r>
          </w:p>
        </w:tc>
        <w:tc>
          <w:tcPr>
            <w:tcW w:w="3033" w:type="dxa"/>
            <w:tcMar>
              <w:top w:w="55" w:type="dxa"/>
              <w:left w:w="80" w:type="dxa"/>
              <w:bottom w:w="55" w:type="dxa"/>
              <w:right w:w="80" w:type="dxa"/>
            </w:tcMar>
            <w:vAlign w:val="center"/>
          </w:tcPr>
          <w:p w14:paraId="3BB2C0F1" w14:textId="77777777" w:rsidR="00DB793E" w:rsidRDefault="00000000">
            <w:r>
              <w:rPr>
                <w:rFonts w:eastAsia="Times New Roman" w:cs="Times New Roman"/>
                <w:sz w:val="16"/>
              </w:rPr>
              <w:t>Calibration intercept</w:t>
            </w:r>
          </w:p>
        </w:tc>
        <w:tc>
          <w:tcPr>
            <w:tcW w:w="2729" w:type="dxa"/>
            <w:tcMar>
              <w:top w:w="55" w:type="dxa"/>
              <w:left w:w="80" w:type="dxa"/>
              <w:bottom w:w="55" w:type="dxa"/>
              <w:right w:w="80" w:type="dxa"/>
            </w:tcMar>
            <w:vAlign w:val="center"/>
          </w:tcPr>
          <w:p w14:paraId="53A0B36B" w14:textId="77777777" w:rsidR="00DB793E" w:rsidRDefault="00000000">
            <w:pPr>
              <w:jc w:val="center"/>
            </w:pPr>
            <w:r>
              <w:rPr>
                <w:rFonts w:eastAsia="Times New Roman" w:cs="Times New Roman"/>
                <w:sz w:val="16"/>
              </w:rPr>
              <w:t>−0.807 (0.899)</w:t>
            </w:r>
          </w:p>
        </w:tc>
        <w:tc>
          <w:tcPr>
            <w:tcW w:w="3033" w:type="dxa"/>
            <w:tcMar>
              <w:top w:w="55" w:type="dxa"/>
              <w:left w:w="80" w:type="dxa"/>
              <w:bottom w:w="55" w:type="dxa"/>
              <w:right w:w="80" w:type="dxa"/>
            </w:tcMar>
            <w:vAlign w:val="center"/>
          </w:tcPr>
          <w:p w14:paraId="570FEFDA" w14:textId="77777777" w:rsidR="00DB793E" w:rsidRDefault="00000000">
            <w:pPr>
              <w:jc w:val="center"/>
            </w:pPr>
            <w:r>
              <w:rPr>
                <w:rFonts w:eastAsia="Times New Roman" w:cs="Times New Roman"/>
                <w:sz w:val="16"/>
              </w:rPr>
              <w:t>−2.826–0.222</w:t>
            </w:r>
          </w:p>
        </w:tc>
        <w:tc>
          <w:tcPr>
            <w:tcW w:w="3035" w:type="dxa"/>
            <w:tcMar>
              <w:top w:w="55" w:type="dxa"/>
              <w:left w:w="80" w:type="dxa"/>
              <w:bottom w:w="55" w:type="dxa"/>
              <w:right w:w="80" w:type="dxa"/>
            </w:tcMar>
            <w:vAlign w:val="center"/>
          </w:tcPr>
          <w:p w14:paraId="19717230" w14:textId="77777777" w:rsidR="00DB793E" w:rsidRDefault="00000000">
            <w:pPr>
              <w:jc w:val="center"/>
            </w:pPr>
            <w:r>
              <w:rPr>
                <w:rFonts w:eastAsia="Times New Roman" w:cs="Times New Roman"/>
                <w:sz w:val="16"/>
              </w:rPr>
              <w:t>−1.568–−0.071</w:t>
            </w:r>
          </w:p>
        </w:tc>
      </w:tr>
      <w:tr w:rsidR="00DB793E" w14:paraId="3445EB75" w14:textId="77777777">
        <w:trPr>
          <w:cantSplit/>
        </w:trPr>
        <w:tc>
          <w:tcPr>
            <w:tcW w:w="2426" w:type="dxa"/>
            <w:tcMar>
              <w:top w:w="55" w:type="dxa"/>
              <w:left w:w="80" w:type="dxa"/>
              <w:bottom w:w="55" w:type="dxa"/>
              <w:right w:w="80" w:type="dxa"/>
            </w:tcMar>
            <w:vAlign w:val="center"/>
          </w:tcPr>
          <w:p w14:paraId="2F86ACC8" w14:textId="654A121F" w:rsidR="00DB793E" w:rsidRDefault="00000000">
            <w:r>
              <w:rPr>
                <w:rFonts w:eastAsia="Times New Roman" w:cs="Times New Roman"/>
                <w:sz w:val="16"/>
              </w:rPr>
              <w:t xml:space="preserve">Clinical + </w:t>
            </w:r>
            <w:r w:rsidR="009B64B8">
              <w:rPr>
                <w:rFonts w:eastAsia="Times New Roman" w:cs="Times New Roman"/>
                <w:sz w:val="16"/>
              </w:rPr>
              <w:t>VOIFusion3mm</w:t>
            </w:r>
            <w:r>
              <w:rPr>
                <w:rFonts w:eastAsia="Times New Roman" w:cs="Times New Roman"/>
                <w:sz w:val="16"/>
              </w:rPr>
              <w:t>†</w:t>
            </w:r>
          </w:p>
        </w:tc>
        <w:tc>
          <w:tcPr>
            <w:tcW w:w="3033" w:type="dxa"/>
            <w:tcMar>
              <w:top w:w="55" w:type="dxa"/>
              <w:left w:w="80" w:type="dxa"/>
              <w:bottom w:w="55" w:type="dxa"/>
              <w:right w:w="80" w:type="dxa"/>
            </w:tcMar>
            <w:vAlign w:val="center"/>
          </w:tcPr>
          <w:p w14:paraId="5C9F528A" w14:textId="77777777" w:rsidR="00DB793E" w:rsidRDefault="00000000">
            <w:r>
              <w:rPr>
                <w:rFonts w:eastAsia="Times New Roman" w:cs="Times New Roman"/>
                <w:sz w:val="16"/>
              </w:rPr>
              <w:t>Calibration slope</w:t>
            </w:r>
          </w:p>
        </w:tc>
        <w:tc>
          <w:tcPr>
            <w:tcW w:w="2729" w:type="dxa"/>
            <w:tcMar>
              <w:top w:w="55" w:type="dxa"/>
              <w:left w:w="80" w:type="dxa"/>
              <w:bottom w:w="55" w:type="dxa"/>
              <w:right w:w="80" w:type="dxa"/>
            </w:tcMar>
            <w:vAlign w:val="center"/>
          </w:tcPr>
          <w:p w14:paraId="672E68D3" w14:textId="77777777" w:rsidR="00DB793E" w:rsidRDefault="00000000">
            <w:pPr>
              <w:jc w:val="center"/>
            </w:pPr>
            <w:r>
              <w:rPr>
                <w:rFonts w:eastAsia="Times New Roman" w:cs="Times New Roman"/>
                <w:sz w:val="16"/>
              </w:rPr>
              <w:t>0.269 (0.867)</w:t>
            </w:r>
          </w:p>
        </w:tc>
        <w:tc>
          <w:tcPr>
            <w:tcW w:w="3033" w:type="dxa"/>
            <w:tcMar>
              <w:top w:w="55" w:type="dxa"/>
              <w:left w:w="80" w:type="dxa"/>
              <w:bottom w:w="55" w:type="dxa"/>
              <w:right w:w="80" w:type="dxa"/>
            </w:tcMar>
            <w:vAlign w:val="center"/>
          </w:tcPr>
          <w:p w14:paraId="7A7847AE" w14:textId="77777777" w:rsidR="00DB793E" w:rsidRDefault="00000000">
            <w:pPr>
              <w:jc w:val="center"/>
            </w:pPr>
            <w:r>
              <w:rPr>
                <w:rFonts w:eastAsia="Times New Roman" w:cs="Times New Roman"/>
                <w:sz w:val="16"/>
              </w:rPr>
              <w:t>−1.671–1.232</w:t>
            </w:r>
          </w:p>
        </w:tc>
        <w:tc>
          <w:tcPr>
            <w:tcW w:w="3035" w:type="dxa"/>
            <w:tcMar>
              <w:top w:w="55" w:type="dxa"/>
              <w:left w:w="80" w:type="dxa"/>
              <w:bottom w:w="55" w:type="dxa"/>
              <w:right w:w="80" w:type="dxa"/>
            </w:tcMar>
            <w:vAlign w:val="center"/>
          </w:tcPr>
          <w:p w14:paraId="7362E707" w14:textId="77777777" w:rsidR="00DB793E" w:rsidRDefault="00000000">
            <w:pPr>
              <w:jc w:val="center"/>
            </w:pPr>
            <w:r>
              <w:rPr>
                <w:rFonts w:eastAsia="Times New Roman" w:cs="Times New Roman"/>
                <w:sz w:val="16"/>
              </w:rPr>
              <w:t>−0.331–0.925</w:t>
            </w:r>
          </w:p>
        </w:tc>
      </w:tr>
      <w:tr w:rsidR="00DB793E" w14:paraId="6E2B7DB6" w14:textId="77777777">
        <w:trPr>
          <w:cantSplit/>
        </w:trPr>
        <w:tc>
          <w:tcPr>
            <w:tcW w:w="2426" w:type="dxa"/>
            <w:tcMar>
              <w:top w:w="55" w:type="dxa"/>
              <w:left w:w="80" w:type="dxa"/>
              <w:bottom w:w="55" w:type="dxa"/>
              <w:right w:w="80" w:type="dxa"/>
            </w:tcMar>
            <w:vAlign w:val="center"/>
          </w:tcPr>
          <w:p w14:paraId="7966C157" w14:textId="2FFF81DE" w:rsidR="00DB793E" w:rsidRDefault="00000000">
            <w:r>
              <w:rPr>
                <w:rFonts w:eastAsia="Times New Roman" w:cs="Times New Roman"/>
                <w:sz w:val="16"/>
              </w:rPr>
              <w:t xml:space="preserve">Clinical + </w:t>
            </w:r>
            <w:r w:rsidR="009B64B8">
              <w:rPr>
                <w:rFonts w:eastAsia="Times New Roman" w:cs="Times New Roman"/>
                <w:sz w:val="16"/>
              </w:rPr>
              <w:t>VOIFusion3mm</w:t>
            </w:r>
            <w:r>
              <w:rPr>
                <w:rFonts w:eastAsia="Times New Roman" w:cs="Times New Roman"/>
                <w:sz w:val="16"/>
              </w:rPr>
              <w:t>†</w:t>
            </w:r>
          </w:p>
        </w:tc>
        <w:tc>
          <w:tcPr>
            <w:tcW w:w="3033" w:type="dxa"/>
            <w:tcMar>
              <w:top w:w="55" w:type="dxa"/>
              <w:left w:w="80" w:type="dxa"/>
              <w:bottom w:w="55" w:type="dxa"/>
              <w:right w:w="80" w:type="dxa"/>
            </w:tcMar>
            <w:vAlign w:val="center"/>
          </w:tcPr>
          <w:p w14:paraId="76141EA3" w14:textId="77777777" w:rsidR="00DB793E" w:rsidRDefault="00000000">
            <w:r>
              <w:rPr>
                <w:rFonts w:eastAsia="Times New Roman" w:cs="Times New Roman"/>
                <w:sz w:val="16"/>
              </w:rPr>
              <w:t>Brier skill</w:t>
            </w:r>
          </w:p>
        </w:tc>
        <w:tc>
          <w:tcPr>
            <w:tcW w:w="2729" w:type="dxa"/>
            <w:tcMar>
              <w:top w:w="55" w:type="dxa"/>
              <w:left w:w="80" w:type="dxa"/>
              <w:bottom w:w="55" w:type="dxa"/>
              <w:right w:w="80" w:type="dxa"/>
            </w:tcMar>
            <w:vAlign w:val="center"/>
          </w:tcPr>
          <w:p w14:paraId="7CE8531D" w14:textId="77777777" w:rsidR="00DB793E" w:rsidRDefault="00000000">
            <w:pPr>
              <w:jc w:val="center"/>
            </w:pPr>
            <w:r>
              <w:rPr>
                <w:rFonts w:eastAsia="Times New Roman" w:cs="Times New Roman"/>
                <w:sz w:val="16"/>
              </w:rPr>
              <w:t>−0.009 (0.034)</w:t>
            </w:r>
          </w:p>
        </w:tc>
        <w:tc>
          <w:tcPr>
            <w:tcW w:w="3033" w:type="dxa"/>
            <w:tcMar>
              <w:top w:w="55" w:type="dxa"/>
              <w:left w:w="80" w:type="dxa"/>
              <w:bottom w:w="55" w:type="dxa"/>
              <w:right w:w="80" w:type="dxa"/>
            </w:tcMar>
            <w:vAlign w:val="center"/>
          </w:tcPr>
          <w:p w14:paraId="77C98222" w14:textId="77777777" w:rsidR="00DB793E" w:rsidRDefault="00000000">
            <w:pPr>
              <w:jc w:val="center"/>
            </w:pPr>
            <w:r>
              <w:rPr>
                <w:rFonts w:eastAsia="Times New Roman" w:cs="Times New Roman"/>
                <w:sz w:val="16"/>
              </w:rPr>
              <w:t>−0.068–0.040</w:t>
            </w:r>
          </w:p>
        </w:tc>
        <w:tc>
          <w:tcPr>
            <w:tcW w:w="3035" w:type="dxa"/>
            <w:tcMar>
              <w:top w:w="55" w:type="dxa"/>
              <w:left w:w="80" w:type="dxa"/>
              <w:bottom w:w="55" w:type="dxa"/>
              <w:right w:w="80" w:type="dxa"/>
            </w:tcMar>
            <w:vAlign w:val="center"/>
          </w:tcPr>
          <w:p w14:paraId="08924346" w14:textId="77777777" w:rsidR="00DB793E" w:rsidRDefault="00000000">
            <w:pPr>
              <w:jc w:val="center"/>
            </w:pPr>
            <w:r>
              <w:rPr>
                <w:rFonts w:eastAsia="Times New Roman" w:cs="Times New Roman"/>
                <w:sz w:val="16"/>
              </w:rPr>
              <w:t>−0.043–0.021</w:t>
            </w:r>
          </w:p>
        </w:tc>
      </w:tr>
    </w:tbl>
    <w:p w14:paraId="1582B28B" w14:textId="77777777" w:rsidR="00DB793E" w:rsidRDefault="00000000">
      <w:pPr>
        <w:keepNext/>
        <w:spacing w:before="100" w:after="60"/>
      </w:pPr>
      <w:r>
        <w:rPr>
          <w:rFonts w:eastAsia="Times New Roman" w:cs="Times New Roman"/>
          <w:b/>
        </w:rPr>
        <w:t>B. Confirmatory Family C: clinical versus clinical + INTRA</w:t>
      </w:r>
    </w:p>
    <w:tbl>
      <w:tblPr>
        <w:tblW w:w="14256" w:type="dxa"/>
        <w:tblBorders>
          <w:top w:val="single" w:sz="10" w:space="0" w:color="000000"/>
          <w:left w:val="nil"/>
          <w:bottom w:val="single" w:sz="10" w:space="0" w:color="000000"/>
          <w:right w:val="nil"/>
          <w:insideH w:val="nil"/>
          <w:insideV w:val="nil"/>
        </w:tblBorders>
        <w:tblLayout w:type="fixed"/>
        <w:tblLook w:val="04A0" w:firstRow="1" w:lastRow="0" w:firstColumn="1" w:lastColumn="0" w:noHBand="0" w:noVBand="1"/>
      </w:tblPr>
      <w:tblGrid>
        <w:gridCol w:w="3997"/>
        <w:gridCol w:w="2187"/>
        <w:gridCol w:w="4902"/>
        <w:gridCol w:w="1584"/>
        <w:gridCol w:w="1586"/>
      </w:tblGrid>
      <w:tr w:rsidR="00DB793E" w14:paraId="1EEB93B6" w14:textId="77777777">
        <w:trPr>
          <w:cantSplit/>
          <w:tblHeader/>
        </w:trPr>
        <w:tc>
          <w:tcPr>
            <w:tcW w:w="3997" w:type="dxa"/>
            <w:tcBorders>
              <w:bottom w:val="single" w:sz="6" w:space="0" w:color="000000"/>
            </w:tcBorders>
            <w:tcMar>
              <w:top w:w="55" w:type="dxa"/>
              <w:left w:w="80" w:type="dxa"/>
              <w:bottom w:w="55" w:type="dxa"/>
              <w:right w:w="80" w:type="dxa"/>
            </w:tcMar>
            <w:vAlign w:val="center"/>
          </w:tcPr>
          <w:p w14:paraId="5208490D" w14:textId="77777777" w:rsidR="00DB793E" w:rsidRDefault="00000000">
            <w:pPr>
              <w:jc w:val="center"/>
            </w:pPr>
            <w:r>
              <w:rPr>
                <w:rFonts w:eastAsia="Times New Roman" w:cs="Times New Roman"/>
                <w:b/>
                <w:sz w:val="16"/>
              </w:rPr>
              <w:t>Comparison (A − B)</w:t>
            </w:r>
          </w:p>
        </w:tc>
        <w:tc>
          <w:tcPr>
            <w:tcW w:w="2187" w:type="dxa"/>
            <w:tcBorders>
              <w:bottom w:val="single" w:sz="6" w:space="0" w:color="000000"/>
            </w:tcBorders>
            <w:tcMar>
              <w:top w:w="55" w:type="dxa"/>
              <w:left w:w="80" w:type="dxa"/>
              <w:bottom w:w="55" w:type="dxa"/>
              <w:right w:w="80" w:type="dxa"/>
            </w:tcMar>
            <w:vAlign w:val="center"/>
          </w:tcPr>
          <w:p w14:paraId="22E7474C" w14:textId="77777777" w:rsidR="00DB793E" w:rsidRDefault="00000000">
            <w:pPr>
              <w:jc w:val="center"/>
            </w:pPr>
            <w:r>
              <w:rPr>
                <w:rFonts w:eastAsia="Times New Roman" w:cs="Times New Roman"/>
                <w:b/>
                <w:sz w:val="16"/>
              </w:rPr>
              <w:t>Metric</w:t>
            </w:r>
          </w:p>
        </w:tc>
        <w:tc>
          <w:tcPr>
            <w:tcW w:w="4902" w:type="dxa"/>
            <w:tcBorders>
              <w:bottom w:val="single" w:sz="6" w:space="0" w:color="000000"/>
            </w:tcBorders>
            <w:tcMar>
              <w:top w:w="55" w:type="dxa"/>
              <w:left w:w="80" w:type="dxa"/>
              <w:bottom w:w="55" w:type="dxa"/>
              <w:right w:w="80" w:type="dxa"/>
            </w:tcMar>
            <w:vAlign w:val="center"/>
          </w:tcPr>
          <w:p w14:paraId="1DA704B4" w14:textId="77777777" w:rsidR="00DB793E" w:rsidRDefault="00000000">
            <w:pPr>
              <w:jc w:val="center"/>
            </w:pPr>
            <w:r>
              <w:rPr>
                <w:rFonts w:eastAsia="Times New Roman" w:cs="Times New Roman"/>
                <w:b/>
                <w:sz w:val="16"/>
              </w:rPr>
              <w:t>Difference (95% CI)</w:t>
            </w:r>
          </w:p>
        </w:tc>
        <w:tc>
          <w:tcPr>
            <w:tcW w:w="1584" w:type="dxa"/>
            <w:tcBorders>
              <w:bottom w:val="single" w:sz="6" w:space="0" w:color="000000"/>
            </w:tcBorders>
            <w:tcMar>
              <w:top w:w="55" w:type="dxa"/>
              <w:left w:w="80" w:type="dxa"/>
              <w:bottom w:w="55" w:type="dxa"/>
              <w:right w:w="80" w:type="dxa"/>
            </w:tcMar>
            <w:vAlign w:val="center"/>
          </w:tcPr>
          <w:p w14:paraId="2B6C3BEB" w14:textId="77777777" w:rsidR="00DB793E" w:rsidRDefault="00000000">
            <w:pPr>
              <w:jc w:val="center"/>
            </w:pPr>
            <w:r>
              <w:rPr>
                <w:rFonts w:eastAsia="Times New Roman" w:cs="Times New Roman"/>
                <w:b/>
                <w:sz w:val="16"/>
              </w:rPr>
              <w:t>P value</w:t>
            </w:r>
          </w:p>
        </w:tc>
        <w:tc>
          <w:tcPr>
            <w:tcW w:w="1586" w:type="dxa"/>
            <w:tcBorders>
              <w:bottom w:val="single" w:sz="6" w:space="0" w:color="000000"/>
            </w:tcBorders>
            <w:tcMar>
              <w:top w:w="55" w:type="dxa"/>
              <w:left w:w="80" w:type="dxa"/>
              <w:bottom w:w="55" w:type="dxa"/>
              <w:right w:w="80" w:type="dxa"/>
            </w:tcMar>
            <w:vAlign w:val="center"/>
          </w:tcPr>
          <w:p w14:paraId="724367A2" w14:textId="77777777" w:rsidR="00DB793E" w:rsidRDefault="00000000">
            <w:pPr>
              <w:jc w:val="center"/>
            </w:pPr>
            <w:r>
              <w:rPr>
                <w:rFonts w:eastAsia="Times New Roman" w:cs="Times New Roman"/>
                <w:b/>
                <w:sz w:val="16"/>
              </w:rPr>
              <w:t>q value</w:t>
            </w:r>
          </w:p>
        </w:tc>
      </w:tr>
      <w:tr w:rsidR="00DB793E" w14:paraId="33C152DF" w14:textId="77777777">
        <w:trPr>
          <w:cantSplit/>
        </w:trPr>
        <w:tc>
          <w:tcPr>
            <w:tcW w:w="3997" w:type="dxa"/>
            <w:tcMar>
              <w:top w:w="55" w:type="dxa"/>
              <w:left w:w="80" w:type="dxa"/>
              <w:bottom w:w="55" w:type="dxa"/>
              <w:right w:w="80" w:type="dxa"/>
            </w:tcMar>
            <w:vAlign w:val="center"/>
          </w:tcPr>
          <w:p w14:paraId="4E8E6949" w14:textId="77777777" w:rsidR="00DB793E" w:rsidRDefault="00000000">
            <w:r>
              <w:rPr>
                <w:rFonts w:eastAsia="Times New Roman" w:cs="Times New Roman"/>
                <w:sz w:val="16"/>
              </w:rPr>
              <w:t>Clinical − Clinical + INTRA</w:t>
            </w:r>
          </w:p>
        </w:tc>
        <w:tc>
          <w:tcPr>
            <w:tcW w:w="2187" w:type="dxa"/>
            <w:tcMar>
              <w:top w:w="55" w:type="dxa"/>
              <w:left w:w="80" w:type="dxa"/>
              <w:bottom w:w="55" w:type="dxa"/>
              <w:right w:w="80" w:type="dxa"/>
            </w:tcMar>
            <w:vAlign w:val="center"/>
          </w:tcPr>
          <w:p w14:paraId="4869E9E3" w14:textId="77777777" w:rsidR="00DB793E" w:rsidRDefault="00000000">
            <w:r>
              <w:rPr>
                <w:rFonts w:eastAsia="Times New Roman" w:cs="Times New Roman"/>
                <w:sz w:val="16"/>
              </w:rPr>
              <w:t>AUC</w:t>
            </w:r>
          </w:p>
        </w:tc>
        <w:tc>
          <w:tcPr>
            <w:tcW w:w="4902" w:type="dxa"/>
            <w:tcMar>
              <w:top w:w="55" w:type="dxa"/>
              <w:left w:w="80" w:type="dxa"/>
              <w:bottom w:w="55" w:type="dxa"/>
              <w:right w:w="80" w:type="dxa"/>
            </w:tcMar>
            <w:vAlign w:val="center"/>
          </w:tcPr>
          <w:p w14:paraId="223E9789" w14:textId="77777777" w:rsidR="00DB793E" w:rsidRDefault="00000000">
            <w:pPr>
              <w:jc w:val="center"/>
            </w:pPr>
            <w:r>
              <w:rPr>
                <w:rFonts w:eastAsia="Times New Roman" w:cs="Times New Roman"/>
                <w:sz w:val="16"/>
              </w:rPr>
              <w:t>+0.042 (−0.018 to 0.103)</w:t>
            </w:r>
          </w:p>
        </w:tc>
        <w:tc>
          <w:tcPr>
            <w:tcW w:w="1584" w:type="dxa"/>
            <w:tcMar>
              <w:top w:w="55" w:type="dxa"/>
              <w:left w:w="80" w:type="dxa"/>
              <w:bottom w:w="55" w:type="dxa"/>
              <w:right w:w="80" w:type="dxa"/>
            </w:tcMar>
            <w:vAlign w:val="center"/>
          </w:tcPr>
          <w:p w14:paraId="56483617" w14:textId="77777777" w:rsidR="00DB793E" w:rsidRDefault="00000000">
            <w:pPr>
              <w:jc w:val="center"/>
            </w:pPr>
            <w:r>
              <w:rPr>
                <w:rFonts w:eastAsia="Times New Roman" w:cs="Times New Roman"/>
                <w:sz w:val="16"/>
              </w:rPr>
              <w:t>0.181</w:t>
            </w:r>
          </w:p>
        </w:tc>
        <w:tc>
          <w:tcPr>
            <w:tcW w:w="1586" w:type="dxa"/>
            <w:tcMar>
              <w:top w:w="55" w:type="dxa"/>
              <w:left w:w="80" w:type="dxa"/>
              <w:bottom w:w="55" w:type="dxa"/>
              <w:right w:w="80" w:type="dxa"/>
            </w:tcMar>
            <w:vAlign w:val="center"/>
          </w:tcPr>
          <w:p w14:paraId="2B4FE999" w14:textId="77777777" w:rsidR="00DB793E" w:rsidRDefault="00000000">
            <w:pPr>
              <w:jc w:val="center"/>
            </w:pPr>
            <w:r>
              <w:rPr>
                <w:rFonts w:eastAsia="Times New Roman" w:cs="Times New Roman"/>
                <w:sz w:val="16"/>
              </w:rPr>
              <w:t>0.181</w:t>
            </w:r>
          </w:p>
        </w:tc>
      </w:tr>
      <w:tr w:rsidR="00DB793E" w14:paraId="534C29DD" w14:textId="77777777">
        <w:trPr>
          <w:cantSplit/>
        </w:trPr>
        <w:tc>
          <w:tcPr>
            <w:tcW w:w="3997" w:type="dxa"/>
            <w:tcMar>
              <w:top w:w="55" w:type="dxa"/>
              <w:left w:w="80" w:type="dxa"/>
              <w:bottom w:w="55" w:type="dxa"/>
              <w:right w:w="80" w:type="dxa"/>
            </w:tcMar>
            <w:vAlign w:val="center"/>
          </w:tcPr>
          <w:p w14:paraId="1A950902" w14:textId="77777777" w:rsidR="00DB793E" w:rsidRDefault="00000000">
            <w:r>
              <w:rPr>
                <w:rFonts w:eastAsia="Times New Roman" w:cs="Times New Roman"/>
                <w:sz w:val="16"/>
              </w:rPr>
              <w:t>Clinical − Clinical + INTRA</w:t>
            </w:r>
          </w:p>
        </w:tc>
        <w:tc>
          <w:tcPr>
            <w:tcW w:w="2187" w:type="dxa"/>
            <w:tcMar>
              <w:top w:w="55" w:type="dxa"/>
              <w:left w:w="80" w:type="dxa"/>
              <w:bottom w:w="55" w:type="dxa"/>
              <w:right w:w="80" w:type="dxa"/>
            </w:tcMar>
            <w:vAlign w:val="center"/>
          </w:tcPr>
          <w:p w14:paraId="62875CF4" w14:textId="77777777" w:rsidR="00DB793E" w:rsidRDefault="00000000">
            <w:r>
              <w:rPr>
                <w:rFonts w:eastAsia="Times New Roman" w:cs="Times New Roman"/>
                <w:sz w:val="16"/>
              </w:rPr>
              <w:t>Average precision</w:t>
            </w:r>
          </w:p>
        </w:tc>
        <w:tc>
          <w:tcPr>
            <w:tcW w:w="4902" w:type="dxa"/>
            <w:tcMar>
              <w:top w:w="55" w:type="dxa"/>
              <w:left w:w="80" w:type="dxa"/>
              <w:bottom w:w="55" w:type="dxa"/>
              <w:right w:w="80" w:type="dxa"/>
            </w:tcMar>
            <w:vAlign w:val="center"/>
          </w:tcPr>
          <w:p w14:paraId="7E05E490" w14:textId="77777777" w:rsidR="00DB793E" w:rsidRDefault="00000000">
            <w:pPr>
              <w:jc w:val="center"/>
            </w:pPr>
            <w:r>
              <w:rPr>
                <w:rFonts w:eastAsia="Times New Roman" w:cs="Times New Roman"/>
                <w:sz w:val="16"/>
              </w:rPr>
              <w:t>+0.004 (−0.048 to 0.066)</w:t>
            </w:r>
          </w:p>
        </w:tc>
        <w:tc>
          <w:tcPr>
            <w:tcW w:w="1584" w:type="dxa"/>
            <w:tcMar>
              <w:top w:w="55" w:type="dxa"/>
              <w:left w:w="80" w:type="dxa"/>
              <w:bottom w:w="55" w:type="dxa"/>
              <w:right w:w="80" w:type="dxa"/>
            </w:tcMar>
            <w:vAlign w:val="center"/>
          </w:tcPr>
          <w:p w14:paraId="431E660B" w14:textId="77777777" w:rsidR="00DB793E" w:rsidRDefault="00000000">
            <w:pPr>
              <w:jc w:val="center"/>
            </w:pPr>
            <w:r>
              <w:rPr>
                <w:rFonts w:eastAsia="Times New Roman" w:cs="Times New Roman"/>
                <w:sz w:val="16"/>
              </w:rPr>
              <w:t>0.886</w:t>
            </w:r>
          </w:p>
        </w:tc>
        <w:tc>
          <w:tcPr>
            <w:tcW w:w="1586" w:type="dxa"/>
            <w:tcMar>
              <w:top w:w="55" w:type="dxa"/>
              <w:left w:w="80" w:type="dxa"/>
              <w:bottom w:w="55" w:type="dxa"/>
              <w:right w:w="80" w:type="dxa"/>
            </w:tcMar>
            <w:vAlign w:val="center"/>
          </w:tcPr>
          <w:p w14:paraId="003D860C" w14:textId="77777777" w:rsidR="00DB793E" w:rsidRDefault="00000000">
            <w:pPr>
              <w:jc w:val="center"/>
            </w:pPr>
            <w:r>
              <w:rPr>
                <w:rFonts w:eastAsia="Times New Roman" w:cs="Times New Roman"/>
                <w:sz w:val="16"/>
              </w:rPr>
              <w:t>0.886</w:t>
            </w:r>
          </w:p>
        </w:tc>
      </w:tr>
      <w:tr w:rsidR="00DB793E" w14:paraId="090520CF" w14:textId="77777777">
        <w:trPr>
          <w:cantSplit/>
        </w:trPr>
        <w:tc>
          <w:tcPr>
            <w:tcW w:w="3997" w:type="dxa"/>
            <w:tcMar>
              <w:top w:w="55" w:type="dxa"/>
              <w:left w:w="80" w:type="dxa"/>
              <w:bottom w:w="55" w:type="dxa"/>
              <w:right w:w="80" w:type="dxa"/>
            </w:tcMar>
            <w:vAlign w:val="center"/>
          </w:tcPr>
          <w:p w14:paraId="2BEEE345" w14:textId="77777777" w:rsidR="00DB793E" w:rsidRDefault="00000000">
            <w:r>
              <w:rPr>
                <w:rFonts w:eastAsia="Times New Roman" w:cs="Times New Roman"/>
                <w:sz w:val="16"/>
              </w:rPr>
              <w:t>Clinical − Clinical + INTRA</w:t>
            </w:r>
          </w:p>
        </w:tc>
        <w:tc>
          <w:tcPr>
            <w:tcW w:w="2187" w:type="dxa"/>
            <w:tcMar>
              <w:top w:w="55" w:type="dxa"/>
              <w:left w:w="80" w:type="dxa"/>
              <w:bottom w:w="55" w:type="dxa"/>
              <w:right w:w="80" w:type="dxa"/>
            </w:tcMar>
            <w:vAlign w:val="center"/>
          </w:tcPr>
          <w:p w14:paraId="0691AA15" w14:textId="77777777" w:rsidR="00DB793E" w:rsidRDefault="00000000">
            <w:r>
              <w:rPr>
                <w:rFonts w:eastAsia="Times New Roman" w:cs="Times New Roman"/>
                <w:sz w:val="16"/>
              </w:rPr>
              <w:t>Brier</w:t>
            </w:r>
          </w:p>
        </w:tc>
        <w:tc>
          <w:tcPr>
            <w:tcW w:w="4902" w:type="dxa"/>
            <w:tcMar>
              <w:top w:w="55" w:type="dxa"/>
              <w:left w:w="80" w:type="dxa"/>
              <w:bottom w:w="55" w:type="dxa"/>
              <w:right w:w="80" w:type="dxa"/>
            </w:tcMar>
            <w:vAlign w:val="center"/>
          </w:tcPr>
          <w:p w14:paraId="1D369D35" w14:textId="77777777" w:rsidR="00DB793E" w:rsidRDefault="00000000">
            <w:pPr>
              <w:jc w:val="center"/>
            </w:pPr>
            <w:r>
              <w:rPr>
                <w:rFonts w:eastAsia="Times New Roman" w:cs="Times New Roman"/>
                <w:sz w:val="16"/>
              </w:rPr>
              <w:t>+0.016 (−0.002 to 0.035)</w:t>
            </w:r>
          </w:p>
        </w:tc>
        <w:tc>
          <w:tcPr>
            <w:tcW w:w="1584" w:type="dxa"/>
            <w:tcMar>
              <w:top w:w="55" w:type="dxa"/>
              <w:left w:w="80" w:type="dxa"/>
              <w:bottom w:w="55" w:type="dxa"/>
              <w:right w:w="80" w:type="dxa"/>
            </w:tcMar>
            <w:vAlign w:val="center"/>
          </w:tcPr>
          <w:p w14:paraId="5339A8DC" w14:textId="77777777" w:rsidR="00DB793E" w:rsidRDefault="00000000">
            <w:pPr>
              <w:jc w:val="center"/>
            </w:pPr>
            <w:r>
              <w:rPr>
                <w:rFonts w:eastAsia="Times New Roman" w:cs="Times New Roman"/>
                <w:sz w:val="16"/>
              </w:rPr>
              <w:t>0.090</w:t>
            </w:r>
          </w:p>
        </w:tc>
        <w:tc>
          <w:tcPr>
            <w:tcW w:w="1586" w:type="dxa"/>
            <w:tcMar>
              <w:top w:w="55" w:type="dxa"/>
              <w:left w:w="80" w:type="dxa"/>
              <w:bottom w:w="55" w:type="dxa"/>
              <w:right w:w="80" w:type="dxa"/>
            </w:tcMar>
            <w:vAlign w:val="center"/>
          </w:tcPr>
          <w:p w14:paraId="660FD902" w14:textId="77777777" w:rsidR="00DB793E" w:rsidRDefault="00000000">
            <w:pPr>
              <w:jc w:val="center"/>
            </w:pPr>
            <w:r>
              <w:rPr>
                <w:rFonts w:eastAsia="Times New Roman" w:cs="Times New Roman"/>
                <w:sz w:val="16"/>
              </w:rPr>
              <w:t>0.090</w:t>
            </w:r>
          </w:p>
        </w:tc>
      </w:tr>
    </w:tbl>
    <w:p w14:paraId="24C85B13" w14:textId="77777777" w:rsidR="00DB793E" w:rsidRDefault="00000000">
      <w:r>
        <w:br w:type="page"/>
      </w:r>
    </w:p>
    <w:p w14:paraId="355AB262" w14:textId="77777777" w:rsidR="00DB793E" w:rsidRDefault="00000000">
      <w:pPr>
        <w:keepNext/>
        <w:spacing w:before="100" w:after="60"/>
      </w:pPr>
      <w:r>
        <w:rPr>
          <w:rFonts w:eastAsia="Times New Roman" w:cs="Times New Roman"/>
          <w:b/>
        </w:rPr>
        <w:lastRenderedPageBreak/>
        <w:t>C. Exploratory integrated-VOI clinical–radiomics analysis</w:t>
      </w:r>
    </w:p>
    <w:tbl>
      <w:tblPr>
        <w:tblW w:w="14256" w:type="dxa"/>
        <w:tblBorders>
          <w:top w:val="single" w:sz="10" w:space="0" w:color="000000"/>
          <w:left w:val="nil"/>
          <w:bottom w:val="single" w:sz="10" w:space="0" w:color="000000"/>
          <w:right w:val="nil"/>
          <w:insideH w:val="nil"/>
          <w:insideV w:val="nil"/>
        </w:tblBorders>
        <w:tblLayout w:type="fixed"/>
        <w:tblLook w:val="04A0" w:firstRow="1" w:lastRow="0" w:firstColumn="1" w:lastColumn="0" w:noHBand="0" w:noVBand="1"/>
      </w:tblPr>
      <w:tblGrid>
        <w:gridCol w:w="4509"/>
        <w:gridCol w:w="2909"/>
        <w:gridCol w:w="6838"/>
      </w:tblGrid>
      <w:tr w:rsidR="00DB793E" w14:paraId="4B53762C" w14:textId="77777777">
        <w:trPr>
          <w:cantSplit/>
          <w:tblHeader/>
        </w:trPr>
        <w:tc>
          <w:tcPr>
            <w:tcW w:w="4509" w:type="dxa"/>
            <w:tcBorders>
              <w:bottom w:val="single" w:sz="6" w:space="0" w:color="000000"/>
            </w:tcBorders>
            <w:tcMar>
              <w:top w:w="55" w:type="dxa"/>
              <w:left w:w="80" w:type="dxa"/>
              <w:bottom w:w="55" w:type="dxa"/>
              <w:right w:w="80" w:type="dxa"/>
            </w:tcMar>
            <w:vAlign w:val="center"/>
          </w:tcPr>
          <w:p w14:paraId="737A2234" w14:textId="77777777" w:rsidR="00DB793E" w:rsidRDefault="00000000">
            <w:pPr>
              <w:jc w:val="center"/>
            </w:pPr>
            <w:r>
              <w:rPr>
                <w:rFonts w:eastAsia="Times New Roman" w:cs="Times New Roman"/>
                <w:b/>
                <w:sz w:val="16"/>
              </w:rPr>
              <w:t>Comparison (A − B)</w:t>
            </w:r>
          </w:p>
        </w:tc>
        <w:tc>
          <w:tcPr>
            <w:tcW w:w="2909" w:type="dxa"/>
            <w:tcBorders>
              <w:bottom w:val="single" w:sz="6" w:space="0" w:color="000000"/>
            </w:tcBorders>
            <w:tcMar>
              <w:top w:w="55" w:type="dxa"/>
              <w:left w:w="80" w:type="dxa"/>
              <w:bottom w:w="55" w:type="dxa"/>
              <w:right w:w="80" w:type="dxa"/>
            </w:tcMar>
            <w:vAlign w:val="center"/>
          </w:tcPr>
          <w:p w14:paraId="2F7F2578" w14:textId="77777777" w:rsidR="00DB793E" w:rsidRDefault="00000000">
            <w:pPr>
              <w:jc w:val="center"/>
            </w:pPr>
            <w:r>
              <w:rPr>
                <w:rFonts w:eastAsia="Times New Roman" w:cs="Times New Roman"/>
                <w:b/>
                <w:sz w:val="16"/>
              </w:rPr>
              <w:t>Metric</w:t>
            </w:r>
          </w:p>
        </w:tc>
        <w:tc>
          <w:tcPr>
            <w:tcW w:w="6838" w:type="dxa"/>
            <w:tcBorders>
              <w:bottom w:val="single" w:sz="6" w:space="0" w:color="000000"/>
            </w:tcBorders>
            <w:tcMar>
              <w:top w:w="55" w:type="dxa"/>
              <w:left w:w="80" w:type="dxa"/>
              <w:bottom w:w="55" w:type="dxa"/>
              <w:right w:w="80" w:type="dxa"/>
            </w:tcMar>
            <w:vAlign w:val="center"/>
          </w:tcPr>
          <w:p w14:paraId="3BCD3ABF" w14:textId="77777777" w:rsidR="00DB793E" w:rsidRDefault="00000000">
            <w:pPr>
              <w:jc w:val="center"/>
            </w:pPr>
            <w:r>
              <w:rPr>
                <w:rFonts w:eastAsia="Times New Roman" w:cs="Times New Roman"/>
                <w:b/>
                <w:sz w:val="16"/>
              </w:rPr>
              <w:t>Difference (95% CI)</w:t>
            </w:r>
          </w:p>
        </w:tc>
      </w:tr>
      <w:tr w:rsidR="00DB793E" w14:paraId="6A40E85C" w14:textId="77777777">
        <w:trPr>
          <w:cantSplit/>
        </w:trPr>
        <w:tc>
          <w:tcPr>
            <w:tcW w:w="4509" w:type="dxa"/>
            <w:tcMar>
              <w:top w:w="55" w:type="dxa"/>
              <w:left w:w="80" w:type="dxa"/>
              <w:bottom w:w="55" w:type="dxa"/>
              <w:right w:w="80" w:type="dxa"/>
            </w:tcMar>
            <w:vAlign w:val="center"/>
          </w:tcPr>
          <w:p w14:paraId="5BE94615" w14:textId="5F795245" w:rsidR="00DB793E" w:rsidRDefault="00000000">
            <w:r>
              <w:rPr>
                <w:rFonts w:eastAsia="Times New Roman" w:cs="Times New Roman"/>
                <w:sz w:val="16"/>
              </w:rPr>
              <w:t xml:space="preserve">Clinical − Clinical + </w:t>
            </w:r>
            <w:r w:rsidR="009B64B8">
              <w:rPr>
                <w:rFonts w:eastAsia="Times New Roman" w:cs="Times New Roman"/>
                <w:sz w:val="16"/>
              </w:rPr>
              <w:t>VOIFusion3mm</w:t>
            </w:r>
            <w:r>
              <w:rPr>
                <w:rFonts w:eastAsia="Times New Roman" w:cs="Times New Roman"/>
                <w:sz w:val="16"/>
              </w:rPr>
              <w:t>†</w:t>
            </w:r>
          </w:p>
        </w:tc>
        <w:tc>
          <w:tcPr>
            <w:tcW w:w="2909" w:type="dxa"/>
            <w:tcMar>
              <w:top w:w="55" w:type="dxa"/>
              <w:left w:w="80" w:type="dxa"/>
              <w:bottom w:w="55" w:type="dxa"/>
              <w:right w:w="80" w:type="dxa"/>
            </w:tcMar>
            <w:vAlign w:val="center"/>
          </w:tcPr>
          <w:p w14:paraId="1F327424" w14:textId="77777777" w:rsidR="00DB793E" w:rsidRDefault="00000000">
            <w:r>
              <w:rPr>
                <w:rFonts w:eastAsia="Times New Roman" w:cs="Times New Roman"/>
                <w:sz w:val="16"/>
              </w:rPr>
              <w:t>AUC</w:t>
            </w:r>
          </w:p>
        </w:tc>
        <w:tc>
          <w:tcPr>
            <w:tcW w:w="6838" w:type="dxa"/>
            <w:tcMar>
              <w:top w:w="55" w:type="dxa"/>
              <w:left w:w="80" w:type="dxa"/>
              <w:bottom w:w="55" w:type="dxa"/>
              <w:right w:w="80" w:type="dxa"/>
            </w:tcMar>
            <w:vAlign w:val="center"/>
          </w:tcPr>
          <w:p w14:paraId="6D9E3AC1" w14:textId="77777777" w:rsidR="00DB793E" w:rsidRDefault="00000000">
            <w:pPr>
              <w:jc w:val="center"/>
            </w:pPr>
            <w:r>
              <w:rPr>
                <w:rFonts w:eastAsia="Times New Roman" w:cs="Times New Roman"/>
                <w:sz w:val="16"/>
              </w:rPr>
              <w:t>+0.020 (−0.033 to 0.076)</w:t>
            </w:r>
          </w:p>
        </w:tc>
      </w:tr>
      <w:tr w:rsidR="00DB793E" w14:paraId="00D8A71F" w14:textId="77777777">
        <w:trPr>
          <w:cantSplit/>
        </w:trPr>
        <w:tc>
          <w:tcPr>
            <w:tcW w:w="4509" w:type="dxa"/>
            <w:tcMar>
              <w:top w:w="55" w:type="dxa"/>
              <w:left w:w="80" w:type="dxa"/>
              <w:bottom w:w="55" w:type="dxa"/>
              <w:right w:w="80" w:type="dxa"/>
            </w:tcMar>
            <w:vAlign w:val="center"/>
          </w:tcPr>
          <w:p w14:paraId="571F0124" w14:textId="198767F5" w:rsidR="00DB793E" w:rsidRDefault="00000000">
            <w:r>
              <w:rPr>
                <w:rFonts w:eastAsia="Times New Roman" w:cs="Times New Roman"/>
                <w:sz w:val="16"/>
              </w:rPr>
              <w:t xml:space="preserve">Clinical − Clinical + </w:t>
            </w:r>
            <w:r w:rsidR="009B64B8">
              <w:rPr>
                <w:rFonts w:eastAsia="Times New Roman" w:cs="Times New Roman"/>
                <w:sz w:val="16"/>
              </w:rPr>
              <w:t>VOIFusion3mm</w:t>
            </w:r>
            <w:r>
              <w:rPr>
                <w:rFonts w:eastAsia="Times New Roman" w:cs="Times New Roman"/>
                <w:sz w:val="16"/>
              </w:rPr>
              <w:t>†</w:t>
            </w:r>
          </w:p>
        </w:tc>
        <w:tc>
          <w:tcPr>
            <w:tcW w:w="2909" w:type="dxa"/>
            <w:tcMar>
              <w:top w:w="55" w:type="dxa"/>
              <w:left w:w="80" w:type="dxa"/>
              <w:bottom w:w="55" w:type="dxa"/>
              <w:right w:w="80" w:type="dxa"/>
            </w:tcMar>
            <w:vAlign w:val="center"/>
          </w:tcPr>
          <w:p w14:paraId="5B7B953F" w14:textId="77777777" w:rsidR="00DB793E" w:rsidRDefault="00000000">
            <w:r>
              <w:rPr>
                <w:rFonts w:eastAsia="Times New Roman" w:cs="Times New Roman"/>
                <w:sz w:val="16"/>
              </w:rPr>
              <w:t>Average precision</w:t>
            </w:r>
          </w:p>
        </w:tc>
        <w:tc>
          <w:tcPr>
            <w:tcW w:w="6838" w:type="dxa"/>
            <w:tcMar>
              <w:top w:w="55" w:type="dxa"/>
              <w:left w:w="80" w:type="dxa"/>
              <w:bottom w:w="55" w:type="dxa"/>
              <w:right w:w="80" w:type="dxa"/>
            </w:tcMar>
            <w:vAlign w:val="center"/>
          </w:tcPr>
          <w:p w14:paraId="2F19838E" w14:textId="77777777" w:rsidR="00DB793E" w:rsidRDefault="00000000">
            <w:pPr>
              <w:jc w:val="center"/>
            </w:pPr>
            <w:r>
              <w:rPr>
                <w:rFonts w:eastAsia="Times New Roman" w:cs="Times New Roman"/>
                <w:sz w:val="16"/>
              </w:rPr>
              <w:t>+0.007 (−0.040 to 0.063)</w:t>
            </w:r>
          </w:p>
        </w:tc>
      </w:tr>
      <w:tr w:rsidR="00DB793E" w14:paraId="062DA0A3" w14:textId="77777777">
        <w:trPr>
          <w:cantSplit/>
        </w:trPr>
        <w:tc>
          <w:tcPr>
            <w:tcW w:w="4509" w:type="dxa"/>
            <w:tcMar>
              <w:top w:w="55" w:type="dxa"/>
              <w:left w:w="80" w:type="dxa"/>
              <w:bottom w:w="55" w:type="dxa"/>
              <w:right w:w="80" w:type="dxa"/>
            </w:tcMar>
            <w:vAlign w:val="center"/>
          </w:tcPr>
          <w:p w14:paraId="128FFD26" w14:textId="2D186222" w:rsidR="00DB793E" w:rsidRDefault="00000000">
            <w:r>
              <w:rPr>
                <w:rFonts w:eastAsia="Times New Roman" w:cs="Times New Roman"/>
                <w:sz w:val="16"/>
              </w:rPr>
              <w:t xml:space="preserve">Clinical − Clinical + </w:t>
            </w:r>
            <w:r w:rsidR="009B64B8">
              <w:rPr>
                <w:rFonts w:eastAsia="Times New Roman" w:cs="Times New Roman"/>
                <w:sz w:val="16"/>
              </w:rPr>
              <w:t>VOIFusion3mm</w:t>
            </w:r>
            <w:r>
              <w:rPr>
                <w:rFonts w:eastAsia="Times New Roman" w:cs="Times New Roman"/>
                <w:sz w:val="16"/>
              </w:rPr>
              <w:t>†</w:t>
            </w:r>
          </w:p>
        </w:tc>
        <w:tc>
          <w:tcPr>
            <w:tcW w:w="2909" w:type="dxa"/>
            <w:tcMar>
              <w:top w:w="55" w:type="dxa"/>
              <w:left w:w="80" w:type="dxa"/>
              <w:bottom w:w="55" w:type="dxa"/>
              <w:right w:w="80" w:type="dxa"/>
            </w:tcMar>
            <w:vAlign w:val="center"/>
          </w:tcPr>
          <w:p w14:paraId="38EF46B7" w14:textId="77777777" w:rsidR="00DB793E" w:rsidRDefault="00000000">
            <w:r>
              <w:rPr>
                <w:rFonts w:eastAsia="Times New Roman" w:cs="Times New Roman"/>
                <w:sz w:val="16"/>
              </w:rPr>
              <w:t>Brier</w:t>
            </w:r>
          </w:p>
        </w:tc>
        <w:tc>
          <w:tcPr>
            <w:tcW w:w="6838" w:type="dxa"/>
            <w:tcMar>
              <w:top w:w="55" w:type="dxa"/>
              <w:left w:w="80" w:type="dxa"/>
              <w:bottom w:w="55" w:type="dxa"/>
              <w:right w:w="80" w:type="dxa"/>
            </w:tcMar>
            <w:vAlign w:val="center"/>
          </w:tcPr>
          <w:p w14:paraId="4E78AA64" w14:textId="77777777" w:rsidR="00DB793E" w:rsidRDefault="00000000">
            <w:pPr>
              <w:jc w:val="center"/>
            </w:pPr>
            <w:r>
              <w:rPr>
                <w:rFonts w:eastAsia="Times New Roman" w:cs="Times New Roman"/>
                <w:sz w:val="16"/>
              </w:rPr>
              <w:t>+0.017 (−0.002 to 0.035)</w:t>
            </w:r>
          </w:p>
        </w:tc>
      </w:tr>
    </w:tbl>
    <w:p w14:paraId="0A9B04C9" w14:textId="416B5A70" w:rsidR="00DB793E" w:rsidRDefault="00000000">
      <w:pPr>
        <w:spacing w:before="80" w:after="20"/>
      </w:pPr>
      <w:r>
        <w:rPr>
          <w:rFonts w:eastAsia="Times New Roman" w:cs="Times New Roman"/>
          <w:sz w:val="16"/>
        </w:rPr>
        <w:t xml:space="preserve">Note: Clinical versus Clinical + INTRA was the prespecified confirmatory Family C comparison. Clinical + </w:t>
      </w:r>
      <w:r w:rsidR="009B64B8">
        <w:rPr>
          <w:rFonts w:eastAsia="Times New Roman" w:cs="Times New Roman"/>
          <w:sz w:val="16"/>
        </w:rPr>
        <w:t>VOIFusion3mm</w:t>
      </w:r>
      <w:r>
        <w:rPr>
          <w:rFonts w:eastAsia="Times New Roman" w:cs="Times New Roman"/>
          <w:sz w:val="16"/>
        </w:rPr>
        <w:t xml:space="preserve"> was exploratory, initiated after completion of the primary spatial analysis, and excluded from Family C; inferential P and q values were therefore not reported. Differences are model A minus model B. For AUC and average precision, positive values favor model A; for Brier score, negative values favor model A. Primary paired uncertainty used 2,000 nonstratified patient-ID cluster-bootstrap resamples (seed 20260729). OOF, out-of-fold; VOI, volume of interest.</w:t>
      </w:r>
    </w:p>
    <w:p w14:paraId="78133FAC" w14:textId="77777777" w:rsidR="00DB793E" w:rsidRDefault="00DB793E">
      <w:pPr>
        <w:rPr>
          <w:lang w:eastAsia="zh-CN"/>
        </w:rPr>
      </w:pPr>
    </w:p>
    <w:p w14:paraId="157EB395" w14:textId="77777777" w:rsidR="00C96C1E" w:rsidRDefault="00000000">
      <w:r>
        <w:br w:type="page"/>
      </w:r>
    </w:p>
    <w:p w14:paraId="38BC059D" w14:textId="77777777" w:rsidR="00C96C1E" w:rsidRDefault="00000000">
      <w:pPr>
        <w:keepNext/>
        <w:spacing w:after="80"/>
      </w:pPr>
      <w:r>
        <w:rPr>
          <w:rFonts w:eastAsia="Times New Roman"/>
          <w:b/>
          <w:sz w:val="24"/>
        </w:rPr>
        <w:lastRenderedPageBreak/>
        <w:t>Table S8. Complete prespecified paired comparisons across the primary spatial radiomics analysis</w:t>
      </w:r>
    </w:p>
    <w:tbl>
      <w:tblPr>
        <w:tblW w:w="0" w:type="auto"/>
        <w:tblBorders>
          <w:top w:val="single" w:sz="12" w:space="0" w:color="000000"/>
          <w:left w:val="nil"/>
          <w:bottom w:val="single" w:sz="12" w:space="0" w:color="000000"/>
          <w:right w:val="nil"/>
          <w:insideH w:val="nil"/>
          <w:insideV w:val="nil"/>
        </w:tblBorders>
        <w:tblLayout w:type="fixed"/>
        <w:tblLook w:val="04A0" w:firstRow="1" w:lastRow="0" w:firstColumn="1" w:lastColumn="0" w:noHBand="0" w:noVBand="1"/>
      </w:tblPr>
      <w:tblGrid>
        <w:gridCol w:w="1944"/>
        <w:gridCol w:w="3096"/>
        <w:gridCol w:w="1728"/>
        <w:gridCol w:w="1512"/>
        <w:gridCol w:w="2592"/>
        <w:gridCol w:w="1224"/>
        <w:gridCol w:w="1728"/>
      </w:tblGrid>
      <w:tr w:rsidR="00C96C1E" w14:paraId="35FA042B" w14:textId="77777777">
        <w:trPr>
          <w:cantSplit/>
          <w:tblHeader/>
        </w:trPr>
        <w:tc>
          <w:tcPr>
            <w:tcW w:w="1944" w:type="dxa"/>
            <w:tcBorders>
              <w:bottom w:val="single" w:sz="8" w:space="0" w:color="000000"/>
            </w:tcBorders>
            <w:tcMar>
              <w:top w:w="55" w:type="dxa"/>
              <w:left w:w="80" w:type="dxa"/>
              <w:bottom w:w="55" w:type="dxa"/>
              <w:right w:w="80" w:type="dxa"/>
            </w:tcMar>
            <w:vAlign w:val="center"/>
          </w:tcPr>
          <w:p w14:paraId="20303180" w14:textId="77777777" w:rsidR="00C96C1E" w:rsidRDefault="00000000">
            <w:pPr>
              <w:jc w:val="center"/>
            </w:pPr>
            <w:r>
              <w:rPr>
                <w:rFonts w:eastAsia="Times New Roman"/>
                <w:b/>
              </w:rPr>
              <w:t>Family</w:t>
            </w:r>
          </w:p>
        </w:tc>
        <w:tc>
          <w:tcPr>
            <w:tcW w:w="3096" w:type="dxa"/>
            <w:tcBorders>
              <w:bottom w:val="single" w:sz="8" w:space="0" w:color="000000"/>
            </w:tcBorders>
            <w:tcMar>
              <w:top w:w="55" w:type="dxa"/>
              <w:left w:w="80" w:type="dxa"/>
              <w:bottom w:w="55" w:type="dxa"/>
              <w:right w:w="80" w:type="dxa"/>
            </w:tcMar>
            <w:vAlign w:val="center"/>
          </w:tcPr>
          <w:p w14:paraId="73E7D0B1" w14:textId="77777777" w:rsidR="00C96C1E" w:rsidRDefault="00000000">
            <w:pPr>
              <w:jc w:val="center"/>
            </w:pPr>
            <w:r>
              <w:rPr>
                <w:rFonts w:eastAsia="Times New Roman"/>
                <w:b/>
              </w:rPr>
              <w:t>Comparison (A − B)</w:t>
            </w:r>
          </w:p>
        </w:tc>
        <w:tc>
          <w:tcPr>
            <w:tcW w:w="1728" w:type="dxa"/>
            <w:tcBorders>
              <w:bottom w:val="single" w:sz="8" w:space="0" w:color="000000"/>
            </w:tcBorders>
            <w:tcMar>
              <w:top w:w="55" w:type="dxa"/>
              <w:left w:w="80" w:type="dxa"/>
              <w:bottom w:w="55" w:type="dxa"/>
              <w:right w:w="80" w:type="dxa"/>
            </w:tcMar>
            <w:vAlign w:val="center"/>
          </w:tcPr>
          <w:p w14:paraId="1F3E044C" w14:textId="77777777" w:rsidR="00C96C1E" w:rsidRDefault="00000000">
            <w:pPr>
              <w:jc w:val="center"/>
            </w:pPr>
            <w:r>
              <w:rPr>
                <w:rFonts w:eastAsia="Times New Roman"/>
                <w:b/>
              </w:rPr>
              <w:t>Metric</w:t>
            </w:r>
          </w:p>
        </w:tc>
        <w:tc>
          <w:tcPr>
            <w:tcW w:w="1512" w:type="dxa"/>
            <w:tcBorders>
              <w:bottom w:val="single" w:sz="8" w:space="0" w:color="000000"/>
            </w:tcBorders>
            <w:tcMar>
              <w:top w:w="55" w:type="dxa"/>
              <w:left w:w="80" w:type="dxa"/>
              <w:bottom w:w="55" w:type="dxa"/>
              <w:right w:w="80" w:type="dxa"/>
            </w:tcMar>
            <w:vAlign w:val="center"/>
          </w:tcPr>
          <w:p w14:paraId="2937A3F7" w14:textId="77777777" w:rsidR="00C96C1E" w:rsidRDefault="00000000">
            <w:pPr>
              <w:jc w:val="center"/>
            </w:pPr>
            <w:r>
              <w:rPr>
                <w:rFonts w:eastAsia="Times New Roman"/>
                <w:b/>
              </w:rPr>
              <w:t>Difference</w:t>
            </w:r>
          </w:p>
        </w:tc>
        <w:tc>
          <w:tcPr>
            <w:tcW w:w="2592" w:type="dxa"/>
            <w:tcBorders>
              <w:bottom w:val="single" w:sz="8" w:space="0" w:color="000000"/>
            </w:tcBorders>
            <w:tcMar>
              <w:top w:w="55" w:type="dxa"/>
              <w:left w:w="80" w:type="dxa"/>
              <w:bottom w:w="55" w:type="dxa"/>
              <w:right w:w="80" w:type="dxa"/>
            </w:tcMar>
            <w:vAlign w:val="center"/>
          </w:tcPr>
          <w:p w14:paraId="5699F1BA" w14:textId="77777777" w:rsidR="00C96C1E" w:rsidRDefault="00000000">
            <w:pPr>
              <w:jc w:val="center"/>
            </w:pPr>
            <w:r>
              <w:rPr>
                <w:rFonts w:eastAsia="Times New Roman"/>
                <w:b/>
              </w:rPr>
              <w:t>95% CI</w:t>
            </w:r>
          </w:p>
        </w:tc>
        <w:tc>
          <w:tcPr>
            <w:tcW w:w="1224" w:type="dxa"/>
            <w:tcBorders>
              <w:bottom w:val="single" w:sz="8" w:space="0" w:color="000000"/>
            </w:tcBorders>
            <w:tcMar>
              <w:top w:w="55" w:type="dxa"/>
              <w:left w:w="80" w:type="dxa"/>
              <w:bottom w:w="55" w:type="dxa"/>
              <w:right w:w="80" w:type="dxa"/>
            </w:tcMar>
            <w:vAlign w:val="center"/>
          </w:tcPr>
          <w:p w14:paraId="6ADB52D8" w14:textId="77777777" w:rsidR="00C96C1E" w:rsidRDefault="00000000">
            <w:pPr>
              <w:jc w:val="center"/>
            </w:pPr>
            <w:r>
              <w:rPr>
                <w:rFonts w:eastAsia="Times New Roman"/>
                <w:b/>
              </w:rPr>
              <w:t>P value</w:t>
            </w:r>
          </w:p>
        </w:tc>
        <w:tc>
          <w:tcPr>
            <w:tcW w:w="1728" w:type="dxa"/>
            <w:tcBorders>
              <w:bottom w:val="single" w:sz="8" w:space="0" w:color="000000"/>
            </w:tcBorders>
            <w:tcMar>
              <w:top w:w="55" w:type="dxa"/>
              <w:left w:w="80" w:type="dxa"/>
              <w:bottom w:w="55" w:type="dxa"/>
              <w:right w:w="80" w:type="dxa"/>
            </w:tcMar>
            <w:vAlign w:val="center"/>
          </w:tcPr>
          <w:p w14:paraId="7B062658" w14:textId="77777777" w:rsidR="00C96C1E" w:rsidRDefault="00000000">
            <w:pPr>
              <w:jc w:val="center"/>
            </w:pPr>
            <w:r>
              <w:rPr>
                <w:rFonts w:eastAsia="Times New Roman"/>
                <w:b/>
              </w:rPr>
              <w:t>BH-FDR q value</w:t>
            </w:r>
          </w:p>
        </w:tc>
      </w:tr>
      <w:tr w:rsidR="00C96C1E" w14:paraId="681C4675" w14:textId="77777777">
        <w:trPr>
          <w:cantSplit/>
        </w:trPr>
        <w:tc>
          <w:tcPr>
            <w:tcW w:w="1944" w:type="dxa"/>
            <w:vMerge w:val="restart"/>
            <w:tcMar>
              <w:top w:w="55" w:type="dxa"/>
              <w:left w:w="80" w:type="dxa"/>
              <w:bottom w:w="55" w:type="dxa"/>
              <w:right w:w="80" w:type="dxa"/>
            </w:tcMar>
            <w:vAlign w:val="center"/>
          </w:tcPr>
          <w:p w14:paraId="537EA562" w14:textId="77777777" w:rsidR="00C96C1E" w:rsidRDefault="00000000">
            <w:pPr>
              <w:jc w:val="center"/>
            </w:pPr>
            <w:r>
              <w:rPr>
                <w:rFonts w:eastAsia="Times New Roman"/>
              </w:rPr>
              <w:t>Family A:</w:t>
            </w:r>
            <w:r>
              <w:rPr>
                <w:rFonts w:eastAsia="Times New Roman"/>
              </w:rPr>
              <w:br/>
              <w:t>Peritumoral extent</w:t>
            </w:r>
          </w:p>
        </w:tc>
        <w:tc>
          <w:tcPr>
            <w:tcW w:w="3096" w:type="dxa"/>
            <w:tcMar>
              <w:top w:w="55" w:type="dxa"/>
              <w:left w:w="80" w:type="dxa"/>
              <w:bottom w:w="55" w:type="dxa"/>
              <w:right w:w="80" w:type="dxa"/>
            </w:tcMar>
            <w:vAlign w:val="center"/>
          </w:tcPr>
          <w:p w14:paraId="3C9B908C" w14:textId="4B1972D9" w:rsidR="00C96C1E" w:rsidRDefault="00000000">
            <w:r>
              <w:rPr>
                <w:rFonts w:eastAsia="Times New Roman"/>
              </w:rPr>
              <w:t>Peri1mm − Peri3mm</w:t>
            </w:r>
          </w:p>
        </w:tc>
        <w:tc>
          <w:tcPr>
            <w:tcW w:w="1728" w:type="dxa"/>
            <w:tcMar>
              <w:top w:w="55" w:type="dxa"/>
              <w:left w:w="80" w:type="dxa"/>
              <w:bottom w:w="55" w:type="dxa"/>
              <w:right w:w="80" w:type="dxa"/>
            </w:tcMar>
            <w:vAlign w:val="center"/>
          </w:tcPr>
          <w:p w14:paraId="37050C93" w14:textId="77777777" w:rsidR="00C96C1E" w:rsidRDefault="00000000">
            <w:pPr>
              <w:jc w:val="center"/>
            </w:pPr>
            <w:r>
              <w:rPr>
                <w:rFonts w:eastAsia="Times New Roman"/>
              </w:rPr>
              <w:t>AUC</w:t>
            </w:r>
          </w:p>
        </w:tc>
        <w:tc>
          <w:tcPr>
            <w:tcW w:w="1512" w:type="dxa"/>
            <w:tcMar>
              <w:top w:w="55" w:type="dxa"/>
              <w:left w:w="80" w:type="dxa"/>
              <w:bottom w:w="55" w:type="dxa"/>
              <w:right w:w="80" w:type="dxa"/>
            </w:tcMar>
            <w:vAlign w:val="center"/>
          </w:tcPr>
          <w:p w14:paraId="57C02257" w14:textId="77777777" w:rsidR="00C96C1E" w:rsidRDefault="00000000">
            <w:pPr>
              <w:jc w:val="center"/>
            </w:pPr>
            <w:r>
              <w:rPr>
                <w:rFonts w:eastAsia="Times New Roman"/>
              </w:rPr>
              <w:t>−0.035</w:t>
            </w:r>
          </w:p>
        </w:tc>
        <w:tc>
          <w:tcPr>
            <w:tcW w:w="2592" w:type="dxa"/>
            <w:tcMar>
              <w:top w:w="55" w:type="dxa"/>
              <w:left w:w="80" w:type="dxa"/>
              <w:bottom w:w="55" w:type="dxa"/>
              <w:right w:w="80" w:type="dxa"/>
            </w:tcMar>
            <w:vAlign w:val="center"/>
          </w:tcPr>
          <w:p w14:paraId="00F253A1" w14:textId="77777777" w:rsidR="00C96C1E" w:rsidRDefault="00000000">
            <w:pPr>
              <w:jc w:val="center"/>
            </w:pPr>
            <w:r>
              <w:rPr>
                <w:rFonts w:eastAsia="Times New Roman"/>
              </w:rPr>
              <w:t>−0.089 to +0.016</w:t>
            </w:r>
          </w:p>
        </w:tc>
        <w:tc>
          <w:tcPr>
            <w:tcW w:w="1224" w:type="dxa"/>
            <w:tcMar>
              <w:top w:w="55" w:type="dxa"/>
              <w:left w:w="80" w:type="dxa"/>
              <w:bottom w:w="55" w:type="dxa"/>
              <w:right w:w="80" w:type="dxa"/>
            </w:tcMar>
            <w:vAlign w:val="center"/>
          </w:tcPr>
          <w:p w14:paraId="6B7EE9CE" w14:textId="77777777" w:rsidR="00C96C1E" w:rsidRDefault="00000000">
            <w:pPr>
              <w:jc w:val="center"/>
            </w:pPr>
            <w:r>
              <w:rPr>
                <w:rFonts w:eastAsia="Times New Roman"/>
              </w:rPr>
              <w:t>0.173</w:t>
            </w:r>
          </w:p>
        </w:tc>
        <w:tc>
          <w:tcPr>
            <w:tcW w:w="1728" w:type="dxa"/>
            <w:tcMar>
              <w:top w:w="55" w:type="dxa"/>
              <w:left w:w="80" w:type="dxa"/>
              <w:bottom w:w="55" w:type="dxa"/>
              <w:right w:w="80" w:type="dxa"/>
            </w:tcMar>
            <w:vAlign w:val="center"/>
          </w:tcPr>
          <w:p w14:paraId="7EDC6504" w14:textId="77777777" w:rsidR="00C96C1E" w:rsidRDefault="00000000">
            <w:pPr>
              <w:jc w:val="center"/>
            </w:pPr>
            <w:r>
              <w:rPr>
                <w:rFonts w:eastAsia="Times New Roman"/>
              </w:rPr>
              <w:t>0.346</w:t>
            </w:r>
          </w:p>
        </w:tc>
      </w:tr>
      <w:tr w:rsidR="00C96C1E" w14:paraId="783F4A36" w14:textId="77777777">
        <w:trPr>
          <w:cantSplit/>
        </w:trPr>
        <w:tc>
          <w:tcPr>
            <w:tcW w:w="1944" w:type="dxa"/>
            <w:vMerge/>
            <w:tcMar>
              <w:top w:w="55" w:type="dxa"/>
              <w:left w:w="80" w:type="dxa"/>
              <w:bottom w:w="55" w:type="dxa"/>
              <w:right w:w="80" w:type="dxa"/>
            </w:tcMar>
            <w:vAlign w:val="center"/>
          </w:tcPr>
          <w:p w14:paraId="1FC7E806" w14:textId="77777777" w:rsidR="00C96C1E" w:rsidRDefault="00C96C1E"/>
        </w:tc>
        <w:tc>
          <w:tcPr>
            <w:tcW w:w="3096" w:type="dxa"/>
            <w:tcMar>
              <w:top w:w="55" w:type="dxa"/>
              <w:left w:w="80" w:type="dxa"/>
              <w:bottom w:w="55" w:type="dxa"/>
              <w:right w:w="80" w:type="dxa"/>
            </w:tcMar>
            <w:vAlign w:val="center"/>
          </w:tcPr>
          <w:p w14:paraId="531CE8C6" w14:textId="4AA5B733" w:rsidR="00C96C1E" w:rsidRDefault="00000000">
            <w:r>
              <w:rPr>
                <w:rFonts w:eastAsia="Times New Roman"/>
              </w:rPr>
              <w:t>Peri1mm − Peri3mm</w:t>
            </w:r>
          </w:p>
        </w:tc>
        <w:tc>
          <w:tcPr>
            <w:tcW w:w="1728" w:type="dxa"/>
            <w:tcMar>
              <w:top w:w="55" w:type="dxa"/>
              <w:left w:w="80" w:type="dxa"/>
              <w:bottom w:w="55" w:type="dxa"/>
              <w:right w:w="80" w:type="dxa"/>
            </w:tcMar>
            <w:vAlign w:val="center"/>
          </w:tcPr>
          <w:p w14:paraId="171ACF6C" w14:textId="77777777" w:rsidR="00C96C1E" w:rsidRDefault="00000000">
            <w:pPr>
              <w:jc w:val="center"/>
            </w:pPr>
            <w:r>
              <w:rPr>
                <w:rFonts w:eastAsia="Times New Roman"/>
              </w:rPr>
              <w:t>Average precision</w:t>
            </w:r>
          </w:p>
        </w:tc>
        <w:tc>
          <w:tcPr>
            <w:tcW w:w="1512" w:type="dxa"/>
            <w:tcMar>
              <w:top w:w="55" w:type="dxa"/>
              <w:left w:w="80" w:type="dxa"/>
              <w:bottom w:w="55" w:type="dxa"/>
              <w:right w:w="80" w:type="dxa"/>
            </w:tcMar>
            <w:vAlign w:val="center"/>
          </w:tcPr>
          <w:p w14:paraId="7A940D64" w14:textId="77777777" w:rsidR="00C96C1E" w:rsidRDefault="00000000">
            <w:pPr>
              <w:jc w:val="center"/>
            </w:pPr>
            <w:r>
              <w:rPr>
                <w:rFonts w:eastAsia="Times New Roman"/>
              </w:rPr>
              <w:t>−0.019</w:t>
            </w:r>
          </w:p>
        </w:tc>
        <w:tc>
          <w:tcPr>
            <w:tcW w:w="2592" w:type="dxa"/>
            <w:tcMar>
              <w:top w:w="55" w:type="dxa"/>
              <w:left w:w="80" w:type="dxa"/>
              <w:bottom w:w="55" w:type="dxa"/>
              <w:right w:w="80" w:type="dxa"/>
            </w:tcMar>
            <w:vAlign w:val="center"/>
          </w:tcPr>
          <w:p w14:paraId="1CD2A726" w14:textId="77777777" w:rsidR="00C96C1E" w:rsidRDefault="00000000">
            <w:pPr>
              <w:jc w:val="center"/>
            </w:pPr>
            <w:r>
              <w:rPr>
                <w:rFonts w:eastAsia="Times New Roman"/>
              </w:rPr>
              <w:t>−0.064 to +0.025</w:t>
            </w:r>
          </w:p>
        </w:tc>
        <w:tc>
          <w:tcPr>
            <w:tcW w:w="1224" w:type="dxa"/>
            <w:tcMar>
              <w:top w:w="55" w:type="dxa"/>
              <w:left w:w="80" w:type="dxa"/>
              <w:bottom w:w="55" w:type="dxa"/>
              <w:right w:w="80" w:type="dxa"/>
            </w:tcMar>
            <w:vAlign w:val="center"/>
          </w:tcPr>
          <w:p w14:paraId="58630CFB" w14:textId="77777777" w:rsidR="00C96C1E" w:rsidRDefault="00000000">
            <w:pPr>
              <w:jc w:val="center"/>
            </w:pPr>
            <w:r>
              <w:rPr>
                <w:rFonts w:eastAsia="Times New Roman"/>
              </w:rPr>
              <w:t>0.386</w:t>
            </w:r>
          </w:p>
        </w:tc>
        <w:tc>
          <w:tcPr>
            <w:tcW w:w="1728" w:type="dxa"/>
            <w:tcMar>
              <w:top w:w="55" w:type="dxa"/>
              <w:left w:w="80" w:type="dxa"/>
              <w:bottom w:w="55" w:type="dxa"/>
              <w:right w:w="80" w:type="dxa"/>
            </w:tcMar>
            <w:vAlign w:val="center"/>
          </w:tcPr>
          <w:p w14:paraId="6AF5F184" w14:textId="77777777" w:rsidR="00C96C1E" w:rsidRDefault="00000000">
            <w:pPr>
              <w:jc w:val="center"/>
            </w:pPr>
            <w:r>
              <w:rPr>
                <w:rFonts w:eastAsia="Times New Roman"/>
              </w:rPr>
              <w:t>0.579</w:t>
            </w:r>
          </w:p>
        </w:tc>
      </w:tr>
      <w:tr w:rsidR="00C96C1E" w14:paraId="51CD510C" w14:textId="77777777">
        <w:trPr>
          <w:cantSplit/>
        </w:trPr>
        <w:tc>
          <w:tcPr>
            <w:tcW w:w="1944" w:type="dxa"/>
            <w:vMerge/>
            <w:tcMar>
              <w:top w:w="55" w:type="dxa"/>
              <w:left w:w="80" w:type="dxa"/>
              <w:bottom w:w="55" w:type="dxa"/>
              <w:right w:w="80" w:type="dxa"/>
            </w:tcMar>
            <w:vAlign w:val="center"/>
          </w:tcPr>
          <w:p w14:paraId="2F0F0429" w14:textId="77777777" w:rsidR="00C96C1E" w:rsidRDefault="00C96C1E"/>
        </w:tc>
        <w:tc>
          <w:tcPr>
            <w:tcW w:w="3096" w:type="dxa"/>
            <w:tcMar>
              <w:top w:w="55" w:type="dxa"/>
              <w:left w:w="80" w:type="dxa"/>
              <w:bottom w:w="55" w:type="dxa"/>
              <w:right w:w="80" w:type="dxa"/>
            </w:tcMar>
            <w:vAlign w:val="center"/>
          </w:tcPr>
          <w:p w14:paraId="6E1F6D30" w14:textId="5271EDC0" w:rsidR="00C96C1E" w:rsidRDefault="00000000">
            <w:r>
              <w:rPr>
                <w:rFonts w:eastAsia="Times New Roman"/>
              </w:rPr>
              <w:t>Peri1mm − Peri3mm</w:t>
            </w:r>
          </w:p>
        </w:tc>
        <w:tc>
          <w:tcPr>
            <w:tcW w:w="1728" w:type="dxa"/>
            <w:tcMar>
              <w:top w:w="55" w:type="dxa"/>
              <w:left w:w="80" w:type="dxa"/>
              <w:bottom w:w="55" w:type="dxa"/>
              <w:right w:w="80" w:type="dxa"/>
            </w:tcMar>
            <w:vAlign w:val="center"/>
          </w:tcPr>
          <w:p w14:paraId="46ACB18A" w14:textId="77777777" w:rsidR="00C96C1E" w:rsidRDefault="00000000">
            <w:pPr>
              <w:jc w:val="center"/>
            </w:pPr>
            <w:r>
              <w:rPr>
                <w:rFonts w:eastAsia="Times New Roman"/>
              </w:rPr>
              <w:t>Brier</w:t>
            </w:r>
          </w:p>
        </w:tc>
        <w:tc>
          <w:tcPr>
            <w:tcW w:w="1512" w:type="dxa"/>
            <w:tcMar>
              <w:top w:w="55" w:type="dxa"/>
              <w:left w:w="80" w:type="dxa"/>
              <w:bottom w:w="55" w:type="dxa"/>
              <w:right w:w="80" w:type="dxa"/>
            </w:tcMar>
            <w:vAlign w:val="center"/>
          </w:tcPr>
          <w:p w14:paraId="6A23D292" w14:textId="77777777" w:rsidR="00C96C1E" w:rsidRDefault="00000000">
            <w:pPr>
              <w:jc w:val="center"/>
            </w:pPr>
            <w:r>
              <w:rPr>
                <w:rFonts w:eastAsia="Times New Roman"/>
              </w:rPr>
              <w:t>+0.0032</w:t>
            </w:r>
          </w:p>
        </w:tc>
        <w:tc>
          <w:tcPr>
            <w:tcW w:w="2592" w:type="dxa"/>
            <w:tcMar>
              <w:top w:w="55" w:type="dxa"/>
              <w:left w:w="80" w:type="dxa"/>
              <w:bottom w:w="55" w:type="dxa"/>
              <w:right w:w="80" w:type="dxa"/>
            </w:tcMar>
            <w:vAlign w:val="center"/>
          </w:tcPr>
          <w:p w14:paraId="7B522A44" w14:textId="77777777" w:rsidR="00C96C1E" w:rsidRDefault="00000000">
            <w:pPr>
              <w:jc w:val="center"/>
            </w:pPr>
            <w:r>
              <w:rPr>
                <w:rFonts w:eastAsia="Times New Roman"/>
              </w:rPr>
              <w:t>−0.0033 to +0.0101</w:t>
            </w:r>
          </w:p>
        </w:tc>
        <w:tc>
          <w:tcPr>
            <w:tcW w:w="1224" w:type="dxa"/>
            <w:tcMar>
              <w:top w:w="55" w:type="dxa"/>
              <w:left w:w="80" w:type="dxa"/>
              <w:bottom w:w="55" w:type="dxa"/>
              <w:right w:w="80" w:type="dxa"/>
            </w:tcMar>
            <w:vAlign w:val="center"/>
          </w:tcPr>
          <w:p w14:paraId="1A2C5CE1" w14:textId="77777777" w:rsidR="00C96C1E" w:rsidRDefault="00000000">
            <w:pPr>
              <w:jc w:val="center"/>
            </w:pPr>
            <w:r>
              <w:rPr>
                <w:rFonts w:eastAsia="Times New Roman"/>
              </w:rPr>
              <w:t>0.335</w:t>
            </w:r>
          </w:p>
        </w:tc>
        <w:tc>
          <w:tcPr>
            <w:tcW w:w="1728" w:type="dxa"/>
            <w:tcMar>
              <w:top w:w="55" w:type="dxa"/>
              <w:left w:w="80" w:type="dxa"/>
              <w:bottom w:w="55" w:type="dxa"/>
              <w:right w:w="80" w:type="dxa"/>
            </w:tcMar>
            <w:vAlign w:val="center"/>
          </w:tcPr>
          <w:p w14:paraId="32F3E60D" w14:textId="77777777" w:rsidR="00C96C1E" w:rsidRDefault="00000000">
            <w:pPr>
              <w:jc w:val="center"/>
            </w:pPr>
            <w:r>
              <w:rPr>
                <w:rFonts w:eastAsia="Times New Roman"/>
              </w:rPr>
              <w:t>0.502</w:t>
            </w:r>
          </w:p>
        </w:tc>
      </w:tr>
      <w:tr w:rsidR="00C96C1E" w14:paraId="7A9438A9" w14:textId="77777777">
        <w:trPr>
          <w:cantSplit/>
        </w:trPr>
        <w:tc>
          <w:tcPr>
            <w:tcW w:w="1944" w:type="dxa"/>
            <w:vMerge/>
            <w:tcMar>
              <w:top w:w="55" w:type="dxa"/>
              <w:left w:w="80" w:type="dxa"/>
              <w:bottom w:w="55" w:type="dxa"/>
              <w:right w:w="80" w:type="dxa"/>
            </w:tcMar>
            <w:vAlign w:val="center"/>
          </w:tcPr>
          <w:p w14:paraId="4CAB0869" w14:textId="77777777" w:rsidR="00C96C1E" w:rsidRDefault="00C96C1E"/>
        </w:tc>
        <w:tc>
          <w:tcPr>
            <w:tcW w:w="3096" w:type="dxa"/>
            <w:tcMar>
              <w:top w:w="55" w:type="dxa"/>
              <w:left w:w="80" w:type="dxa"/>
              <w:bottom w:w="55" w:type="dxa"/>
              <w:right w:w="80" w:type="dxa"/>
            </w:tcMar>
            <w:vAlign w:val="center"/>
          </w:tcPr>
          <w:p w14:paraId="586E6FD2" w14:textId="77BAD0DD" w:rsidR="00C96C1E" w:rsidRDefault="00000000">
            <w:r>
              <w:rPr>
                <w:rFonts w:eastAsia="Times New Roman"/>
              </w:rPr>
              <w:t>Peri1mm − Peri5mm</w:t>
            </w:r>
          </w:p>
        </w:tc>
        <w:tc>
          <w:tcPr>
            <w:tcW w:w="1728" w:type="dxa"/>
            <w:tcMar>
              <w:top w:w="55" w:type="dxa"/>
              <w:left w:w="80" w:type="dxa"/>
              <w:bottom w:w="55" w:type="dxa"/>
              <w:right w:w="80" w:type="dxa"/>
            </w:tcMar>
            <w:vAlign w:val="center"/>
          </w:tcPr>
          <w:p w14:paraId="1FC4B6AA" w14:textId="77777777" w:rsidR="00C96C1E" w:rsidRDefault="00000000">
            <w:pPr>
              <w:jc w:val="center"/>
            </w:pPr>
            <w:r>
              <w:rPr>
                <w:rFonts w:eastAsia="Times New Roman"/>
              </w:rPr>
              <w:t>AUC</w:t>
            </w:r>
          </w:p>
        </w:tc>
        <w:tc>
          <w:tcPr>
            <w:tcW w:w="1512" w:type="dxa"/>
            <w:tcMar>
              <w:top w:w="55" w:type="dxa"/>
              <w:left w:w="80" w:type="dxa"/>
              <w:bottom w:w="55" w:type="dxa"/>
              <w:right w:w="80" w:type="dxa"/>
            </w:tcMar>
            <w:vAlign w:val="center"/>
          </w:tcPr>
          <w:p w14:paraId="58A05666" w14:textId="77777777" w:rsidR="00C96C1E" w:rsidRDefault="00000000">
            <w:pPr>
              <w:jc w:val="center"/>
            </w:pPr>
            <w:r>
              <w:rPr>
                <w:rFonts w:eastAsia="Times New Roman"/>
              </w:rPr>
              <w:t>−0.035</w:t>
            </w:r>
          </w:p>
        </w:tc>
        <w:tc>
          <w:tcPr>
            <w:tcW w:w="2592" w:type="dxa"/>
            <w:tcMar>
              <w:top w:w="55" w:type="dxa"/>
              <w:left w:w="80" w:type="dxa"/>
              <w:bottom w:w="55" w:type="dxa"/>
              <w:right w:w="80" w:type="dxa"/>
            </w:tcMar>
            <w:vAlign w:val="center"/>
          </w:tcPr>
          <w:p w14:paraId="1A1F5B34" w14:textId="77777777" w:rsidR="00C96C1E" w:rsidRDefault="00000000">
            <w:pPr>
              <w:jc w:val="center"/>
            </w:pPr>
            <w:r>
              <w:rPr>
                <w:rFonts w:eastAsia="Times New Roman"/>
              </w:rPr>
              <w:t>−0.095 to +0.024</w:t>
            </w:r>
          </w:p>
        </w:tc>
        <w:tc>
          <w:tcPr>
            <w:tcW w:w="1224" w:type="dxa"/>
            <w:tcMar>
              <w:top w:w="55" w:type="dxa"/>
              <w:left w:w="80" w:type="dxa"/>
              <w:bottom w:w="55" w:type="dxa"/>
              <w:right w:w="80" w:type="dxa"/>
            </w:tcMar>
            <w:vAlign w:val="center"/>
          </w:tcPr>
          <w:p w14:paraId="3FFA8CB1" w14:textId="77777777" w:rsidR="00C96C1E" w:rsidRDefault="00000000">
            <w:pPr>
              <w:jc w:val="center"/>
            </w:pPr>
            <w:r>
              <w:rPr>
                <w:rFonts w:eastAsia="Times New Roman"/>
              </w:rPr>
              <w:t>0.231</w:t>
            </w:r>
          </w:p>
        </w:tc>
        <w:tc>
          <w:tcPr>
            <w:tcW w:w="1728" w:type="dxa"/>
            <w:tcMar>
              <w:top w:w="55" w:type="dxa"/>
              <w:left w:w="80" w:type="dxa"/>
              <w:bottom w:w="55" w:type="dxa"/>
              <w:right w:w="80" w:type="dxa"/>
            </w:tcMar>
            <w:vAlign w:val="center"/>
          </w:tcPr>
          <w:p w14:paraId="09F441FD" w14:textId="77777777" w:rsidR="00C96C1E" w:rsidRDefault="00000000">
            <w:pPr>
              <w:jc w:val="center"/>
            </w:pPr>
            <w:r>
              <w:rPr>
                <w:rFonts w:eastAsia="Times New Roman"/>
              </w:rPr>
              <w:t>0.346</w:t>
            </w:r>
          </w:p>
        </w:tc>
      </w:tr>
      <w:tr w:rsidR="00C96C1E" w14:paraId="0109D2A8" w14:textId="77777777">
        <w:trPr>
          <w:cantSplit/>
        </w:trPr>
        <w:tc>
          <w:tcPr>
            <w:tcW w:w="1944" w:type="dxa"/>
            <w:vMerge/>
            <w:tcMar>
              <w:top w:w="55" w:type="dxa"/>
              <w:left w:w="80" w:type="dxa"/>
              <w:bottom w:w="55" w:type="dxa"/>
              <w:right w:w="80" w:type="dxa"/>
            </w:tcMar>
            <w:vAlign w:val="center"/>
          </w:tcPr>
          <w:p w14:paraId="234E9C9D" w14:textId="77777777" w:rsidR="00C96C1E" w:rsidRDefault="00C96C1E"/>
        </w:tc>
        <w:tc>
          <w:tcPr>
            <w:tcW w:w="3096" w:type="dxa"/>
            <w:tcMar>
              <w:top w:w="55" w:type="dxa"/>
              <w:left w:w="80" w:type="dxa"/>
              <w:bottom w:w="55" w:type="dxa"/>
              <w:right w:w="80" w:type="dxa"/>
            </w:tcMar>
            <w:vAlign w:val="center"/>
          </w:tcPr>
          <w:p w14:paraId="19DAF832" w14:textId="54EBA0A0" w:rsidR="00C96C1E" w:rsidRDefault="00000000">
            <w:r>
              <w:rPr>
                <w:rFonts w:eastAsia="Times New Roman"/>
              </w:rPr>
              <w:t>Peri1mm − Peri5mm</w:t>
            </w:r>
          </w:p>
        </w:tc>
        <w:tc>
          <w:tcPr>
            <w:tcW w:w="1728" w:type="dxa"/>
            <w:tcMar>
              <w:top w:w="55" w:type="dxa"/>
              <w:left w:w="80" w:type="dxa"/>
              <w:bottom w:w="55" w:type="dxa"/>
              <w:right w:w="80" w:type="dxa"/>
            </w:tcMar>
            <w:vAlign w:val="center"/>
          </w:tcPr>
          <w:p w14:paraId="007062BF" w14:textId="77777777" w:rsidR="00C96C1E" w:rsidRDefault="00000000">
            <w:pPr>
              <w:jc w:val="center"/>
            </w:pPr>
            <w:r>
              <w:rPr>
                <w:rFonts w:eastAsia="Times New Roman"/>
              </w:rPr>
              <w:t>Average precision</w:t>
            </w:r>
          </w:p>
        </w:tc>
        <w:tc>
          <w:tcPr>
            <w:tcW w:w="1512" w:type="dxa"/>
            <w:tcMar>
              <w:top w:w="55" w:type="dxa"/>
              <w:left w:w="80" w:type="dxa"/>
              <w:bottom w:w="55" w:type="dxa"/>
              <w:right w:w="80" w:type="dxa"/>
            </w:tcMar>
            <w:vAlign w:val="center"/>
          </w:tcPr>
          <w:p w14:paraId="7288DEEC" w14:textId="77777777" w:rsidR="00C96C1E" w:rsidRDefault="00000000">
            <w:pPr>
              <w:jc w:val="center"/>
            </w:pPr>
            <w:r>
              <w:rPr>
                <w:rFonts w:eastAsia="Times New Roman"/>
              </w:rPr>
              <w:t>−0.026</w:t>
            </w:r>
          </w:p>
        </w:tc>
        <w:tc>
          <w:tcPr>
            <w:tcW w:w="2592" w:type="dxa"/>
            <w:tcMar>
              <w:top w:w="55" w:type="dxa"/>
              <w:left w:w="80" w:type="dxa"/>
              <w:bottom w:w="55" w:type="dxa"/>
              <w:right w:w="80" w:type="dxa"/>
            </w:tcMar>
            <w:vAlign w:val="center"/>
          </w:tcPr>
          <w:p w14:paraId="07DD0404" w14:textId="77777777" w:rsidR="00C96C1E" w:rsidRDefault="00000000">
            <w:pPr>
              <w:jc w:val="center"/>
            </w:pPr>
            <w:r>
              <w:rPr>
                <w:rFonts w:eastAsia="Times New Roman"/>
              </w:rPr>
              <w:t>−0.071 to +0.017</w:t>
            </w:r>
          </w:p>
        </w:tc>
        <w:tc>
          <w:tcPr>
            <w:tcW w:w="1224" w:type="dxa"/>
            <w:tcMar>
              <w:top w:w="55" w:type="dxa"/>
              <w:left w:w="80" w:type="dxa"/>
              <w:bottom w:w="55" w:type="dxa"/>
              <w:right w:w="80" w:type="dxa"/>
            </w:tcMar>
            <w:vAlign w:val="center"/>
          </w:tcPr>
          <w:p w14:paraId="44EFCB45" w14:textId="77777777" w:rsidR="00C96C1E" w:rsidRDefault="00000000">
            <w:pPr>
              <w:jc w:val="center"/>
            </w:pPr>
            <w:r>
              <w:rPr>
                <w:rFonts w:eastAsia="Times New Roman"/>
              </w:rPr>
              <w:t>0.260</w:t>
            </w:r>
          </w:p>
        </w:tc>
        <w:tc>
          <w:tcPr>
            <w:tcW w:w="1728" w:type="dxa"/>
            <w:tcMar>
              <w:top w:w="55" w:type="dxa"/>
              <w:left w:w="80" w:type="dxa"/>
              <w:bottom w:w="55" w:type="dxa"/>
              <w:right w:w="80" w:type="dxa"/>
            </w:tcMar>
            <w:vAlign w:val="center"/>
          </w:tcPr>
          <w:p w14:paraId="3E55EA49" w14:textId="77777777" w:rsidR="00C96C1E" w:rsidRDefault="00000000">
            <w:pPr>
              <w:jc w:val="center"/>
            </w:pPr>
            <w:r>
              <w:rPr>
                <w:rFonts w:eastAsia="Times New Roman"/>
              </w:rPr>
              <w:t>0.579</w:t>
            </w:r>
          </w:p>
        </w:tc>
      </w:tr>
      <w:tr w:rsidR="00C96C1E" w14:paraId="4C4A3DB1" w14:textId="77777777">
        <w:trPr>
          <w:cantSplit/>
        </w:trPr>
        <w:tc>
          <w:tcPr>
            <w:tcW w:w="1944" w:type="dxa"/>
            <w:vMerge/>
            <w:tcMar>
              <w:top w:w="55" w:type="dxa"/>
              <w:left w:w="80" w:type="dxa"/>
              <w:bottom w:w="55" w:type="dxa"/>
              <w:right w:w="80" w:type="dxa"/>
            </w:tcMar>
            <w:vAlign w:val="center"/>
          </w:tcPr>
          <w:p w14:paraId="70E32C3A" w14:textId="77777777" w:rsidR="00C96C1E" w:rsidRDefault="00C96C1E"/>
        </w:tc>
        <w:tc>
          <w:tcPr>
            <w:tcW w:w="3096" w:type="dxa"/>
            <w:tcMar>
              <w:top w:w="55" w:type="dxa"/>
              <w:left w:w="80" w:type="dxa"/>
              <w:bottom w:w="55" w:type="dxa"/>
              <w:right w:w="80" w:type="dxa"/>
            </w:tcMar>
            <w:vAlign w:val="center"/>
          </w:tcPr>
          <w:p w14:paraId="5624ABED" w14:textId="6E7DFB28" w:rsidR="00C96C1E" w:rsidRDefault="00000000">
            <w:r>
              <w:rPr>
                <w:rFonts w:eastAsia="Times New Roman"/>
              </w:rPr>
              <w:t>Peri1mm − Peri5mm</w:t>
            </w:r>
          </w:p>
        </w:tc>
        <w:tc>
          <w:tcPr>
            <w:tcW w:w="1728" w:type="dxa"/>
            <w:tcMar>
              <w:top w:w="55" w:type="dxa"/>
              <w:left w:w="80" w:type="dxa"/>
              <w:bottom w:w="55" w:type="dxa"/>
              <w:right w:w="80" w:type="dxa"/>
            </w:tcMar>
            <w:vAlign w:val="center"/>
          </w:tcPr>
          <w:p w14:paraId="57E4760B" w14:textId="77777777" w:rsidR="00C96C1E" w:rsidRDefault="00000000">
            <w:pPr>
              <w:jc w:val="center"/>
            </w:pPr>
            <w:r>
              <w:rPr>
                <w:rFonts w:eastAsia="Times New Roman"/>
              </w:rPr>
              <w:t>Brier</w:t>
            </w:r>
          </w:p>
        </w:tc>
        <w:tc>
          <w:tcPr>
            <w:tcW w:w="1512" w:type="dxa"/>
            <w:tcMar>
              <w:top w:w="55" w:type="dxa"/>
              <w:left w:w="80" w:type="dxa"/>
              <w:bottom w:w="55" w:type="dxa"/>
              <w:right w:w="80" w:type="dxa"/>
            </w:tcMar>
            <w:vAlign w:val="center"/>
          </w:tcPr>
          <w:p w14:paraId="729160C1" w14:textId="77777777" w:rsidR="00C96C1E" w:rsidRDefault="00000000">
            <w:pPr>
              <w:jc w:val="center"/>
            </w:pPr>
            <w:r>
              <w:rPr>
                <w:rFonts w:eastAsia="Times New Roman"/>
              </w:rPr>
              <w:t>+0.0047</w:t>
            </w:r>
          </w:p>
        </w:tc>
        <w:tc>
          <w:tcPr>
            <w:tcW w:w="2592" w:type="dxa"/>
            <w:tcMar>
              <w:top w:w="55" w:type="dxa"/>
              <w:left w:w="80" w:type="dxa"/>
              <w:bottom w:w="55" w:type="dxa"/>
              <w:right w:w="80" w:type="dxa"/>
            </w:tcMar>
            <w:vAlign w:val="center"/>
          </w:tcPr>
          <w:p w14:paraId="4E39C75F" w14:textId="77777777" w:rsidR="00C96C1E" w:rsidRDefault="00000000">
            <w:pPr>
              <w:jc w:val="center"/>
            </w:pPr>
            <w:r>
              <w:rPr>
                <w:rFonts w:eastAsia="Times New Roman"/>
              </w:rPr>
              <w:t>−0.0024 to +0.0124</w:t>
            </w:r>
          </w:p>
        </w:tc>
        <w:tc>
          <w:tcPr>
            <w:tcW w:w="1224" w:type="dxa"/>
            <w:tcMar>
              <w:top w:w="55" w:type="dxa"/>
              <w:left w:w="80" w:type="dxa"/>
              <w:bottom w:w="55" w:type="dxa"/>
              <w:right w:w="80" w:type="dxa"/>
            </w:tcMar>
            <w:vAlign w:val="center"/>
          </w:tcPr>
          <w:p w14:paraId="19A259B6" w14:textId="77777777" w:rsidR="00C96C1E" w:rsidRDefault="00000000">
            <w:pPr>
              <w:jc w:val="center"/>
            </w:pPr>
            <w:r>
              <w:rPr>
                <w:rFonts w:eastAsia="Times New Roman"/>
              </w:rPr>
              <w:t>0.198</w:t>
            </w:r>
          </w:p>
        </w:tc>
        <w:tc>
          <w:tcPr>
            <w:tcW w:w="1728" w:type="dxa"/>
            <w:tcMar>
              <w:top w:w="55" w:type="dxa"/>
              <w:left w:w="80" w:type="dxa"/>
              <w:bottom w:w="55" w:type="dxa"/>
              <w:right w:w="80" w:type="dxa"/>
            </w:tcMar>
            <w:vAlign w:val="center"/>
          </w:tcPr>
          <w:p w14:paraId="04585890" w14:textId="77777777" w:rsidR="00C96C1E" w:rsidRDefault="00000000">
            <w:pPr>
              <w:jc w:val="center"/>
            </w:pPr>
            <w:r>
              <w:rPr>
                <w:rFonts w:eastAsia="Times New Roman"/>
              </w:rPr>
              <w:t>0.502</w:t>
            </w:r>
          </w:p>
        </w:tc>
      </w:tr>
      <w:tr w:rsidR="00C96C1E" w14:paraId="07A03021" w14:textId="77777777">
        <w:trPr>
          <w:cantSplit/>
        </w:trPr>
        <w:tc>
          <w:tcPr>
            <w:tcW w:w="1944" w:type="dxa"/>
            <w:vMerge/>
            <w:tcMar>
              <w:top w:w="55" w:type="dxa"/>
              <w:left w:w="80" w:type="dxa"/>
              <w:bottom w:w="55" w:type="dxa"/>
              <w:right w:w="80" w:type="dxa"/>
            </w:tcMar>
            <w:vAlign w:val="center"/>
          </w:tcPr>
          <w:p w14:paraId="572D7DAD" w14:textId="77777777" w:rsidR="00C96C1E" w:rsidRDefault="00C96C1E"/>
        </w:tc>
        <w:tc>
          <w:tcPr>
            <w:tcW w:w="3096" w:type="dxa"/>
            <w:tcMar>
              <w:top w:w="55" w:type="dxa"/>
              <w:left w:w="80" w:type="dxa"/>
              <w:bottom w:w="55" w:type="dxa"/>
              <w:right w:w="80" w:type="dxa"/>
            </w:tcMar>
            <w:vAlign w:val="center"/>
          </w:tcPr>
          <w:p w14:paraId="073B2F8A" w14:textId="72190FFC" w:rsidR="00C96C1E" w:rsidRDefault="00000000">
            <w:r>
              <w:rPr>
                <w:rFonts w:eastAsia="Times New Roman"/>
              </w:rPr>
              <w:t>Peri3mm − Peri5mm</w:t>
            </w:r>
          </w:p>
        </w:tc>
        <w:tc>
          <w:tcPr>
            <w:tcW w:w="1728" w:type="dxa"/>
            <w:tcMar>
              <w:top w:w="55" w:type="dxa"/>
              <w:left w:w="80" w:type="dxa"/>
              <w:bottom w:w="55" w:type="dxa"/>
              <w:right w:w="80" w:type="dxa"/>
            </w:tcMar>
            <w:vAlign w:val="center"/>
          </w:tcPr>
          <w:p w14:paraId="049B84DF" w14:textId="77777777" w:rsidR="00C96C1E" w:rsidRDefault="00000000">
            <w:pPr>
              <w:jc w:val="center"/>
            </w:pPr>
            <w:r>
              <w:rPr>
                <w:rFonts w:eastAsia="Times New Roman"/>
              </w:rPr>
              <w:t>AUC</w:t>
            </w:r>
          </w:p>
        </w:tc>
        <w:tc>
          <w:tcPr>
            <w:tcW w:w="1512" w:type="dxa"/>
            <w:tcMar>
              <w:top w:w="55" w:type="dxa"/>
              <w:left w:w="80" w:type="dxa"/>
              <w:bottom w:w="55" w:type="dxa"/>
              <w:right w:w="80" w:type="dxa"/>
            </w:tcMar>
            <w:vAlign w:val="center"/>
          </w:tcPr>
          <w:p w14:paraId="5D451A47" w14:textId="77777777" w:rsidR="00C96C1E" w:rsidRDefault="00000000">
            <w:pPr>
              <w:jc w:val="center"/>
            </w:pPr>
            <w:r>
              <w:rPr>
                <w:rFonts w:eastAsia="Times New Roman"/>
              </w:rPr>
              <w:t>+0.000</w:t>
            </w:r>
          </w:p>
        </w:tc>
        <w:tc>
          <w:tcPr>
            <w:tcW w:w="2592" w:type="dxa"/>
            <w:tcMar>
              <w:top w:w="55" w:type="dxa"/>
              <w:left w:w="80" w:type="dxa"/>
              <w:bottom w:w="55" w:type="dxa"/>
              <w:right w:w="80" w:type="dxa"/>
            </w:tcMar>
            <w:vAlign w:val="center"/>
          </w:tcPr>
          <w:p w14:paraId="3F0E09A2" w14:textId="77777777" w:rsidR="00C96C1E" w:rsidRDefault="00000000">
            <w:pPr>
              <w:jc w:val="center"/>
            </w:pPr>
            <w:r>
              <w:rPr>
                <w:rFonts w:eastAsia="Times New Roman"/>
              </w:rPr>
              <w:t>−0.039 to +0.040</w:t>
            </w:r>
          </w:p>
        </w:tc>
        <w:tc>
          <w:tcPr>
            <w:tcW w:w="1224" w:type="dxa"/>
            <w:tcMar>
              <w:top w:w="55" w:type="dxa"/>
              <w:left w:w="80" w:type="dxa"/>
              <w:bottom w:w="55" w:type="dxa"/>
              <w:right w:w="80" w:type="dxa"/>
            </w:tcMar>
            <w:vAlign w:val="center"/>
          </w:tcPr>
          <w:p w14:paraId="18945EA6" w14:textId="77777777" w:rsidR="00C96C1E" w:rsidRDefault="00000000">
            <w:pPr>
              <w:jc w:val="center"/>
            </w:pPr>
            <w:r>
              <w:rPr>
                <w:rFonts w:eastAsia="Times New Roman"/>
              </w:rPr>
              <w:t>0.935</w:t>
            </w:r>
          </w:p>
        </w:tc>
        <w:tc>
          <w:tcPr>
            <w:tcW w:w="1728" w:type="dxa"/>
            <w:tcMar>
              <w:top w:w="55" w:type="dxa"/>
              <w:left w:w="80" w:type="dxa"/>
              <w:bottom w:w="55" w:type="dxa"/>
              <w:right w:w="80" w:type="dxa"/>
            </w:tcMar>
            <w:vAlign w:val="center"/>
          </w:tcPr>
          <w:p w14:paraId="0EFFD522" w14:textId="77777777" w:rsidR="00C96C1E" w:rsidRDefault="00000000">
            <w:pPr>
              <w:jc w:val="center"/>
            </w:pPr>
            <w:r>
              <w:rPr>
                <w:rFonts w:eastAsia="Times New Roman"/>
              </w:rPr>
              <w:t>0.935</w:t>
            </w:r>
          </w:p>
        </w:tc>
      </w:tr>
      <w:tr w:rsidR="00C96C1E" w14:paraId="514554DB" w14:textId="77777777">
        <w:trPr>
          <w:cantSplit/>
        </w:trPr>
        <w:tc>
          <w:tcPr>
            <w:tcW w:w="1944" w:type="dxa"/>
            <w:vMerge/>
            <w:tcMar>
              <w:top w:w="55" w:type="dxa"/>
              <w:left w:w="80" w:type="dxa"/>
              <w:bottom w:w="55" w:type="dxa"/>
              <w:right w:w="80" w:type="dxa"/>
            </w:tcMar>
            <w:vAlign w:val="center"/>
          </w:tcPr>
          <w:p w14:paraId="27630D00" w14:textId="77777777" w:rsidR="00C96C1E" w:rsidRDefault="00C96C1E"/>
        </w:tc>
        <w:tc>
          <w:tcPr>
            <w:tcW w:w="3096" w:type="dxa"/>
            <w:tcMar>
              <w:top w:w="55" w:type="dxa"/>
              <w:left w:w="80" w:type="dxa"/>
              <w:bottom w:w="55" w:type="dxa"/>
              <w:right w:w="80" w:type="dxa"/>
            </w:tcMar>
            <w:vAlign w:val="center"/>
          </w:tcPr>
          <w:p w14:paraId="1DF67685" w14:textId="46872A76" w:rsidR="00C96C1E" w:rsidRDefault="00000000">
            <w:r>
              <w:rPr>
                <w:rFonts w:eastAsia="Times New Roman"/>
              </w:rPr>
              <w:t>Peri3mm − Peri5mm</w:t>
            </w:r>
          </w:p>
        </w:tc>
        <w:tc>
          <w:tcPr>
            <w:tcW w:w="1728" w:type="dxa"/>
            <w:tcMar>
              <w:top w:w="55" w:type="dxa"/>
              <w:left w:w="80" w:type="dxa"/>
              <w:bottom w:w="55" w:type="dxa"/>
              <w:right w:w="80" w:type="dxa"/>
            </w:tcMar>
            <w:vAlign w:val="center"/>
          </w:tcPr>
          <w:p w14:paraId="132D84AA" w14:textId="77777777" w:rsidR="00C96C1E" w:rsidRDefault="00000000">
            <w:pPr>
              <w:jc w:val="center"/>
            </w:pPr>
            <w:r>
              <w:rPr>
                <w:rFonts w:eastAsia="Times New Roman"/>
              </w:rPr>
              <w:t>Average precision</w:t>
            </w:r>
          </w:p>
        </w:tc>
        <w:tc>
          <w:tcPr>
            <w:tcW w:w="1512" w:type="dxa"/>
            <w:tcMar>
              <w:top w:w="55" w:type="dxa"/>
              <w:left w:w="80" w:type="dxa"/>
              <w:bottom w:w="55" w:type="dxa"/>
              <w:right w:w="80" w:type="dxa"/>
            </w:tcMar>
            <w:vAlign w:val="center"/>
          </w:tcPr>
          <w:p w14:paraId="54473803" w14:textId="77777777" w:rsidR="00C96C1E" w:rsidRDefault="00000000">
            <w:pPr>
              <w:jc w:val="center"/>
            </w:pPr>
            <w:r>
              <w:rPr>
                <w:rFonts w:eastAsia="Times New Roman"/>
              </w:rPr>
              <w:t>−0.007</w:t>
            </w:r>
          </w:p>
        </w:tc>
        <w:tc>
          <w:tcPr>
            <w:tcW w:w="2592" w:type="dxa"/>
            <w:tcMar>
              <w:top w:w="55" w:type="dxa"/>
              <w:left w:w="80" w:type="dxa"/>
              <w:bottom w:w="55" w:type="dxa"/>
              <w:right w:w="80" w:type="dxa"/>
            </w:tcMar>
            <w:vAlign w:val="center"/>
          </w:tcPr>
          <w:p w14:paraId="4B3CA527" w14:textId="77777777" w:rsidR="00C96C1E" w:rsidRDefault="00000000">
            <w:pPr>
              <w:jc w:val="center"/>
            </w:pPr>
            <w:r>
              <w:rPr>
                <w:rFonts w:eastAsia="Times New Roman"/>
              </w:rPr>
              <w:t>−0.041 to +0.027</w:t>
            </w:r>
          </w:p>
        </w:tc>
        <w:tc>
          <w:tcPr>
            <w:tcW w:w="1224" w:type="dxa"/>
            <w:tcMar>
              <w:top w:w="55" w:type="dxa"/>
              <w:left w:w="80" w:type="dxa"/>
              <w:bottom w:w="55" w:type="dxa"/>
              <w:right w:w="80" w:type="dxa"/>
            </w:tcMar>
            <w:vAlign w:val="center"/>
          </w:tcPr>
          <w:p w14:paraId="7098AFBE" w14:textId="77777777" w:rsidR="00C96C1E" w:rsidRDefault="00000000">
            <w:pPr>
              <w:jc w:val="center"/>
            </w:pPr>
            <w:r>
              <w:rPr>
                <w:rFonts w:eastAsia="Times New Roman"/>
              </w:rPr>
              <w:t>0.748</w:t>
            </w:r>
          </w:p>
        </w:tc>
        <w:tc>
          <w:tcPr>
            <w:tcW w:w="1728" w:type="dxa"/>
            <w:tcMar>
              <w:top w:w="55" w:type="dxa"/>
              <w:left w:w="80" w:type="dxa"/>
              <w:bottom w:w="55" w:type="dxa"/>
              <w:right w:w="80" w:type="dxa"/>
            </w:tcMar>
            <w:vAlign w:val="center"/>
          </w:tcPr>
          <w:p w14:paraId="2C9AFF6A" w14:textId="77777777" w:rsidR="00C96C1E" w:rsidRDefault="00000000">
            <w:pPr>
              <w:jc w:val="center"/>
            </w:pPr>
            <w:r>
              <w:rPr>
                <w:rFonts w:eastAsia="Times New Roman"/>
              </w:rPr>
              <w:t>0.748</w:t>
            </w:r>
          </w:p>
        </w:tc>
      </w:tr>
      <w:tr w:rsidR="00C96C1E" w14:paraId="7C4941F9" w14:textId="77777777">
        <w:trPr>
          <w:cantSplit/>
        </w:trPr>
        <w:tc>
          <w:tcPr>
            <w:tcW w:w="1944" w:type="dxa"/>
            <w:vMerge/>
            <w:tcMar>
              <w:top w:w="55" w:type="dxa"/>
              <w:left w:w="80" w:type="dxa"/>
              <w:bottom w:w="55" w:type="dxa"/>
              <w:right w:w="80" w:type="dxa"/>
            </w:tcMar>
            <w:vAlign w:val="center"/>
          </w:tcPr>
          <w:p w14:paraId="6BD53D1B" w14:textId="77777777" w:rsidR="00C96C1E" w:rsidRDefault="00C96C1E"/>
        </w:tc>
        <w:tc>
          <w:tcPr>
            <w:tcW w:w="3096" w:type="dxa"/>
            <w:tcMar>
              <w:top w:w="55" w:type="dxa"/>
              <w:left w:w="80" w:type="dxa"/>
              <w:bottom w:w="55" w:type="dxa"/>
              <w:right w:w="80" w:type="dxa"/>
            </w:tcMar>
            <w:vAlign w:val="center"/>
          </w:tcPr>
          <w:p w14:paraId="6E96360F" w14:textId="4A74CAB5" w:rsidR="00C96C1E" w:rsidRDefault="00000000">
            <w:r>
              <w:rPr>
                <w:rFonts w:eastAsia="Times New Roman"/>
              </w:rPr>
              <w:t>Peri3mm − Peri5mm</w:t>
            </w:r>
          </w:p>
        </w:tc>
        <w:tc>
          <w:tcPr>
            <w:tcW w:w="1728" w:type="dxa"/>
            <w:tcMar>
              <w:top w:w="55" w:type="dxa"/>
              <w:left w:w="80" w:type="dxa"/>
              <w:bottom w:w="55" w:type="dxa"/>
              <w:right w:w="80" w:type="dxa"/>
            </w:tcMar>
            <w:vAlign w:val="center"/>
          </w:tcPr>
          <w:p w14:paraId="13A4C407" w14:textId="77777777" w:rsidR="00C96C1E" w:rsidRDefault="00000000">
            <w:pPr>
              <w:jc w:val="center"/>
            </w:pPr>
            <w:r>
              <w:rPr>
                <w:rFonts w:eastAsia="Times New Roman"/>
              </w:rPr>
              <w:t>Brier</w:t>
            </w:r>
          </w:p>
        </w:tc>
        <w:tc>
          <w:tcPr>
            <w:tcW w:w="1512" w:type="dxa"/>
            <w:tcMar>
              <w:top w:w="55" w:type="dxa"/>
              <w:left w:w="80" w:type="dxa"/>
              <w:bottom w:w="55" w:type="dxa"/>
              <w:right w:w="80" w:type="dxa"/>
            </w:tcMar>
            <w:vAlign w:val="center"/>
          </w:tcPr>
          <w:p w14:paraId="33010DA5" w14:textId="77777777" w:rsidR="00C96C1E" w:rsidRDefault="00000000">
            <w:pPr>
              <w:jc w:val="center"/>
            </w:pPr>
            <w:r>
              <w:rPr>
                <w:rFonts w:eastAsia="Times New Roman"/>
              </w:rPr>
              <w:t>+0.0014</w:t>
            </w:r>
          </w:p>
        </w:tc>
        <w:tc>
          <w:tcPr>
            <w:tcW w:w="2592" w:type="dxa"/>
            <w:tcMar>
              <w:top w:w="55" w:type="dxa"/>
              <w:left w:w="80" w:type="dxa"/>
              <w:bottom w:w="55" w:type="dxa"/>
              <w:right w:w="80" w:type="dxa"/>
            </w:tcMar>
            <w:vAlign w:val="center"/>
          </w:tcPr>
          <w:p w14:paraId="4A754942" w14:textId="77777777" w:rsidR="00C96C1E" w:rsidRDefault="00000000">
            <w:pPr>
              <w:jc w:val="center"/>
            </w:pPr>
            <w:r>
              <w:rPr>
                <w:rFonts w:eastAsia="Times New Roman"/>
              </w:rPr>
              <w:t>−0.0040 to +0.0067</w:t>
            </w:r>
          </w:p>
        </w:tc>
        <w:tc>
          <w:tcPr>
            <w:tcW w:w="1224" w:type="dxa"/>
            <w:tcMar>
              <w:top w:w="55" w:type="dxa"/>
              <w:left w:w="80" w:type="dxa"/>
              <w:bottom w:w="55" w:type="dxa"/>
              <w:right w:w="80" w:type="dxa"/>
            </w:tcMar>
            <w:vAlign w:val="center"/>
          </w:tcPr>
          <w:p w14:paraId="10884C69" w14:textId="77777777" w:rsidR="00C96C1E" w:rsidRDefault="00000000">
            <w:pPr>
              <w:jc w:val="center"/>
            </w:pPr>
            <w:r>
              <w:rPr>
                <w:rFonts w:eastAsia="Times New Roman"/>
              </w:rPr>
              <w:t>0.611</w:t>
            </w:r>
          </w:p>
        </w:tc>
        <w:tc>
          <w:tcPr>
            <w:tcW w:w="1728" w:type="dxa"/>
            <w:tcMar>
              <w:top w:w="55" w:type="dxa"/>
              <w:left w:w="80" w:type="dxa"/>
              <w:bottom w:w="55" w:type="dxa"/>
              <w:right w:w="80" w:type="dxa"/>
            </w:tcMar>
            <w:vAlign w:val="center"/>
          </w:tcPr>
          <w:p w14:paraId="57E80D0B" w14:textId="77777777" w:rsidR="00C96C1E" w:rsidRDefault="00000000">
            <w:pPr>
              <w:jc w:val="center"/>
            </w:pPr>
            <w:r>
              <w:rPr>
                <w:rFonts w:eastAsia="Times New Roman"/>
              </w:rPr>
              <w:t>0.611</w:t>
            </w:r>
          </w:p>
        </w:tc>
      </w:tr>
      <w:tr w:rsidR="00C96C1E" w14:paraId="28B79659" w14:textId="77777777">
        <w:trPr>
          <w:cantSplit/>
        </w:trPr>
        <w:tc>
          <w:tcPr>
            <w:tcW w:w="1944" w:type="dxa"/>
            <w:vMerge w:val="restart"/>
            <w:tcMar>
              <w:top w:w="55" w:type="dxa"/>
              <w:left w:w="80" w:type="dxa"/>
              <w:bottom w:w="55" w:type="dxa"/>
              <w:right w:w="80" w:type="dxa"/>
            </w:tcMar>
            <w:vAlign w:val="center"/>
          </w:tcPr>
          <w:p w14:paraId="2174EBA3" w14:textId="77777777" w:rsidR="00C96C1E" w:rsidRDefault="00000000">
            <w:pPr>
              <w:jc w:val="center"/>
            </w:pPr>
            <w:r>
              <w:rPr>
                <w:rFonts w:eastAsia="Times New Roman"/>
              </w:rPr>
              <w:t>Family B:</w:t>
            </w:r>
            <w:r>
              <w:rPr>
                <w:rFonts w:eastAsia="Times New Roman"/>
              </w:rPr>
              <w:br/>
              <w:t>Regional comparison</w:t>
            </w:r>
          </w:p>
        </w:tc>
        <w:tc>
          <w:tcPr>
            <w:tcW w:w="3096" w:type="dxa"/>
            <w:tcMar>
              <w:top w:w="55" w:type="dxa"/>
              <w:left w:w="80" w:type="dxa"/>
              <w:bottom w:w="55" w:type="dxa"/>
              <w:right w:w="80" w:type="dxa"/>
            </w:tcMar>
            <w:vAlign w:val="center"/>
          </w:tcPr>
          <w:p w14:paraId="1D80A190" w14:textId="7D91536C" w:rsidR="00C96C1E" w:rsidRDefault="00000000">
            <w:r>
              <w:rPr>
                <w:rFonts w:eastAsia="Times New Roman"/>
              </w:rPr>
              <w:t>INTRA − Peri3mm</w:t>
            </w:r>
          </w:p>
        </w:tc>
        <w:tc>
          <w:tcPr>
            <w:tcW w:w="1728" w:type="dxa"/>
            <w:tcMar>
              <w:top w:w="55" w:type="dxa"/>
              <w:left w:w="80" w:type="dxa"/>
              <w:bottom w:w="55" w:type="dxa"/>
              <w:right w:w="80" w:type="dxa"/>
            </w:tcMar>
            <w:vAlign w:val="center"/>
          </w:tcPr>
          <w:p w14:paraId="6AC2C084" w14:textId="77777777" w:rsidR="00C96C1E" w:rsidRDefault="00000000">
            <w:pPr>
              <w:jc w:val="center"/>
            </w:pPr>
            <w:r>
              <w:rPr>
                <w:rFonts w:eastAsia="Times New Roman"/>
              </w:rPr>
              <w:t>AUC</w:t>
            </w:r>
          </w:p>
        </w:tc>
        <w:tc>
          <w:tcPr>
            <w:tcW w:w="1512" w:type="dxa"/>
            <w:tcMar>
              <w:top w:w="55" w:type="dxa"/>
              <w:left w:w="80" w:type="dxa"/>
              <w:bottom w:w="55" w:type="dxa"/>
              <w:right w:w="80" w:type="dxa"/>
            </w:tcMar>
            <w:vAlign w:val="center"/>
          </w:tcPr>
          <w:p w14:paraId="4C60726D" w14:textId="77777777" w:rsidR="00C96C1E" w:rsidRDefault="00000000">
            <w:pPr>
              <w:jc w:val="center"/>
            </w:pPr>
            <w:r>
              <w:rPr>
                <w:rFonts w:eastAsia="Times New Roman"/>
              </w:rPr>
              <w:t>+0.003</w:t>
            </w:r>
          </w:p>
        </w:tc>
        <w:tc>
          <w:tcPr>
            <w:tcW w:w="2592" w:type="dxa"/>
            <w:tcMar>
              <w:top w:w="55" w:type="dxa"/>
              <w:left w:w="80" w:type="dxa"/>
              <w:bottom w:w="55" w:type="dxa"/>
              <w:right w:w="80" w:type="dxa"/>
            </w:tcMar>
            <w:vAlign w:val="center"/>
          </w:tcPr>
          <w:p w14:paraId="2B129DB6" w14:textId="77777777" w:rsidR="00C96C1E" w:rsidRDefault="00000000">
            <w:pPr>
              <w:jc w:val="center"/>
            </w:pPr>
            <w:r>
              <w:rPr>
                <w:rFonts w:eastAsia="Times New Roman"/>
              </w:rPr>
              <w:t>−0.070 to +0.074</w:t>
            </w:r>
          </w:p>
        </w:tc>
        <w:tc>
          <w:tcPr>
            <w:tcW w:w="1224" w:type="dxa"/>
            <w:tcMar>
              <w:top w:w="55" w:type="dxa"/>
              <w:left w:w="80" w:type="dxa"/>
              <w:bottom w:w="55" w:type="dxa"/>
              <w:right w:w="80" w:type="dxa"/>
            </w:tcMar>
            <w:vAlign w:val="center"/>
          </w:tcPr>
          <w:p w14:paraId="043907FE" w14:textId="77777777" w:rsidR="00C96C1E" w:rsidRDefault="00000000">
            <w:pPr>
              <w:jc w:val="center"/>
            </w:pPr>
            <w:r>
              <w:rPr>
                <w:rFonts w:eastAsia="Times New Roman"/>
              </w:rPr>
              <w:t>0.980</w:t>
            </w:r>
          </w:p>
        </w:tc>
        <w:tc>
          <w:tcPr>
            <w:tcW w:w="1728" w:type="dxa"/>
            <w:tcMar>
              <w:top w:w="55" w:type="dxa"/>
              <w:left w:w="80" w:type="dxa"/>
              <w:bottom w:w="55" w:type="dxa"/>
              <w:right w:w="80" w:type="dxa"/>
            </w:tcMar>
            <w:vAlign w:val="center"/>
          </w:tcPr>
          <w:p w14:paraId="1AF44995" w14:textId="77777777" w:rsidR="00C96C1E" w:rsidRDefault="00000000">
            <w:pPr>
              <w:jc w:val="center"/>
            </w:pPr>
            <w:r>
              <w:rPr>
                <w:rFonts w:eastAsia="Times New Roman"/>
              </w:rPr>
              <w:t>0.980</w:t>
            </w:r>
          </w:p>
        </w:tc>
      </w:tr>
      <w:tr w:rsidR="00C96C1E" w14:paraId="6E2CAB9F" w14:textId="77777777">
        <w:trPr>
          <w:cantSplit/>
        </w:trPr>
        <w:tc>
          <w:tcPr>
            <w:tcW w:w="1944" w:type="dxa"/>
            <w:vMerge/>
            <w:tcMar>
              <w:top w:w="55" w:type="dxa"/>
              <w:left w:w="80" w:type="dxa"/>
              <w:bottom w:w="55" w:type="dxa"/>
              <w:right w:w="80" w:type="dxa"/>
            </w:tcMar>
            <w:vAlign w:val="center"/>
          </w:tcPr>
          <w:p w14:paraId="260F972C" w14:textId="77777777" w:rsidR="00C96C1E" w:rsidRDefault="00C96C1E"/>
        </w:tc>
        <w:tc>
          <w:tcPr>
            <w:tcW w:w="3096" w:type="dxa"/>
            <w:tcMar>
              <w:top w:w="55" w:type="dxa"/>
              <w:left w:w="80" w:type="dxa"/>
              <w:bottom w:w="55" w:type="dxa"/>
              <w:right w:w="80" w:type="dxa"/>
            </w:tcMar>
            <w:vAlign w:val="center"/>
          </w:tcPr>
          <w:p w14:paraId="3F27275C" w14:textId="4B3A55FD" w:rsidR="00C96C1E" w:rsidRDefault="00000000">
            <w:r>
              <w:rPr>
                <w:rFonts w:eastAsia="Times New Roman"/>
              </w:rPr>
              <w:t>INTRA − Peri3mm</w:t>
            </w:r>
          </w:p>
        </w:tc>
        <w:tc>
          <w:tcPr>
            <w:tcW w:w="1728" w:type="dxa"/>
            <w:tcMar>
              <w:top w:w="55" w:type="dxa"/>
              <w:left w:w="80" w:type="dxa"/>
              <w:bottom w:w="55" w:type="dxa"/>
              <w:right w:w="80" w:type="dxa"/>
            </w:tcMar>
            <w:vAlign w:val="center"/>
          </w:tcPr>
          <w:p w14:paraId="5C1DCCFC" w14:textId="77777777" w:rsidR="00C96C1E" w:rsidRDefault="00000000">
            <w:pPr>
              <w:jc w:val="center"/>
            </w:pPr>
            <w:r>
              <w:rPr>
                <w:rFonts w:eastAsia="Times New Roman"/>
              </w:rPr>
              <w:t>Average precision</w:t>
            </w:r>
          </w:p>
        </w:tc>
        <w:tc>
          <w:tcPr>
            <w:tcW w:w="1512" w:type="dxa"/>
            <w:tcMar>
              <w:top w:w="55" w:type="dxa"/>
              <w:left w:w="80" w:type="dxa"/>
              <w:bottom w:w="55" w:type="dxa"/>
              <w:right w:w="80" w:type="dxa"/>
            </w:tcMar>
            <w:vAlign w:val="center"/>
          </w:tcPr>
          <w:p w14:paraId="7E4DD435" w14:textId="77777777" w:rsidR="00C96C1E" w:rsidRDefault="00000000">
            <w:pPr>
              <w:jc w:val="center"/>
            </w:pPr>
            <w:r>
              <w:rPr>
                <w:rFonts w:eastAsia="Times New Roman"/>
              </w:rPr>
              <w:t>+0.001</w:t>
            </w:r>
          </w:p>
        </w:tc>
        <w:tc>
          <w:tcPr>
            <w:tcW w:w="2592" w:type="dxa"/>
            <w:tcMar>
              <w:top w:w="55" w:type="dxa"/>
              <w:left w:w="80" w:type="dxa"/>
              <w:bottom w:w="55" w:type="dxa"/>
              <w:right w:w="80" w:type="dxa"/>
            </w:tcMar>
            <w:vAlign w:val="center"/>
          </w:tcPr>
          <w:p w14:paraId="0AD2EE57" w14:textId="77777777" w:rsidR="00C96C1E" w:rsidRDefault="00000000">
            <w:pPr>
              <w:jc w:val="center"/>
            </w:pPr>
            <w:r>
              <w:rPr>
                <w:rFonts w:eastAsia="Times New Roman"/>
              </w:rPr>
              <w:t>−0.053 to +0.060</w:t>
            </w:r>
          </w:p>
        </w:tc>
        <w:tc>
          <w:tcPr>
            <w:tcW w:w="1224" w:type="dxa"/>
            <w:tcMar>
              <w:top w:w="55" w:type="dxa"/>
              <w:left w:w="80" w:type="dxa"/>
              <w:bottom w:w="55" w:type="dxa"/>
              <w:right w:w="80" w:type="dxa"/>
            </w:tcMar>
            <w:vAlign w:val="center"/>
          </w:tcPr>
          <w:p w14:paraId="590E4776" w14:textId="77777777" w:rsidR="00C96C1E" w:rsidRDefault="00000000">
            <w:pPr>
              <w:jc w:val="center"/>
            </w:pPr>
            <w:r>
              <w:rPr>
                <w:rFonts w:eastAsia="Times New Roman"/>
              </w:rPr>
              <w:t>0.993</w:t>
            </w:r>
          </w:p>
        </w:tc>
        <w:tc>
          <w:tcPr>
            <w:tcW w:w="1728" w:type="dxa"/>
            <w:tcMar>
              <w:top w:w="55" w:type="dxa"/>
              <w:left w:w="80" w:type="dxa"/>
              <w:bottom w:w="55" w:type="dxa"/>
              <w:right w:w="80" w:type="dxa"/>
            </w:tcMar>
            <w:vAlign w:val="center"/>
          </w:tcPr>
          <w:p w14:paraId="13D85B21" w14:textId="77777777" w:rsidR="00C96C1E" w:rsidRDefault="00000000">
            <w:pPr>
              <w:jc w:val="center"/>
            </w:pPr>
            <w:r>
              <w:rPr>
                <w:rFonts w:eastAsia="Times New Roman"/>
              </w:rPr>
              <w:t>0.993</w:t>
            </w:r>
          </w:p>
        </w:tc>
      </w:tr>
      <w:tr w:rsidR="00C96C1E" w14:paraId="45C841CA" w14:textId="77777777">
        <w:trPr>
          <w:cantSplit/>
        </w:trPr>
        <w:tc>
          <w:tcPr>
            <w:tcW w:w="1944" w:type="dxa"/>
            <w:vMerge/>
            <w:tcMar>
              <w:top w:w="55" w:type="dxa"/>
              <w:left w:w="80" w:type="dxa"/>
              <w:bottom w:w="55" w:type="dxa"/>
              <w:right w:w="80" w:type="dxa"/>
            </w:tcMar>
            <w:vAlign w:val="center"/>
          </w:tcPr>
          <w:p w14:paraId="42C0DA2A" w14:textId="77777777" w:rsidR="00C96C1E" w:rsidRDefault="00C96C1E"/>
        </w:tc>
        <w:tc>
          <w:tcPr>
            <w:tcW w:w="3096" w:type="dxa"/>
            <w:tcMar>
              <w:top w:w="55" w:type="dxa"/>
              <w:left w:w="80" w:type="dxa"/>
              <w:bottom w:w="55" w:type="dxa"/>
              <w:right w:w="80" w:type="dxa"/>
            </w:tcMar>
            <w:vAlign w:val="center"/>
          </w:tcPr>
          <w:p w14:paraId="7B7E4A35" w14:textId="18019937" w:rsidR="00C96C1E" w:rsidRDefault="00000000">
            <w:r>
              <w:rPr>
                <w:rFonts w:eastAsia="Times New Roman"/>
              </w:rPr>
              <w:t>INTRA − Peri3mm</w:t>
            </w:r>
          </w:p>
        </w:tc>
        <w:tc>
          <w:tcPr>
            <w:tcW w:w="1728" w:type="dxa"/>
            <w:tcMar>
              <w:top w:w="55" w:type="dxa"/>
              <w:left w:w="80" w:type="dxa"/>
              <w:bottom w:w="55" w:type="dxa"/>
              <w:right w:w="80" w:type="dxa"/>
            </w:tcMar>
            <w:vAlign w:val="center"/>
          </w:tcPr>
          <w:p w14:paraId="36F1C200" w14:textId="77777777" w:rsidR="00C96C1E" w:rsidRDefault="00000000">
            <w:pPr>
              <w:jc w:val="center"/>
            </w:pPr>
            <w:r>
              <w:rPr>
                <w:rFonts w:eastAsia="Times New Roman"/>
              </w:rPr>
              <w:t>Brier</w:t>
            </w:r>
          </w:p>
        </w:tc>
        <w:tc>
          <w:tcPr>
            <w:tcW w:w="1512" w:type="dxa"/>
            <w:tcMar>
              <w:top w:w="55" w:type="dxa"/>
              <w:left w:w="80" w:type="dxa"/>
              <w:bottom w:w="55" w:type="dxa"/>
              <w:right w:w="80" w:type="dxa"/>
            </w:tcMar>
            <w:vAlign w:val="center"/>
          </w:tcPr>
          <w:p w14:paraId="73AC3F75" w14:textId="77777777" w:rsidR="00C96C1E" w:rsidRDefault="00000000">
            <w:pPr>
              <w:jc w:val="center"/>
            </w:pPr>
            <w:r>
              <w:rPr>
                <w:rFonts w:eastAsia="Times New Roman"/>
              </w:rPr>
              <w:t>+0.0006</w:t>
            </w:r>
          </w:p>
        </w:tc>
        <w:tc>
          <w:tcPr>
            <w:tcW w:w="2592" w:type="dxa"/>
            <w:tcMar>
              <w:top w:w="55" w:type="dxa"/>
              <w:left w:w="80" w:type="dxa"/>
              <w:bottom w:w="55" w:type="dxa"/>
              <w:right w:w="80" w:type="dxa"/>
            </w:tcMar>
            <w:vAlign w:val="center"/>
          </w:tcPr>
          <w:p w14:paraId="320B53F5" w14:textId="77777777" w:rsidR="00C96C1E" w:rsidRDefault="00000000">
            <w:pPr>
              <w:jc w:val="center"/>
            </w:pPr>
            <w:r>
              <w:rPr>
                <w:rFonts w:eastAsia="Times New Roman"/>
              </w:rPr>
              <w:t>−0.0088 to +0.0102</w:t>
            </w:r>
          </w:p>
        </w:tc>
        <w:tc>
          <w:tcPr>
            <w:tcW w:w="1224" w:type="dxa"/>
            <w:tcMar>
              <w:top w:w="55" w:type="dxa"/>
              <w:left w:w="80" w:type="dxa"/>
              <w:bottom w:w="55" w:type="dxa"/>
              <w:right w:w="80" w:type="dxa"/>
            </w:tcMar>
            <w:vAlign w:val="center"/>
          </w:tcPr>
          <w:p w14:paraId="77A09992" w14:textId="77777777" w:rsidR="00C96C1E" w:rsidRDefault="00000000">
            <w:pPr>
              <w:jc w:val="center"/>
            </w:pPr>
            <w:r>
              <w:rPr>
                <w:rFonts w:eastAsia="Times New Roman"/>
              </w:rPr>
              <w:t>0.886</w:t>
            </w:r>
          </w:p>
        </w:tc>
        <w:tc>
          <w:tcPr>
            <w:tcW w:w="1728" w:type="dxa"/>
            <w:tcMar>
              <w:top w:w="55" w:type="dxa"/>
              <w:left w:w="80" w:type="dxa"/>
              <w:bottom w:w="55" w:type="dxa"/>
              <w:right w:w="80" w:type="dxa"/>
            </w:tcMar>
            <w:vAlign w:val="center"/>
          </w:tcPr>
          <w:p w14:paraId="67305F63" w14:textId="77777777" w:rsidR="00C96C1E" w:rsidRDefault="00000000">
            <w:pPr>
              <w:jc w:val="center"/>
            </w:pPr>
            <w:r>
              <w:rPr>
                <w:rFonts w:eastAsia="Times New Roman"/>
              </w:rPr>
              <w:t>0.886</w:t>
            </w:r>
          </w:p>
        </w:tc>
      </w:tr>
      <w:tr w:rsidR="00C96C1E" w14:paraId="54863DCB" w14:textId="77777777">
        <w:trPr>
          <w:cantSplit/>
        </w:trPr>
        <w:tc>
          <w:tcPr>
            <w:tcW w:w="1944" w:type="dxa"/>
            <w:vMerge/>
            <w:tcMar>
              <w:top w:w="55" w:type="dxa"/>
              <w:left w:w="80" w:type="dxa"/>
              <w:bottom w:w="55" w:type="dxa"/>
              <w:right w:w="80" w:type="dxa"/>
            </w:tcMar>
            <w:vAlign w:val="center"/>
          </w:tcPr>
          <w:p w14:paraId="2E90C0A5" w14:textId="77777777" w:rsidR="00C96C1E" w:rsidRDefault="00C96C1E"/>
        </w:tc>
        <w:tc>
          <w:tcPr>
            <w:tcW w:w="3096" w:type="dxa"/>
            <w:tcMar>
              <w:top w:w="55" w:type="dxa"/>
              <w:left w:w="80" w:type="dxa"/>
              <w:bottom w:w="55" w:type="dxa"/>
              <w:right w:w="80" w:type="dxa"/>
            </w:tcMar>
            <w:vAlign w:val="center"/>
          </w:tcPr>
          <w:p w14:paraId="023B40C1" w14:textId="65F4DB09" w:rsidR="00C96C1E" w:rsidRDefault="00000000">
            <w:r>
              <w:rPr>
                <w:rFonts w:eastAsia="Times New Roman"/>
              </w:rPr>
              <w:t xml:space="preserve">INTRA − </w:t>
            </w:r>
            <w:r w:rsidR="009B64B8">
              <w:rPr>
                <w:rFonts w:eastAsia="Times New Roman"/>
              </w:rPr>
              <w:t>VOIFusion3</w:t>
            </w:r>
            <w:r>
              <w:rPr>
                <w:rFonts w:eastAsia="Times New Roman"/>
              </w:rPr>
              <w:t>mm</w:t>
            </w:r>
          </w:p>
        </w:tc>
        <w:tc>
          <w:tcPr>
            <w:tcW w:w="1728" w:type="dxa"/>
            <w:tcMar>
              <w:top w:w="55" w:type="dxa"/>
              <w:left w:w="80" w:type="dxa"/>
              <w:bottom w:w="55" w:type="dxa"/>
              <w:right w:w="80" w:type="dxa"/>
            </w:tcMar>
            <w:vAlign w:val="center"/>
          </w:tcPr>
          <w:p w14:paraId="362FD22E" w14:textId="77777777" w:rsidR="00C96C1E" w:rsidRDefault="00000000">
            <w:pPr>
              <w:jc w:val="center"/>
            </w:pPr>
            <w:r>
              <w:rPr>
                <w:rFonts w:eastAsia="Times New Roman"/>
              </w:rPr>
              <w:t>AUC</w:t>
            </w:r>
          </w:p>
        </w:tc>
        <w:tc>
          <w:tcPr>
            <w:tcW w:w="1512" w:type="dxa"/>
            <w:tcMar>
              <w:top w:w="55" w:type="dxa"/>
              <w:left w:w="80" w:type="dxa"/>
              <w:bottom w:w="55" w:type="dxa"/>
              <w:right w:w="80" w:type="dxa"/>
            </w:tcMar>
            <w:vAlign w:val="center"/>
          </w:tcPr>
          <w:p w14:paraId="639EECAD" w14:textId="77777777" w:rsidR="00C96C1E" w:rsidRDefault="00000000">
            <w:pPr>
              <w:jc w:val="center"/>
            </w:pPr>
            <w:r>
              <w:rPr>
                <w:rFonts w:eastAsia="Times New Roman"/>
              </w:rPr>
              <w:t>−0.092</w:t>
            </w:r>
          </w:p>
        </w:tc>
        <w:tc>
          <w:tcPr>
            <w:tcW w:w="2592" w:type="dxa"/>
            <w:tcMar>
              <w:top w:w="55" w:type="dxa"/>
              <w:left w:w="80" w:type="dxa"/>
              <w:bottom w:w="55" w:type="dxa"/>
              <w:right w:w="80" w:type="dxa"/>
            </w:tcMar>
            <w:vAlign w:val="center"/>
          </w:tcPr>
          <w:p w14:paraId="62EAA201" w14:textId="77777777" w:rsidR="00C96C1E" w:rsidRDefault="00000000">
            <w:pPr>
              <w:jc w:val="center"/>
            </w:pPr>
            <w:r>
              <w:rPr>
                <w:rFonts w:eastAsia="Times New Roman"/>
              </w:rPr>
              <w:t>−0.155 to −0.029</w:t>
            </w:r>
          </w:p>
        </w:tc>
        <w:tc>
          <w:tcPr>
            <w:tcW w:w="1224" w:type="dxa"/>
            <w:tcMar>
              <w:top w:w="55" w:type="dxa"/>
              <w:left w:w="80" w:type="dxa"/>
              <w:bottom w:w="55" w:type="dxa"/>
              <w:right w:w="80" w:type="dxa"/>
            </w:tcMar>
            <w:vAlign w:val="center"/>
          </w:tcPr>
          <w:p w14:paraId="5E55F58D" w14:textId="77777777" w:rsidR="00C96C1E" w:rsidRDefault="00000000">
            <w:pPr>
              <w:jc w:val="center"/>
            </w:pPr>
            <w:r>
              <w:rPr>
                <w:rFonts w:eastAsia="Times New Roman"/>
              </w:rPr>
              <w:t>0.003</w:t>
            </w:r>
          </w:p>
        </w:tc>
        <w:tc>
          <w:tcPr>
            <w:tcW w:w="1728" w:type="dxa"/>
            <w:tcMar>
              <w:top w:w="55" w:type="dxa"/>
              <w:left w:w="80" w:type="dxa"/>
              <w:bottom w:w="55" w:type="dxa"/>
              <w:right w:w="80" w:type="dxa"/>
            </w:tcMar>
            <w:vAlign w:val="center"/>
          </w:tcPr>
          <w:p w14:paraId="22B9FF5C" w14:textId="77777777" w:rsidR="00C96C1E" w:rsidRDefault="00000000">
            <w:pPr>
              <w:jc w:val="center"/>
            </w:pPr>
            <w:r>
              <w:rPr>
                <w:rFonts w:eastAsia="Times New Roman"/>
              </w:rPr>
              <w:t>0.009</w:t>
            </w:r>
          </w:p>
        </w:tc>
      </w:tr>
      <w:tr w:rsidR="00C96C1E" w14:paraId="1FEE17B4" w14:textId="77777777">
        <w:trPr>
          <w:cantSplit/>
        </w:trPr>
        <w:tc>
          <w:tcPr>
            <w:tcW w:w="1944" w:type="dxa"/>
            <w:vMerge/>
            <w:tcMar>
              <w:top w:w="55" w:type="dxa"/>
              <w:left w:w="80" w:type="dxa"/>
              <w:bottom w:w="55" w:type="dxa"/>
              <w:right w:w="80" w:type="dxa"/>
            </w:tcMar>
            <w:vAlign w:val="center"/>
          </w:tcPr>
          <w:p w14:paraId="3CFD78A0" w14:textId="77777777" w:rsidR="00C96C1E" w:rsidRDefault="00C96C1E"/>
        </w:tc>
        <w:tc>
          <w:tcPr>
            <w:tcW w:w="3096" w:type="dxa"/>
            <w:tcMar>
              <w:top w:w="55" w:type="dxa"/>
              <w:left w:w="80" w:type="dxa"/>
              <w:bottom w:w="55" w:type="dxa"/>
              <w:right w:w="80" w:type="dxa"/>
            </w:tcMar>
            <w:vAlign w:val="center"/>
          </w:tcPr>
          <w:p w14:paraId="630970D5" w14:textId="4A54F6F4" w:rsidR="00C96C1E" w:rsidRDefault="00000000">
            <w:r>
              <w:rPr>
                <w:rFonts w:eastAsia="Times New Roman"/>
              </w:rPr>
              <w:t xml:space="preserve">INTRA − </w:t>
            </w:r>
            <w:r w:rsidR="009B64B8">
              <w:rPr>
                <w:rFonts w:eastAsia="Times New Roman"/>
              </w:rPr>
              <w:t>VOIFusion3</w:t>
            </w:r>
            <w:r>
              <w:rPr>
                <w:rFonts w:eastAsia="Times New Roman"/>
              </w:rPr>
              <w:t>mm</w:t>
            </w:r>
          </w:p>
        </w:tc>
        <w:tc>
          <w:tcPr>
            <w:tcW w:w="1728" w:type="dxa"/>
            <w:tcMar>
              <w:top w:w="55" w:type="dxa"/>
              <w:left w:w="80" w:type="dxa"/>
              <w:bottom w:w="55" w:type="dxa"/>
              <w:right w:w="80" w:type="dxa"/>
            </w:tcMar>
            <w:vAlign w:val="center"/>
          </w:tcPr>
          <w:p w14:paraId="7C3A8BFE" w14:textId="77777777" w:rsidR="00C96C1E" w:rsidRDefault="00000000">
            <w:pPr>
              <w:jc w:val="center"/>
            </w:pPr>
            <w:r>
              <w:rPr>
                <w:rFonts w:eastAsia="Times New Roman"/>
              </w:rPr>
              <w:t>Average precision</w:t>
            </w:r>
          </w:p>
        </w:tc>
        <w:tc>
          <w:tcPr>
            <w:tcW w:w="1512" w:type="dxa"/>
            <w:tcMar>
              <w:top w:w="55" w:type="dxa"/>
              <w:left w:w="80" w:type="dxa"/>
              <w:bottom w:w="55" w:type="dxa"/>
              <w:right w:w="80" w:type="dxa"/>
            </w:tcMar>
            <w:vAlign w:val="center"/>
          </w:tcPr>
          <w:p w14:paraId="6D198FB3" w14:textId="77777777" w:rsidR="00C96C1E" w:rsidRDefault="00000000">
            <w:pPr>
              <w:jc w:val="center"/>
            </w:pPr>
            <w:r>
              <w:rPr>
                <w:rFonts w:eastAsia="Times New Roman"/>
              </w:rPr>
              <w:t>−0.059</w:t>
            </w:r>
          </w:p>
        </w:tc>
        <w:tc>
          <w:tcPr>
            <w:tcW w:w="2592" w:type="dxa"/>
            <w:tcMar>
              <w:top w:w="55" w:type="dxa"/>
              <w:left w:w="80" w:type="dxa"/>
              <w:bottom w:w="55" w:type="dxa"/>
              <w:right w:w="80" w:type="dxa"/>
            </w:tcMar>
            <w:vAlign w:val="center"/>
          </w:tcPr>
          <w:p w14:paraId="08AAACC2" w14:textId="77777777" w:rsidR="00C96C1E" w:rsidRDefault="00000000">
            <w:pPr>
              <w:jc w:val="center"/>
            </w:pPr>
            <w:r>
              <w:rPr>
                <w:rFonts w:eastAsia="Times New Roman"/>
              </w:rPr>
              <w:t>−0.126 to +0.002</w:t>
            </w:r>
          </w:p>
        </w:tc>
        <w:tc>
          <w:tcPr>
            <w:tcW w:w="1224" w:type="dxa"/>
            <w:tcMar>
              <w:top w:w="55" w:type="dxa"/>
              <w:left w:w="80" w:type="dxa"/>
              <w:bottom w:w="55" w:type="dxa"/>
              <w:right w:w="80" w:type="dxa"/>
            </w:tcMar>
            <w:vAlign w:val="center"/>
          </w:tcPr>
          <w:p w14:paraId="16B24327" w14:textId="77777777" w:rsidR="00C96C1E" w:rsidRDefault="00000000">
            <w:pPr>
              <w:jc w:val="center"/>
            </w:pPr>
            <w:r>
              <w:rPr>
                <w:rFonts w:eastAsia="Times New Roman"/>
              </w:rPr>
              <w:t>0.060</w:t>
            </w:r>
          </w:p>
        </w:tc>
        <w:tc>
          <w:tcPr>
            <w:tcW w:w="1728" w:type="dxa"/>
            <w:tcMar>
              <w:top w:w="55" w:type="dxa"/>
              <w:left w:w="80" w:type="dxa"/>
              <w:bottom w:w="55" w:type="dxa"/>
              <w:right w:w="80" w:type="dxa"/>
            </w:tcMar>
            <w:vAlign w:val="center"/>
          </w:tcPr>
          <w:p w14:paraId="4FC6FD3E" w14:textId="77777777" w:rsidR="00C96C1E" w:rsidRDefault="00000000">
            <w:pPr>
              <w:jc w:val="center"/>
            </w:pPr>
            <w:r>
              <w:rPr>
                <w:rFonts w:eastAsia="Times New Roman"/>
              </w:rPr>
              <w:t>0.090</w:t>
            </w:r>
          </w:p>
        </w:tc>
      </w:tr>
      <w:tr w:rsidR="00C96C1E" w14:paraId="687363E2" w14:textId="77777777">
        <w:trPr>
          <w:cantSplit/>
        </w:trPr>
        <w:tc>
          <w:tcPr>
            <w:tcW w:w="1944" w:type="dxa"/>
            <w:vMerge/>
            <w:tcMar>
              <w:top w:w="55" w:type="dxa"/>
              <w:left w:w="80" w:type="dxa"/>
              <w:bottom w:w="55" w:type="dxa"/>
              <w:right w:w="80" w:type="dxa"/>
            </w:tcMar>
            <w:vAlign w:val="center"/>
          </w:tcPr>
          <w:p w14:paraId="0C10289D" w14:textId="77777777" w:rsidR="00C96C1E" w:rsidRDefault="00C96C1E"/>
        </w:tc>
        <w:tc>
          <w:tcPr>
            <w:tcW w:w="3096" w:type="dxa"/>
            <w:tcMar>
              <w:top w:w="55" w:type="dxa"/>
              <w:left w:w="80" w:type="dxa"/>
              <w:bottom w:w="55" w:type="dxa"/>
              <w:right w:w="80" w:type="dxa"/>
            </w:tcMar>
            <w:vAlign w:val="center"/>
          </w:tcPr>
          <w:p w14:paraId="62F2C8CE" w14:textId="237D55E0" w:rsidR="00C96C1E" w:rsidRDefault="00000000">
            <w:r>
              <w:rPr>
                <w:rFonts w:eastAsia="Times New Roman"/>
              </w:rPr>
              <w:t xml:space="preserve">INTRA − </w:t>
            </w:r>
            <w:r w:rsidR="009B64B8">
              <w:rPr>
                <w:rFonts w:eastAsia="Times New Roman"/>
              </w:rPr>
              <w:t>VOIFusion3</w:t>
            </w:r>
            <w:r>
              <w:rPr>
                <w:rFonts w:eastAsia="Times New Roman"/>
              </w:rPr>
              <w:t>mm</w:t>
            </w:r>
          </w:p>
        </w:tc>
        <w:tc>
          <w:tcPr>
            <w:tcW w:w="1728" w:type="dxa"/>
            <w:tcMar>
              <w:top w:w="55" w:type="dxa"/>
              <w:left w:w="80" w:type="dxa"/>
              <w:bottom w:w="55" w:type="dxa"/>
              <w:right w:w="80" w:type="dxa"/>
            </w:tcMar>
            <w:vAlign w:val="center"/>
          </w:tcPr>
          <w:p w14:paraId="170E6267" w14:textId="77777777" w:rsidR="00C96C1E" w:rsidRDefault="00000000">
            <w:pPr>
              <w:jc w:val="center"/>
            </w:pPr>
            <w:r>
              <w:rPr>
                <w:rFonts w:eastAsia="Times New Roman"/>
              </w:rPr>
              <w:t>Brier</w:t>
            </w:r>
          </w:p>
        </w:tc>
        <w:tc>
          <w:tcPr>
            <w:tcW w:w="1512" w:type="dxa"/>
            <w:tcMar>
              <w:top w:w="55" w:type="dxa"/>
              <w:left w:w="80" w:type="dxa"/>
              <w:bottom w:w="55" w:type="dxa"/>
              <w:right w:w="80" w:type="dxa"/>
            </w:tcMar>
            <w:vAlign w:val="center"/>
          </w:tcPr>
          <w:p w14:paraId="1DE1BB8C" w14:textId="77777777" w:rsidR="00C96C1E" w:rsidRDefault="00000000">
            <w:pPr>
              <w:jc w:val="center"/>
            </w:pPr>
            <w:r>
              <w:rPr>
                <w:rFonts w:eastAsia="Times New Roman"/>
              </w:rPr>
              <w:t>+0.0103</w:t>
            </w:r>
          </w:p>
        </w:tc>
        <w:tc>
          <w:tcPr>
            <w:tcW w:w="2592" w:type="dxa"/>
            <w:tcMar>
              <w:top w:w="55" w:type="dxa"/>
              <w:left w:w="80" w:type="dxa"/>
              <w:bottom w:w="55" w:type="dxa"/>
              <w:right w:w="80" w:type="dxa"/>
            </w:tcMar>
            <w:vAlign w:val="center"/>
          </w:tcPr>
          <w:p w14:paraId="77E4B130" w14:textId="77777777" w:rsidR="00C96C1E" w:rsidRDefault="00000000">
            <w:pPr>
              <w:jc w:val="center"/>
            </w:pPr>
            <w:r>
              <w:rPr>
                <w:rFonts w:eastAsia="Times New Roman"/>
              </w:rPr>
              <w:t>+0.0011 to +0.0198</w:t>
            </w:r>
          </w:p>
        </w:tc>
        <w:tc>
          <w:tcPr>
            <w:tcW w:w="1224" w:type="dxa"/>
            <w:tcMar>
              <w:top w:w="55" w:type="dxa"/>
              <w:left w:w="80" w:type="dxa"/>
              <w:bottom w:w="55" w:type="dxa"/>
              <w:right w:w="80" w:type="dxa"/>
            </w:tcMar>
            <w:vAlign w:val="center"/>
          </w:tcPr>
          <w:p w14:paraId="1B6E7BA5" w14:textId="77777777" w:rsidR="00C96C1E" w:rsidRDefault="00000000">
            <w:pPr>
              <w:jc w:val="center"/>
            </w:pPr>
            <w:r>
              <w:rPr>
                <w:rFonts w:eastAsia="Times New Roman"/>
              </w:rPr>
              <w:t>0.027</w:t>
            </w:r>
          </w:p>
        </w:tc>
        <w:tc>
          <w:tcPr>
            <w:tcW w:w="1728" w:type="dxa"/>
            <w:tcMar>
              <w:top w:w="55" w:type="dxa"/>
              <w:left w:w="80" w:type="dxa"/>
              <w:bottom w:w="55" w:type="dxa"/>
              <w:right w:w="80" w:type="dxa"/>
            </w:tcMar>
            <w:vAlign w:val="center"/>
          </w:tcPr>
          <w:p w14:paraId="788A307F" w14:textId="77777777" w:rsidR="00C96C1E" w:rsidRDefault="00000000">
            <w:pPr>
              <w:jc w:val="center"/>
            </w:pPr>
            <w:r>
              <w:rPr>
                <w:rFonts w:eastAsia="Times New Roman"/>
              </w:rPr>
              <w:t>0.076</w:t>
            </w:r>
          </w:p>
        </w:tc>
      </w:tr>
      <w:tr w:rsidR="00C96C1E" w14:paraId="0D20FD8D" w14:textId="77777777">
        <w:trPr>
          <w:cantSplit/>
        </w:trPr>
        <w:tc>
          <w:tcPr>
            <w:tcW w:w="1944" w:type="dxa"/>
            <w:vMerge/>
            <w:tcMar>
              <w:top w:w="55" w:type="dxa"/>
              <w:left w:w="80" w:type="dxa"/>
              <w:bottom w:w="55" w:type="dxa"/>
              <w:right w:w="80" w:type="dxa"/>
            </w:tcMar>
            <w:vAlign w:val="center"/>
          </w:tcPr>
          <w:p w14:paraId="2DCBB6BC" w14:textId="77777777" w:rsidR="00C96C1E" w:rsidRDefault="00C96C1E"/>
        </w:tc>
        <w:tc>
          <w:tcPr>
            <w:tcW w:w="3096" w:type="dxa"/>
            <w:tcMar>
              <w:top w:w="55" w:type="dxa"/>
              <w:left w:w="80" w:type="dxa"/>
              <w:bottom w:w="55" w:type="dxa"/>
              <w:right w:w="80" w:type="dxa"/>
            </w:tcMar>
            <w:vAlign w:val="center"/>
          </w:tcPr>
          <w:p w14:paraId="7B2E17C5" w14:textId="0084540B" w:rsidR="00C96C1E" w:rsidRDefault="00000000">
            <w:r>
              <w:rPr>
                <w:rFonts w:eastAsia="Times New Roman"/>
              </w:rPr>
              <w:t xml:space="preserve">Peri3mm − </w:t>
            </w:r>
            <w:r w:rsidR="009B64B8">
              <w:rPr>
                <w:rFonts w:eastAsia="Times New Roman"/>
              </w:rPr>
              <w:t>VOIFusion3</w:t>
            </w:r>
            <w:r>
              <w:rPr>
                <w:rFonts w:eastAsia="Times New Roman"/>
              </w:rPr>
              <w:t>mm</w:t>
            </w:r>
          </w:p>
        </w:tc>
        <w:tc>
          <w:tcPr>
            <w:tcW w:w="1728" w:type="dxa"/>
            <w:tcMar>
              <w:top w:w="55" w:type="dxa"/>
              <w:left w:w="80" w:type="dxa"/>
              <w:bottom w:w="55" w:type="dxa"/>
              <w:right w:w="80" w:type="dxa"/>
            </w:tcMar>
            <w:vAlign w:val="center"/>
          </w:tcPr>
          <w:p w14:paraId="3252D9BA" w14:textId="77777777" w:rsidR="00C96C1E" w:rsidRDefault="00000000">
            <w:pPr>
              <w:jc w:val="center"/>
            </w:pPr>
            <w:r>
              <w:rPr>
                <w:rFonts w:eastAsia="Times New Roman"/>
              </w:rPr>
              <w:t>AUC</w:t>
            </w:r>
          </w:p>
        </w:tc>
        <w:tc>
          <w:tcPr>
            <w:tcW w:w="1512" w:type="dxa"/>
            <w:tcMar>
              <w:top w:w="55" w:type="dxa"/>
              <w:left w:w="80" w:type="dxa"/>
              <w:bottom w:w="55" w:type="dxa"/>
              <w:right w:w="80" w:type="dxa"/>
            </w:tcMar>
            <w:vAlign w:val="center"/>
          </w:tcPr>
          <w:p w14:paraId="2F778379" w14:textId="77777777" w:rsidR="00C96C1E" w:rsidRDefault="00000000">
            <w:pPr>
              <w:jc w:val="center"/>
            </w:pPr>
            <w:r>
              <w:rPr>
                <w:rFonts w:eastAsia="Times New Roman"/>
              </w:rPr>
              <w:t>−0.095</w:t>
            </w:r>
          </w:p>
        </w:tc>
        <w:tc>
          <w:tcPr>
            <w:tcW w:w="2592" w:type="dxa"/>
            <w:tcMar>
              <w:top w:w="55" w:type="dxa"/>
              <w:left w:w="80" w:type="dxa"/>
              <w:bottom w:w="55" w:type="dxa"/>
              <w:right w:w="80" w:type="dxa"/>
            </w:tcMar>
            <w:vAlign w:val="center"/>
          </w:tcPr>
          <w:p w14:paraId="16FB76B3" w14:textId="77777777" w:rsidR="00C96C1E" w:rsidRDefault="00000000">
            <w:pPr>
              <w:jc w:val="center"/>
            </w:pPr>
            <w:r>
              <w:rPr>
                <w:rFonts w:eastAsia="Times New Roman"/>
              </w:rPr>
              <w:t>−0.173 to −0.024</w:t>
            </w:r>
          </w:p>
        </w:tc>
        <w:tc>
          <w:tcPr>
            <w:tcW w:w="1224" w:type="dxa"/>
            <w:tcMar>
              <w:top w:w="55" w:type="dxa"/>
              <w:left w:w="80" w:type="dxa"/>
              <w:bottom w:w="55" w:type="dxa"/>
              <w:right w:w="80" w:type="dxa"/>
            </w:tcMar>
            <w:vAlign w:val="center"/>
          </w:tcPr>
          <w:p w14:paraId="48057E47" w14:textId="77777777" w:rsidR="00C96C1E" w:rsidRDefault="00000000">
            <w:pPr>
              <w:jc w:val="center"/>
            </w:pPr>
            <w:r>
              <w:rPr>
                <w:rFonts w:eastAsia="Times New Roman"/>
              </w:rPr>
              <w:t>0.010</w:t>
            </w:r>
          </w:p>
        </w:tc>
        <w:tc>
          <w:tcPr>
            <w:tcW w:w="1728" w:type="dxa"/>
            <w:tcMar>
              <w:top w:w="55" w:type="dxa"/>
              <w:left w:w="80" w:type="dxa"/>
              <w:bottom w:w="55" w:type="dxa"/>
              <w:right w:w="80" w:type="dxa"/>
            </w:tcMar>
            <w:vAlign w:val="center"/>
          </w:tcPr>
          <w:p w14:paraId="15CA4E0D" w14:textId="77777777" w:rsidR="00C96C1E" w:rsidRDefault="00000000">
            <w:pPr>
              <w:jc w:val="center"/>
            </w:pPr>
            <w:r>
              <w:rPr>
                <w:rFonts w:eastAsia="Times New Roman"/>
              </w:rPr>
              <w:t>0.015</w:t>
            </w:r>
          </w:p>
        </w:tc>
      </w:tr>
      <w:tr w:rsidR="00C96C1E" w14:paraId="15D790DD" w14:textId="77777777">
        <w:trPr>
          <w:cantSplit/>
        </w:trPr>
        <w:tc>
          <w:tcPr>
            <w:tcW w:w="1944" w:type="dxa"/>
            <w:vMerge/>
            <w:tcMar>
              <w:top w:w="55" w:type="dxa"/>
              <w:left w:w="80" w:type="dxa"/>
              <w:bottom w:w="55" w:type="dxa"/>
              <w:right w:w="80" w:type="dxa"/>
            </w:tcMar>
            <w:vAlign w:val="center"/>
          </w:tcPr>
          <w:p w14:paraId="45ABBFDF" w14:textId="77777777" w:rsidR="00C96C1E" w:rsidRDefault="00C96C1E"/>
        </w:tc>
        <w:tc>
          <w:tcPr>
            <w:tcW w:w="3096" w:type="dxa"/>
            <w:tcMar>
              <w:top w:w="55" w:type="dxa"/>
              <w:left w:w="80" w:type="dxa"/>
              <w:bottom w:w="55" w:type="dxa"/>
              <w:right w:w="80" w:type="dxa"/>
            </w:tcMar>
            <w:vAlign w:val="center"/>
          </w:tcPr>
          <w:p w14:paraId="68ECA9F2" w14:textId="6F98CDBC" w:rsidR="00C96C1E" w:rsidRDefault="00000000">
            <w:r>
              <w:rPr>
                <w:rFonts w:eastAsia="Times New Roman"/>
              </w:rPr>
              <w:t xml:space="preserve">Peri3mm − </w:t>
            </w:r>
            <w:r w:rsidR="009B64B8">
              <w:rPr>
                <w:rFonts w:eastAsia="Times New Roman"/>
              </w:rPr>
              <w:t>VOIFusion3</w:t>
            </w:r>
            <w:r>
              <w:rPr>
                <w:rFonts w:eastAsia="Times New Roman"/>
              </w:rPr>
              <w:t>mm</w:t>
            </w:r>
          </w:p>
        </w:tc>
        <w:tc>
          <w:tcPr>
            <w:tcW w:w="1728" w:type="dxa"/>
            <w:tcMar>
              <w:top w:w="55" w:type="dxa"/>
              <w:left w:w="80" w:type="dxa"/>
              <w:bottom w:w="55" w:type="dxa"/>
              <w:right w:w="80" w:type="dxa"/>
            </w:tcMar>
            <w:vAlign w:val="center"/>
          </w:tcPr>
          <w:p w14:paraId="5A40A43F" w14:textId="77777777" w:rsidR="00C96C1E" w:rsidRDefault="00000000">
            <w:pPr>
              <w:jc w:val="center"/>
            </w:pPr>
            <w:r>
              <w:rPr>
                <w:rFonts w:eastAsia="Times New Roman"/>
              </w:rPr>
              <w:t>Average precision</w:t>
            </w:r>
          </w:p>
        </w:tc>
        <w:tc>
          <w:tcPr>
            <w:tcW w:w="1512" w:type="dxa"/>
            <w:tcMar>
              <w:top w:w="55" w:type="dxa"/>
              <w:left w:w="80" w:type="dxa"/>
              <w:bottom w:w="55" w:type="dxa"/>
              <w:right w:w="80" w:type="dxa"/>
            </w:tcMar>
            <w:vAlign w:val="center"/>
          </w:tcPr>
          <w:p w14:paraId="7CE9DDF9" w14:textId="77777777" w:rsidR="00C96C1E" w:rsidRDefault="00000000">
            <w:pPr>
              <w:jc w:val="center"/>
            </w:pPr>
            <w:r>
              <w:rPr>
                <w:rFonts w:eastAsia="Times New Roman"/>
              </w:rPr>
              <w:t>−0.059</w:t>
            </w:r>
          </w:p>
        </w:tc>
        <w:tc>
          <w:tcPr>
            <w:tcW w:w="2592" w:type="dxa"/>
            <w:tcMar>
              <w:top w:w="55" w:type="dxa"/>
              <w:left w:w="80" w:type="dxa"/>
              <w:bottom w:w="55" w:type="dxa"/>
              <w:right w:w="80" w:type="dxa"/>
            </w:tcMar>
            <w:vAlign w:val="center"/>
          </w:tcPr>
          <w:p w14:paraId="32F59889" w14:textId="77777777" w:rsidR="00C96C1E" w:rsidRDefault="00000000">
            <w:pPr>
              <w:jc w:val="center"/>
            </w:pPr>
            <w:r>
              <w:rPr>
                <w:rFonts w:eastAsia="Times New Roman"/>
              </w:rPr>
              <w:t>−0.134 to −0.001</w:t>
            </w:r>
          </w:p>
        </w:tc>
        <w:tc>
          <w:tcPr>
            <w:tcW w:w="1224" w:type="dxa"/>
            <w:tcMar>
              <w:top w:w="55" w:type="dxa"/>
              <w:left w:w="80" w:type="dxa"/>
              <w:bottom w:w="55" w:type="dxa"/>
              <w:right w:w="80" w:type="dxa"/>
            </w:tcMar>
            <w:vAlign w:val="center"/>
          </w:tcPr>
          <w:p w14:paraId="12E99C02" w14:textId="77777777" w:rsidR="00C96C1E" w:rsidRDefault="00000000">
            <w:pPr>
              <w:jc w:val="center"/>
            </w:pPr>
            <w:r>
              <w:rPr>
                <w:rFonts w:eastAsia="Times New Roman"/>
              </w:rPr>
              <w:t>0.047</w:t>
            </w:r>
          </w:p>
        </w:tc>
        <w:tc>
          <w:tcPr>
            <w:tcW w:w="1728" w:type="dxa"/>
            <w:tcMar>
              <w:top w:w="55" w:type="dxa"/>
              <w:left w:w="80" w:type="dxa"/>
              <w:bottom w:w="55" w:type="dxa"/>
              <w:right w:w="80" w:type="dxa"/>
            </w:tcMar>
            <w:vAlign w:val="center"/>
          </w:tcPr>
          <w:p w14:paraId="2712C335" w14:textId="77777777" w:rsidR="00C96C1E" w:rsidRDefault="00000000">
            <w:pPr>
              <w:jc w:val="center"/>
            </w:pPr>
            <w:r>
              <w:rPr>
                <w:rFonts w:eastAsia="Times New Roman"/>
              </w:rPr>
              <w:t>0.090</w:t>
            </w:r>
          </w:p>
        </w:tc>
      </w:tr>
      <w:tr w:rsidR="00C96C1E" w14:paraId="7D99D037" w14:textId="77777777">
        <w:trPr>
          <w:cantSplit/>
        </w:trPr>
        <w:tc>
          <w:tcPr>
            <w:tcW w:w="1944" w:type="dxa"/>
            <w:vMerge/>
            <w:tcMar>
              <w:top w:w="55" w:type="dxa"/>
              <w:left w:w="80" w:type="dxa"/>
              <w:bottom w:w="55" w:type="dxa"/>
              <w:right w:w="80" w:type="dxa"/>
            </w:tcMar>
            <w:vAlign w:val="center"/>
          </w:tcPr>
          <w:p w14:paraId="09DD2224" w14:textId="77777777" w:rsidR="00C96C1E" w:rsidRDefault="00C96C1E"/>
        </w:tc>
        <w:tc>
          <w:tcPr>
            <w:tcW w:w="3096" w:type="dxa"/>
            <w:tcMar>
              <w:top w:w="55" w:type="dxa"/>
              <w:left w:w="80" w:type="dxa"/>
              <w:bottom w:w="55" w:type="dxa"/>
              <w:right w:w="80" w:type="dxa"/>
            </w:tcMar>
            <w:vAlign w:val="center"/>
          </w:tcPr>
          <w:p w14:paraId="037366DE" w14:textId="541997CA" w:rsidR="00C96C1E" w:rsidRDefault="00000000">
            <w:r>
              <w:rPr>
                <w:rFonts w:eastAsia="Times New Roman"/>
              </w:rPr>
              <w:t xml:space="preserve">Peri3mm − </w:t>
            </w:r>
            <w:r w:rsidR="009B64B8">
              <w:rPr>
                <w:rFonts w:eastAsia="Times New Roman"/>
              </w:rPr>
              <w:t>VOIFusion3</w:t>
            </w:r>
            <w:r>
              <w:rPr>
                <w:rFonts w:eastAsia="Times New Roman"/>
              </w:rPr>
              <w:t>mm</w:t>
            </w:r>
          </w:p>
        </w:tc>
        <w:tc>
          <w:tcPr>
            <w:tcW w:w="1728" w:type="dxa"/>
            <w:tcMar>
              <w:top w:w="55" w:type="dxa"/>
              <w:left w:w="80" w:type="dxa"/>
              <w:bottom w:w="55" w:type="dxa"/>
              <w:right w:w="80" w:type="dxa"/>
            </w:tcMar>
            <w:vAlign w:val="center"/>
          </w:tcPr>
          <w:p w14:paraId="7D3E176E" w14:textId="77777777" w:rsidR="00C96C1E" w:rsidRDefault="00000000">
            <w:pPr>
              <w:jc w:val="center"/>
            </w:pPr>
            <w:r>
              <w:rPr>
                <w:rFonts w:eastAsia="Times New Roman"/>
              </w:rPr>
              <w:t>Brier</w:t>
            </w:r>
          </w:p>
        </w:tc>
        <w:tc>
          <w:tcPr>
            <w:tcW w:w="1512" w:type="dxa"/>
            <w:tcMar>
              <w:top w:w="55" w:type="dxa"/>
              <w:left w:w="80" w:type="dxa"/>
              <w:bottom w:w="55" w:type="dxa"/>
              <w:right w:w="80" w:type="dxa"/>
            </w:tcMar>
            <w:vAlign w:val="center"/>
          </w:tcPr>
          <w:p w14:paraId="5215CD6C" w14:textId="77777777" w:rsidR="00C96C1E" w:rsidRDefault="00000000">
            <w:pPr>
              <w:jc w:val="center"/>
            </w:pPr>
            <w:r>
              <w:rPr>
                <w:rFonts w:eastAsia="Times New Roman"/>
              </w:rPr>
              <w:t>+0.0098</w:t>
            </w:r>
          </w:p>
        </w:tc>
        <w:tc>
          <w:tcPr>
            <w:tcW w:w="2592" w:type="dxa"/>
            <w:tcMar>
              <w:top w:w="55" w:type="dxa"/>
              <w:left w:w="80" w:type="dxa"/>
              <w:bottom w:w="55" w:type="dxa"/>
              <w:right w:w="80" w:type="dxa"/>
            </w:tcMar>
            <w:vAlign w:val="center"/>
          </w:tcPr>
          <w:p w14:paraId="297688D2" w14:textId="77777777" w:rsidR="00C96C1E" w:rsidRDefault="00000000">
            <w:pPr>
              <w:jc w:val="center"/>
            </w:pPr>
            <w:r>
              <w:rPr>
                <w:rFonts w:eastAsia="Times New Roman"/>
              </w:rPr>
              <w:t>+0.0001 to +0.0205</w:t>
            </w:r>
          </w:p>
        </w:tc>
        <w:tc>
          <w:tcPr>
            <w:tcW w:w="1224" w:type="dxa"/>
            <w:tcMar>
              <w:top w:w="55" w:type="dxa"/>
              <w:left w:w="80" w:type="dxa"/>
              <w:bottom w:w="55" w:type="dxa"/>
              <w:right w:w="80" w:type="dxa"/>
            </w:tcMar>
            <w:vAlign w:val="center"/>
          </w:tcPr>
          <w:p w14:paraId="436B98EF" w14:textId="77777777" w:rsidR="00C96C1E" w:rsidRDefault="00000000">
            <w:pPr>
              <w:jc w:val="center"/>
            </w:pPr>
            <w:r>
              <w:rPr>
                <w:rFonts w:eastAsia="Times New Roman"/>
              </w:rPr>
              <w:t>0.051</w:t>
            </w:r>
          </w:p>
        </w:tc>
        <w:tc>
          <w:tcPr>
            <w:tcW w:w="1728" w:type="dxa"/>
            <w:tcMar>
              <w:top w:w="55" w:type="dxa"/>
              <w:left w:w="80" w:type="dxa"/>
              <w:bottom w:w="55" w:type="dxa"/>
              <w:right w:w="80" w:type="dxa"/>
            </w:tcMar>
            <w:vAlign w:val="center"/>
          </w:tcPr>
          <w:p w14:paraId="11D6EEF4" w14:textId="77777777" w:rsidR="00C96C1E" w:rsidRDefault="00000000">
            <w:pPr>
              <w:jc w:val="center"/>
            </w:pPr>
            <w:r>
              <w:rPr>
                <w:rFonts w:eastAsia="Times New Roman"/>
              </w:rPr>
              <w:t>0.076</w:t>
            </w:r>
          </w:p>
        </w:tc>
      </w:tr>
    </w:tbl>
    <w:p w14:paraId="24D886BB" w14:textId="6BD7269F" w:rsidR="004033AD" w:rsidRDefault="00000000">
      <w:pPr>
        <w:spacing w:before="80"/>
        <w:rPr>
          <w:rFonts w:eastAsia="Times New Roman"/>
        </w:rPr>
        <w:sectPr w:rsidR="004033AD" w:rsidSect="00034616">
          <w:pgSz w:w="15840" w:h="12240" w:orient="landscape"/>
          <w:pgMar w:top="792" w:right="792" w:bottom="792" w:left="792" w:header="360" w:footer="360" w:gutter="0"/>
          <w:cols w:space="720"/>
          <w:docGrid w:linePitch="360"/>
        </w:sectPr>
      </w:pPr>
      <w:r>
        <w:rPr>
          <w:rFonts w:eastAsia="Times New Roman"/>
        </w:rPr>
        <w:t xml:space="preserve">Note: </w:t>
      </w:r>
      <w:r w:rsidR="006A1C6F" w:rsidRPr="006A1C6F">
        <w:rPr>
          <w:rFonts w:eastAsia="Times New Roman"/>
        </w:rPr>
        <w:t>These are prespecified confirmatory comparisons within Families A and B.</w:t>
      </w:r>
      <w:r w:rsidR="006A1C6F">
        <w:rPr>
          <w:rFonts w:eastAsia="Times New Roman" w:hint="eastAsia"/>
          <w:lang w:eastAsia="zh-CN"/>
        </w:rPr>
        <w:t xml:space="preserve"> </w:t>
      </w:r>
      <w:r>
        <w:rPr>
          <w:rFonts w:eastAsia="Times New Roman"/>
        </w:rPr>
        <w:t>Differences are defined as model A minus model B. For AUC and average precision, negative differences favor model B; for Brier score, positive differences favor model B because lower values indicate better performance. Confidence intervals and nominal P values were obtained from 2,000 nonstratified patient-ID cluster-bootstrap resamples using seed 20260729. Benjamini–Hochberg false-discovery-rate correction was applied separately within each prespecified family and metric. A q value &lt; 0.05 was considered statistically significant. AUC, area under the receiver operating characteristic curve; BH-FDR, Benjamini–Hochberg false-discovery rate; CI, confidence interval.</w:t>
      </w:r>
    </w:p>
    <w:p w14:paraId="448693C5" w14:textId="77777777" w:rsidR="004033AD" w:rsidRDefault="004033AD" w:rsidP="004033AD">
      <w:pPr>
        <w:keepNext/>
        <w:spacing w:after="100"/>
      </w:pPr>
      <w:r>
        <w:rPr>
          <w:rFonts w:eastAsia="Times New Roman" w:cs="Times New Roman"/>
          <w:b/>
          <w:color w:val="000000"/>
          <w:sz w:val="22"/>
        </w:rPr>
        <w:lastRenderedPageBreak/>
        <w:t>Supplementary Table S9</w:t>
      </w:r>
    </w:p>
    <w:p w14:paraId="79DFC893" w14:textId="77777777" w:rsidR="004033AD" w:rsidRDefault="004033AD" w:rsidP="004033AD">
      <w:pPr>
        <w:keepNext/>
        <w:spacing w:before="100" w:after="60"/>
      </w:pPr>
      <w:r>
        <w:rPr>
          <w:rFonts w:eastAsia="Times New Roman" w:cs="Times New Roman"/>
          <w:b/>
          <w:color w:val="000000"/>
          <w:szCs w:val="18"/>
        </w:rPr>
        <w:t>Model input dimensionality and feature selection across outer training refits</w:t>
      </w:r>
    </w:p>
    <w:p w14:paraId="191EB1B5" w14:textId="77777777" w:rsidR="004033AD" w:rsidRDefault="004033AD" w:rsidP="004033AD">
      <w:pPr>
        <w:spacing w:before="80" w:after="20"/>
      </w:pPr>
      <w:r>
        <w:rPr>
          <w:rFonts w:eastAsia="Times New Roman" w:cs="Times New Roman"/>
          <w:color w:val="000000"/>
          <w:szCs w:val="18"/>
        </w:rPr>
        <w:t>The primary analysis included 145 patients and 37 composite events. Diagnostics cover all 50 outer-training refits per ROI from 10 repetitions of five-fold nested cross-validation (250 refits in total). Each refit used 116 training patients, including 29 or 30 events, and began with 1,130 candidate radiomic features.</w:t>
      </w:r>
    </w:p>
    <w:p w14:paraId="49941B6F" w14:textId="77777777" w:rsidR="004033AD" w:rsidRDefault="004033AD" w:rsidP="004033AD">
      <w:pPr>
        <w:keepNext/>
        <w:spacing w:before="100" w:after="60"/>
      </w:pPr>
      <w:r>
        <w:rPr>
          <w:rFonts w:eastAsia="Times New Roman" w:cs="Times New Roman"/>
          <w:b/>
          <w:color w:val="000000"/>
          <w:szCs w:val="18"/>
        </w:rPr>
        <w:t>A Final input dimensionality and minimum feature fallback</w:t>
      </w:r>
    </w:p>
    <w:tbl>
      <w:tblPr>
        <w:tblW w:w="14256" w:type="dxa"/>
        <w:tblBorders>
          <w:top w:val="single" w:sz="10" w:space="0" w:color="000000"/>
          <w:left w:val="nil"/>
          <w:bottom w:val="single" w:sz="10" w:space="0" w:color="000000"/>
          <w:right w:val="nil"/>
          <w:insideH w:val="nil"/>
          <w:insideV w:val="nil"/>
        </w:tblBorders>
        <w:tblLayout w:type="fixed"/>
        <w:tblLook w:val="04A0" w:firstRow="1" w:lastRow="0" w:firstColumn="1" w:lastColumn="0" w:noHBand="0" w:noVBand="1"/>
      </w:tblPr>
      <w:tblGrid>
        <w:gridCol w:w="2249"/>
        <w:gridCol w:w="2209"/>
        <w:gridCol w:w="3614"/>
        <w:gridCol w:w="2510"/>
        <w:gridCol w:w="3674"/>
      </w:tblGrid>
      <w:tr w:rsidR="004033AD" w14:paraId="32F11F96" w14:textId="77777777" w:rsidTr="00235C69">
        <w:trPr>
          <w:cantSplit/>
          <w:tblHeader/>
        </w:trPr>
        <w:tc>
          <w:tcPr>
            <w:tcW w:w="2249" w:type="dxa"/>
            <w:tcBorders>
              <w:bottom w:val="single" w:sz="6" w:space="0" w:color="000000"/>
            </w:tcBorders>
            <w:tcMar>
              <w:top w:w="55" w:type="dxa"/>
              <w:left w:w="80" w:type="dxa"/>
              <w:bottom w:w="55" w:type="dxa"/>
              <w:right w:w="80" w:type="dxa"/>
            </w:tcMar>
            <w:vAlign w:val="center"/>
          </w:tcPr>
          <w:p w14:paraId="51ED5162" w14:textId="77777777" w:rsidR="004033AD" w:rsidRDefault="004033AD" w:rsidP="00235C69">
            <w:pPr>
              <w:jc w:val="center"/>
            </w:pPr>
            <w:r>
              <w:rPr>
                <w:rFonts w:eastAsia="Times New Roman" w:cs="Times New Roman"/>
                <w:b/>
                <w:color w:val="000000"/>
                <w:sz w:val="16"/>
                <w:szCs w:val="16"/>
              </w:rPr>
              <w:t>ROI</w:t>
            </w:r>
          </w:p>
        </w:tc>
        <w:tc>
          <w:tcPr>
            <w:tcW w:w="2209" w:type="dxa"/>
            <w:tcBorders>
              <w:bottom w:val="single" w:sz="6" w:space="0" w:color="000000"/>
            </w:tcBorders>
            <w:tcMar>
              <w:top w:w="55" w:type="dxa"/>
              <w:left w:w="80" w:type="dxa"/>
              <w:bottom w:w="55" w:type="dxa"/>
              <w:right w:w="80" w:type="dxa"/>
            </w:tcMar>
            <w:vAlign w:val="center"/>
          </w:tcPr>
          <w:p w14:paraId="1857F133" w14:textId="77777777" w:rsidR="004033AD" w:rsidRDefault="004033AD" w:rsidP="00235C69">
            <w:pPr>
              <w:jc w:val="center"/>
            </w:pPr>
            <w:r>
              <w:rPr>
                <w:rFonts w:eastAsia="Times New Roman" w:cs="Times New Roman"/>
                <w:b/>
                <w:color w:val="000000"/>
                <w:sz w:val="16"/>
                <w:szCs w:val="16"/>
              </w:rPr>
              <w:t>Refits included / expected</w:t>
            </w:r>
          </w:p>
        </w:tc>
        <w:tc>
          <w:tcPr>
            <w:tcW w:w="3614" w:type="dxa"/>
            <w:tcBorders>
              <w:bottom w:val="single" w:sz="6" w:space="0" w:color="000000"/>
            </w:tcBorders>
            <w:tcMar>
              <w:top w:w="55" w:type="dxa"/>
              <w:left w:w="80" w:type="dxa"/>
              <w:bottom w:w="55" w:type="dxa"/>
              <w:right w:w="80" w:type="dxa"/>
            </w:tcMar>
            <w:vAlign w:val="center"/>
          </w:tcPr>
          <w:p w14:paraId="00CCE7C8" w14:textId="77777777" w:rsidR="004033AD" w:rsidRDefault="004033AD" w:rsidP="00235C69">
            <w:pPr>
              <w:jc w:val="center"/>
            </w:pPr>
            <w:r>
              <w:rPr>
                <w:rFonts w:eastAsia="Times New Roman" w:cs="Times New Roman"/>
                <w:b/>
                <w:color w:val="000000"/>
                <w:sz w:val="16"/>
                <w:szCs w:val="16"/>
              </w:rPr>
              <w:t>Final features</w:t>
            </w:r>
            <w:r>
              <w:rPr>
                <w:rFonts w:eastAsia="Times New Roman" w:cs="Times New Roman"/>
                <w:b/>
                <w:color w:val="000000"/>
                <w:sz w:val="16"/>
                <w:szCs w:val="16"/>
              </w:rPr>
              <w:br/>
              <w:t>median (Q1–Q3)</w:t>
            </w:r>
          </w:p>
        </w:tc>
        <w:tc>
          <w:tcPr>
            <w:tcW w:w="2510" w:type="dxa"/>
            <w:tcBorders>
              <w:bottom w:val="single" w:sz="6" w:space="0" w:color="000000"/>
            </w:tcBorders>
            <w:tcMar>
              <w:top w:w="55" w:type="dxa"/>
              <w:left w:w="80" w:type="dxa"/>
              <w:bottom w:w="55" w:type="dxa"/>
              <w:right w:w="80" w:type="dxa"/>
            </w:tcMar>
            <w:vAlign w:val="center"/>
          </w:tcPr>
          <w:p w14:paraId="4FE48440" w14:textId="77777777" w:rsidR="004033AD" w:rsidRDefault="004033AD" w:rsidP="00235C69">
            <w:pPr>
              <w:jc w:val="center"/>
            </w:pPr>
            <w:r>
              <w:rPr>
                <w:rFonts w:eastAsia="Times New Roman" w:cs="Times New Roman"/>
                <w:b/>
                <w:color w:val="000000"/>
                <w:sz w:val="16"/>
                <w:szCs w:val="16"/>
              </w:rPr>
              <w:t>Final features</w:t>
            </w:r>
            <w:r>
              <w:rPr>
                <w:rFonts w:eastAsia="Times New Roman" w:cs="Times New Roman"/>
                <w:b/>
                <w:color w:val="000000"/>
                <w:sz w:val="16"/>
                <w:szCs w:val="16"/>
              </w:rPr>
              <w:br/>
              <w:t>min–max</w:t>
            </w:r>
          </w:p>
        </w:tc>
        <w:tc>
          <w:tcPr>
            <w:tcW w:w="3674" w:type="dxa"/>
            <w:tcBorders>
              <w:bottom w:val="single" w:sz="6" w:space="0" w:color="000000"/>
            </w:tcBorders>
            <w:tcMar>
              <w:top w:w="55" w:type="dxa"/>
              <w:left w:w="80" w:type="dxa"/>
              <w:bottom w:w="55" w:type="dxa"/>
              <w:right w:w="80" w:type="dxa"/>
            </w:tcMar>
            <w:vAlign w:val="center"/>
          </w:tcPr>
          <w:p w14:paraId="0CB2659E" w14:textId="77777777" w:rsidR="004033AD" w:rsidRDefault="004033AD" w:rsidP="00235C69">
            <w:pPr>
              <w:jc w:val="center"/>
            </w:pPr>
            <w:r>
              <w:rPr>
                <w:rFonts w:eastAsia="Times New Roman" w:cs="Times New Roman"/>
                <w:b/>
                <w:color w:val="000000"/>
                <w:sz w:val="16"/>
                <w:szCs w:val="16"/>
              </w:rPr>
              <w:t>LASSO fallback</w:t>
            </w:r>
            <w:r>
              <w:rPr>
                <w:rFonts w:eastAsia="Times New Roman" w:cs="Times New Roman"/>
                <w:b/>
                <w:color w:val="000000"/>
                <w:sz w:val="16"/>
                <w:szCs w:val="16"/>
              </w:rPr>
              <w:br/>
              <w:t>n/50 (%)</w:t>
            </w:r>
          </w:p>
        </w:tc>
      </w:tr>
      <w:tr w:rsidR="004033AD" w14:paraId="49192363" w14:textId="77777777" w:rsidTr="00235C69">
        <w:trPr>
          <w:cantSplit/>
        </w:trPr>
        <w:tc>
          <w:tcPr>
            <w:tcW w:w="2249" w:type="dxa"/>
            <w:tcMar>
              <w:top w:w="55" w:type="dxa"/>
              <w:left w:w="80" w:type="dxa"/>
              <w:bottom w:w="55" w:type="dxa"/>
              <w:right w:w="80" w:type="dxa"/>
            </w:tcMar>
            <w:vAlign w:val="center"/>
          </w:tcPr>
          <w:p w14:paraId="67559861" w14:textId="77777777" w:rsidR="004033AD" w:rsidRDefault="004033AD" w:rsidP="00235C69">
            <w:r>
              <w:rPr>
                <w:rFonts w:eastAsia="Times New Roman" w:cs="Times New Roman"/>
                <w:color w:val="000000"/>
                <w:sz w:val="16"/>
                <w:szCs w:val="16"/>
              </w:rPr>
              <w:t>INTRA</w:t>
            </w:r>
          </w:p>
        </w:tc>
        <w:tc>
          <w:tcPr>
            <w:tcW w:w="2209" w:type="dxa"/>
            <w:tcMar>
              <w:top w:w="55" w:type="dxa"/>
              <w:left w:w="80" w:type="dxa"/>
              <w:bottom w:w="55" w:type="dxa"/>
              <w:right w:w="80" w:type="dxa"/>
            </w:tcMar>
            <w:vAlign w:val="center"/>
          </w:tcPr>
          <w:p w14:paraId="59C3A7BD" w14:textId="77777777" w:rsidR="004033AD" w:rsidRDefault="004033AD" w:rsidP="00235C69">
            <w:pPr>
              <w:jc w:val="center"/>
            </w:pPr>
            <w:r>
              <w:rPr>
                <w:rFonts w:eastAsia="Times New Roman" w:cs="Times New Roman"/>
                <w:color w:val="000000"/>
                <w:sz w:val="16"/>
                <w:szCs w:val="16"/>
              </w:rPr>
              <w:t>50/50</w:t>
            </w:r>
          </w:p>
        </w:tc>
        <w:tc>
          <w:tcPr>
            <w:tcW w:w="3614" w:type="dxa"/>
            <w:tcMar>
              <w:top w:w="55" w:type="dxa"/>
              <w:left w:w="80" w:type="dxa"/>
              <w:bottom w:w="55" w:type="dxa"/>
              <w:right w:w="80" w:type="dxa"/>
            </w:tcMar>
            <w:vAlign w:val="center"/>
          </w:tcPr>
          <w:p w14:paraId="4206EA15" w14:textId="77777777" w:rsidR="004033AD" w:rsidRDefault="004033AD" w:rsidP="00235C69">
            <w:pPr>
              <w:jc w:val="center"/>
            </w:pPr>
            <w:r>
              <w:rPr>
                <w:rFonts w:eastAsia="Times New Roman" w:cs="Times New Roman"/>
                <w:color w:val="000000"/>
                <w:sz w:val="16"/>
                <w:szCs w:val="16"/>
              </w:rPr>
              <w:t>17 (11.5–30.25)</w:t>
            </w:r>
          </w:p>
        </w:tc>
        <w:tc>
          <w:tcPr>
            <w:tcW w:w="2510" w:type="dxa"/>
            <w:tcMar>
              <w:top w:w="55" w:type="dxa"/>
              <w:left w:w="80" w:type="dxa"/>
              <w:bottom w:w="55" w:type="dxa"/>
              <w:right w:w="80" w:type="dxa"/>
            </w:tcMar>
            <w:vAlign w:val="center"/>
          </w:tcPr>
          <w:p w14:paraId="1E4EFB1A" w14:textId="77777777" w:rsidR="004033AD" w:rsidRDefault="004033AD" w:rsidP="00235C69">
            <w:pPr>
              <w:jc w:val="center"/>
            </w:pPr>
            <w:r>
              <w:rPr>
                <w:rFonts w:eastAsia="Times New Roman" w:cs="Times New Roman"/>
                <w:color w:val="000000"/>
                <w:sz w:val="16"/>
                <w:szCs w:val="16"/>
              </w:rPr>
              <w:t>1–43</w:t>
            </w:r>
          </w:p>
        </w:tc>
        <w:tc>
          <w:tcPr>
            <w:tcW w:w="3674" w:type="dxa"/>
            <w:tcMar>
              <w:top w:w="55" w:type="dxa"/>
              <w:left w:w="80" w:type="dxa"/>
              <w:bottom w:w="55" w:type="dxa"/>
              <w:right w:w="80" w:type="dxa"/>
            </w:tcMar>
            <w:vAlign w:val="center"/>
          </w:tcPr>
          <w:p w14:paraId="5703D542" w14:textId="77777777" w:rsidR="004033AD" w:rsidRDefault="004033AD" w:rsidP="00235C69">
            <w:pPr>
              <w:jc w:val="center"/>
            </w:pPr>
            <w:r>
              <w:rPr>
                <w:rFonts w:eastAsia="Times New Roman" w:cs="Times New Roman"/>
                <w:color w:val="000000"/>
                <w:sz w:val="16"/>
                <w:szCs w:val="16"/>
              </w:rPr>
              <w:t>5/50 (10%)</w:t>
            </w:r>
          </w:p>
        </w:tc>
      </w:tr>
      <w:tr w:rsidR="004033AD" w14:paraId="1AD7A415" w14:textId="77777777" w:rsidTr="00235C69">
        <w:trPr>
          <w:cantSplit/>
        </w:trPr>
        <w:tc>
          <w:tcPr>
            <w:tcW w:w="2249" w:type="dxa"/>
            <w:tcMar>
              <w:top w:w="55" w:type="dxa"/>
              <w:left w:w="80" w:type="dxa"/>
              <w:bottom w:w="55" w:type="dxa"/>
              <w:right w:w="80" w:type="dxa"/>
            </w:tcMar>
            <w:vAlign w:val="center"/>
          </w:tcPr>
          <w:p w14:paraId="646F61B5" w14:textId="77777777" w:rsidR="004033AD" w:rsidRDefault="004033AD" w:rsidP="00235C69">
            <w:r>
              <w:rPr>
                <w:rFonts w:eastAsia="Times New Roman" w:cs="Times New Roman"/>
                <w:color w:val="000000"/>
                <w:sz w:val="16"/>
                <w:szCs w:val="16"/>
              </w:rPr>
              <w:t>Peri1mm</w:t>
            </w:r>
          </w:p>
        </w:tc>
        <w:tc>
          <w:tcPr>
            <w:tcW w:w="2209" w:type="dxa"/>
            <w:tcMar>
              <w:top w:w="55" w:type="dxa"/>
              <w:left w:w="80" w:type="dxa"/>
              <w:bottom w:w="55" w:type="dxa"/>
              <w:right w:w="80" w:type="dxa"/>
            </w:tcMar>
            <w:vAlign w:val="center"/>
          </w:tcPr>
          <w:p w14:paraId="2004474E" w14:textId="77777777" w:rsidR="004033AD" w:rsidRDefault="004033AD" w:rsidP="00235C69">
            <w:pPr>
              <w:jc w:val="center"/>
            </w:pPr>
            <w:r>
              <w:rPr>
                <w:rFonts w:eastAsia="Times New Roman" w:cs="Times New Roman"/>
                <w:color w:val="000000"/>
                <w:sz w:val="16"/>
                <w:szCs w:val="16"/>
              </w:rPr>
              <w:t>50/50</w:t>
            </w:r>
          </w:p>
        </w:tc>
        <w:tc>
          <w:tcPr>
            <w:tcW w:w="3614" w:type="dxa"/>
            <w:tcMar>
              <w:top w:w="55" w:type="dxa"/>
              <w:left w:w="80" w:type="dxa"/>
              <w:bottom w:w="55" w:type="dxa"/>
              <w:right w:w="80" w:type="dxa"/>
            </w:tcMar>
            <w:vAlign w:val="center"/>
          </w:tcPr>
          <w:p w14:paraId="5F303A0D" w14:textId="77777777" w:rsidR="004033AD" w:rsidRDefault="004033AD" w:rsidP="00235C69">
            <w:pPr>
              <w:jc w:val="center"/>
            </w:pPr>
            <w:r>
              <w:rPr>
                <w:rFonts w:eastAsia="Times New Roman" w:cs="Times New Roman"/>
                <w:color w:val="000000"/>
                <w:sz w:val="16"/>
                <w:szCs w:val="16"/>
              </w:rPr>
              <w:t>19 (8.25–30.75)</w:t>
            </w:r>
          </w:p>
        </w:tc>
        <w:tc>
          <w:tcPr>
            <w:tcW w:w="2510" w:type="dxa"/>
            <w:tcMar>
              <w:top w:w="55" w:type="dxa"/>
              <w:left w:w="80" w:type="dxa"/>
              <w:bottom w:w="55" w:type="dxa"/>
              <w:right w:w="80" w:type="dxa"/>
            </w:tcMar>
            <w:vAlign w:val="center"/>
          </w:tcPr>
          <w:p w14:paraId="582FDFD6" w14:textId="77777777" w:rsidR="004033AD" w:rsidRDefault="004033AD" w:rsidP="00235C69">
            <w:pPr>
              <w:jc w:val="center"/>
            </w:pPr>
            <w:r>
              <w:rPr>
                <w:rFonts w:eastAsia="Times New Roman" w:cs="Times New Roman"/>
                <w:color w:val="000000"/>
                <w:sz w:val="16"/>
                <w:szCs w:val="16"/>
              </w:rPr>
              <w:t>1–48</w:t>
            </w:r>
          </w:p>
        </w:tc>
        <w:tc>
          <w:tcPr>
            <w:tcW w:w="3674" w:type="dxa"/>
            <w:tcMar>
              <w:top w:w="55" w:type="dxa"/>
              <w:left w:w="80" w:type="dxa"/>
              <w:bottom w:w="55" w:type="dxa"/>
              <w:right w:w="80" w:type="dxa"/>
            </w:tcMar>
            <w:vAlign w:val="center"/>
          </w:tcPr>
          <w:p w14:paraId="3FAAE9C9" w14:textId="77777777" w:rsidR="004033AD" w:rsidRDefault="004033AD" w:rsidP="00235C69">
            <w:pPr>
              <w:jc w:val="center"/>
            </w:pPr>
            <w:r>
              <w:rPr>
                <w:rFonts w:eastAsia="Times New Roman" w:cs="Times New Roman"/>
                <w:color w:val="000000"/>
                <w:sz w:val="16"/>
                <w:szCs w:val="16"/>
              </w:rPr>
              <w:t>9/50 (18%)</w:t>
            </w:r>
          </w:p>
        </w:tc>
      </w:tr>
      <w:tr w:rsidR="004033AD" w14:paraId="2470E971" w14:textId="77777777" w:rsidTr="00235C69">
        <w:trPr>
          <w:cantSplit/>
        </w:trPr>
        <w:tc>
          <w:tcPr>
            <w:tcW w:w="2249" w:type="dxa"/>
            <w:tcMar>
              <w:top w:w="55" w:type="dxa"/>
              <w:left w:w="80" w:type="dxa"/>
              <w:bottom w:w="55" w:type="dxa"/>
              <w:right w:w="80" w:type="dxa"/>
            </w:tcMar>
            <w:vAlign w:val="center"/>
          </w:tcPr>
          <w:p w14:paraId="5DBE67DC" w14:textId="77777777" w:rsidR="004033AD" w:rsidRDefault="004033AD" w:rsidP="00235C69">
            <w:r>
              <w:rPr>
                <w:rFonts w:eastAsia="Times New Roman" w:cs="Times New Roman"/>
                <w:color w:val="000000"/>
                <w:sz w:val="16"/>
                <w:szCs w:val="16"/>
              </w:rPr>
              <w:t>Peri3mm</w:t>
            </w:r>
          </w:p>
        </w:tc>
        <w:tc>
          <w:tcPr>
            <w:tcW w:w="2209" w:type="dxa"/>
            <w:tcMar>
              <w:top w:w="55" w:type="dxa"/>
              <w:left w:w="80" w:type="dxa"/>
              <w:bottom w:w="55" w:type="dxa"/>
              <w:right w:w="80" w:type="dxa"/>
            </w:tcMar>
            <w:vAlign w:val="center"/>
          </w:tcPr>
          <w:p w14:paraId="6CA33F88" w14:textId="77777777" w:rsidR="004033AD" w:rsidRDefault="004033AD" w:rsidP="00235C69">
            <w:pPr>
              <w:jc w:val="center"/>
            </w:pPr>
            <w:r>
              <w:rPr>
                <w:rFonts w:eastAsia="Times New Roman" w:cs="Times New Roman"/>
                <w:color w:val="000000"/>
                <w:sz w:val="16"/>
                <w:szCs w:val="16"/>
              </w:rPr>
              <w:t>50/50</w:t>
            </w:r>
          </w:p>
        </w:tc>
        <w:tc>
          <w:tcPr>
            <w:tcW w:w="3614" w:type="dxa"/>
            <w:tcMar>
              <w:top w:w="55" w:type="dxa"/>
              <w:left w:w="80" w:type="dxa"/>
              <w:bottom w:w="55" w:type="dxa"/>
              <w:right w:w="80" w:type="dxa"/>
            </w:tcMar>
            <w:vAlign w:val="center"/>
          </w:tcPr>
          <w:p w14:paraId="4DC931BA" w14:textId="77777777" w:rsidR="004033AD" w:rsidRDefault="004033AD" w:rsidP="00235C69">
            <w:pPr>
              <w:jc w:val="center"/>
            </w:pPr>
            <w:r>
              <w:rPr>
                <w:rFonts w:eastAsia="Times New Roman" w:cs="Times New Roman"/>
                <w:color w:val="000000"/>
                <w:sz w:val="16"/>
                <w:szCs w:val="16"/>
              </w:rPr>
              <w:t>3.5 (1–11.25)</w:t>
            </w:r>
          </w:p>
        </w:tc>
        <w:tc>
          <w:tcPr>
            <w:tcW w:w="2510" w:type="dxa"/>
            <w:tcMar>
              <w:top w:w="55" w:type="dxa"/>
              <w:left w:w="80" w:type="dxa"/>
              <w:bottom w:w="55" w:type="dxa"/>
              <w:right w:w="80" w:type="dxa"/>
            </w:tcMar>
            <w:vAlign w:val="center"/>
          </w:tcPr>
          <w:p w14:paraId="3A858702" w14:textId="77777777" w:rsidR="004033AD" w:rsidRDefault="004033AD" w:rsidP="00235C69">
            <w:pPr>
              <w:jc w:val="center"/>
            </w:pPr>
            <w:r>
              <w:rPr>
                <w:rFonts w:eastAsia="Times New Roman" w:cs="Times New Roman"/>
                <w:color w:val="000000"/>
                <w:sz w:val="16"/>
                <w:szCs w:val="16"/>
              </w:rPr>
              <w:t>1–30</w:t>
            </w:r>
          </w:p>
        </w:tc>
        <w:tc>
          <w:tcPr>
            <w:tcW w:w="3674" w:type="dxa"/>
            <w:tcMar>
              <w:top w:w="55" w:type="dxa"/>
              <w:left w:w="80" w:type="dxa"/>
              <w:bottom w:w="55" w:type="dxa"/>
              <w:right w:w="80" w:type="dxa"/>
            </w:tcMar>
            <w:vAlign w:val="center"/>
          </w:tcPr>
          <w:p w14:paraId="2F993AC8" w14:textId="77777777" w:rsidR="004033AD" w:rsidRDefault="004033AD" w:rsidP="00235C69">
            <w:pPr>
              <w:jc w:val="center"/>
            </w:pPr>
            <w:r>
              <w:rPr>
                <w:rFonts w:eastAsia="Times New Roman" w:cs="Times New Roman"/>
                <w:color w:val="000000"/>
                <w:sz w:val="16"/>
                <w:szCs w:val="16"/>
              </w:rPr>
              <w:t>24/50 (48%)</w:t>
            </w:r>
          </w:p>
        </w:tc>
      </w:tr>
      <w:tr w:rsidR="004033AD" w14:paraId="19D512D8" w14:textId="77777777" w:rsidTr="00235C69">
        <w:trPr>
          <w:cantSplit/>
        </w:trPr>
        <w:tc>
          <w:tcPr>
            <w:tcW w:w="2249" w:type="dxa"/>
            <w:tcMar>
              <w:top w:w="55" w:type="dxa"/>
              <w:left w:w="80" w:type="dxa"/>
              <w:bottom w:w="55" w:type="dxa"/>
              <w:right w:w="80" w:type="dxa"/>
            </w:tcMar>
            <w:vAlign w:val="center"/>
          </w:tcPr>
          <w:p w14:paraId="1AB86547" w14:textId="77777777" w:rsidR="004033AD" w:rsidRDefault="004033AD" w:rsidP="00235C69">
            <w:r>
              <w:rPr>
                <w:rFonts w:eastAsia="Times New Roman" w:cs="Times New Roman"/>
                <w:color w:val="000000"/>
                <w:sz w:val="16"/>
                <w:szCs w:val="16"/>
              </w:rPr>
              <w:t>Peri5mm</w:t>
            </w:r>
          </w:p>
        </w:tc>
        <w:tc>
          <w:tcPr>
            <w:tcW w:w="2209" w:type="dxa"/>
            <w:tcMar>
              <w:top w:w="55" w:type="dxa"/>
              <w:left w:w="80" w:type="dxa"/>
              <w:bottom w:w="55" w:type="dxa"/>
              <w:right w:w="80" w:type="dxa"/>
            </w:tcMar>
            <w:vAlign w:val="center"/>
          </w:tcPr>
          <w:p w14:paraId="2F120460" w14:textId="77777777" w:rsidR="004033AD" w:rsidRDefault="004033AD" w:rsidP="00235C69">
            <w:pPr>
              <w:jc w:val="center"/>
            </w:pPr>
            <w:r>
              <w:rPr>
                <w:rFonts w:eastAsia="Times New Roman" w:cs="Times New Roman"/>
                <w:color w:val="000000"/>
                <w:sz w:val="16"/>
                <w:szCs w:val="16"/>
              </w:rPr>
              <w:t>50/50</w:t>
            </w:r>
          </w:p>
        </w:tc>
        <w:tc>
          <w:tcPr>
            <w:tcW w:w="3614" w:type="dxa"/>
            <w:tcMar>
              <w:top w:w="55" w:type="dxa"/>
              <w:left w:w="80" w:type="dxa"/>
              <w:bottom w:w="55" w:type="dxa"/>
              <w:right w:w="80" w:type="dxa"/>
            </w:tcMar>
            <w:vAlign w:val="center"/>
          </w:tcPr>
          <w:p w14:paraId="613E9776" w14:textId="77777777" w:rsidR="004033AD" w:rsidRDefault="004033AD" w:rsidP="00235C69">
            <w:pPr>
              <w:jc w:val="center"/>
            </w:pPr>
            <w:r>
              <w:rPr>
                <w:rFonts w:eastAsia="Times New Roman" w:cs="Times New Roman"/>
                <w:color w:val="000000"/>
                <w:sz w:val="16"/>
                <w:szCs w:val="16"/>
              </w:rPr>
              <w:t>3 (1–11)</w:t>
            </w:r>
          </w:p>
        </w:tc>
        <w:tc>
          <w:tcPr>
            <w:tcW w:w="2510" w:type="dxa"/>
            <w:tcMar>
              <w:top w:w="55" w:type="dxa"/>
              <w:left w:w="80" w:type="dxa"/>
              <w:bottom w:w="55" w:type="dxa"/>
              <w:right w:w="80" w:type="dxa"/>
            </w:tcMar>
            <w:vAlign w:val="center"/>
          </w:tcPr>
          <w:p w14:paraId="394579BC" w14:textId="77777777" w:rsidR="004033AD" w:rsidRDefault="004033AD" w:rsidP="00235C69">
            <w:pPr>
              <w:jc w:val="center"/>
            </w:pPr>
            <w:r>
              <w:rPr>
                <w:rFonts w:eastAsia="Times New Roman" w:cs="Times New Roman"/>
                <w:color w:val="000000"/>
                <w:sz w:val="16"/>
                <w:szCs w:val="16"/>
              </w:rPr>
              <w:t>1–35</w:t>
            </w:r>
          </w:p>
        </w:tc>
        <w:tc>
          <w:tcPr>
            <w:tcW w:w="3674" w:type="dxa"/>
            <w:tcMar>
              <w:top w:w="55" w:type="dxa"/>
              <w:left w:w="80" w:type="dxa"/>
              <w:bottom w:w="55" w:type="dxa"/>
              <w:right w:w="80" w:type="dxa"/>
            </w:tcMar>
            <w:vAlign w:val="center"/>
          </w:tcPr>
          <w:p w14:paraId="395C0268" w14:textId="77777777" w:rsidR="004033AD" w:rsidRDefault="004033AD" w:rsidP="00235C69">
            <w:pPr>
              <w:jc w:val="center"/>
            </w:pPr>
            <w:r>
              <w:rPr>
                <w:rFonts w:eastAsia="Times New Roman" w:cs="Times New Roman"/>
                <w:color w:val="000000"/>
                <w:sz w:val="16"/>
                <w:szCs w:val="16"/>
              </w:rPr>
              <w:t>24/50 (48%)</w:t>
            </w:r>
          </w:p>
        </w:tc>
      </w:tr>
      <w:tr w:rsidR="004033AD" w14:paraId="0E6C19D2" w14:textId="77777777" w:rsidTr="00235C69">
        <w:trPr>
          <w:cantSplit/>
        </w:trPr>
        <w:tc>
          <w:tcPr>
            <w:tcW w:w="2249" w:type="dxa"/>
            <w:tcMar>
              <w:top w:w="55" w:type="dxa"/>
              <w:left w:w="80" w:type="dxa"/>
              <w:bottom w:w="55" w:type="dxa"/>
              <w:right w:w="80" w:type="dxa"/>
            </w:tcMar>
            <w:vAlign w:val="center"/>
          </w:tcPr>
          <w:p w14:paraId="1E40B1C0" w14:textId="77777777" w:rsidR="004033AD" w:rsidRDefault="004033AD" w:rsidP="00235C69">
            <w:r>
              <w:rPr>
                <w:rFonts w:eastAsia="Times New Roman" w:cs="Times New Roman"/>
                <w:color w:val="000000"/>
                <w:sz w:val="16"/>
                <w:szCs w:val="16"/>
              </w:rPr>
              <w:t>VOIFusion3mm</w:t>
            </w:r>
          </w:p>
        </w:tc>
        <w:tc>
          <w:tcPr>
            <w:tcW w:w="2209" w:type="dxa"/>
            <w:tcMar>
              <w:top w:w="55" w:type="dxa"/>
              <w:left w:w="80" w:type="dxa"/>
              <w:bottom w:w="55" w:type="dxa"/>
              <w:right w:w="80" w:type="dxa"/>
            </w:tcMar>
            <w:vAlign w:val="center"/>
          </w:tcPr>
          <w:p w14:paraId="32EFDEF4" w14:textId="77777777" w:rsidR="004033AD" w:rsidRDefault="004033AD" w:rsidP="00235C69">
            <w:pPr>
              <w:jc w:val="center"/>
            </w:pPr>
            <w:r>
              <w:rPr>
                <w:rFonts w:eastAsia="Times New Roman" w:cs="Times New Roman"/>
                <w:color w:val="000000"/>
                <w:sz w:val="16"/>
                <w:szCs w:val="16"/>
              </w:rPr>
              <w:t>50/50</w:t>
            </w:r>
          </w:p>
        </w:tc>
        <w:tc>
          <w:tcPr>
            <w:tcW w:w="3614" w:type="dxa"/>
            <w:tcMar>
              <w:top w:w="55" w:type="dxa"/>
              <w:left w:w="80" w:type="dxa"/>
              <w:bottom w:w="55" w:type="dxa"/>
              <w:right w:w="80" w:type="dxa"/>
            </w:tcMar>
            <w:vAlign w:val="center"/>
          </w:tcPr>
          <w:p w14:paraId="37490611" w14:textId="77777777" w:rsidR="004033AD" w:rsidRDefault="004033AD" w:rsidP="00235C69">
            <w:pPr>
              <w:jc w:val="center"/>
            </w:pPr>
            <w:r>
              <w:rPr>
                <w:rFonts w:eastAsia="Times New Roman" w:cs="Times New Roman"/>
                <w:color w:val="000000"/>
                <w:sz w:val="16"/>
                <w:szCs w:val="16"/>
              </w:rPr>
              <w:t>3 (1–10.5)</w:t>
            </w:r>
          </w:p>
        </w:tc>
        <w:tc>
          <w:tcPr>
            <w:tcW w:w="2510" w:type="dxa"/>
            <w:tcMar>
              <w:top w:w="55" w:type="dxa"/>
              <w:left w:w="80" w:type="dxa"/>
              <w:bottom w:w="55" w:type="dxa"/>
              <w:right w:w="80" w:type="dxa"/>
            </w:tcMar>
            <w:vAlign w:val="center"/>
          </w:tcPr>
          <w:p w14:paraId="077A8256" w14:textId="77777777" w:rsidR="004033AD" w:rsidRDefault="004033AD" w:rsidP="00235C69">
            <w:pPr>
              <w:jc w:val="center"/>
            </w:pPr>
            <w:r>
              <w:rPr>
                <w:rFonts w:eastAsia="Times New Roman" w:cs="Times New Roman"/>
                <w:color w:val="000000"/>
                <w:sz w:val="16"/>
                <w:szCs w:val="16"/>
              </w:rPr>
              <w:t>1–44</w:t>
            </w:r>
          </w:p>
        </w:tc>
        <w:tc>
          <w:tcPr>
            <w:tcW w:w="3674" w:type="dxa"/>
            <w:tcMar>
              <w:top w:w="55" w:type="dxa"/>
              <w:left w:w="80" w:type="dxa"/>
              <w:bottom w:w="55" w:type="dxa"/>
              <w:right w:w="80" w:type="dxa"/>
            </w:tcMar>
            <w:vAlign w:val="center"/>
          </w:tcPr>
          <w:p w14:paraId="01E6CDA6" w14:textId="77777777" w:rsidR="004033AD" w:rsidRDefault="004033AD" w:rsidP="00235C69">
            <w:pPr>
              <w:jc w:val="center"/>
            </w:pPr>
            <w:r>
              <w:rPr>
                <w:rFonts w:eastAsia="Times New Roman" w:cs="Times New Roman"/>
                <w:color w:val="000000"/>
                <w:sz w:val="16"/>
                <w:szCs w:val="16"/>
              </w:rPr>
              <w:t>21/50 (42%)</w:t>
            </w:r>
          </w:p>
        </w:tc>
      </w:tr>
    </w:tbl>
    <w:p w14:paraId="64274FD3" w14:textId="77777777" w:rsidR="004033AD" w:rsidRDefault="004033AD" w:rsidP="004033AD">
      <w:pPr>
        <w:spacing w:before="80" w:after="20"/>
      </w:pPr>
      <w:r>
        <w:rPr>
          <w:rFonts w:eastAsia="Times New Roman" w:cs="Times New Roman"/>
          <w:color w:val="000000"/>
          <w:sz w:val="16"/>
          <w:szCs w:val="16"/>
        </w:rPr>
        <w:t xml:space="preserve">Final features are the inputs entering the RBF-SVM after all selection steps, including the minimum-feature fallback. Counts were taken from </w:t>
      </w:r>
      <w:proofErr w:type="spellStart"/>
      <w:r>
        <w:rPr>
          <w:rFonts w:eastAsia="Times New Roman" w:cs="Times New Roman"/>
          <w:color w:val="000000"/>
          <w:sz w:val="16"/>
          <w:szCs w:val="16"/>
        </w:rPr>
        <w:t>n_after_lasso</w:t>
      </w:r>
      <w:proofErr w:type="spellEnd"/>
      <w:r>
        <w:rPr>
          <w:rFonts w:eastAsia="Times New Roman" w:cs="Times New Roman"/>
          <w:color w:val="000000"/>
          <w:sz w:val="16"/>
          <w:szCs w:val="16"/>
        </w:rPr>
        <w:t xml:space="preserve"> and verified against the saved selected-feature lists for every outer refit. Quartiles were calculated by linear interpolation; fractional quartiles do not imply fractional features.</w:t>
      </w:r>
    </w:p>
    <w:p w14:paraId="532E4DE2" w14:textId="77777777" w:rsidR="004033AD" w:rsidRDefault="004033AD" w:rsidP="004033AD">
      <w:pPr>
        <w:spacing w:before="80" w:after="20"/>
      </w:pPr>
      <w:r>
        <w:rPr>
          <w:rFonts w:eastAsia="Times New Roman" w:cs="Times New Roman"/>
          <w:color w:val="000000"/>
          <w:sz w:val="16"/>
          <w:szCs w:val="16"/>
        </w:rPr>
        <w:t>The L1-penalized logistic selector retained coefficients with absolute magnitude &gt;10⁻⁸. If none passed this threshold, the configured minimum of one feature was retained using the implemented absolute-coefficient ordering. All fallback refits retained one feature; in these refits, the retained coefficient did not exceed the threshold. No fallback was recorded at the missingness, variance, univariate or correlation-filtering stages.</w:t>
      </w:r>
    </w:p>
    <w:p w14:paraId="326EB716" w14:textId="77777777" w:rsidR="004033AD" w:rsidRDefault="004033AD" w:rsidP="004033AD">
      <w:pPr>
        <w:spacing w:before="80" w:after="20"/>
      </w:pPr>
      <w:r>
        <w:rPr>
          <w:rFonts w:eastAsia="Times New Roman" w:cs="Times New Roman"/>
          <w:color w:val="000000"/>
          <w:sz w:val="16"/>
          <w:szCs w:val="16"/>
        </w:rPr>
        <w:t xml:space="preserve">All 50 expected refits for every ROI were included, including fallback refits. These descriptive diagnostics were not used to choose models, change folds or thresholds, or remove refits. The count of retained features describes input dimensionality, not the conventional regression parameter </w:t>
      </w:r>
      <w:proofErr w:type="gramStart"/>
      <w:r>
        <w:rPr>
          <w:rFonts w:eastAsia="Times New Roman" w:cs="Times New Roman"/>
          <w:color w:val="000000"/>
          <w:sz w:val="16"/>
          <w:szCs w:val="16"/>
        </w:rPr>
        <w:t>count</w:t>
      </w:r>
      <w:proofErr w:type="gramEnd"/>
      <w:r>
        <w:rPr>
          <w:rFonts w:eastAsia="Times New Roman" w:cs="Times New Roman"/>
          <w:color w:val="000000"/>
          <w:sz w:val="16"/>
          <w:szCs w:val="16"/>
        </w:rPr>
        <w:t xml:space="preserve"> or effective degrees of freedom of a nonlinear RBF-SVM. A conventional events-per-variable ratio was therefore not calculated from these counts. This distinction does not remove the risk of overfitting or selection instability with only 37 events.</w:t>
      </w:r>
    </w:p>
    <w:p w14:paraId="5C72949E" w14:textId="77777777" w:rsidR="004033AD" w:rsidRDefault="004033AD" w:rsidP="004033AD">
      <w:pPr>
        <w:spacing w:before="80" w:after="20"/>
      </w:pPr>
      <w:r>
        <w:rPr>
          <w:rFonts w:eastAsia="Times New Roman" w:cs="Times New Roman"/>
          <w:color w:val="000000"/>
          <w:sz w:val="16"/>
          <w:szCs w:val="16"/>
        </w:rPr>
        <w:t>Abbreviations: ROI, region of interest; INTRA, intratumoral ROI; Peri1mm, Peri3mm and Peri5mm, respective peritumoral regions; VOIFusion3mm, integrated tumor–peritumoral ROI; RBF-SVM, radial-basis-function support vector machine; Q1–Q3, first to third quartiles.</w:t>
      </w:r>
    </w:p>
    <w:p w14:paraId="32BC5222" w14:textId="77777777" w:rsidR="004033AD" w:rsidRDefault="004033AD" w:rsidP="004033AD">
      <w:r>
        <w:br w:type="page"/>
      </w:r>
    </w:p>
    <w:p w14:paraId="7DA7A8EE" w14:textId="77777777" w:rsidR="004033AD" w:rsidRDefault="004033AD" w:rsidP="004033AD">
      <w:pPr>
        <w:keepNext/>
        <w:spacing w:after="100"/>
      </w:pPr>
      <w:r>
        <w:rPr>
          <w:rFonts w:eastAsia="Times New Roman" w:cs="Times New Roman"/>
          <w:b/>
          <w:color w:val="000000"/>
          <w:sz w:val="22"/>
        </w:rPr>
        <w:lastRenderedPageBreak/>
        <w:t>Supplementary Table S9 continued</w:t>
      </w:r>
    </w:p>
    <w:p w14:paraId="2408B6B6" w14:textId="77777777" w:rsidR="004033AD" w:rsidRDefault="004033AD" w:rsidP="004033AD">
      <w:pPr>
        <w:keepNext/>
        <w:spacing w:before="100" w:after="60"/>
      </w:pPr>
      <w:r>
        <w:rPr>
          <w:rFonts w:eastAsia="Times New Roman" w:cs="Times New Roman"/>
          <w:b/>
          <w:color w:val="000000"/>
          <w:szCs w:val="18"/>
        </w:rPr>
        <w:t>B Descriptive frequencies of final feature inclusion</w:t>
      </w:r>
    </w:p>
    <w:tbl>
      <w:tblPr>
        <w:tblW w:w="14256" w:type="dxa"/>
        <w:tblBorders>
          <w:top w:val="single" w:sz="10" w:space="0" w:color="000000"/>
          <w:left w:val="nil"/>
          <w:bottom w:val="single" w:sz="10" w:space="0" w:color="000000"/>
          <w:right w:val="nil"/>
          <w:insideH w:val="nil"/>
          <w:insideV w:val="nil"/>
        </w:tblBorders>
        <w:tblLayout w:type="fixed"/>
        <w:tblLook w:val="04A0" w:firstRow="1" w:lastRow="0" w:firstColumn="1" w:lastColumn="0" w:noHBand="0" w:noVBand="1"/>
      </w:tblPr>
      <w:tblGrid>
        <w:gridCol w:w="2249"/>
        <w:gridCol w:w="2450"/>
        <w:gridCol w:w="4176"/>
        <w:gridCol w:w="2209"/>
        <w:gridCol w:w="3172"/>
      </w:tblGrid>
      <w:tr w:rsidR="004033AD" w14:paraId="3935CFFC" w14:textId="77777777" w:rsidTr="00235C69">
        <w:trPr>
          <w:cantSplit/>
          <w:tblHeader/>
        </w:trPr>
        <w:tc>
          <w:tcPr>
            <w:tcW w:w="2249" w:type="dxa"/>
            <w:tcBorders>
              <w:bottom w:val="single" w:sz="6" w:space="0" w:color="000000"/>
            </w:tcBorders>
            <w:tcMar>
              <w:top w:w="55" w:type="dxa"/>
              <w:left w:w="80" w:type="dxa"/>
              <w:bottom w:w="55" w:type="dxa"/>
              <w:right w:w="80" w:type="dxa"/>
            </w:tcMar>
            <w:vAlign w:val="center"/>
          </w:tcPr>
          <w:p w14:paraId="7D562E84" w14:textId="77777777" w:rsidR="004033AD" w:rsidRDefault="004033AD" w:rsidP="00235C69">
            <w:pPr>
              <w:jc w:val="center"/>
            </w:pPr>
            <w:r>
              <w:rPr>
                <w:rFonts w:eastAsia="Times New Roman" w:cs="Times New Roman"/>
                <w:b/>
                <w:color w:val="000000"/>
                <w:sz w:val="16"/>
                <w:szCs w:val="16"/>
              </w:rPr>
              <w:t>ROI</w:t>
            </w:r>
          </w:p>
        </w:tc>
        <w:tc>
          <w:tcPr>
            <w:tcW w:w="2450" w:type="dxa"/>
            <w:tcBorders>
              <w:bottom w:val="single" w:sz="6" w:space="0" w:color="000000"/>
            </w:tcBorders>
            <w:tcMar>
              <w:top w:w="55" w:type="dxa"/>
              <w:left w:w="80" w:type="dxa"/>
              <w:bottom w:w="55" w:type="dxa"/>
              <w:right w:w="80" w:type="dxa"/>
            </w:tcMar>
            <w:vAlign w:val="center"/>
          </w:tcPr>
          <w:p w14:paraId="6E438C50" w14:textId="77777777" w:rsidR="004033AD" w:rsidRDefault="004033AD" w:rsidP="00235C69">
            <w:pPr>
              <w:jc w:val="center"/>
            </w:pPr>
            <w:r>
              <w:rPr>
                <w:rFonts w:eastAsia="Times New Roman" w:cs="Times New Roman"/>
                <w:b/>
                <w:color w:val="000000"/>
                <w:sz w:val="16"/>
                <w:szCs w:val="16"/>
              </w:rPr>
              <w:t>Features ever included</w:t>
            </w:r>
            <w:r>
              <w:rPr>
                <w:rFonts w:eastAsia="Times New Roman" w:cs="Times New Roman"/>
                <w:b/>
                <w:color w:val="000000"/>
                <w:sz w:val="16"/>
                <w:szCs w:val="16"/>
              </w:rPr>
              <w:br/>
              <w:t>n/1,130</w:t>
            </w:r>
          </w:p>
        </w:tc>
        <w:tc>
          <w:tcPr>
            <w:tcW w:w="4176" w:type="dxa"/>
            <w:tcBorders>
              <w:bottom w:val="single" w:sz="6" w:space="0" w:color="000000"/>
            </w:tcBorders>
            <w:tcMar>
              <w:top w:w="55" w:type="dxa"/>
              <w:left w:w="80" w:type="dxa"/>
              <w:bottom w:w="55" w:type="dxa"/>
              <w:right w:w="80" w:type="dxa"/>
            </w:tcMar>
            <w:vAlign w:val="center"/>
          </w:tcPr>
          <w:p w14:paraId="306ADDC3" w14:textId="77777777" w:rsidR="004033AD" w:rsidRDefault="004033AD" w:rsidP="00235C69">
            <w:pPr>
              <w:jc w:val="center"/>
            </w:pPr>
            <w:r>
              <w:rPr>
                <w:rFonts w:eastAsia="Times New Roman" w:cs="Times New Roman"/>
                <w:b/>
                <w:color w:val="000000"/>
                <w:sz w:val="16"/>
                <w:szCs w:val="16"/>
              </w:rPr>
              <w:t>Inclusion count among ever-included features</w:t>
            </w:r>
            <w:r>
              <w:rPr>
                <w:rFonts w:eastAsia="Times New Roman" w:cs="Times New Roman"/>
                <w:b/>
                <w:color w:val="000000"/>
                <w:sz w:val="16"/>
                <w:szCs w:val="16"/>
              </w:rPr>
              <w:br/>
              <w:t>median (Q1–Q3)</w:t>
            </w:r>
          </w:p>
        </w:tc>
        <w:tc>
          <w:tcPr>
            <w:tcW w:w="2209" w:type="dxa"/>
            <w:tcBorders>
              <w:bottom w:val="single" w:sz="6" w:space="0" w:color="000000"/>
            </w:tcBorders>
            <w:tcMar>
              <w:top w:w="55" w:type="dxa"/>
              <w:left w:w="80" w:type="dxa"/>
              <w:bottom w:w="55" w:type="dxa"/>
              <w:right w:w="80" w:type="dxa"/>
            </w:tcMar>
            <w:vAlign w:val="center"/>
          </w:tcPr>
          <w:p w14:paraId="0ECA4FB2" w14:textId="77777777" w:rsidR="004033AD" w:rsidRDefault="004033AD" w:rsidP="00235C69">
            <w:pPr>
              <w:jc w:val="center"/>
            </w:pPr>
            <w:r>
              <w:rPr>
                <w:rFonts w:eastAsia="Times New Roman" w:cs="Times New Roman"/>
                <w:b/>
                <w:color w:val="000000"/>
                <w:sz w:val="16"/>
                <w:szCs w:val="16"/>
              </w:rPr>
              <w:t>Highest inclusion</w:t>
            </w:r>
            <w:r>
              <w:rPr>
                <w:rFonts w:eastAsia="Times New Roman" w:cs="Times New Roman"/>
                <w:b/>
                <w:color w:val="000000"/>
                <w:sz w:val="16"/>
                <w:szCs w:val="16"/>
              </w:rPr>
              <w:br/>
              <w:t>n/50</w:t>
            </w:r>
          </w:p>
        </w:tc>
        <w:tc>
          <w:tcPr>
            <w:tcW w:w="3172" w:type="dxa"/>
            <w:tcBorders>
              <w:bottom w:val="single" w:sz="6" w:space="0" w:color="000000"/>
            </w:tcBorders>
            <w:tcMar>
              <w:top w:w="55" w:type="dxa"/>
              <w:left w:w="80" w:type="dxa"/>
              <w:bottom w:w="55" w:type="dxa"/>
              <w:right w:w="80" w:type="dxa"/>
            </w:tcMar>
            <w:vAlign w:val="center"/>
          </w:tcPr>
          <w:p w14:paraId="02600894" w14:textId="77777777" w:rsidR="004033AD" w:rsidRDefault="004033AD" w:rsidP="00235C69">
            <w:pPr>
              <w:jc w:val="center"/>
            </w:pPr>
            <w:r>
              <w:rPr>
                <w:rFonts w:eastAsia="Times New Roman" w:cs="Times New Roman"/>
                <w:b/>
                <w:color w:val="000000"/>
                <w:sz w:val="16"/>
                <w:szCs w:val="16"/>
              </w:rPr>
              <w:t>Features in ≥25 / ≥40 refits</w:t>
            </w:r>
            <w:r>
              <w:rPr>
                <w:rFonts w:eastAsia="Times New Roman" w:cs="Times New Roman"/>
                <w:b/>
                <w:color w:val="000000"/>
                <w:sz w:val="16"/>
                <w:szCs w:val="16"/>
              </w:rPr>
              <w:br/>
              <w:t>n / n</w:t>
            </w:r>
          </w:p>
        </w:tc>
      </w:tr>
      <w:tr w:rsidR="004033AD" w14:paraId="22F9E37C" w14:textId="77777777" w:rsidTr="00235C69">
        <w:trPr>
          <w:cantSplit/>
        </w:trPr>
        <w:tc>
          <w:tcPr>
            <w:tcW w:w="2249" w:type="dxa"/>
            <w:tcMar>
              <w:top w:w="55" w:type="dxa"/>
              <w:left w:w="80" w:type="dxa"/>
              <w:bottom w:w="55" w:type="dxa"/>
              <w:right w:w="80" w:type="dxa"/>
            </w:tcMar>
            <w:vAlign w:val="center"/>
          </w:tcPr>
          <w:p w14:paraId="6078D58E" w14:textId="77777777" w:rsidR="004033AD" w:rsidRDefault="004033AD" w:rsidP="00235C69">
            <w:r>
              <w:rPr>
                <w:rFonts w:eastAsia="Times New Roman" w:cs="Times New Roman"/>
                <w:color w:val="000000"/>
                <w:sz w:val="16"/>
                <w:szCs w:val="16"/>
              </w:rPr>
              <w:t>INTRA</w:t>
            </w:r>
          </w:p>
        </w:tc>
        <w:tc>
          <w:tcPr>
            <w:tcW w:w="2450" w:type="dxa"/>
            <w:tcMar>
              <w:top w:w="55" w:type="dxa"/>
              <w:left w:w="80" w:type="dxa"/>
              <w:bottom w:w="55" w:type="dxa"/>
              <w:right w:w="80" w:type="dxa"/>
            </w:tcMar>
            <w:vAlign w:val="center"/>
          </w:tcPr>
          <w:p w14:paraId="16A5A5B8" w14:textId="77777777" w:rsidR="004033AD" w:rsidRDefault="004033AD" w:rsidP="00235C69">
            <w:pPr>
              <w:jc w:val="center"/>
            </w:pPr>
            <w:r>
              <w:rPr>
                <w:rFonts w:eastAsia="Times New Roman" w:cs="Times New Roman"/>
                <w:color w:val="000000"/>
                <w:sz w:val="16"/>
                <w:szCs w:val="16"/>
              </w:rPr>
              <w:t>171/1,130</w:t>
            </w:r>
          </w:p>
        </w:tc>
        <w:tc>
          <w:tcPr>
            <w:tcW w:w="4176" w:type="dxa"/>
            <w:tcMar>
              <w:top w:w="55" w:type="dxa"/>
              <w:left w:w="80" w:type="dxa"/>
              <w:bottom w:w="55" w:type="dxa"/>
              <w:right w:w="80" w:type="dxa"/>
            </w:tcMar>
            <w:vAlign w:val="center"/>
          </w:tcPr>
          <w:p w14:paraId="6BD3445B" w14:textId="77777777" w:rsidR="004033AD" w:rsidRDefault="004033AD" w:rsidP="00235C69">
            <w:pPr>
              <w:jc w:val="center"/>
            </w:pPr>
            <w:r>
              <w:rPr>
                <w:rFonts w:eastAsia="Times New Roman" w:cs="Times New Roman"/>
                <w:color w:val="000000"/>
                <w:sz w:val="16"/>
                <w:szCs w:val="16"/>
              </w:rPr>
              <w:t>2 (1–7)</w:t>
            </w:r>
          </w:p>
        </w:tc>
        <w:tc>
          <w:tcPr>
            <w:tcW w:w="2209" w:type="dxa"/>
            <w:tcMar>
              <w:top w:w="55" w:type="dxa"/>
              <w:left w:w="80" w:type="dxa"/>
              <w:bottom w:w="55" w:type="dxa"/>
              <w:right w:w="80" w:type="dxa"/>
            </w:tcMar>
            <w:vAlign w:val="center"/>
          </w:tcPr>
          <w:p w14:paraId="22F23FF6" w14:textId="77777777" w:rsidR="004033AD" w:rsidRDefault="004033AD" w:rsidP="00235C69">
            <w:pPr>
              <w:jc w:val="center"/>
            </w:pPr>
            <w:r>
              <w:rPr>
                <w:rFonts w:eastAsia="Times New Roman" w:cs="Times New Roman"/>
                <w:color w:val="000000"/>
                <w:sz w:val="16"/>
                <w:szCs w:val="16"/>
              </w:rPr>
              <w:t>39/50</w:t>
            </w:r>
          </w:p>
        </w:tc>
        <w:tc>
          <w:tcPr>
            <w:tcW w:w="3172" w:type="dxa"/>
            <w:tcMar>
              <w:top w:w="55" w:type="dxa"/>
              <w:left w:w="80" w:type="dxa"/>
              <w:bottom w:w="55" w:type="dxa"/>
              <w:right w:w="80" w:type="dxa"/>
            </w:tcMar>
            <w:vAlign w:val="center"/>
          </w:tcPr>
          <w:p w14:paraId="428C7F3B" w14:textId="77777777" w:rsidR="004033AD" w:rsidRDefault="004033AD" w:rsidP="00235C69">
            <w:pPr>
              <w:jc w:val="center"/>
            </w:pPr>
            <w:r>
              <w:rPr>
                <w:rFonts w:eastAsia="Times New Roman" w:cs="Times New Roman"/>
                <w:color w:val="000000"/>
                <w:sz w:val="16"/>
                <w:szCs w:val="16"/>
              </w:rPr>
              <w:t>6 / 0</w:t>
            </w:r>
          </w:p>
        </w:tc>
      </w:tr>
      <w:tr w:rsidR="004033AD" w14:paraId="2ACA6C54" w14:textId="77777777" w:rsidTr="00235C69">
        <w:trPr>
          <w:cantSplit/>
        </w:trPr>
        <w:tc>
          <w:tcPr>
            <w:tcW w:w="2249" w:type="dxa"/>
            <w:tcMar>
              <w:top w:w="55" w:type="dxa"/>
              <w:left w:w="80" w:type="dxa"/>
              <w:bottom w:w="55" w:type="dxa"/>
              <w:right w:w="80" w:type="dxa"/>
            </w:tcMar>
            <w:vAlign w:val="center"/>
          </w:tcPr>
          <w:p w14:paraId="6798D8D9" w14:textId="77777777" w:rsidR="004033AD" w:rsidRDefault="004033AD" w:rsidP="00235C69">
            <w:r>
              <w:rPr>
                <w:rFonts w:eastAsia="Times New Roman" w:cs="Times New Roman"/>
                <w:color w:val="000000"/>
                <w:sz w:val="16"/>
                <w:szCs w:val="16"/>
              </w:rPr>
              <w:t>Peri1mm</w:t>
            </w:r>
          </w:p>
        </w:tc>
        <w:tc>
          <w:tcPr>
            <w:tcW w:w="2450" w:type="dxa"/>
            <w:tcMar>
              <w:top w:w="55" w:type="dxa"/>
              <w:left w:w="80" w:type="dxa"/>
              <w:bottom w:w="55" w:type="dxa"/>
              <w:right w:w="80" w:type="dxa"/>
            </w:tcMar>
            <w:vAlign w:val="center"/>
          </w:tcPr>
          <w:p w14:paraId="6DC3DDA3" w14:textId="77777777" w:rsidR="004033AD" w:rsidRDefault="004033AD" w:rsidP="00235C69">
            <w:pPr>
              <w:jc w:val="center"/>
            </w:pPr>
            <w:r>
              <w:rPr>
                <w:rFonts w:eastAsia="Times New Roman" w:cs="Times New Roman"/>
                <w:color w:val="000000"/>
                <w:sz w:val="16"/>
                <w:szCs w:val="16"/>
              </w:rPr>
              <w:t>185/1,130</w:t>
            </w:r>
          </w:p>
        </w:tc>
        <w:tc>
          <w:tcPr>
            <w:tcW w:w="4176" w:type="dxa"/>
            <w:tcMar>
              <w:top w:w="55" w:type="dxa"/>
              <w:left w:w="80" w:type="dxa"/>
              <w:bottom w:w="55" w:type="dxa"/>
              <w:right w:w="80" w:type="dxa"/>
            </w:tcMar>
            <w:vAlign w:val="center"/>
          </w:tcPr>
          <w:p w14:paraId="0E1AAA22" w14:textId="77777777" w:rsidR="004033AD" w:rsidRDefault="004033AD" w:rsidP="00235C69">
            <w:pPr>
              <w:jc w:val="center"/>
            </w:pPr>
            <w:r>
              <w:rPr>
                <w:rFonts w:eastAsia="Times New Roman" w:cs="Times New Roman"/>
                <w:color w:val="000000"/>
                <w:sz w:val="16"/>
                <w:szCs w:val="16"/>
              </w:rPr>
              <w:t>3 (1–8)</w:t>
            </w:r>
          </w:p>
        </w:tc>
        <w:tc>
          <w:tcPr>
            <w:tcW w:w="2209" w:type="dxa"/>
            <w:tcMar>
              <w:top w:w="55" w:type="dxa"/>
              <w:left w:w="80" w:type="dxa"/>
              <w:bottom w:w="55" w:type="dxa"/>
              <w:right w:w="80" w:type="dxa"/>
            </w:tcMar>
            <w:vAlign w:val="center"/>
          </w:tcPr>
          <w:p w14:paraId="2FFD8DD4" w14:textId="77777777" w:rsidR="004033AD" w:rsidRDefault="004033AD" w:rsidP="00235C69">
            <w:pPr>
              <w:jc w:val="center"/>
            </w:pPr>
            <w:r>
              <w:rPr>
                <w:rFonts w:eastAsia="Times New Roman" w:cs="Times New Roman"/>
                <w:color w:val="000000"/>
                <w:sz w:val="16"/>
                <w:szCs w:val="16"/>
              </w:rPr>
              <w:t>33/50</w:t>
            </w:r>
          </w:p>
        </w:tc>
        <w:tc>
          <w:tcPr>
            <w:tcW w:w="3172" w:type="dxa"/>
            <w:tcMar>
              <w:top w:w="55" w:type="dxa"/>
              <w:left w:w="80" w:type="dxa"/>
              <w:bottom w:w="55" w:type="dxa"/>
              <w:right w:w="80" w:type="dxa"/>
            </w:tcMar>
            <w:vAlign w:val="center"/>
          </w:tcPr>
          <w:p w14:paraId="2D36CFB0" w14:textId="77777777" w:rsidR="004033AD" w:rsidRDefault="004033AD" w:rsidP="00235C69">
            <w:pPr>
              <w:jc w:val="center"/>
            </w:pPr>
            <w:r>
              <w:rPr>
                <w:rFonts w:eastAsia="Times New Roman" w:cs="Times New Roman"/>
                <w:color w:val="000000"/>
                <w:sz w:val="16"/>
                <w:szCs w:val="16"/>
              </w:rPr>
              <w:t>4 / 0</w:t>
            </w:r>
          </w:p>
        </w:tc>
      </w:tr>
      <w:tr w:rsidR="004033AD" w14:paraId="06DFD6C2" w14:textId="77777777" w:rsidTr="00235C69">
        <w:trPr>
          <w:cantSplit/>
        </w:trPr>
        <w:tc>
          <w:tcPr>
            <w:tcW w:w="2249" w:type="dxa"/>
            <w:tcMar>
              <w:top w:w="55" w:type="dxa"/>
              <w:left w:w="80" w:type="dxa"/>
              <w:bottom w:w="55" w:type="dxa"/>
              <w:right w:w="80" w:type="dxa"/>
            </w:tcMar>
            <w:vAlign w:val="center"/>
          </w:tcPr>
          <w:p w14:paraId="32AAA0BE" w14:textId="77777777" w:rsidR="004033AD" w:rsidRDefault="004033AD" w:rsidP="00235C69">
            <w:r>
              <w:rPr>
                <w:rFonts w:eastAsia="Times New Roman" w:cs="Times New Roman"/>
                <w:color w:val="000000"/>
                <w:sz w:val="16"/>
                <w:szCs w:val="16"/>
              </w:rPr>
              <w:t>Peri3mm</w:t>
            </w:r>
          </w:p>
        </w:tc>
        <w:tc>
          <w:tcPr>
            <w:tcW w:w="2450" w:type="dxa"/>
            <w:tcMar>
              <w:top w:w="55" w:type="dxa"/>
              <w:left w:w="80" w:type="dxa"/>
              <w:bottom w:w="55" w:type="dxa"/>
              <w:right w:w="80" w:type="dxa"/>
            </w:tcMar>
            <w:vAlign w:val="center"/>
          </w:tcPr>
          <w:p w14:paraId="56E564C6" w14:textId="77777777" w:rsidR="004033AD" w:rsidRDefault="004033AD" w:rsidP="00235C69">
            <w:pPr>
              <w:jc w:val="center"/>
            </w:pPr>
            <w:r>
              <w:rPr>
                <w:rFonts w:eastAsia="Times New Roman" w:cs="Times New Roman"/>
                <w:color w:val="000000"/>
                <w:sz w:val="16"/>
                <w:szCs w:val="16"/>
              </w:rPr>
              <w:t>108/1,130</w:t>
            </w:r>
          </w:p>
        </w:tc>
        <w:tc>
          <w:tcPr>
            <w:tcW w:w="4176" w:type="dxa"/>
            <w:tcMar>
              <w:top w:w="55" w:type="dxa"/>
              <w:left w:w="80" w:type="dxa"/>
              <w:bottom w:w="55" w:type="dxa"/>
              <w:right w:w="80" w:type="dxa"/>
            </w:tcMar>
            <w:vAlign w:val="center"/>
          </w:tcPr>
          <w:p w14:paraId="3957F245" w14:textId="77777777" w:rsidR="004033AD" w:rsidRDefault="004033AD" w:rsidP="00235C69">
            <w:pPr>
              <w:jc w:val="center"/>
            </w:pPr>
            <w:r>
              <w:rPr>
                <w:rFonts w:eastAsia="Times New Roman" w:cs="Times New Roman"/>
                <w:color w:val="000000"/>
                <w:sz w:val="16"/>
                <w:szCs w:val="16"/>
              </w:rPr>
              <w:t>2 (1–4)</w:t>
            </w:r>
          </w:p>
        </w:tc>
        <w:tc>
          <w:tcPr>
            <w:tcW w:w="2209" w:type="dxa"/>
            <w:tcMar>
              <w:top w:w="55" w:type="dxa"/>
              <w:left w:w="80" w:type="dxa"/>
              <w:bottom w:w="55" w:type="dxa"/>
              <w:right w:w="80" w:type="dxa"/>
            </w:tcMar>
            <w:vAlign w:val="center"/>
          </w:tcPr>
          <w:p w14:paraId="7DF621F2" w14:textId="77777777" w:rsidR="004033AD" w:rsidRDefault="004033AD" w:rsidP="00235C69">
            <w:pPr>
              <w:jc w:val="center"/>
            </w:pPr>
            <w:r>
              <w:rPr>
                <w:rFonts w:eastAsia="Times New Roman" w:cs="Times New Roman"/>
                <w:color w:val="000000"/>
                <w:sz w:val="16"/>
                <w:szCs w:val="16"/>
              </w:rPr>
              <w:t>36/50</w:t>
            </w:r>
          </w:p>
        </w:tc>
        <w:tc>
          <w:tcPr>
            <w:tcW w:w="3172" w:type="dxa"/>
            <w:tcMar>
              <w:top w:w="55" w:type="dxa"/>
              <w:left w:w="80" w:type="dxa"/>
              <w:bottom w:w="55" w:type="dxa"/>
              <w:right w:w="80" w:type="dxa"/>
            </w:tcMar>
            <w:vAlign w:val="center"/>
          </w:tcPr>
          <w:p w14:paraId="66813BCB" w14:textId="77777777" w:rsidR="004033AD" w:rsidRDefault="004033AD" w:rsidP="00235C69">
            <w:pPr>
              <w:jc w:val="center"/>
            </w:pPr>
            <w:r>
              <w:rPr>
                <w:rFonts w:eastAsia="Times New Roman" w:cs="Times New Roman"/>
                <w:color w:val="000000"/>
                <w:sz w:val="16"/>
                <w:szCs w:val="16"/>
              </w:rPr>
              <w:t>1 / 0</w:t>
            </w:r>
          </w:p>
        </w:tc>
      </w:tr>
      <w:tr w:rsidR="004033AD" w14:paraId="314CB146" w14:textId="77777777" w:rsidTr="00235C69">
        <w:trPr>
          <w:cantSplit/>
        </w:trPr>
        <w:tc>
          <w:tcPr>
            <w:tcW w:w="2249" w:type="dxa"/>
            <w:tcMar>
              <w:top w:w="55" w:type="dxa"/>
              <w:left w:w="80" w:type="dxa"/>
              <w:bottom w:w="55" w:type="dxa"/>
              <w:right w:w="80" w:type="dxa"/>
            </w:tcMar>
            <w:vAlign w:val="center"/>
          </w:tcPr>
          <w:p w14:paraId="543E7531" w14:textId="77777777" w:rsidR="004033AD" w:rsidRDefault="004033AD" w:rsidP="00235C69">
            <w:r>
              <w:rPr>
                <w:rFonts w:eastAsia="Times New Roman" w:cs="Times New Roman"/>
                <w:color w:val="000000"/>
                <w:sz w:val="16"/>
                <w:szCs w:val="16"/>
              </w:rPr>
              <w:t>Peri5mm</w:t>
            </w:r>
          </w:p>
        </w:tc>
        <w:tc>
          <w:tcPr>
            <w:tcW w:w="2450" w:type="dxa"/>
            <w:tcMar>
              <w:top w:w="55" w:type="dxa"/>
              <w:left w:w="80" w:type="dxa"/>
              <w:bottom w:w="55" w:type="dxa"/>
              <w:right w:w="80" w:type="dxa"/>
            </w:tcMar>
            <w:vAlign w:val="center"/>
          </w:tcPr>
          <w:p w14:paraId="7B22B2C9" w14:textId="77777777" w:rsidR="004033AD" w:rsidRDefault="004033AD" w:rsidP="00235C69">
            <w:pPr>
              <w:jc w:val="center"/>
            </w:pPr>
            <w:r>
              <w:rPr>
                <w:rFonts w:eastAsia="Times New Roman" w:cs="Times New Roman"/>
                <w:color w:val="000000"/>
                <w:sz w:val="16"/>
                <w:szCs w:val="16"/>
              </w:rPr>
              <w:t>127/1,130</w:t>
            </w:r>
          </w:p>
        </w:tc>
        <w:tc>
          <w:tcPr>
            <w:tcW w:w="4176" w:type="dxa"/>
            <w:tcMar>
              <w:top w:w="55" w:type="dxa"/>
              <w:left w:w="80" w:type="dxa"/>
              <w:bottom w:w="55" w:type="dxa"/>
              <w:right w:w="80" w:type="dxa"/>
            </w:tcMar>
            <w:vAlign w:val="center"/>
          </w:tcPr>
          <w:p w14:paraId="7D31CEFD" w14:textId="77777777" w:rsidR="004033AD" w:rsidRDefault="004033AD" w:rsidP="00235C69">
            <w:pPr>
              <w:jc w:val="center"/>
            </w:pPr>
            <w:r>
              <w:rPr>
                <w:rFonts w:eastAsia="Times New Roman" w:cs="Times New Roman"/>
                <w:color w:val="000000"/>
                <w:sz w:val="16"/>
                <w:szCs w:val="16"/>
              </w:rPr>
              <w:t>1 (1–4)</w:t>
            </w:r>
          </w:p>
        </w:tc>
        <w:tc>
          <w:tcPr>
            <w:tcW w:w="2209" w:type="dxa"/>
            <w:tcMar>
              <w:top w:w="55" w:type="dxa"/>
              <w:left w:w="80" w:type="dxa"/>
              <w:bottom w:w="55" w:type="dxa"/>
              <w:right w:w="80" w:type="dxa"/>
            </w:tcMar>
            <w:vAlign w:val="center"/>
          </w:tcPr>
          <w:p w14:paraId="7ADEB76B" w14:textId="77777777" w:rsidR="004033AD" w:rsidRDefault="004033AD" w:rsidP="00235C69">
            <w:pPr>
              <w:jc w:val="center"/>
            </w:pPr>
            <w:r>
              <w:rPr>
                <w:rFonts w:eastAsia="Times New Roman" w:cs="Times New Roman"/>
                <w:color w:val="000000"/>
                <w:sz w:val="16"/>
                <w:szCs w:val="16"/>
              </w:rPr>
              <w:t>46/50</w:t>
            </w:r>
          </w:p>
        </w:tc>
        <w:tc>
          <w:tcPr>
            <w:tcW w:w="3172" w:type="dxa"/>
            <w:tcMar>
              <w:top w:w="55" w:type="dxa"/>
              <w:left w:w="80" w:type="dxa"/>
              <w:bottom w:w="55" w:type="dxa"/>
              <w:right w:w="80" w:type="dxa"/>
            </w:tcMar>
            <w:vAlign w:val="center"/>
          </w:tcPr>
          <w:p w14:paraId="4D2F7949" w14:textId="77777777" w:rsidR="004033AD" w:rsidRDefault="004033AD" w:rsidP="00235C69">
            <w:pPr>
              <w:jc w:val="center"/>
            </w:pPr>
            <w:r>
              <w:rPr>
                <w:rFonts w:eastAsia="Times New Roman" w:cs="Times New Roman"/>
                <w:color w:val="000000"/>
                <w:sz w:val="16"/>
                <w:szCs w:val="16"/>
              </w:rPr>
              <w:t>1 / 1</w:t>
            </w:r>
          </w:p>
        </w:tc>
      </w:tr>
      <w:tr w:rsidR="004033AD" w14:paraId="2F5B5B31" w14:textId="77777777" w:rsidTr="00235C69">
        <w:trPr>
          <w:cantSplit/>
        </w:trPr>
        <w:tc>
          <w:tcPr>
            <w:tcW w:w="2249" w:type="dxa"/>
            <w:tcMar>
              <w:top w:w="55" w:type="dxa"/>
              <w:left w:w="80" w:type="dxa"/>
              <w:bottom w:w="55" w:type="dxa"/>
              <w:right w:w="80" w:type="dxa"/>
            </w:tcMar>
            <w:vAlign w:val="center"/>
          </w:tcPr>
          <w:p w14:paraId="66399668" w14:textId="77777777" w:rsidR="004033AD" w:rsidRDefault="004033AD" w:rsidP="00235C69">
            <w:r>
              <w:rPr>
                <w:rFonts w:eastAsia="Times New Roman" w:cs="Times New Roman"/>
                <w:color w:val="000000"/>
                <w:sz w:val="16"/>
                <w:szCs w:val="16"/>
              </w:rPr>
              <w:t>VOIFusion3mm</w:t>
            </w:r>
          </w:p>
        </w:tc>
        <w:tc>
          <w:tcPr>
            <w:tcW w:w="2450" w:type="dxa"/>
            <w:tcMar>
              <w:top w:w="55" w:type="dxa"/>
              <w:left w:w="80" w:type="dxa"/>
              <w:bottom w:w="55" w:type="dxa"/>
              <w:right w:w="80" w:type="dxa"/>
            </w:tcMar>
            <w:vAlign w:val="center"/>
          </w:tcPr>
          <w:p w14:paraId="4A4BF4AA" w14:textId="77777777" w:rsidR="004033AD" w:rsidRDefault="004033AD" w:rsidP="00235C69">
            <w:pPr>
              <w:jc w:val="center"/>
            </w:pPr>
            <w:r>
              <w:rPr>
                <w:rFonts w:eastAsia="Times New Roman" w:cs="Times New Roman"/>
                <w:color w:val="000000"/>
                <w:sz w:val="16"/>
                <w:szCs w:val="16"/>
              </w:rPr>
              <w:t>130/1,130</w:t>
            </w:r>
          </w:p>
        </w:tc>
        <w:tc>
          <w:tcPr>
            <w:tcW w:w="4176" w:type="dxa"/>
            <w:tcMar>
              <w:top w:w="55" w:type="dxa"/>
              <w:left w:w="80" w:type="dxa"/>
              <w:bottom w:w="55" w:type="dxa"/>
              <w:right w:w="80" w:type="dxa"/>
            </w:tcMar>
            <w:vAlign w:val="center"/>
          </w:tcPr>
          <w:p w14:paraId="5EF5F246" w14:textId="77777777" w:rsidR="004033AD" w:rsidRDefault="004033AD" w:rsidP="00235C69">
            <w:pPr>
              <w:jc w:val="center"/>
            </w:pPr>
            <w:r>
              <w:rPr>
                <w:rFonts w:eastAsia="Times New Roman" w:cs="Times New Roman"/>
                <w:color w:val="000000"/>
                <w:sz w:val="16"/>
                <w:szCs w:val="16"/>
              </w:rPr>
              <w:t>2 (1–4)</w:t>
            </w:r>
          </w:p>
        </w:tc>
        <w:tc>
          <w:tcPr>
            <w:tcW w:w="2209" w:type="dxa"/>
            <w:tcMar>
              <w:top w:w="55" w:type="dxa"/>
              <w:left w:w="80" w:type="dxa"/>
              <w:bottom w:w="55" w:type="dxa"/>
              <w:right w:w="80" w:type="dxa"/>
            </w:tcMar>
            <w:vAlign w:val="center"/>
          </w:tcPr>
          <w:p w14:paraId="1C5C6370" w14:textId="77777777" w:rsidR="004033AD" w:rsidRDefault="004033AD" w:rsidP="00235C69">
            <w:pPr>
              <w:jc w:val="center"/>
            </w:pPr>
            <w:r>
              <w:rPr>
                <w:rFonts w:eastAsia="Times New Roman" w:cs="Times New Roman"/>
                <w:color w:val="000000"/>
                <w:sz w:val="16"/>
                <w:szCs w:val="16"/>
              </w:rPr>
              <w:t>49/50</w:t>
            </w:r>
          </w:p>
        </w:tc>
        <w:tc>
          <w:tcPr>
            <w:tcW w:w="3172" w:type="dxa"/>
            <w:tcMar>
              <w:top w:w="55" w:type="dxa"/>
              <w:left w:w="80" w:type="dxa"/>
              <w:bottom w:w="55" w:type="dxa"/>
              <w:right w:w="80" w:type="dxa"/>
            </w:tcMar>
            <w:vAlign w:val="center"/>
          </w:tcPr>
          <w:p w14:paraId="1F5F8AC5" w14:textId="77777777" w:rsidR="004033AD" w:rsidRDefault="004033AD" w:rsidP="00235C69">
            <w:pPr>
              <w:jc w:val="center"/>
            </w:pPr>
            <w:r>
              <w:rPr>
                <w:rFonts w:eastAsia="Times New Roman" w:cs="Times New Roman"/>
                <w:color w:val="000000"/>
                <w:sz w:val="16"/>
                <w:szCs w:val="16"/>
              </w:rPr>
              <w:t>2 / 1</w:t>
            </w:r>
          </w:p>
        </w:tc>
      </w:tr>
    </w:tbl>
    <w:p w14:paraId="5EC64668" w14:textId="77777777" w:rsidR="004033AD" w:rsidRDefault="004033AD" w:rsidP="004033AD">
      <w:pPr>
        <w:spacing w:before="80" w:after="20"/>
      </w:pPr>
      <w:r>
        <w:rPr>
          <w:rFonts w:eastAsia="Times New Roman" w:cs="Times New Roman"/>
          <w:color w:val="000000"/>
          <w:sz w:val="16"/>
          <w:szCs w:val="16"/>
        </w:rPr>
        <w:t>A feature’s inclusion count is the number of outer refits in which it entered the final RBF-SVM, including fallback inclusions. Features never included are omitted only from the conditional median and quartiles in this panel; they remain part of the 1,130-feature candidate set. Counts of features appearing in ≥25 or ≥40 refits are descriptive summaries (≥50% or ≥80%), not feature-retention criteria.</w:t>
      </w:r>
    </w:p>
    <w:p w14:paraId="7787FB4A" w14:textId="77777777" w:rsidR="004033AD" w:rsidRDefault="004033AD" w:rsidP="004033AD">
      <w:pPr>
        <w:keepNext/>
        <w:spacing w:before="100" w:after="60"/>
      </w:pPr>
      <w:r>
        <w:rPr>
          <w:rFonts w:eastAsia="Times New Roman" w:cs="Times New Roman"/>
          <w:b/>
          <w:color w:val="000000"/>
          <w:szCs w:val="18"/>
        </w:rPr>
        <w:t>C Most frequently included feature in each ROI</w:t>
      </w:r>
    </w:p>
    <w:tbl>
      <w:tblPr>
        <w:tblW w:w="14256" w:type="dxa"/>
        <w:tblBorders>
          <w:top w:val="single" w:sz="10" w:space="0" w:color="000000"/>
          <w:left w:val="nil"/>
          <w:bottom w:val="single" w:sz="10" w:space="0" w:color="000000"/>
          <w:right w:val="nil"/>
          <w:insideH w:val="nil"/>
          <w:insideV w:val="nil"/>
        </w:tblBorders>
        <w:tblLayout w:type="fixed"/>
        <w:tblLook w:val="04A0" w:firstRow="1" w:lastRow="0" w:firstColumn="1" w:lastColumn="0" w:noHBand="0" w:noVBand="1"/>
      </w:tblPr>
      <w:tblGrid>
        <w:gridCol w:w="2048"/>
        <w:gridCol w:w="6224"/>
        <w:gridCol w:w="2309"/>
        <w:gridCol w:w="1707"/>
        <w:gridCol w:w="1968"/>
      </w:tblGrid>
      <w:tr w:rsidR="004033AD" w14:paraId="051EC8AE" w14:textId="77777777" w:rsidTr="00235C69">
        <w:trPr>
          <w:cantSplit/>
          <w:tblHeader/>
        </w:trPr>
        <w:tc>
          <w:tcPr>
            <w:tcW w:w="2048" w:type="dxa"/>
            <w:tcBorders>
              <w:bottom w:val="single" w:sz="6" w:space="0" w:color="000000"/>
            </w:tcBorders>
            <w:tcMar>
              <w:top w:w="55" w:type="dxa"/>
              <w:left w:w="80" w:type="dxa"/>
              <w:bottom w:w="55" w:type="dxa"/>
              <w:right w:w="80" w:type="dxa"/>
            </w:tcMar>
            <w:vAlign w:val="center"/>
          </w:tcPr>
          <w:p w14:paraId="36C03B39" w14:textId="77777777" w:rsidR="004033AD" w:rsidRDefault="004033AD" w:rsidP="00235C69">
            <w:pPr>
              <w:jc w:val="center"/>
            </w:pPr>
            <w:r>
              <w:rPr>
                <w:rFonts w:eastAsia="Times New Roman" w:cs="Times New Roman"/>
                <w:b/>
                <w:color w:val="000000"/>
                <w:sz w:val="16"/>
                <w:szCs w:val="16"/>
              </w:rPr>
              <w:t>ROI</w:t>
            </w:r>
          </w:p>
        </w:tc>
        <w:tc>
          <w:tcPr>
            <w:tcW w:w="6224" w:type="dxa"/>
            <w:tcBorders>
              <w:bottom w:val="single" w:sz="6" w:space="0" w:color="000000"/>
            </w:tcBorders>
            <w:tcMar>
              <w:top w:w="55" w:type="dxa"/>
              <w:left w:w="80" w:type="dxa"/>
              <w:bottom w:w="55" w:type="dxa"/>
              <w:right w:w="80" w:type="dxa"/>
            </w:tcMar>
            <w:vAlign w:val="center"/>
          </w:tcPr>
          <w:p w14:paraId="07ACBE92" w14:textId="77777777" w:rsidR="004033AD" w:rsidRDefault="004033AD" w:rsidP="00235C69">
            <w:pPr>
              <w:jc w:val="center"/>
            </w:pPr>
            <w:r>
              <w:rPr>
                <w:rFonts w:eastAsia="Times New Roman" w:cs="Times New Roman"/>
                <w:b/>
                <w:color w:val="000000"/>
                <w:sz w:val="16"/>
                <w:szCs w:val="16"/>
              </w:rPr>
              <w:t>Feature name</w:t>
            </w:r>
            <w:r>
              <w:rPr>
                <w:rFonts w:eastAsia="Times New Roman" w:cs="Times New Roman"/>
                <w:b/>
                <w:color w:val="000000"/>
                <w:sz w:val="16"/>
                <w:szCs w:val="16"/>
              </w:rPr>
              <w:br/>
              <w:t>ROI prefix omitted</w:t>
            </w:r>
          </w:p>
        </w:tc>
        <w:tc>
          <w:tcPr>
            <w:tcW w:w="2309" w:type="dxa"/>
            <w:tcBorders>
              <w:bottom w:val="single" w:sz="6" w:space="0" w:color="000000"/>
            </w:tcBorders>
            <w:tcMar>
              <w:top w:w="55" w:type="dxa"/>
              <w:left w:w="80" w:type="dxa"/>
              <w:bottom w:w="55" w:type="dxa"/>
              <w:right w:w="80" w:type="dxa"/>
            </w:tcMar>
            <w:vAlign w:val="center"/>
          </w:tcPr>
          <w:p w14:paraId="091797BF" w14:textId="77777777" w:rsidR="004033AD" w:rsidRDefault="004033AD" w:rsidP="00235C69">
            <w:pPr>
              <w:jc w:val="center"/>
            </w:pPr>
            <w:r>
              <w:rPr>
                <w:rFonts w:eastAsia="Times New Roman" w:cs="Times New Roman"/>
                <w:b/>
                <w:color w:val="000000"/>
                <w:sz w:val="16"/>
                <w:szCs w:val="16"/>
              </w:rPr>
              <w:t>Final inclusion</w:t>
            </w:r>
            <w:r>
              <w:rPr>
                <w:rFonts w:eastAsia="Times New Roman" w:cs="Times New Roman"/>
                <w:b/>
                <w:color w:val="000000"/>
                <w:sz w:val="16"/>
                <w:szCs w:val="16"/>
              </w:rPr>
              <w:br/>
              <w:t>n/50 (%)</w:t>
            </w:r>
          </w:p>
        </w:tc>
        <w:tc>
          <w:tcPr>
            <w:tcW w:w="1707" w:type="dxa"/>
            <w:tcBorders>
              <w:bottom w:val="single" w:sz="6" w:space="0" w:color="000000"/>
            </w:tcBorders>
            <w:tcMar>
              <w:top w:w="55" w:type="dxa"/>
              <w:left w:w="80" w:type="dxa"/>
              <w:bottom w:w="55" w:type="dxa"/>
              <w:right w:w="80" w:type="dxa"/>
            </w:tcMar>
            <w:vAlign w:val="center"/>
          </w:tcPr>
          <w:p w14:paraId="69253068" w14:textId="77777777" w:rsidR="004033AD" w:rsidRDefault="004033AD" w:rsidP="00235C69">
            <w:pPr>
              <w:jc w:val="center"/>
            </w:pPr>
            <w:r>
              <w:rPr>
                <w:rFonts w:eastAsia="Times New Roman" w:cs="Times New Roman"/>
                <w:b/>
                <w:color w:val="000000"/>
                <w:sz w:val="16"/>
                <w:szCs w:val="16"/>
              </w:rPr>
              <w:t>Nonzero LASSO</w:t>
            </w:r>
            <w:r>
              <w:rPr>
                <w:rFonts w:eastAsia="Times New Roman" w:cs="Times New Roman"/>
                <w:b/>
                <w:color w:val="000000"/>
                <w:sz w:val="16"/>
                <w:szCs w:val="16"/>
              </w:rPr>
              <w:br/>
              <w:t>n</w:t>
            </w:r>
          </w:p>
        </w:tc>
        <w:tc>
          <w:tcPr>
            <w:tcW w:w="1968" w:type="dxa"/>
            <w:tcBorders>
              <w:bottom w:val="single" w:sz="6" w:space="0" w:color="000000"/>
            </w:tcBorders>
            <w:tcMar>
              <w:top w:w="55" w:type="dxa"/>
              <w:left w:w="80" w:type="dxa"/>
              <w:bottom w:w="55" w:type="dxa"/>
              <w:right w:w="80" w:type="dxa"/>
            </w:tcMar>
            <w:vAlign w:val="center"/>
          </w:tcPr>
          <w:p w14:paraId="52BF048F" w14:textId="77777777" w:rsidR="004033AD" w:rsidRDefault="004033AD" w:rsidP="00235C69">
            <w:pPr>
              <w:jc w:val="center"/>
            </w:pPr>
            <w:r>
              <w:rPr>
                <w:rFonts w:eastAsia="Times New Roman" w:cs="Times New Roman"/>
                <w:b/>
                <w:color w:val="000000"/>
                <w:sz w:val="16"/>
                <w:szCs w:val="16"/>
              </w:rPr>
              <w:t>Fallback inclusion</w:t>
            </w:r>
            <w:r>
              <w:rPr>
                <w:rFonts w:eastAsia="Times New Roman" w:cs="Times New Roman"/>
                <w:b/>
                <w:color w:val="000000"/>
                <w:sz w:val="16"/>
                <w:szCs w:val="16"/>
              </w:rPr>
              <w:br/>
              <w:t>n</w:t>
            </w:r>
          </w:p>
        </w:tc>
      </w:tr>
      <w:tr w:rsidR="004033AD" w14:paraId="5E4A99B0" w14:textId="77777777" w:rsidTr="00235C69">
        <w:trPr>
          <w:cantSplit/>
        </w:trPr>
        <w:tc>
          <w:tcPr>
            <w:tcW w:w="2048" w:type="dxa"/>
            <w:tcMar>
              <w:top w:w="55" w:type="dxa"/>
              <w:left w:w="80" w:type="dxa"/>
              <w:bottom w:w="55" w:type="dxa"/>
              <w:right w:w="80" w:type="dxa"/>
            </w:tcMar>
            <w:vAlign w:val="center"/>
          </w:tcPr>
          <w:p w14:paraId="09056FD0" w14:textId="77777777" w:rsidR="004033AD" w:rsidRDefault="004033AD" w:rsidP="00235C69">
            <w:r>
              <w:rPr>
                <w:rFonts w:eastAsia="Times New Roman" w:cs="Times New Roman"/>
                <w:color w:val="000000"/>
                <w:sz w:val="16"/>
                <w:szCs w:val="16"/>
              </w:rPr>
              <w:t>INTRA</w:t>
            </w:r>
          </w:p>
        </w:tc>
        <w:tc>
          <w:tcPr>
            <w:tcW w:w="6224" w:type="dxa"/>
            <w:tcMar>
              <w:top w:w="55" w:type="dxa"/>
              <w:left w:w="80" w:type="dxa"/>
              <w:bottom w:w="55" w:type="dxa"/>
              <w:right w:w="80" w:type="dxa"/>
            </w:tcMar>
            <w:vAlign w:val="center"/>
          </w:tcPr>
          <w:p w14:paraId="309F45AC" w14:textId="77777777" w:rsidR="004033AD" w:rsidRDefault="004033AD" w:rsidP="00235C69">
            <w:proofErr w:type="spellStart"/>
            <w:r>
              <w:rPr>
                <w:rFonts w:eastAsia="Times New Roman" w:cs="Times New Roman"/>
                <w:color w:val="000000"/>
                <w:sz w:val="16"/>
                <w:szCs w:val="16"/>
              </w:rPr>
              <w:t>wavelet_LHH_glcm_InverseVariance</w:t>
            </w:r>
            <w:proofErr w:type="spellEnd"/>
          </w:p>
        </w:tc>
        <w:tc>
          <w:tcPr>
            <w:tcW w:w="2309" w:type="dxa"/>
            <w:tcMar>
              <w:top w:w="55" w:type="dxa"/>
              <w:left w:w="80" w:type="dxa"/>
              <w:bottom w:w="55" w:type="dxa"/>
              <w:right w:w="80" w:type="dxa"/>
            </w:tcMar>
            <w:vAlign w:val="center"/>
          </w:tcPr>
          <w:p w14:paraId="6940996B" w14:textId="77777777" w:rsidR="004033AD" w:rsidRDefault="004033AD" w:rsidP="00235C69">
            <w:pPr>
              <w:jc w:val="center"/>
            </w:pPr>
            <w:r>
              <w:rPr>
                <w:rFonts w:eastAsia="Times New Roman" w:cs="Times New Roman"/>
                <w:color w:val="000000"/>
                <w:sz w:val="16"/>
                <w:szCs w:val="16"/>
              </w:rPr>
              <w:t>39/50 (78%)</w:t>
            </w:r>
          </w:p>
        </w:tc>
        <w:tc>
          <w:tcPr>
            <w:tcW w:w="1707" w:type="dxa"/>
            <w:tcMar>
              <w:top w:w="55" w:type="dxa"/>
              <w:left w:w="80" w:type="dxa"/>
              <w:bottom w:w="55" w:type="dxa"/>
              <w:right w:w="80" w:type="dxa"/>
            </w:tcMar>
            <w:vAlign w:val="center"/>
          </w:tcPr>
          <w:p w14:paraId="6E4A9814" w14:textId="77777777" w:rsidR="004033AD" w:rsidRDefault="004033AD" w:rsidP="00235C69">
            <w:pPr>
              <w:jc w:val="center"/>
            </w:pPr>
            <w:r>
              <w:rPr>
                <w:rFonts w:eastAsia="Times New Roman" w:cs="Times New Roman"/>
                <w:color w:val="000000"/>
                <w:sz w:val="16"/>
                <w:szCs w:val="16"/>
              </w:rPr>
              <w:t>36</w:t>
            </w:r>
          </w:p>
        </w:tc>
        <w:tc>
          <w:tcPr>
            <w:tcW w:w="1968" w:type="dxa"/>
            <w:tcMar>
              <w:top w:w="55" w:type="dxa"/>
              <w:left w:w="80" w:type="dxa"/>
              <w:bottom w:w="55" w:type="dxa"/>
              <w:right w:w="80" w:type="dxa"/>
            </w:tcMar>
            <w:vAlign w:val="center"/>
          </w:tcPr>
          <w:p w14:paraId="3EB91AEC" w14:textId="77777777" w:rsidR="004033AD" w:rsidRDefault="004033AD" w:rsidP="00235C69">
            <w:pPr>
              <w:jc w:val="center"/>
            </w:pPr>
            <w:r>
              <w:rPr>
                <w:rFonts w:eastAsia="Times New Roman" w:cs="Times New Roman"/>
                <w:color w:val="000000"/>
                <w:sz w:val="16"/>
                <w:szCs w:val="16"/>
              </w:rPr>
              <w:t>3</w:t>
            </w:r>
          </w:p>
        </w:tc>
      </w:tr>
      <w:tr w:rsidR="004033AD" w14:paraId="5E613722" w14:textId="77777777" w:rsidTr="00235C69">
        <w:trPr>
          <w:cantSplit/>
        </w:trPr>
        <w:tc>
          <w:tcPr>
            <w:tcW w:w="2048" w:type="dxa"/>
            <w:tcMar>
              <w:top w:w="55" w:type="dxa"/>
              <w:left w:w="80" w:type="dxa"/>
              <w:bottom w:w="55" w:type="dxa"/>
              <w:right w:w="80" w:type="dxa"/>
            </w:tcMar>
            <w:vAlign w:val="center"/>
          </w:tcPr>
          <w:p w14:paraId="6EF6D97D" w14:textId="77777777" w:rsidR="004033AD" w:rsidRDefault="004033AD" w:rsidP="00235C69">
            <w:r>
              <w:rPr>
                <w:rFonts w:eastAsia="Times New Roman" w:cs="Times New Roman"/>
                <w:color w:val="000000"/>
                <w:sz w:val="16"/>
                <w:szCs w:val="16"/>
              </w:rPr>
              <w:t>Peri1mm</w:t>
            </w:r>
          </w:p>
        </w:tc>
        <w:tc>
          <w:tcPr>
            <w:tcW w:w="6224" w:type="dxa"/>
            <w:tcMar>
              <w:top w:w="55" w:type="dxa"/>
              <w:left w:w="80" w:type="dxa"/>
              <w:bottom w:w="55" w:type="dxa"/>
              <w:right w:w="80" w:type="dxa"/>
            </w:tcMar>
            <w:vAlign w:val="center"/>
          </w:tcPr>
          <w:p w14:paraId="0F028779" w14:textId="77777777" w:rsidR="004033AD" w:rsidRDefault="004033AD" w:rsidP="00235C69">
            <w:proofErr w:type="spellStart"/>
            <w:r>
              <w:rPr>
                <w:rFonts w:eastAsia="Times New Roman" w:cs="Times New Roman"/>
                <w:color w:val="000000"/>
                <w:sz w:val="16"/>
                <w:szCs w:val="16"/>
              </w:rPr>
              <w:t>wavelet_LLL_gldm_DependenceVariance</w:t>
            </w:r>
            <w:proofErr w:type="spellEnd"/>
          </w:p>
        </w:tc>
        <w:tc>
          <w:tcPr>
            <w:tcW w:w="2309" w:type="dxa"/>
            <w:tcMar>
              <w:top w:w="55" w:type="dxa"/>
              <w:left w:w="80" w:type="dxa"/>
              <w:bottom w:w="55" w:type="dxa"/>
              <w:right w:w="80" w:type="dxa"/>
            </w:tcMar>
            <w:vAlign w:val="center"/>
          </w:tcPr>
          <w:p w14:paraId="6F13F88F" w14:textId="77777777" w:rsidR="004033AD" w:rsidRDefault="004033AD" w:rsidP="00235C69">
            <w:pPr>
              <w:jc w:val="center"/>
            </w:pPr>
            <w:r>
              <w:rPr>
                <w:rFonts w:eastAsia="Times New Roman" w:cs="Times New Roman"/>
                <w:color w:val="000000"/>
                <w:sz w:val="16"/>
                <w:szCs w:val="16"/>
              </w:rPr>
              <w:t>33/50 (66%)</w:t>
            </w:r>
          </w:p>
        </w:tc>
        <w:tc>
          <w:tcPr>
            <w:tcW w:w="1707" w:type="dxa"/>
            <w:tcMar>
              <w:top w:w="55" w:type="dxa"/>
              <w:left w:w="80" w:type="dxa"/>
              <w:bottom w:w="55" w:type="dxa"/>
              <w:right w:w="80" w:type="dxa"/>
            </w:tcMar>
            <w:vAlign w:val="center"/>
          </w:tcPr>
          <w:p w14:paraId="6C336A5A" w14:textId="77777777" w:rsidR="004033AD" w:rsidRDefault="004033AD" w:rsidP="00235C69">
            <w:pPr>
              <w:jc w:val="center"/>
            </w:pPr>
            <w:r>
              <w:rPr>
                <w:rFonts w:eastAsia="Times New Roman" w:cs="Times New Roman"/>
                <w:color w:val="000000"/>
                <w:sz w:val="16"/>
                <w:szCs w:val="16"/>
              </w:rPr>
              <w:t>33</w:t>
            </w:r>
          </w:p>
        </w:tc>
        <w:tc>
          <w:tcPr>
            <w:tcW w:w="1968" w:type="dxa"/>
            <w:tcMar>
              <w:top w:w="55" w:type="dxa"/>
              <w:left w:w="80" w:type="dxa"/>
              <w:bottom w:w="55" w:type="dxa"/>
              <w:right w:w="80" w:type="dxa"/>
            </w:tcMar>
            <w:vAlign w:val="center"/>
          </w:tcPr>
          <w:p w14:paraId="0B83E7D3" w14:textId="77777777" w:rsidR="004033AD" w:rsidRDefault="004033AD" w:rsidP="00235C69">
            <w:pPr>
              <w:jc w:val="center"/>
            </w:pPr>
            <w:r>
              <w:rPr>
                <w:rFonts w:eastAsia="Times New Roman" w:cs="Times New Roman"/>
                <w:color w:val="000000"/>
                <w:sz w:val="16"/>
                <w:szCs w:val="16"/>
              </w:rPr>
              <w:t>0</w:t>
            </w:r>
          </w:p>
        </w:tc>
      </w:tr>
      <w:tr w:rsidR="004033AD" w14:paraId="7CA5C41C" w14:textId="77777777" w:rsidTr="00235C69">
        <w:trPr>
          <w:cantSplit/>
        </w:trPr>
        <w:tc>
          <w:tcPr>
            <w:tcW w:w="2048" w:type="dxa"/>
            <w:tcMar>
              <w:top w:w="55" w:type="dxa"/>
              <w:left w:w="80" w:type="dxa"/>
              <w:bottom w:w="55" w:type="dxa"/>
              <w:right w:w="80" w:type="dxa"/>
            </w:tcMar>
            <w:vAlign w:val="center"/>
          </w:tcPr>
          <w:p w14:paraId="528CF701" w14:textId="77777777" w:rsidR="004033AD" w:rsidRDefault="004033AD" w:rsidP="00235C69">
            <w:r>
              <w:rPr>
                <w:rFonts w:eastAsia="Times New Roman" w:cs="Times New Roman"/>
                <w:color w:val="000000"/>
                <w:sz w:val="16"/>
                <w:szCs w:val="16"/>
              </w:rPr>
              <w:t>Peri3mm</w:t>
            </w:r>
          </w:p>
        </w:tc>
        <w:tc>
          <w:tcPr>
            <w:tcW w:w="6224" w:type="dxa"/>
            <w:tcMar>
              <w:top w:w="55" w:type="dxa"/>
              <w:left w:w="80" w:type="dxa"/>
              <w:bottom w:w="55" w:type="dxa"/>
              <w:right w:w="80" w:type="dxa"/>
            </w:tcMar>
            <w:vAlign w:val="center"/>
          </w:tcPr>
          <w:p w14:paraId="04ECD189" w14:textId="77777777" w:rsidR="004033AD" w:rsidRDefault="004033AD" w:rsidP="00235C69">
            <w:proofErr w:type="spellStart"/>
            <w:r>
              <w:rPr>
                <w:rFonts w:eastAsia="Times New Roman" w:cs="Times New Roman"/>
                <w:color w:val="000000"/>
                <w:sz w:val="16"/>
                <w:szCs w:val="16"/>
              </w:rPr>
              <w:t>original_firstorder_Median</w:t>
            </w:r>
            <w:proofErr w:type="spellEnd"/>
          </w:p>
        </w:tc>
        <w:tc>
          <w:tcPr>
            <w:tcW w:w="2309" w:type="dxa"/>
            <w:tcMar>
              <w:top w:w="55" w:type="dxa"/>
              <w:left w:w="80" w:type="dxa"/>
              <w:bottom w:w="55" w:type="dxa"/>
              <w:right w:w="80" w:type="dxa"/>
            </w:tcMar>
            <w:vAlign w:val="center"/>
          </w:tcPr>
          <w:p w14:paraId="0C2F2507" w14:textId="77777777" w:rsidR="004033AD" w:rsidRDefault="004033AD" w:rsidP="00235C69">
            <w:pPr>
              <w:jc w:val="center"/>
            </w:pPr>
            <w:r>
              <w:rPr>
                <w:rFonts w:eastAsia="Times New Roman" w:cs="Times New Roman"/>
                <w:color w:val="000000"/>
                <w:sz w:val="16"/>
                <w:szCs w:val="16"/>
              </w:rPr>
              <w:t>36/50 (72%)</w:t>
            </w:r>
          </w:p>
        </w:tc>
        <w:tc>
          <w:tcPr>
            <w:tcW w:w="1707" w:type="dxa"/>
            <w:tcMar>
              <w:top w:w="55" w:type="dxa"/>
              <w:left w:w="80" w:type="dxa"/>
              <w:bottom w:w="55" w:type="dxa"/>
              <w:right w:w="80" w:type="dxa"/>
            </w:tcMar>
            <w:vAlign w:val="center"/>
          </w:tcPr>
          <w:p w14:paraId="07AC3020" w14:textId="77777777" w:rsidR="004033AD" w:rsidRDefault="004033AD" w:rsidP="00235C69">
            <w:pPr>
              <w:jc w:val="center"/>
            </w:pPr>
            <w:r>
              <w:rPr>
                <w:rFonts w:eastAsia="Times New Roman" w:cs="Times New Roman"/>
                <w:color w:val="000000"/>
                <w:sz w:val="16"/>
                <w:szCs w:val="16"/>
              </w:rPr>
              <w:t>20</w:t>
            </w:r>
          </w:p>
        </w:tc>
        <w:tc>
          <w:tcPr>
            <w:tcW w:w="1968" w:type="dxa"/>
            <w:tcMar>
              <w:top w:w="55" w:type="dxa"/>
              <w:left w:w="80" w:type="dxa"/>
              <w:bottom w:w="55" w:type="dxa"/>
              <w:right w:w="80" w:type="dxa"/>
            </w:tcMar>
            <w:vAlign w:val="center"/>
          </w:tcPr>
          <w:p w14:paraId="73BEE00A" w14:textId="77777777" w:rsidR="004033AD" w:rsidRDefault="004033AD" w:rsidP="00235C69">
            <w:pPr>
              <w:jc w:val="center"/>
            </w:pPr>
            <w:r>
              <w:rPr>
                <w:rFonts w:eastAsia="Times New Roman" w:cs="Times New Roman"/>
                <w:color w:val="000000"/>
                <w:sz w:val="16"/>
                <w:szCs w:val="16"/>
              </w:rPr>
              <w:t>16</w:t>
            </w:r>
          </w:p>
        </w:tc>
      </w:tr>
      <w:tr w:rsidR="004033AD" w14:paraId="4CADDF5D" w14:textId="77777777" w:rsidTr="00235C69">
        <w:trPr>
          <w:cantSplit/>
        </w:trPr>
        <w:tc>
          <w:tcPr>
            <w:tcW w:w="2048" w:type="dxa"/>
            <w:tcMar>
              <w:top w:w="55" w:type="dxa"/>
              <w:left w:w="80" w:type="dxa"/>
              <w:bottom w:w="55" w:type="dxa"/>
              <w:right w:w="80" w:type="dxa"/>
            </w:tcMar>
            <w:vAlign w:val="center"/>
          </w:tcPr>
          <w:p w14:paraId="7E615656" w14:textId="77777777" w:rsidR="004033AD" w:rsidRDefault="004033AD" w:rsidP="00235C69">
            <w:r>
              <w:rPr>
                <w:rFonts w:eastAsia="Times New Roman" w:cs="Times New Roman"/>
                <w:color w:val="000000"/>
                <w:sz w:val="16"/>
                <w:szCs w:val="16"/>
              </w:rPr>
              <w:t>Peri5mm</w:t>
            </w:r>
          </w:p>
        </w:tc>
        <w:tc>
          <w:tcPr>
            <w:tcW w:w="6224" w:type="dxa"/>
            <w:tcMar>
              <w:top w:w="55" w:type="dxa"/>
              <w:left w:w="80" w:type="dxa"/>
              <w:bottom w:w="55" w:type="dxa"/>
              <w:right w:w="80" w:type="dxa"/>
            </w:tcMar>
            <w:vAlign w:val="center"/>
          </w:tcPr>
          <w:p w14:paraId="773A1E4B" w14:textId="77777777" w:rsidR="004033AD" w:rsidRDefault="004033AD" w:rsidP="00235C69">
            <w:proofErr w:type="spellStart"/>
            <w:r>
              <w:rPr>
                <w:rFonts w:eastAsia="Times New Roman" w:cs="Times New Roman"/>
                <w:color w:val="000000"/>
                <w:sz w:val="16"/>
                <w:szCs w:val="16"/>
              </w:rPr>
              <w:t>original_firstorder_Median</w:t>
            </w:r>
            <w:proofErr w:type="spellEnd"/>
          </w:p>
        </w:tc>
        <w:tc>
          <w:tcPr>
            <w:tcW w:w="2309" w:type="dxa"/>
            <w:tcMar>
              <w:top w:w="55" w:type="dxa"/>
              <w:left w:w="80" w:type="dxa"/>
              <w:bottom w:w="55" w:type="dxa"/>
              <w:right w:w="80" w:type="dxa"/>
            </w:tcMar>
            <w:vAlign w:val="center"/>
          </w:tcPr>
          <w:p w14:paraId="0BA92999" w14:textId="77777777" w:rsidR="004033AD" w:rsidRDefault="004033AD" w:rsidP="00235C69">
            <w:pPr>
              <w:jc w:val="center"/>
            </w:pPr>
            <w:r>
              <w:rPr>
                <w:rFonts w:eastAsia="Times New Roman" w:cs="Times New Roman"/>
                <w:color w:val="000000"/>
                <w:sz w:val="16"/>
                <w:szCs w:val="16"/>
              </w:rPr>
              <w:t>46/50 (92%)</w:t>
            </w:r>
          </w:p>
        </w:tc>
        <w:tc>
          <w:tcPr>
            <w:tcW w:w="1707" w:type="dxa"/>
            <w:tcMar>
              <w:top w:w="55" w:type="dxa"/>
              <w:left w:w="80" w:type="dxa"/>
              <w:bottom w:w="55" w:type="dxa"/>
              <w:right w:w="80" w:type="dxa"/>
            </w:tcMar>
            <w:vAlign w:val="center"/>
          </w:tcPr>
          <w:p w14:paraId="73AD79EB" w14:textId="77777777" w:rsidR="004033AD" w:rsidRDefault="004033AD" w:rsidP="00235C69">
            <w:pPr>
              <w:jc w:val="center"/>
            </w:pPr>
            <w:r>
              <w:rPr>
                <w:rFonts w:eastAsia="Times New Roman" w:cs="Times New Roman"/>
                <w:color w:val="000000"/>
                <w:sz w:val="16"/>
                <w:szCs w:val="16"/>
              </w:rPr>
              <w:t>24</w:t>
            </w:r>
          </w:p>
        </w:tc>
        <w:tc>
          <w:tcPr>
            <w:tcW w:w="1968" w:type="dxa"/>
            <w:tcMar>
              <w:top w:w="55" w:type="dxa"/>
              <w:left w:w="80" w:type="dxa"/>
              <w:bottom w:w="55" w:type="dxa"/>
              <w:right w:w="80" w:type="dxa"/>
            </w:tcMar>
            <w:vAlign w:val="center"/>
          </w:tcPr>
          <w:p w14:paraId="612B1412" w14:textId="77777777" w:rsidR="004033AD" w:rsidRDefault="004033AD" w:rsidP="00235C69">
            <w:pPr>
              <w:jc w:val="center"/>
            </w:pPr>
            <w:r>
              <w:rPr>
                <w:rFonts w:eastAsia="Times New Roman" w:cs="Times New Roman"/>
                <w:color w:val="000000"/>
                <w:sz w:val="16"/>
                <w:szCs w:val="16"/>
              </w:rPr>
              <w:t>22</w:t>
            </w:r>
          </w:p>
        </w:tc>
      </w:tr>
      <w:tr w:rsidR="004033AD" w14:paraId="18B9307C" w14:textId="77777777" w:rsidTr="00235C69">
        <w:trPr>
          <w:cantSplit/>
        </w:trPr>
        <w:tc>
          <w:tcPr>
            <w:tcW w:w="2048" w:type="dxa"/>
            <w:tcMar>
              <w:top w:w="55" w:type="dxa"/>
              <w:left w:w="80" w:type="dxa"/>
              <w:bottom w:w="55" w:type="dxa"/>
              <w:right w:w="80" w:type="dxa"/>
            </w:tcMar>
            <w:vAlign w:val="center"/>
          </w:tcPr>
          <w:p w14:paraId="455ED10C" w14:textId="77777777" w:rsidR="004033AD" w:rsidRDefault="004033AD" w:rsidP="00235C69">
            <w:r>
              <w:rPr>
                <w:rFonts w:eastAsia="Times New Roman" w:cs="Times New Roman"/>
                <w:color w:val="000000"/>
                <w:sz w:val="16"/>
                <w:szCs w:val="16"/>
              </w:rPr>
              <w:t>VOIFusion3mm</w:t>
            </w:r>
          </w:p>
        </w:tc>
        <w:tc>
          <w:tcPr>
            <w:tcW w:w="6224" w:type="dxa"/>
            <w:tcMar>
              <w:top w:w="55" w:type="dxa"/>
              <w:left w:w="80" w:type="dxa"/>
              <w:bottom w:w="55" w:type="dxa"/>
              <w:right w:w="80" w:type="dxa"/>
            </w:tcMar>
            <w:vAlign w:val="center"/>
          </w:tcPr>
          <w:p w14:paraId="6186802A" w14:textId="77777777" w:rsidR="004033AD" w:rsidRDefault="004033AD" w:rsidP="00235C69">
            <w:proofErr w:type="spellStart"/>
            <w:r>
              <w:rPr>
                <w:rFonts w:eastAsia="Times New Roman" w:cs="Times New Roman"/>
                <w:color w:val="000000"/>
                <w:sz w:val="16"/>
                <w:szCs w:val="16"/>
              </w:rPr>
              <w:t>wavelet_LLL_firstorder_InterquartileRange</w:t>
            </w:r>
            <w:proofErr w:type="spellEnd"/>
          </w:p>
        </w:tc>
        <w:tc>
          <w:tcPr>
            <w:tcW w:w="2309" w:type="dxa"/>
            <w:tcMar>
              <w:top w:w="55" w:type="dxa"/>
              <w:left w:w="80" w:type="dxa"/>
              <w:bottom w:w="55" w:type="dxa"/>
              <w:right w:w="80" w:type="dxa"/>
            </w:tcMar>
            <w:vAlign w:val="center"/>
          </w:tcPr>
          <w:p w14:paraId="7FEFBE0B" w14:textId="77777777" w:rsidR="004033AD" w:rsidRDefault="004033AD" w:rsidP="00235C69">
            <w:pPr>
              <w:jc w:val="center"/>
            </w:pPr>
            <w:r>
              <w:rPr>
                <w:rFonts w:eastAsia="Times New Roman" w:cs="Times New Roman"/>
                <w:color w:val="000000"/>
                <w:sz w:val="16"/>
                <w:szCs w:val="16"/>
              </w:rPr>
              <w:t>49/50 (98%)</w:t>
            </w:r>
          </w:p>
        </w:tc>
        <w:tc>
          <w:tcPr>
            <w:tcW w:w="1707" w:type="dxa"/>
            <w:tcMar>
              <w:top w:w="55" w:type="dxa"/>
              <w:left w:w="80" w:type="dxa"/>
              <w:bottom w:w="55" w:type="dxa"/>
              <w:right w:w="80" w:type="dxa"/>
            </w:tcMar>
            <w:vAlign w:val="center"/>
          </w:tcPr>
          <w:p w14:paraId="2B5AB6B1" w14:textId="77777777" w:rsidR="004033AD" w:rsidRDefault="004033AD" w:rsidP="00235C69">
            <w:pPr>
              <w:jc w:val="center"/>
            </w:pPr>
            <w:r>
              <w:rPr>
                <w:rFonts w:eastAsia="Times New Roman" w:cs="Times New Roman"/>
                <w:color w:val="000000"/>
                <w:sz w:val="16"/>
                <w:szCs w:val="16"/>
              </w:rPr>
              <w:t>29</w:t>
            </w:r>
          </w:p>
        </w:tc>
        <w:tc>
          <w:tcPr>
            <w:tcW w:w="1968" w:type="dxa"/>
            <w:tcMar>
              <w:top w:w="55" w:type="dxa"/>
              <w:left w:w="80" w:type="dxa"/>
              <w:bottom w:w="55" w:type="dxa"/>
              <w:right w:w="80" w:type="dxa"/>
            </w:tcMar>
            <w:vAlign w:val="center"/>
          </w:tcPr>
          <w:p w14:paraId="521F602B" w14:textId="77777777" w:rsidR="004033AD" w:rsidRDefault="004033AD" w:rsidP="00235C69">
            <w:pPr>
              <w:jc w:val="center"/>
            </w:pPr>
            <w:r>
              <w:rPr>
                <w:rFonts w:eastAsia="Times New Roman" w:cs="Times New Roman"/>
                <w:color w:val="000000"/>
                <w:sz w:val="16"/>
                <w:szCs w:val="16"/>
              </w:rPr>
              <w:t>20</w:t>
            </w:r>
          </w:p>
        </w:tc>
      </w:tr>
    </w:tbl>
    <w:p w14:paraId="1385B6E1" w14:textId="77777777" w:rsidR="004033AD" w:rsidRDefault="004033AD" w:rsidP="004033AD">
      <w:pPr>
        <w:spacing w:before="80" w:after="20"/>
      </w:pPr>
      <w:r>
        <w:rPr>
          <w:rFonts w:eastAsia="Times New Roman" w:cs="Times New Roman"/>
          <w:color w:val="000000"/>
          <w:sz w:val="16"/>
          <w:szCs w:val="16"/>
        </w:rPr>
        <w:t>Nonzero LASSO denotes an absolute coefficient &gt;10⁻⁸; final inclusion equals nonzero LASSO selection plus fallback inclusion. A high final inclusion frequency can therefore partly reflect the minimum-feature rule rather than repeated nonzero selection. Exact feature identities were used; correlated substitute features were not grouped.</w:t>
      </w:r>
    </w:p>
    <w:p w14:paraId="0BC58133" w14:textId="77777777" w:rsidR="004033AD" w:rsidRDefault="004033AD" w:rsidP="004033AD">
      <w:pPr>
        <w:spacing w:before="80" w:after="20"/>
      </w:pPr>
      <w:r>
        <w:rPr>
          <w:rFonts w:eastAsia="Times New Roman" w:cs="Times New Roman"/>
          <w:color w:val="000000"/>
          <w:sz w:val="16"/>
          <w:szCs w:val="16"/>
        </w:rPr>
        <w:t xml:space="preserve">The 50 refits use overlapping training samples and are not independent observations. Frequencies characterize descriptive selection consistency within this cohort; they are not confidence levels, significance tests or evidence of external reproducibility. No feature was chosen for a new model </w:t>
      </w:r>
      <w:proofErr w:type="gramStart"/>
      <w:r>
        <w:rPr>
          <w:rFonts w:eastAsia="Times New Roman" w:cs="Times New Roman"/>
          <w:color w:val="000000"/>
          <w:sz w:val="16"/>
          <w:szCs w:val="16"/>
        </w:rPr>
        <w:t>on the basis of</w:t>
      </w:r>
      <w:proofErr w:type="gramEnd"/>
      <w:r>
        <w:rPr>
          <w:rFonts w:eastAsia="Times New Roman" w:cs="Times New Roman"/>
          <w:color w:val="000000"/>
          <w:sz w:val="16"/>
          <w:szCs w:val="16"/>
        </w:rPr>
        <w:t xml:space="preserve"> these summaries.</w:t>
      </w:r>
    </w:p>
    <w:p w14:paraId="32FA427E" w14:textId="77777777" w:rsidR="004033AD" w:rsidRDefault="004033AD" w:rsidP="004033AD">
      <w:r>
        <w:br w:type="page"/>
      </w:r>
    </w:p>
    <w:p w14:paraId="45D5A1C2" w14:textId="77777777" w:rsidR="004033AD" w:rsidRDefault="004033AD" w:rsidP="004033AD">
      <w:pPr>
        <w:keepNext/>
        <w:spacing w:after="100"/>
      </w:pPr>
      <w:r>
        <w:rPr>
          <w:rFonts w:eastAsia="Times New Roman" w:cs="Times New Roman"/>
          <w:b/>
          <w:color w:val="000000"/>
          <w:sz w:val="22"/>
        </w:rPr>
        <w:lastRenderedPageBreak/>
        <w:t>Supplementary Table S9 continued</w:t>
      </w:r>
    </w:p>
    <w:p w14:paraId="2FAB5BFB" w14:textId="77777777" w:rsidR="004033AD" w:rsidRDefault="004033AD" w:rsidP="004033AD">
      <w:pPr>
        <w:keepNext/>
        <w:spacing w:before="100" w:after="60"/>
      </w:pPr>
      <w:r>
        <w:rPr>
          <w:rFonts w:eastAsia="Times New Roman" w:cs="Times New Roman"/>
          <w:b/>
          <w:color w:val="000000"/>
          <w:szCs w:val="18"/>
        </w:rPr>
        <w:t>D Final input count and fallback status for every outer refit</w:t>
      </w:r>
    </w:p>
    <w:p w14:paraId="5BF4711E" w14:textId="77777777" w:rsidR="004033AD" w:rsidRDefault="004033AD" w:rsidP="004033AD">
      <w:pPr>
        <w:spacing w:before="80" w:after="20"/>
      </w:pPr>
      <w:r>
        <w:rPr>
          <w:rFonts w:eastAsia="Times New Roman" w:cs="Times New Roman"/>
          <w:color w:val="000000"/>
          <w:sz w:val="16"/>
          <w:szCs w:val="16"/>
        </w:rPr>
        <w:t>Each entry is the number of final RBF-SVM input features. An asterisk (*) marks activation of the LASSO minimum-feature fallback. All refits are shown, including fallback refits.</w:t>
      </w:r>
    </w:p>
    <w:tbl>
      <w:tblPr>
        <w:tblW w:w="14256" w:type="dxa"/>
        <w:tblBorders>
          <w:top w:val="single" w:sz="10" w:space="0" w:color="000000"/>
          <w:left w:val="nil"/>
          <w:bottom w:val="single" w:sz="10" w:space="0" w:color="000000"/>
          <w:right w:val="nil"/>
          <w:insideH w:val="nil"/>
          <w:insideV w:val="nil"/>
        </w:tblBorders>
        <w:tblLayout w:type="fixed"/>
        <w:tblLook w:val="04A0" w:firstRow="1" w:lastRow="0" w:firstColumn="1" w:lastColumn="0" w:noHBand="0" w:noVBand="1"/>
      </w:tblPr>
      <w:tblGrid>
        <w:gridCol w:w="2108"/>
        <w:gridCol w:w="2008"/>
        <w:gridCol w:w="2008"/>
        <w:gridCol w:w="2008"/>
        <w:gridCol w:w="2008"/>
        <w:gridCol w:w="4116"/>
      </w:tblGrid>
      <w:tr w:rsidR="004033AD" w14:paraId="0891E08F" w14:textId="77777777" w:rsidTr="00235C69">
        <w:trPr>
          <w:cantSplit/>
          <w:tblHeader/>
        </w:trPr>
        <w:tc>
          <w:tcPr>
            <w:tcW w:w="2108" w:type="dxa"/>
            <w:tcBorders>
              <w:bottom w:val="single" w:sz="6" w:space="0" w:color="000000"/>
            </w:tcBorders>
            <w:tcMar>
              <w:top w:w="55" w:type="dxa"/>
              <w:left w:w="80" w:type="dxa"/>
              <w:bottom w:w="55" w:type="dxa"/>
              <w:right w:w="80" w:type="dxa"/>
            </w:tcMar>
            <w:vAlign w:val="center"/>
          </w:tcPr>
          <w:p w14:paraId="4BA469EF" w14:textId="77777777" w:rsidR="004033AD" w:rsidRDefault="004033AD" w:rsidP="00235C69">
            <w:pPr>
              <w:jc w:val="center"/>
            </w:pPr>
            <w:r>
              <w:rPr>
                <w:rFonts w:eastAsia="Times New Roman" w:cs="Times New Roman"/>
                <w:b/>
                <w:color w:val="000000"/>
                <w:sz w:val="16"/>
                <w:szCs w:val="16"/>
              </w:rPr>
              <w:t>Outer refit</w:t>
            </w:r>
          </w:p>
        </w:tc>
        <w:tc>
          <w:tcPr>
            <w:tcW w:w="2008" w:type="dxa"/>
            <w:tcBorders>
              <w:bottom w:val="single" w:sz="6" w:space="0" w:color="000000"/>
            </w:tcBorders>
            <w:tcMar>
              <w:top w:w="55" w:type="dxa"/>
              <w:left w:w="80" w:type="dxa"/>
              <w:bottom w:w="55" w:type="dxa"/>
              <w:right w:w="80" w:type="dxa"/>
            </w:tcMar>
            <w:vAlign w:val="center"/>
          </w:tcPr>
          <w:p w14:paraId="7D80CE16" w14:textId="77777777" w:rsidR="004033AD" w:rsidRDefault="004033AD" w:rsidP="00235C69">
            <w:pPr>
              <w:jc w:val="center"/>
            </w:pPr>
            <w:r>
              <w:rPr>
                <w:rFonts w:eastAsia="Times New Roman" w:cs="Times New Roman"/>
                <w:b/>
                <w:color w:val="000000"/>
                <w:sz w:val="16"/>
                <w:szCs w:val="16"/>
              </w:rPr>
              <w:t>INTRA</w:t>
            </w:r>
          </w:p>
        </w:tc>
        <w:tc>
          <w:tcPr>
            <w:tcW w:w="2008" w:type="dxa"/>
            <w:tcBorders>
              <w:bottom w:val="single" w:sz="6" w:space="0" w:color="000000"/>
            </w:tcBorders>
            <w:tcMar>
              <w:top w:w="55" w:type="dxa"/>
              <w:left w:w="80" w:type="dxa"/>
              <w:bottom w:w="55" w:type="dxa"/>
              <w:right w:w="80" w:type="dxa"/>
            </w:tcMar>
            <w:vAlign w:val="center"/>
          </w:tcPr>
          <w:p w14:paraId="516F2125" w14:textId="77777777" w:rsidR="004033AD" w:rsidRDefault="004033AD" w:rsidP="00235C69">
            <w:pPr>
              <w:jc w:val="center"/>
            </w:pPr>
            <w:r>
              <w:rPr>
                <w:rFonts w:eastAsia="Times New Roman" w:cs="Times New Roman"/>
                <w:b/>
                <w:color w:val="000000"/>
                <w:sz w:val="16"/>
                <w:szCs w:val="16"/>
              </w:rPr>
              <w:t>Peri1mm</w:t>
            </w:r>
          </w:p>
        </w:tc>
        <w:tc>
          <w:tcPr>
            <w:tcW w:w="2008" w:type="dxa"/>
            <w:tcBorders>
              <w:bottom w:val="single" w:sz="6" w:space="0" w:color="000000"/>
            </w:tcBorders>
            <w:tcMar>
              <w:top w:w="55" w:type="dxa"/>
              <w:left w:w="80" w:type="dxa"/>
              <w:bottom w:w="55" w:type="dxa"/>
              <w:right w:w="80" w:type="dxa"/>
            </w:tcMar>
            <w:vAlign w:val="center"/>
          </w:tcPr>
          <w:p w14:paraId="2F576BB9" w14:textId="77777777" w:rsidR="004033AD" w:rsidRDefault="004033AD" w:rsidP="00235C69">
            <w:pPr>
              <w:jc w:val="center"/>
            </w:pPr>
            <w:r>
              <w:rPr>
                <w:rFonts w:eastAsia="Times New Roman" w:cs="Times New Roman"/>
                <w:b/>
                <w:color w:val="000000"/>
                <w:sz w:val="16"/>
                <w:szCs w:val="16"/>
              </w:rPr>
              <w:t>Peri3mm</w:t>
            </w:r>
          </w:p>
        </w:tc>
        <w:tc>
          <w:tcPr>
            <w:tcW w:w="2008" w:type="dxa"/>
            <w:tcBorders>
              <w:bottom w:val="single" w:sz="6" w:space="0" w:color="000000"/>
            </w:tcBorders>
            <w:tcMar>
              <w:top w:w="55" w:type="dxa"/>
              <w:left w:w="80" w:type="dxa"/>
              <w:bottom w:w="55" w:type="dxa"/>
              <w:right w:w="80" w:type="dxa"/>
            </w:tcMar>
            <w:vAlign w:val="center"/>
          </w:tcPr>
          <w:p w14:paraId="47CC6588" w14:textId="77777777" w:rsidR="004033AD" w:rsidRDefault="004033AD" w:rsidP="00235C69">
            <w:pPr>
              <w:jc w:val="center"/>
            </w:pPr>
            <w:r>
              <w:rPr>
                <w:rFonts w:eastAsia="Times New Roman" w:cs="Times New Roman"/>
                <w:b/>
                <w:color w:val="000000"/>
                <w:sz w:val="16"/>
                <w:szCs w:val="16"/>
              </w:rPr>
              <w:t>Peri5mm</w:t>
            </w:r>
          </w:p>
        </w:tc>
        <w:tc>
          <w:tcPr>
            <w:tcW w:w="4116" w:type="dxa"/>
            <w:tcBorders>
              <w:bottom w:val="single" w:sz="6" w:space="0" w:color="000000"/>
            </w:tcBorders>
            <w:tcMar>
              <w:top w:w="55" w:type="dxa"/>
              <w:left w:w="80" w:type="dxa"/>
              <w:bottom w:w="55" w:type="dxa"/>
              <w:right w:w="80" w:type="dxa"/>
            </w:tcMar>
            <w:vAlign w:val="center"/>
          </w:tcPr>
          <w:p w14:paraId="075FFDA2" w14:textId="77777777" w:rsidR="004033AD" w:rsidRDefault="004033AD" w:rsidP="00235C69">
            <w:pPr>
              <w:jc w:val="center"/>
            </w:pPr>
            <w:r>
              <w:rPr>
                <w:rFonts w:eastAsia="Times New Roman" w:cs="Times New Roman"/>
                <w:b/>
                <w:color w:val="000000"/>
                <w:sz w:val="16"/>
                <w:szCs w:val="16"/>
              </w:rPr>
              <w:t>VOIFusion3mm</w:t>
            </w:r>
          </w:p>
        </w:tc>
      </w:tr>
      <w:tr w:rsidR="004033AD" w14:paraId="57CAC124" w14:textId="77777777" w:rsidTr="00235C69">
        <w:trPr>
          <w:cantSplit/>
        </w:trPr>
        <w:tc>
          <w:tcPr>
            <w:tcW w:w="2108" w:type="dxa"/>
            <w:tcMar>
              <w:top w:w="55" w:type="dxa"/>
              <w:left w:w="80" w:type="dxa"/>
              <w:bottom w:w="55" w:type="dxa"/>
              <w:right w:w="80" w:type="dxa"/>
            </w:tcMar>
            <w:vAlign w:val="center"/>
          </w:tcPr>
          <w:p w14:paraId="5F6083F9" w14:textId="77777777" w:rsidR="004033AD" w:rsidRDefault="004033AD" w:rsidP="00235C69">
            <w:r>
              <w:rPr>
                <w:rFonts w:eastAsia="Times New Roman" w:cs="Times New Roman"/>
                <w:color w:val="000000"/>
                <w:sz w:val="16"/>
                <w:szCs w:val="16"/>
              </w:rPr>
              <w:t>R01_F01</w:t>
            </w:r>
          </w:p>
        </w:tc>
        <w:tc>
          <w:tcPr>
            <w:tcW w:w="2008" w:type="dxa"/>
            <w:tcMar>
              <w:top w:w="55" w:type="dxa"/>
              <w:left w:w="80" w:type="dxa"/>
              <w:bottom w:w="55" w:type="dxa"/>
              <w:right w:w="80" w:type="dxa"/>
            </w:tcMar>
            <w:vAlign w:val="center"/>
          </w:tcPr>
          <w:p w14:paraId="14B3BFE0" w14:textId="77777777" w:rsidR="004033AD" w:rsidRDefault="004033AD" w:rsidP="00235C69">
            <w:pPr>
              <w:jc w:val="center"/>
            </w:pPr>
            <w:r>
              <w:rPr>
                <w:rFonts w:eastAsia="Times New Roman" w:cs="Times New Roman"/>
                <w:color w:val="000000"/>
                <w:sz w:val="16"/>
                <w:szCs w:val="16"/>
              </w:rPr>
              <w:t>43</w:t>
            </w:r>
          </w:p>
        </w:tc>
        <w:tc>
          <w:tcPr>
            <w:tcW w:w="2008" w:type="dxa"/>
            <w:tcMar>
              <w:top w:w="55" w:type="dxa"/>
              <w:left w:w="80" w:type="dxa"/>
              <w:bottom w:w="55" w:type="dxa"/>
              <w:right w:w="80" w:type="dxa"/>
            </w:tcMar>
            <w:vAlign w:val="center"/>
          </w:tcPr>
          <w:p w14:paraId="4ED4B4BD" w14:textId="77777777" w:rsidR="004033AD" w:rsidRDefault="004033AD" w:rsidP="00235C69">
            <w:pPr>
              <w:jc w:val="center"/>
            </w:pPr>
            <w:r>
              <w:rPr>
                <w:rFonts w:eastAsia="Times New Roman" w:cs="Times New Roman"/>
                <w:color w:val="000000"/>
                <w:sz w:val="16"/>
                <w:szCs w:val="16"/>
              </w:rPr>
              <w:t>17</w:t>
            </w:r>
          </w:p>
        </w:tc>
        <w:tc>
          <w:tcPr>
            <w:tcW w:w="2008" w:type="dxa"/>
            <w:tcMar>
              <w:top w:w="55" w:type="dxa"/>
              <w:left w:w="80" w:type="dxa"/>
              <w:bottom w:w="55" w:type="dxa"/>
              <w:right w:w="80" w:type="dxa"/>
            </w:tcMar>
            <w:vAlign w:val="center"/>
          </w:tcPr>
          <w:p w14:paraId="5126919F" w14:textId="77777777" w:rsidR="004033AD" w:rsidRDefault="004033AD" w:rsidP="00235C69">
            <w:pPr>
              <w:jc w:val="center"/>
            </w:pPr>
            <w:r>
              <w:rPr>
                <w:rFonts w:eastAsia="Times New Roman" w:cs="Times New Roman"/>
                <w:color w:val="000000"/>
                <w:sz w:val="16"/>
                <w:szCs w:val="16"/>
              </w:rPr>
              <w:t>12</w:t>
            </w:r>
          </w:p>
        </w:tc>
        <w:tc>
          <w:tcPr>
            <w:tcW w:w="2008" w:type="dxa"/>
            <w:tcMar>
              <w:top w:w="55" w:type="dxa"/>
              <w:left w:w="80" w:type="dxa"/>
              <w:bottom w:w="55" w:type="dxa"/>
              <w:right w:w="80" w:type="dxa"/>
            </w:tcMar>
            <w:vAlign w:val="center"/>
          </w:tcPr>
          <w:p w14:paraId="4FAD6E3B" w14:textId="77777777" w:rsidR="004033AD" w:rsidRDefault="004033AD" w:rsidP="00235C69">
            <w:pPr>
              <w:jc w:val="center"/>
            </w:pPr>
            <w:r>
              <w:rPr>
                <w:rFonts w:eastAsia="Times New Roman" w:cs="Times New Roman"/>
                <w:color w:val="000000"/>
                <w:sz w:val="16"/>
                <w:szCs w:val="16"/>
              </w:rPr>
              <w:t>3</w:t>
            </w:r>
          </w:p>
        </w:tc>
        <w:tc>
          <w:tcPr>
            <w:tcW w:w="4116" w:type="dxa"/>
            <w:tcMar>
              <w:top w:w="55" w:type="dxa"/>
              <w:left w:w="80" w:type="dxa"/>
              <w:bottom w:w="55" w:type="dxa"/>
              <w:right w:w="80" w:type="dxa"/>
            </w:tcMar>
            <w:vAlign w:val="center"/>
          </w:tcPr>
          <w:p w14:paraId="4B6AB5BC" w14:textId="77777777" w:rsidR="004033AD" w:rsidRDefault="004033AD" w:rsidP="00235C69">
            <w:pPr>
              <w:jc w:val="center"/>
            </w:pPr>
            <w:r>
              <w:rPr>
                <w:rFonts w:eastAsia="Times New Roman" w:cs="Times New Roman"/>
                <w:color w:val="000000"/>
                <w:sz w:val="16"/>
                <w:szCs w:val="16"/>
              </w:rPr>
              <w:t>7</w:t>
            </w:r>
          </w:p>
        </w:tc>
      </w:tr>
      <w:tr w:rsidR="004033AD" w14:paraId="58A0466D" w14:textId="77777777" w:rsidTr="00235C69">
        <w:trPr>
          <w:cantSplit/>
        </w:trPr>
        <w:tc>
          <w:tcPr>
            <w:tcW w:w="2108" w:type="dxa"/>
            <w:tcMar>
              <w:top w:w="55" w:type="dxa"/>
              <w:left w:w="80" w:type="dxa"/>
              <w:bottom w:w="55" w:type="dxa"/>
              <w:right w:w="80" w:type="dxa"/>
            </w:tcMar>
            <w:vAlign w:val="center"/>
          </w:tcPr>
          <w:p w14:paraId="186065BC" w14:textId="77777777" w:rsidR="004033AD" w:rsidRDefault="004033AD" w:rsidP="00235C69">
            <w:r>
              <w:rPr>
                <w:rFonts w:eastAsia="Times New Roman" w:cs="Times New Roman"/>
                <w:color w:val="000000"/>
                <w:sz w:val="16"/>
                <w:szCs w:val="16"/>
              </w:rPr>
              <w:t>R01_F02</w:t>
            </w:r>
          </w:p>
        </w:tc>
        <w:tc>
          <w:tcPr>
            <w:tcW w:w="2008" w:type="dxa"/>
            <w:tcMar>
              <w:top w:w="55" w:type="dxa"/>
              <w:left w:w="80" w:type="dxa"/>
              <w:bottom w:w="55" w:type="dxa"/>
              <w:right w:w="80" w:type="dxa"/>
            </w:tcMar>
            <w:vAlign w:val="center"/>
          </w:tcPr>
          <w:p w14:paraId="452BA71A" w14:textId="77777777" w:rsidR="004033AD" w:rsidRDefault="004033AD" w:rsidP="00235C69">
            <w:pPr>
              <w:jc w:val="center"/>
            </w:pPr>
            <w:r>
              <w:rPr>
                <w:rFonts w:eastAsia="Times New Roman" w:cs="Times New Roman"/>
                <w:color w:val="000000"/>
                <w:sz w:val="16"/>
                <w:szCs w:val="16"/>
              </w:rPr>
              <w:t>14</w:t>
            </w:r>
          </w:p>
        </w:tc>
        <w:tc>
          <w:tcPr>
            <w:tcW w:w="2008" w:type="dxa"/>
            <w:tcMar>
              <w:top w:w="55" w:type="dxa"/>
              <w:left w:w="80" w:type="dxa"/>
              <w:bottom w:w="55" w:type="dxa"/>
              <w:right w:w="80" w:type="dxa"/>
            </w:tcMar>
            <w:vAlign w:val="center"/>
          </w:tcPr>
          <w:p w14:paraId="36B66710" w14:textId="77777777" w:rsidR="004033AD" w:rsidRDefault="004033AD" w:rsidP="00235C69">
            <w:pPr>
              <w:jc w:val="center"/>
            </w:pPr>
            <w:r>
              <w:rPr>
                <w:rFonts w:eastAsia="Times New Roman" w:cs="Times New Roman"/>
                <w:color w:val="000000"/>
                <w:sz w:val="16"/>
                <w:szCs w:val="16"/>
              </w:rPr>
              <w:t>1*</w:t>
            </w:r>
          </w:p>
        </w:tc>
        <w:tc>
          <w:tcPr>
            <w:tcW w:w="2008" w:type="dxa"/>
            <w:tcMar>
              <w:top w:w="55" w:type="dxa"/>
              <w:left w:w="80" w:type="dxa"/>
              <w:bottom w:w="55" w:type="dxa"/>
              <w:right w:w="80" w:type="dxa"/>
            </w:tcMar>
            <w:vAlign w:val="center"/>
          </w:tcPr>
          <w:p w14:paraId="0E9CA9C1" w14:textId="77777777" w:rsidR="004033AD" w:rsidRDefault="004033AD" w:rsidP="00235C69">
            <w:pPr>
              <w:jc w:val="center"/>
            </w:pPr>
            <w:r>
              <w:rPr>
                <w:rFonts w:eastAsia="Times New Roman" w:cs="Times New Roman"/>
                <w:color w:val="000000"/>
                <w:sz w:val="16"/>
                <w:szCs w:val="16"/>
              </w:rPr>
              <w:t>1*</w:t>
            </w:r>
          </w:p>
        </w:tc>
        <w:tc>
          <w:tcPr>
            <w:tcW w:w="2008" w:type="dxa"/>
            <w:tcMar>
              <w:top w:w="55" w:type="dxa"/>
              <w:left w:w="80" w:type="dxa"/>
              <w:bottom w:w="55" w:type="dxa"/>
              <w:right w:w="80" w:type="dxa"/>
            </w:tcMar>
            <w:vAlign w:val="center"/>
          </w:tcPr>
          <w:p w14:paraId="2B291BE5" w14:textId="77777777" w:rsidR="004033AD" w:rsidRDefault="004033AD" w:rsidP="00235C69">
            <w:pPr>
              <w:jc w:val="center"/>
            </w:pPr>
            <w:r>
              <w:rPr>
                <w:rFonts w:eastAsia="Times New Roman" w:cs="Times New Roman"/>
                <w:color w:val="000000"/>
                <w:sz w:val="16"/>
                <w:szCs w:val="16"/>
              </w:rPr>
              <w:t>1*</w:t>
            </w:r>
          </w:p>
        </w:tc>
        <w:tc>
          <w:tcPr>
            <w:tcW w:w="4116" w:type="dxa"/>
            <w:tcMar>
              <w:top w:w="55" w:type="dxa"/>
              <w:left w:w="80" w:type="dxa"/>
              <w:bottom w:w="55" w:type="dxa"/>
              <w:right w:w="80" w:type="dxa"/>
            </w:tcMar>
            <w:vAlign w:val="center"/>
          </w:tcPr>
          <w:p w14:paraId="631FDE4E" w14:textId="77777777" w:rsidR="004033AD" w:rsidRDefault="004033AD" w:rsidP="00235C69">
            <w:pPr>
              <w:jc w:val="center"/>
            </w:pPr>
            <w:r>
              <w:rPr>
                <w:rFonts w:eastAsia="Times New Roman" w:cs="Times New Roman"/>
                <w:color w:val="000000"/>
                <w:sz w:val="16"/>
                <w:szCs w:val="16"/>
              </w:rPr>
              <w:t>1*</w:t>
            </w:r>
          </w:p>
        </w:tc>
      </w:tr>
      <w:tr w:rsidR="004033AD" w14:paraId="71EDF275" w14:textId="77777777" w:rsidTr="00235C69">
        <w:trPr>
          <w:cantSplit/>
        </w:trPr>
        <w:tc>
          <w:tcPr>
            <w:tcW w:w="2108" w:type="dxa"/>
            <w:tcMar>
              <w:top w:w="55" w:type="dxa"/>
              <w:left w:w="80" w:type="dxa"/>
              <w:bottom w:w="55" w:type="dxa"/>
              <w:right w:w="80" w:type="dxa"/>
            </w:tcMar>
            <w:vAlign w:val="center"/>
          </w:tcPr>
          <w:p w14:paraId="17BAB99D" w14:textId="77777777" w:rsidR="004033AD" w:rsidRDefault="004033AD" w:rsidP="00235C69">
            <w:r>
              <w:rPr>
                <w:rFonts w:eastAsia="Times New Roman" w:cs="Times New Roman"/>
                <w:color w:val="000000"/>
                <w:sz w:val="16"/>
                <w:szCs w:val="16"/>
              </w:rPr>
              <w:t>R01_F03</w:t>
            </w:r>
          </w:p>
        </w:tc>
        <w:tc>
          <w:tcPr>
            <w:tcW w:w="2008" w:type="dxa"/>
            <w:tcMar>
              <w:top w:w="55" w:type="dxa"/>
              <w:left w:w="80" w:type="dxa"/>
              <w:bottom w:w="55" w:type="dxa"/>
              <w:right w:w="80" w:type="dxa"/>
            </w:tcMar>
            <w:vAlign w:val="center"/>
          </w:tcPr>
          <w:p w14:paraId="716F72BB" w14:textId="77777777" w:rsidR="004033AD" w:rsidRDefault="004033AD" w:rsidP="00235C69">
            <w:pPr>
              <w:jc w:val="center"/>
            </w:pPr>
            <w:r>
              <w:rPr>
                <w:rFonts w:eastAsia="Times New Roman" w:cs="Times New Roman"/>
                <w:color w:val="000000"/>
                <w:sz w:val="16"/>
                <w:szCs w:val="16"/>
              </w:rPr>
              <w:t>24</w:t>
            </w:r>
          </w:p>
        </w:tc>
        <w:tc>
          <w:tcPr>
            <w:tcW w:w="2008" w:type="dxa"/>
            <w:tcMar>
              <w:top w:w="55" w:type="dxa"/>
              <w:left w:w="80" w:type="dxa"/>
              <w:bottom w:w="55" w:type="dxa"/>
              <w:right w:w="80" w:type="dxa"/>
            </w:tcMar>
            <w:vAlign w:val="center"/>
          </w:tcPr>
          <w:p w14:paraId="5B9160B3" w14:textId="77777777" w:rsidR="004033AD" w:rsidRDefault="004033AD" w:rsidP="00235C69">
            <w:pPr>
              <w:jc w:val="center"/>
            </w:pPr>
            <w:r>
              <w:rPr>
                <w:rFonts w:eastAsia="Times New Roman" w:cs="Times New Roman"/>
                <w:color w:val="000000"/>
                <w:sz w:val="16"/>
                <w:szCs w:val="16"/>
              </w:rPr>
              <w:t>1*</w:t>
            </w:r>
          </w:p>
        </w:tc>
        <w:tc>
          <w:tcPr>
            <w:tcW w:w="2008" w:type="dxa"/>
            <w:tcMar>
              <w:top w:w="55" w:type="dxa"/>
              <w:left w:w="80" w:type="dxa"/>
              <w:bottom w:w="55" w:type="dxa"/>
              <w:right w:w="80" w:type="dxa"/>
            </w:tcMar>
            <w:vAlign w:val="center"/>
          </w:tcPr>
          <w:p w14:paraId="73379B1A" w14:textId="77777777" w:rsidR="004033AD" w:rsidRDefault="004033AD" w:rsidP="00235C69">
            <w:pPr>
              <w:jc w:val="center"/>
            </w:pPr>
            <w:r>
              <w:rPr>
                <w:rFonts w:eastAsia="Times New Roman" w:cs="Times New Roman"/>
                <w:color w:val="000000"/>
                <w:sz w:val="16"/>
                <w:szCs w:val="16"/>
              </w:rPr>
              <w:t>25</w:t>
            </w:r>
          </w:p>
        </w:tc>
        <w:tc>
          <w:tcPr>
            <w:tcW w:w="2008" w:type="dxa"/>
            <w:tcMar>
              <w:top w:w="55" w:type="dxa"/>
              <w:left w:w="80" w:type="dxa"/>
              <w:bottom w:w="55" w:type="dxa"/>
              <w:right w:w="80" w:type="dxa"/>
            </w:tcMar>
            <w:vAlign w:val="center"/>
          </w:tcPr>
          <w:p w14:paraId="374619C0" w14:textId="77777777" w:rsidR="004033AD" w:rsidRDefault="004033AD" w:rsidP="00235C69">
            <w:pPr>
              <w:jc w:val="center"/>
            </w:pPr>
            <w:r>
              <w:rPr>
                <w:rFonts w:eastAsia="Times New Roman" w:cs="Times New Roman"/>
                <w:color w:val="000000"/>
                <w:sz w:val="16"/>
                <w:szCs w:val="16"/>
              </w:rPr>
              <w:t>33</w:t>
            </w:r>
          </w:p>
        </w:tc>
        <w:tc>
          <w:tcPr>
            <w:tcW w:w="4116" w:type="dxa"/>
            <w:tcMar>
              <w:top w:w="55" w:type="dxa"/>
              <w:left w:w="80" w:type="dxa"/>
              <w:bottom w:w="55" w:type="dxa"/>
              <w:right w:w="80" w:type="dxa"/>
            </w:tcMar>
            <w:vAlign w:val="center"/>
          </w:tcPr>
          <w:p w14:paraId="1756A468" w14:textId="77777777" w:rsidR="004033AD" w:rsidRDefault="004033AD" w:rsidP="00235C69">
            <w:pPr>
              <w:jc w:val="center"/>
            </w:pPr>
            <w:r>
              <w:rPr>
                <w:rFonts w:eastAsia="Times New Roman" w:cs="Times New Roman"/>
                <w:color w:val="000000"/>
                <w:sz w:val="16"/>
                <w:szCs w:val="16"/>
              </w:rPr>
              <w:t>26</w:t>
            </w:r>
          </w:p>
        </w:tc>
      </w:tr>
      <w:tr w:rsidR="004033AD" w14:paraId="7DBB87DA" w14:textId="77777777" w:rsidTr="00235C69">
        <w:trPr>
          <w:cantSplit/>
        </w:trPr>
        <w:tc>
          <w:tcPr>
            <w:tcW w:w="2108" w:type="dxa"/>
            <w:tcMar>
              <w:top w:w="55" w:type="dxa"/>
              <w:left w:w="80" w:type="dxa"/>
              <w:bottom w:w="55" w:type="dxa"/>
              <w:right w:w="80" w:type="dxa"/>
            </w:tcMar>
            <w:vAlign w:val="center"/>
          </w:tcPr>
          <w:p w14:paraId="507B7A0C" w14:textId="77777777" w:rsidR="004033AD" w:rsidRDefault="004033AD" w:rsidP="00235C69">
            <w:r>
              <w:rPr>
                <w:rFonts w:eastAsia="Times New Roman" w:cs="Times New Roman"/>
                <w:color w:val="000000"/>
                <w:sz w:val="16"/>
                <w:szCs w:val="16"/>
              </w:rPr>
              <w:t>R01_F04</w:t>
            </w:r>
          </w:p>
        </w:tc>
        <w:tc>
          <w:tcPr>
            <w:tcW w:w="2008" w:type="dxa"/>
            <w:tcMar>
              <w:top w:w="55" w:type="dxa"/>
              <w:left w:w="80" w:type="dxa"/>
              <w:bottom w:w="55" w:type="dxa"/>
              <w:right w:w="80" w:type="dxa"/>
            </w:tcMar>
            <w:vAlign w:val="center"/>
          </w:tcPr>
          <w:p w14:paraId="2C060ED4" w14:textId="77777777" w:rsidR="004033AD" w:rsidRDefault="004033AD" w:rsidP="00235C69">
            <w:pPr>
              <w:jc w:val="center"/>
            </w:pPr>
            <w:r>
              <w:rPr>
                <w:rFonts w:eastAsia="Times New Roman" w:cs="Times New Roman"/>
                <w:color w:val="000000"/>
                <w:sz w:val="16"/>
                <w:szCs w:val="16"/>
              </w:rPr>
              <w:t>15</w:t>
            </w:r>
          </w:p>
        </w:tc>
        <w:tc>
          <w:tcPr>
            <w:tcW w:w="2008" w:type="dxa"/>
            <w:tcMar>
              <w:top w:w="55" w:type="dxa"/>
              <w:left w:w="80" w:type="dxa"/>
              <w:bottom w:w="55" w:type="dxa"/>
              <w:right w:w="80" w:type="dxa"/>
            </w:tcMar>
            <w:vAlign w:val="center"/>
          </w:tcPr>
          <w:p w14:paraId="7F73A724" w14:textId="77777777" w:rsidR="004033AD" w:rsidRDefault="004033AD" w:rsidP="00235C69">
            <w:pPr>
              <w:jc w:val="center"/>
            </w:pPr>
            <w:r>
              <w:rPr>
                <w:rFonts w:eastAsia="Times New Roman" w:cs="Times New Roman"/>
                <w:color w:val="000000"/>
                <w:sz w:val="16"/>
                <w:szCs w:val="16"/>
              </w:rPr>
              <w:t>19</w:t>
            </w:r>
          </w:p>
        </w:tc>
        <w:tc>
          <w:tcPr>
            <w:tcW w:w="2008" w:type="dxa"/>
            <w:tcMar>
              <w:top w:w="55" w:type="dxa"/>
              <w:left w:w="80" w:type="dxa"/>
              <w:bottom w:w="55" w:type="dxa"/>
              <w:right w:w="80" w:type="dxa"/>
            </w:tcMar>
            <w:vAlign w:val="center"/>
          </w:tcPr>
          <w:p w14:paraId="12DFFEE6" w14:textId="77777777" w:rsidR="004033AD" w:rsidRDefault="004033AD" w:rsidP="00235C69">
            <w:pPr>
              <w:jc w:val="center"/>
            </w:pPr>
            <w:r>
              <w:rPr>
                <w:rFonts w:eastAsia="Times New Roman" w:cs="Times New Roman"/>
                <w:color w:val="000000"/>
                <w:sz w:val="16"/>
                <w:szCs w:val="16"/>
              </w:rPr>
              <w:t>24</w:t>
            </w:r>
          </w:p>
        </w:tc>
        <w:tc>
          <w:tcPr>
            <w:tcW w:w="2008" w:type="dxa"/>
            <w:tcMar>
              <w:top w:w="55" w:type="dxa"/>
              <w:left w:w="80" w:type="dxa"/>
              <w:bottom w:w="55" w:type="dxa"/>
              <w:right w:w="80" w:type="dxa"/>
            </w:tcMar>
            <w:vAlign w:val="center"/>
          </w:tcPr>
          <w:p w14:paraId="364289E8" w14:textId="77777777" w:rsidR="004033AD" w:rsidRDefault="004033AD" w:rsidP="00235C69">
            <w:pPr>
              <w:jc w:val="center"/>
            </w:pPr>
            <w:r>
              <w:rPr>
                <w:rFonts w:eastAsia="Times New Roman" w:cs="Times New Roman"/>
                <w:color w:val="000000"/>
                <w:sz w:val="16"/>
                <w:szCs w:val="16"/>
              </w:rPr>
              <w:t>25</w:t>
            </w:r>
          </w:p>
        </w:tc>
        <w:tc>
          <w:tcPr>
            <w:tcW w:w="4116" w:type="dxa"/>
            <w:tcMar>
              <w:top w:w="55" w:type="dxa"/>
              <w:left w:w="80" w:type="dxa"/>
              <w:bottom w:w="55" w:type="dxa"/>
              <w:right w:w="80" w:type="dxa"/>
            </w:tcMar>
            <w:vAlign w:val="center"/>
          </w:tcPr>
          <w:p w14:paraId="31B166A5" w14:textId="77777777" w:rsidR="004033AD" w:rsidRDefault="004033AD" w:rsidP="00235C69">
            <w:pPr>
              <w:jc w:val="center"/>
            </w:pPr>
            <w:r>
              <w:rPr>
                <w:rFonts w:eastAsia="Times New Roman" w:cs="Times New Roman"/>
                <w:color w:val="000000"/>
                <w:sz w:val="16"/>
                <w:szCs w:val="16"/>
              </w:rPr>
              <w:t>11</w:t>
            </w:r>
          </w:p>
        </w:tc>
      </w:tr>
      <w:tr w:rsidR="004033AD" w14:paraId="0A11737F" w14:textId="77777777" w:rsidTr="00235C69">
        <w:trPr>
          <w:cantSplit/>
        </w:trPr>
        <w:tc>
          <w:tcPr>
            <w:tcW w:w="2108" w:type="dxa"/>
            <w:tcMar>
              <w:top w:w="55" w:type="dxa"/>
              <w:left w:w="80" w:type="dxa"/>
              <w:bottom w:w="55" w:type="dxa"/>
              <w:right w:w="80" w:type="dxa"/>
            </w:tcMar>
            <w:vAlign w:val="center"/>
          </w:tcPr>
          <w:p w14:paraId="1E57B414" w14:textId="77777777" w:rsidR="004033AD" w:rsidRDefault="004033AD" w:rsidP="00235C69">
            <w:r>
              <w:rPr>
                <w:rFonts w:eastAsia="Times New Roman" w:cs="Times New Roman"/>
                <w:color w:val="000000"/>
                <w:sz w:val="16"/>
                <w:szCs w:val="16"/>
              </w:rPr>
              <w:t>R01_F05</w:t>
            </w:r>
          </w:p>
        </w:tc>
        <w:tc>
          <w:tcPr>
            <w:tcW w:w="2008" w:type="dxa"/>
            <w:tcMar>
              <w:top w:w="55" w:type="dxa"/>
              <w:left w:w="80" w:type="dxa"/>
              <w:bottom w:w="55" w:type="dxa"/>
              <w:right w:w="80" w:type="dxa"/>
            </w:tcMar>
            <w:vAlign w:val="center"/>
          </w:tcPr>
          <w:p w14:paraId="25A41CBD" w14:textId="77777777" w:rsidR="004033AD" w:rsidRDefault="004033AD" w:rsidP="00235C69">
            <w:pPr>
              <w:jc w:val="center"/>
            </w:pPr>
            <w:r>
              <w:rPr>
                <w:rFonts w:eastAsia="Times New Roman" w:cs="Times New Roman"/>
                <w:color w:val="000000"/>
                <w:sz w:val="16"/>
                <w:szCs w:val="16"/>
              </w:rPr>
              <w:t>31</w:t>
            </w:r>
          </w:p>
        </w:tc>
        <w:tc>
          <w:tcPr>
            <w:tcW w:w="2008" w:type="dxa"/>
            <w:tcMar>
              <w:top w:w="55" w:type="dxa"/>
              <w:left w:w="80" w:type="dxa"/>
              <w:bottom w:w="55" w:type="dxa"/>
              <w:right w:w="80" w:type="dxa"/>
            </w:tcMar>
            <w:vAlign w:val="center"/>
          </w:tcPr>
          <w:p w14:paraId="23EF3E5A" w14:textId="77777777" w:rsidR="004033AD" w:rsidRDefault="004033AD" w:rsidP="00235C69">
            <w:pPr>
              <w:jc w:val="center"/>
            </w:pPr>
            <w:r>
              <w:rPr>
                <w:rFonts w:eastAsia="Times New Roman" w:cs="Times New Roman"/>
                <w:color w:val="000000"/>
                <w:sz w:val="16"/>
                <w:szCs w:val="16"/>
              </w:rPr>
              <w:t>1*</w:t>
            </w:r>
          </w:p>
        </w:tc>
        <w:tc>
          <w:tcPr>
            <w:tcW w:w="2008" w:type="dxa"/>
            <w:tcMar>
              <w:top w:w="55" w:type="dxa"/>
              <w:left w:w="80" w:type="dxa"/>
              <w:bottom w:w="55" w:type="dxa"/>
              <w:right w:w="80" w:type="dxa"/>
            </w:tcMar>
            <w:vAlign w:val="center"/>
          </w:tcPr>
          <w:p w14:paraId="2C37C54F" w14:textId="77777777" w:rsidR="004033AD" w:rsidRDefault="004033AD" w:rsidP="00235C69">
            <w:pPr>
              <w:jc w:val="center"/>
            </w:pPr>
            <w:r>
              <w:rPr>
                <w:rFonts w:eastAsia="Times New Roman" w:cs="Times New Roman"/>
                <w:color w:val="000000"/>
                <w:sz w:val="16"/>
                <w:szCs w:val="16"/>
              </w:rPr>
              <w:t>1*</w:t>
            </w:r>
          </w:p>
        </w:tc>
        <w:tc>
          <w:tcPr>
            <w:tcW w:w="2008" w:type="dxa"/>
            <w:tcMar>
              <w:top w:w="55" w:type="dxa"/>
              <w:left w:w="80" w:type="dxa"/>
              <w:bottom w:w="55" w:type="dxa"/>
              <w:right w:w="80" w:type="dxa"/>
            </w:tcMar>
            <w:vAlign w:val="center"/>
          </w:tcPr>
          <w:p w14:paraId="72992D88" w14:textId="77777777" w:rsidR="004033AD" w:rsidRDefault="004033AD" w:rsidP="00235C69">
            <w:pPr>
              <w:jc w:val="center"/>
            </w:pPr>
            <w:r>
              <w:rPr>
                <w:rFonts w:eastAsia="Times New Roman" w:cs="Times New Roman"/>
                <w:color w:val="000000"/>
                <w:sz w:val="16"/>
                <w:szCs w:val="16"/>
              </w:rPr>
              <w:t>1*</w:t>
            </w:r>
          </w:p>
        </w:tc>
        <w:tc>
          <w:tcPr>
            <w:tcW w:w="4116" w:type="dxa"/>
            <w:tcMar>
              <w:top w:w="55" w:type="dxa"/>
              <w:left w:w="80" w:type="dxa"/>
              <w:bottom w:w="55" w:type="dxa"/>
              <w:right w:w="80" w:type="dxa"/>
            </w:tcMar>
            <w:vAlign w:val="center"/>
          </w:tcPr>
          <w:p w14:paraId="79749F55" w14:textId="77777777" w:rsidR="004033AD" w:rsidRDefault="004033AD" w:rsidP="00235C69">
            <w:pPr>
              <w:jc w:val="center"/>
            </w:pPr>
            <w:r>
              <w:rPr>
                <w:rFonts w:eastAsia="Times New Roman" w:cs="Times New Roman"/>
                <w:color w:val="000000"/>
                <w:sz w:val="16"/>
                <w:szCs w:val="16"/>
              </w:rPr>
              <w:t>12</w:t>
            </w:r>
          </w:p>
        </w:tc>
      </w:tr>
      <w:tr w:rsidR="004033AD" w14:paraId="34316F5A" w14:textId="77777777" w:rsidTr="00235C69">
        <w:trPr>
          <w:cantSplit/>
        </w:trPr>
        <w:tc>
          <w:tcPr>
            <w:tcW w:w="2108" w:type="dxa"/>
            <w:tcMar>
              <w:top w:w="55" w:type="dxa"/>
              <w:left w:w="80" w:type="dxa"/>
              <w:bottom w:w="55" w:type="dxa"/>
              <w:right w:w="80" w:type="dxa"/>
            </w:tcMar>
            <w:vAlign w:val="center"/>
          </w:tcPr>
          <w:p w14:paraId="5A888D1A" w14:textId="77777777" w:rsidR="004033AD" w:rsidRDefault="004033AD" w:rsidP="00235C69">
            <w:r>
              <w:rPr>
                <w:rFonts w:eastAsia="Times New Roman" w:cs="Times New Roman"/>
                <w:color w:val="000000"/>
                <w:sz w:val="16"/>
                <w:szCs w:val="16"/>
              </w:rPr>
              <w:t>R02_F01</w:t>
            </w:r>
          </w:p>
        </w:tc>
        <w:tc>
          <w:tcPr>
            <w:tcW w:w="2008" w:type="dxa"/>
            <w:tcMar>
              <w:top w:w="55" w:type="dxa"/>
              <w:left w:w="80" w:type="dxa"/>
              <w:bottom w:w="55" w:type="dxa"/>
              <w:right w:w="80" w:type="dxa"/>
            </w:tcMar>
            <w:vAlign w:val="center"/>
          </w:tcPr>
          <w:p w14:paraId="439A009A" w14:textId="77777777" w:rsidR="004033AD" w:rsidRDefault="004033AD" w:rsidP="00235C69">
            <w:pPr>
              <w:jc w:val="center"/>
            </w:pPr>
            <w:r>
              <w:rPr>
                <w:rFonts w:eastAsia="Times New Roman" w:cs="Times New Roman"/>
                <w:color w:val="000000"/>
                <w:sz w:val="16"/>
                <w:szCs w:val="16"/>
              </w:rPr>
              <w:t>39</w:t>
            </w:r>
          </w:p>
        </w:tc>
        <w:tc>
          <w:tcPr>
            <w:tcW w:w="2008" w:type="dxa"/>
            <w:tcMar>
              <w:top w:w="55" w:type="dxa"/>
              <w:left w:w="80" w:type="dxa"/>
              <w:bottom w:w="55" w:type="dxa"/>
              <w:right w:w="80" w:type="dxa"/>
            </w:tcMar>
            <w:vAlign w:val="center"/>
          </w:tcPr>
          <w:p w14:paraId="0615EBD7" w14:textId="77777777" w:rsidR="004033AD" w:rsidRDefault="004033AD" w:rsidP="00235C69">
            <w:pPr>
              <w:jc w:val="center"/>
            </w:pPr>
            <w:r>
              <w:rPr>
                <w:rFonts w:eastAsia="Times New Roman" w:cs="Times New Roman"/>
                <w:color w:val="000000"/>
                <w:sz w:val="16"/>
                <w:szCs w:val="16"/>
              </w:rPr>
              <w:t>1*</w:t>
            </w:r>
          </w:p>
        </w:tc>
        <w:tc>
          <w:tcPr>
            <w:tcW w:w="2008" w:type="dxa"/>
            <w:tcMar>
              <w:top w:w="55" w:type="dxa"/>
              <w:left w:w="80" w:type="dxa"/>
              <w:bottom w:w="55" w:type="dxa"/>
              <w:right w:w="80" w:type="dxa"/>
            </w:tcMar>
            <w:vAlign w:val="center"/>
          </w:tcPr>
          <w:p w14:paraId="12054D0F" w14:textId="77777777" w:rsidR="004033AD" w:rsidRDefault="004033AD" w:rsidP="00235C69">
            <w:pPr>
              <w:jc w:val="center"/>
            </w:pPr>
            <w:r>
              <w:rPr>
                <w:rFonts w:eastAsia="Times New Roman" w:cs="Times New Roman"/>
                <w:color w:val="000000"/>
                <w:sz w:val="16"/>
                <w:szCs w:val="16"/>
              </w:rPr>
              <w:t>1*</w:t>
            </w:r>
          </w:p>
        </w:tc>
        <w:tc>
          <w:tcPr>
            <w:tcW w:w="2008" w:type="dxa"/>
            <w:tcMar>
              <w:top w:w="55" w:type="dxa"/>
              <w:left w:w="80" w:type="dxa"/>
              <w:bottom w:w="55" w:type="dxa"/>
              <w:right w:w="80" w:type="dxa"/>
            </w:tcMar>
            <w:vAlign w:val="center"/>
          </w:tcPr>
          <w:p w14:paraId="7069E388" w14:textId="77777777" w:rsidR="004033AD" w:rsidRDefault="004033AD" w:rsidP="00235C69">
            <w:pPr>
              <w:jc w:val="center"/>
            </w:pPr>
            <w:r>
              <w:rPr>
                <w:rFonts w:eastAsia="Times New Roman" w:cs="Times New Roman"/>
                <w:color w:val="000000"/>
                <w:sz w:val="16"/>
                <w:szCs w:val="16"/>
              </w:rPr>
              <w:t>1*</w:t>
            </w:r>
          </w:p>
        </w:tc>
        <w:tc>
          <w:tcPr>
            <w:tcW w:w="4116" w:type="dxa"/>
            <w:tcMar>
              <w:top w:w="55" w:type="dxa"/>
              <w:left w:w="80" w:type="dxa"/>
              <w:bottom w:w="55" w:type="dxa"/>
              <w:right w:w="80" w:type="dxa"/>
            </w:tcMar>
            <w:vAlign w:val="center"/>
          </w:tcPr>
          <w:p w14:paraId="294AC341" w14:textId="77777777" w:rsidR="004033AD" w:rsidRDefault="004033AD" w:rsidP="00235C69">
            <w:pPr>
              <w:jc w:val="center"/>
            </w:pPr>
            <w:r>
              <w:rPr>
                <w:rFonts w:eastAsia="Times New Roman" w:cs="Times New Roman"/>
                <w:color w:val="000000"/>
                <w:sz w:val="16"/>
                <w:szCs w:val="16"/>
              </w:rPr>
              <w:t>22</w:t>
            </w:r>
          </w:p>
        </w:tc>
      </w:tr>
      <w:tr w:rsidR="004033AD" w14:paraId="35D02400" w14:textId="77777777" w:rsidTr="00235C69">
        <w:trPr>
          <w:cantSplit/>
        </w:trPr>
        <w:tc>
          <w:tcPr>
            <w:tcW w:w="2108" w:type="dxa"/>
            <w:tcMar>
              <w:top w:w="55" w:type="dxa"/>
              <w:left w:w="80" w:type="dxa"/>
              <w:bottom w:w="55" w:type="dxa"/>
              <w:right w:w="80" w:type="dxa"/>
            </w:tcMar>
            <w:vAlign w:val="center"/>
          </w:tcPr>
          <w:p w14:paraId="6789A842" w14:textId="77777777" w:rsidR="004033AD" w:rsidRDefault="004033AD" w:rsidP="00235C69">
            <w:r>
              <w:rPr>
                <w:rFonts w:eastAsia="Times New Roman" w:cs="Times New Roman"/>
                <w:color w:val="000000"/>
                <w:sz w:val="16"/>
                <w:szCs w:val="16"/>
              </w:rPr>
              <w:t>R02_F02</w:t>
            </w:r>
          </w:p>
        </w:tc>
        <w:tc>
          <w:tcPr>
            <w:tcW w:w="2008" w:type="dxa"/>
            <w:tcMar>
              <w:top w:w="55" w:type="dxa"/>
              <w:left w:w="80" w:type="dxa"/>
              <w:bottom w:w="55" w:type="dxa"/>
              <w:right w:w="80" w:type="dxa"/>
            </w:tcMar>
            <w:vAlign w:val="center"/>
          </w:tcPr>
          <w:p w14:paraId="2708E0A4" w14:textId="77777777" w:rsidR="004033AD" w:rsidRDefault="004033AD" w:rsidP="00235C69">
            <w:pPr>
              <w:jc w:val="center"/>
            </w:pPr>
            <w:r>
              <w:rPr>
                <w:rFonts w:eastAsia="Times New Roman" w:cs="Times New Roman"/>
                <w:color w:val="000000"/>
                <w:sz w:val="16"/>
                <w:szCs w:val="16"/>
              </w:rPr>
              <w:t>14</w:t>
            </w:r>
          </w:p>
        </w:tc>
        <w:tc>
          <w:tcPr>
            <w:tcW w:w="2008" w:type="dxa"/>
            <w:tcMar>
              <w:top w:w="55" w:type="dxa"/>
              <w:left w:w="80" w:type="dxa"/>
              <w:bottom w:w="55" w:type="dxa"/>
              <w:right w:w="80" w:type="dxa"/>
            </w:tcMar>
            <w:vAlign w:val="center"/>
          </w:tcPr>
          <w:p w14:paraId="1A9EC64D" w14:textId="77777777" w:rsidR="004033AD" w:rsidRDefault="004033AD" w:rsidP="00235C69">
            <w:pPr>
              <w:jc w:val="center"/>
            </w:pPr>
            <w:r>
              <w:rPr>
                <w:rFonts w:eastAsia="Times New Roman" w:cs="Times New Roman"/>
                <w:color w:val="000000"/>
                <w:sz w:val="16"/>
                <w:szCs w:val="16"/>
              </w:rPr>
              <w:t>25</w:t>
            </w:r>
          </w:p>
        </w:tc>
        <w:tc>
          <w:tcPr>
            <w:tcW w:w="2008" w:type="dxa"/>
            <w:tcMar>
              <w:top w:w="55" w:type="dxa"/>
              <w:left w:w="80" w:type="dxa"/>
              <w:bottom w:w="55" w:type="dxa"/>
              <w:right w:w="80" w:type="dxa"/>
            </w:tcMar>
            <w:vAlign w:val="center"/>
          </w:tcPr>
          <w:p w14:paraId="582A3FD4" w14:textId="77777777" w:rsidR="004033AD" w:rsidRDefault="004033AD" w:rsidP="00235C69">
            <w:pPr>
              <w:jc w:val="center"/>
            </w:pPr>
            <w:r>
              <w:rPr>
                <w:rFonts w:eastAsia="Times New Roman" w:cs="Times New Roman"/>
                <w:color w:val="000000"/>
                <w:sz w:val="16"/>
                <w:szCs w:val="16"/>
              </w:rPr>
              <w:t>5</w:t>
            </w:r>
          </w:p>
        </w:tc>
        <w:tc>
          <w:tcPr>
            <w:tcW w:w="2008" w:type="dxa"/>
            <w:tcMar>
              <w:top w:w="55" w:type="dxa"/>
              <w:left w:w="80" w:type="dxa"/>
              <w:bottom w:w="55" w:type="dxa"/>
              <w:right w:w="80" w:type="dxa"/>
            </w:tcMar>
            <w:vAlign w:val="center"/>
          </w:tcPr>
          <w:p w14:paraId="67DF8945" w14:textId="77777777" w:rsidR="004033AD" w:rsidRDefault="004033AD" w:rsidP="00235C69">
            <w:pPr>
              <w:jc w:val="center"/>
            </w:pPr>
            <w:r>
              <w:rPr>
                <w:rFonts w:eastAsia="Times New Roman" w:cs="Times New Roman"/>
                <w:color w:val="000000"/>
                <w:sz w:val="16"/>
                <w:szCs w:val="16"/>
              </w:rPr>
              <w:t>1*</w:t>
            </w:r>
          </w:p>
        </w:tc>
        <w:tc>
          <w:tcPr>
            <w:tcW w:w="4116" w:type="dxa"/>
            <w:tcMar>
              <w:top w:w="55" w:type="dxa"/>
              <w:left w:w="80" w:type="dxa"/>
              <w:bottom w:w="55" w:type="dxa"/>
              <w:right w:w="80" w:type="dxa"/>
            </w:tcMar>
            <w:vAlign w:val="center"/>
          </w:tcPr>
          <w:p w14:paraId="05A2136E" w14:textId="77777777" w:rsidR="004033AD" w:rsidRDefault="004033AD" w:rsidP="00235C69">
            <w:pPr>
              <w:jc w:val="center"/>
            </w:pPr>
            <w:r>
              <w:rPr>
                <w:rFonts w:eastAsia="Times New Roman" w:cs="Times New Roman"/>
                <w:color w:val="000000"/>
                <w:sz w:val="16"/>
                <w:szCs w:val="16"/>
              </w:rPr>
              <w:t>8</w:t>
            </w:r>
          </w:p>
        </w:tc>
      </w:tr>
      <w:tr w:rsidR="004033AD" w14:paraId="3506B78C" w14:textId="77777777" w:rsidTr="00235C69">
        <w:trPr>
          <w:cantSplit/>
        </w:trPr>
        <w:tc>
          <w:tcPr>
            <w:tcW w:w="2108" w:type="dxa"/>
            <w:tcMar>
              <w:top w:w="55" w:type="dxa"/>
              <w:left w:w="80" w:type="dxa"/>
              <w:bottom w:w="55" w:type="dxa"/>
              <w:right w:w="80" w:type="dxa"/>
            </w:tcMar>
            <w:vAlign w:val="center"/>
          </w:tcPr>
          <w:p w14:paraId="0D01E0F4" w14:textId="77777777" w:rsidR="004033AD" w:rsidRDefault="004033AD" w:rsidP="00235C69">
            <w:r>
              <w:rPr>
                <w:rFonts w:eastAsia="Times New Roman" w:cs="Times New Roman"/>
                <w:color w:val="000000"/>
                <w:sz w:val="16"/>
                <w:szCs w:val="16"/>
              </w:rPr>
              <w:t>R02_F03</w:t>
            </w:r>
          </w:p>
        </w:tc>
        <w:tc>
          <w:tcPr>
            <w:tcW w:w="2008" w:type="dxa"/>
            <w:tcMar>
              <w:top w:w="55" w:type="dxa"/>
              <w:left w:w="80" w:type="dxa"/>
              <w:bottom w:w="55" w:type="dxa"/>
              <w:right w:w="80" w:type="dxa"/>
            </w:tcMar>
            <w:vAlign w:val="center"/>
          </w:tcPr>
          <w:p w14:paraId="1C1FB906" w14:textId="77777777" w:rsidR="004033AD" w:rsidRDefault="004033AD" w:rsidP="00235C69">
            <w:pPr>
              <w:jc w:val="center"/>
            </w:pPr>
            <w:r>
              <w:rPr>
                <w:rFonts w:eastAsia="Times New Roman" w:cs="Times New Roman"/>
                <w:color w:val="000000"/>
                <w:sz w:val="16"/>
                <w:szCs w:val="16"/>
              </w:rPr>
              <w:t>19</w:t>
            </w:r>
          </w:p>
        </w:tc>
        <w:tc>
          <w:tcPr>
            <w:tcW w:w="2008" w:type="dxa"/>
            <w:tcMar>
              <w:top w:w="55" w:type="dxa"/>
              <w:left w:w="80" w:type="dxa"/>
              <w:bottom w:w="55" w:type="dxa"/>
              <w:right w:w="80" w:type="dxa"/>
            </w:tcMar>
            <w:vAlign w:val="center"/>
          </w:tcPr>
          <w:p w14:paraId="0809E07E" w14:textId="77777777" w:rsidR="004033AD" w:rsidRDefault="004033AD" w:rsidP="00235C69">
            <w:pPr>
              <w:jc w:val="center"/>
            </w:pPr>
            <w:r>
              <w:rPr>
                <w:rFonts w:eastAsia="Times New Roman" w:cs="Times New Roman"/>
                <w:color w:val="000000"/>
                <w:sz w:val="16"/>
                <w:szCs w:val="16"/>
              </w:rPr>
              <w:t>39</w:t>
            </w:r>
          </w:p>
        </w:tc>
        <w:tc>
          <w:tcPr>
            <w:tcW w:w="2008" w:type="dxa"/>
            <w:tcMar>
              <w:top w:w="55" w:type="dxa"/>
              <w:left w:w="80" w:type="dxa"/>
              <w:bottom w:w="55" w:type="dxa"/>
              <w:right w:w="80" w:type="dxa"/>
            </w:tcMar>
            <w:vAlign w:val="center"/>
          </w:tcPr>
          <w:p w14:paraId="7DF5F5EC" w14:textId="77777777" w:rsidR="004033AD" w:rsidRDefault="004033AD" w:rsidP="00235C69">
            <w:pPr>
              <w:jc w:val="center"/>
            </w:pPr>
            <w:r>
              <w:rPr>
                <w:rFonts w:eastAsia="Times New Roman" w:cs="Times New Roman"/>
                <w:color w:val="000000"/>
                <w:sz w:val="16"/>
                <w:szCs w:val="16"/>
              </w:rPr>
              <w:t>4</w:t>
            </w:r>
          </w:p>
        </w:tc>
        <w:tc>
          <w:tcPr>
            <w:tcW w:w="2008" w:type="dxa"/>
            <w:tcMar>
              <w:top w:w="55" w:type="dxa"/>
              <w:left w:w="80" w:type="dxa"/>
              <w:bottom w:w="55" w:type="dxa"/>
              <w:right w:w="80" w:type="dxa"/>
            </w:tcMar>
            <w:vAlign w:val="center"/>
          </w:tcPr>
          <w:p w14:paraId="5FE848C2" w14:textId="77777777" w:rsidR="004033AD" w:rsidRDefault="004033AD" w:rsidP="00235C69">
            <w:pPr>
              <w:jc w:val="center"/>
            </w:pPr>
            <w:r>
              <w:rPr>
                <w:rFonts w:eastAsia="Times New Roman" w:cs="Times New Roman"/>
                <w:color w:val="000000"/>
                <w:sz w:val="16"/>
                <w:szCs w:val="16"/>
              </w:rPr>
              <w:t>1*</w:t>
            </w:r>
          </w:p>
        </w:tc>
        <w:tc>
          <w:tcPr>
            <w:tcW w:w="4116" w:type="dxa"/>
            <w:tcMar>
              <w:top w:w="55" w:type="dxa"/>
              <w:left w:w="80" w:type="dxa"/>
              <w:bottom w:w="55" w:type="dxa"/>
              <w:right w:w="80" w:type="dxa"/>
            </w:tcMar>
            <w:vAlign w:val="center"/>
          </w:tcPr>
          <w:p w14:paraId="6D3C1536" w14:textId="77777777" w:rsidR="004033AD" w:rsidRDefault="004033AD" w:rsidP="00235C69">
            <w:pPr>
              <w:jc w:val="center"/>
            </w:pPr>
            <w:r>
              <w:rPr>
                <w:rFonts w:eastAsia="Times New Roman" w:cs="Times New Roman"/>
                <w:color w:val="000000"/>
                <w:sz w:val="16"/>
                <w:szCs w:val="16"/>
              </w:rPr>
              <w:t>1*</w:t>
            </w:r>
          </w:p>
        </w:tc>
      </w:tr>
      <w:tr w:rsidR="004033AD" w14:paraId="4BA52940" w14:textId="77777777" w:rsidTr="00235C69">
        <w:trPr>
          <w:cantSplit/>
        </w:trPr>
        <w:tc>
          <w:tcPr>
            <w:tcW w:w="2108" w:type="dxa"/>
            <w:tcMar>
              <w:top w:w="55" w:type="dxa"/>
              <w:left w:w="80" w:type="dxa"/>
              <w:bottom w:w="55" w:type="dxa"/>
              <w:right w:w="80" w:type="dxa"/>
            </w:tcMar>
            <w:vAlign w:val="center"/>
          </w:tcPr>
          <w:p w14:paraId="5DBC444F" w14:textId="77777777" w:rsidR="004033AD" w:rsidRDefault="004033AD" w:rsidP="00235C69">
            <w:r>
              <w:rPr>
                <w:rFonts w:eastAsia="Times New Roman" w:cs="Times New Roman"/>
                <w:color w:val="000000"/>
                <w:sz w:val="16"/>
                <w:szCs w:val="16"/>
              </w:rPr>
              <w:t>R02_F04</w:t>
            </w:r>
          </w:p>
        </w:tc>
        <w:tc>
          <w:tcPr>
            <w:tcW w:w="2008" w:type="dxa"/>
            <w:tcMar>
              <w:top w:w="55" w:type="dxa"/>
              <w:left w:w="80" w:type="dxa"/>
              <w:bottom w:w="55" w:type="dxa"/>
              <w:right w:w="80" w:type="dxa"/>
            </w:tcMar>
            <w:vAlign w:val="center"/>
          </w:tcPr>
          <w:p w14:paraId="1A956B5C" w14:textId="77777777" w:rsidR="004033AD" w:rsidRDefault="004033AD" w:rsidP="00235C69">
            <w:pPr>
              <w:jc w:val="center"/>
            </w:pPr>
            <w:r>
              <w:rPr>
                <w:rFonts w:eastAsia="Times New Roman" w:cs="Times New Roman"/>
                <w:color w:val="000000"/>
                <w:sz w:val="16"/>
                <w:szCs w:val="16"/>
              </w:rPr>
              <w:t>7</w:t>
            </w:r>
          </w:p>
        </w:tc>
        <w:tc>
          <w:tcPr>
            <w:tcW w:w="2008" w:type="dxa"/>
            <w:tcMar>
              <w:top w:w="55" w:type="dxa"/>
              <w:left w:w="80" w:type="dxa"/>
              <w:bottom w:w="55" w:type="dxa"/>
              <w:right w:w="80" w:type="dxa"/>
            </w:tcMar>
            <w:vAlign w:val="center"/>
          </w:tcPr>
          <w:p w14:paraId="71446809" w14:textId="77777777" w:rsidR="004033AD" w:rsidRDefault="004033AD" w:rsidP="00235C69">
            <w:pPr>
              <w:jc w:val="center"/>
            </w:pPr>
            <w:r>
              <w:rPr>
                <w:rFonts w:eastAsia="Times New Roman" w:cs="Times New Roman"/>
                <w:color w:val="000000"/>
                <w:sz w:val="16"/>
                <w:szCs w:val="16"/>
              </w:rPr>
              <w:t>44</w:t>
            </w:r>
          </w:p>
        </w:tc>
        <w:tc>
          <w:tcPr>
            <w:tcW w:w="2008" w:type="dxa"/>
            <w:tcMar>
              <w:top w:w="55" w:type="dxa"/>
              <w:left w:w="80" w:type="dxa"/>
              <w:bottom w:w="55" w:type="dxa"/>
              <w:right w:w="80" w:type="dxa"/>
            </w:tcMar>
            <w:vAlign w:val="center"/>
          </w:tcPr>
          <w:p w14:paraId="68580346" w14:textId="77777777" w:rsidR="004033AD" w:rsidRDefault="004033AD" w:rsidP="00235C69">
            <w:pPr>
              <w:jc w:val="center"/>
            </w:pPr>
            <w:r>
              <w:rPr>
                <w:rFonts w:eastAsia="Times New Roman" w:cs="Times New Roman"/>
                <w:color w:val="000000"/>
                <w:sz w:val="16"/>
                <w:szCs w:val="16"/>
              </w:rPr>
              <w:t>1*</w:t>
            </w:r>
          </w:p>
        </w:tc>
        <w:tc>
          <w:tcPr>
            <w:tcW w:w="2008" w:type="dxa"/>
            <w:tcMar>
              <w:top w:w="55" w:type="dxa"/>
              <w:left w:w="80" w:type="dxa"/>
              <w:bottom w:w="55" w:type="dxa"/>
              <w:right w:w="80" w:type="dxa"/>
            </w:tcMar>
            <w:vAlign w:val="center"/>
          </w:tcPr>
          <w:p w14:paraId="138284C0" w14:textId="77777777" w:rsidR="004033AD" w:rsidRDefault="004033AD" w:rsidP="00235C69">
            <w:pPr>
              <w:jc w:val="center"/>
            </w:pPr>
            <w:r>
              <w:rPr>
                <w:rFonts w:eastAsia="Times New Roman" w:cs="Times New Roman"/>
                <w:color w:val="000000"/>
                <w:sz w:val="16"/>
                <w:szCs w:val="16"/>
              </w:rPr>
              <w:t>1*</w:t>
            </w:r>
          </w:p>
        </w:tc>
        <w:tc>
          <w:tcPr>
            <w:tcW w:w="4116" w:type="dxa"/>
            <w:tcMar>
              <w:top w:w="55" w:type="dxa"/>
              <w:left w:w="80" w:type="dxa"/>
              <w:bottom w:w="55" w:type="dxa"/>
              <w:right w:w="80" w:type="dxa"/>
            </w:tcMar>
            <w:vAlign w:val="center"/>
          </w:tcPr>
          <w:p w14:paraId="112B77F2" w14:textId="77777777" w:rsidR="004033AD" w:rsidRDefault="004033AD" w:rsidP="00235C69">
            <w:pPr>
              <w:jc w:val="center"/>
            </w:pPr>
            <w:r>
              <w:rPr>
                <w:rFonts w:eastAsia="Times New Roman" w:cs="Times New Roman"/>
                <w:color w:val="000000"/>
                <w:sz w:val="16"/>
                <w:szCs w:val="16"/>
              </w:rPr>
              <w:t>1*</w:t>
            </w:r>
          </w:p>
        </w:tc>
      </w:tr>
      <w:tr w:rsidR="004033AD" w14:paraId="7991C2FD" w14:textId="77777777" w:rsidTr="00235C69">
        <w:trPr>
          <w:cantSplit/>
        </w:trPr>
        <w:tc>
          <w:tcPr>
            <w:tcW w:w="2108" w:type="dxa"/>
            <w:tcMar>
              <w:top w:w="55" w:type="dxa"/>
              <w:left w:w="80" w:type="dxa"/>
              <w:bottom w:w="55" w:type="dxa"/>
              <w:right w:w="80" w:type="dxa"/>
            </w:tcMar>
            <w:vAlign w:val="center"/>
          </w:tcPr>
          <w:p w14:paraId="1A2C47C8" w14:textId="77777777" w:rsidR="004033AD" w:rsidRDefault="004033AD" w:rsidP="00235C69">
            <w:r>
              <w:rPr>
                <w:rFonts w:eastAsia="Times New Roman" w:cs="Times New Roman"/>
                <w:color w:val="000000"/>
                <w:sz w:val="16"/>
                <w:szCs w:val="16"/>
              </w:rPr>
              <w:t>R02_F05</w:t>
            </w:r>
          </w:p>
        </w:tc>
        <w:tc>
          <w:tcPr>
            <w:tcW w:w="2008" w:type="dxa"/>
            <w:tcMar>
              <w:top w:w="55" w:type="dxa"/>
              <w:left w:w="80" w:type="dxa"/>
              <w:bottom w:w="55" w:type="dxa"/>
              <w:right w:w="80" w:type="dxa"/>
            </w:tcMar>
            <w:vAlign w:val="center"/>
          </w:tcPr>
          <w:p w14:paraId="2FCA7ABB" w14:textId="77777777" w:rsidR="004033AD" w:rsidRDefault="004033AD" w:rsidP="00235C69">
            <w:pPr>
              <w:jc w:val="center"/>
            </w:pPr>
            <w:r>
              <w:rPr>
                <w:rFonts w:eastAsia="Times New Roman" w:cs="Times New Roman"/>
                <w:color w:val="000000"/>
                <w:sz w:val="16"/>
                <w:szCs w:val="16"/>
              </w:rPr>
              <w:t>28</w:t>
            </w:r>
          </w:p>
        </w:tc>
        <w:tc>
          <w:tcPr>
            <w:tcW w:w="2008" w:type="dxa"/>
            <w:tcMar>
              <w:top w:w="55" w:type="dxa"/>
              <w:left w:w="80" w:type="dxa"/>
              <w:bottom w:w="55" w:type="dxa"/>
              <w:right w:w="80" w:type="dxa"/>
            </w:tcMar>
            <w:vAlign w:val="center"/>
          </w:tcPr>
          <w:p w14:paraId="05D31ED2" w14:textId="77777777" w:rsidR="004033AD" w:rsidRDefault="004033AD" w:rsidP="00235C69">
            <w:pPr>
              <w:jc w:val="center"/>
            </w:pPr>
            <w:r>
              <w:rPr>
                <w:rFonts w:eastAsia="Times New Roman" w:cs="Times New Roman"/>
                <w:color w:val="000000"/>
                <w:sz w:val="16"/>
                <w:szCs w:val="16"/>
              </w:rPr>
              <w:t>37</w:t>
            </w:r>
          </w:p>
        </w:tc>
        <w:tc>
          <w:tcPr>
            <w:tcW w:w="2008" w:type="dxa"/>
            <w:tcMar>
              <w:top w:w="55" w:type="dxa"/>
              <w:left w:w="80" w:type="dxa"/>
              <w:bottom w:w="55" w:type="dxa"/>
              <w:right w:w="80" w:type="dxa"/>
            </w:tcMar>
            <w:vAlign w:val="center"/>
          </w:tcPr>
          <w:p w14:paraId="0F520B53" w14:textId="77777777" w:rsidR="004033AD" w:rsidRDefault="004033AD" w:rsidP="00235C69">
            <w:pPr>
              <w:jc w:val="center"/>
            </w:pPr>
            <w:r>
              <w:rPr>
                <w:rFonts w:eastAsia="Times New Roman" w:cs="Times New Roman"/>
                <w:color w:val="000000"/>
                <w:sz w:val="16"/>
                <w:szCs w:val="16"/>
              </w:rPr>
              <w:t>1*</w:t>
            </w:r>
          </w:p>
        </w:tc>
        <w:tc>
          <w:tcPr>
            <w:tcW w:w="2008" w:type="dxa"/>
            <w:tcMar>
              <w:top w:w="55" w:type="dxa"/>
              <w:left w:w="80" w:type="dxa"/>
              <w:bottom w:w="55" w:type="dxa"/>
              <w:right w:w="80" w:type="dxa"/>
            </w:tcMar>
            <w:vAlign w:val="center"/>
          </w:tcPr>
          <w:p w14:paraId="598928FF" w14:textId="77777777" w:rsidR="004033AD" w:rsidRDefault="004033AD" w:rsidP="00235C69">
            <w:pPr>
              <w:jc w:val="center"/>
            </w:pPr>
            <w:r>
              <w:rPr>
                <w:rFonts w:eastAsia="Times New Roman" w:cs="Times New Roman"/>
                <w:color w:val="000000"/>
                <w:sz w:val="16"/>
                <w:szCs w:val="16"/>
              </w:rPr>
              <w:t>1*</w:t>
            </w:r>
          </w:p>
        </w:tc>
        <w:tc>
          <w:tcPr>
            <w:tcW w:w="4116" w:type="dxa"/>
            <w:tcMar>
              <w:top w:w="55" w:type="dxa"/>
              <w:left w:w="80" w:type="dxa"/>
              <w:bottom w:w="55" w:type="dxa"/>
              <w:right w:w="80" w:type="dxa"/>
            </w:tcMar>
            <w:vAlign w:val="center"/>
          </w:tcPr>
          <w:p w14:paraId="7DF6A12A" w14:textId="77777777" w:rsidR="004033AD" w:rsidRDefault="004033AD" w:rsidP="00235C69">
            <w:pPr>
              <w:jc w:val="center"/>
            </w:pPr>
            <w:r>
              <w:rPr>
                <w:rFonts w:eastAsia="Times New Roman" w:cs="Times New Roman"/>
                <w:color w:val="000000"/>
                <w:sz w:val="16"/>
                <w:szCs w:val="16"/>
              </w:rPr>
              <w:t>38</w:t>
            </w:r>
          </w:p>
        </w:tc>
      </w:tr>
      <w:tr w:rsidR="004033AD" w14:paraId="47D97CEA" w14:textId="77777777" w:rsidTr="00235C69">
        <w:trPr>
          <w:cantSplit/>
        </w:trPr>
        <w:tc>
          <w:tcPr>
            <w:tcW w:w="2108" w:type="dxa"/>
            <w:tcMar>
              <w:top w:w="55" w:type="dxa"/>
              <w:left w:w="80" w:type="dxa"/>
              <w:bottom w:w="55" w:type="dxa"/>
              <w:right w:w="80" w:type="dxa"/>
            </w:tcMar>
            <w:vAlign w:val="center"/>
          </w:tcPr>
          <w:p w14:paraId="67F25221" w14:textId="77777777" w:rsidR="004033AD" w:rsidRDefault="004033AD" w:rsidP="00235C69">
            <w:r>
              <w:rPr>
                <w:rFonts w:eastAsia="Times New Roman" w:cs="Times New Roman"/>
                <w:color w:val="000000"/>
                <w:sz w:val="16"/>
                <w:szCs w:val="16"/>
              </w:rPr>
              <w:t>R03_F01</w:t>
            </w:r>
          </w:p>
        </w:tc>
        <w:tc>
          <w:tcPr>
            <w:tcW w:w="2008" w:type="dxa"/>
            <w:tcMar>
              <w:top w:w="55" w:type="dxa"/>
              <w:left w:w="80" w:type="dxa"/>
              <w:bottom w:w="55" w:type="dxa"/>
              <w:right w:w="80" w:type="dxa"/>
            </w:tcMar>
            <w:vAlign w:val="center"/>
          </w:tcPr>
          <w:p w14:paraId="56459D52" w14:textId="77777777" w:rsidR="004033AD" w:rsidRDefault="004033AD" w:rsidP="00235C69">
            <w:pPr>
              <w:jc w:val="center"/>
            </w:pPr>
            <w:r>
              <w:rPr>
                <w:rFonts w:eastAsia="Times New Roman" w:cs="Times New Roman"/>
                <w:color w:val="000000"/>
                <w:sz w:val="16"/>
                <w:szCs w:val="16"/>
              </w:rPr>
              <w:t>5</w:t>
            </w:r>
          </w:p>
        </w:tc>
        <w:tc>
          <w:tcPr>
            <w:tcW w:w="2008" w:type="dxa"/>
            <w:tcMar>
              <w:top w:w="55" w:type="dxa"/>
              <w:left w:w="80" w:type="dxa"/>
              <w:bottom w:w="55" w:type="dxa"/>
              <w:right w:w="80" w:type="dxa"/>
            </w:tcMar>
            <w:vAlign w:val="center"/>
          </w:tcPr>
          <w:p w14:paraId="47B12AC1" w14:textId="77777777" w:rsidR="004033AD" w:rsidRDefault="004033AD" w:rsidP="00235C69">
            <w:pPr>
              <w:jc w:val="center"/>
            </w:pPr>
            <w:r>
              <w:rPr>
                <w:rFonts w:eastAsia="Times New Roman" w:cs="Times New Roman"/>
                <w:color w:val="000000"/>
                <w:sz w:val="16"/>
                <w:szCs w:val="16"/>
              </w:rPr>
              <w:t>42</w:t>
            </w:r>
          </w:p>
        </w:tc>
        <w:tc>
          <w:tcPr>
            <w:tcW w:w="2008" w:type="dxa"/>
            <w:tcMar>
              <w:top w:w="55" w:type="dxa"/>
              <w:left w:w="80" w:type="dxa"/>
              <w:bottom w:w="55" w:type="dxa"/>
              <w:right w:w="80" w:type="dxa"/>
            </w:tcMar>
            <w:vAlign w:val="center"/>
          </w:tcPr>
          <w:p w14:paraId="72C21164" w14:textId="77777777" w:rsidR="004033AD" w:rsidRDefault="004033AD" w:rsidP="00235C69">
            <w:pPr>
              <w:jc w:val="center"/>
            </w:pPr>
            <w:r>
              <w:rPr>
                <w:rFonts w:eastAsia="Times New Roman" w:cs="Times New Roman"/>
                <w:color w:val="000000"/>
                <w:sz w:val="16"/>
                <w:szCs w:val="16"/>
              </w:rPr>
              <w:t>1*</w:t>
            </w:r>
          </w:p>
        </w:tc>
        <w:tc>
          <w:tcPr>
            <w:tcW w:w="2008" w:type="dxa"/>
            <w:tcMar>
              <w:top w:w="55" w:type="dxa"/>
              <w:left w:w="80" w:type="dxa"/>
              <w:bottom w:w="55" w:type="dxa"/>
              <w:right w:w="80" w:type="dxa"/>
            </w:tcMar>
            <w:vAlign w:val="center"/>
          </w:tcPr>
          <w:p w14:paraId="1A221D05" w14:textId="77777777" w:rsidR="004033AD" w:rsidRDefault="004033AD" w:rsidP="00235C69">
            <w:pPr>
              <w:jc w:val="center"/>
            </w:pPr>
            <w:r>
              <w:rPr>
                <w:rFonts w:eastAsia="Times New Roman" w:cs="Times New Roman"/>
                <w:color w:val="000000"/>
                <w:sz w:val="16"/>
                <w:szCs w:val="16"/>
              </w:rPr>
              <w:t>13</w:t>
            </w:r>
          </w:p>
        </w:tc>
        <w:tc>
          <w:tcPr>
            <w:tcW w:w="4116" w:type="dxa"/>
            <w:tcMar>
              <w:top w:w="55" w:type="dxa"/>
              <w:left w:w="80" w:type="dxa"/>
              <w:bottom w:w="55" w:type="dxa"/>
              <w:right w:w="80" w:type="dxa"/>
            </w:tcMar>
            <w:vAlign w:val="center"/>
          </w:tcPr>
          <w:p w14:paraId="29C00DAD" w14:textId="77777777" w:rsidR="004033AD" w:rsidRDefault="004033AD" w:rsidP="00235C69">
            <w:pPr>
              <w:jc w:val="center"/>
            </w:pPr>
            <w:r>
              <w:rPr>
                <w:rFonts w:eastAsia="Times New Roman" w:cs="Times New Roman"/>
                <w:color w:val="000000"/>
                <w:sz w:val="16"/>
                <w:szCs w:val="16"/>
              </w:rPr>
              <w:t>1*</w:t>
            </w:r>
          </w:p>
        </w:tc>
      </w:tr>
      <w:tr w:rsidR="004033AD" w14:paraId="0BEAF8B1" w14:textId="77777777" w:rsidTr="00235C69">
        <w:trPr>
          <w:cantSplit/>
        </w:trPr>
        <w:tc>
          <w:tcPr>
            <w:tcW w:w="2108" w:type="dxa"/>
            <w:tcMar>
              <w:top w:w="55" w:type="dxa"/>
              <w:left w:w="80" w:type="dxa"/>
              <w:bottom w:w="55" w:type="dxa"/>
              <w:right w:w="80" w:type="dxa"/>
            </w:tcMar>
            <w:vAlign w:val="center"/>
          </w:tcPr>
          <w:p w14:paraId="7D99F964" w14:textId="77777777" w:rsidR="004033AD" w:rsidRDefault="004033AD" w:rsidP="00235C69">
            <w:r>
              <w:rPr>
                <w:rFonts w:eastAsia="Times New Roman" w:cs="Times New Roman"/>
                <w:color w:val="000000"/>
                <w:sz w:val="16"/>
                <w:szCs w:val="16"/>
              </w:rPr>
              <w:t>R03_F02</w:t>
            </w:r>
          </w:p>
        </w:tc>
        <w:tc>
          <w:tcPr>
            <w:tcW w:w="2008" w:type="dxa"/>
            <w:tcMar>
              <w:top w:w="55" w:type="dxa"/>
              <w:left w:w="80" w:type="dxa"/>
              <w:bottom w:w="55" w:type="dxa"/>
              <w:right w:w="80" w:type="dxa"/>
            </w:tcMar>
            <w:vAlign w:val="center"/>
          </w:tcPr>
          <w:p w14:paraId="1701701C" w14:textId="77777777" w:rsidR="004033AD" w:rsidRDefault="004033AD" w:rsidP="00235C69">
            <w:pPr>
              <w:jc w:val="center"/>
            </w:pPr>
            <w:r>
              <w:rPr>
                <w:rFonts w:eastAsia="Times New Roman" w:cs="Times New Roman"/>
                <w:color w:val="000000"/>
                <w:sz w:val="16"/>
                <w:szCs w:val="16"/>
              </w:rPr>
              <w:t>26</w:t>
            </w:r>
          </w:p>
        </w:tc>
        <w:tc>
          <w:tcPr>
            <w:tcW w:w="2008" w:type="dxa"/>
            <w:tcMar>
              <w:top w:w="55" w:type="dxa"/>
              <w:left w:w="80" w:type="dxa"/>
              <w:bottom w:w="55" w:type="dxa"/>
              <w:right w:w="80" w:type="dxa"/>
            </w:tcMar>
            <w:vAlign w:val="center"/>
          </w:tcPr>
          <w:p w14:paraId="2D36A289" w14:textId="77777777" w:rsidR="004033AD" w:rsidRDefault="004033AD" w:rsidP="00235C69">
            <w:pPr>
              <w:jc w:val="center"/>
            </w:pPr>
            <w:r>
              <w:rPr>
                <w:rFonts w:eastAsia="Times New Roman" w:cs="Times New Roman"/>
                <w:color w:val="000000"/>
                <w:sz w:val="16"/>
                <w:szCs w:val="16"/>
              </w:rPr>
              <w:t>17</w:t>
            </w:r>
          </w:p>
        </w:tc>
        <w:tc>
          <w:tcPr>
            <w:tcW w:w="2008" w:type="dxa"/>
            <w:tcMar>
              <w:top w:w="55" w:type="dxa"/>
              <w:left w:w="80" w:type="dxa"/>
              <w:bottom w:w="55" w:type="dxa"/>
              <w:right w:w="80" w:type="dxa"/>
            </w:tcMar>
            <w:vAlign w:val="center"/>
          </w:tcPr>
          <w:p w14:paraId="24063CBC" w14:textId="77777777" w:rsidR="004033AD" w:rsidRDefault="004033AD" w:rsidP="00235C69">
            <w:pPr>
              <w:jc w:val="center"/>
            </w:pPr>
            <w:r>
              <w:rPr>
                <w:rFonts w:eastAsia="Times New Roman" w:cs="Times New Roman"/>
                <w:color w:val="000000"/>
                <w:sz w:val="16"/>
                <w:szCs w:val="16"/>
              </w:rPr>
              <w:t>17</w:t>
            </w:r>
          </w:p>
        </w:tc>
        <w:tc>
          <w:tcPr>
            <w:tcW w:w="2008" w:type="dxa"/>
            <w:tcMar>
              <w:top w:w="55" w:type="dxa"/>
              <w:left w:w="80" w:type="dxa"/>
              <w:bottom w:w="55" w:type="dxa"/>
              <w:right w:w="80" w:type="dxa"/>
            </w:tcMar>
            <w:vAlign w:val="center"/>
          </w:tcPr>
          <w:p w14:paraId="1E54BF68" w14:textId="77777777" w:rsidR="004033AD" w:rsidRDefault="004033AD" w:rsidP="00235C69">
            <w:pPr>
              <w:jc w:val="center"/>
            </w:pPr>
            <w:r>
              <w:rPr>
                <w:rFonts w:eastAsia="Times New Roman" w:cs="Times New Roman"/>
                <w:color w:val="000000"/>
                <w:sz w:val="16"/>
                <w:szCs w:val="16"/>
              </w:rPr>
              <w:t>1*</w:t>
            </w:r>
          </w:p>
        </w:tc>
        <w:tc>
          <w:tcPr>
            <w:tcW w:w="4116" w:type="dxa"/>
            <w:tcMar>
              <w:top w:w="55" w:type="dxa"/>
              <w:left w:w="80" w:type="dxa"/>
              <w:bottom w:w="55" w:type="dxa"/>
              <w:right w:w="80" w:type="dxa"/>
            </w:tcMar>
            <w:vAlign w:val="center"/>
          </w:tcPr>
          <w:p w14:paraId="343FBAB8" w14:textId="77777777" w:rsidR="004033AD" w:rsidRDefault="004033AD" w:rsidP="00235C69">
            <w:pPr>
              <w:jc w:val="center"/>
            </w:pPr>
            <w:r>
              <w:rPr>
                <w:rFonts w:eastAsia="Times New Roman" w:cs="Times New Roman"/>
                <w:color w:val="000000"/>
                <w:sz w:val="16"/>
                <w:szCs w:val="16"/>
              </w:rPr>
              <w:t>44</w:t>
            </w:r>
          </w:p>
        </w:tc>
      </w:tr>
      <w:tr w:rsidR="004033AD" w14:paraId="426908EA" w14:textId="77777777" w:rsidTr="00235C69">
        <w:trPr>
          <w:cantSplit/>
        </w:trPr>
        <w:tc>
          <w:tcPr>
            <w:tcW w:w="2108" w:type="dxa"/>
            <w:tcMar>
              <w:top w:w="55" w:type="dxa"/>
              <w:left w:w="80" w:type="dxa"/>
              <w:bottom w:w="55" w:type="dxa"/>
              <w:right w:w="80" w:type="dxa"/>
            </w:tcMar>
            <w:vAlign w:val="center"/>
          </w:tcPr>
          <w:p w14:paraId="50535B97" w14:textId="77777777" w:rsidR="004033AD" w:rsidRDefault="004033AD" w:rsidP="00235C69">
            <w:r>
              <w:rPr>
                <w:rFonts w:eastAsia="Times New Roman" w:cs="Times New Roman"/>
                <w:color w:val="000000"/>
                <w:sz w:val="16"/>
                <w:szCs w:val="16"/>
              </w:rPr>
              <w:t>R03_F03</w:t>
            </w:r>
          </w:p>
        </w:tc>
        <w:tc>
          <w:tcPr>
            <w:tcW w:w="2008" w:type="dxa"/>
            <w:tcMar>
              <w:top w:w="55" w:type="dxa"/>
              <w:left w:w="80" w:type="dxa"/>
              <w:bottom w:w="55" w:type="dxa"/>
              <w:right w:w="80" w:type="dxa"/>
            </w:tcMar>
            <w:vAlign w:val="center"/>
          </w:tcPr>
          <w:p w14:paraId="28EDA006" w14:textId="77777777" w:rsidR="004033AD" w:rsidRDefault="004033AD" w:rsidP="00235C69">
            <w:pPr>
              <w:jc w:val="center"/>
            </w:pPr>
            <w:r>
              <w:rPr>
                <w:rFonts w:eastAsia="Times New Roman" w:cs="Times New Roman"/>
                <w:color w:val="000000"/>
                <w:sz w:val="16"/>
                <w:szCs w:val="16"/>
              </w:rPr>
              <w:t>1*</w:t>
            </w:r>
          </w:p>
        </w:tc>
        <w:tc>
          <w:tcPr>
            <w:tcW w:w="2008" w:type="dxa"/>
            <w:tcMar>
              <w:top w:w="55" w:type="dxa"/>
              <w:left w:w="80" w:type="dxa"/>
              <w:bottom w:w="55" w:type="dxa"/>
              <w:right w:w="80" w:type="dxa"/>
            </w:tcMar>
            <w:vAlign w:val="center"/>
          </w:tcPr>
          <w:p w14:paraId="3F20DCCC" w14:textId="77777777" w:rsidR="004033AD" w:rsidRDefault="004033AD" w:rsidP="00235C69">
            <w:pPr>
              <w:jc w:val="center"/>
            </w:pPr>
            <w:r>
              <w:rPr>
                <w:rFonts w:eastAsia="Times New Roman" w:cs="Times New Roman"/>
                <w:color w:val="000000"/>
                <w:sz w:val="16"/>
                <w:szCs w:val="16"/>
              </w:rPr>
              <w:t>25</w:t>
            </w:r>
          </w:p>
        </w:tc>
        <w:tc>
          <w:tcPr>
            <w:tcW w:w="2008" w:type="dxa"/>
            <w:tcMar>
              <w:top w:w="55" w:type="dxa"/>
              <w:left w:w="80" w:type="dxa"/>
              <w:bottom w:w="55" w:type="dxa"/>
              <w:right w:w="80" w:type="dxa"/>
            </w:tcMar>
            <w:vAlign w:val="center"/>
          </w:tcPr>
          <w:p w14:paraId="6AC3570C" w14:textId="77777777" w:rsidR="004033AD" w:rsidRDefault="004033AD" w:rsidP="00235C69">
            <w:pPr>
              <w:jc w:val="center"/>
            </w:pPr>
            <w:r>
              <w:rPr>
                <w:rFonts w:eastAsia="Times New Roman" w:cs="Times New Roman"/>
                <w:color w:val="000000"/>
                <w:sz w:val="16"/>
                <w:szCs w:val="16"/>
              </w:rPr>
              <w:t>15</w:t>
            </w:r>
          </w:p>
        </w:tc>
        <w:tc>
          <w:tcPr>
            <w:tcW w:w="2008" w:type="dxa"/>
            <w:tcMar>
              <w:top w:w="55" w:type="dxa"/>
              <w:left w:w="80" w:type="dxa"/>
              <w:bottom w:w="55" w:type="dxa"/>
              <w:right w:w="80" w:type="dxa"/>
            </w:tcMar>
            <w:vAlign w:val="center"/>
          </w:tcPr>
          <w:p w14:paraId="62EF5880" w14:textId="77777777" w:rsidR="004033AD" w:rsidRDefault="004033AD" w:rsidP="00235C69">
            <w:pPr>
              <w:jc w:val="center"/>
            </w:pPr>
            <w:r>
              <w:rPr>
                <w:rFonts w:eastAsia="Times New Roman" w:cs="Times New Roman"/>
                <w:color w:val="000000"/>
                <w:sz w:val="16"/>
                <w:szCs w:val="16"/>
              </w:rPr>
              <w:t>5</w:t>
            </w:r>
          </w:p>
        </w:tc>
        <w:tc>
          <w:tcPr>
            <w:tcW w:w="4116" w:type="dxa"/>
            <w:tcMar>
              <w:top w:w="55" w:type="dxa"/>
              <w:left w:w="80" w:type="dxa"/>
              <w:bottom w:w="55" w:type="dxa"/>
              <w:right w:w="80" w:type="dxa"/>
            </w:tcMar>
            <w:vAlign w:val="center"/>
          </w:tcPr>
          <w:p w14:paraId="13230AFB" w14:textId="77777777" w:rsidR="004033AD" w:rsidRDefault="004033AD" w:rsidP="00235C69">
            <w:pPr>
              <w:jc w:val="center"/>
            </w:pPr>
            <w:r>
              <w:rPr>
                <w:rFonts w:eastAsia="Times New Roman" w:cs="Times New Roman"/>
                <w:color w:val="000000"/>
                <w:sz w:val="16"/>
                <w:szCs w:val="16"/>
              </w:rPr>
              <w:t>1*</w:t>
            </w:r>
          </w:p>
        </w:tc>
      </w:tr>
      <w:tr w:rsidR="004033AD" w14:paraId="2A1DDA6F" w14:textId="77777777" w:rsidTr="00235C69">
        <w:trPr>
          <w:cantSplit/>
        </w:trPr>
        <w:tc>
          <w:tcPr>
            <w:tcW w:w="2108" w:type="dxa"/>
            <w:tcMar>
              <w:top w:w="55" w:type="dxa"/>
              <w:left w:w="80" w:type="dxa"/>
              <w:bottom w:w="55" w:type="dxa"/>
              <w:right w:w="80" w:type="dxa"/>
            </w:tcMar>
            <w:vAlign w:val="center"/>
          </w:tcPr>
          <w:p w14:paraId="5287C8A8" w14:textId="77777777" w:rsidR="004033AD" w:rsidRDefault="004033AD" w:rsidP="00235C69">
            <w:r>
              <w:rPr>
                <w:rFonts w:eastAsia="Times New Roman" w:cs="Times New Roman"/>
                <w:color w:val="000000"/>
                <w:sz w:val="16"/>
                <w:szCs w:val="16"/>
              </w:rPr>
              <w:t>R03_F04</w:t>
            </w:r>
          </w:p>
        </w:tc>
        <w:tc>
          <w:tcPr>
            <w:tcW w:w="2008" w:type="dxa"/>
            <w:tcMar>
              <w:top w:w="55" w:type="dxa"/>
              <w:left w:w="80" w:type="dxa"/>
              <w:bottom w:w="55" w:type="dxa"/>
              <w:right w:w="80" w:type="dxa"/>
            </w:tcMar>
            <w:vAlign w:val="center"/>
          </w:tcPr>
          <w:p w14:paraId="3E29B218" w14:textId="77777777" w:rsidR="004033AD" w:rsidRDefault="004033AD" w:rsidP="00235C69">
            <w:pPr>
              <w:jc w:val="center"/>
            </w:pPr>
            <w:r>
              <w:rPr>
                <w:rFonts w:eastAsia="Times New Roman" w:cs="Times New Roman"/>
                <w:color w:val="000000"/>
                <w:sz w:val="16"/>
                <w:szCs w:val="16"/>
              </w:rPr>
              <w:t>39</w:t>
            </w:r>
          </w:p>
        </w:tc>
        <w:tc>
          <w:tcPr>
            <w:tcW w:w="2008" w:type="dxa"/>
            <w:tcMar>
              <w:top w:w="55" w:type="dxa"/>
              <w:left w:w="80" w:type="dxa"/>
              <w:bottom w:w="55" w:type="dxa"/>
              <w:right w:w="80" w:type="dxa"/>
            </w:tcMar>
            <w:vAlign w:val="center"/>
          </w:tcPr>
          <w:p w14:paraId="60A20D1F" w14:textId="77777777" w:rsidR="004033AD" w:rsidRDefault="004033AD" w:rsidP="00235C69">
            <w:pPr>
              <w:jc w:val="center"/>
            </w:pPr>
            <w:r>
              <w:rPr>
                <w:rFonts w:eastAsia="Times New Roman" w:cs="Times New Roman"/>
                <w:color w:val="000000"/>
                <w:sz w:val="16"/>
                <w:szCs w:val="16"/>
              </w:rPr>
              <w:t>48</w:t>
            </w:r>
          </w:p>
        </w:tc>
        <w:tc>
          <w:tcPr>
            <w:tcW w:w="2008" w:type="dxa"/>
            <w:tcMar>
              <w:top w:w="55" w:type="dxa"/>
              <w:left w:w="80" w:type="dxa"/>
              <w:bottom w:w="55" w:type="dxa"/>
              <w:right w:w="80" w:type="dxa"/>
            </w:tcMar>
            <w:vAlign w:val="center"/>
          </w:tcPr>
          <w:p w14:paraId="43DE4643" w14:textId="77777777" w:rsidR="004033AD" w:rsidRDefault="004033AD" w:rsidP="00235C69">
            <w:pPr>
              <w:jc w:val="center"/>
            </w:pPr>
            <w:r>
              <w:rPr>
                <w:rFonts w:eastAsia="Times New Roman" w:cs="Times New Roman"/>
                <w:color w:val="000000"/>
                <w:sz w:val="16"/>
                <w:szCs w:val="16"/>
              </w:rPr>
              <w:t>21</w:t>
            </w:r>
          </w:p>
        </w:tc>
        <w:tc>
          <w:tcPr>
            <w:tcW w:w="2008" w:type="dxa"/>
            <w:tcMar>
              <w:top w:w="55" w:type="dxa"/>
              <w:left w:w="80" w:type="dxa"/>
              <w:bottom w:w="55" w:type="dxa"/>
              <w:right w:w="80" w:type="dxa"/>
            </w:tcMar>
            <w:vAlign w:val="center"/>
          </w:tcPr>
          <w:p w14:paraId="413A56AD" w14:textId="77777777" w:rsidR="004033AD" w:rsidRDefault="004033AD" w:rsidP="00235C69">
            <w:pPr>
              <w:jc w:val="center"/>
            </w:pPr>
            <w:r>
              <w:rPr>
                <w:rFonts w:eastAsia="Times New Roman" w:cs="Times New Roman"/>
                <w:color w:val="000000"/>
                <w:sz w:val="16"/>
                <w:szCs w:val="16"/>
              </w:rPr>
              <w:t>35</w:t>
            </w:r>
          </w:p>
        </w:tc>
        <w:tc>
          <w:tcPr>
            <w:tcW w:w="4116" w:type="dxa"/>
            <w:tcMar>
              <w:top w:w="55" w:type="dxa"/>
              <w:left w:w="80" w:type="dxa"/>
              <w:bottom w:w="55" w:type="dxa"/>
              <w:right w:w="80" w:type="dxa"/>
            </w:tcMar>
            <w:vAlign w:val="center"/>
          </w:tcPr>
          <w:p w14:paraId="761BF89F" w14:textId="77777777" w:rsidR="004033AD" w:rsidRDefault="004033AD" w:rsidP="00235C69">
            <w:pPr>
              <w:jc w:val="center"/>
            </w:pPr>
            <w:r>
              <w:rPr>
                <w:rFonts w:eastAsia="Times New Roman" w:cs="Times New Roman"/>
                <w:color w:val="000000"/>
                <w:sz w:val="16"/>
                <w:szCs w:val="16"/>
              </w:rPr>
              <w:t>1*</w:t>
            </w:r>
          </w:p>
        </w:tc>
      </w:tr>
      <w:tr w:rsidR="004033AD" w14:paraId="737671D0" w14:textId="77777777" w:rsidTr="00235C69">
        <w:trPr>
          <w:cantSplit/>
        </w:trPr>
        <w:tc>
          <w:tcPr>
            <w:tcW w:w="2108" w:type="dxa"/>
            <w:tcMar>
              <w:top w:w="55" w:type="dxa"/>
              <w:left w:w="80" w:type="dxa"/>
              <w:bottom w:w="55" w:type="dxa"/>
              <w:right w:w="80" w:type="dxa"/>
            </w:tcMar>
            <w:vAlign w:val="center"/>
          </w:tcPr>
          <w:p w14:paraId="565192BD" w14:textId="77777777" w:rsidR="004033AD" w:rsidRDefault="004033AD" w:rsidP="00235C69">
            <w:r>
              <w:rPr>
                <w:rFonts w:eastAsia="Times New Roman" w:cs="Times New Roman"/>
                <w:color w:val="000000"/>
                <w:sz w:val="16"/>
                <w:szCs w:val="16"/>
              </w:rPr>
              <w:t>R03_F05</w:t>
            </w:r>
          </w:p>
        </w:tc>
        <w:tc>
          <w:tcPr>
            <w:tcW w:w="2008" w:type="dxa"/>
            <w:tcMar>
              <w:top w:w="55" w:type="dxa"/>
              <w:left w:w="80" w:type="dxa"/>
              <w:bottom w:w="55" w:type="dxa"/>
              <w:right w:w="80" w:type="dxa"/>
            </w:tcMar>
            <w:vAlign w:val="center"/>
          </w:tcPr>
          <w:p w14:paraId="12774244" w14:textId="77777777" w:rsidR="004033AD" w:rsidRDefault="004033AD" w:rsidP="00235C69">
            <w:pPr>
              <w:jc w:val="center"/>
            </w:pPr>
            <w:r>
              <w:rPr>
                <w:rFonts w:eastAsia="Times New Roman" w:cs="Times New Roman"/>
                <w:color w:val="000000"/>
                <w:sz w:val="16"/>
                <w:szCs w:val="16"/>
              </w:rPr>
              <w:t>20</w:t>
            </w:r>
          </w:p>
        </w:tc>
        <w:tc>
          <w:tcPr>
            <w:tcW w:w="2008" w:type="dxa"/>
            <w:tcMar>
              <w:top w:w="55" w:type="dxa"/>
              <w:left w:w="80" w:type="dxa"/>
              <w:bottom w:w="55" w:type="dxa"/>
              <w:right w:w="80" w:type="dxa"/>
            </w:tcMar>
            <w:vAlign w:val="center"/>
          </w:tcPr>
          <w:p w14:paraId="0435E9DF" w14:textId="77777777" w:rsidR="004033AD" w:rsidRDefault="004033AD" w:rsidP="00235C69">
            <w:pPr>
              <w:jc w:val="center"/>
            </w:pPr>
            <w:r>
              <w:rPr>
                <w:rFonts w:eastAsia="Times New Roman" w:cs="Times New Roman"/>
                <w:color w:val="000000"/>
                <w:sz w:val="16"/>
                <w:szCs w:val="16"/>
              </w:rPr>
              <w:t>24</w:t>
            </w:r>
          </w:p>
        </w:tc>
        <w:tc>
          <w:tcPr>
            <w:tcW w:w="2008" w:type="dxa"/>
            <w:tcMar>
              <w:top w:w="55" w:type="dxa"/>
              <w:left w:w="80" w:type="dxa"/>
              <w:bottom w:w="55" w:type="dxa"/>
              <w:right w:w="80" w:type="dxa"/>
            </w:tcMar>
            <w:vAlign w:val="center"/>
          </w:tcPr>
          <w:p w14:paraId="2359C836" w14:textId="77777777" w:rsidR="004033AD" w:rsidRDefault="004033AD" w:rsidP="00235C69">
            <w:pPr>
              <w:jc w:val="center"/>
            </w:pPr>
            <w:r>
              <w:rPr>
                <w:rFonts w:eastAsia="Times New Roman" w:cs="Times New Roman"/>
                <w:color w:val="000000"/>
                <w:sz w:val="16"/>
                <w:szCs w:val="16"/>
              </w:rPr>
              <w:t>1*</w:t>
            </w:r>
          </w:p>
        </w:tc>
        <w:tc>
          <w:tcPr>
            <w:tcW w:w="2008" w:type="dxa"/>
            <w:tcMar>
              <w:top w:w="55" w:type="dxa"/>
              <w:left w:w="80" w:type="dxa"/>
              <w:bottom w:w="55" w:type="dxa"/>
              <w:right w:w="80" w:type="dxa"/>
            </w:tcMar>
            <w:vAlign w:val="center"/>
          </w:tcPr>
          <w:p w14:paraId="46627BEF" w14:textId="77777777" w:rsidR="004033AD" w:rsidRDefault="004033AD" w:rsidP="00235C69">
            <w:pPr>
              <w:jc w:val="center"/>
            </w:pPr>
            <w:r>
              <w:rPr>
                <w:rFonts w:eastAsia="Times New Roman" w:cs="Times New Roman"/>
                <w:color w:val="000000"/>
                <w:sz w:val="16"/>
                <w:szCs w:val="16"/>
              </w:rPr>
              <w:t>1*</w:t>
            </w:r>
          </w:p>
        </w:tc>
        <w:tc>
          <w:tcPr>
            <w:tcW w:w="4116" w:type="dxa"/>
            <w:tcMar>
              <w:top w:w="55" w:type="dxa"/>
              <w:left w:w="80" w:type="dxa"/>
              <w:bottom w:w="55" w:type="dxa"/>
              <w:right w:w="80" w:type="dxa"/>
            </w:tcMar>
            <w:vAlign w:val="center"/>
          </w:tcPr>
          <w:p w14:paraId="4B396221" w14:textId="77777777" w:rsidR="004033AD" w:rsidRDefault="004033AD" w:rsidP="00235C69">
            <w:pPr>
              <w:jc w:val="center"/>
            </w:pPr>
            <w:r>
              <w:rPr>
                <w:rFonts w:eastAsia="Times New Roman" w:cs="Times New Roman"/>
                <w:color w:val="000000"/>
                <w:sz w:val="16"/>
                <w:szCs w:val="16"/>
              </w:rPr>
              <w:t>3</w:t>
            </w:r>
          </w:p>
        </w:tc>
      </w:tr>
      <w:tr w:rsidR="004033AD" w14:paraId="3B442DB6" w14:textId="77777777" w:rsidTr="00235C69">
        <w:trPr>
          <w:cantSplit/>
        </w:trPr>
        <w:tc>
          <w:tcPr>
            <w:tcW w:w="2108" w:type="dxa"/>
            <w:tcMar>
              <w:top w:w="55" w:type="dxa"/>
              <w:left w:w="80" w:type="dxa"/>
              <w:bottom w:w="55" w:type="dxa"/>
              <w:right w:w="80" w:type="dxa"/>
            </w:tcMar>
            <w:vAlign w:val="center"/>
          </w:tcPr>
          <w:p w14:paraId="21F932FF" w14:textId="77777777" w:rsidR="004033AD" w:rsidRDefault="004033AD" w:rsidP="00235C69">
            <w:r>
              <w:rPr>
                <w:rFonts w:eastAsia="Times New Roman" w:cs="Times New Roman"/>
                <w:color w:val="000000"/>
                <w:sz w:val="16"/>
                <w:szCs w:val="16"/>
              </w:rPr>
              <w:t>R04_F01</w:t>
            </w:r>
          </w:p>
        </w:tc>
        <w:tc>
          <w:tcPr>
            <w:tcW w:w="2008" w:type="dxa"/>
            <w:tcMar>
              <w:top w:w="55" w:type="dxa"/>
              <w:left w:w="80" w:type="dxa"/>
              <w:bottom w:w="55" w:type="dxa"/>
              <w:right w:w="80" w:type="dxa"/>
            </w:tcMar>
            <w:vAlign w:val="center"/>
          </w:tcPr>
          <w:p w14:paraId="702632FB" w14:textId="77777777" w:rsidR="004033AD" w:rsidRDefault="004033AD" w:rsidP="00235C69">
            <w:pPr>
              <w:jc w:val="center"/>
            </w:pPr>
            <w:r>
              <w:rPr>
                <w:rFonts w:eastAsia="Times New Roman" w:cs="Times New Roman"/>
                <w:color w:val="000000"/>
                <w:sz w:val="16"/>
                <w:szCs w:val="16"/>
              </w:rPr>
              <w:t>32</w:t>
            </w:r>
          </w:p>
        </w:tc>
        <w:tc>
          <w:tcPr>
            <w:tcW w:w="2008" w:type="dxa"/>
            <w:tcMar>
              <w:top w:w="55" w:type="dxa"/>
              <w:left w:w="80" w:type="dxa"/>
              <w:bottom w:w="55" w:type="dxa"/>
              <w:right w:w="80" w:type="dxa"/>
            </w:tcMar>
            <w:vAlign w:val="center"/>
          </w:tcPr>
          <w:p w14:paraId="047EB8EE" w14:textId="77777777" w:rsidR="004033AD" w:rsidRDefault="004033AD" w:rsidP="00235C69">
            <w:pPr>
              <w:jc w:val="center"/>
            </w:pPr>
            <w:r>
              <w:rPr>
                <w:rFonts w:eastAsia="Times New Roman" w:cs="Times New Roman"/>
                <w:color w:val="000000"/>
                <w:sz w:val="16"/>
                <w:szCs w:val="16"/>
              </w:rPr>
              <w:t>16</w:t>
            </w:r>
          </w:p>
        </w:tc>
        <w:tc>
          <w:tcPr>
            <w:tcW w:w="2008" w:type="dxa"/>
            <w:tcMar>
              <w:top w:w="55" w:type="dxa"/>
              <w:left w:w="80" w:type="dxa"/>
              <w:bottom w:w="55" w:type="dxa"/>
              <w:right w:w="80" w:type="dxa"/>
            </w:tcMar>
            <w:vAlign w:val="center"/>
          </w:tcPr>
          <w:p w14:paraId="0C892BC0" w14:textId="77777777" w:rsidR="004033AD" w:rsidRDefault="004033AD" w:rsidP="00235C69">
            <w:pPr>
              <w:jc w:val="center"/>
            </w:pPr>
            <w:r>
              <w:rPr>
                <w:rFonts w:eastAsia="Times New Roman" w:cs="Times New Roman"/>
                <w:color w:val="000000"/>
                <w:sz w:val="16"/>
                <w:szCs w:val="16"/>
              </w:rPr>
              <w:t>1*</w:t>
            </w:r>
          </w:p>
        </w:tc>
        <w:tc>
          <w:tcPr>
            <w:tcW w:w="2008" w:type="dxa"/>
            <w:tcMar>
              <w:top w:w="55" w:type="dxa"/>
              <w:left w:w="80" w:type="dxa"/>
              <w:bottom w:w="55" w:type="dxa"/>
              <w:right w:w="80" w:type="dxa"/>
            </w:tcMar>
            <w:vAlign w:val="center"/>
          </w:tcPr>
          <w:p w14:paraId="05601B74" w14:textId="77777777" w:rsidR="004033AD" w:rsidRDefault="004033AD" w:rsidP="00235C69">
            <w:pPr>
              <w:jc w:val="center"/>
            </w:pPr>
            <w:r>
              <w:rPr>
                <w:rFonts w:eastAsia="Times New Roman" w:cs="Times New Roman"/>
                <w:color w:val="000000"/>
                <w:sz w:val="16"/>
                <w:szCs w:val="16"/>
              </w:rPr>
              <w:t>1*</w:t>
            </w:r>
          </w:p>
        </w:tc>
        <w:tc>
          <w:tcPr>
            <w:tcW w:w="4116" w:type="dxa"/>
            <w:tcMar>
              <w:top w:w="55" w:type="dxa"/>
              <w:left w:w="80" w:type="dxa"/>
              <w:bottom w:w="55" w:type="dxa"/>
              <w:right w:w="80" w:type="dxa"/>
            </w:tcMar>
            <w:vAlign w:val="center"/>
          </w:tcPr>
          <w:p w14:paraId="5309D52E" w14:textId="77777777" w:rsidR="004033AD" w:rsidRDefault="004033AD" w:rsidP="00235C69">
            <w:pPr>
              <w:jc w:val="center"/>
            </w:pPr>
            <w:r>
              <w:rPr>
                <w:rFonts w:eastAsia="Times New Roman" w:cs="Times New Roman"/>
                <w:color w:val="000000"/>
                <w:sz w:val="16"/>
                <w:szCs w:val="16"/>
              </w:rPr>
              <w:t>1*</w:t>
            </w:r>
          </w:p>
        </w:tc>
      </w:tr>
      <w:tr w:rsidR="004033AD" w14:paraId="0255F198" w14:textId="77777777" w:rsidTr="00235C69">
        <w:trPr>
          <w:cantSplit/>
        </w:trPr>
        <w:tc>
          <w:tcPr>
            <w:tcW w:w="2108" w:type="dxa"/>
            <w:tcMar>
              <w:top w:w="55" w:type="dxa"/>
              <w:left w:w="80" w:type="dxa"/>
              <w:bottom w:w="55" w:type="dxa"/>
              <w:right w:w="80" w:type="dxa"/>
            </w:tcMar>
            <w:vAlign w:val="center"/>
          </w:tcPr>
          <w:p w14:paraId="419A7D74" w14:textId="77777777" w:rsidR="004033AD" w:rsidRDefault="004033AD" w:rsidP="00235C69">
            <w:r>
              <w:rPr>
                <w:rFonts w:eastAsia="Times New Roman" w:cs="Times New Roman"/>
                <w:color w:val="000000"/>
                <w:sz w:val="16"/>
                <w:szCs w:val="16"/>
              </w:rPr>
              <w:t>R04_F02</w:t>
            </w:r>
          </w:p>
        </w:tc>
        <w:tc>
          <w:tcPr>
            <w:tcW w:w="2008" w:type="dxa"/>
            <w:tcMar>
              <w:top w:w="55" w:type="dxa"/>
              <w:left w:w="80" w:type="dxa"/>
              <w:bottom w:w="55" w:type="dxa"/>
              <w:right w:w="80" w:type="dxa"/>
            </w:tcMar>
            <w:vAlign w:val="center"/>
          </w:tcPr>
          <w:p w14:paraId="5ECB98EA" w14:textId="77777777" w:rsidR="004033AD" w:rsidRDefault="004033AD" w:rsidP="00235C69">
            <w:pPr>
              <w:jc w:val="center"/>
            </w:pPr>
            <w:r>
              <w:rPr>
                <w:rFonts w:eastAsia="Times New Roman" w:cs="Times New Roman"/>
                <w:color w:val="000000"/>
                <w:sz w:val="16"/>
                <w:szCs w:val="16"/>
              </w:rPr>
              <w:t>14</w:t>
            </w:r>
          </w:p>
        </w:tc>
        <w:tc>
          <w:tcPr>
            <w:tcW w:w="2008" w:type="dxa"/>
            <w:tcMar>
              <w:top w:w="55" w:type="dxa"/>
              <w:left w:w="80" w:type="dxa"/>
              <w:bottom w:w="55" w:type="dxa"/>
              <w:right w:w="80" w:type="dxa"/>
            </w:tcMar>
            <w:vAlign w:val="center"/>
          </w:tcPr>
          <w:p w14:paraId="43B637AD" w14:textId="77777777" w:rsidR="004033AD" w:rsidRDefault="004033AD" w:rsidP="00235C69">
            <w:pPr>
              <w:jc w:val="center"/>
            </w:pPr>
            <w:r>
              <w:rPr>
                <w:rFonts w:eastAsia="Times New Roman" w:cs="Times New Roman"/>
                <w:color w:val="000000"/>
                <w:sz w:val="16"/>
                <w:szCs w:val="16"/>
              </w:rPr>
              <w:t>1*</w:t>
            </w:r>
          </w:p>
        </w:tc>
        <w:tc>
          <w:tcPr>
            <w:tcW w:w="2008" w:type="dxa"/>
            <w:tcMar>
              <w:top w:w="55" w:type="dxa"/>
              <w:left w:w="80" w:type="dxa"/>
              <w:bottom w:w="55" w:type="dxa"/>
              <w:right w:w="80" w:type="dxa"/>
            </w:tcMar>
            <w:vAlign w:val="center"/>
          </w:tcPr>
          <w:p w14:paraId="4082CC8D" w14:textId="77777777" w:rsidR="004033AD" w:rsidRDefault="004033AD" w:rsidP="00235C69">
            <w:pPr>
              <w:jc w:val="center"/>
            </w:pPr>
            <w:r>
              <w:rPr>
                <w:rFonts w:eastAsia="Times New Roman" w:cs="Times New Roman"/>
                <w:color w:val="000000"/>
                <w:sz w:val="16"/>
                <w:szCs w:val="16"/>
              </w:rPr>
              <w:t>1*</w:t>
            </w:r>
          </w:p>
        </w:tc>
        <w:tc>
          <w:tcPr>
            <w:tcW w:w="2008" w:type="dxa"/>
            <w:tcMar>
              <w:top w:w="55" w:type="dxa"/>
              <w:left w:w="80" w:type="dxa"/>
              <w:bottom w:w="55" w:type="dxa"/>
              <w:right w:w="80" w:type="dxa"/>
            </w:tcMar>
            <w:vAlign w:val="center"/>
          </w:tcPr>
          <w:p w14:paraId="74EE1BDB" w14:textId="77777777" w:rsidR="004033AD" w:rsidRDefault="004033AD" w:rsidP="00235C69">
            <w:pPr>
              <w:jc w:val="center"/>
            </w:pPr>
            <w:r>
              <w:rPr>
                <w:rFonts w:eastAsia="Times New Roman" w:cs="Times New Roman"/>
                <w:color w:val="000000"/>
                <w:sz w:val="16"/>
                <w:szCs w:val="16"/>
              </w:rPr>
              <w:t>3</w:t>
            </w:r>
          </w:p>
        </w:tc>
        <w:tc>
          <w:tcPr>
            <w:tcW w:w="4116" w:type="dxa"/>
            <w:tcMar>
              <w:top w:w="55" w:type="dxa"/>
              <w:left w:w="80" w:type="dxa"/>
              <w:bottom w:w="55" w:type="dxa"/>
              <w:right w:w="80" w:type="dxa"/>
            </w:tcMar>
            <w:vAlign w:val="center"/>
          </w:tcPr>
          <w:p w14:paraId="6DAF8A34" w14:textId="77777777" w:rsidR="004033AD" w:rsidRDefault="004033AD" w:rsidP="00235C69">
            <w:pPr>
              <w:jc w:val="center"/>
            </w:pPr>
            <w:r>
              <w:rPr>
                <w:rFonts w:eastAsia="Times New Roman" w:cs="Times New Roman"/>
                <w:color w:val="000000"/>
                <w:sz w:val="16"/>
                <w:szCs w:val="16"/>
              </w:rPr>
              <w:t>4</w:t>
            </w:r>
          </w:p>
        </w:tc>
      </w:tr>
      <w:tr w:rsidR="004033AD" w14:paraId="78CA9632" w14:textId="77777777" w:rsidTr="00235C69">
        <w:trPr>
          <w:cantSplit/>
        </w:trPr>
        <w:tc>
          <w:tcPr>
            <w:tcW w:w="2108" w:type="dxa"/>
            <w:tcMar>
              <w:top w:w="55" w:type="dxa"/>
              <w:left w:w="80" w:type="dxa"/>
              <w:bottom w:w="55" w:type="dxa"/>
              <w:right w:w="80" w:type="dxa"/>
            </w:tcMar>
            <w:vAlign w:val="center"/>
          </w:tcPr>
          <w:p w14:paraId="3621FBB5" w14:textId="77777777" w:rsidR="004033AD" w:rsidRDefault="004033AD" w:rsidP="00235C69">
            <w:r>
              <w:rPr>
                <w:rFonts w:eastAsia="Times New Roman" w:cs="Times New Roman"/>
                <w:color w:val="000000"/>
                <w:sz w:val="16"/>
                <w:szCs w:val="16"/>
              </w:rPr>
              <w:t>R04_F03</w:t>
            </w:r>
          </w:p>
        </w:tc>
        <w:tc>
          <w:tcPr>
            <w:tcW w:w="2008" w:type="dxa"/>
            <w:tcMar>
              <w:top w:w="55" w:type="dxa"/>
              <w:left w:w="80" w:type="dxa"/>
              <w:bottom w:w="55" w:type="dxa"/>
              <w:right w:w="80" w:type="dxa"/>
            </w:tcMar>
            <w:vAlign w:val="center"/>
          </w:tcPr>
          <w:p w14:paraId="50C21E08" w14:textId="77777777" w:rsidR="004033AD" w:rsidRDefault="004033AD" w:rsidP="00235C69">
            <w:pPr>
              <w:jc w:val="center"/>
            </w:pPr>
            <w:r>
              <w:rPr>
                <w:rFonts w:eastAsia="Times New Roman" w:cs="Times New Roman"/>
                <w:color w:val="000000"/>
                <w:sz w:val="16"/>
                <w:szCs w:val="16"/>
              </w:rPr>
              <w:t>6</w:t>
            </w:r>
          </w:p>
        </w:tc>
        <w:tc>
          <w:tcPr>
            <w:tcW w:w="2008" w:type="dxa"/>
            <w:tcMar>
              <w:top w:w="55" w:type="dxa"/>
              <w:left w:w="80" w:type="dxa"/>
              <w:bottom w:w="55" w:type="dxa"/>
              <w:right w:w="80" w:type="dxa"/>
            </w:tcMar>
            <w:vAlign w:val="center"/>
          </w:tcPr>
          <w:p w14:paraId="4206EA21" w14:textId="77777777" w:rsidR="004033AD" w:rsidRDefault="004033AD" w:rsidP="00235C69">
            <w:pPr>
              <w:jc w:val="center"/>
            </w:pPr>
            <w:r>
              <w:rPr>
                <w:rFonts w:eastAsia="Times New Roman" w:cs="Times New Roman"/>
                <w:color w:val="000000"/>
                <w:sz w:val="16"/>
                <w:szCs w:val="16"/>
              </w:rPr>
              <w:t>1*</w:t>
            </w:r>
          </w:p>
        </w:tc>
        <w:tc>
          <w:tcPr>
            <w:tcW w:w="2008" w:type="dxa"/>
            <w:tcMar>
              <w:top w:w="55" w:type="dxa"/>
              <w:left w:w="80" w:type="dxa"/>
              <w:bottom w:w="55" w:type="dxa"/>
              <w:right w:w="80" w:type="dxa"/>
            </w:tcMar>
            <w:vAlign w:val="center"/>
          </w:tcPr>
          <w:p w14:paraId="1E50C9EF" w14:textId="77777777" w:rsidR="004033AD" w:rsidRDefault="004033AD" w:rsidP="00235C69">
            <w:pPr>
              <w:jc w:val="center"/>
            </w:pPr>
            <w:r>
              <w:rPr>
                <w:rFonts w:eastAsia="Times New Roman" w:cs="Times New Roman"/>
                <w:color w:val="000000"/>
                <w:sz w:val="16"/>
                <w:szCs w:val="16"/>
              </w:rPr>
              <w:t>9</w:t>
            </w:r>
          </w:p>
        </w:tc>
        <w:tc>
          <w:tcPr>
            <w:tcW w:w="2008" w:type="dxa"/>
            <w:tcMar>
              <w:top w:w="55" w:type="dxa"/>
              <w:left w:w="80" w:type="dxa"/>
              <w:bottom w:w="55" w:type="dxa"/>
              <w:right w:w="80" w:type="dxa"/>
            </w:tcMar>
            <w:vAlign w:val="center"/>
          </w:tcPr>
          <w:p w14:paraId="1C5F966A" w14:textId="77777777" w:rsidR="004033AD" w:rsidRDefault="004033AD" w:rsidP="00235C69">
            <w:pPr>
              <w:jc w:val="center"/>
            </w:pPr>
            <w:r>
              <w:rPr>
                <w:rFonts w:eastAsia="Times New Roman" w:cs="Times New Roman"/>
                <w:color w:val="000000"/>
                <w:sz w:val="16"/>
                <w:szCs w:val="16"/>
              </w:rPr>
              <w:t>7</w:t>
            </w:r>
          </w:p>
        </w:tc>
        <w:tc>
          <w:tcPr>
            <w:tcW w:w="4116" w:type="dxa"/>
            <w:tcMar>
              <w:top w:w="55" w:type="dxa"/>
              <w:left w:w="80" w:type="dxa"/>
              <w:bottom w:w="55" w:type="dxa"/>
              <w:right w:w="80" w:type="dxa"/>
            </w:tcMar>
            <w:vAlign w:val="center"/>
          </w:tcPr>
          <w:p w14:paraId="1A1A2A04" w14:textId="77777777" w:rsidR="004033AD" w:rsidRDefault="004033AD" w:rsidP="00235C69">
            <w:pPr>
              <w:jc w:val="center"/>
            </w:pPr>
            <w:r>
              <w:rPr>
                <w:rFonts w:eastAsia="Times New Roman" w:cs="Times New Roman"/>
                <w:color w:val="000000"/>
                <w:sz w:val="16"/>
                <w:szCs w:val="16"/>
              </w:rPr>
              <w:t>1*</w:t>
            </w:r>
          </w:p>
        </w:tc>
      </w:tr>
      <w:tr w:rsidR="004033AD" w14:paraId="13002174" w14:textId="77777777" w:rsidTr="00235C69">
        <w:trPr>
          <w:cantSplit/>
        </w:trPr>
        <w:tc>
          <w:tcPr>
            <w:tcW w:w="2108" w:type="dxa"/>
            <w:tcMar>
              <w:top w:w="55" w:type="dxa"/>
              <w:left w:w="80" w:type="dxa"/>
              <w:bottom w:w="55" w:type="dxa"/>
              <w:right w:w="80" w:type="dxa"/>
            </w:tcMar>
            <w:vAlign w:val="center"/>
          </w:tcPr>
          <w:p w14:paraId="0EF0E597" w14:textId="77777777" w:rsidR="004033AD" w:rsidRDefault="004033AD" w:rsidP="00235C69">
            <w:r>
              <w:rPr>
                <w:rFonts w:eastAsia="Times New Roman" w:cs="Times New Roman"/>
                <w:color w:val="000000"/>
                <w:sz w:val="16"/>
                <w:szCs w:val="16"/>
              </w:rPr>
              <w:t>R04_F04</w:t>
            </w:r>
          </w:p>
        </w:tc>
        <w:tc>
          <w:tcPr>
            <w:tcW w:w="2008" w:type="dxa"/>
            <w:tcMar>
              <w:top w:w="55" w:type="dxa"/>
              <w:left w:w="80" w:type="dxa"/>
              <w:bottom w:w="55" w:type="dxa"/>
              <w:right w:w="80" w:type="dxa"/>
            </w:tcMar>
            <w:vAlign w:val="center"/>
          </w:tcPr>
          <w:p w14:paraId="4AA49B36" w14:textId="77777777" w:rsidR="004033AD" w:rsidRDefault="004033AD" w:rsidP="00235C69">
            <w:pPr>
              <w:jc w:val="center"/>
            </w:pPr>
            <w:r>
              <w:rPr>
                <w:rFonts w:eastAsia="Times New Roman" w:cs="Times New Roman"/>
                <w:color w:val="000000"/>
                <w:sz w:val="16"/>
                <w:szCs w:val="16"/>
              </w:rPr>
              <w:t>1*</w:t>
            </w:r>
          </w:p>
        </w:tc>
        <w:tc>
          <w:tcPr>
            <w:tcW w:w="2008" w:type="dxa"/>
            <w:tcMar>
              <w:top w:w="55" w:type="dxa"/>
              <w:left w:w="80" w:type="dxa"/>
              <w:bottom w:w="55" w:type="dxa"/>
              <w:right w:w="80" w:type="dxa"/>
            </w:tcMar>
            <w:vAlign w:val="center"/>
          </w:tcPr>
          <w:p w14:paraId="27E339CA" w14:textId="77777777" w:rsidR="004033AD" w:rsidRDefault="004033AD" w:rsidP="00235C69">
            <w:pPr>
              <w:jc w:val="center"/>
            </w:pPr>
            <w:r>
              <w:rPr>
                <w:rFonts w:eastAsia="Times New Roman" w:cs="Times New Roman"/>
                <w:color w:val="000000"/>
                <w:sz w:val="16"/>
                <w:szCs w:val="16"/>
              </w:rPr>
              <w:t>14</w:t>
            </w:r>
          </w:p>
        </w:tc>
        <w:tc>
          <w:tcPr>
            <w:tcW w:w="2008" w:type="dxa"/>
            <w:tcMar>
              <w:top w:w="55" w:type="dxa"/>
              <w:left w:w="80" w:type="dxa"/>
              <w:bottom w:w="55" w:type="dxa"/>
              <w:right w:w="80" w:type="dxa"/>
            </w:tcMar>
            <w:vAlign w:val="center"/>
          </w:tcPr>
          <w:p w14:paraId="532CC5AF" w14:textId="77777777" w:rsidR="004033AD" w:rsidRDefault="004033AD" w:rsidP="00235C69">
            <w:pPr>
              <w:jc w:val="center"/>
            </w:pPr>
            <w:r>
              <w:rPr>
                <w:rFonts w:eastAsia="Times New Roman" w:cs="Times New Roman"/>
                <w:color w:val="000000"/>
                <w:sz w:val="16"/>
                <w:szCs w:val="16"/>
              </w:rPr>
              <w:t>1*</w:t>
            </w:r>
          </w:p>
        </w:tc>
        <w:tc>
          <w:tcPr>
            <w:tcW w:w="2008" w:type="dxa"/>
            <w:tcMar>
              <w:top w:w="55" w:type="dxa"/>
              <w:left w:w="80" w:type="dxa"/>
              <w:bottom w:w="55" w:type="dxa"/>
              <w:right w:w="80" w:type="dxa"/>
            </w:tcMar>
            <w:vAlign w:val="center"/>
          </w:tcPr>
          <w:p w14:paraId="77A8B977" w14:textId="77777777" w:rsidR="004033AD" w:rsidRDefault="004033AD" w:rsidP="00235C69">
            <w:pPr>
              <w:jc w:val="center"/>
            </w:pPr>
            <w:r>
              <w:rPr>
                <w:rFonts w:eastAsia="Times New Roman" w:cs="Times New Roman"/>
                <w:color w:val="000000"/>
                <w:sz w:val="16"/>
                <w:szCs w:val="16"/>
              </w:rPr>
              <w:t>5</w:t>
            </w:r>
          </w:p>
        </w:tc>
        <w:tc>
          <w:tcPr>
            <w:tcW w:w="4116" w:type="dxa"/>
            <w:tcMar>
              <w:top w:w="55" w:type="dxa"/>
              <w:left w:w="80" w:type="dxa"/>
              <w:bottom w:w="55" w:type="dxa"/>
              <w:right w:w="80" w:type="dxa"/>
            </w:tcMar>
            <w:vAlign w:val="center"/>
          </w:tcPr>
          <w:p w14:paraId="1EE003D7" w14:textId="77777777" w:rsidR="004033AD" w:rsidRDefault="004033AD" w:rsidP="00235C69">
            <w:pPr>
              <w:jc w:val="center"/>
            </w:pPr>
            <w:r>
              <w:rPr>
                <w:rFonts w:eastAsia="Times New Roman" w:cs="Times New Roman"/>
                <w:color w:val="000000"/>
                <w:sz w:val="16"/>
                <w:szCs w:val="16"/>
              </w:rPr>
              <w:t>9</w:t>
            </w:r>
          </w:p>
        </w:tc>
      </w:tr>
      <w:tr w:rsidR="004033AD" w14:paraId="5E76AAF2" w14:textId="77777777" w:rsidTr="00235C69">
        <w:trPr>
          <w:cantSplit/>
        </w:trPr>
        <w:tc>
          <w:tcPr>
            <w:tcW w:w="2108" w:type="dxa"/>
            <w:tcMar>
              <w:top w:w="55" w:type="dxa"/>
              <w:left w:w="80" w:type="dxa"/>
              <w:bottom w:w="55" w:type="dxa"/>
              <w:right w:w="80" w:type="dxa"/>
            </w:tcMar>
            <w:vAlign w:val="center"/>
          </w:tcPr>
          <w:p w14:paraId="07102A86" w14:textId="77777777" w:rsidR="004033AD" w:rsidRDefault="004033AD" w:rsidP="00235C69">
            <w:r>
              <w:rPr>
                <w:rFonts w:eastAsia="Times New Roman" w:cs="Times New Roman"/>
                <w:color w:val="000000"/>
                <w:sz w:val="16"/>
                <w:szCs w:val="16"/>
              </w:rPr>
              <w:t>R04_F05</w:t>
            </w:r>
          </w:p>
        </w:tc>
        <w:tc>
          <w:tcPr>
            <w:tcW w:w="2008" w:type="dxa"/>
            <w:tcMar>
              <w:top w:w="55" w:type="dxa"/>
              <w:left w:w="80" w:type="dxa"/>
              <w:bottom w:w="55" w:type="dxa"/>
              <w:right w:w="80" w:type="dxa"/>
            </w:tcMar>
            <w:vAlign w:val="center"/>
          </w:tcPr>
          <w:p w14:paraId="123BFFD2" w14:textId="77777777" w:rsidR="004033AD" w:rsidRDefault="004033AD" w:rsidP="00235C69">
            <w:pPr>
              <w:jc w:val="center"/>
            </w:pPr>
            <w:r>
              <w:rPr>
                <w:rFonts w:eastAsia="Times New Roman" w:cs="Times New Roman"/>
                <w:color w:val="000000"/>
                <w:sz w:val="16"/>
                <w:szCs w:val="16"/>
              </w:rPr>
              <w:t>16</w:t>
            </w:r>
          </w:p>
        </w:tc>
        <w:tc>
          <w:tcPr>
            <w:tcW w:w="2008" w:type="dxa"/>
            <w:tcMar>
              <w:top w:w="55" w:type="dxa"/>
              <w:left w:w="80" w:type="dxa"/>
              <w:bottom w:w="55" w:type="dxa"/>
              <w:right w:w="80" w:type="dxa"/>
            </w:tcMar>
            <w:vAlign w:val="center"/>
          </w:tcPr>
          <w:p w14:paraId="22D1C40D" w14:textId="77777777" w:rsidR="004033AD" w:rsidRDefault="004033AD" w:rsidP="00235C69">
            <w:pPr>
              <w:jc w:val="center"/>
            </w:pPr>
            <w:r>
              <w:rPr>
                <w:rFonts w:eastAsia="Times New Roman" w:cs="Times New Roman"/>
                <w:color w:val="000000"/>
                <w:sz w:val="16"/>
                <w:szCs w:val="16"/>
              </w:rPr>
              <w:t>24</w:t>
            </w:r>
          </w:p>
        </w:tc>
        <w:tc>
          <w:tcPr>
            <w:tcW w:w="2008" w:type="dxa"/>
            <w:tcMar>
              <w:top w:w="55" w:type="dxa"/>
              <w:left w:w="80" w:type="dxa"/>
              <w:bottom w:w="55" w:type="dxa"/>
              <w:right w:w="80" w:type="dxa"/>
            </w:tcMar>
            <w:vAlign w:val="center"/>
          </w:tcPr>
          <w:p w14:paraId="645AF95E" w14:textId="77777777" w:rsidR="004033AD" w:rsidRDefault="004033AD" w:rsidP="00235C69">
            <w:pPr>
              <w:jc w:val="center"/>
            </w:pPr>
            <w:r>
              <w:rPr>
                <w:rFonts w:eastAsia="Times New Roman" w:cs="Times New Roman"/>
                <w:color w:val="000000"/>
                <w:sz w:val="16"/>
                <w:szCs w:val="16"/>
              </w:rPr>
              <w:t>21</w:t>
            </w:r>
          </w:p>
        </w:tc>
        <w:tc>
          <w:tcPr>
            <w:tcW w:w="2008" w:type="dxa"/>
            <w:tcMar>
              <w:top w:w="55" w:type="dxa"/>
              <w:left w:w="80" w:type="dxa"/>
              <w:bottom w:w="55" w:type="dxa"/>
              <w:right w:w="80" w:type="dxa"/>
            </w:tcMar>
            <w:vAlign w:val="center"/>
          </w:tcPr>
          <w:p w14:paraId="111D7267" w14:textId="77777777" w:rsidR="004033AD" w:rsidRDefault="004033AD" w:rsidP="00235C69">
            <w:pPr>
              <w:jc w:val="center"/>
            </w:pPr>
            <w:r>
              <w:rPr>
                <w:rFonts w:eastAsia="Times New Roman" w:cs="Times New Roman"/>
                <w:color w:val="000000"/>
                <w:sz w:val="16"/>
                <w:szCs w:val="16"/>
              </w:rPr>
              <w:t>17</w:t>
            </w:r>
          </w:p>
        </w:tc>
        <w:tc>
          <w:tcPr>
            <w:tcW w:w="4116" w:type="dxa"/>
            <w:tcMar>
              <w:top w:w="55" w:type="dxa"/>
              <w:left w:w="80" w:type="dxa"/>
              <w:bottom w:w="55" w:type="dxa"/>
              <w:right w:w="80" w:type="dxa"/>
            </w:tcMar>
            <w:vAlign w:val="center"/>
          </w:tcPr>
          <w:p w14:paraId="31BA986F" w14:textId="77777777" w:rsidR="004033AD" w:rsidRDefault="004033AD" w:rsidP="00235C69">
            <w:pPr>
              <w:jc w:val="center"/>
            </w:pPr>
            <w:r>
              <w:rPr>
                <w:rFonts w:eastAsia="Times New Roman" w:cs="Times New Roman"/>
                <w:color w:val="000000"/>
                <w:sz w:val="16"/>
                <w:szCs w:val="16"/>
              </w:rPr>
              <w:t>1*</w:t>
            </w:r>
          </w:p>
        </w:tc>
      </w:tr>
      <w:tr w:rsidR="004033AD" w14:paraId="79BDD54E" w14:textId="77777777" w:rsidTr="00235C69">
        <w:trPr>
          <w:cantSplit/>
        </w:trPr>
        <w:tc>
          <w:tcPr>
            <w:tcW w:w="2108" w:type="dxa"/>
            <w:tcMar>
              <w:top w:w="55" w:type="dxa"/>
              <w:left w:w="80" w:type="dxa"/>
              <w:bottom w:w="55" w:type="dxa"/>
              <w:right w:w="80" w:type="dxa"/>
            </w:tcMar>
            <w:vAlign w:val="center"/>
          </w:tcPr>
          <w:p w14:paraId="0988F0D7" w14:textId="77777777" w:rsidR="004033AD" w:rsidRDefault="004033AD" w:rsidP="00235C69">
            <w:r>
              <w:rPr>
                <w:rFonts w:eastAsia="Times New Roman" w:cs="Times New Roman"/>
                <w:color w:val="000000"/>
                <w:sz w:val="16"/>
                <w:szCs w:val="16"/>
              </w:rPr>
              <w:t>R05_F01</w:t>
            </w:r>
          </w:p>
        </w:tc>
        <w:tc>
          <w:tcPr>
            <w:tcW w:w="2008" w:type="dxa"/>
            <w:tcMar>
              <w:top w:w="55" w:type="dxa"/>
              <w:left w:w="80" w:type="dxa"/>
              <w:bottom w:w="55" w:type="dxa"/>
              <w:right w:w="80" w:type="dxa"/>
            </w:tcMar>
            <w:vAlign w:val="center"/>
          </w:tcPr>
          <w:p w14:paraId="658C234C" w14:textId="77777777" w:rsidR="004033AD" w:rsidRDefault="004033AD" w:rsidP="00235C69">
            <w:pPr>
              <w:jc w:val="center"/>
            </w:pPr>
            <w:r>
              <w:rPr>
                <w:rFonts w:eastAsia="Times New Roman" w:cs="Times New Roman"/>
                <w:color w:val="000000"/>
                <w:sz w:val="16"/>
                <w:szCs w:val="16"/>
              </w:rPr>
              <w:t>14</w:t>
            </w:r>
          </w:p>
        </w:tc>
        <w:tc>
          <w:tcPr>
            <w:tcW w:w="2008" w:type="dxa"/>
            <w:tcMar>
              <w:top w:w="55" w:type="dxa"/>
              <w:left w:w="80" w:type="dxa"/>
              <w:bottom w:w="55" w:type="dxa"/>
              <w:right w:w="80" w:type="dxa"/>
            </w:tcMar>
            <w:vAlign w:val="center"/>
          </w:tcPr>
          <w:p w14:paraId="4C33077B" w14:textId="77777777" w:rsidR="004033AD" w:rsidRDefault="004033AD" w:rsidP="00235C69">
            <w:pPr>
              <w:jc w:val="center"/>
            </w:pPr>
            <w:r>
              <w:rPr>
                <w:rFonts w:eastAsia="Times New Roman" w:cs="Times New Roman"/>
                <w:color w:val="000000"/>
                <w:sz w:val="16"/>
                <w:szCs w:val="16"/>
              </w:rPr>
              <w:t>43</w:t>
            </w:r>
          </w:p>
        </w:tc>
        <w:tc>
          <w:tcPr>
            <w:tcW w:w="2008" w:type="dxa"/>
            <w:tcMar>
              <w:top w:w="55" w:type="dxa"/>
              <w:left w:w="80" w:type="dxa"/>
              <w:bottom w:w="55" w:type="dxa"/>
              <w:right w:w="80" w:type="dxa"/>
            </w:tcMar>
            <w:vAlign w:val="center"/>
          </w:tcPr>
          <w:p w14:paraId="5CB2D099" w14:textId="77777777" w:rsidR="004033AD" w:rsidRDefault="004033AD" w:rsidP="00235C69">
            <w:pPr>
              <w:jc w:val="center"/>
            </w:pPr>
            <w:r>
              <w:rPr>
                <w:rFonts w:eastAsia="Times New Roman" w:cs="Times New Roman"/>
                <w:color w:val="000000"/>
                <w:sz w:val="16"/>
                <w:szCs w:val="16"/>
              </w:rPr>
              <w:t>6</w:t>
            </w:r>
          </w:p>
        </w:tc>
        <w:tc>
          <w:tcPr>
            <w:tcW w:w="2008" w:type="dxa"/>
            <w:tcMar>
              <w:top w:w="55" w:type="dxa"/>
              <w:left w:w="80" w:type="dxa"/>
              <w:bottom w:w="55" w:type="dxa"/>
              <w:right w:w="80" w:type="dxa"/>
            </w:tcMar>
            <w:vAlign w:val="center"/>
          </w:tcPr>
          <w:p w14:paraId="52F97265" w14:textId="77777777" w:rsidR="004033AD" w:rsidRDefault="004033AD" w:rsidP="00235C69">
            <w:pPr>
              <w:jc w:val="center"/>
            </w:pPr>
            <w:r>
              <w:rPr>
                <w:rFonts w:eastAsia="Times New Roman" w:cs="Times New Roman"/>
                <w:color w:val="000000"/>
                <w:sz w:val="16"/>
                <w:szCs w:val="16"/>
              </w:rPr>
              <w:t>8</w:t>
            </w:r>
          </w:p>
        </w:tc>
        <w:tc>
          <w:tcPr>
            <w:tcW w:w="4116" w:type="dxa"/>
            <w:tcMar>
              <w:top w:w="55" w:type="dxa"/>
              <w:left w:w="80" w:type="dxa"/>
              <w:bottom w:w="55" w:type="dxa"/>
              <w:right w:w="80" w:type="dxa"/>
            </w:tcMar>
            <w:vAlign w:val="center"/>
          </w:tcPr>
          <w:p w14:paraId="46A66D59" w14:textId="77777777" w:rsidR="004033AD" w:rsidRDefault="004033AD" w:rsidP="00235C69">
            <w:pPr>
              <w:jc w:val="center"/>
            </w:pPr>
            <w:r>
              <w:rPr>
                <w:rFonts w:eastAsia="Times New Roman" w:cs="Times New Roman"/>
                <w:color w:val="000000"/>
                <w:sz w:val="16"/>
                <w:szCs w:val="16"/>
              </w:rPr>
              <w:t>13</w:t>
            </w:r>
          </w:p>
        </w:tc>
      </w:tr>
      <w:tr w:rsidR="004033AD" w14:paraId="7E08BDAD" w14:textId="77777777" w:rsidTr="00235C69">
        <w:trPr>
          <w:cantSplit/>
        </w:trPr>
        <w:tc>
          <w:tcPr>
            <w:tcW w:w="2108" w:type="dxa"/>
            <w:tcMar>
              <w:top w:w="55" w:type="dxa"/>
              <w:left w:w="80" w:type="dxa"/>
              <w:bottom w:w="55" w:type="dxa"/>
              <w:right w:w="80" w:type="dxa"/>
            </w:tcMar>
            <w:vAlign w:val="center"/>
          </w:tcPr>
          <w:p w14:paraId="02AD19B6" w14:textId="77777777" w:rsidR="004033AD" w:rsidRDefault="004033AD" w:rsidP="00235C69">
            <w:r>
              <w:rPr>
                <w:rFonts w:eastAsia="Times New Roman" w:cs="Times New Roman"/>
                <w:color w:val="000000"/>
                <w:sz w:val="16"/>
                <w:szCs w:val="16"/>
              </w:rPr>
              <w:t>R05_F02</w:t>
            </w:r>
          </w:p>
        </w:tc>
        <w:tc>
          <w:tcPr>
            <w:tcW w:w="2008" w:type="dxa"/>
            <w:tcMar>
              <w:top w:w="55" w:type="dxa"/>
              <w:left w:w="80" w:type="dxa"/>
              <w:bottom w:w="55" w:type="dxa"/>
              <w:right w:w="80" w:type="dxa"/>
            </w:tcMar>
            <w:vAlign w:val="center"/>
          </w:tcPr>
          <w:p w14:paraId="45BFFEB5" w14:textId="77777777" w:rsidR="004033AD" w:rsidRDefault="004033AD" w:rsidP="00235C69">
            <w:pPr>
              <w:jc w:val="center"/>
            </w:pPr>
            <w:r>
              <w:rPr>
                <w:rFonts w:eastAsia="Times New Roman" w:cs="Times New Roman"/>
                <w:color w:val="000000"/>
                <w:sz w:val="16"/>
                <w:szCs w:val="16"/>
              </w:rPr>
              <w:t>13</w:t>
            </w:r>
          </w:p>
        </w:tc>
        <w:tc>
          <w:tcPr>
            <w:tcW w:w="2008" w:type="dxa"/>
            <w:tcMar>
              <w:top w:w="55" w:type="dxa"/>
              <w:left w:w="80" w:type="dxa"/>
              <w:bottom w:w="55" w:type="dxa"/>
              <w:right w:w="80" w:type="dxa"/>
            </w:tcMar>
            <w:vAlign w:val="center"/>
          </w:tcPr>
          <w:p w14:paraId="719B4A4F" w14:textId="77777777" w:rsidR="004033AD" w:rsidRDefault="004033AD" w:rsidP="00235C69">
            <w:pPr>
              <w:jc w:val="center"/>
            </w:pPr>
            <w:r>
              <w:rPr>
                <w:rFonts w:eastAsia="Times New Roman" w:cs="Times New Roman"/>
                <w:color w:val="000000"/>
                <w:sz w:val="16"/>
                <w:szCs w:val="16"/>
              </w:rPr>
              <w:t>48</w:t>
            </w:r>
          </w:p>
        </w:tc>
        <w:tc>
          <w:tcPr>
            <w:tcW w:w="2008" w:type="dxa"/>
            <w:tcMar>
              <w:top w:w="55" w:type="dxa"/>
              <w:left w:w="80" w:type="dxa"/>
              <w:bottom w:w="55" w:type="dxa"/>
              <w:right w:w="80" w:type="dxa"/>
            </w:tcMar>
            <w:vAlign w:val="center"/>
          </w:tcPr>
          <w:p w14:paraId="6D7EA066" w14:textId="77777777" w:rsidR="004033AD" w:rsidRDefault="004033AD" w:rsidP="00235C69">
            <w:pPr>
              <w:jc w:val="center"/>
            </w:pPr>
            <w:r>
              <w:rPr>
                <w:rFonts w:eastAsia="Times New Roman" w:cs="Times New Roman"/>
                <w:color w:val="000000"/>
                <w:sz w:val="16"/>
                <w:szCs w:val="16"/>
              </w:rPr>
              <w:t>1*</w:t>
            </w:r>
          </w:p>
        </w:tc>
        <w:tc>
          <w:tcPr>
            <w:tcW w:w="2008" w:type="dxa"/>
            <w:tcMar>
              <w:top w:w="55" w:type="dxa"/>
              <w:left w:w="80" w:type="dxa"/>
              <w:bottom w:w="55" w:type="dxa"/>
              <w:right w:w="80" w:type="dxa"/>
            </w:tcMar>
            <w:vAlign w:val="center"/>
          </w:tcPr>
          <w:p w14:paraId="2DDC51E1" w14:textId="77777777" w:rsidR="004033AD" w:rsidRDefault="004033AD" w:rsidP="00235C69">
            <w:pPr>
              <w:jc w:val="center"/>
            </w:pPr>
            <w:r>
              <w:rPr>
                <w:rFonts w:eastAsia="Times New Roman" w:cs="Times New Roman"/>
                <w:color w:val="000000"/>
                <w:sz w:val="16"/>
                <w:szCs w:val="16"/>
              </w:rPr>
              <w:t>4</w:t>
            </w:r>
          </w:p>
        </w:tc>
        <w:tc>
          <w:tcPr>
            <w:tcW w:w="4116" w:type="dxa"/>
            <w:tcMar>
              <w:top w:w="55" w:type="dxa"/>
              <w:left w:w="80" w:type="dxa"/>
              <w:bottom w:w="55" w:type="dxa"/>
              <w:right w:w="80" w:type="dxa"/>
            </w:tcMar>
            <w:vAlign w:val="center"/>
          </w:tcPr>
          <w:p w14:paraId="783E0312" w14:textId="77777777" w:rsidR="004033AD" w:rsidRDefault="004033AD" w:rsidP="00235C69">
            <w:pPr>
              <w:jc w:val="center"/>
            </w:pPr>
            <w:r>
              <w:rPr>
                <w:rFonts w:eastAsia="Times New Roman" w:cs="Times New Roman"/>
                <w:color w:val="000000"/>
                <w:sz w:val="16"/>
                <w:szCs w:val="16"/>
              </w:rPr>
              <w:t>30</w:t>
            </w:r>
          </w:p>
        </w:tc>
      </w:tr>
      <w:tr w:rsidR="004033AD" w14:paraId="3D9E5E97" w14:textId="77777777" w:rsidTr="00235C69">
        <w:trPr>
          <w:cantSplit/>
        </w:trPr>
        <w:tc>
          <w:tcPr>
            <w:tcW w:w="2108" w:type="dxa"/>
            <w:tcMar>
              <w:top w:w="55" w:type="dxa"/>
              <w:left w:w="80" w:type="dxa"/>
              <w:bottom w:w="55" w:type="dxa"/>
              <w:right w:w="80" w:type="dxa"/>
            </w:tcMar>
            <w:vAlign w:val="center"/>
          </w:tcPr>
          <w:p w14:paraId="306184AB" w14:textId="77777777" w:rsidR="004033AD" w:rsidRDefault="004033AD" w:rsidP="00235C69">
            <w:r>
              <w:rPr>
                <w:rFonts w:eastAsia="Times New Roman" w:cs="Times New Roman"/>
                <w:color w:val="000000"/>
                <w:sz w:val="16"/>
                <w:szCs w:val="16"/>
              </w:rPr>
              <w:t>R05_F03</w:t>
            </w:r>
          </w:p>
        </w:tc>
        <w:tc>
          <w:tcPr>
            <w:tcW w:w="2008" w:type="dxa"/>
            <w:tcMar>
              <w:top w:w="55" w:type="dxa"/>
              <w:left w:w="80" w:type="dxa"/>
              <w:bottom w:w="55" w:type="dxa"/>
              <w:right w:w="80" w:type="dxa"/>
            </w:tcMar>
            <w:vAlign w:val="center"/>
          </w:tcPr>
          <w:p w14:paraId="282B607A" w14:textId="77777777" w:rsidR="004033AD" w:rsidRDefault="004033AD" w:rsidP="00235C69">
            <w:pPr>
              <w:jc w:val="center"/>
            </w:pPr>
            <w:r>
              <w:rPr>
                <w:rFonts w:eastAsia="Times New Roman" w:cs="Times New Roman"/>
                <w:color w:val="000000"/>
                <w:sz w:val="16"/>
                <w:szCs w:val="16"/>
              </w:rPr>
              <w:t>31</w:t>
            </w:r>
          </w:p>
        </w:tc>
        <w:tc>
          <w:tcPr>
            <w:tcW w:w="2008" w:type="dxa"/>
            <w:tcMar>
              <w:top w:w="55" w:type="dxa"/>
              <w:left w:w="80" w:type="dxa"/>
              <w:bottom w:w="55" w:type="dxa"/>
              <w:right w:w="80" w:type="dxa"/>
            </w:tcMar>
            <w:vAlign w:val="center"/>
          </w:tcPr>
          <w:p w14:paraId="2320DF52" w14:textId="77777777" w:rsidR="004033AD" w:rsidRDefault="004033AD" w:rsidP="00235C69">
            <w:pPr>
              <w:jc w:val="center"/>
            </w:pPr>
            <w:r>
              <w:rPr>
                <w:rFonts w:eastAsia="Times New Roman" w:cs="Times New Roman"/>
                <w:color w:val="000000"/>
                <w:sz w:val="16"/>
                <w:szCs w:val="16"/>
              </w:rPr>
              <w:t>34</w:t>
            </w:r>
          </w:p>
        </w:tc>
        <w:tc>
          <w:tcPr>
            <w:tcW w:w="2008" w:type="dxa"/>
            <w:tcMar>
              <w:top w:w="55" w:type="dxa"/>
              <w:left w:w="80" w:type="dxa"/>
              <w:bottom w:w="55" w:type="dxa"/>
              <w:right w:w="80" w:type="dxa"/>
            </w:tcMar>
            <w:vAlign w:val="center"/>
          </w:tcPr>
          <w:p w14:paraId="3F240CB4" w14:textId="77777777" w:rsidR="004033AD" w:rsidRDefault="004033AD" w:rsidP="00235C69">
            <w:pPr>
              <w:jc w:val="center"/>
            </w:pPr>
            <w:r>
              <w:rPr>
                <w:rFonts w:eastAsia="Times New Roman" w:cs="Times New Roman"/>
                <w:color w:val="000000"/>
                <w:sz w:val="16"/>
                <w:szCs w:val="16"/>
              </w:rPr>
              <w:t>12</w:t>
            </w:r>
          </w:p>
        </w:tc>
        <w:tc>
          <w:tcPr>
            <w:tcW w:w="2008" w:type="dxa"/>
            <w:tcMar>
              <w:top w:w="55" w:type="dxa"/>
              <w:left w:w="80" w:type="dxa"/>
              <w:bottom w:w="55" w:type="dxa"/>
              <w:right w:w="80" w:type="dxa"/>
            </w:tcMar>
            <w:vAlign w:val="center"/>
          </w:tcPr>
          <w:p w14:paraId="65082CE8" w14:textId="77777777" w:rsidR="004033AD" w:rsidRDefault="004033AD" w:rsidP="00235C69">
            <w:pPr>
              <w:jc w:val="center"/>
            </w:pPr>
            <w:r>
              <w:rPr>
                <w:rFonts w:eastAsia="Times New Roman" w:cs="Times New Roman"/>
                <w:color w:val="000000"/>
                <w:sz w:val="16"/>
                <w:szCs w:val="16"/>
              </w:rPr>
              <w:t>1*</w:t>
            </w:r>
          </w:p>
        </w:tc>
        <w:tc>
          <w:tcPr>
            <w:tcW w:w="4116" w:type="dxa"/>
            <w:tcMar>
              <w:top w:w="55" w:type="dxa"/>
              <w:left w:w="80" w:type="dxa"/>
              <w:bottom w:w="55" w:type="dxa"/>
              <w:right w:w="80" w:type="dxa"/>
            </w:tcMar>
            <w:vAlign w:val="center"/>
          </w:tcPr>
          <w:p w14:paraId="05AFA01E" w14:textId="77777777" w:rsidR="004033AD" w:rsidRDefault="004033AD" w:rsidP="00235C69">
            <w:pPr>
              <w:jc w:val="center"/>
            </w:pPr>
            <w:r>
              <w:rPr>
                <w:rFonts w:eastAsia="Times New Roman" w:cs="Times New Roman"/>
                <w:color w:val="000000"/>
                <w:sz w:val="16"/>
                <w:szCs w:val="16"/>
              </w:rPr>
              <w:t>3</w:t>
            </w:r>
          </w:p>
        </w:tc>
      </w:tr>
      <w:tr w:rsidR="004033AD" w14:paraId="1E53A9C0" w14:textId="77777777" w:rsidTr="00235C69">
        <w:trPr>
          <w:cantSplit/>
        </w:trPr>
        <w:tc>
          <w:tcPr>
            <w:tcW w:w="2108" w:type="dxa"/>
            <w:tcMar>
              <w:top w:w="55" w:type="dxa"/>
              <w:left w:w="80" w:type="dxa"/>
              <w:bottom w:w="55" w:type="dxa"/>
              <w:right w:w="80" w:type="dxa"/>
            </w:tcMar>
            <w:vAlign w:val="center"/>
          </w:tcPr>
          <w:p w14:paraId="7F9F8977" w14:textId="77777777" w:rsidR="004033AD" w:rsidRDefault="004033AD" w:rsidP="00235C69">
            <w:r>
              <w:rPr>
                <w:rFonts w:eastAsia="Times New Roman" w:cs="Times New Roman"/>
                <w:color w:val="000000"/>
                <w:sz w:val="16"/>
                <w:szCs w:val="16"/>
              </w:rPr>
              <w:t>R05_F04</w:t>
            </w:r>
          </w:p>
        </w:tc>
        <w:tc>
          <w:tcPr>
            <w:tcW w:w="2008" w:type="dxa"/>
            <w:tcMar>
              <w:top w:w="55" w:type="dxa"/>
              <w:left w:w="80" w:type="dxa"/>
              <w:bottom w:w="55" w:type="dxa"/>
              <w:right w:w="80" w:type="dxa"/>
            </w:tcMar>
            <w:vAlign w:val="center"/>
          </w:tcPr>
          <w:p w14:paraId="2669866E" w14:textId="77777777" w:rsidR="004033AD" w:rsidRDefault="004033AD" w:rsidP="00235C69">
            <w:pPr>
              <w:jc w:val="center"/>
            </w:pPr>
            <w:r>
              <w:rPr>
                <w:rFonts w:eastAsia="Times New Roman" w:cs="Times New Roman"/>
                <w:color w:val="000000"/>
                <w:sz w:val="16"/>
                <w:szCs w:val="16"/>
              </w:rPr>
              <w:t>11</w:t>
            </w:r>
          </w:p>
        </w:tc>
        <w:tc>
          <w:tcPr>
            <w:tcW w:w="2008" w:type="dxa"/>
            <w:tcMar>
              <w:top w:w="55" w:type="dxa"/>
              <w:left w:w="80" w:type="dxa"/>
              <w:bottom w:w="55" w:type="dxa"/>
              <w:right w:w="80" w:type="dxa"/>
            </w:tcMar>
            <w:vAlign w:val="center"/>
          </w:tcPr>
          <w:p w14:paraId="3956E887" w14:textId="77777777" w:rsidR="004033AD" w:rsidRDefault="004033AD" w:rsidP="00235C69">
            <w:pPr>
              <w:jc w:val="center"/>
            </w:pPr>
            <w:r>
              <w:rPr>
                <w:rFonts w:eastAsia="Times New Roman" w:cs="Times New Roman"/>
                <w:color w:val="000000"/>
                <w:sz w:val="16"/>
                <w:szCs w:val="16"/>
              </w:rPr>
              <w:t>31</w:t>
            </w:r>
          </w:p>
        </w:tc>
        <w:tc>
          <w:tcPr>
            <w:tcW w:w="2008" w:type="dxa"/>
            <w:tcMar>
              <w:top w:w="55" w:type="dxa"/>
              <w:left w:w="80" w:type="dxa"/>
              <w:bottom w:w="55" w:type="dxa"/>
              <w:right w:w="80" w:type="dxa"/>
            </w:tcMar>
            <w:vAlign w:val="center"/>
          </w:tcPr>
          <w:p w14:paraId="56235038" w14:textId="77777777" w:rsidR="004033AD" w:rsidRDefault="004033AD" w:rsidP="00235C69">
            <w:pPr>
              <w:jc w:val="center"/>
            </w:pPr>
            <w:r>
              <w:rPr>
                <w:rFonts w:eastAsia="Times New Roman" w:cs="Times New Roman"/>
                <w:color w:val="000000"/>
                <w:sz w:val="16"/>
                <w:szCs w:val="16"/>
              </w:rPr>
              <w:t>1*</w:t>
            </w:r>
          </w:p>
        </w:tc>
        <w:tc>
          <w:tcPr>
            <w:tcW w:w="2008" w:type="dxa"/>
            <w:tcMar>
              <w:top w:w="55" w:type="dxa"/>
              <w:left w:w="80" w:type="dxa"/>
              <w:bottom w:w="55" w:type="dxa"/>
              <w:right w:w="80" w:type="dxa"/>
            </w:tcMar>
            <w:vAlign w:val="center"/>
          </w:tcPr>
          <w:p w14:paraId="23C951A2" w14:textId="77777777" w:rsidR="004033AD" w:rsidRDefault="004033AD" w:rsidP="00235C69">
            <w:pPr>
              <w:jc w:val="center"/>
            </w:pPr>
            <w:r>
              <w:rPr>
                <w:rFonts w:eastAsia="Times New Roman" w:cs="Times New Roman"/>
                <w:color w:val="000000"/>
                <w:sz w:val="16"/>
                <w:szCs w:val="16"/>
              </w:rPr>
              <w:t>29</w:t>
            </w:r>
          </w:p>
        </w:tc>
        <w:tc>
          <w:tcPr>
            <w:tcW w:w="4116" w:type="dxa"/>
            <w:tcMar>
              <w:top w:w="55" w:type="dxa"/>
              <w:left w:w="80" w:type="dxa"/>
              <w:bottom w:w="55" w:type="dxa"/>
              <w:right w:w="80" w:type="dxa"/>
            </w:tcMar>
            <w:vAlign w:val="center"/>
          </w:tcPr>
          <w:p w14:paraId="7D4D6CCB" w14:textId="77777777" w:rsidR="004033AD" w:rsidRDefault="004033AD" w:rsidP="00235C69">
            <w:pPr>
              <w:jc w:val="center"/>
            </w:pPr>
            <w:r>
              <w:rPr>
                <w:rFonts w:eastAsia="Times New Roman" w:cs="Times New Roman"/>
                <w:color w:val="000000"/>
                <w:sz w:val="16"/>
                <w:szCs w:val="16"/>
              </w:rPr>
              <w:t>1*</w:t>
            </w:r>
          </w:p>
        </w:tc>
      </w:tr>
      <w:tr w:rsidR="004033AD" w14:paraId="10B0C786" w14:textId="77777777" w:rsidTr="00235C69">
        <w:trPr>
          <w:cantSplit/>
        </w:trPr>
        <w:tc>
          <w:tcPr>
            <w:tcW w:w="2108" w:type="dxa"/>
            <w:tcMar>
              <w:top w:w="55" w:type="dxa"/>
              <w:left w:w="80" w:type="dxa"/>
              <w:bottom w:w="55" w:type="dxa"/>
              <w:right w:w="80" w:type="dxa"/>
            </w:tcMar>
            <w:vAlign w:val="center"/>
          </w:tcPr>
          <w:p w14:paraId="0AA3E3ED" w14:textId="77777777" w:rsidR="004033AD" w:rsidRDefault="004033AD" w:rsidP="00235C69">
            <w:r>
              <w:rPr>
                <w:rFonts w:eastAsia="Times New Roman" w:cs="Times New Roman"/>
                <w:color w:val="000000"/>
                <w:sz w:val="16"/>
                <w:szCs w:val="16"/>
              </w:rPr>
              <w:t>R05_F05</w:t>
            </w:r>
          </w:p>
        </w:tc>
        <w:tc>
          <w:tcPr>
            <w:tcW w:w="2008" w:type="dxa"/>
            <w:tcMar>
              <w:top w:w="55" w:type="dxa"/>
              <w:left w:w="80" w:type="dxa"/>
              <w:bottom w:w="55" w:type="dxa"/>
              <w:right w:w="80" w:type="dxa"/>
            </w:tcMar>
            <w:vAlign w:val="center"/>
          </w:tcPr>
          <w:p w14:paraId="4C6B9EEA" w14:textId="77777777" w:rsidR="004033AD" w:rsidRDefault="004033AD" w:rsidP="00235C69">
            <w:pPr>
              <w:jc w:val="center"/>
            </w:pPr>
            <w:r>
              <w:rPr>
                <w:rFonts w:eastAsia="Times New Roman" w:cs="Times New Roman"/>
                <w:color w:val="000000"/>
                <w:sz w:val="16"/>
                <w:szCs w:val="16"/>
              </w:rPr>
              <w:t>11</w:t>
            </w:r>
          </w:p>
        </w:tc>
        <w:tc>
          <w:tcPr>
            <w:tcW w:w="2008" w:type="dxa"/>
            <w:tcMar>
              <w:top w:w="55" w:type="dxa"/>
              <w:left w:w="80" w:type="dxa"/>
              <w:bottom w:w="55" w:type="dxa"/>
              <w:right w:w="80" w:type="dxa"/>
            </w:tcMar>
            <w:vAlign w:val="center"/>
          </w:tcPr>
          <w:p w14:paraId="57BC4A1A" w14:textId="77777777" w:rsidR="004033AD" w:rsidRDefault="004033AD" w:rsidP="00235C69">
            <w:pPr>
              <w:jc w:val="center"/>
            </w:pPr>
            <w:r>
              <w:rPr>
                <w:rFonts w:eastAsia="Times New Roman" w:cs="Times New Roman"/>
                <w:color w:val="000000"/>
                <w:sz w:val="16"/>
                <w:szCs w:val="16"/>
              </w:rPr>
              <w:t>26</w:t>
            </w:r>
          </w:p>
        </w:tc>
        <w:tc>
          <w:tcPr>
            <w:tcW w:w="2008" w:type="dxa"/>
            <w:tcMar>
              <w:top w:w="55" w:type="dxa"/>
              <w:left w:w="80" w:type="dxa"/>
              <w:bottom w:w="55" w:type="dxa"/>
              <w:right w:w="80" w:type="dxa"/>
            </w:tcMar>
            <w:vAlign w:val="center"/>
          </w:tcPr>
          <w:p w14:paraId="6D73B224" w14:textId="77777777" w:rsidR="004033AD" w:rsidRDefault="004033AD" w:rsidP="00235C69">
            <w:pPr>
              <w:jc w:val="center"/>
            </w:pPr>
            <w:r>
              <w:rPr>
                <w:rFonts w:eastAsia="Times New Roman" w:cs="Times New Roman"/>
                <w:color w:val="000000"/>
                <w:sz w:val="16"/>
                <w:szCs w:val="16"/>
              </w:rPr>
              <w:t>1*</w:t>
            </w:r>
          </w:p>
        </w:tc>
        <w:tc>
          <w:tcPr>
            <w:tcW w:w="2008" w:type="dxa"/>
            <w:tcMar>
              <w:top w:w="55" w:type="dxa"/>
              <w:left w:w="80" w:type="dxa"/>
              <w:bottom w:w="55" w:type="dxa"/>
              <w:right w:w="80" w:type="dxa"/>
            </w:tcMar>
            <w:vAlign w:val="center"/>
          </w:tcPr>
          <w:p w14:paraId="0A860219" w14:textId="77777777" w:rsidR="004033AD" w:rsidRDefault="004033AD" w:rsidP="00235C69">
            <w:pPr>
              <w:jc w:val="center"/>
            </w:pPr>
            <w:r>
              <w:rPr>
                <w:rFonts w:eastAsia="Times New Roman" w:cs="Times New Roman"/>
                <w:color w:val="000000"/>
                <w:sz w:val="16"/>
                <w:szCs w:val="16"/>
              </w:rPr>
              <w:t>1*</w:t>
            </w:r>
          </w:p>
        </w:tc>
        <w:tc>
          <w:tcPr>
            <w:tcW w:w="4116" w:type="dxa"/>
            <w:tcMar>
              <w:top w:w="55" w:type="dxa"/>
              <w:left w:w="80" w:type="dxa"/>
              <w:bottom w:w="55" w:type="dxa"/>
              <w:right w:w="80" w:type="dxa"/>
            </w:tcMar>
            <w:vAlign w:val="center"/>
          </w:tcPr>
          <w:p w14:paraId="520B25AA" w14:textId="77777777" w:rsidR="004033AD" w:rsidRDefault="004033AD" w:rsidP="00235C69">
            <w:pPr>
              <w:jc w:val="center"/>
            </w:pPr>
            <w:r>
              <w:rPr>
                <w:rFonts w:eastAsia="Times New Roman" w:cs="Times New Roman"/>
                <w:color w:val="000000"/>
                <w:sz w:val="16"/>
                <w:szCs w:val="16"/>
              </w:rPr>
              <w:t>1*</w:t>
            </w:r>
          </w:p>
        </w:tc>
      </w:tr>
    </w:tbl>
    <w:p w14:paraId="68E30E35" w14:textId="77777777" w:rsidR="004033AD" w:rsidRDefault="004033AD" w:rsidP="004033AD">
      <w:pPr>
        <w:spacing w:before="80" w:after="20"/>
      </w:pPr>
      <w:r>
        <w:rPr>
          <w:rFonts w:eastAsia="Times New Roman" w:cs="Times New Roman"/>
          <w:color w:val="000000"/>
          <w:sz w:val="16"/>
          <w:szCs w:val="16"/>
        </w:rPr>
        <w:t>R denotes repetition (01–10); F denotes outer fold (01–05). No outer refit was omitted from this table.</w:t>
      </w:r>
    </w:p>
    <w:p w14:paraId="69A4FFBD" w14:textId="77777777" w:rsidR="004033AD" w:rsidRDefault="004033AD" w:rsidP="004033AD">
      <w:r>
        <w:br w:type="page"/>
      </w:r>
    </w:p>
    <w:p w14:paraId="79F3D27E" w14:textId="77777777" w:rsidR="004033AD" w:rsidRDefault="004033AD" w:rsidP="004033AD">
      <w:pPr>
        <w:keepNext/>
        <w:spacing w:after="100"/>
      </w:pPr>
      <w:r>
        <w:rPr>
          <w:rFonts w:eastAsia="Times New Roman" w:cs="Times New Roman"/>
          <w:b/>
          <w:color w:val="000000"/>
          <w:sz w:val="22"/>
        </w:rPr>
        <w:lastRenderedPageBreak/>
        <w:t>Supplementary Table S9 continued</w:t>
      </w:r>
    </w:p>
    <w:p w14:paraId="19DF2E00" w14:textId="77777777" w:rsidR="004033AD" w:rsidRDefault="004033AD" w:rsidP="004033AD">
      <w:pPr>
        <w:keepNext/>
        <w:spacing w:before="100" w:after="60"/>
      </w:pPr>
      <w:r>
        <w:rPr>
          <w:rFonts w:eastAsia="Times New Roman" w:cs="Times New Roman"/>
          <w:b/>
          <w:color w:val="000000"/>
          <w:szCs w:val="18"/>
        </w:rPr>
        <w:t>D Final input count and fallback status for every outer refit</w:t>
      </w:r>
    </w:p>
    <w:p w14:paraId="21F48427" w14:textId="77777777" w:rsidR="004033AD" w:rsidRDefault="004033AD" w:rsidP="004033AD">
      <w:pPr>
        <w:spacing w:before="80" w:after="20"/>
      </w:pPr>
      <w:r>
        <w:rPr>
          <w:rFonts w:eastAsia="Times New Roman" w:cs="Times New Roman"/>
          <w:color w:val="000000"/>
          <w:sz w:val="16"/>
          <w:szCs w:val="16"/>
        </w:rPr>
        <w:t>Each entry is the number of final RBF-SVM input features. An asterisk (*) marks activation of the LASSO minimum-feature fallback. All refits are shown, including fallback refits.</w:t>
      </w:r>
    </w:p>
    <w:tbl>
      <w:tblPr>
        <w:tblW w:w="14256" w:type="dxa"/>
        <w:tblBorders>
          <w:top w:val="single" w:sz="10" w:space="0" w:color="000000"/>
          <w:left w:val="nil"/>
          <w:bottom w:val="single" w:sz="10" w:space="0" w:color="000000"/>
          <w:right w:val="nil"/>
          <w:insideH w:val="nil"/>
          <w:insideV w:val="nil"/>
        </w:tblBorders>
        <w:tblLayout w:type="fixed"/>
        <w:tblLook w:val="04A0" w:firstRow="1" w:lastRow="0" w:firstColumn="1" w:lastColumn="0" w:noHBand="0" w:noVBand="1"/>
      </w:tblPr>
      <w:tblGrid>
        <w:gridCol w:w="2108"/>
        <w:gridCol w:w="2008"/>
        <w:gridCol w:w="2008"/>
        <w:gridCol w:w="2008"/>
        <w:gridCol w:w="2008"/>
        <w:gridCol w:w="4116"/>
      </w:tblGrid>
      <w:tr w:rsidR="004033AD" w14:paraId="3855F30A" w14:textId="77777777" w:rsidTr="00235C69">
        <w:trPr>
          <w:cantSplit/>
          <w:tblHeader/>
        </w:trPr>
        <w:tc>
          <w:tcPr>
            <w:tcW w:w="2108" w:type="dxa"/>
            <w:tcBorders>
              <w:bottom w:val="single" w:sz="6" w:space="0" w:color="000000"/>
            </w:tcBorders>
            <w:tcMar>
              <w:top w:w="55" w:type="dxa"/>
              <w:left w:w="80" w:type="dxa"/>
              <w:bottom w:w="55" w:type="dxa"/>
              <w:right w:w="80" w:type="dxa"/>
            </w:tcMar>
            <w:vAlign w:val="center"/>
          </w:tcPr>
          <w:p w14:paraId="3C7E90F4" w14:textId="77777777" w:rsidR="004033AD" w:rsidRDefault="004033AD" w:rsidP="00235C69">
            <w:pPr>
              <w:jc w:val="center"/>
            </w:pPr>
            <w:r>
              <w:rPr>
                <w:rFonts w:eastAsia="Times New Roman" w:cs="Times New Roman"/>
                <w:b/>
                <w:color w:val="000000"/>
                <w:sz w:val="16"/>
                <w:szCs w:val="16"/>
              </w:rPr>
              <w:t>Outer refit</w:t>
            </w:r>
          </w:p>
        </w:tc>
        <w:tc>
          <w:tcPr>
            <w:tcW w:w="2008" w:type="dxa"/>
            <w:tcBorders>
              <w:bottom w:val="single" w:sz="6" w:space="0" w:color="000000"/>
            </w:tcBorders>
            <w:tcMar>
              <w:top w:w="55" w:type="dxa"/>
              <w:left w:w="80" w:type="dxa"/>
              <w:bottom w:w="55" w:type="dxa"/>
              <w:right w:w="80" w:type="dxa"/>
            </w:tcMar>
            <w:vAlign w:val="center"/>
          </w:tcPr>
          <w:p w14:paraId="5E8BB0BD" w14:textId="77777777" w:rsidR="004033AD" w:rsidRDefault="004033AD" w:rsidP="00235C69">
            <w:pPr>
              <w:jc w:val="center"/>
            </w:pPr>
            <w:r>
              <w:rPr>
                <w:rFonts w:eastAsia="Times New Roman" w:cs="Times New Roman"/>
                <w:b/>
                <w:color w:val="000000"/>
                <w:sz w:val="16"/>
                <w:szCs w:val="16"/>
              </w:rPr>
              <w:t>INTRA</w:t>
            </w:r>
          </w:p>
        </w:tc>
        <w:tc>
          <w:tcPr>
            <w:tcW w:w="2008" w:type="dxa"/>
            <w:tcBorders>
              <w:bottom w:val="single" w:sz="6" w:space="0" w:color="000000"/>
            </w:tcBorders>
            <w:tcMar>
              <w:top w:w="55" w:type="dxa"/>
              <w:left w:w="80" w:type="dxa"/>
              <w:bottom w:w="55" w:type="dxa"/>
              <w:right w:w="80" w:type="dxa"/>
            </w:tcMar>
            <w:vAlign w:val="center"/>
          </w:tcPr>
          <w:p w14:paraId="3008232B" w14:textId="77777777" w:rsidR="004033AD" w:rsidRDefault="004033AD" w:rsidP="00235C69">
            <w:pPr>
              <w:jc w:val="center"/>
            </w:pPr>
            <w:r>
              <w:rPr>
                <w:rFonts w:eastAsia="Times New Roman" w:cs="Times New Roman"/>
                <w:b/>
                <w:color w:val="000000"/>
                <w:sz w:val="16"/>
                <w:szCs w:val="16"/>
              </w:rPr>
              <w:t>Peri1mm</w:t>
            </w:r>
          </w:p>
        </w:tc>
        <w:tc>
          <w:tcPr>
            <w:tcW w:w="2008" w:type="dxa"/>
            <w:tcBorders>
              <w:bottom w:val="single" w:sz="6" w:space="0" w:color="000000"/>
            </w:tcBorders>
            <w:tcMar>
              <w:top w:w="55" w:type="dxa"/>
              <w:left w:w="80" w:type="dxa"/>
              <w:bottom w:w="55" w:type="dxa"/>
              <w:right w:w="80" w:type="dxa"/>
            </w:tcMar>
            <w:vAlign w:val="center"/>
          </w:tcPr>
          <w:p w14:paraId="433A00A9" w14:textId="77777777" w:rsidR="004033AD" w:rsidRDefault="004033AD" w:rsidP="00235C69">
            <w:pPr>
              <w:jc w:val="center"/>
            </w:pPr>
            <w:r>
              <w:rPr>
                <w:rFonts w:eastAsia="Times New Roman" w:cs="Times New Roman"/>
                <w:b/>
                <w:color w:val="000000"/>
                <w:sz w:val="16"/>
                <w:szCs w:val="16"/>
              </w:rPr>
              <w:t>Peri3mm</w:t>
            </w:r>
          </w:p>
        </w:tc>
        <w:tc>
          <w:tcPr>
            <w:tcW w:w="2008" w:type="dxa"/>
            <w:tcBorders>
              <w:bottom w:val="single" w:sz="6" w:space="0" w:color="000000"/>
            </w:tcBorders>
            <w:tcMar>
              <w:top w:w="55" w:type="dxa"/>
              <w:left w:w="80" w:type="dxa"/>
              <w:bottom w:w="55" w:type="dxa"/>
              <w:right w:w="80" w:type="dxa"/>
            </w:tcMar>
            <w:vAlign w:val="center"/>
          </w:tcPr>
          <w:p w14:paraId="23383DA5" w14:textId="77777777" w:rsidR="004033AD" w:rsidRDefault="004033AD" w:rsidP="00235C69">
            <w:pPr>
              <w:jc w:val="center"/>
            </w:pPr>
            <w:r>
              <w:rPr>
                <w:rFonts w:eastAsia="Times New Roman" w:cs="Times New Roman"/>
                <w:b/>
                <w:color w:val="000000"/>
                <w:sz w:val="16"/>
                <w:szCs w:val="16"/>
              </w:rPr>
              <w:t>Peri5mm</w:t>
            </w:r>
          </w:p>
        </w:tc>
        <w:tc>
          <w:tcPr>
            <w:tcW w:w="4116" w:type="dxa"/>
            <w:tcBorders>
              <w:bottom w:val="single" w:sz="6" w:space="0" w:color="000000"/>
            </w:tcBorders>
            <w:tcMar>
              <w:top w:w="55" w:type="dxa"/>
              <w:left w:w="80" w:type="dxa"/>
              <w:bottom w:w="55" w:type="dxa"/>
              <w:right w:w="80" w:type="dxa"/>
            </w:tcMar>
            <w:vAlign w:val="center"/>
          </w:tcPr>
          <w:p w14:paraId="3FA1AC26" w14:textId="77777777" w:rsidR="004033AD" w:rsidRDefault="004033AD" w:rsidP="00235C69">
            <w:pPr>
              <w:jc w:val="center"/>
            </w:pPr>
            <w:r>
              <w:rPr>
                <w:rFonts w:eastAsia="Times New Roman" w:cs="Times New Roman"/>
                <w:b/>
                <w:color w:val="000000"/>
                <w:sz w:val="16"/>
                <w:szCs w:val="16"/>
              </w:rPr>
              <w:t>VOIFusion3mm</w:t>
            </w:r>
          </w:p>
        </w:tc>
      </w:tr>
      <w:tr w:rsidR="004033AD" w14:paraId="2303F717" w14:textId="77777777" w:rsidTr="00235C69">
        <w:trPr>
          <w:cantSplit/>
        </w:trPr>
        <w:tc>
          <w:tcPr>
            <w:tcW w:w="2108" w:type="dxa"/>
            <w:tcMar>
              <w:top w:w="55" w:type="dxa"/>
              <w:left w:w="80" w:type="dxa"/>
              <w:bottom w:w="55" w:type="dxa"/>
              <w:right w:w="80" w:type="dxa"/>
            </w:tcMar>
            <w:vAlign w:val="center"/>
          </w:tcPr>
          <w:p w14:paraId="54599A2D" w14:textId="77777777" w:rsidR="004033AD" w:rsidRDefault="004033AD" w:rsidP="00235C69">
            <w:r>
              <w:rPr>
                <w:rFonts w:eastAsia="Times New Roman" w:cs="Times New Roman"/>
                <w:color w:val="000000"/>
                <w:sz w:val="16"/>
                <w:szCs w:val="16"/>
              </w:rPr>
              <w:t>R06_F01</w:t>
            </w:r>
          </w:p>
        </w:tc>
        <w:tc>
          <w:tcPr>
            <w:tcW w:w="2008" w:type="dxa"/>
            <w:tcMar>
              <w:top w:w="55" w:type="dxa"/>
              <w:left w:w="80" w:type="dxa"/>
              <w:bottom w:w="55" w:type="dxa"/>
              <w:right w:w="80" w:type="dxa"/>
            </w:tcMar>
            <w:vAlign w:val="center"/>
          </w:tcPr>
          <w:p w14:paraId="0C7C9E7F" w14:textId="77777777" w:rsidR="004033AD" w:rsidRDefault="004033AD" w:rsidP="00235C69">
            <w:pPr>
              <w:jc w:val="center"/>
            </w:pPr>
            <w:r>
              <w:rPr>
                <w:rFonts w:eastAsia="Times New Roman" w:cs="Times New Roman"/>
                <w:color w:val="000000"/>
                <w:sz w:val="16"/>
                <w:szCs w:val="16"/>
              </w:rPr>
              <w:t>1*</w:t>
            </w:r>
          </w:p>
        </w:tc>
        <w:tc>
          <w:tcPr>
            <w:tcW w:w="2008" w:type="dxa"/>
            <w:tcMar>
              <w:top w:w="55" w:type="dxa"/>
              <w:left w:w="80" w:type="dxa"/>
              <w:bottom w:w="55" w:type="dxa"/>
              <w:right w:w="80" w:type="dxa"/>
            </w:tcMar>
            <w:vAlign w:val="center"/>
          </w:tcPr>
          <w:p w14:paraId="23D92210" w14:textId="77777777" w:rsidR="004033AD" w:rsidRDefault="004033AD" w:rsidP="00235C69">
            <w:pPr>
              <w:jc w:val="center"/>
            </w:pPr>
            <w:r>
              <w:rPr>
                <w:rFonts w:eastAsia="Times New Roman" w:cs="Times New Roman"/>
                <w:color w:val="000000"/>
                <w:sz w:val="16"/>
                <w:szCs w:val="16"/>
              </w:rPr>
              <w:t>30</w:t>
            </w:r>
          </w:p>
        </w:tc>
        <w:tc>
          <w:tcPr>
            <w:tcW w:w="2008" w:type="dxa"/>
            <w:tcMar>
              <w:top w:w="55" w:type="dxa"/>
              <w:left w:w="80" w:type="dxa"/>
              <w:bottom w:w="55" w:type="dxa"/>
              <w:right w:w="80" w:type="dxa"/>
            </w:tcMar>
            <w:vAlign w:val="center"/>
          </w:tcPr>
          <w:p w14:paraId="5BFC94EE" w14:textId="77777777" w:rsidR="004033AD" w:rsidRDefault="004033AD" w:rsidP="00235C69">
            <w:pPr>
              <w:jc w:val="center"/>
            </w:pPr>
            <w:r>
              <w:rPr>
                <w:rFonts w:eastAsia="Times New Roman" w:cs="Times New Roman"/>
                <w:color w:val="000000"/>
                <w:sz w:val="16"/>
                <w:szCs w:val="16"/>
              </w:rPr>
              <w:t>1*</w:t>
            </w:r>
          </w:p>
        </w:tc>
        <w:tc>
          <w:tcPr>
            <w:tcW w:w="2008" w:type="dxa"/>
            <w:tcMar>
              <w:top w:w="55" w:type="dxa"/>
              <w:left w:w="80" w:type="dxa"/>
              <w:bottom w:w="55" w:type="dxa"/>
              <w:right w:w="80" w:type="dxa"/>
            </w:tcMar>
            <w:vAlign w:val="center"/>
          </w:tcPr>
          <w:p w14:paraId="03EA557E" w14:textId="77777777" w:rsidR="004033AD" w:rsidRDefault="004033AD" w:rsidP="00235C69">
            <w:pPr>
              <w:jc w:val="center"/>
            </w:pPr>
            <w:r>
              <w:rPr>
                <w:rFonts w:eastAsia="Times New Roman" w:cs="Times New Roman"/>
                <w:color w:val="000000"/>
                <w:sz w:val="16"/>
                <w:szCs w:val="16"/>
              </w:rPr>
              <w:t>10</w:t>
            </w:r>
          </w:p>
        </w:tc>
        <w:tc>
          <w:tcPr>
            <w:tcW w:w="4116" w:type="dxa"/>
            <w:tcMar>
              <w:top w:w="55" w:type="dxa"/>
              <w:left w:w="80" w:type="dxa"/>
              <w:bottom w:w="55" w:type="dxa"/>
              <w:right w:w="80" w:type="dxa"/>
            </w:tcMar>
            <w:vAlign w:val="center"/>
          </w:tcPr>
          <w:p w14:paraId="4FDE6CE2" w14:textId="77777777" w:rsidR="004033AD" w:rsidRDefault="004033AD" w:rsidP="00235C69">
            <w:pPr>
              <w:jc w:val="center"/>
            </w:pPr>
            <w:r>
              <w:rPr>
                <w:rFonts w:eastAsia="Times New Roman" w:cs="Times New Roman"/>
                <w:color w:val="000000"/>
                <w:sz w:val="16"/>
                <w:szCs w:val="16"/>
              </w:rPr>
              <w:t>1*</w:t>
            </w:r>
          </w:p>
        </w:tc>
      </w:tr>
      <w:tr w:rsidR="004033AD" w14:paraId="5712461D" w14:textId="77777777" w:rsidTr="00235C69">
        <w:trPr>
          <w:cantSplit/>
        </w:trPr>
        <w:tc>
          <w:tcPr>
            <w:tcW w:w="2108" w:type="dxa"/>
            <w:tcMar>
              <w:top w:w="55" w:type="dxa"/>
              <w:left w:w="80" w:type="dxa"/>
              <w:bottom w:w="55" w:type="dxa"/>
              <w:right w:w="80" w:type="dxa"/>
            </w:tcMar>
            <w:vAlign w:val="center"/>
          </w:tcPr>
          <w:p w14:paraId="6A2AF0CA" w14:textId="77777777" w:rsidR="004033AD" w:rsidRDefault="004033AD" w:rsidP="00235C69">
            <w:r>
              <w:rPr>
                <w:rFonts w:eastAsia="Times New Roman" w:cs="Times New Roman"/>
                <w:color w:val="000000"/>
                <w:sz w:val="16"/>
                <w:szCs w:val="16"/>
              </w:rPr>
              <w:t>R06_F02</w:t>
            </w:r>
          </w:p>
        </w:tc>
        <w:tc>
          <w:tcPr>
            <w:tcW w:w="2008" w:type="dxa"/>
            <w:tcMar>
              <w:top w:w="55" w:type="dxa"/>
              <w:left w:w="80" w:type="dxa"/>
              <w:bottom w:w="55" w:type="dxa"/>
              <w:right w:w="80" w:type="dxa"/>
            </w:tcMar>
            <w:vAlign w:val="center"/>
          </w:tcPr>
          <w:p w14:paraId="0C646182" w14:textId="77777777" w:rsidR="004033AD" w:rsidRDefault="004033AD" w:rsidP="00235C69">
            <w:pPr>
              <w:jc w:val="center"/>
            </w:pPr>
            <w:r>
              <w:rPr>
                <w:rFonts w:eastAsia="Times New Roman" w:cs="Times New Roman"/>
                <w:color w:val="000000"/>
                <w:sz w:val="16"/>
                <w:szCs w:val="16"/>
              </w:rPr>
              <w:t>1*</w:t>
            </w:r>
          </w:p>
        </w:tc>
        <w:tc>
          <w:tcPr>
            <w:tcW w:w="2008" w:type="dxa"/>
            <w:tcMar>
              <w:top w:w="55" w:type="dxa"/>
              <w:left w:w="80" w:type="dxa"/>
              <w:bottom w:w="55" w:type="dxa"/>
              <w:right w:w="80" w:type="dxa"/>
            </w:tcMar>
            <w:vAlign w:val="center"/>
          </w:tcPr>
          <w:p w14:paraId="01FD6FD4" w14:textId="77777777" w:rsidR="004033AD" w:rsidRDefault="004033AD" w:rsidP="00235C69">
            <w:pPr>
              <w:jc w:val="center"/>
            </w:pPr>
            <w:r>
              <w:rPr>
                <w:rFonts w:eastAsia="Times New Roman" w:cs="Times New Roman"/>
                <w:color w:val="000000"/>
                <w:sz w:val="16"/>
                <w:szCs w:val="16"/>
              </w:rPr>
              <w:t>1*</w:t>
            </w:r>
          </w:p>
        </w:tc>
        <w:tc>
          <w:tcPr>
            <w:tcW w:w="2008" w:type="dxa"/>
            <w:tcMar>
              <w:top w:w="55" w:type="dxa"/>
              <w:left w:w="80" w:type="dxa"/>
              <w:bottom w:w="55" w:type="dxa"/>
              <w:right w:w="80" w:type="dxa"/>
            </w:tcMar>
            <w:vAlign w:val="center"/>
          </w:tcPr>
          <w:p w14:paraId="72B7C2F2" w14:textId="77777777" w:rsidR="004033AD" w:rsidRDefault="004033AD" w:rsidP="00235C69">
            <w:pPr>
              <w:jc w:val="center"/>
            </w:pPr>
            <w:r>
              <w:rPr>
                <w:rFonts w:eastAsia="Times New Roman" w:cs="Times New Roman"/>
                <w:color w:val="000000"/>
                <w:sz w:val="16"/>
                <w:szCs w:val="16"/>
              </w:rPr>
              <w:t>1*</w:t>
            </w:r>
          </w:p>
        </w:tc>
        <w:tc>
          <w:tcPr>
            <w:tcW w:w="2008" w:type="dxa"/>
            <w:tcMar>
              <w:top w:w="55" w:type="dxa"/>
              <w:left w:w="80" w:type="dxa"/>
              <w:bottom w:w="55" w:type="dxa"/>
              <w:right w:w="80" w:type="dxa"/>
            </w:tcMar>
            <w:vAlign w:val="center"/>
          </w:tcPr>
          <w:p w14:paraId="0EBEC132" w14:textId="77777777" w:rsidR="004033AD" w:rsidRDefault="004033AD" w:rsidP="00235C69">
            <w:pPr>
              <w:jc w:val="center"/>
            </w:pPr>
            <w:r>
              <w:rPr>
                <w:rFonts w:eastAsia="Times New Roman" w:cs="Times New Roman"/>
                <w:color w:val="000000"/>
                <w:sz w:val="16"/>
                <w:szCs w:val="16"/>
              </w:rPr>
              <w:t>11</w:t>
            </w:r>
          </w:p>
        </w:tc>
        <w:tc>
          <w:tcPr>
            <w:tcW w:w="4116" w:type="dxa"/>
            <w:tcMar>
              <w:top w:w="55" w:type="dxa"/>
              <w:left w:w="80" w:type="dxa"/>
              <w:bottom w:w="55" w:type="dxa"/>
              <w:right w:w="80" w:type="dxa"/>
            </w:tcMar>
            <w:vAlign w:val="center"/>
          </w:tcPr>
          <w:p w14:paraId="47064859" w14:textId="77777777" w:rsidR="004033AD" w:rsidRDefault="004033AD" w:rsidP="00235C69">
            <w:pPr>
              <w:jc w:val="center"/>
            </w:pPr>
            <w:r>
              <w:rPr>
                <w:rFonts w:eastAsia="Times New Roman" w:cs="Times New Roman"/>
                <w:color w:val="000000"/>
                <w:sz w:val="16"/>
                <w:szCs w:val="16"/>
              </w:rPr>
              <w:t>6</w:t>
            </w:r>
          </w:p>
        </w:tc>
      </w:tr>
      <w:tr w:rsidR="004033AD" w14:paraId="7C720653" w14:textId="77777777" w:rsidTr="00235C69">
        <w:trPr>
          <w:cantSplit/>
        </w:trPr>
        <w:tc>
          <w:tcPr>
            <w:tcW w:w="2108" w:type="dxa"/>
            <w:tcMar>
              <w:top w:w="55" w:type="dxa"/>
              <w:left w:w="80" w:type="dxa"/>
              <w:bottom w:w="55" w:type="dxa"/>
              <w:right w:w="80" w:type="dxa"/>
            </w:tcMar>
            <w:vAlign w:val="center"/>
          </w:tcPr>
          <w:p w14:paraId="7318A0D2" w14:textId="77777777" w:rsidR="004033AD" w:rsidRDefault="004033AD" w:rsidP="00235C69">
            <w:r>
              <w:rPr>
                <w:rFonts w:eastAsia="Times New Roman" w:cs="Times New Roman"/>
                <w:color w:val="000000"/>
                <w:sz w:val="16"/>
                <w:szCs w:val="16"/>
              </w:rPr>
              <w:t>R06_F03</w:t>
            </w:r>
          </w:p>
        </w:tc>
        <w:tc>
          <w:tcPr>
            <w:tcW w:w="2008" w:type="dxa"/>
            <w:tcMar>
              <w:top w:w="55" w:type="dxa"/>
              <w:left w:w="80" w:type="dxa"/>
              <w:bottom w:w="55" w:type="dxa"/>
              <w:right w:w="80" w:type="dxa"/>
            </w:tcMar>
            <w:vAlign w:val="center"/>
          </w:tcPr>
          <w:p w14:paraId="12DE93C6" w14:textId="77777777" w:rsidR="004033AD" w:rsidRDefault="004033AD" w:rsidP="00235C69">
            <w:pPr>
              <w:jc w:val="center"/>
            </w:pPr>
            <w:r>
              <w:rPr>
                <w:rFonts w:eastAsia="Times New Roman" w:cs="Times New Roman"/>
                <w:color w:val="000000"/>
                <w:sz w:val="16"/>
                <w:szCs w:val="16"/>
              </w:rPr>
              <w:t>24</w:t>
            </w:r>
          </w:p>
        </w:tc>
        <w:tc>
          <w:tcPr>
            <w:tcW w:w="2008" w:type="dxa"/>
            <w:tcMar>
              <w:top w:w="55" w:type="dxa"/>
              <w:left w:w="80" w:type="dxa"/>
              <w:bottom w:w="55" w:type="dxa"/>
              <w:right w:w="80" w:type="dxa"/>
            </w:tcMar>
            <w:vAlign w:val="center"/>
          </w:tcPr>
          <w:p w14:paraId="7FD7D397" w14:textId="77777777" w:rsidR="004033AD" w:rsidRDefault="004033AD" w:rsidP="00235C69">
            <w:pPr>
              <w:jc w:val="center"/>
            </w:pPr>
            <w:r>
              <w:rPr>
                <w:rFonts w:eastAsia="Times New Roman" w:cs="Times New Roman"/>
                <w:color w:val="000000"/>
                <w:sz w:val="16"/>
                <w:szCs w:val="16"/>
              </w:rPr>
              <w:t>1*</w:t>
            </w:r>
          </w:p>
        </w:tc>
        <w:tc>
          <w:tcPr>
            <w:tcW w:w="2008" w:type="dxa"/>
            <w:tcMar>
              <w:top w:w="55" w:type="dxa"/>
              <w:left w:w="80" w:type="dxa"/>
              <w:bottom w:w="55" w:type="dxa"/>
              <w:right w:w="80" w:type="dxa"/>
            </w:tcMar>
            <w:vAlign w:val="center"/>
          </w:tcPr>
          <w:p w14:paraId="15DD3EB2" w14:textId="77777777" w:rsidR="004033AD" w:rsidRDefault="004033AD" w:rsidP="00235C69">
            <w:pPr>
              <w:jc w:val="center"/>
            </w:pPr>
            <w:r>
              <w:rPr>
                <w:rFonts w:eastAsia="Times New Roman" w:cs="Times New Roman"/>
                <w:color w:val="000000"/>
                <w:sz w:val="16"/>
                <w:szCs w:val="16"/>
              </w:rPr>
              <w:t>1*</w:t>
            </w:r>
          </w:p>
        </w:tc>
        <w:tc>
          <w:tcPr>
            <w:tcW w:w="2008" w:type="dxa"/>
            <w:tcMar>
              <w:top w:w="55" w:type="dxa"/>
              <w:left w:w="80" w:type="dxa"/>
              <w:bottom w:w="55" w:type="dxa"/>
              <w:right w:w="80" w:type="dxa"/>
            </w:tcMar>
            <w:vAlign w:val="center"/>
          </w:tcPr>
          <w:p w14:paraId="63BAE96F" w14:textId="77777777" w:rsidR="004033AD" w:rsidRDefault="004033AD" w:rsidP="00235C69">
            <w:pPr>
              <w:jc w:val="center"/>
            </w:pPr>
            <w:r>
              <w:rPr>
                <w:rFonts w:eastAsia="Times New Roman" w:cs="Times New Roman"/>
                <w:color w:val="000000"/>
                <w:sz w:val="16"/>
                <w:szCs w:val="16"/>
              </w:rPr>
              <w:t>1*</w:t>
            </w:r>
          </w:p>
        </w:tc>
        <w:tc>
          <w:tcPr>
            <w:tcW w:w="4116" w:type="dxa"/>
            <w:tcMar>
              <w:top w:w="55" w:type="dxa"/>
              <w:left w:w="80" w:type="dxa"/>
              <w:bottom w:w="55" w:type="dxa"/>
              <w:right w:w="80" w:type="dxa"/>
            </w:tcMar>
            <w:vAlign w:val="center"/>
          </w:tcPr>
          <w:p w14:paraId="149A3F10" w14:textId="77777777" w:rsidR="004033AD" w:rsidRDefault="004033AD" w:rsidP="00235C69">
            <w:pPr>
              <w:jc w:val="center"/>
            </w:pPr>
            <w:r>
              <w:rPr>
                <w:rFonts w:eastAsia="Times New Roman" w:cs="Times New Roman"/>
                <w:color w:val="000000"/>
                <w:sz w:val="16"/>
                <w:szCs w:val="16"/>
              </w:rPr>
              <w:t>7</w:t>
            </w:r>
          </w:p>
        </w:tc>
      </w:tr>
      <w:tr w:rsidR="004033AD" w14:paraId="739FA30F" w14:textId="77777777" w:rsidTr="00235C69">
        <w:trPr>
          <w:cantSplit/>
        </w:trPr>
        <w:tc>
          <w:tcPr>
            <w:tcW w:w="2108" w:type="dxa"/>
            <w:tcMar>
              <w:top w:w="55" w:type="dxa"/>
              <w:left w:w="80" w:type="dxa"/>
              <w:bottom w:w="55" w:type="dxa"/>
              <w:right w:w="80" w:type="dxa"/>
            </w:tcMar>
            <w:vAlign w:val="center"/>
          </w:tcPr>
          <w:p w14:paraId="3D69A33A" w14:textId="77777777" w:rsidR="004033AD" w:rsidRDefault="004033AD" w:rsidP="00235C69">
            <w:r>
              <w:rPr>
                <w:rFonts w:eastAsia="Times New Roman" w:cs="Times New Roman"/>
                <w:color w:val="000000"/>
                <w:sz w:val="16"/>
                <w:szCs w:val="16"/>
              </w:rPr>
              <w:t>R06_F04</w:t>
            </w:r>
          </w:p>
        </w:tc>
        <w:tc>
          <w:tcPr>
            <w:tcW w:w="2008" w:type="dxa"/>
            <w:tcMar>
              <w:top w:w="55" w:type="dxa"/>
              <w:left w:w="80" w:type="dxa"/>
              <w:bottom w:w="55" w:type="dxa"/>
              <w:right w:w="80" w:type="dxa"/>
            </w:tcMar>
            <w:vAlign w:val="center"/>
          </w:tcPr>
          <w:p w14:paraId="18A7B254" w14:textId="77777777" w:rsidR="004033AD" w:rsidRDefault="004033AD" w:rsidP="00235C69">
            <w:pPr>
              <w:jc w:val="center"/>
            </w:pPr>
            <w:r>
              <w:rPr>
                <w:rFonts w:eastAsia="Times New Roman" w:cs="Times New Roman"/>
                <w:color w:val="000000"/>
                <w:sz w:val="16"/>
                <w:szCs w:val="16"/>
              </w:rPr>
              <w:t>15</w:t>
            </w:r>
          </w:p>
        </w:tc>
        <w:tc>
          <w:tcPr>
            <w:tcW w:w="2008" w:type="dxa"/>
            <w:tcMar>
              <w:top w:w="55" w:type="dxa"/>
              <w:left w:w="80" w:type="dxa"/>
              <w:bottom w:w="55" w:type="dxa"/>
              <w:right w:w="80" w:type="dxa"/>
            </w:tcMar>
            <w:vAlign w:val="center"/>
          </w:tcPr>
          <w:p w14:paraId="7470F437" w14:textId="77777777" w:rsidR="004033AD" w:rsidRDefault="004033AD" w:rsidP="00235C69">
            <w:pPr>
              <w:jc w:val="center"/>
            </w:pPr>
            <w:r>
              <w:rPr>
                <w:rFonts w:eastAsia="Times New Roman" w:cs="Times New Roman"/>
                <w:color w:val="000000"/>
                <w:sz w:val="16"/>
                <w:szCs w:val="16"/>
              </w:rPr>
              <w:t>9</w:t>
            </w:r>
          </w:p>
        </w:tc>
        <w:tc>
          <w:tcPr>
            <w:tcW w:w="2008" w:type="dxa"/>
            <w:tcMar>
              <w:top w:w="55" w:type="dxa"/>
              <w:left w:w="80" w:type="dxa"/>
              <w:bottom w:w="55" w:type="dxa"/>
              <w:right w:w="80" w:type="dxa"/>
            </w:tcMar>
            <w:vAlign w:val="center"/>
          </w:tcPr>
          <w:p w14:paraId="2C55C88F" w14:textId="77777777" w:rsidR="004033AD" w:rsidRDefault="004033AD" w:rsidP="00235C69">
            <w:pPr>
              <w:jc w:val="center"/>
            </w:pPr>
            <w:r>
              <w:rPr>
                <w:rFonts w:eastAsia="Times New Roman" w:cs="Times New Roman"/>
                <w:color w:val="000000"/>
                <w:sz w:val="16"/>
                <w:szCs w:val="16"/>
              </w:rPr>
              <w:t>1*</w:t>
            </w:r>
          </w:p>
        </w:tc>
        <w:tc>
          <w:tcPr>
            <w:tcW w:w="2008" w:type="dxa"/>
            <w:tcMar>
              <w:top w:w="55" w:type="dxa"/>
              <w:left w:w="80" w:type="dxa"/>
              <w:bottom w:w="55" w:type="dxa"/>
              <w:right w:w="80" w:type="dxa"/>
            </w:tcMar>
            <w:vAlign w:val="center"/>
          </w:tcPr>
          <w:p w14:paraId="71FBE30C" w14:textId="77777777" w:rsidR="004033AD" w:rsidRDefault="004033AD" w:rsidP="00235C69">
            <w:pPr>
              <w:jc w:val="center"/>
            </w:pPr>
            <w:r>
              <w:rPr>
                <w:rFonts w:eastAsia="Times New Roman" w:cs="Times New Roman"/>
                <w:color w:val="000000"/>
                <w:sz w:val="16"/>
                <w:szCs w:val="16"/>
              </w:rPr>
              <w:t>1*</w:t>
            </w:r>
          </w:p>
        </w:tc>
        <w:tc>
          <w:tcPr>
            <w:tcW w:w="4116" w:type="dxa"/>
            <w:tcMar>
              <w:top w:w="55" w:type="dxa"/>
              <w:left w:w="80" w:type="dxa"/>
              <w:bottom w:w="55" w:type="dxa"/>
              <w:right w:w="80" w:type="dxa"/>
            </w:tcMar>
            <w:vAlign w:val="center"/>
          </w:tcPr>
          <w:p w14:paraId="6742400A" w14:textId="77777777" w:rsidR="004033AD" w:rsidRDefault="004033AD" w:rsidP="00235C69">
            <w:pPr>
              <w:jc w:val="center"/>
            </w:pPr>
            <w:r>
              <w:rPr>
                <w:rFonts w:eastAsia="Times New Roman" w:cs="Times New Roman"/>
                <w:color w:val="000000"/>
                <w:sz w:val="16"/>
                <w:szCs w:val="16"/>
              </w:rPr>
              <w:t>1*</w:t>
            </w:r>
          </w:p>
        </w:tc>
      </w:tr>
      <w:tr w:rsidR="004033AD" w14:paraId="531FB7B5" w14:textId="77777777" w:rsidTr="00235C69">
        <w:trPr>
          <w:cantSplit/>
        </w:trPr>
        <w:tc>
          <w:tcPr>
            <w:tcW w:w="2108" w:type="dxa"/>
            <w:tcMar>
              <w:top w:w="55" w:type="dxa"/>
              <w:left w:w="80" w:type="dxa"/>
              <w:bottom w:w="55" w:type="dxa"/>
              <w:right w:w="80" w:type="dxa"/>
            </w:tcMar>
            <w:vAlign w:val="center"/>
          </w:tcPr>
          <w:p w14:paraId="4E3F7813" w14:textId="77777777" w:rsidR="004033AD" w:rsidRDefault="004033AD" w:rsidP="00235C69">
            <w:r>
              <w:rPr>
                <w:rFonts w:eastAsia="Times New Roman" w:cs="Times New Roman"/>
                <w:color w:val="000000"/>
                <w:sz w:val="16"/>
                <w:szCs w:val="16"/>
              </w:rPr>
              <w:t>R06_F05</w:t>
            </w:r>
          </w:p>
        </w:tc>
        <w:tc>
          <w:tcPr>
            <w:tcW w:w="2008" w:type="dxa"/>
            <w:tcMar>
              <w:top w:w="55" w:type="dxa"/>
              <w:left w:w="80" w:type="dxa"/>
              <w:bottom w:w="55" w:type="dxa"/>
              <w:right w:w="80" w:type="dxa"/>
            </w:tcMar>
            <w:vAlign w:val="center"/>
          </w:tcPr>
          <w:p w14:paraId="73EE5408" w14:textId="77777777" w:rsidR="004033AD" w:rsidRDefault="004033AD" w:rsidP="00235C69">
            <w:pPr>
              <w:jc w:val="center"/>
            </w:pPr>
            <w:r>
              <w:rPr>
                <w:rFonts w:eastAsia="Times New Roman" w:cs="Times New Roman"/>
                <w:color w:val="000000"/>
                <w:sz w:val="16"/>
                <w:szCs w:val="16"/>
              </w:rPr>
              <w:t>34</w:t>
            </w:r>
          </w:p>
        </w:tc>
        <w:tc>
          <w:tcPr>
            <w:tcW w:w="2008" w:type="dxa"/>
            <w:tcMar>
              <w:top w:w="55" w:type="dxa"/>
              <w:left w:w="80" w:type="dxa"/>
              <w:bottom w:w="55" w:type="dxa"/>
              <w:right w:w="80" w:type="dxa"/>
            </w:tcMar>
            <w:vAlign w:val="center"/>
          </w:tcPr>
          <w:p w14:paraId="191A9CA9" w14:textId="77777777" w:rsidR="004033AD" w:rsidRDefault="004033AD" w:rsidP="00235C69">
            <w:pPr>
              <w:jc w:val="center"/>
            </w:pPr>
            <w:r>
              <w:rPr>
                <w:rFonts w:eastAsia="Times New Roman" w:cs="Times New Roman"/>
                <w:color w:val="000000"/>
                <w:sz w:val="16"/>
                <w:szCs w:val="16"/>
              </w:rPr>
              <w:t>19</w:t>
            </w:r>
          </w:p>
        </w:tc>
        <w:tc>
          <w:tcPr>
            <w:tcW w:w="2008" w:type="dxa"/>
            <w:tcMar>
              <w:top w:w="55" w:type="dxa"/>
              <w:left w:w="80" w:type="dxa"/>
              <w:bottom w:w="55" w:type="dxa"/>
              <w:right w:w="80" w:type="dxa"/>
            </w:tcMar>
            <w:vAlign w:val="center"/>
          </w:tcPr>
          <w:p w14:paraId="2CF8CCA6" w14:textId="77777777" w:rsidR="004033AD" w:rsidRDefault="004033AD" w:rsidP="00235C69">
            <w:pPr>
              <w:jc w:val="center"/>
            </w:pPr>
            <w:r>
              <w:rPr>
                <w:rFonts w:eastAsia="Times New Roman" w:cs="Times New Roman"/>
                <w:color w:val="000000"/>
                <w:sz w:val="16"/>
                <w:szCs w:val="16"/>
              </w:rPr>
              <w:t>13</w:t>
            </w:r>
          </w:p>
        </w:tc>
        <w:tc>
          <w:tcPr>
            <w:tcW w:w="2008" w:type="dxa"/>
            <w:tcMar>
              <w:top w:w="55" w:type="dxa"/>
              <w:left w:w="80" w:type="dxa"/>
              <w:bottom w:w="55" w:type="dxa"/>
              <w:right w:w="80" w:type="dxa"/>
            </w:tcMar>
            <w:vAlign w:val="center"/>
          </w:tcPr>
          <w:p w14:paraId="5FCFBA32" w14:textId="77777777" w:rsidR="004033AD" w:rsidRDefault="004033AD" w:rsidP="00235C69">
            <w:pPr>
              <w:jc w:val="center"/>
            </w:pPr>
            <w:r>
              <w:rPr>
                <w:rFonts w:eastAsia="Times New Roman" w:cs="Times New Roman"/>
                <w:color w:val="000000"/>
                <w:sz w:val="16"/>
                <w:szCs w:val="16"/>
              </w:rPr>
              <w:t>23</w:t>
            </w:r>
          </w:p>
        </w:tc>
        <w:tc>
          <w:tcPr>
            <w:tcW w:w="4116" w:type="dxa"/>
            <w:tcMar>
              <w:top w:w="55" w:type="dxa"/>
              <w:left w:w="80" w:type="dxa"/>
              <w:bottom w:w="55" w:type="dxa"/>
              <w:right w:w="80" w:type="dxa"/>
            </w:tcMar>
            <w:vAlign w:val="center"/>
          </w:tcPr>
          <w:p w14:paraId="3F26EB5A" w14:textId="77777777" w:rsidR="004033AD" w:rsidRDefault="004033AD" w:rsidP="00235C69">
            <w:pPr>
              <w:jc w:val="center"/>
            </w:pPr>
            <w:r>
              <w:rPr>
                <w:rFonts w:eastAsia="Times New Roman" w:cs="Times New Roman"/>
                <w:color w:val="000000"/>
                <w:sz w:val="16"/>
                <w:szCs w:val="16"/>
              </w:rPr>
              <w:t>26</w:t>
            </w:r>
          </w:p>
        </w:tc>
      </w:tr>
      <w:tr w:rsidR="004033AD" w14:paraId="1F5A1DBE" w14:textId="77777777" w:rsidTr="00235C69">
        <w:trPr>
          <w:cantSplit/>
        </w:trPr>
        <w:tc>
          <w:tcPr>
            <w:tcW w:w="2108" w:type="dxa"/>
            <w:tcMar>
              <w:top w:w="55" w:type="dxa"/>
              <w:left w:w="80" w:type="dxa"/>
              <w:bottom w:w="55" w:type="dxa"/>
              <w:right w:w="80" w:type="dxa"/>
            </w:tcMar>
            <w:vAlign w:val="center"/>
          </w:tcPr>
          <w:p w14:paraId="02D776B2" w14:textId="77777777" w:rsidR="004033AD" w:rsidRDefault="004033AD" w:rsidP="00235C69">
            <w:r>
              <w:rPr>
                <w:rFonts w:eastAsia="Times New Roman" w:cs="Times New Roman"/>
                <w:color w:val="000000"/>
                <w:sz w:val="16"/>
                <w:szCs w:val="16"/>
              </w:rPr>
              <w:t>R07_F01</w:t>
            </w:r>
          </w:p>
        </w:tc>
        <w:tc>
          <w:tcPr>
            <w:tcW w:w="2008" w:type="dxa"/>
            <w:tcMar>
              <w:top w:w="55" w:type="dxa"/>
              <w:left w:w="80" w:type="dxa"/>
              <w:bottom w:w="55" w:type="dxa"/>
              <w:right w:w="80" w:type="dxa"/>
            </w:tcMar>
            <w:vAlign w:val="center"/>
          </w:tcPr>
          <w:p w14:paraId="1EF13946" w14:textId="77777777" w:rsidR="004033AD" w:rsidRDefault="004033AD" w:rsidP="00235C69">
            <w:pPr>
              <w:jc w:val="center"/>
            </w:pPr>
            <w:r>
              <w:rPr>
                <w:rFonts w:eastAsia="Times New Roman" w:cs="Times New Roman"/>
                <w:color w:val="000000"/>
                <w:sz w:val="16"/>
                <w:szCs w:val="16"/>
              </w:rPr>
              <w:t>16</w:t>
            </w:r>
          </w:p>
        </w:tc>
        <w:tc>
          <w:tcPr>
            <w:tcW w:w="2008" w:type="dxa"/>
            <w:tcMar>
              <w:top w:w="55" w:type="dxa"/>
              <w:left w:w="80" w:type="dxa"/>
              <w:bottom w:w="55" w:type="dxa"/>
              <w:right w:w="80" w:type="dxa"/>
            </w:tcMar>
            <w:vAlign w:val="center"/>
          </w:tcPr>
          <w:p w14:paraId="272EE529" w14:textId="77777777" w:rsidR="004033AD" w:rsidRDefault="004033AD" w:rsidP="00235C69">
            <w:pPr>
              <w:jc w:val="center"/>
            </w:pPr>
            <w:r>
              <w:rPr>
                <w:rFonts w:eastAsia="Times New Roman" w:cs="Times New Roman"/>
                <w:color w:val="000000"/>
                <w:sz w:val="16"/>
                <w:szCs w:val="16"/>
              </w:rPr>
              <w:t>11</w:t>
            </w:r>
          </w:p>
        </w:tc>
        <w:tc>
          <w:tcPr>
            <w:tcW w:w="2008" w:type="dxa"/>
            <w:tcMar>
              <w:top w:w="55" w:type="dxa"/>
              <w:left w:w="80" w:type="dxa"/>
              <w:bottom w:w="55" w:type="dxa"/>
              <w:right w:w="80" w:type="dxa"/>
            </w:tcMar>
            <w:vAlign w:val="center"/>
          </w:tcPr>
          <w:p w14:paraId="4D1A1F40" w14:textId="77777777" w:rsidR="004033AD" w:rsidRDefault="004033AD" w:rsidP="00235C69">
            <w:pPr>
              <w:jc w:val="center"/>
            </w:pPr>
            <w:r>
              <w:rPr>
                <w:rFonts w:eastAsia="Times New Roman" w:cs="Times New Roman"/>
                <w:color w:val="000000"/>
                <w:sz w:val="16"/>
                <w:szCs w:val="16"/>
              </w:rPr>
              <w:t>8</w:t>
            </w:r>
          </w:p>
        </w:tc>
        <w:tc>
          <w:tcPr>
            <w:tcW w:w="2008" w:type="dxa"/>
            <w:tcMar>
              <w:top w:w="55" w:type="dxa"/>
              <w:left w:w="80" w:type="dxa"/>
              <w:bottom w:w="55" w:type="dxa"/>
              <w:right w:w="80" w:type="dxa"/>
            </w:tcMar>
            <w:vAlign w:val="center"/>
          </w:tcPr>
          <w:p w14:paraId="7E2DAD6B" w14:textId="77777777" w:rsidR="004033AD" w:rsidRDefault="004033AD" w:rsidP="00235C69">
            <w:pPr>
              <w:jc w:val="center"/>
            </w:pPr>
            <w:r>
              <w:rPr>
                <w:rFonts w:eastAsia="Times New Roman" w:cs="Times New Roman"/>
                <w:color w:val="000000"/>
                <w:sz w:val="16"/>
                <w:szCs w:val="16"/>
              </w:rPr>
              <w:t>1*</w:t>
            </w:r>
          </w:p>
        </w:tc>
        <w:tc>
          <w:tcPr>
            <w:tcW w:w="4116" w:type="dxa"/>
            <w:tcMar>
              <w:top w:w="55" w:type="dxa"/>
              <w:left w:w="80" w:type="dxa"/>
              <w:bottom w:w="55" w:type="dxa"/>
              <w:right w:w="80" w:type="dxa"/>
            </w:tcMar>
            <w:vAlign w:val="center"/>
          </w:tcPr>
          <w:p w14:paraId="3962D38A" w14:textId="77777777" w:rsidR="004033AD" w:rsidRDefault="004033AD" w:rsidP="00235C69">
            <w:pPr>
              <w:jc w:val="center"/>
            </w:pPr>
            <w:r>
              <w:rPr>
                <w:rFonts w:eastAsia="Times New Roman" w:cs="Times New Roman"/>
                <w:color w:val="000000"/>
                <w:sz w:val="16"/>
                <w:szCs w:val="16"/>
              </w:rPr>
              <w:t>5</w:t>
            </w:r>
          </w:p>
        </w:tc>
      </w:tr>
      <w:tr w:rsidR="004033AD" w14:paraId="2E3F8285" w14:textId="77777777" w:rsidTr="00235C69">
        <w:trPr>
          <w:cantSplit/>
        </w:trPr>
        <w:tc>
          <w:tcPr>
            <w:tcW w:w="2108" w:type="dxa"/>
            <w:tcMar>
              <w:top w:w="55" w:type="dxa"/>
              <w:left w:w="80" w:type="dxa"/>
              <w:bottom w:w="55" w:type="dxa"/>
              <w:right w:w="80" w:type="dxa"/>
            </w:tcMar>
            <w:vAlign w:val="center"/>
          </w:tcPr>
          <w:p w14:paraId="5F33B5DF" w14:textId="77777777" w:rsidR="004033AD" w:rsidRDefault="004033AD" w:rsidP="00235C69">
            <w:r>
              <w:rPr>
                <w:rFonts w:eastAsia="Times New Roman" w:cs="Times New Roman"/>
                <w:color w:val="000000"/>
                <w:sz w:val="16"/>
                <w:szCs w:val="16"/>
              </w:rPr>
              <w:t>R07_F02</w:t>
            </w:r>
          </w:p>
        </w:tc>
        <w:tc>
          <w:tcPr>
            <w:tcW w:w="2008" w:type="dxa"/>
            <w:tcMar>
              <w:top w:w="55" w:type="dxa"/>
              <w:left w:w="80" w:type="dxa"/>
              <w:bottom w:w="55" w:type="dxa"/>
              <w:right w:w="80" w:type="dxa"/>
            </w:tcMar>
            <w:vAlign w:val="center"/>
          </w:tcPr>
          <w:p w14:paraId="5DD52086" w14:textId="77777777" w:rsidR="004033AD" w:rsidRDefault="004033AD" w:rsidP="00235C69">
            <w:pPr>
              <w:jc w:val="center"/>
            </w:pPr>
            <w:r>
              <w:rPr>
                <w:rFonts w:eastAsia="Times New Roman" w:cs="Times New Roman"/>
                <w:color w:val="000000"/>
                <w:sz w:val="16"/>
                <w:szCs w:val="16"/>
              </w:rPr>
              <w:t>4</w:t>
            </w:r>
          </w:p>
        </w:tc>
        <w:tc>
          <w:tcPr>
            <w:tcW w:w="2008" w:type="dxa"/>
            <w:tcMar>
              <w:top w:w="55" w:type="dxa"/>
              <w:left w:w="80" w:type="dxa"/>
              <w:bottom w:w="55" w:type="dxa"/>
              <w:right w:w="80" w:type="dxa"/>
            </w:tcMar>
            <w:vAlign w:val="center"/>
          </w:tcPr>
          <w:p w14:paraId="544D9FD4" w14:textId="77777777" w:rsidR="004033AD" w:rsidRDefault="004033AD" w:rsidP="00235C69">
            <w:pPr>
              <w:jc w:val="center"/>
            </w:pPr>
            <w:r>
              <w:rPr>
                <w:rFonts w:eastAsia="Times New Roman" w:cs="Times New Roman"/>
                <w:color w:val="000000"/>
                <w:sz w:val="16"/>
                <w:szCs w:val="16"/>
              </w:rPr>
              <w:t>15</w:t>
            </w:r>
          </w:p>
        </w:tc>
        <w:tc>
          <w:tcPr>
            <w:tcW w:w="2008" w:type="dxa"/>
            <w:tcMar>
              <w:top w:w="55" w:type="dxa"/>
              <w:left w:w="80" w:type="dxa"/>
              <w:bottom w:w="55" w:type="dxa"/>
              <w:right w:w="80" w:type="dxa"/>
            </w:tcMar>
            <w:vAlign w:val="center"/>
          </w:tcPr>
          <w:p w14:paraId="40F9581D" w14:textId="77777777" w:rsidR="004033AD" w:rsidRDefault="004033AD" w:rsidP="00235C69">
            <w:pPr>
              <w:jc w:val="center"/>
            </w:pPr>
            <w:r>
              <w:rPr>
                <w:rFonts w:eastAsia="Times New Roman" w:cs="Times New Roman"/>
                <w:color w:val="000000"/>
                <w:sz w:val="16"/>
                <w:szCs w:val="16"/>
              </w:rPr>
              <w:t>9</w:t>
            </w:r>
          </w:p>
        </w:tc>
        <w:tc>
          <w:tcPr>
            <w:tcW w:w="2008" w:type="dxa"/>
            <w:tcMar>
              <w:top w:w="55" w:type="dxa"/>
              <w:left w:w="80" w:type="dxa"/>
              <w:bottom w:w="55" w:type="dxa"/>
              <w:right w:w="80" w:type="dxa"/>
            </w:tcMar>
            <w:vAlign w:val="center"/>
          </w:tcPr>
          <w:p w14:paraId="38B6310B" w14:textId="77777777" w:rsidR="004033AD" w:rsidRDefault="004033AD" w:rsidP="00235C69">
            <w:pPr>
              <w:jc w:val="center"/>
            </w:pPr>
            <w:r>
              <w:rPr>
                <w:rFonts w:eastAsia="Times New Roman" w:cs="Times New Roman"/>
                <w:color w:val="000000"/>
                <w:sz w:val="16"/>
                <w:szCs w:val="16"/>
              </w:rPr>
              <w:t>31</w:t>
            </w:r>
          </w:p>
        </w:tc>
        <w:tc>
          <w:tcPr>
            <w:tcW w:w="4116" w:type="dxa"/>
            <w:tcMar>
              <w:top w:w="55" w:type="dxa"/>
              <w:left w:w="80" w:type="dxa"/>
              <w:bottom w:w="55" w:type="dxa"/>
              <w:right w:w="80" w:type="dxa"/>
            </w:tcMar>
            <w:vAlign w:val="center"/>
          </w:tcPr>
          <w:p w14:paraId="40844B0A" w14:textId="77777777" w:rsidR="004033AD" w:rsidRDefault="004033AD" w:rsidP="00235C69">
            <w:pPr>
              <w:jc w:val="center"/>
            </w:pPr>
            <w:r>
              <w:rPr>
                <w:rFonts w:eastAsia="Times New Roman" w:cs="Times New Roman"/>
                <w:color w:val="000000"/>
                <w:sz w:val="16"/>
                <w:szCs w:val="16"/>
              </w:rPr>
              <w:t>3</w:t>
            </w:r>
          </w:p>
        </w:tc>
      </w:tr>
      <w:tr w:rsidR="004033AD" w14:paraId="267B8230" w14:textId="77777777" w:rsidTr="00235C69">
        <w:trPr>
          <w:cantSplit/>
        </w:trPr>
        <w:tc>
          <w:tcPr>
            <w:tcW w:w="2108" w:type="dxa"/>
            <w:tcMar>
              <w:top w:w="55" w:type="dxa"/>
              <w:left w:w="80" w:type="dxa"/>
              <w:bottom w:w="55" w:type="dxa"/>
              <w:right w:w="80" w:type="dxa"/>
            </w:tcMar>
            <w:vAlign w:val="center"/>
          </w:tcPr>
          <w:p w14:paraId="557EF185" w14:textId="77777777" w:rsidR="004033AD" w:rsidRDefault="004033AD" w:rsidP="00235C69">
            <w:r>
              <w:rPr>
                <w:rFonts w:eastAsia="Times New Roman" w:cs="Times New Roman"/>
                <w:color w:val="000000"/>
                <w:sz w:val="16"/>
                <w:szCs w:val="16"/>
              </w:rPr>
              <w:t>R07_F03</w:t>
            </w:r>
          </w:p>
        </w:tc>
        <w:tc>
          <w:tcPr>
            <w:tcW w:w="2008" w:type="dxa"/>
            <w:tcMar>
              <w:top w:w="55" w:type="dxa"/>
              <w:left w:w="80" w:type="dxa"/>
              <w:bottom w:w="55" w:type="dxa"/>
              <w:right w:w="80" w:type="dxa"/>
            </w:tcMar>
            <w:vAlign w:val="center"/>
          </w:tcPr>
          <w:p w14:paraId="020466EB" w14:textId="77777777" w:rsidR="004033AD" w:rsidRDefault="004033AD" w:rsidP="00235C69">
            <w:pPr>
              <w:jc w:val="center"/>
            </w:pPr>
            <w:r>
              <w:rPr>
                <w:rFonts w:eastAsia="Times New Roman" w:cs="Times New Roman"/>
                <w:color w:val="000000"/>
                <w:sz w:val="16"/>
                <w:szCs w:val="16"/>
              </w:rPr>
              <w:t>37</w:t>
            </w:r>
          </w:p>
        </w:tc>
        <w:tc>
          <w:tcPr>
            <w:tcW w:w="2008" w:type="dxa"/>
            <w:tcMar>
              <w:top w:w="55" w:type="dxa"/>
              <w:left w:w="80" w:type="dxa"/>
              <w:bottom w:w="55" w:type="dxa"/>
              <w:right w:w="80" w:type="dxa"/>
            </w:tcMar>
            <w:vAlign w:val="center"/>
          </w:tcPr>
          <w:p w14:paraId="7DECF28D" w14:textId="77777777" w:rsidR="004033AD" w:rsidRDefault="004033AD" w:rsidP="00235C69">
            <w:pPr>
              <w:jc w:val="center"/>
            </w:pPr>
            <w:r>
              <w:rPr>
                <w:rFonts w:eastAsia="Times New Roman" w:cs="Times New Roman"/>
                <w:color w:val="000000"/>
                <w:sz w:val="16"/>
                <w:szCs w:val="16"/>
              </w:rPr>
              <w:t>43</w:t>
            </w:r>
          </w:p>
        </w:tc>
        <w:tc>
          <w:tcPr>
            <w:tcW w:w="2008" w:type="dxa"/>
            <w:tcMar>
              <w:top w:w="55" w:type="dxa"/>
              <w:left w:w="80" w:type="dxa"/>
              <w:bottom w:w="55" w:type="dxa"/>
              <w:right w:w="80" w:type="dxa"/>
            </w:tcMar>
            <w:vAlign w:val="center"/>
          </w:tcPr>
          <w:p w14:paraId="0621F960" w14:textId="77777777" w:rsidR="004033AD" w:rsidRDefault="004033AD" w:rsidP="00235C69">
            <w:pPr>
              <w:jc w:val="center"/>
            </w:pPr>
            <w:r>
              <w:rPr>
                <w:rFonts w:eastAsia="Times New Roman" w:cs="Times New Roman"/>
                <w:color w:val="000000"/>
                <w:sz w:val="16"/>
                <w:szCs w:val="16"/>
              </w:rPr>
              <w:t>7</w:t>
            </w:r>
          </w:p>
        </w:tc>
        <w:tc>
          <w:tcPr>
            <w:tcW w:w="2008" w:type="dxa"/>
            <w:tcMar>
              <w:top w:w="55" w:type="dxa"/>
              <w:left w:w="80" w:type="dxa"/>
              <w:bottom w:w="55" w:type="dxa"/>
              <w:right w:w="80" w:type="dxa"/>
            </w:tcMar>
            <w:vAlign w:val="center"/>
          </w:tcPr>
          <w:p w14:paraId="60687C83" w14:textId="77777777" w:rsidR="004033AD" w:rsidRDefault="004033AD" w:rsidP="00235C69">
            <w:pPr>
              <w:jc w:val="center"/>
            </w:pPr>
            <w:r>
              <w:rPr>
                <w:rFonts w:eastAsia="Times New Roman" w:cs="Times New Roman"/>
                <w:color w:val="000000"/>
                <w:sz w:val="16"/>
                <w:szCs w:val="16"/>
              </w:rPr>
              <w:t>35</w:t>
            </w:r>
          </w:p>
        </w:tc>
        <w:tc>
          <w:tcPr>
            <w:tcW w:w="4116" w:type="dxa"/>
            <w:tcMar>
              <w:top w:w="55" w:type="dxa"/>
              <w:left w:w="80" w:type="dxa"/>
              <w:bottom w:w="55" w:type="dxa"/>
              <w:right w:w="80" w:type="dxa"/>
            </w:tcMar>
            <w:vAlign w:val="center"/>
          </w:tcPr>
          <w:p w14:paraId="237DA6FA" w14:textId="77777777" w:rsidR="004033AD" w:rsidRDefault="004033AD" w:rsidP="00235C69">
            <w:pPr>
              <w:jc w:val="center"/>
            </w:pPr>
            <w:r>
              <w:rPr>
                <w:rFonts w:eastAsia="Times New Roman" w:cs="Times New Roman"/>
                <w:color w:val="000000"/>
                <w:sz w:val="16"/>
                <w:szCs w:val="16"/>
              </w:rPr>
              <w:t>6</w:t>
            </w:r>
          </w:p>
        </w:tc>
      </w:tr>
      <w:tr w:rsidR="004033AD" w14:paraId="28E960CE" w14:textId="77777777" w:rsidTr="00235C69">
        <w:trPr>
          <w:cantSplit/>
        </w:trPr>
        <w:tc>
          <w:tcPr>
            <w:tcW w:w="2108" w:type="dxa"/>
            <w:tcMar>
              <w:top w:w="55" w:type="dxa"/>
              <w:left w:w="80" w:type="dxa"/>
              <w:bottom w:w="55" w:type="dxa"/>
              <w:right w:w="80" w:type="dxa"/>
            </w:tcMar>
            <w:vAlign w:val="center"/>
          </w:tcPr>
          <w:p w14:paraId="6B3E3C35" w14:textId="77777777" w:rsidR="004033AD" w:rsidRDefault="004033AD" w:rsidP="00235C69">
            <w:r>
              <w:rPr>
                <w:rFonts w:eastAsia="Times New Roman" w:cs="Times New Roman"/>
                <w:color w:val="000000"/>
                <w:sz w:val="16"/>
                <w:szCs w:val="16"/>
              </w:rPr>
              <w:t>R07_F04</w:t>
            </w:r>
          </w:p>
        </w:tc>
        <w:tc>
          <w:tcPr>
            <w:tcW w:w="2008" w:type="dxa"/>
            <w:tcMar>
              <w:top w:w="55" w:type="dxa"/>
              <w:left w:w="80" w:type="dxa"/>
              <w:bottom w:w="55" w:type="dxa"/>
              <w:right w:w="80" w:type="dxa"/>
            </w:tcMar>
            <w:vAlign w:val="center"/>
          </w:tcPr>
          <w:p w14:paraId="4D98B61D" w14:textId="77777777" w:rsidR="004033AD" w:rsidRDefault="004033AD" w:rsidP="00235C69">
            <w:pPr>
              <w:jc w:val="center"/>
            </w:pPr>
            <w:r>
              <w:rPr>
                <w:rFonts w:eastAsia="Times New Roman" w:cs="Times New Roman"/>
                <w:color w:val="000000"/>
                <w:sz w:val="16"/>
                <w:szCs w:val="16"/>
              </w:rPr>
              <w:t>6</w:t>
            </w:r>
          </w:p>
        </w:tc>
        <w:tc>
          <w:tcPr>
            <w:tcW w:w="2008" w:type="dxa"/>
            <w:tcMar>
              <w:top w:w="55" w:type="dxa"/>
              <w:left w:w="80" w:type="dxa"/>
              <w:bottom w:w="55" w:type="dxa"/>
              <w:right w:w="80" w:type="dxa"/>
            </w:tcMar>
            <w:vAlign w:val="center"/>
          </w:tcPr>
          <w:p w14:paraId="768F4FEC" w14:textId="77777777" w:rsidR="004033AD" w:rsidRDefault="004033AD" w:rsidP="00235C69">
            <w:pPr>
              <w:jc w:val="center"/>
            </w:pPr>
            <w:r>
              <w:rPr>
                <w:rFonts w:eastAsia="Times New Roman" w:cs="Times New Roman"/>
                <w:color w:val="000000"/>
                <w:sz w:val="16"/>
                <w:szCs w:val="16"/>
              </w:rPr>
              <w:t>4</w:t>
            </w:r>
          </w:p>
        </w:tc>
        <w:tc>
          <w:tcPr>
            <w:tcW w:w="2008" w:type="dxa"/>
            <w:tcMar>
              <w:top w:w="55" w:type="dxa"/>
              <w:left w:w="80" w:type="dxa"/>
              <w:bottom w:w="55" w:type="dxa"/>
              <w:right w:w="80" w:type="dxa"/>
            </w:tcMar>
            <w:vAlign w:val="center"/>
          </w:tcPr>
          <w:p w14:paraId="72FA0552" w14:textId="77777777" w:rsidR="004033AD" w:rsidRDefault="004033AD" w:rsidP="00235C69">
            <w:pPr>
              <w:jc w:val="center"/>
            </w:pPr>
            <w:r>
              <w:rPr>
                <w:rFonts w:eastAsia="Times New Roman" w:cs="Times New Roman"/>
                <w:color w:val="000000"/>
                <w:sz w:val="16"/>
                <w:szCs w:val="16"/>
              </w:rPr>
              <w:t>1*</w:t>
            </w:r>
          </w:p>
        </w:tc>
        <w:tc>
          <w:tcPr>
            <w:tcW w:w="2008" w:type="dxa"/>
            <w:tcMar>
              <w:top w:w="55" w:type="dxa"/>
              <w:left w:w="80" w:type="dxa"/>
              <w:bottom w:w="55" w:type="dxa"/>
              <w:right w:w="80" w:type="dxa"/>
            </w:tcMar>
            <w:vAlign w:val="center"/>
          </w:tcPr>
          <w:p w14:paraId="7CAB0CE7" w14:textId="77777777" w:rsidR="004033AD" w:rsidRDefault="004033AD" w:rsidP="00235C69">
            <w:pPr>
              <w:jc w:val="center"/>
            </w:pPr>
            <w:r>
              <w:rPr>
                <w:rFonts w:eastAsia="Times New Roman" w:cs="Times New Roman"/>
                <w:color w:val="000000"/>
                <w:sz w:val="16"/>
                <w:szCs w:val="16"/>
              </w:rPr>
              <w:t>1*</w:t>
            </w:r>
          </w:p>
        </w:tc>
        <w:tc>
          <w:tcPr>
            <w:tcW w:w="4116" w:type="dxa"/>
            <w:tcMar>
              <w:top w:w="55" w:type="dxa"/>
              <w:left w:w="80" w:type="dxa"/>
              <w:bottom w:w="55" w:type="dxa"/>
              <w:right w:w="80" w:type="dxa"/>
            </w:tcMar>
            <w:vAlign w:val="center"/>
          </w:tcPr>
          <w:p w14:paraId="491AEC55" w14:textId="77777777" w:rsidR="004033AD" w:rsidRDefault="004033AD" w:rsidP="00235C69">
            <w:pPr>
              <w:jc w:val="center"/>
            </w:pPr>
            <w:r>
              <w:rPr>
                <w:rFonts w:eastAsia="Times New Roman" w:cs="Times New Roman"/>
                <w:color w:val="000000"/>
                <w:sz w:val="16"/>
                <w:szCs w:val="16"/>
              </w:rPr>
              <w:t>3</w:t>
            </w:r>
          </w:p>
        </w:tc>
      </w:tr>
      <w:tr w:rsidR="004033AD" w14:paraId="678EB879" w14:textId="77777777" w:rsidTr="00235C69">
        <w:trPr>
          <w:cantSplit/>
        </w:trPr>
        <w:tc>
          <w:tcPr>
            <w:tcW w:w="2108" w:type="dxa"/>
            <w:tcMar>
              <w:top w:w="55" w:type="dxa"/>
              <w:left w:w="80" w:type="dxa"/>
              <w:bottom w:w="55" w:type="dxa"/>
              <w:right w:w="80" w:type="dxa"/>
            </w:tcMar>
            <w:vAlign w:val="center"/>
          </w:tcPr>
          <w:p w14:paraId="1C339634" w14:textId="77777777" w:rsidR="004033AD" w:rsidRDefault="004033AD" w:rsidP="00235C69">
            <w:r>
              <w:rPr>
                <w:rFonts w:eastAsia="Times New Roman" w:cs="Times New Roman"/>
                <w:color w:val="000000"/>
                <w:sz w:val="16"/>
                <w:szCs w:val="16"/>
              </w:rPr>
              <w:t>R07_F05</w:t>
            </w:r>
          </w:p>
        </w:tc>
        <w:tc>
          <w:tcPr>
            <w:tcW w:w="2008" w:type="dxa"/>
            <w:tcMar>
              <w:top w:w="55" w:type="dxa"/>
              <w:left w:w="80" w:type="dxa"/>
              <w:bottom w:w="55" w:type="dxa"/>
              <w:right w:w="80" w:type="dxa"/>
            </w:tcMar>
            <w:vAlign w:val="center"/>
          </w:tcPr>
          <w:p w14:paraId="02161ACB" w14:textId="77777777" w:rsidR="004033AD" w:rsidRDefault="004033AD" w:rsidP="00235C69">
            <w:pPr>
              <w:jc w:val="center"/>
            </w:pPr>
            <w:r>
              <w:rPr>
                <w:rFonts w:eastAsia="Times New Roman" w:cs="Times New Roman"/>
                <w:color w:val="000000"/>
                <w:sz w:val="16"/>
                <w:szCs w:val="16"/>
              </w:rPr>
              <w:t>38</w:t>
            </w:r>
          </w:p>
        </w:tc>
        <w:tc>
          <w:tcPr>
            <w:tcW w:w="2008" w:type="dxa"/>
            <w:tcMar>
              <w:top w:w="55" w:type="dxa"/>
              <w:left w:w="80" w:type="dxa"/>
              <w:bottom w:w="55" w:type="dxa"/>
              <w:right w:w="80" w:type="dxa"/>
            </w:tcMar>
            <w:vAlign w:val="center"/>
          </w:tcPr>
          <w:p w14:paraId="250E7F51" w14:textId="77777777" w:rsidR="004033AD" w:rsidRDefault="004033AD" w:rsidP="00235C69">
            <w:pPr>
              <w:jc w:val="center"/>
            </w:pPr>
            <w:r>
              <w:rPr>
                <w:rFonts w:eastAsia="Times New Roman" w:cs="Times New Roman"/>
                <w:color w:val="000000"/>
                <w:sz w:val="16"/>
                <w:szCs w:val="16"/>
              </w:rPr>
              <w:t>23</w:t>
            </w:r>
          </w:p>
        </w:tc>
        <w:tc>
          <w:tcPr>
            <w:tcW w:w="2008" w:type="dxa"/>
            <w:tcMar>
              <w:top w:w="55" w:type="dxa"/>
              <w:left w:w="80" w:type="dxa"/>
              <w:bottom w:w="55" w:type="dxa"/>
              <w:right w:w="80" w:type="dxa"/>
            </w:tcMar>
            <w:vAlign w:val="center"/>
          </w:tcPr>
          <w:p w14:paraId="3837084A" w14:textId="77777777" w:rsidR="004033AD" w:rsidRDefault="004033AD" w:rsidP="00235C69">
            <w:pPr>
              <w:jc w:val="center"/>
            </w:pPr>
            <w:r>
              <w:rPr>
                <w:rFonts w:eastAsia="Times New Roman" w:cs="Times New Roman"/>
                <w:color w:val="000000"/>
                <w:sz w:val="16"/>
                <w:szCs w:val="16"/>
              </w:rPr>
              <w:t>5</w:t>
            </w:r>
          </w:p>
        </w:tc>
        <w:tc>
          <w:tcPr>
            <w:tcW w:w="2008" w:type="dxa"/>
            <w:tcMar>
              <w:top w:w="55" w:type="dxa"/>
              <w:left w:w="80" w:type="dxa"/>
              <w:bottom w:w="55" w:type="dxa"/>
              <w:right w:w="80" w:type="dxa"/>
            </w:tcMar>
            <w:vAlign w:val="center"/>
          </w:tcPr>
          <w:p w14:paraId="3245E2C3" w14:textId="77777777" w:rsidR="004033AD" w:rsidRDefault="004033AD" w:rsidP="00235C69">
            <w:pPr>
              <w:jc w:val="center"/>
            </w:pPr>
            <w:r>
              <w:rPr>
                <w:rFonts w:eastAsia="Times New Roman" w:cs="Times New Roman"/>
                <w:color w:val="000000"/>
                <w:sz w:val="16"/>
                <w:szCs w:val="16"/>
              </w:rPr>
              <w:t>17</w:t>
            </w:r>
          </w:p>
        </w:tc>
        <w:tc>
          <w:tcPr>
            <w:tcW w:w="4116" w:type="dxa"/>
            <w:tcMar>
              <w:top w:w="55" w:type="dxa"/>
              <w:left w:w="80" w:type="dxa"/>
              <w:bottom w:w="55" w:type="dxa"/>
              <w:right w:w="80" w:type="dxa"/>
            </w:tcMar>
            <w:vAlign w:val="center"/>
          </w:tcPr>
          <w:p w14:paraId="3E19318D" w14:textId="77777777" w:rsidR="004033AD" w:rsidRDefault="004033AD" w:rsidP="00235C69">
            <w:pPr>
              <w:jc w:val="center"/>
            </w:pPr>
            <w:r>
              <w:rPr>
                <w:rFonts w:eastAsia="Times New Roman" w:cs="Times New Roman"/>
                <w:color w:val="000000"/>
                <w:sz w:val="16"/>
                <w:szCs w:val="16"/>
              </w:rPr>
              <w:t>1*</w:t>
            </w:r>
          </w:p>
        </w:tc>
      </w:tr>
      <w:tr w:rsidR="004033AD" w14:paraId="03A706B8" w14:textId="77777777" w:rsidTr="00235C69">
        <w:trPr>
          <w:cantSplit/>
        </w:trPr>
        <w:tc>
          <w:tcPr>
            <w:tcW w:w="2108" w:type="dxa"/>
            <w:tcMar>
              <w:top w:w="55" w:type="dxa"/>
              <w:left w:w="80" w:type="dxa"/>
              <w:bottom w:w="55" w:type="dxa"/>
              <w:right w:w="80" w:type="dxa"/>
            </w:tcMar>
            <w:vAlign w:val="center"/>
          </w:tcPr>
          <w:p w14:paraId="6947FA62" w14:textId="77777777" w:rsidR="004033AD" w:rsidRDefault="004033AD" w:rsidP="00235C69">
            <w:r>
              <w:rPr>
                <w:rFonts w:eastAsia="Times New Roman" w:cs="Times New Roman"/>
                <w:color w:val="000000"/>
                <w:sz w:val="16"/>
                <w:szCs w:val="16"/>
              </w:rPr>
              <w:t>R08_F01</w:t>
            </w:r>
          </w:p>
        </w:tc>
        <w:tc>
          <w:tcPr>
            <w:tcW w:w="2008" w:type="dxa"/>
            <w:tcMar>
              <w:top w:w="55" w:type="dxa"/>
              <w:left w:w="80" w:type="dxa"/>
              <w:bottom w:w="55" w:type="dxa"/>
              <w:right w:w="80" w:type="dxa"/>
            </w:tcMar>
            <w:vAlign w:val="center"/>
          </w:tcPr>
          <w:p w14:paraId="095D682F" w14:textId="77777777" w:rsidR="004033AD" w:rsidRDefault="004033AD" w:rsidP="00235C69">
            <w:pPr>
              <w:jc w:val="center"/>
            </w:pPr>
            <w:r>
              <w:rPr>
                <w:rFonts w:eastAsia="Times New Roman" w:cs="Times New Roman"/>
                <w:color w:val="000000"/>
                <w:sz w:val="16"/>
                <w:szCs w:val="16"/>
              </w:rPr>
              <w:t>24</w:t>
            </w:r>
          </w:p>
        </w:tc>
        <w:tc>
          <w:tcPr>
            <w:tcW w:w="2008" w:type="dxa"/>
            <w:tcMar>
              <w:top w:w="55" w:type="dxa"/>
              <w:left w:w="80" w:type="dxa"/>
              <w:bottom w:w="55" w:type="dxa"/>
              <w:right w:w="80" w:type="dxa"/>
            </w:tcMar>
            <w:vAlign w:val="center"/>
          </w:tcPr>
          <w:p w14:paraId="5F7279BC" w14:textId="77777777" w:rsidR="004033AD" w:rsidRDefault="004033AD" w:rsidP="00235C69">
            <w:pPr>
              <w:jc w:val="center"/>
            </w:pPr>
            <w:r>
              <w:rPr>
                <w:rFonts w:eastAsia="Times New Roman" w:cs="Times New Roman"/>
                <w:color w:val="000000"/>
                <w:sz w:val="16"/>
                <w:szCs w:val="16"/>
              </w:rPr>
              <w:t>6</w:t>
            </w:r>
          </w:p>
        </w:tc>
        <w:tc>
          <w:tcPr>
            <w:tcW w:w="2008" w:type="dxa"/>
            <w:tcMar>
              <w:top w:w="55" w:type="dxa"/>
              <w:left w:w="80" w:type="dxa"/>
              <w:bottom w:w="55" w:type="dxa"/>
              <w:right w:w="80" w:type="dxa"/>
            </w:tcMar>
            <w:vAlign w:val="center"/>
          </w:tcPr>
          <w:p w14:paraId="45B51702" w14:textId="77777777" w:rsidR="004033AD" w:rsidRDefault="004033AD" w:rsidP="00235C69">
            <w:pPr>
              <w:jc w:val="center"/>
            </w:pPr>
            <w:r>
              <w:rPr>
                <w:rFonts w:eastAsia="Times New Roman" w:cs="Times New Roman"/>
                <w:color w:val="000000"/>
                <w:sz w:val="16"/>
                <w:szCs w:val="16"/>
              </w:rPr>
              <w:t>30</w:t>
            </w:r>
          </w:p>
        </w:tc>
        <w:tc>
          <w:tcPr>
            <w:tcW w:w="2008" w:type="dxa"/>
            <w:tcMar>
              <w:top w:w="55" w:type="dxa"/>
              <w:left w:w="80" w:type="dxa"/>
              <w:bottom w:w="55" w:type="dxa"/>
              <w:right w:w="80" w:type="dxa"/>
            </w:tcMar>
            <w:vAlign w:val="center"/>
          </w:tcPr>
          <w:p w14:paraId="4F408F47" w14:textId="77777777" w:rsidR="004033AD" w:rsidRDefault="004033AD" w:rsidP="00235C69">
            <w:pPr>
              <w:jc w:val="center"/>
            </w:pPr>
            <w:r>
              <w:rPr>
                <w:rFonts w:eastAsia="Times New Roman" w:cs="Times New Roman"/>
                <w:color w:val="000000"/>
                <w:sz w:val="16"/>
                <w:szCs w:val="16"/>
              </w:rPr>
              <w:t>1*</w:t>
            </w:r>
          </w:p>
        </w:tc>
        <w:tc>
          <w:tcPr>
            <w:tcW w:w="4116" w:type="dxa"/>
            <w:tcMar>
              <w:top w:w="55" w:type="dxa"/>
              <w:left w:w="80" w:type="dxa"/>
              <w:bottom w:w="55" w:type="dxa"/>
              <w:right w:w="80" w:type="dxa"/>
            </w:tcMar>
            <w:vAlign w:val="center"/>
          </w:tcPr>
          <w:p w14:paraId="7AC571AD" w14:textId="77777777" w:rsidR="004033AD" w:rsidRDefault="004033AD" w:rsidP="00235C69">
            <w:pPr>
              <w:jc w:val="center"/>
            </w:pPr>
            <w:r>
              <w:rPr>
                <w:rFonts w:eastAsia="Times New Roman" w:cs="Times New Roman"/>
                <w:color w:val="000000"/>
                <w:sz w:val="16"/>
                <w:szCs w:val="16"/>
              </w:rPr>
              <w:t>1*</w:t>
            </w:r>
          </w:p>
        </w:tc>
      </w:tr>
      <w:tr w:rsidR="004033AD" w14:paraId="56A5DBA0" w14:textId="77777777" w:rsidTr="00235C69">
        <w:trPr>
          <w:cantSplit/>
        </w:trPr>
        <w:tc>
          <w:tcPr>
            <w:tcW w:w="2108" w:type="dxa"/>
            <w:tcMar>
              <w:top w:w="55" w:type="dxa"/>
              <w:left w:w="80" w:type="dxa"/>
              <w:bottom w:w="55" w:type="dxa"/>
              <w:right w:w="80" w:type="dxa"/>
            </w:tcMar>
            <w:vAlign w:val="center"/>
          </w:tcPr>
          <w:p w14:paraId="39B9608A" w14:textId="77777777" w:rsidR="004033AD" w:rsidRDefault="004033AD" w:rsidP="00235C69">
            <w:r>
              <w:rPr>
                <w:rFonts w:eastAsia="Times New Roman" w:cs="Times New Roman"/>
                <w:color w:val="000000"/>
                <w:sz w:val="16"/>
                <w:szCs w:val="16"/>
              </w:rPr>
              <w:t>R08_F02</w:t>
            </w:r>
          </w:p>
        </w:tc>
        <w:tc>
          <w:tcPr>
            <w:tcW w:w="2008" w:type="dxa"/>
            <w:tcMar>
              <w:top w:w="55" w:type="dxa"/>
              <w:left w:w="80" w:type="dxa"/>
              <w:bottom w:w="55" w:type="dxa"/>
              <w:right w:w="80" w:type="dxa"/>
            </w:tcMar>
            <w:vAlign w:val="center"/>
          </w:tcPr>
          <w:p w14:paraId="17B9619B" w14:textId="77777777" w:rsidR="004033AD" w:rsidRDefault="004033AD" w:rsidP="00235C69">
            <w:pPr>
              <w:jc w:val="center"/>
            </w:pPr>
            <w:r>
              <w:rPr>
                <w:rFonts w:eastAsia="Times New Roman" w:cs="Times New Roman"/>
                <w:color w:val="000000"/>
                <w:sz w:val="16"/>
                <w:szCs w:val="16"/>
              </w:rPr>
              <w:t>20</w:t>
            </w:r>
          </w:p>
        </w:tc>
        <w:tc>
          <w:tcPr>
            <w:tcW w:w="2008" w:type="dxa"/>
            <w:tcMar>
              <w:top w:w="55" w:type="dxa"/>
              <w:left w:w="80" w:type="dxa"/>
              <w:bottom w:w="55" w:type="dxa"/>
              <w:right w:w="80" w:type="dxa"/>
            </w:tcMar>
            <w:vAlign w:val="center"/>
          </w:tcPr>
          <w:p w14:paraId="3DE2381F" w14:textId="77777777" w:rsidR="004033AD" w:rsidRDefault="004033AD" w:rsidP="00235C69">
            <w:pPr>
              <w:jc w:val="center"/>
            </w:pPr>
            <w:r>
              <w:rPr>
                <w:rFonts w:eastAsia="Times New Roman" w:cs="Times New Roman"/>
                <w:color w:val="000000"/>
                <w:sz w:val="16"/>
                <w:szCs w:val="16"/>
              </w:rPr>
              <w:t>25</w:t>
            </w:r>
          </w:p>
        </w:tc>
        <w:tc>
          <w:tcPr>
            <w:tcW w:w="2008" w:type="dxa"/>
            <w:tcMar>
              <w:top w:w="55" w:type="dxa"/>
              <w:left w:w="80" w:type="dxa"/>
              <w:bottom w:w="55" w:type="dxa"/>
              <w:right w:w="80" w:type="dxa"/>
            </w:tcMar>
            <w:vAlign w:val="center"/>
          </w:tcPr>
          <w:p w14:paraId="2A8FDBAC" w14:textId="77777777" w:rsidR="004033AD" w:rsidRDefault="004033AD" w:rsidP="00235C69">
            <w:pPr>
              <w:jc w:val="center"/>
            </w:pPr>
            <w:r>
              <w:rPr>
                <w:rFonts w:eastAsia="Times New Roman" w:cs="Times New Roman"/>
                <w:color w:val="000000"/>
                <w:sz w:val="16"/>
                <w:szCs w:val="16"/>
              </w:rPr>
              <w:t>6</w:t>
            </w:r>
          </w:p>
        </w:tc>
        <w:tc>
          <w:tcPr>
            <w:tcW w:w="2008" w:type="dxa"/>
            <w:tcMar>
              <w:top w:w="55" w:type="dxa"/>
              <w:left w:w="80" w:type="dxa"/>
              <w:bottom w:w="55" w:type="dxa"/>
              <w:right w:w="80" w:type="dxa"/>
            </w:tcMar>
            <w:vAlign w:val="center"/>
          </w:tcPr>
          <w:p w14:paraId="6BEB2A3A" w14:textId="77777777" w:rsidR="004033AD" w:rsidRDefault="004033AD" w:rsidP="00235C69">
            <w:pPr>
              <w:jc w:val="center"/>
            </w:pPr>
            <w:r>
              <w:rPr>
                <w:rFonts w:eastAsia="Times New Roman" w:cs="Times New Roman"/>
                <w:color w:val="000000"/>
                <w:sz w:val="16"/>
                <w:szCs w:val="16"/>
              </w:rPr>
              <w:t>11</w:t>
            </w:r>
          </w:p>
        </w:tc>
        <w:tc>
          <w:tcPr>
            <w:tcW w:w="4116" w:type="dxa"/>
            <w:tcMar>
              <w:top w:w="55" w:type="dxa"/>
              <w:left w:w="80" w:type="dxa"/>
              <w:bottom w:w="55" w:type="dxa"/>
              <w:right w:w="80" w:type="dxa"/>
            </w:tcMar>
            <w:vAlign w:val="center"/>
          </w:tcPr>
          <w:p w14:paraId="37BFDD9F" w14:textId="77777777" w:rsidR="004033AD" w:rsidRDefault="004033AD" w:rsidP="00235C69">
            <w:pPr>
              <w:jc w:val="center"/>
            </w:pPr>
            <w:r>
              <w:rPr>
                <w:rFonts w:eastAsia="Times New Roman" w:cs="Times New Roman"/>
                <w:color w:val="000000"/>
                <w:sz w:val="16"/>
                <w:szCs w:val="16"/>
              </w:rPr>
              <w:t>6</w:t>
            </w:r>
          </w:p>
        </w:tc>
      </w:tr>
      <w:tr w:rsidR="004033AD" w14:paraId="159BC1B9" w14:textId="77777777" w:rsidTr="00235C69">
        <w:trPr>
          <w:cantSplit/>
        </w:trPr>
        <w:tc>
          <w:tcPr>
            <w:tcW w:w="2108" w:type="dxa"/>
            <w:tcMar>
              <w:top w:w="55" w:type="dxa"/>
              <w:left w:w="80" w:type="dxa"/>
              <w:bottom w:w="55" w:type="dxa"/>
              <w:right w:w="80" w:type="dxa"/>
            </w:tcMar>
            <w:vAlign w:val="center"/>
          </w:tcPr>
          <w:p w14:paraId="33E7722D" w14:textId="77777777" w:rsidR="004033AD" w:rsidRDefault="004033AD" w:rsidP="00235C69">
            <w:r>
              <w:rPr>
                <w:rFonts w:eastAsia="Times New Roman" w:cs="Times New Roman"/>
                <w:color w:val="000000"/>
                <w:sz w:val="16"/>
                <w:szCs w:val="16"/>
              </w:rPr>
              <w:t>R08_F03</w:t>
            </w:r>
          </w:p>
        </w:tc>
        <w:tc>
          <w:tcPr>
            <w:tcW w:w="2008" w:type="dxa"/>
            <w:tcMar>
              <w:top w:w="55" w:type="dxa"/>
              <w:left w:w="80" w:type="dxa"/>
              <w:bottom w:w="55" w:type="dxa"/>
              <w:right w:w="80" w:type="dxa"/>
            </w:tcMar>
            <w:vAlign w:val="center"/>
          </w:tcPr>
          <w:p w14:paraId="5113F526" w14:textId="77777777" w:rsidR="004033AD" w:rsidRDefault="004033AD" w:rsidP="00235C69">
            <w:pPr>
              <w:jc w:val="center"/>
            </w:pPr>
            <w:r>
              <w:rPr>
                <w:rFonts w:eastAsia="Times New Roman" w:cs="Times New Roman"/>
                <w:color w:val="000000"/>
                <w:sz w:val="16"/>
                <w:szCs w:val="16"/>
              </w:rPr>
              <w:t>28</w:t>
            </w:r>
          </w:p>
        </w:tc>
        <w:tc>
          <w:tcPr>
            <w:tcW w:w="2008" w:type="dxa"/>
            <w:tcMar>
              <w:top w:w="55" w:type="dxa"/>
              <w:left w:w="80" w:type="dxa"/>
              <w:bottom w:w="55" w:type="dxa"/>
              <w:right w:w="80" w:type="dxa"/>
            </w:tcMar>
            <w:vAlign w:val="center"/>
          </w:tcPr>
          <w:p w14:paraId="05B0939E" w14:textId="77777777" w:rsidR="004033AD" w:rsidRDefault="004033AD" w:rsidP="00235C69">
            <w:pPr>
              <w:jc w:val="center"/>
            </w:pPr>
            <w:r>
              <w:rPr>
                <w:rFonts w:eastAsia="Times New Roman" w:cs="Times New Roman"/>
                <w:color w:val="000000"/>
                <w:sz w:val="16"/>
                <w:szCs w:val="16"/>
              </w:rPr>
              <w:t>33</w:t>
            </w:r>
          </w:p>
        </w:tc>
        <w:tc>
          <w:tcPr>
            <w:tcW w:w="2008" w:type="dxa"/>
            <w:tcMar>
              <w:top w:w="55" w:type="dxa"/>
              <w:left w:w="80" w:type="dxa"/>
              <w:bottom w:w="55" w:type="dxa"/>
              <w:right w:w="80" w:type="dxa"/>
            </w:tcMar>
            <w:vAlign w:val="center"/>
          </w:tcPr>
          <w:p w14:paraId="621BBB96" w14:textId="77777777" w:rsidR="004033AD" w:rsidRDefault="004033AD" w:rsidP="00235C69">
            <w:pPr>
              <w:jc w:val="center"/>
            </w:pPr>
            <w:r>
              <w:rPr>
                <w:rFonts w:eastAsia="Times New Roman" w:cs="Times New Roman"/>
                <w:color w:val="000000"/>
                <w:sz w:val="16"/>
                <w:szCs w:val="16"/>
              </w:rPr>
              <w:t>1*</w:t>
            </w:r>
          </w:p>
        </w:tc>
        <w:tc>
          <w:tcPr>
            <w:tcW w:w="2008" w:type="dxa"/>
            <w:tcMar>
              <w:top w:w="55" w:type="dxa"/>
              <w:left w:w="80" w:type="dxa"/>
              <w:bottom w:w="55" w:type="dxa"/>
              <w:right w:w="80" w:type="dxa"/>
            </w:tcMar>
            <w:vAlign w:val="center"/>
          </w:tcPr>
          <w:p w14:paraId="5CF84341" w14:textId="77777777" w:rsidR="004033AD" w:rsidRDefault="004033AD" w:rsidP="00235C69">
            <w:pPr>
              <w:jc w:val="center"/>
            </w:pPr>
            <w:r>
              <w:rPr>
                <w:rFonts w:eastAsia="Times New Roman" w:cs="Times New Roman"/>
                <w:color w:val="000000"/>
                <w:sz w:val="16"/>
                <w:szCs w:val="16"/>
              </w:rPr>
              <w:t>1*</w:t>
            </w:r>
          </w:p>
        </w:tc>
        <w:tc>
          <w:tcPr>
            <w:tcW w:w="4116" w:type="dxa"/>
            <w:tcMar>
              <w:top w:w="55" w:type="dxa"/>
              <w:left w:w="80" w:type="dxa"/>
              <w:bottom w:w="55" w:type="dxa"/>
              <w:right w:w="80" w:type="dxa"/>
            </w:tcMar>
            <w:vAlign w:val="center"/>
          </w:tcPr>
          <w:p w14:paraId="3B3905AE" w14:textId="77777777" w:rsidR="004033AD" w:rsidRDefault="004033AD" w:rsidP="00235C69">
            <w:pPr>
              <w:jc w:val="center"/>
            </w:pPr>
            <w:r>
              <w:rPr>
                <w:rFonts w:eastAsia="Times New Roman" w:cs="Times New Roman"/>
                <w:color w:val="000000"/>
                <w:sz w:val="16"/>
                <w:szCs w:val="16"/>
              </w:rPr>
              <w:t>35</w:t>
            </w:r>
          </w:p>
        </w:tc>
      </w:tr>
      <w:tr w:rsidR="004033AD" w14:paraId="2C2930E9" w14:textId="77777777" w:rsidTr="00235C69">
        <w:trPr>
          <w:cantSplit/>
        </w:trPr>
        <w:tc>
          <w:tcPr>
            <w:tcW w:w="2108" w:type="dxa"/>
            <w:tcMar>
              <w:top w:w="55" w:type="dxa"/>
              <w:left w:w="80" w:type="dxa"/>
              <w:bottom w:w="55" w:type="dxa"/>
              <w:right w:w="80" w:type="dxa"/>
            </w:tcMar>
            <w:vAlign w:val="center"/>
          </w:tcPr>
          <w:p w14:paraId="1363A410" w14:textId="77777777" w:rsidR="004033AD" w:rsidRDefault="004033AD" w:rsidP="00235C69">
            <w:r>
              <w:rPr>
                <w:rFonts w:eastAsia="Times New Roman" w:cs="Times New Roman"/>
                <w:color w:val="000000"/>
                <w:sz w:val="16"/>
                <w:szCs w:val="16"/>
              </w:rPr>
              <w:t>R08_F04</w:t>
            </w:r>
          </w:p>
        </w:tc>
        <w:tc>
          <w:tcPr>
            <w:tcW w:w="2008" w:type="dxa"/>
            <w:tcMar>
              <w:top w:w="55" w:type="dxa"/>
              <w:left w:w="80" w:type="dxa"/>
              <w:bottom w:w="55" w:type="dxa"/>
              <w:right w:w="80" w:type="dxa"/>
            </w:tcMar>
            <w:vAlign w:val="center"/>
          </w:tcPr>
          <w:p w14:paraId="7099A2B9" w14:textId="77777777" w:rsidR="004033AD" w:rsidRDefault="004033AD" w:rsidP="00235C69">
            <w:pPr>
              <w:jc w:val="center"/>
            </w:pPr>
            <w:r>
              <w:rPr>
                <w:rFonts w:eastAsia="Times New Roman" w:cs="Times New Roman"/>
                <w:color w:val="000000"/>
                <w:sz w:val="16"/>
                <w:szCs w:val="16"/>
              </w:rPr>
              <w:t>37</w:t>
            </w:r>
          </w:p>
        </w:tc>
        <w:tc>
          <w:tcPr>
            <w:tcW w:w="2008" w:type="dxa"/>
            <w:tcMar>
              <w:top w:w="55" w:type="dxa"/>
              <w:left w:w="80" w:type="dxa"/>
              <w:bottom w:w="55" w:type="dxa"/>
              <w:right w:w="80" w:type="dxa"/>
            </w:tcMar>
            <w:vAlign w:val="center"/>
          </w:tcPr>
          <w:p w14:paraId="510473CA" w14:textId="77777777" w:rsidR="004033AD" w:rsidRDefault="004033AD" w:rsidP="00235C69">
            <w:pPr>
              <w:jc w:val="center"/>
            </w:pPr>
            <w:r>
              <w:rPr>
                <w:rFonts w:eastAsia="Times New Roman" w:cs="Times New Roman"/>
                <w:color w:val="000000"/>
                <w:sz w:val="16"/>
                <w:szCs w:val="16"/>
              </w:rPr>
              <w:t>17</w:t>
            </w:r>
          </w:p>
        </w:tc>
        <w:tc>
          <w:tcPr>
            <w:tcW w:w="2008" w:type="dxa"/>
            <w:tcMar>
              <w:top w:w="55" w:type="dxa"/>
              <w:left w:w="80" w:type="dxa"/>
              <w:bottom w:w="55" w:type="dxa"/>
              <w:right w:w="80" w:type="dxa"/>
            </w:tcMar>
            <w:vAlign w:val="center"/>
          </w:tcPr>
          <w:p w14:paraId="32DAEB78" w14:textId="77777777" w:rsidR="004033AD" w:rsidRDefault="004033AD" w:rsidP="00235C69">
            <w:pPr>
              <w:jc w:val="center"/>
            </w:pPr>
            <w:r>
              <w:rPr>
                <w:rFonts w:eastAsia="Times New Roman" w:cs="Times New Roman"/>
                <w:color w:val="000000"/>
                <w:sz w:val="16"/>
                <w:szCs w:val="16"/>
              </w:rPr>
              <w:t>3</w:t>
            </w:r>
          </w:p>
        </w:tc>
        <w:tc>
          <w:tcPr>
            <w:tcW w:w="2008" w:type="dxa"/>
            <w:tcMar>
              <w:top w:w="55" w:type="dxa"/>
              <w:left w:w="80" w:type="dxa"/>
              <w:bottom w:w="55" w:type="dxa"/>
              <w:right w:w="80" w:type="dxa"/>
            </w:tcMar>
            <w:vAlign w:val="center"/>
          </w:tcPr>
          <w:p w14:paraId="13882154" w14:textId="77777777" w:rsidR="004033AD" w:rsidRDefault="004033AD" w:rsidP="00235C69">
            <w:pPr>
              <w:jc w:val="center"/>
            </w:pPr>
            <w:r>
              <w:rPr>
                <w:rFonts w:eastAsia="Times New Roman" w:cs="Times New Roman"/>
                <w:color w:val="000000"/>
                <w:sz w:val="16"/>
                <w:szCs w:val="16"/>
              </w:rPr>
              <w:t>4</w:t>
            </w:r>
          </w:p>
        </w:tc>
        <w:tc>
          <w:tcPr>
            <w:tcW w:w="4116" w:type="dxa"/>
            <w:tcMar>
              <w:top w:w="55" w:type="dxa"/>
              <w:left w:w="80" w:type="dxa"/>
              <w:bottom w:w="55" w:type="dxa"/>
              <w:right w:w="80" w:type="dxa"/>
            </w:tcMar>
            <w:vAlign w:val="center"/>
          </w:tcPr>
          <w:p w14:paraId="687358F9" w14:textId="77777777" w:rsidR="004033AD" w:rsidRDefault="004033AD" w:rsidP="00235C69">
            <w:pPr>
              <w:jc w:val="center"/>
            </w:pPr>
            <w:r>
              <w:rPr>
                <w:rFonts w:eastAsia="Times New Roman" w:cs="Times New Roman"/>
                <w:color w:val="000000"/>
                <w:sz w:val="16"/>
                <w:szCs w:val="16"/>
              </w:rPr>
              <w:t>3</w:t>
            </w:r>
          </w:p>
        </w:tc>
      </w:tr>
      <w:tr w:rsidR="004033AD" w14:paraId="2D2279D9" w14:textId="77777777" w:rsidTr="00235C69">
        <w:trPr>
          <w:cantSplit/>
        </w:trPr>
        <w:tc>
          <w:tcPr>
            <w:tcW w:w="2108" w:type="dxa"/>
            <w:tcMar>
              <w:top w:w="55" w:type="dxa"/>
              <w:left w:w="80" w:type="dxa"/>
              <w:bottom w:w="55" w:type="dxa"/>
              <w:right w:w="80" w:type="dxa"/>
            </w:tcMar>
            <w:vAlign w:val="center"/>
          </w:tcPr>
          <w:p w14:paraId="43461610" w14:textId="77777777" w:rsidR="004033AD" w:rsidRDefault="004033AD" w:rsidP="00235C69">
            <w:r>
              <w:rPr>
                <w:rFonts w:eastAsia="Times New Roman" w:cs="Times New Roman"/>
                <w:color w:val="000000"/>
                <w:sz w:val="16"/>
                <w:szCs w:val="16"/>
              </w:rPr>
              <w:t>R08_F05</w:t>
            </w:r>
          </w:p>
        </w:tc>
        <w:tc>
          <w:tcPr>
            <w:tcW w:w="2008" w:type="dxa"/>
            <w:tcMar>
              <w:top w:w="55" w:type="dxa"/>
              <w:left w:w="80" w:type="dxa"/>
              <w:bottom w:w="55" w:type="dxa"/>
              <w:right w:w="80" w:type="dxa"/>
            </w:tcMar>
            <w:vAlign w:val="center"/>
          </w:tcPr>
          <w:p w14:paraId="72C93F39" w14:textId="77777777" w:rsidR="004033AD" w:rsidRDefault="004033AD" w:rsidP="00235C69">
            <w:pPr>
              <w:jc w:val="center"/>
            </w:pPr>
            <w:r>
              <w:rPr>
                <w:rFonts w:eastAsia="Times New Roman" w:cs="Times New Roman"/>
                <w:color w:val="000000"/>
                <w:sz w:val="16"/>
                <w:szCs w:val="16"/>
              </w:rPr>
              <w:t>25</w:t>
            </w:r>
          </w:p>
        </w:tc>
        <w:tc>
          <w:tcPr>
            <w:tcW w:w="2008" w:type="dxa"/>
            <w:tcMar>
              <w:top w:w="55" w:type="dxa"/>
              <w:left w:w="80" w:type="dxa"/>
              <w:bottom w:w="55" w:type="dxa"/>
              <w:right w:w="80" w:type="dxa"/>
            </w:tcMar>
            <w:vAlign w:val="center"/>
          </w:tcPr>
          <w:p w14:paraId="2D8B5EA0" w14:textId="77777777" w:rsidR="004033AD" w:rsidRDefault="004033AD" w:rsidP="00235C69">
            <w:pPr>
              <w:jc w:val="center"/>
            </w:pPr>
            <w:r>
              <w:rPr>
                <w:rFonts w:eastAsia="Times New Roman" w:cs="Times New Roman"/>
                <w:color w:val="000000"/>
                <w:sz w:val="16"/>
                <w:szCs w:val="16"/>
              </w:rPr>
              <w:t>18</w:t>
            </w:r>
          </w:p>
        </w:tc>
        <w:tc>
          <w:tcPr>
            <w:tcW w:w="2008" w:type="dxa"/>
            <w:tcMar>
              <w:top w:w="55" w:type="dxa"/>
              <w:left w:w="80" w:type="dxa"/>
              <w:bottom w:w="55" w:type="dxa"/>
              <w:right w:w="80" w:type="dxa"/>
            </w:tcMar>
            <w:vAlign w:val="center"/>
          </w:tcPr>
          <w:p w14:paraId="56B9EFC6" w14:textId="77777777" w:rsidR="004033AD" w:rsidRDefault="004033AD" w:rsidP="00235C69">
            <w:pPr>
              <w:jc w:val="center"/>
            </w:pPr>
            <w:r>
              <w:rPr>
                <w:rFonts w:eastAsia="Times New Roman" w:cs="Times New Roman"/>
                <w:color w:val="000000"/>
                <w:sz w:val="16"/>
                <w:szCs w:val="16"/>
              </w:rPr>
              <w:t>1*</w:t>
            </w:r>
          </w:p>
        </w:tc>
        <w:tc>
          <w:tcPr>
            <w:tcW w:w="2008" w:type="dxa"/>
            <w:tcMar>
              <w:top w:w="55" w:type="dxa"/>
              <w:left w:w="80" w:type="dxa"/>
              <w:bottom w:w="55" w:type="dxa"/>
              <w:right w:w="80" w:type="dxa"/>
            </w:tcMar>
            <w:vAlign w:val="center"/>
          </w:tcPr>
          <w:p w14:paraId="36305BFE" w14:textId="77777777" w:rsidR="004033AD" w:rsidRDefault="004033AD" w:rsidP="00235C69">
            <w:pPr>
              <w:jc w:val="center"/>
            </w:pPr>
            <w:r>
              <w:rPr>
                <w:rFonts w:eastAsia="Times New Roman" w:cs="Times New Roman"/>
                <w:color w:val="000000"/>
                <w:sz w:val="16"/>
                <w:szCs w:val="16"/>
              </w:rPr>
              <w:t>11</w:t>
            </w:r>
          </w:p>
        </w:tc>
        <w:tc>
          <w:tcPr>
            <w:tcW w:w="4116" w:type="dxa"/>
            <w:tcMar>
              <w:top w:w="55" w:type="dxa"/>
              <w:left w:w="80" w:type="dxa"/>
              <w:bottom w:w="55" w:type="dxa"/>
              <w:right w:w="80" w:type="dxa"/>
            </w:tcMar>
            <w:vAlign w:val="center"/>
          </w:tcPr>
          <w:p w14:paraId="7845E9AD" w14:textId="77777777" w:rsidR="004033AD" w:rsidRDefault="004033AD" w:rsidP="00235C69">
            <w:pPr>
              <w:jc w:val="center"/>
            </w:pPr>
            <w:r>
              <w:rPr>
                <w:rFonts w:eastAsia="Times New Roman" w:cs="Times New Roman"/>
                <w:color w:val="000000"/>
                <w:sz w:val="16"/>
                <w:szCs w:val="16"/>
              </w:rPr>
              <w:t>1*</w:t>
            </w:r>
          </w:p>
        </w:tc>
      </w:tr>
      <w:tr w:rsidR="004033AD" w14:paraId="1F90FD50" w14:textId="77777777" w:rsidTr="00235C69">
        <w:trPr>
          <w:cantSplit/>
        </w:trPr>
        <w:tc>
          <w:tcPr>
            <w:tcW w:w="2108" w:type="dxa"/>
            <w:tcMar>
              <w:top w:w="55" w:type="dxa"/>
              <w:left w:w="80" w:type="dxa"/>
              <w:bottom w:w="55" w:type="dxa"/>
              <w:right w:w="80" w:type="dxa"/>
            </w:tcMar>
            <w:vAlign w:val="center"/>
          </w:tcPr>
          <w:p w14:paraId="1EA9582B" w14:textId="77777777" w:rsidR="004033AD" w:rsidRDefault="004033AD" w:rsidP="00235C69">
            <w:r>
              <w:rPr>
                <w:rFonts w:eastAsia="Times New Roman" w:cs="Times New Roman"/>
                <w:color w:val="000000"/>
                <w:sz w:val="16"/>
                <w:szCs w:val="16"/>
              </w:rPr>
              <w:t>R09_F01</w:t>
            </w:r>
          </w:p>
        </w:tc>
        <w:tc>
          <w:tcPr>
            <w:tcW w:w="2008" w:type="dxa"/>
            <w:tcMar>
              <w:top w:w="55" w:type="dxa"/>
              <w:left w:w="80" w:type="dxa"/>
              <w:bottom w:w="55" w:type="dxa"/>
              <w:right w:w="80" w:type="dxa"/>
            </w:tcMar>
            <w:vAlign w:val="center"/>
          </w:tcPr>
          <w:p w14:paraId="61A83765" w14:textId="77777777" w:rsidR="004033AD" w:rsidRDefault="004033AD" w:rsidP="00235C69">
            <w:pPr>
              <w:jc w:val="center"/>
            </w:pPr>
            <w:r>
              <w:rPr>
                <w:rFonts w:eastAsia="Times New Roman" w:cs="Times New Roman"/>
                <w:color w:val="000000"/>
                <w:sz w:val="16"/>
                <w:szCs w:val="16"/>
              </w:rPr>
              <w:t>7</w:t>
            </w:r>
          </w:p>
        </w:tc>
        <w:tc>
          <w:tcPr>
            <w:tcW w:w="2008" w:type="dxa"/>
            <w:tcMar>
              <w:top w:w="55" w:type="dxa"/>
              <w:left w:w="80" w:type="dxa"/>
              <w:bottom w:w="55" w:type="dxa"/>
              <w:right w:w="80" w:type="dxa"/>
            </w:tcMar>
            <w:vAlign w:val="center"/>
          </w:tcPr>
          <w:p w14:paraId="0D620C5D" w14:textId="77777777" w:rsidR="004033AD" w:rsidRDefault="004033AD" w:rsidP="00235C69">
            <w:pPr>
              <w:jc w:val="center"/>
            </w:pPr>
            <w:r>
              <w:rPr>
                <w:rFonts w:eastAsia="Times New Roman" w:cs="Times New Roman"/>
                <w:color w:val="000000"/>
                <w:sz w:val="16"/>
                <w:szCs w:val="16"/>
              </w:rPr>
              <w:t>8</w:t>
            </w:r>
          </w:p>
        </w:tc>
        <w:tc>
          <w:tcPr>
            <w:tcW w:w="2008" w:type="dxa"/>
            <w:tcMar>
              <w:top w:w="55" w:type="dxa"/>
              <w:left w:w="80" w:type="dxa"/>
              <w:bottom w:w="55" w:type="dxa"/>
              <w:right w:w="80" w:type="dxa"/>
            </w:tcMar>
            <w:vAlign w:val="center"/>
          </w:tcPr>
          <w:p w14:paraId="05810A21" w14:textId="77777777" w:rsidR="004033AD" w:rsidRDefault="004033AD" w:rsidP="00235C69">
            <w:pPr>
              <w:jc w:val="center"/>
            </w:pPr>
            <w:r>
              <w:rPr>
                <w:rFonts w:eastAsia="Times New Roman" w:cs="Times New Roman"/>
                <w:color w:val="000000"/>
                <w:sz w:val="16"/>
                <w:szCs w:val="16"/>
              </w:rPr>
              <w:t>6</w:t>
            </w:r>
          </w:p>
        </w:tc>
        <w:tc>
          <w:tcPr>
            <w:tcW w:w="2008" w:type="dxa"/>
            <w:tcMar>
              <w:top w:w="55" w:type="dxa"/>
              <w:left w:w="80" w:type="dxa"/>
              <w:bottom w:w="55" w:type="dxa"/>
              <w:right w:w="80" w:type="dxa"/>
            </w:tcMar>
            <w:vAlign w:val="center"/>
          </w:tcPr>
          <w:p w14:paraId="426E4C42" w14:textId="77777777" w:rsidR="004033AD" w:rsidRDefault="004033AD" w:rsidP="00235C69">
            <w:pPr>
              <w:jc w:val="center"/>
            </w:pPr>
            <w:r>
              <w:rPr>
                <w:rFonts w:eastAsia="Times New Roman" w:cs="Times New Roman"/>
                <w:color w:val="000000"/>
                <w:sz w:val="16"/>
                <w:szCs w:val="16"/>
              </w:rPr>
              <w:t>1*</w:t>
            </w:r>
          </w:p>
        </w:tc>
        <w:tc>
          <w:tcPr>
            <w:tcW w:w="4116" w:type="dxa"/>
            <w:tcMar>
              <w:top w:w="55" w:type="dxa"/>
              <w:left w:w="80" w:type="dxa"/>
              <w:bottom w:w="55" w:type="dxa"/>
              <w:right w:w="80" w:type="dxa"/>
            </w:tcMar>
            <w:vAlign w:val="center"/>
          </w:tcPr>
          <w:p w14:paraId="1C7069A1" w14:textId="77777777" w:rsidR="004033AD" w:rsidRDefault="004033AD" w:rsidP="00235C69">
            <w:pPr>
              <w:jc w:val="center"/>
            </w:pPr>
            <w:r>
              <w:rPr>
                <w:rFonts w:eastAsia="Times New Roman" w:cs="Times New Roman"/>
                <w:color w:val="000000"/>
                <w:sz w:val="16"/>
                <w:szCs w:val="16"/>
              </w:rPr>
              <w:t>1*</w:t>
            </w:r>
          </w:p>
        </w:tc>
      </w:tr>
      <w:tr w:rsidR="004033AD" w14:paraId="39B60035" w14:textId="77777777" w:rsidTr="00235C69">
        <w:trPr>
          <w:cantSplit/>
        </w:trPr>
        <w:tc>
          <w:tcPr>
            <w:tcW w:w="2108" w:type="dxa"/>
            <w:tcMar>
              <w:top w:w="55" w:type="dxa"/>
              <w:left w:w="80" w:type="dxa"/>
              <w:bottom w:w="55" w:type="dxa"/>
              <w:right w:w="80" w:type="dxa"/>
            </w:tcMar>
            <w:vAlign w:val="center"/>
          </w:tcPr>
          <w:p w14:paraId="1852A5E7" w14:textId="77777777" w:rsidR="004033AD" w:rsidRDefault="004033AD" w:rsidP="00235C69">
            <w:r>
              <w:rPr>
                <w:rFonts w:eastAsia="Times New Roman" w:cs="Times New Roman"/>
                <w:color w:val="000000"/>
                <w:sz w:val="16"/>
                <w:szCs w:val="16"/>
              </w:rPr>
              <w:t>R09_F02</w:t>
            </w:r>
          </w:p>
        </w:tc>
        <w:tc>
          <w:tcPr>
            <w:tcW w:w="2008" w:type="dxa"/>
            <w:tcMar>
              <w:top w:w="55" w:type="dxa"/>
              <w:left w:w="80" w:type="dxa"/>
              <w:bottom w:w="55" w:type="dxa"/>
              <w:right w:w="80" w:type="dxa"/>
            </w:tcMar>
            <w:vAlign w:val="center"/>
          </w:tcPr>
          <w:p w14:paraId="35B35F78" w14:textId="77777777" w:rsidR="004033AD" w:rsidRDefault="004033AD" w:rsidP="00235C69">
            <w:pPr>
              <w:jc w:val="center"/>
            </w:pPr>
            <w:r>
              <w:rPr>
                <w:rFonts w:eastAsia="Times New Roman" w:cs="Times New Roman"/>
                <w:color w:val="000000"/>
                <w:sz w:val="16"/>
                <w:szCs w:val="16"/>
              </w:rPr>
              <w:t>18</w:t>
            </w:r>
          </w:p>
        </w:tc>
        <w:tc>
          <w:tcPr>
            <w:tcW w:w="2008" w:type="dxa"/>
            <w:tcMar>
              <w:top w:w="55" w:type="dxa"/>
              <w:left w:w="80" w:type="dxa"/>
              <w:bottom w:w="55" w:type="dxa"/>
              <w:right w:w="80" w:type="dxa"/>
            </w:tcMar>
            <w:vAlign w:val="center"/>
          </w:tcPr>
          <w:p w14:paraId="3D623C2F" w14:textId="77777777" w:rsidR="004033AD" w:rsidRDefault="004033AD" w:rsidP="00235C69">
            <w:pPr>
              <w:jc w:val="center"/>
            </w:pPr>
            <w:r>
              <w:rPr>
                <w:rFonts w:eastAsia="Times New Roman" w:cs="Times New Roman"/>
                <w:color w:val="000000"/>
                <w:sz w:val="16"/>
                <w:szCs w:val="16"/>
              </w:rPr>
              <w:t>19</w:t>
            </w:r>
          </w:p>
        </w:tc>
        <w:tc>
          <w:tcPr>
            <w:tcW w:w="2008" w:type="dxa"/>
            <w:tcMar>
              <w:top w:w="55" w:type="dxa"/>
              <w:left w:w="80" w:type="dxa"/>
              <w:bottom w:w="55" w:type="dxa"/>
              <w:right w:w="80" w:type="dxa"/>
            </w:tcMar>
            <w:vAlign w:val="center"/>
          </w:tcPr>
          <w:p w14:paraId="7CABBCC0" w14:textId="77777777" w:rsidR="004033AD" w:rsidRDefault="004033AD" w:rsidP="00235C69">
            <w:pPr>
              <w:jc w:val="center"/>
            </w:pPr>
            <w:r>
              <w:rPr>
                <w:rFonts w:eastAsia="Times New Roman" w:cs="Times New Roman"/>
                <w:color w:val="000000"/>
                <w:sz w:val="16"/>
                <w:szCs w:val="16"/>
              </w:rPr>
              <w:t>1*</w:t>
            </w:r>
          </w:p>
        </w:tc>
        <w:tc>
          <w:tcPr>
            <w:tcW w:w="2008" w:type="dxa"/>
            <w:tcMar>
              <w:top w:w="55" w:type="dxa"/>
              <w:left w:w="80" w:type="dxa"/>
              <w:bottom w:w="55" w:type="dxa"/>
              <w:right w:w="80" w:type="dxa"/>
            </w:tcMar>
            <w:vAlign w:val="center"/>
          </w:tcPr>
          <w:p w14:paraId="6374FE3F" w14:textId="77777777" w:rsidR="004033AD" w:rsidRDefault="004033AD" w:rsidP="00235C69">
            <w:pPr>
              <w:jc w:val="center"/>
            </w:pPr>
            <w:r>
              <w:rPr>
                <w:rFonts w:eastAsia="Times New Roman" w:cs="Times New Roman"/>
                <w:color w:val="000000"/>
                <w:sz w:val="16"/>
                <w:szCs w:val="16"/>
              </w:rPr>
              <w:t>1*</w:t>
            </w:r>
          </w:p>
        </w:tc>
        <w:tc>
          <w:tcPr>
            <w:tcW w:w="4116" w:type="dxa"/>
            <w:tcMar>
              <w:top w:w="55" w:type="dxa"/>
              <w:left w:w="80" w:type="dxa"/>
              <w:bottom w:w="55" w:type="dxa"/>
              <w:right w:w="80" w:type="dxa"/>
            </w:tcMar>
            <w:vAlign w:val="center"/>
          </w:tcPr>
          <w:p w14:paraId="1A4A9154" w14:textId="77777777" w:rsidR="004033AD" w:rsidRDefault="004033AD" w:rsidP="00235C69">
            <w:pPr>
              <w:jc w:val="center"/>
            </w:pPr>
            <w:r>
              <w:rPr>
                <w:rFonts w:eastAsia="Times New Roman" w:cs="Times New Roman"/>
                <w:color w:val="000000"/>
                <w:sz w:val="16"/>
                <w:szCs w:val="16"/>
              </w:rPr>
              <w:t>1*</w:t>
            </w:r>
          </w:p>
        </w:tc>
      </w:tr>
      <w:tr w:rsidR="004033AD" w14:paraId="7A9DE7C8" w14:textId="77777777" w:rsidTr="00235C69">
        <w:trPr>
          <w:cantSplit/>
        </w:trPr>
        <w:tc>
          <w:tcPr>
            <w:tcW w:w="2108" w:type="dxa"/>
            <w:tcMar>
              <w:top w:w="55" w:type="dxa"/>
              <w:left w:w="80" w:type="dxa"/>
              <w:bottom w:w="55" w:type="dxa"/>
              <w:right w:w="80" w:type="dxa"/>
            </w:tcMar>
            <w:vAlign w:val="center"/>
          </w:tcPr>
          <w:p w14:paraId="1632D00B" w14:textId="77777777" w:rsidR="004033AD" w:rsidRDefault="004033AD" w:rsidP="00235C69">
            <w:r>
              <w:rPr>
                <w:rFonts w:eastAsia="Times New Roman" w:cs="Times New Roman"/>
                <w:color w:val="000000"/>
                <w:sz w:val="16"/>
                <w:szCs w:val="16"/>
              </w:rPr>
              <w:t>R09_F03</w:t>
            </w:r>
          </w:p>
        </w:tc>
        <w:tc>
          <w:tcPr>
            <w:tcW w:w="2008" w:type="dxa"/>
            <w:tcMar>
              <w:top w:w="55" w:type="dxa"/>
              <w:left w:w="80" w:type="dxa"/>
              <w:bottom w:w="55" w:type="dxa"/>
              <w:right w:w="80" w:type="dxa"/>
            </w:tcMar>
            <w:vAlign w:val="center"/>
          </w:tcPr>
          <w:p w14:paraId="3663E0DB" w14:textId="77777777" w:rsidR="004033AD" w:rsidRDefault="004033AD" w:rsidP="00235C69">
            <w:pPr>
              <w:jc w:val="center"/>
            </w:pPr>
            <w:r>
              <w:rPr>
                <w:rFonts w:eastAsia="Times New Roman" w:cs="Times New Roman"/>
                <w:color w:val="000000"/>
                <w:sz w:val="16"/>
                <w:szCs w:val="16"/>
              </w:rPr>
              <w:t>35</w:t>
            </w:r>
          </w:p>
        </w:tc>
        <w:tc>
          <w:tcPr>
            <w:tcW w:w="2008" w:type="dxa"/>
            <w:tcMar>
              <w:top w:w="55" w:type="dxa"/>
              <w:left w:w="80" w:type="dxa"/>
              <w:bottom w:w="55" w:type="dxa"/>
              <w:right w:w="80" w:type="dxa"/>
            </w:tcMar>
            <w:vAlign w:val="center"/>
          </w:tcPr>
          <w:p w14:paraId="30B60781" w14:textId="77777777" w:rsidR="004033AD" w:rsidRDefault="004033AD" w:rsidP="00235C69">
            <w:pPr>
              <w:jc w:val="center"/>
            </w:pPr>
            <w:r>
              <w:rPr>
                <w:rFonts w:eastAsia="Times New Roman" w:cs="Times New Roman"/>
                <w:color w:val="000000"/>
                <w:sz w:val="16"/>
                <w:szCs w:val="16"/>
              </w:rPr>
              <w:t>7</w:t>
            </w:r>
          </w:p>
        </w:tc>
        <w:tc>
          <w:tcPr>
            <w:tcW w:w="2008" w:type="dxa"/>
            <w:tcMar>
              <w:top w:w="55" w:type="dxa"/>
              <w:left w:w="80" w:type="dxa"/>
              <w:bottom w:w="55" w:type="dxa"/>
              <w:right w:w="80" w:type="dxa"/>
            </w:tcMar>
            <w:vAlign w:val="center"/>
          </w:tcPr>
          <w:p w14:paraId="524AA073" w14:textId="77777777" w:rsidR="004033AD" w:rsidRDefault="004033AD" w:rsidP="00235C69">
            <w:pPr>
              <w:jc w:val="center"/>
            </w:pPr>
            <w:r>
              <w:rPr>
                <w:rFonts w:eastAsia="Times New Roman" w:cs="Times New Roman"/>
                <w:color w:val="000000"/>
                <w:sz w:val="16"/>
                <w:szCs w:val="16"/>
              </w:rPr>
              <w:t>19</w:t>
            </w:r>
          </w:p>
        </w:tc>
        <w:tc>
          <w:tcPr>
            <w:tcW w:w="2008" w:type="dxa"/>
            <w:tcMar>
              <w:top w:w="55" w:type="dxa"/>
              <w:left w:w="80" w:type="dxa"/>
              <w:bottom w:w="55" w:type="dxa"/>
              <w:right w:w="80" w:type="dxa"/>
            </w:tcMar>
            <w:vAlign w:val="center"/>
          </w:tcPr>
          <w:p w14:paraId="13FA4BA6" w14:textId="77777777" w:rsidR="004033AD" w:rsidRDefault="004033AD" w:rsidP="00235C69">
            <w:pPr>
              <w:jc w:val="center"/>
            </w:pPr>
            <w:r>
              <w:rPr>
                <w:rFonts w:eastAsia="Times New Roman" w:cs="Times New Roman"/>
                <w:color w:val="000000"/>
                <w:sz w:val="16"/>
                <w:szCs w:val="16"/>
              </w:rPr>
              <w:t>28</w:t>
            </w:r>
          </w:p>
        </w:tc>
        <w:tc>
          <w:tcPr>
            <w:tcW w:w="4116" w:type="dxa"/>
            <w:tcMar>
              <w:top w:w="55" w:type="dxa"/>
              <w:left w:w="80" w:type="dxa"/>
              <w:bottom w:w="55" w:type="dxa"/>
              <w:right w:w="80" w:type="dxa"/>
            </w:tcMar>
            <w:vAlign w:val="center"/>
          </w:tcPr>
          <w:p w14:paraId="0434DA0D" w14:textId="77777777" w:rsidR="004033AD" w:rsidRDefault="004033AD" w:rsidP="00235C69">
            <w:pPr>
              <w:jc w:val="center"/>
            </w:pPr>
            <w:r>
              <w:rPr>
                <w:rFonts w:eastAsia="Times New Roman" w:cs="Times New Roman"/>
                <w:color w:val="000000"/>
                <w:sz w:val="16"/>
                <w:szCs w:val="16"/>
              </w:rPr>
              <w:t>1*</w:t>
            </w:r>
          </w:p>
        </w:tc>
      </w:tr>
      <w:tr w:rsidR="004033AD" w14:paraId="70A3AC68" w14:textId="77777777" w:rsidTr="00235C69">
        <w:trPr>
          <w:cantSplit/>
        </w:trPr>
        <w:tc>
          <w:tcPr>
            <w:tcW w:w="2108" w:type="dxa"/>
            <w:tcMar>
              <w:top w:w="55" w:type="dxa"/>
              <w:left w:w="80" w:type="dxa"/>
              <w:bottom w:w="55" w:type="dxa"/>
              <w:right w:w="80" w:type="dxa"/>
            </w:tcMar>
            <w:vAlign w:val="center"/>
          </w:tcPr>
          <w:p w14:paraId="16D1D34D" w14:textId="77777777" w:rsidR="004033AD" w:rsidRDefault="004033AD" w:rsidP="00235C69">
            <w:r>
              <w:rPr>
                <w:rFonts w:eastAsia="Times New Roman" w:cs="Times New Roman"/>
                <w:color w:val="000000"/>
                <w:sz w:val="16"/>
                <w:szCs w:val="16"/>
              </w:rPr>
              <w:t>R09_F04</w:t>
            </w:r>
          </w:p>
        </w:tc>
        <w:tc>
          <w:tcPr>
            <w:tcW w:w="2008" w:type="dxa"/>
            <w:tcMar>
              <w:top w:w="55" w:type="dxa"/>
              <w:left w:w="80" w:type="dxa"/>
              <w:bottom w:w="55" w:type="dxa"/>
              <w:right w:w="80" w:type="dxa"/>
            </w:tcMar>
            <w:vAlign w:val="center"/>
          </w:tcPr>
          <w:p w14:paraId="0AA3FD54" w14:textId="77777777" w:rsidR="004033AD" w:rsidRDefault="004033AD" w:rsidP="00235C69">
            <w:pPr>
              <w:jc w:val="center"/>
            </w:pPr>
            <w:r>
              <w:rPr>
                <w:rFonts w:eastAsia="Times New Roman" w:cs="Times New Roman"/>
                <w:color w:val="000000"/>
                <w:sz w:val="16"/>
                <w:szCs w:val="16"/>
              </w:rPr>
              <w:t>34</w:t>
            </w:r>
          </w:p>
        </w:tc>
        <w:tc>
          <w:tcPr>
            <w:tcW w:w="2008" w:type="dxa"/>
            <w:tcMar>
              <w:top w:w="55" w:type="dxa"/>
              <w:left w:w="80" w:type="dxa"/>
              <w:bottom w:w="55" w:type="dxa"/>
              <w:right w:w="80" w:type="dxa"/>
            </w:tcMar>
            <w:vAlign w:val="center"/>
          </w:tcPr>
          <w:p w14:paraId="503A3683" w14:textId="77777777" w:rsidR="004033AD" w:rsidRDefault="004033AD" w:rsidP="00235C69">
            <w:pPr>
              <w:jc w:val="center"/>
            </w:pPr>
            <w:r>
              <w:rPr>
                <w:rFonts w:eastAsia="Times New Roman" w:cs="Times New Roman"/>
                <w:color w:val="000000"/>
                <w:sz w:val="16"/>
                <w:szCs w:val="16"/>
              </w:rPr>
              <w:t>23</w:t>
            </w:r>
          </w:p>
        </w:tc>
        <w:tc>
          <w:tcPr>
            <w:tcW w:w="2008" w:type="dxa"/>
            <w:tcMar>
              <w:top w:w="55" w:type="dxa"/>
              <w:left w:w="80" w:type="dxa"/>
              <w:bottom w:w="55" w:type="dxa"/>
              <w:right w:w="80" w:type="dxa"/>
            </w:tcMar>
            <w:vAlign w:val="center"/>
          </w:tcPr>
          <w:p w14:paraId="644A25DD" w14:textId="77777777" w:rsidR="004033AD" w:rsidRDefault="004033AD" w:rsidP="00235C69">
            <w:pPr>
              <w:jc w:val="center"/>
            </w:pPr>
            <w:r>
              <w:rPr>
                <w:rFonts w:eastAsia="Times New Roman" w:cs="Times New Roman"/>
                <w:color w:val="000000"/>
                <w:sz w:val="16"/>
                <w:szCs w:val="16"/>
              </w:rPr>
              <w:t>1*</w:t>
            </w:r>
          </w:p>
        </w:tc>
        <w:tc>
          <w:tcPr>
            <w:tcW w:w="2008" w:type="dxa"/>
            <w:tcMar>
              <w:top w:w="55" w:type="dxa"/>
              <w:left w:w="80" w:type="dxa"/>
              <w:bottom w:w="55" w:type="dxa"/>
              <w:right w:w="80" w:type="dxa"/>
            </w:tcMar>
            <w:vAlign w:val="center"/>
          </w:tcPr>
          <w:p w14:paraId="0B9B8D2B" w14:textId="77777777" w:rsidR="004033AD" w:rsidRDefault="004033AD" w:rsidP="00235C69">
            <w:pPr>
              <w:jc w:val="center"/>
            </w:pPr>
            <w:r>
              <w:rPr>
                <w:rFonts w:eastAsia="Times New Roman" w:cs="Times New Roman"/>
                <w:color w:val="000000"/>
                <w:sz w:val="16"/>
                <w:szCs w:val="16"/>
              </w:rPr>
              <w:t>1*</w:t>
            </w:r>
          </w:p>
        </w:tc>
        <w:tc>
          <w:tcPr>
            <w:tcW w:w="4116" w:type="dxa"/>
            <w:tcMar>
              <w:top w:w="55" w:type="dxa"/>
              <w:left w:w="80" w:type="dxa"/>
              <w:bottom w:w="55" w:type="dxa"/>
              <w:right w:w="80" w:type="dxa"/>
            </w:tcMar>
            <w:vAlign w:val="center"/>
          </w:tcPr>
          <w:p w14:paraId="69836417" w14:textId="77777777" w:rsidR="004033AD" w:rsidRDefault="004033AD" w:rsidP="00235C69">
            <w:pPr>
              <w:jc w:val="center"/>
            </w:pPr>
            <w:r>
              <w:rPr>
                <w:rFonts w:eastAsia="Times New Roman" w:cs="Times New Roman"/>
                <w:color w:val="000000"/>
                <w:sz w:val="16"/>
                <w:szCs w:val="16"/>
              </w:rPr>
              <w:t>1</w:t>
            </w:r>
          </w:p>
        </w:tc>
      </w:tr>
      <w:tr w:rsidR="004033AD" w14:paraId="442D1CF4" w14:textId="77777777" w:rsidTr="00235C69">
        <w:trPr>
          <w:cantSplit/>
        </w:trPr>
        <w:tc>
          <w:tcPr>
            <w:tcW w:w="2108" w:type="dxa"/>
            <w:tcMar>
              <w:top w:w="55" w:type="dxa"/>
              <w:left w:w="80" w:type="dxa"/>
              <w:bottom w:w="55" w:type="dxa"/>
              <w:right w:w="80" w:type="dxa"/>
            </w:tcMar>
            <w:vAlign w:val="center"/>
          </w:tcPr>
          <w:p w14:paraId="5219FAC1" w14:textId="77777777" w:rsidR="004033AD" w:rsidRDefault="004033AD" w:rsidP="00235C69">
            <w:r>
              <w:rPr>
                <w:rFonts w:eastAsia="Times New Roman" w:cs="Times New Roman"/>
                <w:color w:val="000000"/>
                <w:sz w:val="16"/>
                <w:szCs w:val="16"/>
              </w:rPr>
              <w:t>R09_F05</w:t>
            </w:r>
          </w:p>
        </w:tc>
        <w:tc>
          <w:tcPr>
            <w:tcW w:w="2008" w:type="dxa"/>
            <w:tcMar>
              <w:top w:w="55" w:type="dxa"/>
              <w:left w:w="80" w:type="dxa"/>
              <w:bottom w:w="55" w:type="dxa"/>
              <w:right w:w="80" w:type="dxa"/>
            </w:tcMar>
            <w:vAlign w:val="center"/>
          </w:tcPr>
          <w:p w14:paraId="49B5AA62" w14:textId="77777777" w:rsidR="004033AD" w:rsidRDefault="004033AD" w:rsidP="00235C69">
            <w:pPr>
              <w:jc w:val="center"/>
            </w:pPr>
            <w:r>
              <w:rPr>
                <w:rFonts w:eastAsia="Times New Roman" w:cs="Times New Roman"/>
                <w:color w:val="000000"/>
                <w:sz w:val="16"/>
                <w:szCs w:val="16"/>
              </w:rPr>
              <w:t>15</w:t>
            </w:r>
          </w:p>
        </w:tc>
        <w:tc>
          <w:tcPr>
            <w:tcW w:w="2008" w:type="dxa"/>
            <w:tcMar>
              <w:top w:w="55" w:type="dxa"/>
              <w:left w:w="80" w:type="dxa"/>
              <w:bottom w:w="55" w:type="dxa"/>
              <w:right w:w="80" w:type="dxa"/>
            </w:tcMar>
            <w:vAlign w:val="center"/>
          </w:tcPr>
          <w:p w14:paraId="59565D7F" w14:textId="77777777" w:rsidR="004033AD" w:rsidRDefault="004033AD" w:rsidP="00235C69">
            <w:pPr>
              <w:jc w:val="center"/>
            </w:pPr>
            <w:r>
              <w:rPr>
                <w:rFonts w:eastAsia="Times New Roman" w:cs="Times New Roman"/>
                <w:color w:val="000000"/>
                <w:sz w:val="16"/>
                <w:szCs w:val="16"/>
              </w:rPr>
              <w:t>16</w:t>
            </w:r>
          </w:p>
        </w:tc>
        <w:tc>
          <w:tcPr>
            <w:tcW w:w="2008" w:type="dxa"/>
            <w:tcMar>
              <w:top w:w="55" w:type="dxa"/>
              <w:left w:w="80" w:type="dxa"/>
              <w:bottom w:w="55" w:type="dxa"/>
              <w:right w:w="80" w:type="dxa"/>
            </w:tcMar>
            <w:vAlign w:val="center"/>
          </w:tcPr>
          <w:p w14:paraId="614DC08E" w14:textId="77777777" w:rsidR="004033AD" w:rsidRDefault="004033AD" w:rsidP="00235C69">
            <w:pPr>
              <w:jc w:val="center"/>
            </w:pPr>
            <w:r>
              <w:rPr>
                <w:rFonts w:eastAsia="Times New Roman" w:cs="Times New Roman"/>
                <w:color w:val="000000"/>
                <w:sz w:val="16"/>
                <w:szCs w:val="16"/>
              </w:rPr>
              <w:t>9</w:t>
            </w:r>
          </w:p>
        </w:tc>
        <w:tc>
          <w:tcPr>
            <w:tcW w:w="2008" w:type="dxa"/>
            <w:tcMar>
              <w:top w:w="55" w:type="dxa"/>
              <w:left w:w="80" w:type="dxa"/>
              <w:bottom w:w="55" w:type="dxa"/>
              <w:right w:w="80" w:type="dxa"/>
            </w:tcMar>
            <w:vAlign w:val="center"/>
          </w:tcPr>
          <w:p w14:paraId="7EE0E53E" w14:textId="77777777" w:rsidR="004033AD" w:rsidRDefault="004033AD" w:rsidP="00235C69">
            <w:pPr>
              <w:jc w:val="center"/>
            </w:pPr>
            <w:r>
              <w:rPr>
                <w:rFonts w:eastAsia="Times New Roman" w:cs="Times New Roman"/>
                <w:color w:val="000000"/>
                <w:sz w:val="16"/>
                <w:szCs w:val="16"/>
              </w:rPr>
              <w:t>1*</w:t>
            </w:r>
          </w:p>
        </w:tc>
        <w:tc>
          <w:tcPr>
            <w:tcW w:w="4116" w:type="dxa"/>
            <w:tcMar>
              <w:top w:w="55" w:type="dxa"/>
              <w:left w:w="80" w:type="dxa"/>
              <w:bottom w:w="55" w:type="dxa"/>
              <w:right w:w="80" w:type="dxa"/>
            </w:tcMar>
            <w:vAlign w:val="center"/>
          </w:tcPr>
          <w:p w14:paraId="14C77DAD" w14:textId="77777777" w:rsidR="004033AD" w:rsidRDefault="004033AD" w:rsidP="00235C69">
            <w:pPr>
              <w:jc w:val="center"/>
            </w:pPr>
            <w:r>
              <w:rPr>
                <w:rFonts w:eastAsia="Times New Roman" w:cs="Times New Roman"/>
                <w:color w:val="000000"/>
                <w:sz w:val="16"/>
                <w:szCs w:val="16"/>
              </w:rPr>
              <w:t>1*</w:t>
            </w:r>
          </w:p>
        </w:tc>
      </w:tr>
      <w:tr w:rsidR="004033AD" w14:paraId="1E0D8812" w14:textId="77777777" w:rsidTr="00235C69">
        <w:trPr>
          <w:cantSplit/>
        </w:trPr>
        <w:tc>
          <w:tcPr>
            <w:tcW w:w="2108" w:type="dxa"/>
            <w:tcMar>
              <w:top w:w="55" w:type="dxa"/>
              <w:left w:w="80" w:type="dxa"/>
              <w:bottom w:w="55" w:type="dxa"/>
              <w:right w:w="80" w:type="dxa"/>
            </w:tcMar>
            <w:vAlign w:val="center"/>
          </w:tcPr>
          <w:p w14:paraId="11BCA4F2" w14:textId="77777777" w:rsidR="004033AD" w:rsidRDefault="004033AD" w:rsidP="00235C69">
            <w:r>
              <w:rPr>
                <w:rFonts w:eastAsia="Times New Roman" w:cs="Times New Roman"/>
                <w:color w:val="000000"/>
                <w:sz w:val="16"/>
                <w:szCs w:val="16"/>
              </w:rPr>
              <w:t>R10_F01</w:t>
            </w:r>
          </w:p>
        </w:tc>
        <w:tc>
          <w:tcPr>
            <w:tcW w:w="2008" w:type="dxa"/>
            <w:tcMar>
              <w:top w:w="55" w:type="dxa"/>
              <w:left w:w="80" w:type="dxa"/>
              <w:bottom w:w="55" w:type="dxa"/>
              <w:right w:w="80" w:type="dxa"/>
            </w:tcMar>
            <w:vAlign w:val="center"/>
          </w:tcPr>
          <w:p w14:paraId="0D108566" w14:textId="77777777" w:rsidR="004033AD" w:rsidRDefault="004033AD" w:rsidP="00235C69">
            <w:pPr>
              <w:jc w:val="center"/>
            </w:pPr>
            <w:r>
              <w:rPr>
                <w:rFonts w:eastAsia="Times New Roman" w:cs="Times New Roman"/>
                <w:color w:val="000000"/>
                <w:sz w:val="16"/>
                <w:szCs w:val="16"/>
              </w:rPr>
              <w:t>35</w:t>
            </w:r>
          </w:p>
        </w:tc>
        <w:tc>
          <w:tcPr>
            <w:tcW w:w="2008" w:type="dxa"/>
            <w:tcMar>
              <w:top w:w="55" w:type="dxa"/>
              <w:left w:w="80" w:type="dxa"/>
              <w:bottom w:w="55" w:type="dxa"/>
              <w:right w:w="80" w:type="dxa"/>
            </w:tcMar>
            <w:vAlign w:val="center"/>
          </w:tcPr>
          <w:p w14:paraId="4DDA5758" w14:textId="77777777" w:rsidR="004033AD" w:rsidRDefault="004033AD" w:rsidP="00235C69">
            <w:pPr>
              <w:jc w:val="center"/>
            </w:pPr>
            <w:r>
              <w:rPr>
                <w:rFonts w:eastAsia="Times New Roman" w:cs="Times New Roman"/>
                <w:color w:val="000000"/>
                <w:sz w:val="16"/>
                <w:szCs w:val="16"/>
              </w:rPr>
              <w:t>36</w:t>
            </w:r>
          </w:p>
        </w:tc>
        <w:tc>
          <w:tcPr>
            <w:tcW w:w="2008" w:type="dxa"/>
            <w:tcMar>
              <w:top w:w="55" w:type="dxa"/>
              <w:left w:w="80" w:type="dxa"/>
              <w:bottom w:w="55" w:type="dxa"/>
              <w:right w:w="80" w:type="dxa"/>
            </w:tcMar>
            <w:vAlign w:val="center"/>
          </w:tcPr>
          <w:p w14:paraId="4C55BB23" w14:textId="77777777" w:rsidR="004033AD" w:rsidRDefault="004033AD" w:rsidP="00235C69">
            <w:pPr>
              <w:jc w:val="center"/>
            </w:pPr>
            <w:r>
              <w:rPr>
                <w:rFonts w:eastAsia="Times New Roman" w:cs="Times New Roman"/>
                <w:color w:val="000000"/>
                <w:sz w:val="16"/>
                <w:szCs w:val="16"/>
              </w:rPr>
              <w:t>27</w:t>
            </w:r>
          </w:p>
        </w:tc>
        <w:tc>
          <w:tcPr>
            <w:tcW w:w="2008" w:type="dxa"/>
            <w:tcMar>
              <w:top w:w="55" w:type="dxa"/>
              <w:left w:w="80" w:type="dxa"/>
              <w:bottom w:w="55" w:type="dxa"/>
              <w:right w:w="80" w:type="dxa"/>
            </w:tcMar>
            <w:vAlign w:val="center"/>
          </w:tcPr>
          <w:p w14:paraId="0FF90456" w14:textId="77777777" w:rsidR="004033AD" w:rsidRDefault="004033AD" w:rsidP="00235C69">
            <w:pPr>
              <w:jc w:val="center"/>
            </w:pPr>
            <w:r>
              <w:rPr>
                <w:rFonts w:eastAsia="Times New Roman" w:cs="Times New Roman"/>
                <w:color w:val="000000"/>
                <w:sz w:val="16"/>
                <w:szCs w:val="16"/>
              </w:rPr>
              <w:t>5</w:t>
            </w:r>
          </w:p>
        </w:tc>
        <w:tc>
          <w:tcPr>
            <w:tcW w:w="4116" w:type="dxa"/>
            <w:tcMar>
              <w:top w:w="55" w:type="dxa"/>
              <w:left w:w="80" w:type="dxa"/>
              <w:bottom w:w="55" w:type="dxa"/>
              <w:right w:w="80" w:type="dxa"/>
            </w:tcMar>
            <w:vAlign w:val="center"/>
          </w:tcPr>
          <w:p w14:paraId="5F2809D1" w14:textId="77777777" w:rsidR="004033AD" w:rsidRDefault="004033AD" w:rsidP="00235C69">
            <w:pPr>
              <w:jc w:val="center"/>
            </w:pPr>
            <w:r>
              <w:rPr>
                <w:rFonts w:eastAsia="Times New Roman" w:cs="Times New Roman"/>
                <w:color w:val="000000"/>
                <w:sz w:val="16"/>
                <w:szCs w:val="16"/>
              </w:rPr>
              <w:t>1*</w:t>
            </w:r>
          </w:p>
        </w:tc>
      </w:tr>
      <w:tr w:rsidR="004033AD" w14:paraId="6CE4DC83" w14:textId="77777777" w:rsidTr="00235C69">
        <w:trPr>
          <w:cantSplit/>
        </w:trPr>
        <w:tc>
          <w:tcPr>
            <w:tcW w:w="2108" w:type="dxa"/>
            <w:tcMar>
              <w:top w:w="55" w:type="dxa"/>
              <w:left w:w="80" w:type="dxa"/>
              <w:bottom w:w="55" w:type="dxa"/>
              <w:right w:w="80" w:type="dxa"/>
            </w:tcMar>
            <w:vAlign w:val="center"/>
          </w:tcPr>
          <w:p w14:paraId="0829D8A9" w14:textId="77777777" w:rsidR="004033AD" w:rsidRDefault="004033AD" w:rsidP="00235C69">
            <w:r>
              <w:rPr>
                <w:rFonts w:eastAsia="Times New Roman" w:cs="Times New Roman"/>
                <w:color w:val="000000"/>
                <w:sz w:val="16"/>
                <w:szCs w:val="16"/>
              </w:rPr>
              <w:t>R10_F02</w:t>
            </w:r>
          </w:p>
        </w:tc>
        <w:tc>
          <w:tcPr>
            <w:tcW w:w="2008" w:type="dxa"/>
            <w:tcMar>
              <w:top w:w="55" w:type="dxa"/>
              <w:left w:w="80" w:type="dxa"/>
              <w:bottom w:w="55" w:type="dxa"/>
              <w:right w:w="80" w:type="dxa"/>
            </w:tcMar>
            <w:vAlign w:val="center"/>
          </w:tcPr>
          <w:p w14:paraId="48696EC3" w14:textId="77777777" w:rsidR="004033AD" w:rsidRDefault="004033AD" w:rsidP="00235C69">
            <w:pPr>
              <w:jc w:val="center"/>
            </w:pPr>
            <w:r>
              <w:rPr>
                <w:rFonts w:eastAsia="Times New Roman" w:cs="Times New Roman"/>
                <w:color w:val="000000"/>
                <w:sz w:val="16"/>
                <w:szCs w:val="16"/>
              </w:rPr>
              <w:t>23</w:t>
            </w:r>
          </w:p>
        </w:tc>
        <w:tc>
          <w:tcPr>
            <w:tcW w:w="2008" w:type="dxa"/>
            <w:tcMar>
              <w:top w:w="55" w:type="dxa"/>
              <w:left w:w="80" w:type="dxa"/>
              <w:bottom w:w="55" w:type="dxa"/>
              <w:right w:w="80" w:type="dxa"/>
            </w:tcMar>
            <w:vAlign w:val="center"/>
          </w:tcPr>
          <w:p w14:paraId="0FCAFE7E" w14:textId="77777777" w:rsidR="004033AD" w:rsidRDefault="004033AD" w:rsidP="00235C69">
            <w:pPr>
              <w:jc w:val="center"/>
            </w:pPr>
            <w:r>
              <w:rPr>
                <w:rFonts w:eastAsia="Times New Roman" w:cs="Times New Roman"/>
                <w:color w:val="000000"/>
                <w:sz w:val="16"/>
                <w:szCs w:val="16"/>
              </w:rPr>
              <w:t>27</w:t>
            </w:r>
          </w:p>
        </w:tc>
        <w:tc>
          <w:tcPr>
            <w:tcW w:w="2008" w:type="dxa"/>
            <w:tcMar>
              <w:top w:w="55" w:type="dxa"/>
              <w:left w:w="80" w:type="dxa"/>
              <w:bottom w:w="55" w:type="dxa"/>
              <w:right w:w="80" w:type="dxa"/>
            </w:tcMar>
            <w:vAlign w:val="center"/>
          </w:tcPr>
          <w:p w14:paraId="7991DE78" w14:textId="77777777" w:rsidR="004033AD" w:rsidRDefault="004033AD" w:rsidP="00235C69">
            <w:pPr>
              <w:jc w:val="center"/>
            </w:pPr>
            <w:r>
              <w:rPr>
                <w:rFonts w:eastAsia="Times New Roman" w:cs="Times New Roman"/>
                <w:color w:val="000000"/>
                <w:sz w:val="16"/>
                <w:szCs w:val="16"/>
              </w:rPr>
              <w:t>1*</w:t>
            </w:r>
          </w:p>
        </w:tc>
        <w:tc>
          <w:tcPr>
            <w:tcW w:w="2008" w:type="dxa"/>
            <w:tcMar>
              <w:top w:w="55" w:type="dxa"/>
              <w:left w:w="80" w:type="dxa"/>
              <w:bottom w:w="55" w:type="dxa"/>
              <w:right w:w="80" w:type="dxa"/>
            </w:tcMar>
            <w:vAlign w:val="center"/>
          </w:tcPr>
          <w:p w14:paraId="6C10925C" w14:textId="77777777" w:rsidR="004033AD" w:rsidRDefault="004033AD" w:rsidP="00235C69">
            <w:pPr>
              <w:jc w:val="center"/>
            </w:pPr>
            <w:r>
              <w:rPr>
                <w:rFonts w:eastAsia="Times New Roman" w:cs="Times New Roman"/>
                <w:color w:val="000000"/>
                <w:sz w:val="16"/>
                <w:szCs w:val="16"/>
              </w:rPr>
              <w:t>1*</w:t>
            </w:r>
          </w:p>
        </w:tc>
        <w:tc>
          <w:tcPr>
            <w:tcW w:w="4116" w:type="dxa"/>
            <w:tcMar>
              <w:top w:w="55" w:type="dxa"/>
              <w:left w:w="80" w:type="dxa"/>
              <w:bottom w:w="55" w:type="dxa"/>
              <w:right w:w="80" w:type="dxa"/>
            </w:tcMar>
            <w:vAlign w:val="center"/>
          </w:tcPr>
          <w:p w14:paraId="52CBBB7F" w14:textId="77777777" w:rsidR="004033AD" w:rsidRDefault="004033AD" w:rsidP="00235C69">
            <w:pPr>
              <w:jc w:val="center"/>
            </w:pPr>
            <w:r>
              <w:rPr>
                <w:rFonts w:eastAsia="Times New Roman" w:cs="Times New Roman"/>
                <w:color w:val="000000"/>
                <w:sz w:val="16"/>
                <w:szCs w:val="16"/>
              </w:rPr>
              <w:t>24</w:t>
            </w:r>
          </w:p>
        </w:tc>
      </w:tr>
      <w:tr w:rsidR="004033AD" w14:paraId="13A07E13" w14:textId="77777777" w:rsidTr="00235C69">
        <w:trPr>
          <w:cantSplit/>
        </w:trPr>
        <w:tc>
          <w:tcPr>
            <w:tcW w:w="2108" w:type="dxa"/>
            <w:tcMar>
              <w:top w:w="55" w:type="dxa"/>
              <w:left w:w="80" w:type="dxa"/>
              <w:bottom w:w="55" w:type="dxa"/>
              <w:right w:w="80" w:type="dxa"/>
            </w:tcMar>
            <w:vAlign w:val="center"/>
          </w:tcPr>
          <w:p w14:paraId="22EC8494" w14:textId="77777777" w:rsidR="004033AD" w:rsidRDefault="004033AD" w:rsidP="00235C69">
            <w:r>
              <w:rPr>
                <w:rFonts w:eastAsia="Times New Roman" w:cs="Times New Roman"/>
                <w:color w:val="000000"/>
                <w:sz w:val="16"/>
                <w:szCs w:val="16"/>
              </w:rPr>
              <w:t>R10_F03</w:t>
            </w:r>
          </w:p>
        </w:tc>
        <w:tc>
          <w:tcPr>
            <w:tcW w:w="2008" w:type="dxa"/>
            <w:tcMar>
              <w:top w:w="55" w:type="dxa"/>
              <w:left w:w="80" w:type="dxa"/>
              <w:bottom w:w="55" w:type="dxa"/>
              <w:right w:w="80" w:type="dxa"/>
            </w:tcMar>
            <w:vAlign w:val="center"/>
          </w:tcPr>
          <w:p w14:paraId="66A6E653" w14:textId="77777777" w:rsidR="004033AD" w:rsidRDefault="004033AD" w:rsidP="00235C69">
            <w:pPr>
              <w:jc w:val="center"/>
            </w:pPr>
            <w:r>
              <w:rPr>
                <w:rFonts w:eastAsia="Times New Roman" w:cs="Times New Roman"/>
                <w:color w:val="000000"/>
                <w:sz w:val="16"/>
                <w:szCs w:val="16"/>
              </w:rPr>
              <w:t>14</w:t>
            </w:r>
          </w:p>
        </w:tc>
        <w:tc>
          <w:tcPr>
            <w:tcW w:w="2008" w:type="dxa"/>
            <w:tcMar>
              <w:top w:w="55" w:type="dxa"/>
              <w:left w:w="80" w:type="dxa"/>
              <w:bottom w:w="55" w:type="dxa"/>
              <w:right w:w="80" w:type="dxa"/>
            </w:tcMar>
            <w:vAlign w:val="center"/>
          </w:tcPr>
          <w:p w14:paraId="2BDEDFB6" w14:textId="77777777" w:rsidR="004033AD" w:rsidRDefault="004033AD" w:rsidP="00235C69">
            <w:pPr>
              <w:jc w:val="center"/>
            </w:pPr>
            <w:r>
              <w:rPr>
                <w:rFonts w:eastAsia="Times New Roman" w:cs="Times New Roman"/>
                <w:color w:val="000000"/>
                <w:sz w:val="16"/>
                <w:szCs w:val="16"/>
              </w:rPr>
              <w:t>17</w:t>
            </w:r>
          </w:p>
        </w:tc>
        <w:tc>
          <w:tcPr>
            <w:tcW w:w="2008" w:type="dxa"/>
            <w:tcMar>
              <w:top w:w="55" w:type="dxa"/>
              <w:left w:w="80" w:type="dxa"/>
              <w:bottom w:w="55" w:type="dxa"/>
              <w:right w:w="80" w:type="dxa"/>
            </w:tcMar>
            <w:vAlign w:val="center"/>
          </w:tcPr>
          <w:p w14:paraId="20390FA1" w14:textId="77777777" w:rsidR="004033AD" w:rsidRDefault="004033AD" w:rsidP="00235C69">
            <w:pPr>
              <w:jc w:val="center"/>
            </w:pPr>
            <w:r>
              <w:rPr>
                <w:rFonts w:eastAsia="Times New Roman" w:cs="Times New Roman"/>
                <w:color w:val="000000"/>
                <w:sz w:val="16"/>
                <w:szCs w:val="16"/>
              </w:rPr>
              <w:t>1*</w:t>
            </w:r>
          </w:p>
        </w:tc>
        <w:tc>
          <w:tcPr>
            <w:tcW w:w="2008" w:type="dxa"/>
            <w:tcMar>
              <w:top w:w="55" w:type="dxa"/>
              <w:left w:w="80" w:type="dxa"/>
              <w:bottom w:w="55" w:type="dxa"/>
              <w:right w:w="80" w:type="dxa"/>
            </w:tcMar>
            <w:vAlign w:val="center"/>
          </w:tcPr>
          <w:p w14:paraId="4819440B" w14:textId="77777777" w:rsidR="004033AD" w:rsidRDefault="004033AD" w:rsidP="00235C69">
            <w:pPr>
              <w:jc w:val="center"/>
            </w:pPr>
            <w:r>
              <w:rPr>
                <w:rFonts w:eastAsia="Times New Roman" w:cs="Times New Roman"/>
                <w:color w:val="000000"/>
                <w:sz w:val="16"/>
                <w:szCs w:val="16"/>
              </w:rPr>
              <w:t>1*</w:t>
            </w:r>
          </w:p>
        </w:tc>
        <w:tc>
          <w:tcPr>
            <w:tcW w:w="4116" w:type="dxa"/>
            <w:tcMar>
              <w:top w:w="55" w:type="dxa"/>
              <w:left w:w="80" w:type="dxa"/>
              <w:bottom w:w="55" w:type="dxa"/>
              <w:right w:w="80" w:type="dxa"/>
            </w:tcMar>
            <w:vAlign w:val="center"/>
          </w:tcPr>
          <w:p w14:paraId="0C542873" w14:textId="77777777" w:rsidR="004033AD" w:rsidRDefault="004033AD" w:rsidP="00235C69">
            <w:pPr>
              <w:jc w:val="center"/>
            </w:pPr>
            <w:r>
              <w:rPr>
                <w:rFonts w:eastAsia="Times New Roman" w:cs="Times New Roman"/>
                <w:color w:val="000000"/>
                <w:sz w:val="16"/>
                <w:szCs w:val="16"/>
              </w:rPr>
              <w:t>24</w:t>
            </w:r>
          </w:p>
        </w:tc>
      </w:tr>
      <w:tr w:rsidR="004033AD" w14:paraId="32F97CBE" w14:textId="77777777" w:rsidTr="00235C69">
        <w:trPr>
          <w:cantSplit/>
        </w:trPr>
        <w:tc>
          <w:tcPr>
            <w:tcW w:w="2108" w:type="dxa"/>
            <w:tcMar>
              <w:top w:w="55" w:type="dxa"/>
              <w:left w:w="80" w:type="dxa"/>
              <w:bottom w:w="55" w:type="dxa"/>
              <w:right w:w="80" w:type="dxa"/>
            </w:tcMar>
            <w:vAlign w:val="center"/>
          </w:tcPr>
          <w:p w14:paraId="0F115E85" w14:textId="77777777" w:rsidR="004033AD" w:rsidRDefault="004033AD" w:rsidP="00235C69">
            <w:r>
              <w:rPr>
                <w:rFonts w:eastAsia="Times New Roman" w:cs="Times New Roman"/>
                <w:color w:val="000000"/>
                <w:sz w:val="16"/>
                <w:szCs w:val="16"/>
              </w:rPr>
              <w:t>R10_F04</w:t>
            </w:r>
          </w:p>
        </w:tc>
        <w:tc>
          <w:tcPr>
            <w:tcW w:w="2008" w:type="dxa"/>
            <w:tcMar>
              <w:top w:w="55" w:type="dxa"/>
              <w:left w:w="80" w:type="dxa"/>
              <w:bottom w:w="55" w:type="dxa"/>
              <w:right w:w="80" w:type="dxa"/>
            </w:tcMar>
            <w:vAlign w:val="center"/>
          </w:tcPr>
          <w:p w14:paraId="2863CFF6" w14:textId="77777777" w:rsidR="004033AD" w:rsidRDefault="004033AD" w:rsidP="00235C69">
            <w:pPr>
              <w:jc w:val="center"/>
            </w:pPr>
            <w:r>
              <w:rPr>
                <w:rFonts w:eastAsia="Times New Roman" w:cs="Times New Roman"/>
                <w:color w:val="000000"/>
                <w:sz w:val="16"/>
                <w:szCs w:val="16"/>
              </w:rPr>
              <w:t>13</w:t>
            </w:r>
          </w:p>
        </w:tc>
        <w:tc>
          <w:tcPr>
            <w:tcW w:w="2008" w:type="dxa"/>
            <w:tcMar>
              <w:top w:w="55" w:type="dxa"/>
              <w:left w:w="80" w:type="dxa"/>
              <w:bottom w:w="55" w:type="dxa"/>
              <w:right w:w="80" w:type="dxa"/>
            </w:tcMar>
            <w:vAlign w:val="center"/>
          </w:tcPr>
          <w:p w14:paraId="182DDA53" w14:textId="77777777" w:rsidR="004033AD" w:rsidRDefault="004033AD" w:rsidP="00235C69">
            <w:pPr>
              <w:jc w:val="center"/>
            </w:pPr>
            <w:r>
              <w:rPr>
                <w:rFonts w:eastAsia="Times New Roman" w:cs="Times New Roman"/>
                <w:color w:val="000000"/>
                <w:sz w:val="16"/>
                <w:szCs w:val="16"/>
              </w:rPr>
              <w:t>41</w:t>
            </w:r>
          </w:p>
        </w:tc>
        <w:tc>
          <w:tcPr>
            <w:tcW w:w="2008" w:type="dxa"/>
            <w:tcMar>
              <w:top w:w="55" w:type="dxa"/>
              <w:left w:w="80" w:type="dxa"/>
              <w:bottom w:w="55" w:type="dxa"/>
              <w:right w:w="80" w:type="dxa"/>
            </w:tcMar>
            <w:vAlign w:val="center"/>
          </w:tcPr>
          <w:p w14:paraId="321D6058" w14:textId="77777777" w:rsidR="004033AD" w:rsidRDefault="004033AD" w:rsidP="00235C69">
            <w:pPr>
              <w:jc w:val="center"/>
            </w:pPr>
            <w:r>
              <w:rPr>
                <w:rFonts w:eastAsia="Times New Roman" w:cs="Times New Roman"/>
                <w:color w:val="000000"/>
                <w:sz w:val="16"/>
                <w:szCs w:val="16"/>
              </w:rPr>
              <w:t>4</w:t>
            </w:r>
          </w:p>
        </w:tc>
        <w:tc>
          <w:tcPr>
            <w:tcW w:w="2008" w:type="dxa"/>
            <w:tcMar>
              <w:top w:w="55" w:type="dxa"/>
              <w:left w:w="80" w:type="dxa"/>
              <w:bottom w:w="55" w:type="dxa"/>
              <w:right w:w="80" w:type="dxa"/>
            </w:tcMar>
            <w:vAlign w:val="center"/>
          </w:tcPr>
          <w:p w14:paraId="2C05E0AB" w14:textId="77777777" w:rsidR="004033AD" w:rsidRDefault="004033AD" w:rsidP="00235C69">
            <w:pPr>
              <w:jc w:val="center"/>
            </w:pPr>
            <w:r>
              <w:rPr>
                <w:rFonts w:eastAsia="Times New Roman" w:cs="Times New Roman"/>
                <w:color w:val="000000"/>
                <w:sz w:val="16"/>
                <w:szCs w:val="16"/>
              </w:rPr>
              <w:t>28</w:t>
            </w:r>
          </w:p>
        </w:tc>
        <w:tc>
          <w:tcPr>
            <w:tcW w:w="4116" w:type="dxa"/>
            <w:tcMar>
              <w:top w:w="55" w:type="dxa"/>
              <w:left w:w="80" w:type="dxa"/>
              <w:bottom w:w="55" w:type="dxa"/>
              <w:right w:w="80" w:type="dxa"/>
            </w:tcMar>
            <w:vAlign w:val="center"/>
          </w:tcPr>
          <w:p w14:paraId="7888CBA5" w14:textId="77777777" w:rsidR="004033AD" w:rsidRDefault="004033AD" w:rsidP="00235C69">
            <w:pPr>
              <w:jc w:val="center"/>
            </w:pPr>
            <w:r>
              <w:rPr>
                <w:rFonts w:eastAsia="Times New Roman" w:cs="Times New Roman"/>
                <w:color w:val="000000"/>
                <w:sz w:val="16"/>
                <w:szCs w:val="16"/>
              </w:rPr>
              <w:t>33</w:t>
            </w:r>
          </w:p>
        </w:tc>
      </w:tr>
      <w:tr w:rsidR="004033AD" w14:paraId="124EB4E8" w14:textId="77777777" w:rsidTr="00235C69">
        <w:trPr>
          <w:cantSplit/>
        </w:trPr>
        <w:tc>
          <w:tcPr>
            <w:tcW w:w="2108" w:type="dxa"/>
            <w:tcMar>
              <w:top w:w="55" w:type="dxa"/>
              <w:left w:w="80" w:type="dxa"/>
              <w:bottom w:w="55" w:type="dxa"/>
              <w:right w:w="80" w:type="dxa"/>
            </w:tcMar>
            <w:vAlign w:val="center"/>
          </w:tcPr>
          <w:p w14:paraId="28334BFB" w14:textId="77777777" w:rsidR="004033AD" w:rsidRDefault="004033AD" w:rsidP="00235C69">
            <w:r>
              <w:rPr>
                <w:rFonts w:eastAsia="Times New Roman" w:cs="Times New Roman"/>
                <w:color w:val="000000"/>
                <w:sz w:val="16"/>
                <w:szCs w:val="16"/>
              </w:rPr>
              <w:t>R10_F05</w:t>
            </w:r>
          </w:p>
        </w:tc>
        <w:tc>
          <w:tcPr>
            <w:tcW w:w="2008" w:type="dxa"/>
            <w:tcMar>
              <w:top w:w="55" w:type="dxa"/>
              <w:left w:w="80" w:type="dxa"/>
              <w:bottom w:w="55" w:type="dxa"/>
              <w:right w:w="80" w:type="dxa"/>
            </w:tcMar>
            <w:vAlign w:val="center"/>
          </w:tcPr>
          <w:p w14:paraId="52F6B68C" w14:textId="77777777" w:rsidR="004033AD" w:rsidRDefault="004033AD" w:rsidP="00235C69">
            <w:pPr>
              <w:jc w:val="center"/>
            </w:pPr>
            <w:r>
              <w:rPr>
                <w:rFonts w:eastAsia="Times New Roman" w:cs="Times New Roman"/>
                <w:color w:val="000000"/>
                <w:sz w:val="16"/>
                <w:szCs w:val="16"/>
              </w:rPr>
              <w:t>1*</w:t>
            </w:r>
          </w:p>
        </w:tc>
        <w:tc>
          <w:tcPr>
            <w:tcW w:w="2008" w:type="dxa"/>
            <w:tcMar>
              <w:top w:w="55" w:type="dxa"/>
              <w:left w:w="80" w:type="dxa"/>
              <w:bottom w:w="55" w:type="dxa"/>
              <w:right w:w="80" w:type="dxa"/>
            </w:tcMar>
            <w:vAlign w:val="center"/>
          </w:tcPr>
          <w:p w14:paraId="5DC5F4F2" w14:textId="77777777" w:rsidR="004033AD" w:rsidRDefault="004033AD" w:rsidP="00235C69">
            <w:pPr>
              <w:jc w:val="center"/>
            </w:pPr>
            <w:r>
              <w:rPr>
                <w:rFonts w:eastAsia="Times New Roman" w:cs="Times New Roman"/>
                <w:color w:val="000000"/>
                <w:sz w:val="16"/>
                <w:szCs w:val="16"/>
              </w:rPr>
              <w:t>1*</w:t>
            </w:r>
          </w:p>
        </w:tc>
        <w:tc>
          <w:tcPr>
            <w:tcW w:w="2008" w:type="dxa"/>
            <w:tcMar>
              <w:top w:w="55" w:type="dxa"/>
              <w:left w:w="80" w:type="dxa"/>
              <w:bottom w:w="55" w:type="dxa"/>
              <w:right w:w="80" w:type="dxa"/>
            </w:tcMar>
            <w:vAlign w:val="center"/>
          </w:tcPr>
          <w:p w14:paraId="0E52CAD3" w14:textId="77777777" w:rsidR="004033AD" w:rsidRDefault="004033AD" w:rsidP="00235C69">
            <w:pPr>
              <w:jc w:val="center"/>
            </w:pPr>
            <w:r>
              <w:rPr>
                <w:rFonts w:eastAsia="Times New Roman" w:cs="Times New Roman"/>
                <w:color w:val="000000"/>
                <w:sz w:val="16"/>
                <w:szCs w:val="16"/>
              </w:rPr>
              <w:t>17</w:t>
            </w:r>
          </w:p>
        </w:tc>
        <w:tc>
          <w:tcPr>
            <w:tcW w:w="2008" w:type="dxa"/>
            <w:tcMar>
              <w:top w:w="55" w:type="dxa"/>
              <w:left w:w="80" w:type="dxa"/>
              <w:bottom w:w="55" w:type="dxa"/>
              <w:right w:w="80" w:type="dxa"/>
            </w:tcMar>
            <w:vAlign w:val="center"/>
          </w:tcPr>
          <w:p w14:paraId="193BAB24" w14:textId="77777777" w:rsidR="004033AD" w:rsidRDefault="004033AD" w:rsidP="00235C69">
            <w:pPr>
              <w:jc w:val="center"/>
            </w:pPr>
            <w:r>
              <w:rPr>
                <w:rFonts w:eastAsia="Times New Roman" w:cs="Times New Roman"/>
                <w:color w:val="000000"/>
                <w:sz w:val="16"/>
                <w:szCs w:val="16"/>
              </w:rPr>
              <w:t>4</w:t>
            </w:r>
          </w:p>
        </w:tc>
        <w:tc>
          <w:tcPr>
            <w:tcW w:w="4116" w:type="dxa"/>
            <w:tcMar>
              <w:top w:w="55" w:type="dxa"/>
              <w:left w:w="80" w:type="dxa"/>
              <w:bottom w:w="55" w:type="dxa"/>
              <w:right w:w="80" w:type="dxa"/>
            </w:tcMar>
            <w:vAlign w:val="center"/>
          </w:tcPr>
          <w:p w14:paraId="2121372E" w14:textId="77777777" w:rsidR="004033AD" w:rsidRDefault="004033AD" w:rsidP="00235C69">
            <w:pPr>
              <w:jc w:val="center"/>
            </w:pPr>
            <w:r>
              <w:rPr>
                <w:rFonts w:eastAsia="Times New Roman" w:cs="Times New Roman"/>
                <w:color w:val="000000"/>
                <w:sz w:val="16"/>
                <w:szCs w:val="16"/>
              </w:rPr>
              <w:t>6</w:t>
            </w:r>
          </w:p>
        </w:tc>
      </w:tr>
    </w:tbl>
    <w:p w14:paraId="614AE038" w14:textId="77777777" w:rsidR="00AB05B0" w:rsidRDefault="004033AD" w:rsidP="004033AD">
      <w:pPr>
        <w:spacing w:before="80" w:after="20"/>
        <w:rPr>
          <w:rFonts w:eastAsia="Times New Roman" w:cs="Times New Roman"/>
          <w:color w:val="000000"/>
          <w:sz w:val="16"/>
          <w:szCs w:val="16"/>
        </w:rPr>
        <w:sectPr w:rsidR="00AB05B0" w:rsidSect="00034616">
          <w:pgSz w:w="15840" w:h="12240" w:orient="landscape"/>
          <w:pgMar w:top="792" w:right="792" w:bottom="792" w:left="792" w:header="360" w:footer="360" w:gutter="0"/>
          <w:cols w:space="720"/>
          <w:docGrid w:linePitch="360"/>
        </w:sectPr>
      </w:pPr>
      <w:r>
        <w:rPr>
          <w:rFonts w:eastAsia="Times New Roman" w:cs="Times New Roman"/>
          <w:color w:val="000000"/>
          <w:sz w:val="16"/>
          <w:szCs w:val="16"/>
        </w:rPr>
        <w:t>R denotes repetition (01–10); F denotes outer fold (01–05). No outer refit was omitted from this table.</w:t>
      </w:r>
    </w:p>
    <w:p w14:paraId="03808E36" w14:textId="77777777" w:rsidR="00AB05B0" w:rsidRDefault="00AB05B0" w:rsidP="00AB05B0">
      <w:pPr>
        <w:keepNext/>
        <w:spacing w:after="100"/>
      </w:pPr>
      <w:r>
        <w:rPr>
          <w:rFonts w:eastAsia="Times New Roman" w:cs="Times New Roman"/>
          <w:b/>
          <w:color w:val="000000"/>
          <w:sz w:val="22"/>
        </w:rPr>
        <w:lastRenderedPageBreak/>
        <w:t>Supplementary Table S10</w:t>
      </w:r>
    </w:p>
    <w:p w14:paraId="75DC56D3" w14:textId="77777777" w:rsidR="00AB05B0" w:rsidRDefault="00AB05B0" w:rsidP="00AB05B0">
      <w:pPr>
        <w:keepNext/>
        <w:spacing w:before="100" w:after="60"/>
      </w:pPr>
      <w:r>
        <w:rPr>
          <w:rFonts w:eastAsia="Times New Roman" w:cs="Times New Roman"/>
          <w:b/>
          <w:color w:val="000000"/>
          <w:szCs w:val="18"/>
        </w:rPr>
        <w:t>Post-review exploratory sensitivity analysis with age and sex added to the clinical comparator</w:t>
      </w:r>
    </w:p>
    <w:p w14:paraId="20FBE49B" w14:textId="77777777" w:rsidR="00AB05B0" w:rsidRDefault="00AB05B0" w:rsidP="00AB05B0">
      <w:pPr>
        <w:spacing w:before="80" w:after="20"/>
      </w:pPr>
      <w:r>
        <w:rPr>
          <w:rFonts w:eastAsia="Times New Roman" w:cs="Times New Roman"/>
          <w:color w:val="000000"/>
          <w:szCs w:val="18"/>
        </w:rPr>
        <w:t>The analysis included the same 145 patients and 37 composite events. Each expanded model was evaluated using the original 10 repetitions of five-fold nested cross-validation, yielding 50 outer-training fits and 1,450 held-out predictions per model.</w:t>
      </w:r>
    </w:p>
    <w:p w14:paraId="7A7DE3F3" w14:textId="77777777" w:rsidR="00AB05B0" w:rsidRDefault="00AB05B0" w:rsidP="00AB05B0">
      <w:pPr>
        <w:keepNext/>
        <w:spacing w:before="100" w:after="60"/>
      </w:pPr>
      <w:proofErr w:type="gramStart"/>
      <w:r>
        <w:rPr>
          <w:rFonts w:eastAsia="Times New Roman" w:cs="Times New Roman"/>
          <w:b/>
          <w:color w:val="000000"/>
          <w:szCs w:val="18"/>
        </w:rPr>
        <w:t>A</w:t>
      </w:r>
      <w:proofErr w:type="gramEnd"/>
      <w:r>
        <w:rPr>
          <w:rFonts w:eastAsia="Times New Roman" w:cs="Times New Roman"/>
          <w:b/>
          <w:color w:val="000000"/>
          <w:szCs w:val="18"/>
        </w:rPr>
        <w:t xml:space="preserve"> Absolute model performance</w:t>
      </w:r>
    </w:p>
    <w:tbl>
      <w:tblPr>
        <w:tblW w:w="14256" w:type="dxa"/>
        <w:tblBorders>
          <w:top w:val="single" w:sz="10" w:space="0" w:color="000000"/>
          <w:left w:val="nil"/>
          <w:bottom w:val="single" w:sz="10" w:space="0" w:color="000000"/>
          <w:right w:val="nil"/>
          <w:insideH w:val="nil"/>
          <w:insideV w:val="nil"/>
        </w:tblBorders>
        <w:tblLayout w:type="fixed"/>
        <w:tblLook w:val="04A0" w:firstRow="1" w:lastRow="0" w:firstColumn="1" w:lastColumn="0" w:noHBand="0" w:noVBand="1"/>
      </w:tblPr>
      <w:tblGrid>
        <w:gridCol w:w="3240"/>
        <w:gridCol w:w="1836"/>
        <w:gridCol w:w="1836"/>
        <w:gridCol w:w="1836"/>
        <w:gridCol w:w="1836"/>
        <w:gridCol w:w="1836"/>
        <w:gridCol w:w="1836"/>
      </w:tblGrid>
      <w:tr w:rsidR="00AB05B0" w14:paraId="2773603C" w14:textId="77777777" w:rsidTr="00235C69">
        <w:trPr>
          <w:cantSplit/>
          <w:tblHeader/>
        </w:trPr>
        <w:tc>
          <w:tcPr>
            <w:tcW w:w="3240" w:type="dxa"/>
            <w:tcBorders>
              <w:bottom w:val="single" w:sz="6" w:space="0" w:color="000000"/>
            </w:tcBorders>
            <w:tcMar>
              <w:top w:w="55" w:type="dxa"/>
              <w:left w:w="80" w:type="dxa"/>
              <w:bottom w:w="55" w:type="dxa"/>
              <w:right w:w="80" w:type="dxa"/>
            </w:tcMar>
            <w:vAlign w:val="center"/>
          </w:tcPr>
          <w:p w14:paraId="4A9ED2B8" w14:textId="77777777" w:rsidR="00AB05B0" w:rsidRDefault="00AB05B0" w:rsidP="00235C69">
            <w:pPr>
              <w:jc w:val="center"/>
            </w:pPr>
            <w:r>
              <w:rPr>
                <w:rFonts w:eastAsia="Times New Roman" w:cs="Times New Roman"/>
                <w:b/>
                <w:color w:val="000000"/>
                <w:sz w:val="16"/>
                <w:szCs w:val="16"/>
              </w:rPr>
              <w:t>Model</w:t>
            </w:r>
          </w:p>
        </w:tc>
        <w:tc>
          <w:tcPr>
            <w:tcW w:w="1836" w:type="dxa"/>
            <w:tcBorders>
              <w:bottom w:val="single" w:sz="6" w:space="0" w:color="000000"/>
            </w:tcBorders>
            <w:tcMar>
              <w:top w:w="55" w:type="dxa"/>
              <w:left w:w="80" w:type="dxa"/>
              <w:bottom w:w="55" w:type="dxa"/>
              <w:right w:w="80" w:type="dxa"/>
            </w:tcMar>
            <w:vAlign w:val="center"/>
          </w:tcPr>
          <w:p w14:paraId="4A06B6FB" w14:textId="77777777" w:rsidR="00AB05B0" w:rsidRDefault="00AB05B0" w:rsidP="00235C69">
            <w:pPr>
              <w:jc w:val="center"/>
            </w:pPr>
            <w:r>
              <w:rPr>
                <w:rFonts w:eastAsia="Times New Roman" w:cs="Times New Roman"/>
                <w:b/>
                <w:color w:val="000000"/>
                <w:sz w:val="16"/>
                <w:szCs w:val="16"/>
              </w:rPr>
              <w:t>AUC</w:t>
            </w:r>
          </w:p>
        </w:tc>
        <w:tc>
          <w:tcPr>
            <w:tcW w:w="1836" w:type="dxa"/>
            <w:tcBorders>
              <w:bottom w:val="single" w:sz="6" w:space="0" w:color="000000"/>
            </w:tcBorders>
            <w:tcMar>
              <w:top w:w="55" w:type="dxa"/>
              <w:left w:w="80" w:type="dxa"/>
              <w:bottom w:w="55" w:type="dxa"/>
              <w:right w:w="80" w:type="dxa"/>
            </w:tcMar>
            <w:vAlign w:val="center"/>
          </w:tcPr>
          <w:p w14:paraId="7EA6A8BA" w14:textId="77777777" w:rsidR="00AB05B0" w:rsidRDefault="00AB05B0" w:rsidP="00235C69">
            <w:pPr>
              <w:jc w:val="center"/>
            </w:pPr>
            <w:r>
              <w:rPr>
                <w:rFonts w:eastAsia="Times New Roman" w:cs="Times New Roman"/>
                <w:b/>
                <w:color w:val="000000"/>
                <w:sz w:val="16"/>
                <w:szCs w:val="16"/>
              </w:rPr>
              <w:t>Average precision</w:t>
            </w:r>
          </w:p>
        </w:tc>
        <w:tc>
          <w:tcPr>
            <w:tcW w:w="1836" w:type="dxa"/>
            <w:tcBorders>
              <w:bottom w:val="single" w:sz="6" w:space="0" w:color="000000"/>
            </w:tcBorders>
            <w:tcMar>
              <w:top w:w="55" w:type="dxa"/>
              <w:left w:w="80" w:type="dxa"/>
              <w:bottom w:w="55" w:type="dxa"/>
              <w:right w:w="80" w:type="dxa"/>
            </w:tcMar>
            <w:vAlign w:val="center"/>
          </w:tcPr>
          <w:p w14:paraId="5AA3D6D6" w14:textId="77777777" w:rsidR="00AB05B0" w:rsidRDefault="00AB05B0" w:rsidP="00235C69">
            <w:pPr>
              <w:jc w:val="center"/>
            </w:pPr>
            <w:r>
              <w:rPr>
                <w:rFonts w:eastAsia="Times New Roman" w:cs="Times New Roman"/>
                <w:b/>
                <w:color w:val="000000"/>
                <w:sz w:val="16"/>
                <w:szCs w:val="16"/>
              </w:rPr>
              <w:t>Brier score</w:t>
            </w:r>
          </w:p>
        </w:tc>
        <w:tc>
          <w:tcPr>
            <w:tcW w:w="1836" w:type="dxa"/>
            <w:tcBorders>
              <w:bottom w:val="single" w:sz="6" w:space="0" w:color="000000"/>
            </w:tcBorders>
            <w:tcMar>
              <w:top w:w="55" w:type="dxa"/>
              <w:left w:w="80" w:type="dxa"/>
              <w:bottom w:w="55" w:type="dxa"/>
              <w:right w:w="80" w:type="dxa"/>
            </w:tcMar>
            <w:vAlign w:val="center"/>
          </w:tcPr>
          <w:p w14:paraId="5A75C5E7" w14:textId="77777777" w:rsidR="00AB05B0" w:rsidRDefault="00AB05B0" w:rsidP="00235C69">
            <w:pPr>
              <w:jc w:val="center"/>
            </w:pPr>
            <w:r>
              <w:rPr>
                <w:rFonts w:eastAsia="Times New Roman" w:cs="Times New Roman"/>
                <w:b/>
                <w:color w:val="000000"/>
                <w:sz w:val="16"/>
                <w:szCs w:val="16"/>
              </w:rPr>
              <w:t>Calibration</w:t>
            </w:r>
            <w:r>
              <w:rPr>
                <w:rFonts w:eastAsia="Times New Roman" w:cs="Times New Roman"/>
                <w:b/>
                <w:color w:val="000000"/>
                <w:sz w:val="16"/>
                <w:szCs w:val="16"/>
              </w:rPr>
              <w:br/>
              <w:t>intercept</w:t>
            </w:r>
          </w:p>
        </w:tc>
        <w:tc>
          <w:tcPr>
            <w:tcW w:w="1836" w:type="dxa"/>
            <w:tcBorders>
              <w:bottom w:val="single" w:sz="6" w:space="0" w:color="000000"/>
            </w:tcBorders>
            <w:tcMar>
              <w:top w:w="55" w:type="dxa"/>
              <w:left w:w="80" w:type="dxa"/>
              <w:bottom w:w="55" w:type="dxa"/>
              <w:right w:w="80" w:type="dxa"/>
            </w:tcMar>
            <w:vAlign w:val="center"/>
          </w:tcPr>
          <w:p w14:paraId="733619EA" w14:textId="77777777" w:rsidR="00AB05B0" w:rsidRDefault="00AB05B0" w:rsidP="00235C69">
            <w:pPr>
              <w:jc w:val="center"/>
            </w:pPr>
            <w:r>
              <w:rPr>
                <w:rFonts w:eastAsia="Times New Roman" w:cs="Times New Roman"/>
                <w:b/>
                <w:color w:val="000000"/>
                <w:sz w:val="16"/>
                <w:szCs w:val="16"/>
              </w:rPr>
              <w:t>Calibration</w:t>
            </w:r>
            <w:r>
              <w:rPr>
                <w:rFonts w:eastAsia="Times New Roman" w:cs="Times New Roman"/>
                <w:b/>
                <w:color w:val="000000"/>
                <w:sz w:val="16"/>
                <w:szCs w:val="16"/>
              </w:rPr>
              <w:br/>
              <w:t>slope</w:t>
            </w:r>
          </w:p>
        </w:tc>
        <w:tc>
          <w:tcPr>
            <w:tcW w:w="1836" w:type="dxa"/>
            <w:tcBorders>
              <w:bottom w:val="single" w:sz="6" w:space="0" w:color="000000"/>
            </w:tcBorders>
            <w:tcMar>
              <w:top w:w="55" w:type="dxa"/>
              <w:left w:w="80" w:type="dxa"/>
              <w:bottom w:w="55" w:type="dxa"/>
              <w:right w:w="80" w:type="dxa"/>
            </w:tcMar>
            <w:vAlign w:val="center"/>
          </w:tcPr>
          <w:p w14:paraId="7D8D0E88" w14:textId="77777777" w:rsidR="00AB05B0" w:rsidRDefault="00AB05B0" w:rsidP="00235C69">
            <w:pPr>
              <w:jc w:val="center"/>
            </w:pPr>
            <w:r>
              <w:rPr>
                <w:rFonts w:eastAsia="Times New Roman" w:cs="Times New Roman"/>
                <w:b/>
                <w:color w:val="000000"/>
                <w:sz w:val="16"/>
                <w:szCs w:val="16"/>
              </w:rPr>
              <w:t>Brier skill</w:t>
            </w:r>
            <w:r>
              <w:rPr>
                <w:rFonts w:eastAsia="Times New Roman" w:cs="Times New Roman"/>
                <w:b/>
                <w:color w:val="000000"/>
                <w:sz w:val="16"/>
                <w:szCs w:val="16"/>
              </w:rPr>
              <w:br/>
              <w:t>score</w:t>
            </w:r>
          </w:p>
        </w:tc>
      </w:tr>
      <w:tr w:rsidR="00AB05B0" w14:paraId="444910E8" w14:textId="77777777" w:rsidTr="00235C69">
        <w:trPr>
          <w:cantSplit/>
        </w:trPr>
        <w:tc>
          <w:tcPr>
            <w:tcW w:w="3240" w:type="dxa"/>
            <w:tcMar>
              <w:top w:w="55" w:type="dxa"/>
              <w:left w:w="80" w:type="dxa"/>
              <w:bottom w:w="55" w:type="dxa"/>
              <w:right w:w="80" w:type="dxa"/>
            </w:tcMar>
            <w:vAlign w:val="center"/>
          </w:tcPr>
          <w:p w14:paraId="103F95C6" w14:textId="77777777" w:rsidR="00AB05B0" w:rsidRDefault="00AB05B0" w:rsidP="00235C69">
            <w:r>
              <w:rPr>
                <w:rFonts w:eastAsia="Times New Roman" w:cs="Times New Roman"/>
                <w:color w:val="000000"/>
                <w:sz w:val="16"/>
                <w:szCs w:val="16"/>
              </w:rPr>
              <w:t>Clinical12</w:t>
            </w:r>
          </w:p>
        </w:tc>
        <w:tc>
          <w:tcPr>
            <w:tcW w:w="1836" w:type="dxa"/>
            <w:tcMar>
              <w:top w:w="55" w:type="dxa"/>
              <w:left w:w="80" w:type="dxa"/>
              <w:bottom w:w="55" w:type="dxa"/>
              <w:right w:w="80" w:type="dxa"/>
            </w:tcMar>
            <w:vAlign w:val="center"/>
          </w:tcPr>
          <w:p w14:paraId="72617457" w14:textId="77777777" w:rsidR="00AB05B0" w:rsidRDefault="00AB05B0" w:rsidP="00235C69">
            <w:pPr>
              <w:jc w:val="center"/>
            </w:pPr>
            <w:r>
              <w:rPr>
                <w:rFonts w:eastAsia="Times New Roman" w:cs="Times New Roman"/>
                <w:color w:val="000000"/>
                <w:sz w:val="16"/>
                <w:szCs w:val="16"/>
              </w:rPr>
              <w:t>0.566</w:t>
            </w:r>
            <w:r>
              <w:rPr>
                <w:rFonts w:eastAsia="Times New Roman" w:cs="Times New Roman"/>
                <w:color w:val="000000"/>
                <w:sz w:val="16"/>
                <w:szCs w:val="16"/>
              </w:rPr>
              <w:br/>
              <w:t>(0.483 to 0.650)</w:t>
            </w:r>
          </w:p>
        </w:tc>
        <w:tc>
          <w:tcPr>
            <w:tcW w:w="1836" w:type="dxa"/>
            <w:tcMar>
              <w:top w:w="55" w:type="dxa"/>
              <w:left w:w="80" w:type="dxa"/>
              <w:bottom w:w="55" w:type="dxa"/>
              <w:right w:w="80" w:type="dxa"/>
            </w:tcMar>
            <w:vAlign w:val="center"/>
          </w:tcPr>
          <w:p w14:paraId="1FB91C47" w14:textId="77777777" w:rsidR="00AB05B0" w:rsidRDefault="00AB05B0" w:rsidP="00235C69">
            <w:pPr>
              <w:jc w:val="center"/>
            </w:pPr>
            <w:r>
              <w:rPr>
                <w:rFonts w:eastAsia="Times New Roman" w:cs="Times New Roman"/>
                <w:color w:val="000000"/>
                <w:sz w:val="16"/>
                <w:szCs w:val="16"/>
              </w:rPr>
              <w:t>0.296</w:t>
            </w:r>
            <w:r>
              <w:rPr>
                <w:rFonts w:eastAsia="Times New Roman" w:cs="Times New Roman"/>
                <w:color w:val="000000"/>
                <w:sz w:val="16"/>
                <w:szCs w:val="16"/>
              </w:rPr>
              <w:br/>
              <w:t>(0.221 to 0.413)</w:t>
            </w:r>
          </w:p>
        </w:tc>
        <w:tc>
          <w:tcPr>
            <w:tcW w:w="1836" w:type="dxa"/>
            <w:tcMar>
              <w:top w:w="55" w:type="dxa"/>
              <w:left w:w="80" w:type="dxa"/>
              <w:bottom w:w="55" w:type="dxa"/>
              <w:right w:w="80" w:type="dxa"/>
            </w:tcMar>
            <w:vAlign w:val="center"/>
          </w:tcPr>
          <w:p w14:paraId="1B7E8E36" w14:textId="77777777" w:rsidR="00AB05B0" w:rsidRDefault="00AB05B0" w:rsidP="00235C69">
            <w:pPr>
              <w:jc w:val="center"/>
            </w:pPr>
            <w:r>
              <w:rPr>
                <w:rFonts w:eastAsia="Times New Roman" w:cs="Times New Roman"/>
                <w:color w:val="000000"/>
                <w:sz w:val="16"/>
                <w:szCs w:val="16"/>
              </w:rPr>
              <w:t>0.216</w:t>
            </w:r>
            <w:r>
              <w:rPr>
                <w:rFonts w:eastAsia="Times New Roman" w:cs="Times New Roman"/>
                <w:color w:val="000000"/>
                <w:sz w:val="16"/>
                <w:szCs w:val="16"/>
              </w:rPr>
              <w:br/>
              <w:t>(0.196 to 0.238)</w:t>
            </w:r>
          </w:p>
        </w:tc>
        <w:tc>
          <w:tcPr>
            <w:tcW w:w="1836" w:type="dxa"/>
            <w:tcMar>
              <w:top w:w="55" w:type="dxa"/>
              <w:left w:w="80" w:type="dxa"/>
              <w:bottom w:w="55" w:type="dxa"/>
              <w:right w:w="80" w:type="dxa"/>
            </w:tcMar>
            <w:vAlign w:val="center"/>
          </w:tcPr>
          <w:p w14:paraId="61226CDB" w14:textId="77777777" w:rsidR="00AB05B0" w:rsidRDefault="00AB05B0" w:rsidP="00235C69">
            <w:pPr>
              <w:jc w:val="center"/>
            </w:pPr>
            <w:r>
              <w:rPr>
                <w:rFonts w:eastAsia="Times New Roman" w:cs="Times New Roman"/>
                <w:color w:val="000000"/>
                <w:sz w:val="16"/>
                <w:szCs w:val="16"/>
              </w:rPr>
              <w:t>−0.929</w:t>
            </w:r>
            <w:r>
              <w:rPr>
                <w:rFonts w:eastAsia="Times New Roman" w:cs="Times New Roman"/>
                <w:color w:val="000000"/>
                <w:sz w:val="16"/>
                <w:szCs w:val="16"/>
              </w:rPr>
              <w:br/>
              <w:t>(−1.383 to −0.503)</w:t>
            </w:r>
          </w:p>
        </w:tc>
        <w:tc>
          <w:tcPr>
            <w:tcW w:w="1836" w:type="dxa"/>
            <w:tcMar>
              <w:top w:w="55" w:type="dxa"/>
              <w:left w:w="80" w:type="dxa"/>
              <w:bottom w:w="55" w:type="dxa"/>
              <w:right w:w="80" w:type="dxa"/>
            </w:tcMar>
            <w:vAlign w:val="center"/>
          </w:tcPr>
          <w:p w14:paraId="00B6F317" w14:textId="77777777" w:rsidR="00AB05B0" w:rsidRDefault="00AB05B0" w:rsidP="00235C69">
            <w:pPr>
              <w:jc w:val="center"/>
            </w:pPr>
            <w:r>
              <w:rPr>
                <w:rFonts w:eastAsia="Times New Roman" w:cs="Times New Roman"/>
                <w:color w:val="000000"/>
                <w:sz w:val="16"/>
                <w:szCs w:val="16"/>
              </w:rPr>
              <w:t>0.286</w:t>
            </w:r>
            <w:r>
              <w:rPr>
                <w:rFonts w:eastAsia="Times New Roman" w:cs="Times New Roman"/>
                <w:color w:val="000000"/>
                <w:sz w:val="16"/>
                <w:szCs w:val="16"/>
              </w:rPr>
              <w:br/>
              <w:t>(−0.241 to 1.060)</w:t>
            </w:r>
          </w:p>
        </w:tc>
        <w:tc>
          <w:tcPr>
            <w:tcW w:w="1836" w:type="dxa"/>
            <w:tcMar>
              <w:top w:w="55" w:type="dxa"/>
              <w:left w:w="80" w:type="dxa"/>
              <w:bottom w:w="55" w:type="dxa"/>
              <w:right w:w="80" w:type="dxa"/>
            </w:tcMar>
            <w:vAlign w:val="center"/>
          </w:tcPr>
          <w:p w14:paraId="0598718E" w14:textId="77777777" w:rsidR="00AB05B0" w:rsidRDefault="00AB05B0" w:rsidP="00235C69">
            <w:pPr>
              <w:jc w:val="center"/>
            </w:pPr>
            <w:r>
              <w:rPr>
                <w:rFonts w:eastAsia="Times New Roman" w:cs="Times New Roman"/>
                <w:color w:val="000000"/>
                <w:sz w:val="16"/>
                <w:szCs w:val="16"/>
              </w:rPr>
              <w:t>−0.134</w:t>
            </w:r>
            <w:r>
              <w:rPr>
                <w:rFonts w:eastAsia="Times New Roman" w:cs="Times New Roman"/>
                <w:color w:val="000000"/>
                <w:sz w:val="16"/>
                <w:szCs w:val="16"/>
              </w:rPr>
              <w:br/>
              <w:t>(−0.298 to −0.011)</w:t>
            </w:r>
          </w:p>
        </w:tc>
      </w:tr>
      <w:tr w:rsidR="00AB05B0" w14:paraId="42D6D370" w14:textId="77777777" w:rsidTr="00235C69">
        <w:trPr>
          <w:cantSplit/>
        </w:trPr>
        <w:tc>
          <w:tcPr>
            <w:tcW w:w="3240" w:type="dxa"/>
            <w:tcMar>
              <w:top w:w="55" w:type="dxa"/>
              <w:left w:w="80" w:type="dxa"/>
              <w:bottom w:w="55" w:type="dxa"/>
              <w:right w:w="80" w:type="dxa"/>
            </w:tcMar>
            <w:vAlign w:val="center"/>
          </w:tcPr>
          <w:p w14:paraId="421A5BB9" w14:textId="77777777" w:rsidR="00AB05B0" w:rsidRDefault="00AB05B0" w:rsidP="00235C69">
            <w:r>
              <w:rPr>
                <w:rFonts w:eastAsia="Times New Roman" w:cs="Times New Roman"/>
                <w:color w:val="000000"/>
                <w:sz w:val="16"/>
                <w:szCs w:val="16"/>
              </w:rPr>
              <w:t>Clinical12+INTRA</w:t>
            </w:r>
          </w:p>
        </w:tc>
        <w:tc>
          <w:tcPr>
            <w:tcW w:w="1836" w:type="dxa"/>
            <w:tcMar>
              <w:top w:w="55" w:type="dxa"/>
              <w:left w:w="80" w:type="dxa"/>
              <w:bottom w:w="55" w:type="dxa"/>
              <w:right w:w="80" w:type="dxa"/>
            </w:tcMar>
            <w:vAlign w:val="center"/>
          </w:tcPr>
          <w:p w14:paraId="083D8EB8" w14:textId="77777777" w:rsidR="00AB05B0" w:rsidRDefault="00AB05B0" w:rsidP="00235C69">
            <w:pPr>
              <w:jc w:val="center"/>
            </w:pPr>
            <w:r>
              <w:rPr>
                <w:rFonts w:eastAsia="Times New Roman" w:cs="Times New Roman"/>
                <w:color w:val="000000"/>
                <w:sz w:val="16"/>
                <w:szCs w:val="16"/>
              </w:rPr>
              <w:t>0.525</w:t>
            </w:r>
            <w:r>
              <w:rPr>
                <w:rFonts w:eastAsia="Times New Roman" w:cs="Times New Roman"/>
                <w:color w:val="000000"/>
                <w:sz w:val="16"/>
                <w:szCs w:val="16"/>
              </w:rPr>
              <w:br/>
              <w:t>(0.470 to 0.575)</w:t>
            </w:r>
          </w:p>
        </w:tc>
        <w:tc>
          <w:tcPr>
            <w:tcW w:w="1836" w:type="dxa"/>
            <w:tcMar>
              <w:top w:w="55" w:type="dxa"/>
              <w:left w:w="80" w:type="dxa"/>
              <w:bottom w:w="55" w:type="dxa"/>
              <w:right w:w="80" w:type="dxa"/>
            </w:tcMar>
            <w:vAlign w:val="center"/>
          </w:tcPr>
          <w:p w14:paraId="3C98D966" w14:textId="77777777" w:rsidR="00AB05B0" w:rsidRDefault="00AB05B0" w:rsidP="00235C69">
            <w:pPr>
              <w:jc w:val="center"/>
            </w:pPr>
            <w:r>
              <w:rPr>
                <w:rFonts w:eastAsia="Times New Roman" w:cs="Times New Roman"/>
                <w:color w:val="000000"/>
                <w:sz w:val="16"/>
                <w:szCs w:val="16"/>
              </w:rPr>
              <w:t>0.296</w:t>
            </w:r>
            <w:r>
              <w:rPr>
                <w:rFonts w:eastAsia="Times New Roman" w:cs="Times New Roman"/>
                <w:color w:val="000000"/>
                <w:sz w:val="16"/>
                <w:szCs w:val="16"/>
              </w:rPr>
              <w:br/>
              <w:t>(0.231 to 0.390)</w:t>
            </w:r>
          </w:p>
        </w:tc>
        <w:tc>
          <w:tcPr>
            <w:tcW w:w="1836" w:type="dxa"/>
            <w:tcMar>
              <w:top w:w="55" w:type="dxa"/>
              <w:left w:w="80" w:type="dxa"/>
              <w:bottom w:w="55" w:type="dxa"/>
              <w:right w:w="80" w:type="dxa"/>
            </w:tcMar>
            <w:vAlign w:val="center"/>
          </w:tcPr>
          <w:p w14:paraId="4ED8EC81" w14:textId="77777777" w:rsidR="00AB05B0" w:rsidRDefault="00AB05B0" w:rsidP="00235C69">
            <w:pPr>
              <w:jc w:val="center"/>
            </w:pPr>
            <w:r>
              <w:rPr>
                <w:rFonts w:eastAsia="Times New Roman" w:cs="Times New Roman"/>
                <w:color w:val="000000"/>
                <w:sz w:val="16"/>
                <w:szCs w:val="16"/>
              </w:rPr>
              <w:t>0.193</w:t>
            </w:r>
            <w:r>
              <w:rPr>
                <w:rFonts w:eastAsia="Times New Roman" w:cs="Times New Roman"/>
                <w:color w:val="000000"/>
                <w:sz w:val="16"/>
                <w:szCs w:val="16"/>
              </w:rPr>
              <w:br/>
              <w:t>(0.159 to 0.227)</w:t>
            </w:r>
          </w:p>
        </w:tc>
        <w:tc>
          <w:tcPr>
            <w:tcW w:w="1836" w:type="dxa"/>
            <w:tcMar>
              <w:top w:w="55" w:type="dxa"/>
              <w:left w:w="80" w:type="dxa"/>
              <w:bottom w:w="55" w:type="dxa"/>
              <w:right w:w="80" w:type="dxa"/>
            </w:tcMar>
            <w:vAlign w:val="center"/>
          </w:tcPr>
          <w:p w14:paraId="72F5F185" w14:textId="77777777" w:rsidR="00AB05B0" w:rsidRDefault="00AB05B0" w:rsidP="00235C69">
            <w:pPr>
              <w:jc w:val="center"/>
            </w:pPr>
            <w:r>
              <w:rPr>
                <w:rFonts w:eastAsia="Times New Roman" w:cs="Times New Roman"/>
                <w:color w:val="000000"/>
                <w:sz w:val="16"/>
                <w:szCs w:val="16"/>
              </w:rPr>
              <w:t>−0.826</w:t>
            </w:r>
            <w:r>
              <w:rPr>
                <w:rFonts w:eastAsia="Times New Roman" w:cs="Times New Roman"/>
                <w:color w:val="000000"/>
                <w:sz w:val="16"/>
                <w:szCs w:val="16"/>
              </w:rPr>
              <w:br/>
              <w:t>(−1.602 to −0.136)</w:t>
            </w:r>
          </w:p>
        </w:tc>
        <w:tc>
          <w:tcPr>
            <w:tcW w:w="1836" w:type="dxa"/>
            <w:tcMar>
              <w:top w:w="55" w:type="dxa"/>
              <w:left w:w="80" w:type="dxa"/>
              <w:bottom w:w="55" w:type="dxa"/>
              <w:right w:w="80" w:type="dxa"/>
            </w:tcMar>
            <w:vAlign w:val="center"/>
          </w:tcPr>
          <w:p w14:paraId="603F614B" w14:textId="77777777" w:rsidR="00AB05B0" w:rsidRDefault="00AB05B0" w:rsidP="00235C69">
            <w:pPr>
              <w:jc w:val="center"/>
            </w:pPr>
            <w:r>
              <w:rPr>
                <w:rFonts w:eastAsia="Times New Roman" w:cs="Times New Roman"/>
                <w:color w:val="000000"/>
                <w:sz w:val="16"/>
                <w:szCs w:val="16"/>
              </w:rPr>
              <w:t>0.250</w:t>
            </w:r>
            <w:r>
              <w:rPr>
                <w:rFonts w:eastAsia="Times New Roman" w:cs="Times New Roman"/>
                <w:color w:val="000000"/>
                <w:sz w:val="16"/>
                <w:szCs w:val="16"/>
              </w:rPr>
              <w:br/>
              <w:t>(−0.316 to 0.836)</w:t>
            </w:r>
          </w:p>
        </w:tc>
        <w:tc>
          <w:tcPr>
            <w:tcW w:w="1836" w:type="dxa"/>
            <w:tcMar>
              <w:top w:w="55" w:type="dxa"/>
              <w:left w:w="80" w:type="dxa"/>
              <w:bottom w:w="55" w:type="dxa"/>
              <w:right w:w="80" w:type="dxa"/>
            </w:tcMar>
            <w:vAlign w:val="center"/>
          </w:tcPr>
          <w:p w14:paraId="7A845C53" w14:textId="77777777" w:rsidR="00AB05B0" w:rsidRDefault="00AB05B0" w:rsidP="00235C69">
            <w:pPr>
              <w:jc w:val="center"/>
            </w:pPr>
            <w:r>
              <w:rPr>
                <w:rFonts w:eastAsia="Times New Roman" w:cs="Times New Roman"/>
                <w:color w:val="000000"/>
                <w:sz w:val="16"/>
                <w:szCs w:val="16"/>
              </w:rPr>
              <w:t>−0.016</w:t>
            </w:r>
            <w:r>
              <w:rPr>
                <w:rFonts w:eastAsia="Times New Roman" w:cs="Times New Roman"/>
                <w:color w:val="000000"/>
                <w:sz w:val="16"/>
                <w:szCs w:val="16"/>
              </w:rPr>
              <w:br/>
              <w:t>(−0.045 to 0.011)</w:t>
            </w:r>
          </w:p>
        </w:tc>
      </w:tr>
      <w:tr w:rsidR="00AB05B0" w14:paraId="0E8C4FB7" w14:textId="77777777" w:rsidTr="00235C69">
        <w:trPr>
          <w:cantSplit/>
        </w:trPr>
        <w:tc>
          <w:tcPr>
            <w:tcW w:w="3240" w:type="dxa"/>
            <w:tcMar>
              <w:top w:w="55" w:type="dxa"/>
              <w:left w:w="80" w:type="dxa"/>
              <w:bottom w:w="55" w:type="dxa"/>
              <w:right w:w="80" w:type="dxa"/>
            </w:tcMar>
            <w:vAlign w:val="center"/>
          </w:tcPr>
          <w:p w14:paraId="467A501F" w14:textId="77777777" w:rsidR="00AB05B0" w:rsidRDefault="00AB05B0" w:rsidP="00235C69">
            <w:r>
              <w:rPr>
                <w:rFonts w:eastAsia="Times New Roman" w:cs="Times New Roman"/>
                <w:color w:val="000000"/>
                <w:sz w:val="16"/>
                <w:szCs w:val="16"/>
              </w:rPr>
              <w:t>Clinical12+VOIFusion3mm</w:t>
            </w:r>
          </w:p>
        </w:tc>
        <w:tc>
          <w:tcPr>
            <w:tcW w:w="1836" w:type="dxa"/>
            <w:tcMar>
              <w:top w:w="55" w:type="dxa"/>
              <w:left w:w="80" w:type="dxa"/>
              <w:bottom w:w="55" w:type="dxa"/>
              <w:right w:w="80" w:type="dxa"/>
            </w:tcMar>
            <w:vAlign w:val="center"/>
          </w:tcPr>
          <w:p w14:paraId="5D608655" w14:textId="77777777" w:rsidR="00AB05B0" w:rsidRDefault="00AB05B0" w:rsidP="00235C69">
            <w:pPr>
              <w:jc w:val="center"/>
            </w:pPr>
            <w:r>
              <w:rPr>
                <w:rFonts w:eastAsia="Times New Roman" w:cs="Times New Roman"/>
                <w:color w:val="000000"/>
                <w:sz w:val="16"/>
                <w:szCs w:val="16"/>
              </w:rPr>
              <w:t>0.532</w:t>
            </w:r>
            <w:r>
              <w:rPr>
                <w:rFonts w:eastAsia="Times New Roman" w:cs="Times New Roman"/>
                <w:color w:val="000000"/>
                <w:sz w:val="16"/>
                <w:szCs w:val="16"/>
              </w:rPr>
              <w:br/>
              <w:t>(0.482 to 0.580)</w:t>
            </w:r>
          </w:p>
        </w:tc>
        <w:tc>
          <w:tcPr>
            <w:tcW w:w="1836" w:type="dxa"/>
            <w:tcMar>
              <w:top w:w="55" w:type="dxa"/>
              <w:left w:w="80" w:type="dxa"/>
              <w:bottom w:w="55" w:type="dxa"/>
              <w:right w:w="80" w:type="dxa"/>
            </w:tcMar>
            <w:vAlign w:val="center"/>
          </w:tcPr>
          <w:p w14:paraId="5B0E593F" w14:textId="77777777" w:rsidR="00AB05B0" w:rsidRDefault="00AB05B0" w:rsidP="00235C69">
            <w:pPr>
              <w:jc w:val="center"/>
            </w:pPr>
            <w:r>
              <w:rPr>
                <w:rFonts w:eastAsia="Times New Roman" w:cs="Times New Roman"/>
                <w:color w:val="000000"/>
                <w:sz w:val="16"/>
                <w:szCs w:val="16"/>
              </w:rPr>
              <w:t>0.293</w:t>
            </w:r>
            <w:r>
              <w:rPr>
                <w:rFonts w:eastAsia="Times New Roman" w:cs="Times New Roman"/>
                <w:color w:val="000000"/>
                <w:sz w:val="16"/>
                <w:szCs w:val="16"/>
              </w:rPr>
              <w:br/>
              <w:t>(0.231 to 0.393)</w:t>
            </w:r>
          </w:p>
        </w:tc>
        <w:tc>
          <w:tcPr>
            <w:tcW w:w="1836" w:type="dxa"/>
            <w:tcMar>
              <w:top w:w="55" w:type="dxa"/>
              <w:left w:w="80" w:type="dxa"/>
              <w:bottom w:w="55" w:type="dxa"/>
              <w:right w:w="80" w:type="dxa"/>
            </w:tcMar>
            <w:vAlign w:val="center"/>
          </w:tcPr>
          <w:p w14:paraId="5082B514" w14:textId="77777777" w:rsidR="00AB05B0" w:rsidRDefault="00AB05B0" w:rsidP="00235C69">
            <w:pPr>
              <w:jc w:val="center"/>
            </w:pPr>
            <w:r>
              <w:rPr>
                <w:rFonts w:eastAsia="Times New Roman" w:cs="Times New Roman"/>
                <w:color w:val="000000"/>
                <w:sz w:val="16"/>
                <w:szCs w:val="16"/>
              </w:rPr>
              <w:t>0.192</w:t>
            </w:r>
            <w:r>
              <w:rPr>
                <w:rFonts w:eastAsia="Times New Roman" w:cs="Times New Roman"/>
                <w:color w:val="000000"/>
                <w:sz w:val="16"/>
                <w:szCs w:val="16"/>
              </w:rPr>
              <w:br/>
              <w:t>(0.159 to 0.226)</w:t>
            </w:r>
          </w:p>
        </w:tc>
        <w:tc>
          <w:tcPr>
            <w:tcW w:w="1836" w:type="dxa"/>
            <w:tcMar>
              <w:top w:w="55" w:type="dxa"/>
              <w:left w:w="80" w:type="dxa"/>
              <w:bottom w:w="55" w:type="dxa"/>
              <w:right w:w="80" w:type="dxa"/>
            </w:tcMar>
            <w:vAlign w:val="center"/>
          </w:tcPr>
          <w:p w14:paraId="4169AF62" w14:textId="77777777" w:rsidR="00AB05B0" w:rsidRDefault="00AB05B0" w:rsidP="00235C69">
            <w:pPr>
              <w:jc w:val="center"/>
            </w:pPr>
            <w:r>
              <w:rPr>
                <w:rFonts w:eastAsia="Times New Roman" w:cs="Times New Roman"/>
                <w:color w:val="000000"/>
                <w:sz w:val="16"/>
                <w:szCs w:val="16"/>
              </w:rPr>
              <w:t>−1.015</w:t>
            </w:r>
            <w:r>
              <w:rPr>
                <w:rFonts w:eastAsia="Times New Roman" w:cs="Times New Roman"/>
                <w:color w:val="000000"/>
                <w:sz w:val="16"/>
                <w:szCs w:val="16"/>
              </w:rPr>
              <w:br/>
              <w:t>(−1.857 to −0.267)</w:t>
            </w:r>
          </w:p>
        </w:tc>
        <w:tc>
          <w:tcPr>
            <w:tcW w:w="1836" w:type="dxa"/>
            <w:tcMar>
              <w:top w:w="55" w:type="dxa"/>
              <w:left w:w="80" w:type="dxa"/>
              <w:bottom w:w="55" w:type="dxa"/>
              <w:right w:w="80" w:type="dxa"/>
            </w:tcMar>
            <w:vAlign w:val="center"/>
          </w:tcPr>
          <w:p w14:paraId="0E7A2AC1" w14:textId="77777777" w:rsidR="00AB05B0" w:rsidRDefault="00AB05B0" w:rsidP="00235C69">
            <w:pPr>
              <w:jc w:val="center"/>
            </w:pPr>
            <w:r>
              <w:rPr>
                <w:rFonts w:eastAsia="Times New Roman" w:cs="Times New Roman"/>
                <w:color w:val="000000"/>
                <w:sz w:val="16"/>
                <w:szCs w:val="16"/>
              </w:rPr>
              <w:t>0.081</w:t>
            </w:r>
            <w:r>
              <w:rPr>
                <w:rFonts w:eastAsia="Times New Roman" w:cs="Times New Roman"/>
                <w:color w:val="000000"/>
                <w:sz w:val="16"/>
                <w:szCs w:val="16"/>
              </w:rPr>
              <w:br/>
              <w:t>(−0.560 to 0.726)</w:t>
            </w:r>
          </w:p>
        </w:tc>
        <w:tc>
          <w:tcPr>
            <w:tcW w:w="1836" w:type="dxa"/>
            <w:tcMar>
              <w:top w:w="55" w:type="dxa"/>
              <w:left w:w="80" w:type="dxa"/>
              <w:bottom w:w="55" w:type="dxa"/>
              <w:right w:w="80" w:type="dxa"/>
            </w:tcMar>
            <w:vAlign w:val="center"/>
          </w:tcPr>
          <w:p w14:paraId="7FC6F405" w14:textId="77777777" w:rsidR="00AB05B0" w:rsidRDefault="00AB05B0" w:rsidP="00235C69">
            <w:pPr>
              <w:jc w:val="center"/>
            </w:pPr>
            <w:r>
              <w:rPr>
                <w:rFonts w:eastAsia="Times New Roman" w:cs="Times New Roman"/>
                <w:color w:val="000000"/>
                <w:sz w:val="16"/>
                <w:szCs w:val="16"/>
              </w:rPr>
              <w:t>−0.011</w:t>
            </w:r>
            <w:r>
              <w:rPr>
                <w:rFonts w:eastAsia="Times New Roman" w:cs="Times New Roman"/>
                <w:color w:val="000000"/>
                <w:sz w:val="16"/>
                <w:szCs w:val="16"/>
              </w:rPr>
              <w:br/>
              <w:t>(−0.039 to 0.016)</w:t>
            </w:r>
          </w:p>
        </w:tc>
      </w:tr>
    </w:tbl>
    <w:p w14:paraId="37DAE889" w14:textId="77777777" w:rsidR="00AB05B0" w:rsidRDefault="00AB05B0" w:rsidP="00AB05B0">
      <w:pPr>
        <w:spacing w:before="80" w:after="20"/>
      </w:pPr>
      <w:r>
        <w:rPr>
          <w:rFonts w:eastAsia="Times New Roman" w:cs="Times New Roman"/>
          <w:color w:val="000000"/>
          <w:sz w:val="16"/>
          <w:szCs w:val="16"/>
        </w:rPr>
        <w:t>Values are the mean of the 10 repeat-level metrics, with 95% confidence intervals in parentheses. Each repeat-level metric was computed from all 145 pooled outer-test predictions in that repeat, not from 1,450 independent observations or from patient-averaged probabilities.</w:t>
      </w:r>
    </w:p>
    <w:p w14:paraId="6417AD6E" w14:textId="77777777" w:rsidR="00AB05B0" w:rsidRDefault="00AB05B0" w:rsidP="00AB05B0">
      <w:pPr>
        <w:keepNext/>
        <w:spacing w:before="100" w:after="60"/>
      </w:pPr>
      <w:r>
        <w:rPr>
          <w:rFonts w:eastAsia="Times New Roman" w:cs="Times New Roman"/>
          <w:b/>
          <w:color w:val="000000"/>
          <w:szCs w:val="18"/>
        </w:rPr>
        <w:t>B Paired differences between the expanded clinical and combined models</w:t>
      </w:r>
    </w:p>
    <w:tbl>
      <w:tblPr>
        <w:tblW w:w="14256" w:type="dxa"/>
        <w:tblBorders>
          <w:top w:val="single" w:sz="10" w:space="0" w:color="000000"/>
          <w:left w:val="nil"/>
          <w:bottom w:val="single" w:sz="10" w:space="0" w:color="000000"/>
          <w:right w:val="nil"/>
          <w:insideH w:val="nil"/>
          <w:insideV w:val="nil"/>
        </w:tblBorders>
        <w:tblLayout w:type="fixed"/>
        <w:tblLook w:val="04A0" w:firstRow="1" w:lastRow="0" w:firstColumn="1" w:lastColumn="0" w:noHBand="0" w:noVBand="1"/>
      </w:tblPr>
      <w:tblGrid>
        <w:gridCol w:w="5040"/>
        <w:gridCol w:w="3072"/>
        <w:gridCol w:w="3072"/>
        <w:gridCol w:w="3072"/>
      </w:tblGrid>
      <w:tr w:rsidR="00AB05B0" w14:paraId="383CBE87" w14:textId="77777777" w:rsidTr="00235C69">
        <w:trPr>
          <w:cantSplit/>
          <w:tblHeader/>
        </w:trPr>
        <w:tc>
          <w:tcPr>
            <w:tcW w:w="5040" w:type="dxa"/>
            <w:tcBorders>
              <w:bottom w:val="single" w:sz="6" w:space="0" w:color="000000"/>
            </w:tcBorders>
            <w:tcMar>
              <w:top w:w="55" w:type="dxa"/>
              <w:left w:w="80" w:type="dxa"/>
              <w:bottom w:w="55" w:type="dxa"/>
              <w:right w:w="80" w:type="dxa"/>
            </w:tcMar>
            <w:vAlign w:val="center"/>
          </w:tcPr>
          <w:p w14:paraId="7B6530BF" w14:textId="77777777" w:rsidR="00AB05B0" w:rsidRDefault="00AB05B0" w:rsidP="00235C69">
            <w:pPr>
              <w:jc w:val="center"/>
            </w:pPr>
            <w:r>
              <w:rPr>
                <w:rFonts w:eastAsia="Times New Roman" w:cs="Times New Roman"/>
                <w:b/>
                <w:color w:val="000000"/>
                <w:sz w:val="16"/>
                <w:szCs w:val="16"/>
              </w:rPr>
              <w:t>Comparison</w:t>
            </w:r>
            <w:r>
              <w:rPr>
                <w:rFonts w:eastAsia="Times New Roman" w:cs="Times New Roman"/>
                <w:b/>
                <w:color w:val="000000"/>
                <w:sz w:val="16"/>
                <w:szCs w:val="16"/>
              </w:rPr>
              <w:br/>
              <w:t>Clinical12 minus combined model</w:t>
            </w:r>
          </w:p>
        </w:tc>
        <w:tc>
          <w:tcPr>
            <w:tcW w:w="3072" w:type="dxa"/>
            <w:tcBorders>
              <w:bottom w:val="single" w:sz="6" w:space="0" w:color="000000"/>
            </w:tcBorders>
            <w:tcMar>
              <w:top w:w="55" w:type="dxa"/>
              <w:left w:w="80" w:type="dxa"/>
              <w:bottom w:w="55" w:type="dxa"/>
              <w:right w:w="80" w:type="dxa"/>
            </w:tcMar>
            <w:vAlign w:val="center"/>
          </w:tcPr>
          <w:p w14:paraId="740BFCC7" w14:textId="77777777" w:rsidR="00AB05B0" w:rsidRDefault="00AB05B0" w:rsidP="00235C69">
            <w:pPr>
              <w:jc w:val="center"/>
            </w:pPr>
            <w:r>
              <w:rPr>
                <w:rFonts w:eastAsia="Times New Roman" w:cs="Times New Roman"/>
                <w:b/>
                <w:color w:val="000000"/>
                <w:sz w:val="16"/>
                <w:szCs w:val="16"/>
              </w:rPr>
              <w:t>AUC difference</w:t>
            </w:r>
          </w:p>
        </w:tc>
        <w:tc>
          <w:tcPr>
            <w:tcW w:w="3072" w:type="dxa"/>
            <w:tcBorders>
              <w:bottom w:val="single" w:sz="6" w:space="0" w:color="000000"/>
            </w:tcBorders>
            <w:tcMar>
              <w:top w:w="55" w:type="dxa"/>
              <w:left w:w="80" w:type="dxa"/>
              <w:bottom w:w="55" w:type="dxa"/>
              <w:right w:w="80" w:type="dxa"/>
            </w:tcMar>
            <w:vAlign w:val="center"/>
          </w:tcPr>
          <w:p w14:paraId="0AED65FE" w14:textId="77777777" w:rsidR="00AB05B0" w:rsidRDefault="00AB05B0" w:rsidP="00235C69">
            <w:pPr>
              <w:jc w:val="center"/>
            </w:pPr>
            <w:r>
              <w:rPr>
                <w:rFonts w:eastAsia="Times New Roman" w:cs="Times New Roman"/>
                <w:b/>
                <w:color w:val="000000"/>
                <w:sz w:val="16"/>
                <w:szCs w:val="16"/>
              </w:rPr>
              <w:t>Average-precision difference</w:t>
            </w:r>
          </w:p>
        </w:tc>
        <w:tc>
          <w:tcPr>
            <w:tcW w:w="3072" w:type="dxa"/>
            <w:tcBorders>
              <w:bottom w:val="single" w:sz="6" w:space="0" w:color="000000"/>
            </w:tcBorders>
            <w:tcMar>
              <w:top w:w="55" w:type="dxa"/>
              <w:left w:w="80" w:type="dxa"/>
              <w:bottom w:w="55" w:type="dxa"/>
              <w:right w:w="80" w:type="dxa"/>
            </w:tcMar>
            <w:vAlign w:val="center"/>
          </w:tcPr>
          <w:p w14:paraId="506E72F3" w14:textId="77777777" w:rsidR="00AB05B0" w:rsidRDefault="00AB05B0" w:rsidP="00235C69">
            <w:pPr>
              <w:jc w:val="center"/>
            </w:pPr>
            <w:r>
              <w:rPr>
                <w:rFonts w:eastAsia="Times New Roman" w:cs="Times New Roman"/>
                <w:b/>
                <w:color w:val="000000"/>
                <w:sz w:val="16"/>
                <w:szCs w:val="16"/>
              </w:rPr>
              <w:t>Brier-score difference</w:t>
            </w:r>
          </w:p>
        </w:tc>
      </w:tr>
      <w:tr w:rsidR="00AB05B0" w14:paraId="63466B49" w14:textId="77777777" w:rsidTr="00235C69">
        <w:trPr>
          <w:cantSplit/>
        </w:trPr>
        <w:tc>
          <w:tcPr>
            <w:tcW w:w="5040" w:type="dxa"/>
            <w:tcMar>
              <w:top w:w="55" w:type="dxa"/>
              <w:left w:w="80" w:type="dxa"/>
              <w:bottom w:w="55" w:type="dxa"/>
              <w:right w:w="80" w:type="dxa"/>
            </w:tcMar>
            <w:vAlign w:val="center"/>
          </w:tcPr>
          <w:p w14:paraId="0D660A40" w14:textId="77777777" w:rsidR="00AB05B0" w:rsidRDefault="00AB05B0" w:rsidP="00235C69">
            <w:r>
              <w:rPr>
                <w:rFonts w:eastAsia="Times New Roman" w:cs="Times New Roman"/>
                <w:color w:val="000000"/>
                <w:sz w:val="16"/>
                <w:szCs w:val="16"/>
              </w:rPr>
              <w:t>Clinical12 − (Clinical12+INTRA)</w:t>
            </w:r>
          </w:p>
        </w:tc>
        <w:tc>
          <w:tcPr>
            <w:tcW w:w="3072" w:type="dxa"/>
            <w:tcMar>
              <w:top w:w="55" w:type="dxa"/>
              <w:left w:w="80" w:type="dxa"/>
              <w:bottom w:w="55" w:type="dxa"/>
              <w:right w:w="80" w:type="dxa"/>
            </w:tcMar>
            <w:vAlign w:val="center"/>
          </w:tcPr>
          <w:p w14:paraId="1EA3FE7C" w14:textId="77777777" w:rsidR="00AB05B0" w:rsidRDefault="00AB05B0" w:rsidP="00235C69">
            <w:pPr>
              <w:jc w:val="center"/>
            </w:pPr>
            <w:r>
              <w:rPr>
                <w:rFonts w:eastAsia="Times New Roman" w:cs="Times New Roman"/>
                <w:color w:val="000000"/>
                <w:sz w:val="16"/>
                <w:szCs w:val="16"/>
              </w:rPr>
              <w:t>+0.0416</w:t>
            </w:r>
            <w:r>
              <w:rPr>
                <w:rFonts w:eastAsia="Times New Roman" w:cs="Times New Roman"/>
                <w:color w:val="000000"/>
                <w:sz w:val="16"/>
                <w:szCs w:val="16"/>
              </w:rPr>
              <w:br/>
              <w:t>(−0.0341 to +0.1179)</w:t>
            </w:r>
          </w:p>
        </w:tc>
        <w:tc>
          <w:tcPr>
            <w:tcW w:w="3072" w:type="dxa"/>
            <w:tcMar>
              <w:top w:w="55" w:type="dxa"/>
              <w:left w:w="80" w:type="dxa"/>
              <w:bottom w:w="55" w:type="dxa"/>
              <w:right w:w="80" w:type="dxa"/>
            </w:tcMar>
            <w:vAlign w:val="center"/>
          </w:tcPr>
          <w:p w14:paraId="1466AE98" w14:textId="77777777" w:rsidR="00AB05B0" w:rsidRDefault="00AB05B0" w:rsidP="00235C69">
            <w:pPr>
              <w:jc w:val="center"/>
            </w:pPr>
            <w:r>
              <w:rPr>
                <w:rFonts w:eastAsia="Times New Roman" w:cs="Times New Roman"/>
                <w:color w:val="000000"/>
                <w:sz w:val="16"/>
                <w:szCs w:val="16"/>
              </w:rPr>
              <w:t>−0.0003</w:t>
            </w:r>
            <w:r>
              <w:rPr>
                <w:rFonts w:eastAsia="Times New Roman" w:cs="Times New Roman"/>
                <w:color w:val="000000"/>
                <w:sz w:val="16"/>
                <w:szCs w:val="16"/>
              </w:rPr>
              <w:br/>
              <w:t>(−0.0565 to +0.0683)</w:t>
            </w:r>
          </w:p>
        </w:tc>
        <w:tc>
          <w:tcPr>
            <w:tcW w:w="3072" w:type="dxa"/>
            <w:tcMar>
              <w:top w:w="55" w:type="dxa"/>
              <w:left w:w="80" w:type="dxa"/>
              <w:bottom w:w="55" w:type="dxa"/>
              <w:right w:w="80" w:type="dxa"/>
            </w:tcMar>
            <w:vAlign w:val="center"/>
          </w:tcPr>
          <w:p w14:paraId="4244C500" w14:textId="77777777" w:rsidR="00AB05B0" w:rsidRDefault="00AB05B0" w:rsidP="00235C69">
            <w:pPr>
              <w:jc w:val="center"/>
            </w:pPr>
            <w:r>
              <w:rPr>
                <w:rFonts w:eastAsia="Times New Roman" w:cs="Times New Roman"/>
                <w:color w:val="000000"/>
                <w:sz w:val="16"/>
                <w:szCs w:val="16"/>
              </w:rPr>
              <w:t>+0.0225</w:t>
            </w:r>
            <w:r>
              <w:rPr>
                <w:rFonts w:eastAsia="Times New Roman" w:cs="Times New Roman"/>
                <w:color w:val="000000"/>
                <w:sz w:val="16"/>
                <w:szCs w:val="16"/>
              </w:rPr>
              <w:br/>
              <w:t>(+0.0015 to +0.0438)</w:t>
            </w:r>
          </w:p>
        </w:tc>
      </w:tr>
      <w:tr w:rsidR="00AB05B0" w14:paraId="638A537C" w14:textId="77777777" w:rsidTr="00235C69">
        <w:trPr>
          <w:cantSplit/>
        </w:trPr>
        <w:tc>
          <w:tcPr>
            <w:tcW w:w="5040" w:type="dxa"/>
            <w:tcMar>
              <w:top w:w="55" w:type="dxa"/>
              <w:left w:w="80" w:type="dxa"/>
              <w:bottom w:w="55" w:type="dxa"/>
              <w:right w:w="80" w:type="dxa"/>
            </w:tcMar>
            <w:vAlign w:val="center"/>
          </w:tcPr>
          <w:p w14:paraId="1F8ECB01" w14:textId="77777777" w:rsidR="00AB05B0" w:rsidRDefault="00AB05B0" w:rsidP="00235C69">
            <w:r>
              <w:rPr>
                <w:rFonts w:eastAsia="Times New Roman" w:cs="Times New Roman"/>
                <w:color w:val="000000"/>
                <w:sz w:val="16"/>
                <w:szCs w:val="16"/>
              </w:rPr>
              <w:t>Clinical12 − (Clinical12+VOIFusion3mm)</w:t>
            </w:r>
          </w:p>
        </w:tc>
        <w:tc>
          <w:tcPr>
            <w:tcW w:w="3072" w:type="dxa"/>
            <w:tcMar>
              <w:top w:w="55" w:type="dxa"/>
              <w:left w:w="80" w:type="dxa"/>
              <w:bottom w:w="55" w:type="dxa"/>
              <w:right w:w="80" w:type="dxa"/>
            </w:tcMar>
            <w:vAlign w:val="center"/>
          </w:tcPr>
          <w:p w14:paraId="440EA607" w14:textId="77777777" w:rsidR="00AB05B0" w:rsidRDefault="00AB05B0" w:rsidP="00235C69">
            <w:pPr>
              <w:jc w:val="center"/>
            </w:pPr>
            <w:r>
              <w:rPr>
                <w:rFonts w:eastAsia="Times New Roman" w:cs="Times New Roman"/>
                <w:color w:val="000000"/>
                <w:sz w:val="16"/>
                <w:szCs w:val="16"/>
              </w:rPr>
              <w:t>+0.0344</w:t>
            </w:r>
            <w:r>
              <w:rPr>
                <w:rFonts w:eastAsia="Times New Roman" w:cs="Times New Roman"/>
                <w:color w:val="000000"/>
                <w:sz w:val="16"/>
                <w:szCs w:val="16"/>
              </w:rPr>
              <w:br/>
              <w:t>(−0.0378 to +0.1039)</w:t>
            </w:r>
          </w:p>
        </w:tc>
        <w:tc>
          <w:tcPr>
            <w:tcW w:w="3072" w:type="dxa"/>
            <w:tcMar>
              <w:top w:w="55" w:type="dxa"/>
              <w:left w:w="80" w:type="dxa"/>
              <w:bottom w:w="55" w:type="dxa"/>
              <w:right w:w="80" w:type="dxa"/>
            </w:tcMar>
            <w:vAlign w:val="center"/>
          </w:tcPr>
          <w:p w14:paraId="01042B05" w14:textId="77777777" w:rsidR="00AB05B0" w:rsidRDefault="00AB05B0" w:rsidP="00235C69">
            <w:pPr>
              <w:jc w:val="center"/>
            </w:pPr>
            <w:r>
              <w:rPr>
                <w:rFonts w:eastAsia="Times New Roman" w:cs="Times New Roman"/>
                <w:color w:val="000000"/>
                <w:sz w:val="16"/>
                <w:szCs w:val="16"/>
              </w:rPr>
              <w:t>+0.0030</w:t>
            </w:r>
            <w:r>
              <w:rPr>
                <w:rFonts w:eastAsia="Times New Roman" w:cs="Times New Roman"/>
                <w:color w:val="000000"/>
                <w:sz w:val="16"/>
                <w:szCs w:val="16"/>
              </w:rPr>
              <w:br/>
              <w:t>(−0.0558 to +0.0671)</w:t>
            </w:r>
          </w:p>
        </w:tc>
        <w:tc>
          <w:tcPr>
            <w:tcW w:w="3072" w:type="dxa"/>
            <w:tcMar>
              <w:top w:w="55" w:type="dxa"/>
              <w:left w:w="80" w:type="dxa"/>
              <w:bottom w:w="55" w:type="dxa"/>
              <w:right w:w="80" w:type="dxa"/>
            </w:tcMar>
            <w:vAlign w:val="center"/>
          </w:tcPr>
          <w:p w14:paraId="17F31571" w14:textId="77777777" w:rsidR="00AB05B0" w:rsidRDefault="00AB05B0" w:rsidP="00235C69">
            <w:pPr>
              <w:jc w:val="center"/>
            </w:pPr>
            <w:r>
              <w:rPr>
                <w:rFonts w:eastAsia="Times New Roman" w:cs="Times New Roman"/>
                <w:color w:val="000000"/>
                <w:sz w:val="16"/>
                <w:szCs w:val="16"/>
              </w:rPr>
              <w:t>+0.0235</w:t>
            </w:r>
            <w:r>
              <w:rPr>
                <w:rFonts w:eastAsia="Times New Roman" w:cs="Times New Roman"/>
                <w:color w:val="000000"/>
                <w:sz w:val="16"/>
                <w:szCs w:val="16"/>
              </w:rPr>
              <w:br/>
              <w:t>(+0.0024 to +0.0448)</w:t>
            </w:r>
          </w:p>
        </w:tc>
      </w:tr>
    </w:tbl>
    <w:p w14:paraId="4CB1B3AB" w14:textId="77777777" w:rsidR="00AB05B0" w:rsidRDefault="00AB05B0" w:rsidP="00AB05B0">
      <w:pPr>
        <w:spacing w:before="80" w:after="20"/>
      </w:pPr>
      <w:r>
        <w:rPr>
          <w:rFonts w:eastAsia="Times New Roman" w:cs="Times New Roman"/>
          <w:color w:val="000000"/>
          <w:sz w:val="16"/>
          <w:szCs w:val="16"/>
        </w:rPr>
        <w:t>Differences were calculated from unrounded estimates and are reported as Clinical12 minus the combined model. Positive AUC and average-precision differences favor Clinical12; positive Brier-score differences favor the combined model because lower Brier scores are better. Four decimal places are shown for paired differences to retain the small average-precision differences.</w:t>
      </w:r>
    </w:p>
    <w:p w14:paraId="584693C4" w14:textId="77777777" w:rsidR="00AB05B0" w:rsidRDefault="00AB05B0" w:rsidP="00AB05B0">
      <w:pPr>
        <w:spacing w:before="80" w:after="20"/>
      </w:pPr>
      <w:r>
        <w:rPr>
          <w:rFonts w:eastAsia="Times New Roman" w:cs="Times New Roman"/>
          <w:color w:val="000000"/>
          <w:sz w:val="16"/>
          <w:szCs w:val="16"/>
        </w:rPr>
        <w:t xml:space="preserve">Predictors and fitting. Clinical12 comprised the original 10 clinical predictors plus continuous age in years and sex coded as female = 1 and male = 0. The original predictors were ocular symptoms, bulbar symptoms, limb weakness, diurnal fluctuation, dyspnea, </w:t>
      </w:r>
      <w:proofErr w:type="spellStart"/>
      <w:r>
        <w:rPr>
          <w:rFonts w:eastAsia="Times New Roman" w:cs="Times New Roman"/>
          <w:color w:val="000000"/>
          <w:sz w:val="16"/>
          <w:szCs w:val="16"/>
        </w:rPr>
        <w:t>AChR</w:t>
      </w:r>
      <w:proofErr w:type="spellEnd"/>
      <w:r>
        <w:rPr>
          <w:rFonts w:eastAsia="Times New Roman" w:cs="Times New Roman"/>
          <w:color w:val="000000"/>
          <w:sz w:val="16"/>
          <w:szCs w:val="16"/>
        </w:rPr>
        <w:t xml:space="preserve"> antibody testing, </w:t>
      </w:r>
      <w:proofErr w:type="spellStart"/>
      <w:r>
        <w:rPr>
          <w:rFonts w:eastAsia="Times New Roman" w:cs="Times New Roman"/>
          <w:color w:val="000000"/>
          <w:sz w:val="16"/>
          <w:szCs w:val="16"/>
        </w:rPr>
        <w:t>AChR</w:t>
      </w:r>
      <w:proofErr w:type="spellEnd"/>
      <w:r>
        <w:rPr>
          <w:rFonts w:eastAsia="Times New Roman" w:cs="Times New Roman"/>
          <w:color w:val="000000"/>
          <w:sz w:val="16"/>
          <w:szCs w:val="16"/>
        </w:rPr>
        <w:t xml:space="preserve"> antibody positivity, preoperative pyridostigmine, preoperative corticosteroid and preoperative rescue therapy. Missing-value imputation, standardization and tuning were confined to the corresponding training data. The original folds, random seeds and tuning settings were retained. Both combined models used cross-fitted clinical and radiomic probabilities generated within each outer-training set to fit the stacking model; outer-test patients were excluded from this process.</w:t>
      </w:r>
    </w:p>
    <w:p w14:paraId="269FAE95" w14:textId="77777777" w:rsidR="00AB05B0" w:rsidRDefault="00AB05B0" w:rsidP="00AB05B0">
      <w:pPr>
        <w:spacing w:before="80" w:after="20"/>
      </w:pPr>
      <w:r>
        <w:rPr>
          <w:rFonts w:eastAsia="Times New Roman" w:cs="Times New Roman"/>
          <w:color w:val="000000"/>
          <w:sz w:val="16"/>
          <w:szCs w:val="16"/>
        </w:rPr>
        <w:t>Uncertainty. Percentile 95% confidence intervals were obtained from 2,000 nonstratified patient-cluster bootstrap draws (seed 20260729). All 10 predictions for each sampled patient were retained; paired comparisons used the same sampled patients in both models. These intervals are conditional on the obtained OOF predictions, without refitting models during bootstrap. This analysis was added after peer review and is exploratory; no confirmatory P values or multiplicity-adjusted q values are reported.</w:t>
      </w:r>
    </w:p>
    <w:p w14:paraId="56F93E94" w14:textId="77777777" w:rsidR="00AB05B0" w:rsidRDefault="00AB05B0" w:rsidP="00AB05B0">
      <w:pPr>
        <w:spacing w:before="80" w:after="20"/>
      </w:pPr>
      <w:r>
        <w:rPr>
          <w:rFonts w:eastAsia="Times New Roman" w:cs="Times New Roman"/>
          <w:color w:val="000000"/>
          <w:sz w:val="16"/>
          <w:szCs w:val="16"/>
        </w:rPr>
        <w:t>Calibration and the reference model. Calibration intercept and slope were jointly estimated by unpenalized logistic calibration within each repeat; ideal values are 0 and 1, respectively. Brier skill was calculated within each repeat as 1 minus the model Brier score divided by the Brier score of a reference that predicted each patient’s corresponding outer-training event prevalence. Negative Brier skill indicates worse performance than this reference.</w:t>
      </w:r>
    </w:p>
    <w:p w14:paraId="32E2934D" w14:textId="77777777" w:rsidR="00AB05B0" w:rsidRDefault="00AB05B0" w:rsidP="00AB05B0">
      <w:pPr>
        <w:spacing w:before="80" w:after="20"/>
      </w:pPr>
      <w:r>
        <w:rPr>
          <w:rFonts w:eastAsia="Times New Roman" w:cs="Times New Roman"/>
          <w:color w:val="000000"/>
          <w:sz w:val="16"/>
          <w:szCs w:val="16"/>
        </w:rPr>
        <w:t>Interpretation. Both paired AUC confidence intervals included zero. The analysis did not demonstrate incremental rank discrimination from radiomics after age and sex were added to the clinical comparator. Although both combined models had lower Brier scores, their mean calibration slopes remained below 1 and mean Brier skill remained below 0; lower Brier scores should not be interpreted as evidence of adequate calibration or established clinical utility.</w:t>
      </w:r>
    </w:p>
    <w:p w14:paraId="3939BB27" w14:textId="77777777" w:rsidR="00AB05B0" w:rsidRDefault="00AB05B0" w:rsidP="00AB05B0">
      <w:pPr>
        <w:spacing w:before="80" w:after="20"/>
      </w:pPr>
      <w:r>
        <w:rPr>
          <w:rFonts w:eastAsia="Times New Roman" w:cs="Times New Roman"/>
          <w:color w:val="000000"/>
          <w:sz w:val="16"/>
          <w:szCs w:val="16"/>
        </w:rPr>
        <w:t xml:space="preserve">Abbreviations: </w:t>
      </w:r>
      <w:proofErr w:type="spellStart"/>
      <w:r>
        <w:rPr>
          <w:rFonts w:eastAsia="Times New Roman" w:cs="Times New Roman"/>
          <w:color w:val="000000"/>
          <w:sz w:val="16"/>
          <w:szCs w:val="16"/>
        </w:rPr>
        <w:t>AChR</w:t>
      </w:r>
      <w:proofErr w:type="spellEnd"/>
      <w:r>
        <w:rPr>
          <w:rFonts w:eastAsia="Times New Roman" w:cs="Times New Roman"/>
          <w:color w:val="000000"/>
          <w:sz w:val="16"/>
          <w:szCs w:val="16"/>
        </w:rPr>
        <w:t>, acetylcholine receptor; AUC, area under the receiver operating characteristic curve; INTRA, intratumoral radiomics; OOF, out-of-fold; VOIFusion3mm, integrated tumor–peritumoral radiomics using the external 3-mm region.</w:t>
      </w:r>
    </w:p>
    <w:p w14:paraId="707EEFE9" w14:textId="77777777" w:rsidR="004033AD" w:rsidRDefault="004033AD" w:rsidP="004033AD">
      <w:pPr>
        <w:spacing w:before="80" w:after="20"/>
      </w:pPr>
    </w:p>
    <w:p w14:paraId="10D5DC6C" w14:textId="77777777" w:rsidR="00C96C1E" w:rsidRDefault="00C96C1E">
      <w:pPr>
        <w:spacing w:before="80"/>
      </w:pPr>
    </w:p>
    <w:sectPr w:rsidR="00C96C1E" w:rsidSect="00034616">
      <w:pgSz w:w="15840" w:h="12240" w:orient="landscape"/>
      <w:pgMar w:top="792" w:right="792" w:bottom="792" w:left="792"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776221072">
    <w:abstractNumId w:val="8"/>
  </w:num>
  <w:num w:numId="2" w16cid:durableId="1799714325">
    <w:abstractNumId w:val="6"/>
  </w:num>
  <w:num w:numId="3" w16cid:durableId="1706558977">
    <w:abstractNumId w:val="5"/>
  </w:num>
  <w:num w:numId="4" w16cid:durableId="1215773184">
    <w:abstractNumId w:val="4"/>
  </w:num>
  <w:num w:numId="5" w16cid:durableId="2068185119">
    <w:abstractNumId w:val="7"/>
  </w:num>
  <w:num w:numId="6" w16cid:durableId="1534878675">
    <w:abstractNumId w:val="3"/>
  </w:num>
  <w:num w:numId="7" w16cid:durableId="1577010240">
    <w:abstractNumId w:val="2"/>
  </w:num>
  <w:num w:numId="8" w16cid:durableId="408693899">
    <w:abstractNumId w:val="1"/>
  </w:num>
  <w:num w:numId="9" w16cid:durableId="1134044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90"/>
  <w:bordersDoNotSurroundHeader/>
  <w:bordersDoNotSurroundFooter/>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F5C06"/>
    <w:rsid w:val="00111CA9"/>
    <w:rsid w:val="001139CC"/>
    <w:rsid w:val="0015074B"/>
    <w:rsid w:val="00157C20"/>
    <w:rsid w:val="00264937"/>
    <w:rsid w:val="0029639D"/>
    <w:rsid w:val="00326F90"/>
    <w:rsid w:val="004033AD"/>
    <w:rsid w:val="00471262"/>
    <w:rsid w:val="004E14B6"/>
    <w:rsid w:val="00503512"/>
    <w:rsid w:val="005251CD"/>
    <w:rsid w:val="005F4774"/>
    <w:rsid w:val="006A1C6F"/>
    <w:rsid w:val="006B17C2"/>
    <w:rsid w:val="0076312C"/>
    <w:rsid w:val="00807C0F"/>
    <w:rsid w:val="008972FE"/>
    <w:rsid w:val="008A4BE6"/>
    <w:rsid w:val="00964F4F"/>
    <w:rsid w:val="009B64B8"/>
    <w:rsid w:val="009D237A"/>
    <w:rsid w:val="009D3D70"/>
    <w:rsid w:val="00AA1D8D"/>
    <w:rsid w:val="00AB05B0"/>
    <w:rsid w:val="00B47730"/>
    <w:rsid w:val="00BD0AD4"/>
    <w:rsid w:val="00C03F4B"/>
    <w:rsid w:val="00C96C1E"/>
    <w:rsid w:val="00CA0D07"/>
    <w:rsid w:val="00CA4346"/>
    <w:rsid w:val="00CB0664"/>
    <w:rsid w:val="00D3275C"/>
    <w:rsid w:val="00D90F07"/>
    <w:rsid w:val="00DA3416"/>
    <w:rsid w:val="00DB793E"/>
    <w:rsid w:val="00E5165B"/>
    <w:rsid w:val="00ED72AE"/>
    <w:rsid w:val="00F55094"/>
    <w:rsid w:val="00FA3743"/>
    <w:rsid w:val="00FC693F"/>
    <w:rsid w:val="00FD7E1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8E2B475"/>
  <w14:defaultImageDpi w14:val="300"/>
  <w15:docId w15:val="{9AB85882-9E90-7844-A828-C1740BCF6C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0" w:line="240" w:lineRule="auto"/>
    </w:pPr>
    <w:rPr>
      <w:rFonts w:ascii="Times New Roman" w:hAnsi="Times New Roman"/>
      <w:sz w:val="18"/>
    </w:rPr>
  </w:style>
  <w:style w:type="paragraph" w:styleId="1">
    <w:name w:val="heading 1"/>
    <w:basedOn w:val="a1"/>
    <w:next w:val="a1"/>
    <w:link w:val="10"/>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pPr>
  </w:style>
  <w:style w:type="character" w:customStyle="1" w:styleId="a6">
    <w:name w:val="页眉 字符"/>
    <w:basedOn w:val="a2"/>
    <w:link w:val="a5"/>
    <w:uiPriority w:val="99"/>
    <w:rsid w:val="00E618BF"/>
  </w:style>
  <w:style w:type="paragraph" w:styleId="a7">
    <w:name w:val="footer"/>
    <w:basedOn w:val="a1"/>
    <w:link w:val="a8"/>
    <w:uiPriority w:val="99"/>
    <w:unhideWhenUsed/>
    <w:rsid w:val="00E618BF"/>
    <w:pPr>
      <w:tabs>
        <w:tab w:val="center" w:pos="4680"/>
        <w:tab w:val="right" w:pos="9360"/>
      </w:tabs>
    </w:pPr>
  </w:style>
  <w:style w:type="character" w:customStyle="1" w:styleId="a8">
    <w:name w:val="页脚 字符"/>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标题 1 字符"/>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标题 2 字符"/>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标题 3 字符"/>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标题 字符"/>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标题 字符"/>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正文文本 字符"/>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正文文本 2 字符"/>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正文文本 3 字符"/>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宏文本 字符"/>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 字符"/>
    <w:basedOn w:val="a2"/>
    <w:link w:val="af5"/>
    <w:uiPriority w:val="29"/>
    <w:rsid w:val="00FC693F"/>
    <w:rPr>
      <w:i/>
      <w:iCs/>
      <w:color w:val="000000" w:themeColor="text1"/>
    </w:rPr>
  </w:style>
  <w:style w:type="character" w:customStyle="1" w:styleId="40">
    <w:name w:val="标题 4 字符"/>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标题 5 字符"/>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标题 6 字符"/>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标题 7 字符"/>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标题 8 字符"/>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标题 9 字符"/>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rPr>
      <w:b/>
      <w:bCs/>
      <w:color w:val="4F81BD" w:themeColor="accent1"/>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afa">
    <w:name w:val="Intense Quote"/>
    <w:basedOn w:val="a1"/>
    <w:next w:val="a1"/>
    <w:link w:val="afb"/>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b">
    <w:name w:val="明显引用 字符"/>
    <w:basedOn w:val="a2"/>
    <w:link w:val="afa"/>
    <w:uiPriority w:val="30"/>
    <w:rsid w:val="00FC693F"/>
    <w:rPr>
      <w:b/>
      <w:bCs/>
      <w:i/>
      <w:iCs/>
      <w:color w:val="4F81BD" w:themeColor="accent1"/>
    </w:rPr>
  </w:style>
  <w:style w:type="character" w:styleId="afc">
    <w:name w:val="Subtle Emphasis"/>
    <w:basedOn w:val="a2"/>
    <w:uiPriority w:val="19"/>
    <w:qFormat/>
    <w:rsid w:val="00FC693F"/>
    <w:rPr>
      <w:i/>
      <w:iCs/>
      <w:color w:val="808080" w:themeColor="text1" w:themeTint="7F"/>
    </w:rPr>
  </w:style>
  <w:style w:type="character" w:styleId="afd">
    <w:name w:val="Intense Emphasis"/>
    <w:basedOn w:val="a2"/>
    <w:uiPriority w:val="21"/>
    <w:qFormat/>
    <w:rsid w:val="00FC693F"/>
    <w:rPr>
      <w:b/>
      <w:bCs/>
      <w:i/>
      <w:iCs/>
      <w:color w:val="4F81BD" w:themeColor="accent1"/>
    </w:rPr>
  </w:style>
  <w:style w:type="character" w:styleId="afe">
    <w:name w:val="Subtle Reference"/>
    <w:basedOn w:val="a2"/>
    <w:uiPriority w:val="31"/>
    <w:qFormat/>
    <w:rsid w:val="00FC693F"/>
    <w:rPr>
      <w:smallCaps/>
      <w:color w:val="C0504D" w:themeColor="accent2"/>
      <w:u w:val="single"/>
    </w:rPr>
  </w:style>
  <w:style w:type="character" w:styleId="aff">
    <w:name w:val="Intense Reference"/>
    <w:basedOn w:val="a2"/>
    <w:uiPriority w:val="32"/>
    <w:qFormat/>
    <w:rsid w:val="00FC693F"/>
    <w:rPr>
      <w:b/>
      <w:bCs/>
      <w:smallCaps/>
      <w:color w:val="C0504D" w:themeColor="accent2"/>
      <w:spacing w:val="5"/>
      <w:u w:val="single"/>
    </w:rPr>
  </w:style>
  <w:style w:type="character" w:styleId="aff0">
    <w:name w:val="Book Title"/>
    <w:basedOn w:val="a2"/>
    <w:uiPriority w:val="33"/>
    <w:qFormat/>
    <w:rsid w:val="00FC693F"/>
    <w:rPr>
      <w:b/>
      <w:bCs/>
      <w:smallCaps/>
      <w:spacing w:val="5"/>
    </w:rPr>
  </w:style>
  <w:style w:type="paragraph" w:styleId="TOC">
    <w:name w:val="TOC Heading"/>
    <w:basedOn w:val="1"/>
    <w:next w:val="a1"/>
    <w:uiPriority w:val="39"/>
    <w:semiHidden/>
    <w:unhideWhenUsed/>
    <w:qFormat/>
    <w:rsid w:val="00FC693F"/>
    <w:pPr>
      <w:outlineLvl w:val="9"/>
    </w:pPr>
  </w:style>
  <w:style w:type="table" w:styleId="aff1">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2">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3">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4">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7">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8">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9">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5">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6">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7">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8">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TotalTime>
  <Pages>17</Pages>
  <Words>4619</Words>
  <Characters>26330</Characters>
  <Application>Microsoft Office Word</Application>
  <DocSecurity>0</DocSecurity>
  <Lines>219</Lines>
  <Paragraphs>61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30888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Supplementary Tables S1–S8</dc:title>
  <dc:subject/>
  <dc:creator>python-docx</dc:creator>
  <cp:keywords/>
  <dc:description>generated by python-docx</dc:description>
  <cp:lastModifiedBy>Yongjia Chai</cp:lastModifiedBy>
  <cp:revision>31</cp:revision>
  <dcterms:created xsi:type="dcterms:W3CDTF">2013-12-23T23:15:00Z</dcterms:created>
  <dcterms:modified xsi:type="dcterms:W3CDTF">2026-10-06T00:59:00Z</dcterms:modified>
  <cp:category/>
</cp:coreProperties>
</file>