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29A2" w14:textId="77777777" w:rsidR="00C9422F" w:rsidRDefault="00000000">
      <w:pPr>
        <w:pStyle w:val="Heading1"/>
      </w:pPr>
      <w:r>
        <w:t>PRISMA 2020 Checklist for Systematic Reviews</w:t>
      </w:r>
    </w:p>
    <w:tbl>
      <w:tblPr>
        <w:tblStyle w:val="TableGrid"/>
        <w:tblW w:w="11115" w:type="dxa"/>
        <w:tblInd w:w="-1130" w:type="dxa"/>
        <w:tblLook w:val="04A0" w:firstRow="1" w:lastRow="0" w:firstColumn="1" w:lastColumn="0" w:noHBand="0" w:noVBand="1"/>
      </w:tblPr>
      <w:tblGrid>
        <w:gridCol w:w="2509"/>
        <w:gridCol w:w="6896"/>
        <w:gridCol w:w="1710"/>
      </w:tblGrid>
      <w:tr w:rsidR="00F4564E" w14:paraId="72537A2D" w14:textId="0298B630" w:rsidTr="00F4564E">
        <w:tc>
          <w:tcPr>
            <w:tcW w:w="2509" w:type="dxa"/>
          </w:tcPr>
          <w:p w14:paraId="7004FA99" w14:textId="77777777" w:rsidR="00F4564E" w:rsidRPr="00F4564E" w:rsidRDefault="00F4564E">
            <w:pPr>
              <w:rPr>
                <w:b/>
                <w:bCs/>
              </w:rPr>
            </w:pPr>
            <w:r w:rsidRPr="00F4564E">
              <w:rPr>
                <w:b/>
                <w:bCs/>
              </w:rPr>
              <w:t>Section/Topic</w:t>
            </w:r>
          </w:p>
        </w:tc>
        <w:tc>
          <w:tcPr>
            <w:tcW w:w="6896" w:type="dxa"/>
          </w:tcPr>
          <w:p w14:paraId="0A0EBC1E" w14:textId="77777777" w:rsidR="00F4564E" w:rsidRPr="00F4564E" w:rsidRDefault="00F4564E">
            <w:pPr>
              <w:rPr>
                <w:b/>
                <w:bCs/>
              </w:rPr>
            </w:pPr>
            <w:r w:rsidRPr="00F4564E">
              <w:rPr>
                <w:b/>
                <w:bCs/>
              </w:rPr>
              <w:t>Checklist Item Description</w:t>
            </w:r>
          </w:p>
        </w:tc>
        <w:tc>
          <w:tcPr>
            <w:tcW w:w="1710" w:type="dxa"/>
          </w:tcPr>
          <w:p w14:paraId="3791F1E8" w14:textId="6FDBE688" w:rsidR="00F4564E" w:rsidRPr="00F4564E" w:rsidRDefault="00F4564E">
            <w:pPr>
              <w:rPr>
                <w:b/>
                <w:bCs/>
              </w:rPr>
            </w:pPr>
            <w:r w:rsidRPr="00F4564E">
              <w:rPr>
                <w:b/>
                <w:bCs/>
              </w:rPr>
              <w:t>Page</w:t>
            </w:r>
          </w:p>
        </w:tc>
      </w:tr>
      <w:tr w:rsidR="00F4564E" w14:paraId="3CFDE7DD" w14:textId="74FA1A09" w:rsidTr="00F4564E">
        <w:tc>
          <w:tcPr>
            <w:tcW w:w="2509" w:type="dxa"/>
          </w:tcPr>
          <w:p w14:paraId="078301CB" w14:textId="77777777" w:rsidR="00F4564E" w:rsidRDefault="00F4564E">
            <w:r>
              <w:t>TITLE</w:t>
            </w:r>
          </w:p>
        </w:tc>
        <w:tc>
          <w:tcPr>
            <w:tcW w:w="6896" w:type="dxa"/>
          </w:tcPr>
          <w:p w14:paraId="47E87C85" w14:textId="77777777" w:rsidR="00F4564E" w:rsidRDefault="00F4564E">
            <w:r>
              <w:t>Identify the report as a systematic review, meta-analysis, or both.</w:t>
            </w:r>
          </w:p>
        </w:tc>
        <w:tc>
          <w:tcPr>
            <w:tcW w:w="1710" w:type="dxa"/>
          </w:tcPr>
          <w:p w14:paraId="39C5CA6C" w14:textId="62D0C9FA" w:rsidR="00F4564E" w:rsidRDefault="002E2CAB">
            <w:r>
              <w:t>1</w:t>
            </w:r>
          </w:p>
        </w:tc>
      </w:tr>
      <w:tr w:rsidR="00F4564E" w14:paraId="754005B5" w14:textId="73F37483" w:rsidTr="00F4564E">
        <w:tc>
          <w:tcPr>
            <w:tcW w:w="2509" w:type="dxa"/>
          </w:tcPr>
          <w:p w14:paraId="73B4D230" w14:textId="77777777" w:rsidR="00F4564E" w:rsidRDefault="00F4564E">
            <w:r>
              <w:t>ABSTRACT</w:t>
            </w:r>
          </w:p>
        </w:tc>
        <w:tc>
          <w:tcPr>
            <w:tcW w:w="6896" w:type="dxa"/>
          </w:tcPr>
          <w:p w14:paraId="7AF07185" w14:textId="77777777" w:rsidR="00F4564E" w:rsidRDefault="00F4564E">
            <w:r>
              <w:t>Provide a structured summary including background, objectives, data sources, study eligibility criteria, methods, results, limitations, conclusions, and registration number.</w:t>
            </w:r>
          </w:p>
        </w:tc>
        <w:tc>
          <w:tcPr>
            <w:tcW w:w="1710" w:type="dxa"/>
          </w:tcPr>
          <w:p w14:paraId="5DC9B947" w14:textId="50A9138D" w:rsidR="00F4564E" w:rsidRDefault="002E2CAB">
            <w:r>
              <w:t>2</w:t>
            </w:r>
            <w:r w:rsidR="00723979">
              <w:t xml:space="preserve"> &amp; 3</w:t>
            </w:r>
          </w:p>
        </w:tc>
      </w:tr>
      <w:tr w:rsidR="00F4564E" w14:paraId="565FF289" w14:textId="1ED5C405" w:rsidTr="00F4564E">
        <w:tc>
          <w:tcPr>
            <w:tcW w:w="2509" w:type="dxa"/>
          </w:tcPr>
          <w:p w14:paraId="3427DD7A" w14:textId="77777777" w:rsidR="00F4564E" w:rsidRDefault="00F4564E">
            <w:r>
              <w:t>INTRODUCTION – Rationale</w:t>
            </w:r>
          </w:p>
        </w:tc>
        <w:tc>
          <w:tcPr>
            <w:tcW w:w="6896" w:type="dxa"/>
          </w:tcPr>
          <w:p w14:paraId="78685A5F" w14:textId="77777777" w:rsidR="00F4564E" w:rsidRDefault="00F4564E">
            <w:r>
              <w:t>Describe the rationale for the review in the context of existing knowledge.</w:t>
            </w:r>
          </w:p>
        </w:tc>
        <w:tc>
          <w:tcPr>
            <w:tcW w:w="1710" w:type="dxa"/>
          </w:tcPr>
          <w:p w14:paraId="09CDA486" w14:textId="67DCCEFF" w:rsidR="00F4564E" w:rsidRDefault="00723979">
            <w:r>
              <w:t>5</w:t>
            </w:r>
          </w:p>
        </w:tc>
      </w:tr>
      <w:tr w:rsidR="00F4564E" w14:paraId="5221AB4C" w14:textId="312D5EB4" w:rsidTr="00F4564E">
        <w:tc>
          <w:tcPr>
            <w:tcW w:w="2509" w:type="dxa"/>
          </w:tcPr>
          <w:p w14:paraId="39E84DB5" w14:textId="77777777" w:rsidR="00F4564E" w:rsidRDefault="00F4564E">
            <w:r>
              <w:t>INTRODUCTION – Objectives</w:t>
            </w:r>
          </w:p>
        </w:tc>
        <w:tc>
          <w:tcPr>
            <w:tcW w:w="6896" w:type="dxa"/>
          </w:tcPr>
          <w:p w14:paraId="1FF9EDBA" w14:textId="77777777" w:rsidR="00F4564E" w:rsidRDefault="00F4564E">
            <w:r>
              <w:t>Provide an explicit statement of the objectives being addressed with reference to participants, interventions, comparators, and outcomes (PICO).</w:t>
            </w:r>
          </w:p>
        </w:tc>
        <w:tc>
          <w:tcPr>
            <w:tcW w:w="1710" w:type="dxa"/>
          </w:tcPr>
          <w:p w14:paraId="3496F7CF" w14:textId="5A53693C" w:rsidR="00F4564E" w:rsidRDefault="00723979">
            <w:r>
              <w:t>4-5</w:t>
            </w:r>
          </w:p>
        </w:tc>
      </w:tr>
      <w:tr w:rsidR="00F4564E" w14:paraId="7C27D5E1" w14:textId="1EAD8091" w:rsidTr="00F4564E">
        <w:tc>
          <w:tcPr>
            <w:tcW w:w="2509" w:type="dxa"/>
          </w:tcPr>
          <w:p w14:paraId="70B55B52" w14:textId="77777777" w:rsidR="00F4564E" w:rsidRDefault="00F4564E">
            <w:r>
              <w:t>METHODS – Eligibility criteria</w:t>
            </w:r>
          </w:p>
        </w:tc>
        <w:tc>
          <w:tcPr>
            <w:tcW w:w="6896" w:type="dxa"/>
          </w:tcPr>
          <w:p w14:paraId="787D5B63" w14:textId="77777777" w:rsidR="00F4564E" w:rsidRDefault="00F4564E">
            <w:r>
              <w:t>Specify the inclusion and exclusion criteria for the review and how studies were grouped for the syntheses.</w:t>
            </w:r>
          </w:p>
        </w:tc>
        <w:tc>
          <w:tcPr>
            <w:tcW w:w="1710" w:type="dxa"/>
          </w:tcPr>
          <w:p w14:paraId="0129EF48" w14:textId="5AC5B971" w:rsidR="00F4564E" w:rsidRDefault="00723979">
            <w:r>
              <w:t>6</w:t>
            </w:r>
          </w:p>
        </w:tc>
      </w:tr>
      <w:tr w:rsidR="00F4564E" w14:paraId="21E8ADD7" w14:textId="40CD3DE6" w:rsidTr="00F4564E">
        <w:tc>
          <w:tcPr>
            <w:tcW w:w="2509" w:type="dxa"/>
          </w:tcPr>
          <w:p w14:paraId="1F450EC1" w14:textId="77777777" w:rsidR="00F4564E" w:rsidRDefault="00F4564E">
            <w:r>
              <w:t>METHODS – Information sources</w:t>
            </w:r>
          </w:p>
        </w:tc>
        <w:tc>
          <w:tcPr>
            <w:tcW w:w="6896" w:type="dxa"/>
          </w:tcPr>
          <w:p w14:paraId="3753B8E3" w14:textId="77777777" w:rsidR="00F4564E" w:rsidRDefault="00F4564E">
            <w:r>
              <w:t xml:space="preserve">Specify all databases, registers, websites, </w:t>
            </w:r>
            <w:proofErr w:type="spellStart"/>
            <w:r>
              <w:t>organisations</w:t>
            </w:r>
            <w:proofErr w:type="spellEnd"/>
            <w:r>
              <w:t>, reference lists and other sources searched or consulted to identify studies. Provide the date when each source was last searched or consulted.</w:t>
            </w:r>
          </w:p>
        </w:tc>
        <w:tc>
          <w:tcPr>
            <w:tcW w:w="1710" w:type="dxa"/>
          </w:tcPr>
          <w:p w14:paraId="1CCC88DC" w14:textId="54AFE5A9" w:rsidR="00F4564E" w:rsidRDefault="00723979">
            <w:r>
              <w:t>5</w:t>
            </w:r>
          </w:p>
        </w:tc>
      </w:tr>
      <w:tr w:rsidR="00F4564E" w14:paraId="43C05436" w14:textId="6DAB18DD" w:rsidTr="00F4564E">
        <w:tc>
          <w:tcPr>
            <w:tcW w:w="2509" w:type="dxa"/>
          </w:tcPr>
          <w:p w14:paraId="7661CE9E" w14:textId="77777777" w:rsidR="00F4564E" w:rsidRDefault="00F4564E">
            <w:r>
              <w:t>METHODS – Search strategy</w:t>
            </w:r>
          </w:p>
        </w:tc>
        <w:tc>
          <w:tcPr>
            <w:tcW w:w="6896" w:type="dxa"/>
          </w:tcPr>
          <w:p w14:paraId="21408879" w14:textId="77777777" w:rsidR="00F4564E" w:rsidRDefault="00F4564E">
            <w:r>
              <w:t>Present the full search strategies for all databases, registers and websites, including any filters and limits used.</w:t>
            </w:r>
          </w:p>
        </w:tc>
        <w:tc>
          <w:tcPr>
            <w:tcW w:w="1710" w:type="dxa"/>
          </w:tcPr>
          <w:p w14:paraId="57E5D849" w14:textId="05F67C1E" w:rsidR="00F4564E" w:rsidRDefault="00723979">
            <w:r>
              <w:t>5</w:t>
            </w:r>
          </w:p>
        </w:tc>
      </w:tr>
      <w:tr w:rsidR="00F4564E" w14:paraId="1A096469" w14:textId="27A7480E" w:rsidTr="00F4564E">
        <w:tc>
          <w:tcPr>
            <w:tcW w:w="2509" w:type="dxa"/>
          </w:tcPr>
          <w:p w14:paraId="446B75AE" w14:textId="77777777" w:rsidR="00F4564E" w:rsidRDefault="00F4564E">
            <w:r>
              <w:t>METHODS – Selection process</w:t>
            </w:r>
          </w:p>
        </w:tc>
        <w:tc>
          <w:tcPr>
            <w:tcW w:w="6896" w:type="dxa"/>
          </w:tcPr>
          <w:p w14:paraId="698E7AC9" w14:textId="77777777" w:rsidR="00F4564E" w:rsidRDefault="00F4564E">
            <w:r>
              <w:t>Specify the methods used to decide whether a study met the inclusion criteria of the review.</w:t>
            </w:r>
          </w:p>
        </w:tc>
        <w:tc>
          <w:tcPr>
            <w:tcW w:w="1710" w:type="dxa"/>
          </w:tcPr>
          <w:p w14:paraId="57840B44" w14:textId="29809E8F" w:rsidR="00F4564E" w:rsidRDefault="00723979">
            <w:r>
              <w:t>6</w:t>
            </w:r>
          </w:p>
        </w:tc>
      </w:tr>
      <w:tr w:rsidR="00F4564E" w14:paraId="02D26732" w14:textId="7FB102CC" w:rsidTr="00F4564E">
        <w:tc>
          <w:tcPr>
            <w:tcW w:w="2509" w:type="dxa"/>
          </w:tcPr>
          <w:p w14:paraId="755DDF7E" w14:textId="77777777" w:rsidR="00F4564E" w:rsidRDefault="00F4564E">
            <w:r>
              <w:t>METHODS – Data collection process</w:t>
            </w:r>
          </w:p>
        </w:tc>
        <w:tc>
          <w:tcPr>
            <w:tcW w:w="6896" w:type="dxa"/>
          </w:tcPr>
          <w:p w14:paraId="2D53CC53" w14:textId="77777777" w:rsidR="00F4564E" w:rsidRDefault="00F4564E">
            <w:r>
              <w:t>Specify the methods used to collect data from reports, including how many reviewers collected data and whether they worked independently.</w:t>
            </w:r>
          </w:p>
        </w:tc>
        <w:tc>
          <w:tcPr>
            <w:tcW w:w="1710" w:type="dxa"/>
          </w:tcPr>
          <w:p w14:paraId="44C536CF" w14:textId="05EF2A70" w:rsidR="00F4564E" w:rsidRDefault="002E2CAB">
            <w:r>
              <w:t>5</w:t>
            </w:r>
            <w:r w:rsidR="00723979">
              <w:t>-6</w:t>
            </w:r>
          </w:p>
        </w:tc>
      </w:tr>
      <w:tr w:rsidR="00F4564E" w14:paraId="7116C3CE" w14:textId="5CD46FD9" w:rsidTr="00F4564E">
        <w:tc>
          <w:tcPr>
            <w:tcW w:w="2509" w:type="dxa"/>
          </w:tcPr>
          <w:p w14:paraId="5CCD90E0" w14:textId="77777777" w:rsidR="00F4564E" w:rsidRDefault="00F4564E">
            <w:r>
              <w:t>RESULTS – Study selection</w:t>
            </w:r>
          </w:p>
        </w:tc>
        <w:tc>
          <w:tcPr>
            <w:tcW w:w="6896" w:type="dxa"/>
          </w:tcPr>
          <w:p w14:paraId="553BC58E" w14:textId="77777777" w:rsidR="00F4564E" w:rsidRDefault="00F4564E">
            <w:r>
              <w:t>Give the total number of included studies and summarize their characteristics.</w:t>
            </w:r>
          </w:p>
        </w:tc>
        <w:tc>
          <w:tcPr>
            <w:tcW w:w="1710" w:type="dxa"/>
          </w:tcPr>
          <w:p w14:paraId="5CD3D111" w14:textId="664B9F4E" w:rsidR="00F4564E" w:rsidRDefault="00723979">
            <w:r>
              <w:t>7</w:t>
            </w:r>
          </w:p>
        </w:tc>
      </w:tr>
      <w:tr w:rsidR="00F4564E" w14:paraId="70094E82" w14:textId="45084EF8" w:rsidTr="00F4564E">
        <w:tc>
          <w:tcPr>
            <w:tcW w:w="2509" w:type="dxa"/>
          </w:tcPr>
          <w:p w14:paraId="1162B345" w14:textId="77777777" w:rsidR="00F4564E" w:rsidRDefault="00F4564E">
            <w:r>
              <w:t>DISCUSSION</w:t>
            </w:r>
          </w:p>
        </w:tc>
        <w:tc>
          <w:tcPr>
            <w:tcW w:w="6896" w:type="dxa"/>
          </w:tcPr>
          <w:p w14:paraId="1284143E" w14:textId="77777777" w:rsidR="00F4564E" w:rsidRDefault="00F4564E">
            <w:r>
              <w:t>Provide a general interpretation of the results in the context of other evidence.</w:t>
            </w:r>
          </w:p>
        </w:tc>
        <w:tc>
          <w:tcPr>
            <w:tcW w:w="1710" w:type="dxa"/>
          </w:tcPr>
          <w:p w14:paraId="6ACA591B" w14:textId="39F4CA58" w:rsidR="00F4564E" w:rsidRDefault="00723979">
            <w:r>
              <w:t>11</w:t>
            </w:r>
          </w:p>
        </w:tc>
      </w:tr>
      <w:tr w:rsidR="00F4564E" w14:paraId="4EB6B755" w14:textId="6FC958EB" w:rsidTr="00F4564E">
        <w:tc>
          <w:tcPr>
            <w:tcW w:w="2509" w:type="dxa"/>
          </w:tcPr>
          <w:p w14:paraId="3015D613" w14:textId="77777777" w:rsidR="00F4564E" w:rsidRDefault="00F4564E">
            <w:r>
              <w:t>FUNDING</w:t>
            </w:r>
          </w:p>
        </w:tc>
        <w:tc>
          <w:tcPr>
            <w:tcW w:w="6896" w:type="dxa"/>
          </w:tcPr>
          <w:p w14:paraId="50C272B0" w14:textId="77777777" w:rsidR="00F4564E" w:rsidRDefault="00F4564E">
            <w:r>
              <w:t>Describe sources of funding for the review and other support, and the role of funders.</w:t>
            </w:r>
          </w:p>
        </w:tc>
        <w:tc>
          <w:tcPr>
            <w:tcW w:w="1710" w:type="dxa"/>
          </w:tcPr>
          <w:p w14:paraId="1A650FCE" w14:textId="09469C99" w:rsidR="00F4564E" w:rsidRDefault="00723979">
            <w:r>
              <w:t>14</w:t>
            </w:r>
          </w:p>
        </w:tc>
      </w:tr>
    </w:tbl>
    <w:p w14:paraId="52A41936" w14:textId="77777777" w:rsidR="00204335" w:rsidRDefault="00204335"/>
    <w:sectPr w:rsidR="002043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1858222">
    <w:abstractNumId w:val="8"/>
  </w:num>
  <w:num w:numId="2" w16cid:durableId="393313038">
    <w:abstractNumId w:val="6"/>
  </w:num>
  <w:num w:numId="3" w16cid:durableId="1966695376">
    <w:abstractNumId w:val="5"/>
  </w:num>
  <w:num w:numId="4" w16cid:durableId="1069881649">
    <w:abstractNumId w:val="4"/>
  </w:num>
  <w:num w:numId="5" w16cid:durableId="631446662">
    <w:abstractNumId w:val="7"/>
  </w:num>
  <w:num w:numId="6" w16cid:durableId="1240795380">
    <w:abstractNumId w:val="3"/>
  </w:num>
  <w:num w:numId="7" w16cid:durableId="21371551">
    <w:abstractNumId w:val="2"/>
  </w:num>
  <w:num w:numId="8" w16cid:durableId="558787864">
    <w:abstractNumId w:val="1"/>
  </w:num>
  <w:num w:numId="9" w16cid:durableId="31977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E08"/>
    <w:rsid w:val="00034616"/>
    <w:rsid w:val="0006063C"/>
    <w:rsid w:val="0015074B"/>
    <w:rsid w:val="00204335"/>
    <w:rsid w:val="0029639D"/>
    <w:rsid w:val="002E2CAB"/>
    <w:rsid w:val="00326F90"/>
    <w:rsid w:val="003C4239"/>
    <w:rsid w:val="00723979"/>
    <w:rsid w:val="00AA1D8D"/>
    <w:rsid w:val="00B47730"/>
    <w:rsid w:val="00C9422F"/>
    <w:rsid w:val="00CB0664"/>
    <w:rsid w:val="00E67E7E"/>
    <w:rsid w:val="00F4564E"/>
    <w:rsid w:val="00F704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0A88C"/>
  <w14:defaultImageDpi w14:val="300"/>
  <w15:docId w15:val="{507F3FA6-B574-41FB-A97F-C544BED5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XCTCO</cp:lastModifiedBy>
  <cp:revision>2</cp:revision>
  <dcterms:created xsi:type="dcterms:W3CDTF">2025-10-14T09:49:00Z</dcterms:created>
  <dcterms:modified xsi:type="dcterms:W3CDTF">2025-10-14T09:49:00Z</dcterms:modified>
  <cp:category/>
</cp:coreProperties>
</file>