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66E16D" w14:textId="77777777" w:rsidR="001A5F7B" w:rsidRDefault="00000000">
      <w:pPr>
        <w:pStyle w:val="berschrift1"/>
      </w:pPr>
      <w:r>
        <w:t>Supplementary Appendix S1</w:t>
      </w:r>
    </w:p>
    <w:p w14:paraId="29A3E139" w14:textId="77777777" w:rsidR="001A5F7B" w:rsidRDefault="00000000">
      <w:pPr>
        <w:pStyle w:val="berschrift2"/>
      </w:pPr>
      <w:r>
        <w:t>Demographic characteristics</w:t>
      </w:r>
    </w:p>
    <w:p w14:paraId="0F042200" w14:textId="77777777" w:rsidR="001A5F7B" w:rsidRDefault="00000000">
      <w:r>
        <w:rPr>
          <w:b/>
        </w:rPr>
        <w:t>1. How old are you?</w:t>
      </w:r>
    </w:p>
    <w:p w14:paraId="2C9908C2" w14:textId="77777777" w:rsidR="001A5F7B" w:rsidRDefault="00000000">
      <w:pPr>
        <w:pStyle w:val="Aufzhlungszeichen"/>
      </w:pPr>
      <w:r>
        <w:t>&lt;25 years</w:t>
      </w:r>
    </w:p>
    <w:p w14:paraId="05F1BB25" w14:textId="77777777" w:rsidR="001A5F7B" w:rsidRDefault="00000000">
      <w:pPr>
        <w:pStyle w:val="Aufzhlungszeichen"/>
      </w:pPr>
      <w:r>
        <w:t>25–35 years</w:t>
      </w:r>
    </w:p>
    <w:p w14:paraId="25A5248E" w14:textId="77777777" w:rsidR="001A5F7B" w:rsidRDefault="00000000">
      <w:pPr>
        <w:pStyle w:val="Aufzhlungszeichen"/>
      </w:pPr>
      <w:r>
        <w:t>36–45 years</w:t>
      </w:r>
    </w:p>
    <w:p w14:paraId="4B781235" w14:textId="77777777" w:rsidR="001A5F7B" w:rsidRDefault="00000000">
      <w:pPr>
        <w:pStyle w:val="Aufzhlungszeichen"/>
      </w:pPr>
      <w:r>
        <w:t>&gt;45 years</w:t>
      </w:r>
    </w:p>
    <w:p w14:paraId="585F650D" w14:textId="77777777" w:rsidR="001A5F7B" w:rsidRDefault="00000000">
      <w:r>
        <w:rPr>
          <w:b/>
        </w:rPr>
        <w:t>2. What was your weight at the beginning of your pregnancy?</w:t>
      </w:r>
    </w:p>
    <w:p w14:paraId="5EB48FD8" w14:textId="77777777" w:rsidR="001A5F7B" w:rsidRDefault="00000000">
      <w:r>
        <w:t>_____ kg</w:t>
      </w:r>
    </w:p>
    <w:p w14:paraId="4FFF2F6E" w14:textId="77777777" w:rsidR="001A5F7B" w:rsidRDefault="00000000">
      <w:r>
        <w:rPr>
          <w:b/>
        </w:rPr>
        <w:t>3. What is your current weight?</w:t>
      </w:r>
    </w:p>
    <w:p w14:paraId="0BCB6043" w14:textId="77777777" w:rsidR="001A5F7B" w:rsidRDefault="00000000">
      <w:r>
        <w:t>_____ kg</w:t>
      </w:r>
    </w:p>
    <w:p w14:paraId="1438A0E4" w14:textId="77777777" w:rsidR="001A5F7B" w:rsidRDefault="00000000">
      <w:r>
        <w:rPr>
          <w:b/>
        </w:rPr>
        <w:t>4. What is your height?</w:t>
      </w:r>
    </w:p>
    <w:p w14:paraId="5B81074B" w14:textId="77777777" w:rsidR="001A5F7B" w:rsidRDefault="00000000">
      <w:r>
        <w:t>_____ cm</w:t>
      </w:r>
    </w:p>
    <w:p w14:paraId="0001B87E" w14:textId="77777777" w:rsidR="001A5F7B" w:rsidRDefault="00000000">
      <w:r>
        <w:rPr>
          <w:b/>
        </w:rPr>
        <w:t>5. Which week of pregnancy are you currently in?</w:t>
      </w:r>
    </w:p>
    <w:p w14:paraId="5D0F70FF" w14:textId="77777777" w:rsidR="001A5F7B" w:rsidRDefault="00000000">
      <w:r>
        <w:t>_____</w:t>
      </w:r>
    </w:p>
    <w:p w14:paraId="346EBB75" w14:textId="77777777" w:rsidR="001A5F7B" w:rsidRDefault="00000000">
      <w:r>
        <w:rPr>
          <w:b/>
        </w:rPr>
        <w:t>6. What is your highest educational qualification?</w:t>
      </w:r>
    </w:p>
    <w:p w14:paraId="171A5086" w14:textId="77777777" w:rsidR="001A5F7B" w:rsidRDefault="00000000">
      <w:pPr>
        <w:pStyle w:val="Aufzhlungszeichen"/>
      </w:pPr>
      <w:r>
        <w:t>Lower secondary school certificate (Hauptschule)</w:t>
      </w:r>
    </w:p>
    <w:p w14:paraId="678FD010" w14:textId="77777777" w:rsidR="001A5F7B" w:rsidRDefault="00000000">
      <w:pPr>
        <w:pStyle w:val="Aufzhlungszeichen"/>
      </w:pPr>
      <w:r>
        <w:t>Intermediate secondary school certificate (Realschule)</w:t>
      </w:r>
    </w:p>
    <w:p w14:paraId="132DD62C" w14:textId="77777777" w:rsidR="001A5F7B" w:rsidRDefault="00000000">
      <w:pPr>
        <w:pStyle w:val="Aufzhlungszeichen"/>
      </w:pPr>
      <w:r>
        <w:t>Vocational qualification</w:t>
      </w:r>
    </w:p>
    <w:p w14:paraId="607E2016" w14:textId="77777777" w:rsidR="001A5F7B" w:rsidRDefault="00000000">
      <w:pPr>
        <w:pStyle w:val="Aufzhlungszeichen"/>
      </w:pPr>
      <w:r>
        <w:t>University entrance qualification ((Fach-)Abitur)</w:t>
      </w:r>
    </w:p>
    <w:p w14:paraId="61A1DE7B" w14:textId="77777777" w:rsidR="001A5F7B" w:rsidRDefault="00000000">
      <w:pPr>
        <w:pStyle w:val="Aufzhlungszeichen"/>
      </w:pPr>
      <w:r>
        <w:t>Bachelor's degree</w:t>
      </w:r>
    </w:p>
    <w:p w14:paraId="19E10381" w14:textId="77777777" w:rsidR="001A5F7B" w:rsidRDefault="00000000">
      <w:pPr>
        <w:pStyle w:val="Aufzhlungszeichen"/>
      </w:pPr>
      <w:r>
        <w:t>Master's degree or Magister degree</w:t>
      </w:r>
    </w:p>
    <w:p w14:paraId="68503823" w14:textId="77777777" w:rsidR="001A5F7B" w:rsidRDefault="00000000">
      <w:pPr>
        <w:pStyle w:val="Aufzhlungszeichen"/>
      </w:pPr>
      <w:r>
        <w:t>State examination</w:t>
      </w:r>
    </w:p>
    <w:p w14:paraId="68869378" w14:textId="77777777" w:rsidR="001A5F7B" w:rsidRDefault="00000000">
      <w:r>
        <w:rPr>
          <w:b/>
        </w:rPr>
        <w:t>7. How many children have you already given birth to?</w:t>
      </w:r>
    </w:p>
    <w:p w14:paraId="0DD44CFF" w14:textId="77777777" w:rsidR="001A5F7B" w:rsidRDefault="00000000">
      <w:pPr>
        <w:pStyle w:val="Aufzhlungszeichen"/>
      </w:pPr>
      <w:r>
        <w:t>0</w:t>
      </w:r>
    </w:p>
    <w:p w14:paraId="249A836B" w14:textId="77777777" w:rsidR="001A5F7B" w:rsidRDefault="00000000">
      <w:pPr>
        <w:pStyle w:val="Aufzhlungszeichen"/>
      </w:pPr>
      <w:r>
        <w:t>1</w:t>
      </w:r>
    </w:p>
    <w:p w14:paraId="56B05CDD" w14:textId="77777777" w:rsidR="001A5F7B" w:rsidRDefault="00000000">
      <w:pPr>
        <w:pStyle w:val="Aufzhlungszeichen"/>
      </w:pPr>
      <w:r>
        <w:t>2</w:t>
      </w:r>
    </w:p>
    <w:p w14:paraId="46E75E94" w14:textId="77777777" w:rsidR="001A5F7B" w:rsidRDefault="00000000">
      <w:pPr>
        <w:pStyle w:val="Aufzhlungszeichen"/>
      </w:pPr>
      <w:r>
        <w:t>3</w:t>
      </w:r>
    </w:p>
    <w:p w14:paraId="35243ADE" w14:textId="77777777" w:rsidR="001A5F7B" w:rsidRDefault="00000000">
      <w:pPr>
        <w:pStyle w:val="Aufzhlungszeichen"/>
      </w:pPr>
      <w:r>
        <w:t>More than 3</w:t>
      </w:r>
    </w:p>
    <w:p w14:paraId="49F32E17" w14:textId="77777777" w:rsidR="001A5F7B" w:rsidRDefault="00000000">
      <w:pPr>
        <w:pStyle w:val="berschrift2"/>
      </w:pPr>
      <w:r>
        <w:lastRenderedPageBreak/>
        <w:t>Dietary supplements</w:t>
      </w:r>
    </w:p>
    <w:p w14:paraId="113C0139" w14:textId="77777777" w:rsidR="001A5F7B" w:rsidRDefault="00000000">
      <w:r>
        <w:rPr>
          <w:b/>
        </w:rPr>
        <w:t>8. Are you currently taking dietary supplements?</w:t>
      </w:r>
    </w:p>
    <w:p w14:paraId="4607AB84" w14:textId="77777777" w:rsidR="001A5F7B" w:rsidRDefault="00000000">
      <w:pPr>
        <w:pStyle w:val="Aufzhlungszeichen"/>
      </w:pPr>
      <w:r>
        <w:t>Yes</w:t>
      </w:r>
    </w:p>
    <w:p w14:paraId="2F4BCF8E" w14:textId="77777777" w:rsidR="001A5F7B" w:rsidRDefault="00000000">
      <w:pPr>
        <w:pStyle w:val="Aufzhlungszeichen"/>
      </w:pPr>
      <w:r>
        <w:t>No</w:t>
      </w:r>
    </w:p>
    <w:p w14:paraId="0A6643F2" w14:textId="77777777" w:rsidR="001A5F7B" w:rsidRDefault="00000000">
      <w:r>
        <w:rPr>
          <w:b/>
        </w:rPr>
        <w:t>9. Have you taken dietary supplements during your pregnancy and subsequently stopped taking them?</w:t>
      </w:r>
    </w:p>
    <w:p w14:paraId="104947B9" w14:textId="77777777" w:rsidR="001A5F7B" w:rsidRDefault="00000000">
      <w:pPr>
        <w:pStyle w:val="Aufzhlungszeichen"/>
      </w:pPr>
      <w:r>
        <w:t>Yes</w:t>
      </w:r>
    </w:p>
    <w:p w14:paraId="66514F82" w14:textId="77777777" w:rsidR="001A5F7B" w:rsidRDefault="00000000">
      <w:pPr>
        <w:pStyle w:val="Aufzhlungszeichen"/>
      </w:pPr>
      <w:r>
        <w:t>No</w:t>
      </w:r>
    </w:p>
    <w:p w14:paraId="58641D1F" w14:textId="77777777" w:rsidR="001A5F7B" w:rsidRDefault="00000000">
      <w:r>
        <w:rPr>
          <w:b/>
        </w:rPr>
        <w:t>10. Do you know the exact ingredients of the dietary supplement(s) you are taking?</w:t>
      </w:r>
    </w:p>
    <w:p w14:paraId="13BE0183" w14:textId="77777777" w:rsidR="001A5F7B" w:rsidRDefault="00000000">
      <w:pPr>
        <w:pStyle w:val="Aufzhlungszeichen"/>
      </w:pPr>
      <w:r>
        <w:t>Yes</w:t>
      </w:r>
    </w:p>
    <w:p w14:paraId="77198CF8" w14:textId="412857A5" w:rsidR="002727FD" w:rsidRDefault="00000000" w:rsidP="002727FD">
      <w:pPr>
        <w:pStyle w:val="Aufzhlungszeichen"/>
      </w:pPr>
      <w:r>
        <w:t>No</w:t>
      </w:r>
    </w:p>
    <w:p w14:paraId="053AB52C" w14:textId="77777777" w:rsidR="002727FD" w:rsidRDefault="002727FD" w:rsidP="002727FD">
      <w:pPr>
        <w:pStyle w:val="Aufzhlungszeichen"/>
        <w:numPr>
          <w:ilvl w:val="0"/>
          <w:numId w:val="0"/>
        </w:numPr>
      </w:pPr>
    </w:p>
    <w:p w14:paraId="1EFBF3D7" w14:textId="77777777" w:rsidR="002727FD" w:rsidRPr="00F26D2A" w:rsidRDefault="002727FD" w:rsidP="002727FD">
      <w:pPr>
        <w:pStyle w:val="StandardWeb"/>
        <w:numPr>
          <w:ilvl w:val="0"/>
          <w:numId w:val="11"/>
        </w:numPr>
        <w:rPr>
          <w:b/>
          <w:bCs/>
          <w:color w:val="000000"/>
          <w:lang w:val="en-US"/>
        </w:rPr>
      </w:pPr>
      <w:r w:rsidRPr="00F26D2A">
        <w:rPr>
          <w:b/>
          <w:bCs/>
          <w:color w:val="000000"/>
          <w:lang w:val="en-US"/>
        </w:rPr>
        <w:t xml:space="preserve">Have you </w:t>
      </w:r>
      <w:proofErr w:type="gramStart"/>
      <w:r w:rsidRPr="00F26D2A">
        <w:rPr>
          <w:b/>
          <w:bCs/>
          <w:color w:val="000000"/>
          <w:lang w:val="en-US"/>
        </w:rPr>
        <w:t>looked into</w:t>
      </w:r>
      <w:proofErr w:type="gramEnd"/>
      <w:r w:rsidRPr="00F26D2A">
        <w:rPr>
          <w:b/>
          <w:bCs/>
          <w:color w:val="000000"/>
          <w:lang w:val="en-US"/>
        </w:rPr>
        <w:t xml:space="preserve"> whether dietary supplements could have effects during pregnancy?</w:t>
      </w:r>
    </w:p>
    <w:p w14:paraId="4B3F5001" w14:textId="77777777" w:rsidR="00F26D2A" w:rsidRDefault="00F26D2A" w:rsidP="00F26D2A">
      <w:pPr>
        <w:pStyle w:val="Aufzhlungszeichen"/>
        <w:numPr>
          <w:ilvl w:val="0"/>
          <w:numId w:val="15"/>
        </w:numPr>
      </w:pPr>
      <w:r>
        <w:t>Yes</w:t>
      </w:r>
    </w:p>
    <w:p w14:paraId="56ED15AC" w14:textId="77777777" w:rsidR="00F26D2A" w:rsidRDefault="00F26D2A" w:rsidP="00F26D2A">
      <w:pPr>
        <w:pStyle w:val="Aufzhlungszeichen"/>
        <w:numPr>
          <w:ilvl w:val="0"/>
          <w:numId w:val="15"/>
        </w:numPr>
      </w:pPr>
      <w:r>
        <w:t>No</w:t>
      </w:r>
    </w:p>
    <w:p w14:paraId="5A17AF30" w14:textId="2D1C5C97" w:rsidR="002727FD" w:rsidRPr="00F26D2A" w:rsidRDefault="002727FD" w:rsidP="002727FD">
      <w:pPr>
        <w:pStyle w:val="StandardWeb"/>
        <w:rPr>
          <w:b/>
          <w:bCs/>
          <w:color w:val="000000"/>
          <w:lang w:val="pl-PL"/>
        </w:rPr>
      </w:pPr>
      <w:r w:rsidRPr="00F26D2A">
        <w:rPr>
          <w:b/>
          <w:bCs/>
          <w:color w:val="000000"/>
          <w:lang w:val="pl-PL"/>
        </w:rPr>
        <w:t xml:space="preserve">12. </w:t>
      </w:r>
      <w:proofErr w:type="spellStart"/>
      <w:r w:rsidRPr="00F26D2A">
        <w:rPr>
          <w:b/>
          <w:bCs/>
          <w:color w:val="000000"/>
          <w:lang w:val="pl-PL"/>
        </w:rPr>
        <w:t>Are</w:t>
      </w:r>
      <w:proofErr w:type="spellEnd"/>
      <w:r w:rsidRPr="00F26D2A">
        <w:rPr>
          <w:b/>
          <w:bCs/>
          <w:color w:val="000000"/>
          <w:lang w:val="pl-PL"/>
        </w:rPr>
        <w:t xml:space="preserve"> </w:t>
      </w:r>
      <w:proofErr w:type="spellStart"/>
      <w:r w:rsidRPr="00F26D2A">
        <w:rPr>
          <w:b/>
          <w:bCs/>
          <w:color w:val="000000"/>
          <w:lang w:val="pl-PL"/>
        </w:rPr>
        <w:t>you</w:t>
      </w:r>
      <w:proofErr w:type="spellEnd"/>
      <w:r w:rsidRPr="00F26D2A">
        <w:rPr>
          <w:b/>
          <w:bCs/>
          <w:color w:val="000000"/>
          <w:lang w:val="pl-PL"/>
        </w:rPr>
        <w:t xml:space="preserve"> </w:t>
      </w:r>
      <w:proofErr w:type="spellStart"/>
      <w:r w:rsidRPr="00F26D2A">
        <w:rPr>
          <w:b/>
          <w:bCs/>
          <w:color w:val="000000"/>
          <w:lang w:val="pl-PL"/>
        </w:rPr>
        <w:t>taking</w:t>
      </w:r>
      <w:proofErr w:type="spellEnd"/>
      <w:r w:rsidRPr="00F26D2A">
        <w:rPr>
          <w:b/>
          <w:bCs/>
          <w:color w:val="000000"/>
          <w:lang w:val="pl-PL"/>
        </w:rPr>
        <w:t xml:space="preserve"> a </w:t>
      </w:r>
      <w:proofErr w:type="spellStart"/>
      <w:r w:rsidRPr="00F26D2A">
        <w:rPr>
          <w:b/>
          <w:bCs/>
          <w:color w:val="000000"/>
          <w:lang w:val="pl-PL"/>
        </w:rPr>
        <w:t>combination</w:t>
      </w:r>
      <w:proofErr w:type="spellEnd"/>
      <w:r w:rsidRPr="00F26D2A">
        <w:rPr>
          <w:b/>
          <w:bCs/>
          <w:color w:val="000000"/>
          <w:lang w:val="pl-PL"/>
        </w:rPr>
        <w:t xml:space="preserve"> </w:t>
      </w:r>
      <w:proofErr w:type="spellStart"/>
      <w:r w:rsidRPr="00F26D2A">
        <w:rPr>
          <w:b/>
          <w:bCs/>
          <w:color w:val="000000"/>
          <w:lang w:val="pl-PL"/>
        </w:rPr>
        <w:t>supplement</w:t>
      </w:r>
      <w:proofErr w:type="spellEnd"/>
      <w:r w:rsidRPr="00F26D2A">
        <w:rPr>
          <w:b/>
          <w:bCs/>
          <w:color w:val="000000"/>
          <w:lang w:val="pl-PL"/>
        </w:rPr>
        <w:t>?</w:t>
      </w:r>
    </w:p>
    <w:p w14:paraId="1451631A" w14:textId="77777777" w:rsidR="00F26D2A" w:rsidRDefault="00F26D2A" w:rsidP="00F26D2A">
      <w:pPr>
        <w:pStyle w:val="Aufzhlungszeichen"/>
      </w:pPr>
      <w:r>
        <w:t>Yes</w:t>
      </w:r>
    </w:p>
    <w:p w14:paraId="11538968" w14:textId="77777777" w:rsidR="00F26D2A" w:rsidRDefault="00F26D2A" w:rsidP="00F26D2A">
      <w:pPr>
        <w:pStyle w:val="Aufzhlungszeichen"/>
      </w:pPr>
      <w:r>
        <w:t>No</w:t>
      </w:r>
    </w:p>
    <w:p w14:paraId="13C74CDE" w14:textId="77777777" w:rsidR="002727FD" w:rsidRDefault="002727FD" w:rsidP="002727FD">
      <w:pPr>
        <w:pStyle w:val="Aufzhlungszeichen"/>
        <w:numPr>
          <w:ilvl w:val="0"/>
          <w:numId w:val="0"/>
        </w:numPr>
      </w:pPr>
    </w:p>
    <w:p w14:paraId="4735B4E9" w14:textId="77777777" w:rsidR="001A5F7B" w:rsidRDefault="00000000">
      <w:pPr>
        <w:pStyle w:val="berschrift2"/>
      </w:pPr>
      <w:r>
        <w:t>Omega-3 fatty acids</w:t>
      </w:r>
    </w:p>
    <w:p w14:paraId="79D651BD" w14:textId="77777777" w:rsidR="002727FD" w:rsidRDefault="002727FD" w:rsidP="002727FD"/>
    <w:p w14:paraId="02386425" w14:textId="77777777" w:rsidR="002727FD" w:rsidRPr="00F26D2A" w:rsidRDefault="002727FD" w:rsidP="002727FD">
      <w:pPr>
        <w:pStyle w:val="StandardWeb"/>
        <w:numPr>
          <w:ilvl w:val="0"/>
          <w:numId w:val="13"/>
        </w:numPr>
        <w:rPr>
          <w:b/>
          <w:bCs/>
          <w:color w:val="000000"/>
        </w:rPr>
      </w:pPr>
      <w:r w:rsidRPr="00F26D2A">
        <w:rPr>
          <w:b/>
          <w:bCs/>
          <w:color w:val="000000"/>
        </w:rPr>
        <w:t xml:space="preserve">Are </w:t>
      </w:r>
      <w:proofErr w:type="spellStart"/>
      <w:r w:rsidRPr="00F26D2A">
        <w:rPr>
          <w:b/>
          <w:bCs/>
          <w:color w:val="000000"/>
        </w:rPr>
        <w:t>you</w:t>
      </w:r>
      <w:proofErr w:type="spellEnd"/>
      <w:r w:rsidRPr="00F26D2A">
        <w:rPr>
          <w:b/>
          <w:bCs/>
          <w:color w:val="000000"/>
        </w:rPr>
        <w:t xml:space="preserve"> </w:t>
      </w:r>
      <w:proofErr w:type="spellStart"/>
      <w:r w:rsidRPr="00F26D2A">
        <w:rPr>
          <w:b/>
          <w:bCs/>
          <w:color w:val="000000"/>
        </w:rPr>
        <w:t>taking</w:t>
      </w:r>
      <w:proofErr w:type="spellEnd"/>
      <w:r w:rsidRPr="00F26D2A">
        <w:rPr>
          <w:b/>
          <w:bCs/>
          <w:color w:val="000000"/>
        </w:rPr>
        <w:t xml:space="preserve"> Omega- 3? </w:t>
      </w:r>
    </w:p>
    <w:p w14:paraId="263C3A4A" w14:textId="77777777" w:rsidR="00F26D2A" w:rsidRDefault="00F26D2A" w:rsidP="00F26D2A">
      <w:pPr>
        <w:pStyle w:val="Aufzhlungszeichen"/>
        <w:numPr>
          <w:ilvl w:val="0"/>
          <w:numId w:val="16"/>
        </w:numPr>
      </w:pPr>
      <w:r>
        <w:t>Yes</w:t>
      </w:r>
    </w:p>
    <w:p w14:paraId="6F94ED37" w14:textId="77777777" w:rsidR="00F26D2A" w:rsidRDefault="00F26D2A" w:rsidP="00F26D2A">
      <w:pPr>
        <w:pStyle w:val="Aufzhlungszeichen"/>
        <w:numPr>
          <w:ilvl w:val="0"/>
          <w:numId w:val="16"/>
        </w:numPr>
      </w:pPr>
      <w:r>
        <w:t>No</w:t>
      </w:r>
    </w:p>
    <w:p w14:paraId="6E104BCA" w14:textId="77777777" w:rsidR="002727FD" w:rsidRPr="002727FD" w:rsidRDefault="002727FD" w:rsidP="002727FD"/>
    <w:p w14:paraId="726A2256" w14:textId="3FE378F5" w:rsidR="001A5F7B" w:rsidRDefault="00000000">
      <w:r>
        <w:rPr>
          <w:b/>
        </w:rPr>
        <w:t>1</w:t>
      </w:r>
      <w:r w:rsidR="002727FD">
        <w:rPr>
          <w:b/>
        </w:rPr>
        <w:t>4</w:t>
      </w:r>
      <w:r>
        <w:rPr>
          <w:b/>
        </w:rPr>
        <w:t>. Did you take omega-3 supplements before pregnancy?</w:t>
      </w:r>
    </w:p>
    <w:p w14:paraId="6CB43952" w14:textId="77777777" w:rsidR="001A5F7B" w:rsidRDefault="00000000">
      <w:pPr>
        <w:pStyle w:val="Aufzhlungszeichen"/>
      </w:pPr>
      <w:r>
        <w:t>Yes, for more than 3 months</w:t>
      </w:r>
    </w:p>
    <w:p w14:paraId="5907F733" w14:textId="77777777" w:rsidR="001A5F7B" w:rsidRDefault="00000000">
      <w:pPr>
        <w:pStyle w:val="Aufzhlungszeichen"/>
      </w:pPr>
      <w:r>
        <w:t>Yes, for more than 4 weeks</w:t>
      </w:r>
    </w:p>
    <w:p w14:paraId="21A33579" w14:textId="77777777" w:rsidR="001A5F7B" w:rsidRDefault="00000000">
      <w:pPr>
        <w:pStyle w:val="Aufzhlungszeichen"/>
      </w:pPr>
      <w:r>
        <w:t>Yes, starting at the beginning of pregnancy</w:t>
      </w:r>
    </w:p>
    <w:p w14:paraId="0D47238C" w14:textId="77777777" w:rsidR="001A5F7B" w:rsidRDefault="00000000">
      <w:pPr>
        <w:pStyle w:val="Aufzhlungszeichen"/>
      </w:pPr>
      <w:r>
        <w:t>Yes, on medical advice since early pregnancy</w:t>
      </w:r>
    </w:p>
    <w:p w14:paraId="1AFEB87B" w14:textId="176FBD88" w:rsidR="000F73AC" w:rsidRDefault="00000000" w:rsidP="000F73AC">
      <w:pPr>
        <w:pStyle w:val="Aufzhlungszeichen"/>
      </w:pPr>
      <w:r>
        <w:lastRenderedPageBreak/>
        <w:t>No, I do not take omega-3 supplements</w:t>
      </w:r>
    </w:p>
    <w:p w14:paraId="477DB820" w14:textId="77777777" w:rsidR="000F73AC" w:rsidRDefault="000F73AC" w:rsidP="000F73AC">
      <w:pPr>
        <w:pStyle w:val="Aufzhlungszeichen"/>
        <w:numPr>
          <w:ilvl w:val="0"/>
          <w:numId w:val="0"/>
        </w:numPr>
      </w:pPr>
    </w:p>
    <w:p w14:paraId="6A2F80E1" w14:textId="77777777" w:rsidR="000F73AC" w:rsidRPr="000F73AC" w:rsidRDefault="000F73AC" w:rsidP="000F73AC">
      <w:pPr>
        <w:pStyle w:val="font-claude-response-body"/>
        <w:rPr>
          <w:color w:val="4F81BD" w:themeColor="accent1"/>
        </w:rPr>
      </w:pPr>
      <w:r w:rsidRPr="000F73AC">
        <w:rPr>
          <w:rStyle w:val="Fett"/>
          <w:color w:val="4F81BD" w:themeColor="accent1"/>
        </w:rPr>
        <w:t xml:space="preserve">Beliefs and </w:t>
      </w:r>
      <w:proofErr w:type="spellStart"/>
      <w:r w:rsidRPr="000F73AC">
        <w:rPr>
          <w:rStyle w:val="Fett"/>
          <w:color w:val="4F81BD" w:themeColor="accent1"/>
        </w:rPr>
        <w:t>knowledge</w:t>
      </w:r>
      <w:proofErr w:type="spellEnd"/>
      <w:r w:rsidRPr="000F73AC">
        <w:rPr>
          <w:rStyle w:val="Fett"/>
          <w:color w:val="4F81BD" w:themeColor="accent1"/>
        </w:rPr>
        <w:t xml:space="preserve"> </w:t>
      </w:r>
      <w:proofErr w:type="spellStart"/>
      <w:r w:rsidRPr="000F73AC">
        <w:rPr>
          <w:rStyle w:val="Fett"/>
          <w:color w:val="4F81BD" w:themeColor="accent1"/>
        </w:rPr>
        <w:t>about</w:t>
      </w:r>
      <w:proofErr w:type="spellEnd"/>
      <w:r w:rsidRPr="000F73AC">
        <w:rPr>
          <w:rStyle w:val="Fett"/>
          <w:color w:val="4F81BD" w:themeColor="accent1"/>
        </w:rPr>
        <w:t xml:space="preserve"> omega-3</w:t>
      </w:r>
    </w:p>
    <w:p w14:paraId="3B702E80" w14:textId="77777777" w:rsidR="000F73AC" w:rsidRDefault="000F73AC" w:rsidP="000F73AC">
      <w:pPr>
        <w:pStyle w:val="font-claude-response-body"/>
        <w:rPr>
          <w:color w:val="000000"/>
        </w:rPr>
      </w:pPr>
      <w:r>
        <w:rPr>
          <w:rStyle w:val="Fett"/>
          <w:color w:val="000000"/>
        </w:rPr>
        <w:t xml:space="preserve">15. Do </w:t>
      </w:r>
      <w:proofErr w:type="spellStart"/>
      <w:r>
        <w:rPr>
          <w:rStyle w:val="Fett"/>
          <w:color w:val="000000"/>
        </w:rPr>
        <w:t>you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believe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that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your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regular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diet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alone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provides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sufficient</w:t>
      </w:r>
      <w:proofErr w:type="spellEnd"/>
      <w:r>
        <w:rPr>
          <w:rStyle w:val="Fett"/>
          <w:color w:val="000000"/>
        </w:rPr>
        <w:t xml:space="preserve"> omega-3 for </w:t>
      </w:r>
      <w:proofErr w:type="spellStart"/>
      <w:r>
        <w:rPr>
          <w:rStyle w:val="Fett"/>
          <w:color w:val="000000"/>
        </w:rPr>
        <w:t>your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needs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during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pregnancy</w:t>
      </w:r>
      <w:proofErr w:type="spellEnd"/>
      <w:r>
        <w:rPr>
          <w:rStyle w:val="Fett"/>
          <w:color w:val="000000"/>
        </w:rPr>
        <w:t>?</w:t>
      </w:r>
    </w:p>
    <w:p w14:paraId="59B4BA84" w14:textId="77777777" w:rsidR="000F73AC" w:rsidRDefault="000F73AC" w:rsidP="000F73AC">
      <w:pPr>
        <w:pStyle w:val="font-claude-response-body"/>
        <w:numPr>
          <w:ilvl w:val="0"/>
          <w:numId w:val="17"/>
        </w:numPr>
        <w:rPr>
          <w:color w:val="000000"/>
        </w:rPr>
      </w:pPr>
      <w:r>
        <w:rPr>
          <w:color w:val="000000"/>
        </w:rPr>
        <w:t>Yes</w:t>
      </w:r>
    </w:p>
    <w:p w14:paraId="056447E0" w14:textId="77777777" w:rsidR="000F73AC" w:rsidRDefault="000F73AC" w:rsidP="000F73AC">
      <w:pPr>
        <w:pStyle w:val="font-claude-response-body"/>
        <w:numPr>
          <w:ilvl w:val="0"/>
          <w:numId w:val="17"/>
        </w:numPr>
        <w:rPr>
          <w:color w:val="000000"/>
        </w:rPr>
      </w:pPr>
      <w:proofErr w:type="spellStart"/>
      <w:r>
        <w:rPr>
          <w:color w:val="000000"/>
        </w:rPr>
        <w:t>No</w:t>
      </w:r>
      <w:proofErr w:type="spellEnd"/>
    </w:p>
    <w:p w14:paraId="732621C1" w14:textId="77777777" w:rsidR="000F73AC" w:rsidRDefault="000F73AC" w:rsidP="000F73AC">
      <w:pPr>
        <w:pStyle w:val="font-claude-response-body"/>
        <w:numPr>
          <w:ilvl w:val="0"/>
          <w:numId w:val="17"/>
        </w:numPr>
        <w:rPr>
          <w:color w:val="000000"/>
        </w:rPr>
      </w:pPr>
      <w:proofErr w:type="spellStart"/>
      <w:r>
        <w:rPr>
          <w:color w:val="000000"/>
        </w:rPr>
        <w:t>Unsure</w:t>
      </w:r>
      <w:proofErr w:type="spellEnd"/>
    </w:p>
    <w:p w14:paraId="18E9F0F6" w14:textId="77777777" w:rsidR="000F73AC" w:rsidRDefault="000F73AC" w:rsidP="000F73AC">
      <w:pPr>
        <w:pStyle w:val="font-claude-response-body"/>
        <w:rPr>
          <w:color w:val="000000"/>
        </w:rPr>
      </w:pPr>
      <w:r>
        <w:rPr>
          <w:rStyle w:val="Fett"/>
          <w:color w:val="000000"/>
        </w:rPr>
        <w:t xml:space="preserve">16. </w:t>
      </w:r>
      <w:proofErr w:type="spellStart"/>
      <w:r>
        <w:rPr>
          <w:rStyle w:val="Fett"/>
          <w:color w:val="000000"/>
        </w:rPr>
        <w:t>What</w:t>
      </w:r>
      <w:proofErr w:type="spellEnd"/>
      <w:r>
        <w:rPr>
          <w:rStyle w:val="Fett"/>
          <w:color w:val="000000"/>
        </w:rPr>
        <w:t xml:space="preserve"> do </w:t>
      </w:r>
      <w:proofErr w:type="spellStart"/>
      <w:r>
        <w:rPr>
          <w:rStyle w:val="Fett"/>
          <w:color w:val="000000"/>
        </w:rPr>
        <w:t>you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consider</w:t>
      </w:r>
      <w:proofErr w:type="spellEnd"/>
      <w:r>
        <w:rPr>
          <w:rStyle w:val="Fett"/>
          <w:color w:val="000000"/>
        </w:rPr>
        <w:t xml:space="preserve"> to </w:t>
      </w:r>
      <w:proofErr w:type="spellStart"/>
      <w:r>
        <w:rPr>
          <w:rStyle w:val="Fett"/>
          <w:color w:val="000000"/>
        </w:rPr>
        <w:t>be</w:t>
      </w:r>
      <w:proofErr w:type="spellEnd"/>
      <w:r>
        <w:rPr>
          <w:rStyle w:val="Fett"/>
          <w:color w:val="000000"/>
        </w:rPr>
        <w:t xml:space="preserve"> the </w:t>
      </w:r>
      <w:proofErr w:type="spellStart"/>
      <w:r>
        <w:rPr>
          <w:rStyle w:val="Fett"/>
          <w:color w:val="000000"/>
        </w:rPr>
        <w:t>primary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role</w:t>
      </w:r>
      <w:proofErr w:type="spellEnd"/>
      <w:r>
        <w:rPr>
          <w:rStyle w:val="Fett"/>
          <w:color w:val="000000"/>
        </w:rPr>
        <w:t xml:space="preserve"> of omega-3 </w:t>
      </w:r>
      <w:proofErr w:type="spellStart"/>
      <w:r>
        <w:rPr>
          <w:rStyle w:val="Fett"/>
          <w:color w:val="000000"/>
        </w:rPr>
        <w:t>fatty</w:t>
      </w:r>
      <w:proofErr w:type="spellEnd"/>
      <w:r>
        <w:rPr>
          <w:rStyle w:val="Fett"/>
          <w:color w:val="000000"/>
        </w:rPr>
        <w:t xml:space="preserve"> </w:t>
      </w:r>
      <w:proofErr w:type="spellStart"/>
      <w:r>
        <w:rPr>
          <w:rStyle w:val="Fett"/>
          <w:color w:val="000000"/>
        </w:rPr>
        <w:t>acids</w:t>
      </w:r>
      <w:proofErr w:type="spellEnd"/>
      <w:r>
        <w:rPr>
          <w:rStyle w:val="Fett"/>
          <w:color w:val="000000"/>
        </w:rPr>
        <w:t xml:space="preserve"> in fetal </w:t>
      </w:r>
      <w:proofErr w:type="spellStart"/>
      <w:r>
        <w:rPr>
          <w:rStyle w:val="Fett"/>
          <w:color w:val="000000"/>
        </w:rPr>
        <w:t>development</w:t>
      </w:r>
      <w:proofErr w:type="spellEnd"/>
      <w:r>
        <w:rPr>
          <w:rStyle w:val="Fett"/>
          <w:color w:val="000000"/>
        </w:rPr>
        <w:t>?</w:t>
      </w:r>
    </w:p>
    <w:p w14:paraId="61CDCCFB" w14:textId="77777777" w:rsidR="000F73AC" w:rsidRDefault="000F73AC" w:rsidP="000F73AC">
      <w:pPr>
        <w:pStyle w:val="font-claude-response-body"/>
        <w:numPr>
          <w:ilvl w:val="0"/>
          <w:numId w:val="18"/>
        </w:numPr>
        <w:rPr>
          <w:color w:val="000000"/>
        </w:rPr>
      </w:pPr>
      <w:r>
        <w:rPr>
          <w:color w:val="000000"/>
        </w:rPr>
        <w:t xml:space="preserve">Brain </w:t>
      </w:r>
      <w:proofErr w:type="spellStart"/>
      <w:r>
        <w:rPr>
          <w:color w:val="000000"/>
        </w:rPr>
        <w:t>development</w:t>
      </w:r>
      <w:proofErr w:type="spellEnd"/>
    </w:p>
    <w:p w14:paraId="2F3D9B31" w14:textId="77777777" w:rsidR="000F73AC" w:rsidRDefault="000F73AC" w:rsidP="000F73AC">
      <w:pPr>
        <w:pStyle w:val="font-claude-response-body"/>
        <w:numPr>
          <w:ilvl w:val="0"/>
          <w:numId w:val="18"/>
        </w:numPr>
        <w:rPr>
          <w:color w:val="000000"/>
        </w:rPr>
      </w:pPr>
      <w:proofErr w:type="spellStart"/>
      <w:r>
        <w:rPr>
          <w:color w:val="000000"/>
        </w:rPr>
        <w:t>Bone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development</w:t>
      </w:r>
      <w:proofErr w:type="spellEnd"/>
    </w:p>
    <w:p w14:paraId="697770C1" w14:textId="77777777" w:rsidR="000F73AC" w:rsidRDefault="000F73AC" w:rsidP="000F73AC">
      <w:pPr>
        <w:pStyle w:val="font-claude-response-body"/>
        <w:numPr>
          <w:ilvl w:val="0"/>
          <w:numId w:val="18"/>
        </w:numPr>
        <w:rPr>
          <w:color w:val="000000"/>
        </w:rPr>
      </w:pPr>
      <w:proofErr w:type="spellStart"/>
      <w:r>
        <w:rPr>
          <w:color w:val="000000"/>
        </w:rPr>
        <w:t>Nervous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system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development</w:t>
      </w:r>
      <w:proofErr w:type="spellEnd"/>
    </w:p>
    <w:p w14:paraId="365B3EF3" w14:textId="77777777" w:rsidR="000F73AC" w:rsidRDefault="000F73AC" w:rsidP="000F73AC">
      <w:pPr>
        <w:pStyle w:val="Aufzhlungszeichen"/>
        <w:numPr>
          <w:ilvl w:val="0"/>
          <w:numId w:val="0"/>
        </w:numPr>
      </w:pPr>
    </w:p>
    <w:p w14:paraId="08287FE5" w14:textId="77777777" w:rsidR="001A5F7B" w:rsidRDefault="00000000">
      <w:pPr>
        <w:pStyle w:val="berschrift2"/>
      </w:pPr>
      <w:r>
        <w:t>Information sources</w:t>
      </w:r>
    </w:p>
    <w:p w14:paraId="14BF3741" w14:textId="2564261E" w:rsidR="001A5F7B" w:rsidRPr="000F73AC" w:rsidRDefault="00000000" w:rsidP="000F73AC">
      <w:pPr>
        <w:pStyle w:val="Listenabsatz"/>
        <w:numPr>
          <w:ilvl w:val="1"/>
          <w:numId w:val="18"/>
        </w:numPr>
        <w:rPr>
          <w:b/>
          <w:bCs/>
        </w:rPr>
      </w:pPr>
      <w:r w:rsidRPr="000F73AC">
        <w:rPr>
          <w:b/>
          <w:bCs/>
        </w:rPr>
        <w:t>From which sources did you obtain information about dietary supplements during pregnancy?</w:t>
      </w:r>
      <w:r w:rsidRPr="000F73AC">
        <w:rPr>
          <w:b/>
          <w:bCs/>
        </w:rPr>
        <w:br/>
      </w:r>
    </w:p>
    <w:p w14:paraId="06B781E6" w14:textId="77777777" w:rsidR="001A5F7B" w:rsidRDefault="00000000">
      <w:pPr>
        <w:pStyle w:val="Aufzhlungszeichen"/>
      </w:pPr>
      <w:r>
        <w:t>Midwife</w:t>
      </w:r>
    </w:p>
    <w:p w14:paraId="48FEFA65" w14:textId="24491A77" w:rsidR="001A5F7B" w:rsidRDefault="00000000">
      <w:pPr>
        <w:pStyle w:val="Aufzhlungszeichen"/>
      </w:pPr>
      <w:r>
        <w:t>Gynecologist</w:t>
      </w:r>
    </w:p>
    <w:p w14:paraId="78D8C41D" w14:textId="77777777" w:rsidR="001A5F7B" w:rsidRDefault="00000000">
      <w:pPr>
        <w:pStyle w:val="Aufzhlungszeichen"/>
      </w:pPr>
      <w:r>
        <w:t>Friends/Acquaintances</w:t>
      </w:r>
    </w:p>
    <w:p w14:paraId="2EE87B0E" w14:textId="77777777" w:rsidR="001A5F7B" w:rsidRDefault="00000000">
      <w:pPr>
        <w:pStyle w:val="Aufzhlungszeichen"/>
      </w:pPr>
      <w:r>
        <w:t>Family</w:t>
      </w:r>
    </w:p>
    <w:p w14:paraId="27C59EEE" w14:textId="77777777" w:rsidR="001A5F7B" w:rsidRDefault="00000000">
      <w:pPr>
        <w:pStyle w:val="Aufzhlungszeichen"/>
      </w:pPr>
      <w:r>
        <w:t>Internet</w:t>
      </w:r>
    </w:p>
    <w:p w14:paraId="636ED7F1" w14:textId="77777777" w:rsidR="001A5F7B" w:rsidRDefault="00000000">
      <w:pPr>
        <w:pStyle w:val="Aufzhlungszeichen"/>
      </w:pPr>
      <w:r>
        <w:t>Books</w:t>
      </w:r>
    </w:p>
    <w:p w14:paraId="2E5F1D55" w14:textId="77777777" w:rsidR="001A5F7B" w:rsidRDefault="00000000">
      <w:pPr>
        <w:pStyle w:val="Aufzhlungszeichen"/>
      </w:pPr>
      <w:r>
        <w:t>Magazines/Flyers</w:t>
      </w:r>
    </w:p>
    <w:p w14:paraId="11F5051F" w14:textId="77777777" w:rsidR="001A5F7B" w:rsidRDefault="00000000">
      <w:pPr>
        <w:pStyle w:val="Aufzhlungszeichen"/>
      </w:pPr>
      <w:r>
        <w:t>Social media</w:t>
      </w:r>
    </w:p>
    <w:p w14:paraId="7FD2356C" w14:textId="7ADE501B" w:rsidR="001A5F7B" w:rsidRDefault="00000000">
      <w:pPr>
        <w:pStyle w:val="Aufzhlungszeichen"/>
      </w:pPr>
      <w:r>
        <w:t>Information evening (</w:t>
      </w:r>
      <w:r w:rsidR="004B59E0">
        <w:t>Hospital)</w:t>
      </w:r>
    </w:p>
    <w:p w14:paraId="3E587528" w14:textId="77777777" w:rsidR="001A5F7B" w:rsidRDefault="00000000">
      <w:pPr>
        <w:pStyle w:val="Aufzhlungszeichen"/>
      </w:pPr>
      <w:r>
        <w:t>Pharmacy</w:t>
      </w:r>
    </w:p>
    <w:p w14:paraId="62936236" w14:textId="77777777" w:rsidR="001A5F7B" w:rsidRDefault="00000000">
      <w:pPr>
        <w:pStyle w:val="Aufzhlungszeichen"/>
      </w:pPr>
      <w:r>
        <w:t>Other sources</w:t>
      </w:r>
    </w:p>
    <w:sectPr w:rsidR="001A5F7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534B59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F5B77"/>
    <w:multiLevelType w:val="multilevel"/>
    <w:tmpl w:val="682CF78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5DC424E"/>
    <w:multiLevelType w:val="multilevel"/>
    <w:tmpl w:val="B734EDC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04C16AF"/>
    <w:multiLevelType w:val="multilevel"/>
    <w:tmpl w:val="47749F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36F63FAB"/>
    <w:multiLevelType w:val="multilevel"/>
    <w:tmpl w:val="47749F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AA3498A"/>
    <w:multiLevelType w:val="multilevel"/>
    <w:tmpl w:val="0F5E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4D0FD0"/>
    <w:multiLevelType w:val="hybridMultilevel"/>
    <w:tmpl w:val="3A647216"/>
    <w:lvl w:ilvl="0" w:tplc="0407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FC58AE"/>
    <w:multiLevelType w:val="multilevel"/>
    <w:tmpl w:val="A5C2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5078E1"/>
    <w:multiLevelType w:val="multilevel"/>
    <w:tmpl w:val="3732C3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4E6932"/>
    <w:multiLevelType w:val="hybridMultilevel"/>
    <w:tmpl w:val="D6BEEE02"/>
    <w:lvl w:ilvl="0" w:tplc="723E1B80">
      <w:numFmt w:val="bullet"/>
      <w:lvlText w:val="o"/>
      <w:lvlJc w:val="left"/>
      <w:pPr>
        <w:ind w:left="11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728A9100">
      <w:numFmt w:val="bullet"/>
      <w:lvlText w:val="•"/>
      <w:lvlJc w:val="left"/>
      <w:pPr>
        <w:ind w:left="1032" w:hanging="361"/>
      </w:pPr>
      <w:rPr>
        <w:rFonts w:hint="default"/>
        <w:lang w:val="de-DE" w:eastAsia="en-US" w:bidi="ar-SA"/>
      </w:rPr>
    </w:lvl>
    <w:lvl w:ilvl="2" w:tplc="127C76FA">
      <w:numFmt w:val="bullet"/>
      <w:lvlText w:val="•"/>
      <w:lvlJc w:val="left"/>
      <w:pPr>
        <w:ind w:left="1945" w:hanging="361"/>
      </w:pPr>
      <w:rPr>
        <w:rFonts w:hint="default"/>
        <w:lang w:val="de-DE" w:eastAsia="en-US" w:bidi="ar-SA"/>
      </w:rPr>
    </w:lvl>
    <w:lvl w:ilvl="3" w:tplc="B64870EE">
      <w:numFmt w:val="bullet"/>
      <w:lvlText w:val="•"/>
      <w:lvlJc w:val="left"/>
      <w:pPr>
        <w:ind w:left="2857" w:hanging="361"/>
      </w:pPr>
      <w:rPr>
        <w:rFonts w:hint="default"/>
        <w:lang w:val="de-DE" w:eastAsia="en-US" w:bidi="ar-SA"/>
      </w:rPr>
    </w:lvl>
    <w:lvl w:ilvl="4" w:tplc="E54295E2">
      <w:numFmt w:val="bullet"/>
      <w:lvlText w:val="•"/>
      <w:lvlJc w:val="left"/>
      <w:pPr>
        <w:ind w:left="3770" w:hanging="361"/>
      </w:pPr>
      <w:rPr>
        <w:rFonts w:hint="default"/>
        <w:lang w:val="de-DE" w:eastAsia="en-US" w:bidi="ar-SA"/>
      </w:rPr>
    </w:lvl>
    <w:lvl w:ilvl="5" w:tplc="71CAEFAA">
      <w:numFmt w:val="bullet"/>
      <w:lvlText w:val="•"/>
      <w:lvlJc w:val="left"/>
      <w:pPr>
        <w:ind w:left="4683" w:hanging="361"/>
      </w:pPr>
      <w:rPr>
        <w:rFonts w:hint="default"/>
        <w:lang w:val="de-DE" w:eastAsia="en-US" w:bidi="ar-SA"/>
      </w:rPr>
    </w:lvl>
    <w:lvl w:ilvl="6" w:tplc="DEC48432">
      <w:numFmt w:val="bullet"/>
      <w:lvlText w:val="•"/>
      <w:lvlJc w:val="left"/>
      <w:pPr>
        <w:ind w:left="5595" w:hanging="361"/>
      </w:pPr>
      <w:rPr>
        <w:rFonts w:hint="default"/>
        <w:lang w:val="de-DE" w:eastAsia="en-US" w:bidi="ar-SA"/>
      </w:rPr>
    </w:lvl>
    <w:lvl w:ilvl="7" w:tplc="FDC29D40">
      <w:numFmt w:val="bullet"/>
      <w:lvlText w:val="•"/>
      <w:lvlJc w:val="left"/>
      <w:pPr>
        <w:ind w:left="6508" w:hanging="361"/>
      </w:pPr>
      <w:rPr>
        <w:rFonts w:hint="default"/>
        <w:lang w:val="de-DE" w:eastAsia="en-US" w:bidi="ar-SA"/>
      </w:rPr>
    </w:lvl>
    <w:lvl w:ilvl="8" w:tplc="3FC027AE">
      <w:numFmt w:val="bullet"/>
      <w:lvlText w:val="•"/>
      <w:lvlJc w:val="left"/>
      <w:pPr>
        <w:ind w:left="7421" w:hanging="361"/>
      </w:pPr>
      <w:rPr>
        <w:rFonts w:hint="default"/>
        <w:lang w:val="de-DE" w:eastAsia="en-US" w:bidi="ar-SA"/>
      </w:rPr>
    </w:lvl>
  </w:abstractNum>
  <w:num w:numId="1" w16cid:durableId="1118985486">
    <w:abstractNumId w:val="8"/>
  </w:num>
  <w:num w:numId="2" w16cid:durableId="1261528064">
    <w:abstractNumId w:val="6"/>
  </w:num>
  <w:num w:numId="3" w16cid:durableId="1274169739">
    <w:abstractNumId w:val="5"/>
  </w:num>
  <w:num w:numId="4" w16cid:durableId="984897426">
    <w:abstractNumId w:val="4"/>
  </w:num>
  <w:num w:numId="5" w16cid:durableId="1392339380">
    <w:abstractNumId w:val="7"/>
  </w:num>
  <w:num w:numId="6" w16cid:durableId="1074013645">
    <w:abstractNumId w:val="3"/>
  </w:num>
  <w:num w:numId="7" w16cid:durableId="1338270684">
    <w:abstractNumId w:val="2"/>
  </w:num>
  <w:num w:numId="8" w16cid:durableId="1174806793">
    <w:abstractNumId w:val="1"/>
  </w:num>
  <w:num w:numId="9" w16cid:durableId="795369390">
    <w:abstractNumId w:val="0"/>
  </w:num>
  <w:num w:numId="10" w16cid:durableId="1979843204">
    <w:abstractNumId w:val="17"/>
  </w:num>
  <w:num w:numId="11" w16cid:durableId="27485845">
    <w:abstractNumId w:val="10"/>
  </w:num>
  <w:num w:numId="12" w16cid:durableId="878856127">
    <w:abstractNumId w:val="16"/>
  </w:num>
  <w:num w:numId="13" w16cid:durableId="666976059">
    <w:abstractNumId w:val="9"/>
  </w:num>
  <w:num w:numId="14" w16cid:durableId="142813580">
    <w:abstractNumId w:val="14"/>
  </w:num>
  <w:num w:numId="15" w16cid:durableId="900363959">
    <w:abstractNumId w:val="12"/>
  </w:num>
  <w:num w:numId="16" w16cid:durableId="612134650">
    <w:abstractNumId w:val="11"/>
  </w:num>
  <w:num w:numId="17" w16cid:durableId="490368242">
    <w:abstractNumId w:val="13"/>
  </w:num>
  <w:num w:numId="18" w16cid:durableId="389618749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73AC"/>
    <w:rsid w:val="0015074B"/>
    <w:rsid w:val="001A5F7B"/>
    <w:rsid w:val="002727FD"/>
    <w:rsid w:val="0029639D"/>
    <w:rsid w:val="00326F90"/>
    <w:rsid w:val="004B59E0"/>
    <w:rsid w:val="009F6527"/>
    <w:rsid w:val="00AA1D8D"/>
    <w:rsid w:val="00B47730"/>
    <w:rsid w:val="00CB0664"/>
    <w:rsid w:val="00E0573D"/>
    <w:rsid w:val="00F2523B"/>
    <w:rsid w:val="00F26D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C3CD"/>
  <w14:defaultImageDpi w14:val="300"/>
  <w15:docId w15:val="{F0306F9C-A017-CC4B-BB34-7BDCBA98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Standard"/>
    <w:uiPriority w:val="99"/>
    <w:unhideWhenUsed/>
    <w:rsid w:val="00272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font-claude-response-body">
    <w:name w:val="font-claude-response-body"/>
    <w:basedOn w:val="Standard"/>
    <w:rsid w:val="000F7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Elisabeth Hentrich</cp:lastModifiedBy>
  <cp:revision>4</cp:revision>
  <dcterms:created xsi:type="dcterms:W3CDTF">2026-07-26T13:47:00Z</dcterms:created>
  <dcterms:modified xsi:type="dcterms:W3CDTF">2026-07-26T14:06:00Z</dcterms:modified>
  <cp:category/>
</cp:coreProperties>
</file>