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2C639" w14:textId="77777777" w:rsidR="00251F72" w:rsidRPr="0015287A" w:rsidRDefault="00000000">
      <w:pPr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b/>
          <w:sz w:val="24"/>
          <w:szCs w:val="24"/>
        </w:rPr>
        <w:t>Supplementary Materials</w:t>
      </w:r>
    </w:p>
    <w:p w14:paraId="351A860E" w14:textId="77777777" w:rsidR="00251F72" w:rsidRPr="0015287A" w:rsidRDefault="00251F72">
      <w:pPr>
        <w:rPr>
          <w:rFonts w:ascii="Times New Roman" w:hAnsi="Times New Roman" w:cs="Times New Roman"/>
          <w:sz w:val="24"/>
          <w:szCs w:val="24"/>
        </w:rPr>
      </w:pPr>
    </w:p>
    <w:p w14:paraId="55958AAC" w14:textId="77777777" w:rsidR="00251F72" w:rsidRPr="0015287A" w:rsidRDefault="00000000">
      <w:pPr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b/>
          <w:sz w:val="24"/>
          <w:szCs w:val="24"/>
        </w:rPr>
        <w:t>Supplementary Table S1. Proportion of predictions within predefined absolute-error thresholds.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251F72" w:rsidRPr="0015287A" w14:paraId="463E6184" w14:textId="77777777" w:rsidTr="0015287A">
        <w:trPr>
          <w:jc w:val="center"/>
        </w:trPr>
        <w:tc>
          <w:tcPr>
            <w:tcW w:w="2045" w:type="dxa"/>
            <w:vAlign w:val="center"/>
          </w:tcPr>
          <w:p w14:paraId="64F5BC2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2045" w:type="dxa"/>
            <w:vAlign w:val="center"/>
          </w:tcPr>
          <w:p w14:paraId="4241066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Output</w:t>
            </w:r>
          </w:p>
        </w:tc>
        <w:tc>
          <w:tcPr>
            <w:tcW w:w="2045" w:type="dxa"/>
            <w:vAlign w:val="center"/>
          </w:tcPr>
          <w:p w14:paraId="53A07C0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+/-0.25 D (%)</w:t>
            </w:r>
          </w:p>
        </w:tc>
        <w:tc>
          <w:tcPr>
            <w:tcW w:w="2045" w:type="dxa"/>
            <w:vAlign w:val="center"/>
          </w:tcPr>
          <w:p w14:paraId="4EC22E9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+/-0.50 D (%)</w:t>
            </w:r>
          </w:p>
        </w:tc>
        <w:tc>
          <w:tcPr>
            <w:tcW w:w="2045" w:type="dxa"/>
            <w:vAlign w:val="center"/>
          </w:tcPr>
          <w:p w14:paraId="0A825D3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+/-1.00 D (%)</w:t>
            </w:r>
          </w:p>
        </w:tc>
      </w:tr>
      <w:tr w:rsidR="00251F72" w:rsidRPr="0015287A" w14:paraId="69045667" w14:textId="77777777" w:rsidTr="0015287A">
        <w:trPr>
          <w:jc w:val="center"/>
        </w:trPr>
        <w:tc>
          <w:tcPr>
            <w:tcW w:w="2045" w:type="dxa"/>
            <w:vAlign w:val="center"/>
          </w:tcPr>
          <w:p w14:paraId="622FE5A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2045" w:type="dxa"/>
            <w:vAlign w:val="center"/>
          </w:tcPr>
          <w:p w14:paraId="628B57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2045" w:type="dxa"/>
            <w:vAlign w:val="center"/>
          </w:tcPr>
          <w:p w14:paraId="16A9673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26.506</w:t>
            </w:r>
          </w:p>
        </w:tc>
        <w:tc>
          <w:tcPr>
            <w:tcW w:w="2045" w:type="dxa"/>
            <w:vAlign w:val="center"/>
          </w:tcPr>
          <w:p w14:paraId="7BE9003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49.699</w:t>
            </w:r>
          </w:p>
        </w:tc>
        <w:tc>
          <w:tcPr>
            <w:tcW w:w="2045" w:type="dxa"/>
            <w:vAlign w:val="center"/>
          </w:tcPr>
          <w:p w14:paraId="34BA456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80.422</w:t>
            </w:r>
          </w:p>
        </w:tc>
      </w:tr>
      <w:tr w:rsidR="00251F72" w:rsidRPr="0015287A" w14:paraId="65DD6108" w14:textId="77777777" w:rsidTr="0015287A">
        <w:trPr>
          <w:jc w:val="center"/>
        </w:trPr>
        <w:tc>
          <w:tcPr>
            <w:tcW w:w="2045" w:type="dxa"/>
            <w:vAlign w:val="center"/>
          </w:tcPr>
          <w:p w14:paraId="6673A82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2045" w:type="dxa"/>
            <w:vAlign w:val="center"/>
          </w:tcPr>
          <w:p w14:paraId="7E06A7D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2045" w:type="dxa"/>
            <w:vAlign w:val="center"/>
          </w:tcPr>
          <w:p w14:paraId="60630FB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76.807</w:t>
            </w:r>
          </w:p>
        </w:tc>
        <w:tc>
          <w:tcPr>
            <w:tcW w:w="2045" w:type="dxa"/>
            <w:vAlign w:val="center"/>
          </w:tcPr>
          <w:p w14:paraId="535DF8E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94.277</w:t>
            </w:r>
          </w:p>
        </w:tc>
        <w:tc>
          <w:tcPr>
            <w:tcW w:w="2045" w:type="dxa"/>
            <w:vAlign w:val="center"/>
          </w:tcPr>
          <w:p w14:paraId="57229C9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99.699</w:t>
            </w:r>
          </w:p>
        </w:tc>
      </w:tr>
      <w:tr w:rsidR="00251F72" w:rsidRPr="0015287A" w14:paraId="43E7A860" w14:textId="77777777" w:rsidTr="0015287A">
        <w:trPr>
          <w:jc w:val="center"/>
        </w:trPr>
        <w:tc>
          <w:tcPr>
            <w:tcW w:w="2045" w:type="dxa"/>
            <w:vAlign w:val="center"/>
          </w:tcPr>
          <w:p w14:paraId="78E0617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2045" w:type="dxa"/>
            <w:vAlign w:val="center"/>
          </w:tcPr>
          <w:p w14:paraId="53092D1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2045" w:type="dxa"/>
            <w:vAlign w:val="center"/>
          </w:tcPr>
          <w:p w14:paraId="2212964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93.675</w:t>
            </w:r>
          </w:p>
        </w:tc>
        <w:tc>
          <w:tcPr>
            <w:tcW w:w="2045" w:type="dxa"/>
            <w:vAlign w:val="center"/>
          </w:tcPr>
          <w:p w14:paraId="3E1B147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99.398</w:t>
            </w:r>
          </w:p>
        </w:tc>
        <w:tc>
          <w:tcPr>
            <w:tcW w:w="2045" w:type="dxa"/>
            <w:vAlign w:val="center"/>
          </w:tcPr>
          <w:p w14:paraId="2FED767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1F72" w:rsidRPr="0015287A" w14:paraId="1BC97702" w14:textId="77777777" w:rsidTr="0015287A">
        <w:trPr>
          <w:jc w:val="center"/>
        </w:trPr>
        <w:tc>
          <w:tcPr>
            <w:tcW w:w="2045" w:type="dxa"/>
            <w:vAlign w:val="center"/>
          </w:tcPr>
          <w:p w14:paraId="2933343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2045" w:type="dxa"/>
            <w:vAlign w:val="center"/>
          </w:tcPr>
          <w:p w14:paraId="2C678E9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2045" w:type="dxa"/>
            <w:vAlign w:val="center"/>
          </w:tcPr>
          <w:p w14:paraId="1BD69B9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28.916</w:t>
            </w:r>
          </w:p>
        </w:tc>
        <w:tc>
          <w:tcPr>
            <w:tcW w:w="2045" w:type="dxa"/>
            <w:vAlign w:val="center"/>
          </w:tcPr>
          <w:p w14:paraId="131C9E9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48.494</w:t>
            </w:r>
          </w:p>
        </w:tc>
        <w:tc>
          <w:tcPr>
            <w:tcW w:w="2045" w:type="dxa"/>
            <w:vAlign w:val="center"/>
          </w:tcPr>
          <w:p w14:paraId="4BFBF3E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81.928</w:t>
            </w:r>
          </w:p>
        </w:tc>
      </w:tr>
      <w:tr w:rsidR="00251F72" w:rsidRPr="0015287A" w14:paraId="70870500" w14:textId="77777777" w:rsidTr="0015287A">
        <w:trPr>
          <w:jc w:val="center"/>
        </w:trPr>
        <w:tc>
          <w:tcPr>
            <w:tcW w:w="2045" w:type="dxa"/>
            <w:vAlign w:val="center"/>
          </w:tcPr>
          <w:p w14:paraId="1AE74C2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2045" w:type="dxa"/>
            <w:vAlign w:val="center"/>
          </w:tcPr>
          <w:p w14:paraId="3660AE5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2045" w:type="dxa"/>
            <w:vAlign w:val="center"/>
          </w:tcPr>
          <w:p w14:paraId="360CE7F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27.139</w:t>
            </w:r>
          </w:p>
        </w:tc>
        <w:tc>
          <w:tcPr>
            <w:tcW w:w="2045" w:type="dxa"/>
            <w:vAlign w:val="center"/>
          </w:tcPr>
          <w:p w14:paraId="282CD17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48.378</w:t>
            </w:r>
          </w:p>
        </w:tc>
        <w:tc>
          <w:tcPr>
            <w:tcW w:w="2045" w:type="dxa"/>
            <w:vAlign w:val="center"/>
          </w:tcPr>
          <w:p w14:paraId="5A6BB18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84.956</w:t>
            </w:r>
          </w:p>
        </w:tc>
      </w:tr>
      <w:tr w:rsidR="00251F72" w:rsidRPr="0015287A" w14:paraId="7CFB1EEF" w14:textId="77777777" w:rsidTr="0015287A">
        <w:trPr>
          <w:jc w:val="center"/>
        </w:trPr>
        <w:tc>
          <w:tcPr>
            <w:tcW w:w="2045" w:type="dxa"/>
            <w:vAlign w:val="center"/>
          </w:tcPr>
          <w:p w14:paraId="06D7B33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2045" w:type="dxa"/>
            <w:vAlign w:val="center"/>
          </w:tcPr>
          <w:p w14:paraId="1C03BD5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2045" w:type="dxa"/>
            <w:vAlign w:val="center"/>
          </w:tcPr>
          <w:p w14:paraId="56849E4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74.041</w:t>
            </w:r>
          </w:p>
        </w:tc>
        <w:tc>
          <w:tcPr>
            <w:tcW w:w="2045" w:type="dxa"/>
            <w:vAlign w:val="center"/>
          </w:tcPr>
          <w:p w14:paraId="38BA0A6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92.920</w:t>
            </w:r>
          </w:p>
        </w:tc>
        <w:tc>
          <w:tcPr>
            <w:tcW w:w="2045" w:type="dxa"/>
            <w:vAlign w:val="center"/>
          </w:tcPr>
          <w:p w14:paraId="542DD2C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99.410</w:t>
            </w:r>
          </w:p>
        </w:tc>
      </w:tr>
      <w:tr w:rsidR="00251F72" w:rsidRPr="0015287A" w14:paraId="4C89A4B4" w14:textId="77777777" w:rsidTr="0015287A">
        <w:trPr>
          <w:jc w:val="center"/>
        </w:trPr>
        <w:tc>
          <w:tcPr>
            <w:tcW w:w="2045" w:type="dxa"/>
            <w:vAlign w:val="center"/>
          </w:tcPr>
          <w:p w14:paraId="48DEBB7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2045" w:type="dxa"/>
            <w:vAlign w:val="center"/>
          </w:tcPr>
          <w:p w14:paraId="23C9F1B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2045" w:type="dxa"/>
            <w:vAlign w:val="center"/>
          </w:tcPr>
          <w:p w14:paraId="154B93A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90.855</w:t>
            </w:r>
          </w:p>
        </w:tc>
        <w:tc>
          <w:tcPr>
            <w:tcW w:w="2045" w:type="dxa"/>
            <w:vAlign w:val="center"/>
          </w:tcPr>
          <w:p w14:paraId="0F6C967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99.410</w:t>
            </w:r>
          </w:p>
        </w:tc>
        <w:tc>
          <w:tcPr>
            <w:tcW w:w="2045" w:type="dxa"/>
            <w:vAlign w:val="center"/>
          </w:tcPr>
          <w:p w14:paraId="53D5CF9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1F72" w:rsidRPr="0015287A" w14:paraId="66258C17" w14:textId="77777777" w:rsidTr="0015287A">
        <w:trPr>
          <w:jc w:val="center"/>
        </w:trPr>
        <w:tc>
          <w:tcPr>
            <w:tcW w:w="2045" w:type="dxa"/>
            <w:vAlign w:val="center"/>
          </w:tcPr>
          <w:p w14:paraId="578066D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2045" w:type="dxa"/>
            <w:vAlign w:val="center"/>
          </w:tcPr>
          <w:p w14:paraId="73F6B4C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2045" w:type="dxa"/>
            <w:vAlign w:val="center"/>
          </w:tcPr>
          <w:p w14:paraId="5A8117B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25.664</w:t>
            </w:r>
          </w:p>
        </w:tc>
        <w:tc>
          <w:tcPr>
            <w:tcW w:w="2045" w:type="dxa"/>
            <w:vAlign w:val="center"/>
          </w:tcPr>
          <w:p w14:paraId="2578C6B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53.687</w:t>
            </w:r>
          </w:p>
        </w:tc>
        <w:tc>
          <w:tcPr>
            <w:tcW w:w="2045" w:type="dxa"/>
            <w:vAlign w:val="center"/>
          </w:tcPr>
          <w:p w14:paraId="256D1E0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84.956</w:t>
            </w:r>
          </w:p>
        </w:tc>
      </w:tr>
      <w:tr w:rsidR="00251F72" w:rsidRPr="0015287A" w14:paraId="1EF1994B" w14:textId="77777777" w:rsidTr="0015287A">
        <w:trPr>
          <w:jc w:val="center"/>
        </w:trPr>
        <w:tc>
          <w:tcPr>
            <w:tcW w:w="2045" w:type="dxa"/>
            <w:vAlign w:val="center"/>
          </w:tcPr>
          <w:p w14:paraId="497C4C3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2045" w:type="dxa"/>
            <w:vAlign w:val="center"/>
          </w:tcPr>
          <w:p w14:paraId="408579A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2045" w:type="dxa"/>
            <w:vAlign w:val="center"/>
          </w:tcPr>
          <w:p w14:paraId="5B97FB8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28.228</w:t>
            </w:r>
          </w:p>
        </w:tc>
        <w:tc>
          <w:tcPr>
            <w:tcW w:w="2045" w:type="dxa"/>
            <w:vAlign w:val="center"/>
          </w:tcPr>
          <w:p w14:paraId="7099C61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51.051</w:t>
            </w:r>
          </w:p>
        </w:tc>
        <w:tc>
          <w:tcPr>
            <w:tcW w:w="2045" w:type="dxa"/>
            <w:vAlign w:val="center"/>
          </w:tcPr>
          <w:p w14:paraId="5651E60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79.279</w:t>
            </w:r>
          </w:p>
        </w:tc>
      </w:tr>
      <w:tr w:rsidR="00251F72" w:rsidRPr="0015287A" w14:paraId="6DF7422E" w14:textId="77777777" w:rsidTr="0015287A">
        <w:trPr>
          <w:jc w:val="center"/>
        </w:trPr>
        <w:tc>
          <w:tcPr>
            <w:tcW w:w="2045" w:type="dxa"/>
            <w:vAlign w:val="center"/>
          </w:tcPr>
          <w:p w14:paraId="35929F6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2045" w:type="dxa"/>
            <w:vAlign w:val="center"/>
          </w:tcPr>
          <w:p w14:paraId="54FACF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2045" w:type="dxa"/>
            <w:vAlign w:val="center"/>
          </w:tcPr>
          <w:p w14:paraId="34F800A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79.279</w:t>
            </w:r>
          </w:p>
        </w:tc>
        <w:tc>
          <w:tcPr>
            <w:tcW w:w="2045" w:type="dxa"/>
            <w:vAlign w:val="center"/>
          </w:tcPr>
          <w:p w14:paraId="293CD5C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96.997</w:t>
            </w:r>
          </w:p>
        </w:tc>
        <w:tc>
          <w:tcPr>
            <w:tcW w:w="2045" w:type="dxa"/>
            <w:vAlign w:val="center"/>
          </w:tcPr>
          <w:p w14:paraId="1DE1794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1F72" w:rsidRPr="0015287A" w14:paraId="12B905EA" w14:textId="77777777" w:rsidTr="0015287A">
        <w:trPr>
          <w:jc w:val="center"/>
        </w:trPr>
        <w:tc>
          <w:tcPr>
            <w:tcW w:w="2045" w:type="dxa"/>
            <w:vAlign w:val="center"/>
          </w:tcPr>
          <w:p w14:paraId="41B2DC4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2045" w:type="dxa"/>
            <w:vAlign w:val="center"/>
          </w:tcPr>
          <w:p w14:paraId="05B9ED3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2045" w:type="dxa"/>
            <w:vAlign w:val="center"/>
          </w:tcPr>
          <w:p w14:paraId="48CDDA6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91.892</w:t>
            </w:r>
          </w:p>
        </w:tc>
        <w:tc>
          <w:tcPr>
            <w:tcW w:w="2045" w:type="dxa"/>
            <w:vAlign w:val="center"/>
          </w:tcPr>
          <w:p w14:paraId="1C416F1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98.198</w:t>
            </w:r>
          </w:p>
        </w:tc>
        <w:tc>
          <w:tcPr>
            <w:tcW w:w="2045" w:type="dxa"/>
            <w:vAlign w:val="center"/>
          </w:tcPr>
          <w:p w14:paraId="154EFFD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1F72" w:rsidRPr="0015287A" w14:paraId="1F5AEB38" w14:textId="77777777" w:rsidTr="0015287A">
        <w:trPr>
          <w:jc w:val="center"/>
        </w:trPr>
        <w:tc>
          <w:tcPr>
            <w:tcW w:w="2045" w:type="dxa"/>
            <w:vAlign w:val="center"/>
          </w:tcPr>
          <w:p w14:paraId="5F24A7B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2045" w:type="dxa"/>
            <w:vAlign w:val="center"/>
          </w:tcPr>
          <w:p w14:paraId="1C42084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2045" w:type="dxa"/>
            <w:vAlign w:val="center"/>
          </w:tcPr>
          <w:p w14:paraId="2C44FAA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30.030</w:t>
            </w:r>
          </w:p>
        </w:tc>
        <w:tc>
          <w:tcPr>
            <w:tcW w:w="2045" w:type="dxa"/>
            <w:vAlign w:val="center"/>
          </w:tcPr>
          <w:p w14:paraId="6D51284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53.754</w:t>
            </w:r>
          </w:p>
        </w:tc>
        <w:tc>
          <w:tcPr>
            <w:tcW w:w="2045" w:type="dxa"/>
            <w:vAlign w:val="center"/>
          </w:tcPr>
          <w:p w14:paraId="5D83AB9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79.880</w:t>
            </w:r>
          </w:p>
        </w:tc>
      </w:tr>
      <w:tr w:rsidR="00251F72" w:rsidRPr="0015287A" w14:paraId="2583A2E2" w14:textId="77777777" w:rsidTr="0015287A">
        <w:trPr>
          <w:jc w:val="center"/>
        </w:trPr>
        <w:tc>
          <w:tcPr>
            <w:tcW w:w="2045" w:type="dxa"/>
            <w:vAlign w:val="center"/>
          </w:tcPr>
          <w:p w14:paraId="7DFE86A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45" w:type="dxa"/>
            <w:vAlign w:val="center"/>
          </w:tcPr>
          <w:p w14:paraId="287FACA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2045" w:type="dxa"/>
            <w:vAlign w:val="center"/>
          </w:tcPr>
          <w:p w14:paraId="451028C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26.426</w:t>
            </w:r>
          </w:p>
        </w:tc>
        <w:tc>
          <w:tcPr>
            <w:tcW w:w="2045" w:type="dxa"/>
            <w:vAlign w:val="center"/>
          </w:tcPr>
          <w:p w14:paraId="17F8985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48.949</w:t>
            </w:r>
          </w:p>
        </w:tc>
        <w:tc>
          <w:tcPr>
            <w:tcW w:w="2045" w:type="dxa"/>
            <w:vAlign w:val="center"/>
          </w:tcPr>
          <w:p w14:paraId="36F9BAE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80.480</w:t>
            </w:r>
          </w:p>
        </w:tc>
      </w:tr>
      <w:tr w:rsidR="00251F72" w:rsidRPr="0015287A" w14:paraId="2925081F" w14:textId="77777777" w:rsidTr="0015287A">
        <w:trPr>
          <w:jc w:val="center"/>
        </w:trPr>
        <w:tc>
          <w:tcPr>
            <w:tcW w:w="2045" w:type="dxa"/>
            <w:vAlign w:val="center"/>
          </w:tcPr>
          <w:p w14:paraId="460C7AB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45" w:type="dxa"/>
            <w:vAlign w:val="center"/>
          </w:tcPr>
          <w:p w14:paraId="67CC845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2045" w:type="dxa"/>
            <w:vAlign w:val="center"/>
          </w:tcPr>
          <w:p w14:paraId="2BFCD5F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64.565</w:t>
            </w:r>
          </w:p>
        </w:tc>
        <w:tc>
          <w:tcPr>
            <w:tcW w:w="2045" w:type="dxa"/>
            <w:vAlign w:val="center"/>
          </w:tcPr>
          <w:p w14:paraId="1DAA3E7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91.291</w:t>
            </w:r>
          </w:p>
        </w:tc>
        <w:tc>
          <w:tcPr>
            <w:tcW w:w="2045" w:type="dxa"/>
            <w:vAlign w:val="center"/>
          </w:tcPr>
          <w:p w14:paraId="272A9F1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98.799</w:t>
            </w:r>
          </w:p>
        </w:tc>
      </w:tr>
      <w:tr w:rsidR="00251F72" w:rsidRPr="0015287A" w14:paraId="5045DCD5" w14:textId="77777777" w:rsidTr="0015287A">
        <w:trPr>
          <w:jc w:val="center"/>
        </w:trPr>
        <w:tc>
          <w:tcPr>
            <w:tcW w:w="2045" w:type="dxa"/>
            <w:vAlign w:val="center"/>
          </w:tcPr>
          <w:p w14:paraId="0CB568E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45" w:type="dxa"/>
            <w:vAlign w:val="center"/>
          </w:tcPr>
          <w:p w14:paraId="26861F0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2045" w:type="dxa"/>
            <w:vAlign w:val="center"/>
          </w:tcPr>
          <w:p w14:paraId="02609FA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90.991</w:t>
            </w:r>
          </w:p>
        </w:tc>
        <w:tc>
          <w:tcPr>
            <w:tcW w:w="2045" w:type="dxa"/>
            <w:vAlign w:val="center"/>
          </w:tcPr>
          <w:p w14:paraId="4FDA13F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98.198</w:t>
            </w:r>
          </w:p>
        </w:tc>
        <w:tc>
          <w:tcPr>
            <w:tcW w:w="2045" w:type="dxa"/>
            <w:vAlign w:val="center"/>
          </w:tcPr>
          <w:p w14:paraId="7C3D21C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51F72" w:rsidRPr="0015287A" w14:paraId="190A5A20" w14:textId="77777777" w:rsidTr="0015287A">
        <w:trPr>
          <w:jc w:val="center"/>
        </w:trPr>
        <w:tc>
          <w:tcPr>
            <w:tcW w:w="2045" w:type="dxa"/>
            <w:vAlign w:val="center"/>
          </w:tcPr>
          <w:p w14:paraId="2335B5D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45" w:type="dxa"/>
            <w:vAlign w:val="center"/>
          </w:tcPr>
          <w:p w14:paraId="5E8EBAF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2045" w:type="dxa"/>
            <w:vAlign w:val="center"/>
          </w:tcPr>
          <w:p w14:paraId="24A8AF1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31.532</w:t>
            </w:r>
          </w:p>
        </w:tc>
        <w:tc>
          <w:tcPr>
            <w:tcW w:w="2045" w:type="dxa"/>
            <w:vAlign w:val="center"/>
          </w:tcPr>
          <w:p w14:paraId="7650DE4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50.150</w:t>
            </w:r>
          </w:p>
        </w:tc>
        <w:tc>
          <w:tcPr>
            <w:tcW w:w="2045" w:type="dxa"/>
            <w:vAlign w:val="center"/>
          </w:tcPr>
          <w:p w14:paraId="176BAE4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80.781</w:t>
            </w:r>
          </w:p>
        </w:tc>
      </w:tr>
    </w:tbl>
    <w:p w14:paraId="3D304029" w14:textId="77777777" w:rsidR="00251F72" w:rsidRPr="0015287A" w:rsidRDefault="00251F72">
      <w:pPr>
        <w:rPr>
          <w:rFonts w:ascii="Times New Roman" w:hAnsi="Times New Roman" w:cs="Times New Roman"/>
          <w:sz w:val="24"/>
          <w:szCs w:val="24"/>
        </w:rPr>
      </w:pPr>
    </w:p>
    <w:p w14:paraId="7F1A4A1E" w14:textId="77777777" w:rsidR="00251F72" w:rsidRPr="0015287A" w:rsidRDefault="00000000">
      <w:pPr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b/>
          <w:sz w:val="24"/>
          <w:szCs w:val="24"/>
        </w:rPr>
        <w:t>Supplementary Table S2. SE prediction errors stratified by refractive category.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251F72" w:rsidRPr="0015287A" w14:paraId="4E28829A" w14:textId="77777777" w:rsidTr="0015287A">
        <w:trPr>
          <w:jc w:val="center"/>
        </w:trPr>
        <w:tc>
          <w:tcPr>
            <w:tcW w:w="2045" w:type="dxa"/>
            <w:vAlign w:val="center"/>
          </w:tcPr>
          <w:p w14:paraId="2E9A705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2045" w:type="dxa"/>
            <w:vAlign w:val="center"/>
          </w:tcPr>
          <w:p w14:paraId="75D37A0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2045" w:type="dxa"/>
            <w:vAlign w:val="center"/>
          </w:tcPr>
          <w:p w14:paraId="4CFCB3D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2045" w:type="dxa"/>
            <w:vAlign w:val="center"/>
          </w:tcPr>
          <w:p w14:paraId="158BDE3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RMSE</w:t>
            </w:r>
          </w:p>
        </w:tc>
        <w:tc>
          <w:tcPr>
            <w:tcW w:w="2045" w:type="dxa"/>
            <w:vAlign w:val="center"/>
          </w:tcPr>
          <w:p w14:paraId="31D832F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MAE</w:t>
            </w:r>
          </w:p>
        </w:tc>
      </w:tr>
      <w:tr w:rsidR="00251F72" w:rsidRPr="0015287A" w14:paraId="4C45DFA1" w14:textId="77777777" w:rsidTr="0015287A">
        <w:trPr>
          <w:jc w:val="center"/>
        </w:trPr>
        <w:tc>
          <w:tcPr>
            <w:tcW w:w="2045" w:type="dxa"/>
            <w:vAlign w:val="center"/>
          </w:tcPr>
          <w:p w14:paraId="0327295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2045" w:type="dxa"/>
            <w:vAlign w:val="center"/>
          </w:tcPr>
          <w:p w14:paraId="106A78F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Myopia</w:t>
            </w:r>
          </w:p>
        </w:tc>
        <w:tc>
          <w:tcPr>
            <w:tcW w:w="2045" w:type="dxa"/>
            <w:vAlign w:val="center"/>
          </w:tcPr>
          <w:p w14:paraId="5FAFDE6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2045" w:type="dxa"/>
            <w:vAlign w:val="center"/>
          </w:tcPr>
          <w:p w14:paraId="78F3B5C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0.7117</w:t>
            </w:r>
          </w:p>
        </w:tc>
        <w:tc>
          <w:tcPr>
            <w:tcW w:w="2045" w:type="dxa"/>
            <w:vAlign w:val="center"/>
          </w:tcPr>
          <w:p w14:paraId="3891CBD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0.5577</w:t>
            </w:r>
          </w:p>
        </w:tc>
      </w:tr>
      <w:tr w:rsidR="00251F72" w:rsidRPr="0015287A" w14:paraId="7A090E05" w14:textId="77777777" w:rsidTr="0015287A">
        <w:trPr>
          <w:jc w:val="center"/>
        </w:trPr>
        <w:tc>
          <w:tcPr>
            <w:tcW w:w="2045" w:type="dxa"/>
            <w:vAlign w:val="center"/>
          </w:tcPr>
          <w:p w14:paraId="2FA10C3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2045" w:type="dxa"/>
            <w:vAlign w:val="center"/>
          </w:tcPr>
          <w:p w14:paraId="505F577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Emmetropia</w:t>
            </w:r>
          </w:p>
        </w:tc>
        <w:tc>
          <w:tcPr>
            <w:tcW w:w="2045" w:type="dxa"/>
            <w:vAlign w:val="center"/>
          </w:tcPr>
          <w:p w14:paraId="74AAC81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45" w:type="dxa"/>
            <w:vAlign w:val="center"/>
          </w:tcPr>
          <w:p w14:paraId="56CA269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0.6024</w:t>
            </w:r>
          </w:p>
        </w:tc>
        <w:tc>
          <w:tcPr>
            <w:tcW w:w="2045" w:type="dxa"/>
            <w:vAlign w:val="center"/>
          </w:tcPr>
          <w:p w14:paraId="243756C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0.4717</w:t>
            </w:r>
          </w:p>
        </w:tc>
      </w:tr>
      <w:tr w:rsidR="00251F72" w:rsidRPr="0015287A" w14:paraId="630EC6CA" w14:textId="77777777" w:rsidTr="0015287A">
        <w:trPr>
          <w:jc w:val="center"/>
        </w:trPr>
        <w:tc>
          <w:tcPr>
            <w:tcW w:w="2045" w:type="dxa"/>
            <w:vAlign w:val="center"/>
          </w:tcPr>
          <w:p w14:paraId="486BCE1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2045" w:type="dxa"/>
            <w:vAlign w:val="center"/>
          </w:tcPr>
          <w:p w14:paraId="6ACD9D4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Hyperopia</w:t>
            </w:r>
          </w:p>
        </w:tc>
        <w:tc>
          <w:tcPr>
            <w:tcW w:w="2045" w:type="dxa"/>
            <w:vAlign w:val="center"/>
          </w:tcPr>
          <w:p w14:paraId="6D174F4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45" w:type="dxa"/>
            <w:vAlign w:val="center"/>
          </w:tcPr>
          <w:p w14:paraId="3248861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1.1504</w:t>
            </w:r>
          </w:p>
        </w:tc>
        <w:tc>
          <w:tcPr>
            <w:tcW w:w="2045" w:type="dxa"/>
            <w:vAlign w:val="center"/>
          </w:tcPr>
          <w:p w14:paraId="234D2EF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0.9824</w:t>
            </w:r>
          </w:p>
        </w:tc>
      </w:tr>
      <w:tr w:rsidR="00251F72" w:rsidRPr="0015287A" w14:paraId="0691AB73" w14:textId="77777777" w:rsidTr="0015287A">
        <w:trPr>
          <w:jc w:val="center"/>
        </w:trPr>
        <w:tc>
          <w:tcPr>
            <w:tcW w:w="2045" w:type="dxa"/>
            <w:vAlign w:val="center"/>
          </w:tcPr>
          <w:p w14:paraId="48ED1B2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2045" w:type="dxa"/>
            <w:vAlign w:val="center"/>
          </w:tcPr>
          <w:p w14:paraId="4B37BD5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Myopia</w:t>
            </w:r>
          </w:p>
        </w:tc>
        <w:tc>
          <w:tcPr>
            <w:tcW w:w="2045" w:type="dxa"/>
            <w:vAlign w:val="center"/>
          </w:tcPr>
          <w:p w14:paraId="3466F34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2045" w:type="dxa"/>
            <w:vAlign w:val="center"/>
          </w:tcPr>
          <w:p w14:paraId="6C904B6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0.7742</w:t>
            </w:r>
          </w:p>
        </w:tc>
        <w:tc>
          <w:tcPr>
            <w:tcW w:w="2045" w:type="dxa"/>
            <w:vAlign w:val="center"/>
          </w:tcPr>
          <w:p w14:paraId="76AA83D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0.5955</w:t>
            </w:r>
          </w:p>
        </w:tc>
      </w:tr>
      <w:tr w:rsidR="00251F72" w:rsidRPr="0015287A" w14:paraId="7503BF66" w14:textId="77777777" w:rsidTr="0015287A">
        <w:trPr>
          <w:jc w:val="center"/>
        </w:trPr>
        <w:tc>
          <w:tcPr>
            <w:tcW w:w="2045" w:type="dxa"/>
            <w:vAlign w:val="center"/>
          </w:tcPr>
          <w:p w14:paraId="1D6B1F7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2045" w:type="dxa"/>
            <w:vAlign w:val="center"/>
          </w:tcPr>
          <w:p w14:paraId="31A3C78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Emmetropia</w:t>
            </w:r>
          </w:p>
        </w:tc>
        <w:tc>
          <w:tcPr>
            <w:tcW w:w="2045" w:type="dxa"/>
            <w:vAlign w:val="center"/>
          </w:tcPr>
          <w:p w14:paraId="732ADDC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45" w:type="dxa"/>
            <w:vAlign w:val="center"/>
          </w:tcPr>
          <w:p w14:paraId="4E8A598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0.5782</w:t>
            </w:r>
          </w:p>
        </w:tc>
        <w:tc>
          <w:tcPr>
            <w:tcW w:w="2045" w:type="dxa"/>
            <w:vAlign w:val="center"/>
          </w:tcPr>
          <w:p w14:paraId="2C9897C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0.4736</w:t>
            </w:r>
          </w:p>
        </w:tc>
      </w:tr>
      <w:tr w:rsidR="00251F72" w:rsidRPr="0015287A" w14:paraId="5C2165EE" w14:textId="77777777" w:rsidTr="0015287A">
        <w:trPr>
          <w:jc w:val="center"/>
        </w:trPr>
        <w:tc>
          <w:tcPr>
            <w:tcW w:w="2045" w:type="dxa"/>
            <w:vAlign w:val="center"/>
          </w:tcPr>
          <w:p w14:paraId="2BD2B3E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2045" w:type="dxa"/>
            <w:vAlign w:val="center"/>
          </w:tcPr>
          <w:p w14:paraId="4D4C648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Hyperopia</w:t>
            </w:r>
          </w:p>
        </w:tc>
        <w:tc>
          <w:tcPr>
            <w:tcW w:w="2045" w:type="dxa"/>
            <w:vAlign w:val="center"/>
          </w:tcPr>
          <w:p w14:paraId="06B9976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45" w:type="dxa"/>
            <w:vAlign w:val="center"/>
          </w:tcPr>
          <w:p w14:paraId="18F2877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0.8128</w:t>
            </w:r>
          </w:p>
        </w:tc>
        <w:tc>
          <w:tcPr>
            <w:tcW w:w="2045" w:type="dxa"/>
            <w:vAlign w:val="center"/>
          </w:tcPr>
          <w:p w14:paraId="2B439E6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0.6345</w:t>
            </w:r>
          </w:p>
        </w:tc>
      </w:tr>
      <w:tr w:rsidR="00251F72" w:rsidRPr="0015287A" w14:paraId="0651BE43" w14:textId="77777777" w:rsidTr="0015287A">
        <w:trPr>
          <w:jc w:val="center"/>
        </w:trPr>
        <w:tc>
          <w:tcPr>
            <w:tcW w:w="2045" w:type="dxa"/>
            <w:vAlign w:val="center"/>
          </w:tcPr>
          <w:p w14:paraId="08504D5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2045" w:type="dxa"/>
            <w:vAlign w:val="center"/>
          </w:tcPr>
          <w:p w14:paraId="0BB4532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Myopia</w:t>
            </w:r>
          </w:p>
        </w:tc>
        <w:tc>
          <w:tcPr>
            <w:tcW w:w="2045" w:type="dxa"/>
            <w:vAlign w:val="center"/>
          </w:tcPr>
          <w:p w14:paraId="1FE6063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045" w:type="dxa"/>
            <w:vAlign w:val="center"/>
          </w:tcPr>
          <w:p w14:paraId="5689FF3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0.9594</w:t>
            </w:r>
          </w:p>
        </w:tc>
        <w:tc>
          <w:tcPr>
            <w:tcW w:w="2045" w:type="dxa"/>
            <w:vAlign w:val="center"/>
          </w:tcPr>
          <w:p w14:paraId="070FDB0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0.6406</w:t>
            </w:r>
          </w:p>
        </w:tc>
      </w:tr>
      <w:tr w:rsidR="00251F72" w:rsidRPr="0015287A" w14:paraId="530FA552" w14:textId="77777777" w:rsidTr="0015287A">
        <w:trPr>
          <w:jc w:val="center"/>
        </w:trPr>
        <w:tc>
          <w:tcPr>
            <w:tcW w:w="2045" w:type="dxa"/>
            <w:vAlign w:val="center"/>
          </w:tcPr>
          <w:p w14:paraId="08FCBE5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2045" w:type="dxa"/>
            <w:vAlign w:val="center"/>
          </w:tcPr>
          <w:p w14:paraId="631F240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Emmetropia</w:t>
            </w:r>
          </w:p>
        </w:tc>
        <w:tc>
          <w:tcPr>
            <w:tcW w:w="2045" w:type="dxa"/>
            <w:vAlign w:val="center"/>
          </w:tcPr>
          <w:p w14:paraId="3CB666F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45" w:type="dxa"/>
            <w:vAlign w:val="center"/>
          </w:tcPr>
          <w:p w14:paraId="3C9877E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0.7265</w:t>
            </w:r>
          </w:p>
        </w:tc>
        <w:tc>
          <w:tcPr>
            <w:tcW w:w="2045" w:type="dxa"/>
            <w:vAlign w:val="center"/>
          </w:tcPr>
          <w:p w14:paraId="403BD96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0.4911</w:t>
            </w:r>
          </w:p>
        </w:tc>
      </w:tr>
      <w:tr w:rsidR="00251F72" w:rsidRPr="0015287A" w14:paraId="34722366" w14:textId="77777777" w:rsidTr="0015287A">
        <w:trPr>
          <w:jc w:val="center"/>
        </w:trPr>
        <w:tc>
          <w:tcPr>
            <w:tcW w:w="2045" w:type="dxa"/>
            <w:vAlign w:val="center"/>
          </w:tcPr>
          <w:p w14:paraId="1A462C6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2045" w:type="dxa"/>
            <w:vAlign w:val="center"/>
          </w:tcPr>
          <w:p w14:paraId="11216D2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Hyperopia</w:t>
            </w:r>
          </w:p>
        </w:tc>
        <w:tc>
          <w:tcPr>
            <w:tcW w:w="2045" w:type="dxa"/>
            <w:vAlign w:val="center"/>
          </w:tcPr>
          <w:p w14:paraId="4A65BBA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45" w:type="dxa"/>
            <w:vAlign w:val="center"/>
          </w:tcPr>
          <w:p w14:paraId="3BDBBB0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1.0010</w:t>
            </w:r>
          </w:p>
        </w:tc>
        <w:tc>
          <w:tcPr>
            <w:tcW w:w="2045" w:type="dxa"/>
            <w:vAlign w:val="center"/>
          </w:tcPr>
          <w:p w14:paraId="77A29D1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0.8045</w:t>
            </w:r>
          </w:p>
        </w:tc>
      </w:tr>
      <w:tr w:rsidR="00251F72" w:rsidRPr="0015287A" w14:paraId="628EE619" w14:textId="77777777" w:rsidTr="0015287A">
        <w:trPr>
          <w:jc w:val="center"/>
        </w:trPr>
        <w:tc>
          <w:tcPr>
            <w:tcW w:w="2045" w:type="dxa"/>
            <w:vAlign w:val="center"/>
          </w:tcPr>
          <w:p w14:paraId="19C4CD0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45" w:type="dxa"/>
            <w:vAlign w:val="center"/>
          </w:tcPr>
          <w:p w14:paraId="2DF98E1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Myopia</w:t>
            </w:r>
          </w:p>
        </w:tc>
        <w:tc>
          <w:tcPr>
            <w:tcW w:w="2045" w:type="dxa"/>
            <w:vAlign w:val="center"/>
          </w:tcPr>
          <w:p w14:paraId="59CD8D7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2045" w:type="dxa"/>
            <w:vAlign w:val="center"/>
          </w:tcPr>
          <w:p w14:paraId="3DB9823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0.9990</w:t>
            </w:r>
          </w:p>
        </w:tc>
        <w:tc>
          <w:tcPr>
            <w:tcW w:w="2045" w:type="dxa"/>
            <w:vAlign w:val="center"/>
          </w:tcPr>
          <w:p w14:paraId="10C4A23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0.6709</w:t>
            </w:r>
          </w:p>
        </w:tc>
      </w:tr>
      <w:tr w:rsidR="00251F72" w:rsidRPr="0015287A" w14:paraId="61D85DE0" w14:textId="77777777" w:rsidTr="0015287A">
        <w:trPr>
          <w:jc w:val="center"/>
        </w:trPr>
        <w:tc>
          <w:tcPr>
            <w:tcW w:w="2045" w:type="dxa"/>
            <w:vAlign w:val="center"/>
          </w:tcPr>
          <w:p w14:paraId="1F1E450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45" w:type="dxa"/>
            <w:vAlign w:val="center"/>
          </w:tcPr>
          <w:p w14:paraId="674B896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Emmetropia</w:t>
            </w:r>
          </w:p>
        </w:tc>
        <w:tc>
          <w:tcPr>
            <w:tcW w:w="2045" w:type="dxa"/>
            <w:vAlign w:val="center"/>
          </w:tcPr>
          <w:p w14:paraId="57E3A03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45" w:type="dxa"/>
            <w:vAlign w:val="center"/>
          </w:tcPr>
          <w:p w14:paraId="52864FB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0.7141</w:t>
            </w:r>
          </w:p>
        </w:tc>
        <w:tc>
          <w:tcPr>
            <w:tcW w:w="2045" w:type="dxa"/>
            <w:vAlign w:val="center"/>
          </w:tcPr>
          <w:p w14:paraId="05AD3BB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0.5617</w:t>
            </w:r>
          </w:p>
        </w:tc>
      </w:tr>
      <w:tr w:rsidR="00251F72" w:rsidRPr="0015287A" w14:paraId="45516914" w14:textId="77777777" w:rsidTr="0015287A">
        <w:trPr>
          <w:jc w:val="center"/>
        </w:trPr>
        <w:tc>
          <w:tcPr>
            <w:tcW w:w="2045" w:type="dxa"/>
            <w:vAlign w:val="center"/>
          </w:tcPr>
          <w:p w14:paraId="4496536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45" w:type="dxa"/>
            <w:vAlign w:val="center"/>
          </w:tcPr>
          <w:p w14:paraId="5609BDD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Hyperopia</w:t>
            </w:r>
          </w:p>
        </w:tc>
        <w:tc>
          <w:tcPr>
            <w:tcW w:w="2045" w:type="dxa"/>
            <w:vAlign w:val="center"/>
          </w:tcPr>
          <w:p w14:paraId="4EC5399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45" w:type="dxa"/>
            <w:vAlign w:val="center"/>
          </w:tcPr>
          <w:p w14:paraId="7F3E8D0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0.8771</w:t>
            </w:r>
          </w:p>
        </w:tc>
        <w:tc>
          <w:tcPr>
            <w:tcW w:w="2045" w:type="dxa"/>
            <w:vAlign w:val="center"/>
          </w:tcPr>
          <w:p w14:paraId="1DB50A1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0.6728</w:t>
            </w:r>
          </w:p>
        </w:tc>
      </w:tr>
    </w:tbl>
    <w:p w14:paraId="5F38F1BD" w14:textId="77777777" w:rsidR="00251F72" w:rsidRPr="0015287A" w:rsidRDefault="00251F72">
      <w:pPr>
        <w:rPr>
          <w:rFonts w:ascii="Times New Roman" w:hAnsi="Times New Roman" w:cs="Times New Roman"/>
          <w:sz w:val="24"/>
          <w:szCs w:val="24"/>
        </w:rPr>
      </w:pPr>
    </w:p>
    <w:p w14:paraId="269ED8D2" w14:textId="77777777" w:rsidR="00251F72" w:rsidRPr="0015287A" w:rsidRDefault="00000000">
      <w:pPr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b/>
          <w:sz w:val="24"/>
          <w:szCs w:val="24"/>
        </w:rPr>
        <w:t>Supplementary Table S3. Subgroup analysis by age and axial length.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251F72" w:rsidRPr="0015287A" w14:paraId="4FCC3ED6" w14:textId="77777777" w:rsidTr="00D64BD1">
        <w:trPr>
          <w:jc w:val="center"/>
        </w:trPr>
        <w:tc>
          <w:tcPr>
            <w:tcW w:w="1704" w:type="dxa"/>
            <w:vAlign w:val="center"/>
          </w:tcPr>
          <w:p w14:paraId="36F0BF1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1704" w:type="dxa"/>
            <w:vAlign w:val="center"/>
          </w:tcPr>
          <w:p w14:paraId="4CE098A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Output</w:t>
            </w:r>
          </w:p>
        </w:tc>
        <w:tc>
          <w:tcPr>
            <w:tcW w:w="1704" w:type="dxa"/>
            <w:vAlign w:val="center"/>
          </w:tcPr>
          <w:p w14:paraId="5F4DCFD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Subgroup</w:t>
            </w:r>
          </w:p>
        </w:tc>
        <w:tc>
          <w:tcPr>
            <w:tcW w:w="1704" w:type="dxa"/>
            <w:vAlign w:val="center"/>
          </w:tcPr>
          <w:p w14:paraId="472BE87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1704" w:type="dxa"/>
            <w:vAlign w:val="center"/>
          </w:tcPr>
          <w:p w14:paraId="7A80EF6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RMSE</w:t>
            </w:r>
          </w:p>
        </w:tc>
        <w:tc>
          <w:tcPr>
            <w:tcW w:w="1704" w:type="dxa"/>
            <w:vAlign w:val="center"/>
          </w:tcPr>
          <w:p w14:paraId="3F6CE64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904BE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251F72" w:rsidRPr="0015287A" w14:paraId="783C986A" w14:textId="77777777">
        <w:trPr>
          <w:jc w:val="center"/>
        </w:trPr>
        <w:tc>
          <w:tcPr>
            <w:tcW w:w="1704" w:type="dxa"/>
            <w:vAlign w:val="center"/>
          </w:tcPr>
          <w:p w14:paraId="6993854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5B6D30C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06F5851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140040D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4" w:type="dxa"/>
            <w:vAlign w:val="center"/>
          </w:tcPr>
          <w:p w14:paraId="68C43E6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0.9010</w:t>
            </w:r>
          </w:p>
        </w:tc>
        <w:tc>
          <w:tcPr>
            <w:tcW w:w="1704" w:type="dxa"/>
            <w:vAlign w:val="center"/>
          </w:tcPr>
          <w:p w14:paraId="4B9A445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0.8342</w:t>
            </w:r>
          </w:p>
        </w:tc>
      </w:tr>
      <w:tr w:rsidR="00251F72" w:rsidRPr="0015287A" w14:paraId="7CD6D2A9" w14:textId="77777777">
        <w:trPr>
          <w:jc w:val="center"/>
        </w:trPr>
        <w:tc>
          <w:tcPr>
            <w:tcW w:w="1704" w:type="dxa"/>
            <w:vAlign w:val="center"/>
          </w:tcPr>
          <w:p w14:paraId="47B0206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4AD8000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5B86335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466C2A7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4" w:type="dxa"/>
            <w:vAlign w:val="center"/>
          </w:tcPr>
          <w:p w14:paraId="3EA5978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0.7598</w:t>
            </w:r>
          </w:p>
        </w:tc>
        <w:tc>
          <w:tcPr>
            <w:tcW w:w="1704" w:type="dxa"/>
            <w:vAlign w:val="center"/>
          </w:tcPr>
          <w:p w14:paraId="71B30BC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0.7183</w:t>
            </w:r>
          </w:p>
        </w:tc>
      </w:tr>
      <w:tr w:rsidR="00251F72" w:rsidRPr="0015287A" w14:paraId="59B2A1F8" w14:textId="77777777">
        <w:trPr>
          <w:jc w:val="center"/>
        </w:trPr>
        <w:tc>
          <w:tcPr>
            <w:tcW w:w="1704" w:type="dxa"/>
            <w:vAlign w:val="center"/>
          </w:tcPr>
          <w:p w14:paraId="585C9EC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7444C64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0D76BD2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1F4244E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4" w:type="dxa"/>
            <w:vAlign w:val="center"/>
          </w:tcPr>
          <w:p w14:paraId="4C590D7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1.0860</w:t>
            </w:r>
          </w:p>
        </w:tc>
        <w:tc>
          <w:tcPr>
            <w:tcW w:w="1704" w:type="dxa"/>
            <w:vAlign w:val="center"/>
          </w:tcPr>
          <w:p w14:paraId="0F66114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0.5392</w:t>
            </w:r>
          </w:p>
        </w:tc>
      </w:tr>
      <w:tr w:rsidR="00251F72" w:rsidRPr="0015287A" w14:paraId="2D4BEDDC" w14:textId="77777777">
        <w:trPr>
          <w:jc w:val="center"/>
        </w:trPr>
        <w:tc>
          <w:tcPr>
            <w:tcW w:w="1704" w:type="dxa"/>
            <w:vAlign w:val="center"/>
          </w:tcPr>
          <w:p w14:paraId="34FC8F9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581E892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26804E1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2340E00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704" w:type="dxa"/>
            <w:vAlign w:val="center"/>
          </w:tcPr>
          <w:p w14:paraId="0ADE9F2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0.7740</w:t>
            </w:r>
          </w:p>
        </w:tc>
        <w:tc>
          <w:tcPr>
            <w:tcW w:w="1704" w:type="dxa"/>
            <w:vAlign w:val="center"/>
          </w:tcPr>
          <w:p w14:paraId="198C0FE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0.6485</w:t>
            </w:r>
          </w:p>
        </w:tc>
      </w:tr>
      <w:tr w:rsidR="00251F72" w:rsidRPr="0015287A" w14:paraId="0C451D6A" w14:textId="77777777">
        <w:trPr>
          <w:jc w:val="center"/>
        </w:trPr>
        <w:tc>
          <w:tcPr>
            <w:tcW w:w="1704" w:type="dxa"/>
            <w:vAlign w:val="center"/>
          </w:tcPr>
          <w:p w14:paraId="54F0E6F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DT</w:t>
            </w:r>
          </w:p>
        </w:tc>
        <w:tc>
          <w:tcPr>
            <w:tcW w:w="1704" w:type="dxa"/>
            <w:vAlign w:val="center"/>
          </w:tcPr>
          <w:p w14:paraId="38D8731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62C4BE8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30CF2F1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704" w:type="dxa"/>
            <w:vAlign w:val="center"/>
          </w:tcPr>
          <w:p w14:paraId="174D851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0.7363</w:t>
            </w:r>
          </w:p>
        </w:tc>
        <w:tc>
          <w:tcPr>
            <w:tcW w:w="1704" w:type="dxa"/>
            <w:vAlign w:val="center"/>
          </w:tcPr>
          <w:p w14:paraId="13F72B4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0.6711</w:t>
            </w:r>
          </w:p>
        </w:tc>
      </w:tr>
      <w:tr w:rsidR="00251F72" w:rsidRPr="0015287A" w14:paraId="7980B45F" w14:textId="77777777">
        <w:trPr>
          <w:jc w:val="center"/>
        </w:trPr>
        <w:tc>
          <w:tcPr>
            <w:tcW w:w="1704" w:type="dxa"/>
            <w:vAlign w:val="center"/>
          </w:tcPr>
          <w:p w14:paraId="5286295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7FEC295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21FC01A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5BD7F29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4" w:type="dxa"/>
            <w:vAlign w:val="center"/>
          </w:tcPr>
          <w:p w14:paraId="0681F73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0.2227</w:t>
            </w:r>
          </w:p>
        </w:tc>
        <w:tc>
          <w:tcPr>
            <w:tcW w:w="1704" w:type="dxa"/>
            <w:vAlign w:val="center"/>
          </w:tcPr>
          <w:p w14:paraId="42F62F4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0.7202</w:t>
            </w:r>
          </w:p>
        </w:tc>
      </w:tr>
      <w:tr w:rsidR="00251F72" w:rsidRPr="0015287A" w14:paraId="65B97FEB" w14:textId="77777777">
        <w:trPr>
          <w:jc w:val="center"/>
        </w:trPr>
        <w:tc>
          <w:tcPr>
            <w:tcW w:w="1704" w:type="dxa"/>
            <w:vAlign w:val="center"/>
          </w:tcPr>
          <w:p w14:paraId="59948AD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329F03F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1968EF5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69B345D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4" w:type="dxa"/>
            <w:vAlign w:val="center"/>
          </w:tcPr>
          <w:p w14:paraId="1D8BCD8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0.2446</w:t>
            </w:r>
          </w:p>
        </w:tc>
        <w:tc>
          <w:tcPr>
            <w:tcW w:w="1704" w:type="dxa"/>
            <w:vAlign w:val="center"/>
          </w:tcPr>
          <w:p w14:paraId="1759A91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0.6156</w:t>
            </w:r>
          </w:p>
        </w:tc>
      </w:tr>
      <w:tr w:rsidR="00251F72" w:rsidRPr="0015287A" w14:paraId="41B5CB5A" w14:textId="77777777">
        <w:trPr>
          <w:jc w:val="center"/>
        </w:trPr>
        <w:tc>
          <w:tcPr>
            <w:tcW w:w="1704" w:type="dxa"/>
            <w:vAlign w:val="center"/>
          </w:tcPr>
          <w:p w14:paraId="186D580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35D6CF7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0CE2210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5A19319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4" w:type="dxa"/>
            <w:vAlign w:val="center"/>
          </w:tcPr>
          <w:p w14:paraId="138FCB2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0.2093</w:t>
            </w:r>
          </w:p>
        </w:tc>
        <w:tc>
          <w:tcPr>
            <w:tcW w:w="1704" w:type="dxa"/>
            <w:vAlign w:val="center"/>
          </w:tcPr>
          <w:p w14:paraId="0E71E04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0.6084</w:t>
            </w:r>
          </w:p>
        </w:tc>
      </w:tr>
      <w:tr w:rsidR="00251F72" w:rsidRPr="0015287A" w14:paraId="1BF05FFB" w14:textId="77777777">
        <w:trPr>
          <w:jc w:val="center"/>
        </w:trPr>
        <w:tc>
          <w:tcPr>
            <w:tcW w:w="1704" w:type="dxa"/>
            <w:vAlign w:val="center"/>
          </w:tcPr>
          <w:p w14:paraId="7647011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1D013DC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53AAAE5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55F007C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704" w:type="dxa"/>
            <w:vAlign w:val="center"/>
          </w:tcPr>
          <w:p w14:paraId="7467C0B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0.2276</w:t>
            </w:r>
          </w:p>
        </w:tc>
        <w:tc>
          <w:tcPr>
            <w:tcW w:w="1704" w:type="dxa"/>
            <w:vAlign w:val="center"/>
          </w:tcPr>
          <w:p w14:paraId="4B58779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0.6787</w:t>
            </w:r>
          </w:p>
        </w:tc>
      </w:tr>
      <w:tr w:rsidR="00251F72" w:rsidRPr="0015287A" w14:paraId="60551A58" w14:textId="77777777">
        <w:trPr>
          <w:jc w:val="center"/>
        </w:trPr>
        <w:tc>
          <w:tcPr>
            <w:tcW w:w="1704" w:type="dxa"/>
            <w:vAlign w:val="center"/>
          </w:tcPr>
          <w:p w14:paraId="6F9ED34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3B1C6CB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4C83703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6973B4C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704" w:type="dxa"/>
            <w:vAlign w:val="center"/>
          </w:tcPr>
          <w:p w14:paraId="16EA4FB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0.2586</w:t>
            </w:r>
          </w:p>
        </w:tc>
        <w:tc>
          <w:tcPr>
            <w:tcW w:w="1704" w:type="dxa"/>
            <w:vAlign w:val="center"/>
          </w:tcPr>
          <w:p w14:paraId="3601062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0.5719</w:t>
            </w:r>
          </w:p>
        </w:tc>
      </w:tr>
      <w:tr w:rsidR="00251F72" w:rsidRPr="0015287A" w14:paraId="1894406D" w14:textId="77777777">
        <w:trPr>
          <w:jc w:val="center"/>
        </w:trPr>
        <w:tc>
          <w:tcPr>
            <w:tcW w:w="1704" w:type="dxa"/>
            <w:vAlign w:val="center"/>
          </w:tcPr>
          <w:p w14:paraId="3BE0939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3189BCE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0C1FB4B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3765AEE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4" w:type="dxa"/>
            <w:vAlign w:val="center"/>
          </w:tcPr>
          <w:p w14:paraId="52F45BA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0.1834</w:t>
            </w:r>
          </w:p>
        </w:tc>
        <w:tc>
          <w:tcPr>
            <w:tcW w:w="1704" w:type="dxa"/>
            <w:vAlign w:val="center"/>
          </w:tcPr>
          <w:p w14:paraId="036D70F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0.1888</w:t>
            </w:r>
          </w:p>
        </w:tc>
      </w:tr>
      <w:tr w:rsidR="00251F72" w:rsidRPr="0015287A" w14:paraId="74E437D4" w14:textId="77777777">
        <w:trPr>
          <w:jc w:val="center"/>
        </w:trPr>
        <w:tc>
          <w:tcPr>
            <w:tcW w:w="1704" w:type="dxa"/>
            <w:vAlign w:val="center"/>
          </w:tcPr>
          <w:p w14:paraId="0A78570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45AED7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5F8EE37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07B8C6B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4" w:type="dxa"/>
            <w:vAlign w:val="center"/>
          </w:tcPr>
          <w:p w14:paraId="56AB16D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0.1340</w:t>
            </w:r>
          </w:p>
        </w:tc>
        <w:tc>
          <w:tcPr>
            <w:tcW w:w="1704" w:type="dxa"/>
            <w:vAlign w:val="center"/>
          </w:tcPr>
          <w:p w14:paraId="7C982C3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0.0198</w:t>
            </w:r>
          </w:p>
        </w:tc>
      </w:tr>
      <w:tr w:rsidR="00251F72" w:rsidRPr="0015287A" w14:paraId="1B2D3FD5" w14:textId="77777777">
        <w:trPr>
          <w:jc w:val="center"/>
        </w:trPr>
        <w:tc>
          <w:tcPr>
            <w:tcW w:w="1704" w:type="dxa"/>
            <w:vAlign w:val="center"/>
          </w:tcPr>
          <w:p w14:paraId="723EACB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697597B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5F4A253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3A8291B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4" w:type="dxa"/>
            <w:vAlign w:val="center"/>
          </w:tcPr>
          <w:p w14:paraId="3E1DC29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0.2229</w:t>
            </w:r>
          </w:p>
        </w:tc>
        <w:tc>
          <w:tcPr>
            <w:tcW w:w="1704" w:type="dxa"/>
            <w:vAlign w:val="center"/>
          </w:tcPr>
          <w:p w14:paraId="16BE3CC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-0.0656</w:t>
            </w:r>
          </w:p>
        </w:tc>
      </w:tr>
      <w:tr w:rsidR="00251F72" w:rsidRPr="0015287A" w14:paraId="579B1EB3" w14:textId="77777777">
        <w:trPr>
          <w:jc w:val="center"/>
        </w:trPr>
        <w:tc>
          <w:tcPr>
            <w:tcW w:w="1704" w:type="dxa"/>
            <w:vAlign w:val="center"/>
          </w:tcPr>
          <w:p w14:paraId="31F69D0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5CF3F14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157C572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5E27967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704" w:type="dxa"/>
            <w:vAlign w:val="center"/>
          </w:tcPr>
          <w:p w14:paraId="2FC4D27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0.1223</w:t>
            </w:r>
          </w:p>
        </w:tc>
        <w:tc>
          <w:tcPr>
            <w:tcW w:w="1704" w:type="dxa"/>
            <w:vAlign w:val="center"/>
          </w:tcPr>
          <w:p w14:paraId="2CC9DFC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0.0768</w:t>
            </w:r>
          </w:p>
        </w:tc>
      </w:tr>
      <w:tr w:rsidR="00251F72" w:rsidRPr="0015287A" w14:paraId="6C1A826E" w14:textId="77777777">
        <w:trPr>
          <w:jc w:val="center"/>
        </w:trPr>
        <w:tc>
          <w:tcPr>
            <w:tcW w:w="1704" w:type="dxa"/>
            <w:vAlign w:val="center"/>
          </w:tcPr>
          <w:p w14:paraId="74F59C7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0D800FC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04E9B55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14DE63A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704" w:type="dxa"/>
            <w:vAlign w:val="center"/>
          </w:tcPr>
          <w:p w14:paraId="32A10AF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0.1440</w:t>
            </w:r>
          </w:p>
        </w:tc>
        <w:tc>
          <w:tcPr>
            <w:tcW w:w="1704" w:type="dxa"/>
            <w:vAlign w:val="center"/>
          </w:tcPr>
          <w:p w14:paraId="672E08F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0.0722</w:t>
            </w:r>
          </w:p>
        </w:tc>
      </w:tr>
      <w:tr w:rsidR="00251F72" w:rsidRPr="0015287A" w14:paraId="01C4672F" w14:textId="77777777">
        <w:trPr>
          <w:jc w:val="center"/>
        </w:trPr>
        <w:tc>
          <w:tcPr>
            <w:tcW w:w="1704" w:type="dxa"/>
            <w:vAlign w:val="center"/>
          </w:tcPr>
          <w:p w14:paraId="500AB79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4631D89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015031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7C88620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4" w:type="dxa"/>
            <w:vAlign w:val="center"/>
          </w:tcPr>
          <w:p w14:paraId="1726896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0.9892</w:t>
            </w:r>
          </w:p>
        </w:tc>
        <w:tc>
          <w:tcPr>
            <w:tcW w:w="1704" w:type="dxa"/>
            <w:vAlign w:val="center"/>
          </w:tcPr>
          <w:p w14:paraId="3C72236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0.7844</w:t>
            </w:r>
          </w:p>
        </w:tc>
      </w:tr>
      <w:tr w:rsidR="00251F72" w:rsidRPr="0015287A" w14:paraId="69F6D533" w14:textId="77777777">
        <w:trPr>
          <w:jc w:val="center"/>
        </w:trPr>
        <w:tc>
          <w:tcPr>
            <w:tcW w:w="1704" w:type="dxa"/>
            <w:vAlign w:val="center"/>
          </w:tcPr>
          <w:p w14:paraId="66B71DD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1A016C1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439BD5A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4C5FCC0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4" w:type="dxa"/>
            <w:vAlign w:val="center"/>
          </w:tcPr>
          <w:p w14:paraId="1222B4A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0.7513</w:t>
            </w:r>
          </w:p>
        </w:tc>
        <w:tc>
          <w:tcPr>
            <w:tcW w:w="1704" w:type="dxa"/>
            <w:vAlign w:val="center"/>
          </w:tcPr>
          <w:p w14:paraId="587A616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0.7524</w:t>
            </w:r>
          </w:p>
        </w:tc>
      </w:tr>
      <w:tr w:rsidR="00251F72" w:rsidRPr="0015287A" w14:paraId="46FB65AD" w14:textId="77777777">
        <w:trPr>
          <w:jc w:val="center"/>
        </w:trPr>
        <w:tc>
          <w:tcPr>
            <w:tcW w:w="1704" w:type="dxa"/>
            <w:vAlign w:val="center"/>
          </w:tcPr>
          <w:p w14:paraId="3D5DF53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5896450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17E41BC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250983A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704" w:type="dxa"/>
            <w:vAlign w:val="center"/>
          </w:tcPr>
          <w:p w14:paraId="790C242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1.1989</w:t>
            </w:r>
          </w:p>
        </w:tc>
        <w:tc>
          <w:tcPr>
            <w:tcW w:w="1704" w:type="dxa"/>
            <w:vAlign w:val="center"/>
          </w:tcPr>
          <w:p w14:paraId="61D517B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0.4435</w:t>
            </w:r>
          </w:p>
        </w:tc>
      </w:tr>
      <w:tr w:rsidR="00251F72" w:rsidRPr="0015287A" w14:paraId="399F0858" w14:textId="77777777">
        <w:trPr>
          <w:jc w:val="center"/>
        </w:trPr>
        <w:tc>
          <w:tcPr>
            <w:tcW w:w="1704" w:type="dxa"/>
            <w:vAlign w:val="center"/>
          </w:tcPr>
          <w:p w14:paraId="35787F6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6ABC7F4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5C6C10C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38CD56E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704" w:type="dxa"/>
            <w:vAlign w:val="center"/>
          </w:tcPr>
          <w:p w14:paraId="388C7C6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0.7556</w:t>
            </w:r>
          </w:p>
        </w:tc>
        <w:tc>
          <w:tcPr>
            <w:tcW w:w="1704" w:type="dxa"/>
            <w:vAlign w:val="center"/>
          </w:tcPr>
          <w:p w14:paraId="008CEE4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0.6673</w:t>
            </w:r>
          </w:p>
        </w:tc>
      </w:tr>
      <w:tr w:rsidR="00251F72" w:rsidRPr="0015287A" w14:paraId="31EC51CF" w14:textId="77777777">
        <w:trPr>
          <w:jc w:val="center"/>
        </w:trPr>
        <w:tc>
          <w:tcPr>
            <w:tcW w:w="1704" w:type="dxa"/>
            <w:vAlign w:val="center"/>
          </w:tcPr>
          <w:p w14:paraId="250FE1E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DT</w:t>
            </w:r>
          </w:p>
        </w:tc>
        <w:tc>
          <w:tcPr>
            <w:tcW w:w="1704" w:type="dxa"/>
            <w:vAlign w:val="center"/>
          </w:tcPr>
          <w:p w14:paraId="6D5B0AC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58B856C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32E68B1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704" w:type="dxa"/>
            <w:vAlign w:val="center"/>
          </w:tcPr>
          <w:p w14:paraId="5172563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0.7438</w:t>
            </w:r>
          </w:p>
        </w:tc>
        <w:tc>
          <w:tcPr>
            <w:tcW w:w="1704" w:type="dxa"/>
            <w:vAlign w:val="center"/>
          </w:tcPr>
          <w:p w14:paraId="2A62F8B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0.7335</w:t>
            </w:r>
          </w:p>
        </w:tc>
      </w:tr>
      <w:tr w:rsidR="00251F72" w:rsidRPr="0015287A" w14:paraId="373569FA" w14:textId="77777777">
        <w:trPr>
          <w:jc w:val="center"/>
        </w:trPr>
        <w:tc>
          <w:tcPr>
            <w:tcW w:w="1704" w:type="dxa"/>
            <w:vAlign w:val="center"/>
          </w:tcPr>
          <w:p w14:paraId="520B370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134C11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6848D15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4C93CF0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04" w:type="dxa"/>
            <w:vAlign w:val="center"/>
          </w:tcPr>
          <w:p w14:paraId="5D79D98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0.7233</w:t>
            </w:r>
          </w:p>
        </w:tc>
        <w:tc>
          <w:tcPr>
            <w:tcW w:w="1704" w:type="dxa"/>
            <w:vAlign w:val="center"/>
          </w:tcPr>
          <w:p w14:paraId="269B847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0.7075</w:t>
            </w:r>
          </w:p>
        </w:tc>
      </w:tr>
      <w:tr w:rsidR="00251F72" w:rsidRPr="0015287A" w14:paraId="6D00647A" w14:textId="77777777">
        <w:trPr>
          <w:jc w:val="center"/>
        </w:trPr>
        <w:tc>
          <w:tcPr>
            <w:tcW w:w="1704" w:type="dxa"/>
            <w:vAlign w:val="center"/>
          </w:tcPr>
          <w:p w14:paraId="172F5DC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0F2CAF5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404EC07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28399F3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4" w:type="dxa"/>
            <w:vAlign w:val="center"/>
          </w:tcPr>
          <w:p w14:paraId="459DFDF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0.7557</w:t>
            </w:r>
          </w:p>
        </w:tc>
        <w:tc>
          <w:tcPr>
            <w:tcW w:w="1704" w:type="dxa"/>
            <w:vAlign w:val="center"/>
          </w:tcPr>
          <w:p w14:paraId="59249F4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0.7238</w:t>
            </w:r>
          </w:p>
        </w:tc>
      </w:tr>
      <w:tr w:rsidR="00251F72" w:rsidRPr="0015287A" w14:paraId="14FF24FC" w14:textId="77777777">
        <w:trPr>
          <w:jc w:val="center"/>
        </w:trPr>
        <w:tc>
          <w:tcPr>
            <w:tcW w:w="1704" w:type="dxa"/>
            <w:vAlign w:val="center"/>
          </w:tcPr>
          <w:p w14:paraId="431B80C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1129024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6D49346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2C6C791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4" w:type="dxa"/>
            <w:vAlign w:val="center"/>
          </w:tcPr>
          <w:p w14:paraId="586E0BD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0.7478</w:t>
            </w:r>
          </w:p>
        </w:tc>
        <w:tc>
          <w:tcPr>
            <w:tcW w:w="1704" w:type="dxa"/>
            <w:vAlign w:val="center"/>
          </w:tcPr>
          <w:p w14:paraId="10C948E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0.7921</w:t>
            </w:r>
          </w:p>
        </w:tc>
      </w:tr>
      <w:tr w:rsidR="00251F72" w:rsidRPr="0015287A" w14:paraId="6BFF27AC" w14:textId="77777777">
        <w:trPr>
          <w:jc w:val="center"/>
        </w:trPr>
        <w:tc>
          <w:tcPr>
            <w:tcW w:w="1704" w:type="dxa"/>
            <w:vAlign w:val="center"/>
          </w:tcPr>
          <w:p w14:paraId="1B3A813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2E7BA7C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58E0F2E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48D3982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04" w:type="dxa"/>
            <w:vAlign w:val="center"/>
          </w:tcPr>
          <w:p w14:paraId="7881034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0.7269</w:t>
            </w:r>
          </w:p>
        </w:tc>
        <w:tc>
          <w:tcPr>
            <w:tcW w:w="1704" w:type="dxa"/>
            <w:vAlign w:val="center"/>
          </w:tcPr>
          <w:p w14:paraId="0866D4D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0.7302</w:t>
            </w:r>
          </w:p>
        </w:tc>
      </w:tr>
      <w:tr w:rsidR="00251F72" w:rsidRPr="0015287A" w14:paraId="16AB310D" w14:textId="77777777">
        <w:trPr>
          <w:jc w:val="center"/>
        </w:trPr>
        <w:tc>
          <w:tcPr>
            <w:tcW w:w="1704" w:type="dxa"/>
            <w:vAlign w:val="center"/>
          </w:tcPr>
          <w:p w14:paraId="36A1D1D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78FC15B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79DA344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431421C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704" w:type="dxa"/>
            <w:vAlign w:val="center"/>
          </w:tcPr>
          <w:p w14:paraId="766143C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0.7763</w:t>
            </w:r>
          </w:p>
        </w:tc>
        <w:tc>
          <w:tcPr>
            <w:tcW w:w="1704" w:type="dxa"/>
            <w:vAlign w:val="center"/>
          </w:tcPr>
          <w:p w14:paraId="0C72441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0.5417</w:t>
            </w:r>
          </w:p>
        </w:tc>
      </w:tr>
      <w:tr w:rsidR="00251F72" w:rsidRPr="0015287A" w14:paraId="41F3095F" w14:textId="77777777">
        <w:trPr>
          <w:jc w:val="center"/>
        </w:trPr>
        <w:tc>
          <w:tcPr>
            <w:tcW w:w="1704" w:type="dxa"/>
            <w:vAlign w:val="center"/>
          </w:tcPr>
          <w:p w14:paraId="40857B8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5BE04ED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473D90C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1FE81A1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04" w:type="dxa"/>
            <w:vAlign w:val="center"/>
          </w:tcPr>
          <w:p w14:paraId="263E424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0.3156</w:t>
            </w:r>
          </w:p>
        </w:tc>
        <w:tc>
          <w:tcPr>
            <w:tcW w:w="1704" w:type="dxa"/>
            <w:vAlign w:val="center"/>
          </w:tcPr>
          <w:p w14:paraId="3D8211D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0.6990</w:t>
            </w:r>
          </w:p>
        </w:tc>
      </w:tr>
      <w:tr w:rsidR="00251F72" w:rsidRPr="0015287A" w14:paraId="69890D3C" w14:textId="77777777">
        <w:trPr>
          <w:jc w:val="center"/>
        </w:trPr>
        <w:tc>
          <w:tcPr>
            <w:tcW w:w="1704" w:type="dxa"/>
            <w:vAlign w:val="center"/>
          </w:tcPr>
          <w:p w14:paraId="23BB580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652DE30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2C6C855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5A448B6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4" w:type="dxa"/>
            <w:vAlign w:val="center"/>
          </w:tcPr>
          <w:p w14:paraId="12A614F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0.2591</w:t>
            </w:r>
          </w:p>
        </w:tc>
        <w:tc>
          <w:tcPr>
            <w:tcW w:w="1704" w:type="dxa"/>
            <w:vAlign w:val="center"/>
          </w:tcPr>
          <w:p w14:paraId="087E1F7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0.5177</w:t>
            </w:r>
          </w:p>
        </w:tc>
      </w:tr>
      <w:tr w:rsidR="00251F72" w:rsidRPr="0015287A" w14:paraId="108C4C22" w14:textId="77777777">
        <w:trPr>
          <w:jc w:val="center"/>
        </w:trPr>
        <w:tc>
          <w:tcPr>
            <w:tcW w:w="1704" w:type="dxa"/>
            <w:vAlign w:val="center"/>
          </w:tcPr>
          <w:p w14:paraId="49CDB92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7445A8E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2F6E3AB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32CEE4A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4" w:type="dxa"/>
            <w:vAlign w:val="center"/>
          </w:tcPr>
          <w:p w14:paraId="4625DB2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0.2417</w:t>
            </w:r>
          </w:p>
        </w:tc>
        <w:tc>
          <w:tcPr>
            <w:tcW w:w="1704" w:type="dxa"/>
            <w:vAlign w:val="center"/>
          </w:tcPr>
          <w:p w14:paraId="3554C81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0.4299</w:t>
            </w:r>
          </w:p>
        </w:tc>
      </w:tr>
      <w:tr w:rsidR="00251F72" w:rsidRPr="0015287A" w14:paraId="0F520B82" w14:textId="77777777">
        <w:trPr>
          <w:jc w:val="center"/>
        </w:trPr>
        <w:tc>
          <w:tcPr>
            <w:tcW w:w="1704" w:type="dxa"/>
            <w:vAlign w:val="center"/>
          </w:tcPr>
          <w:p w14:paraId="715175E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5D25695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7F4859E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15AE889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04" w:type="dxa"/>
            <w:vAlign w:val="center"/>
          </w:tcPr>
          <w:p w14:paraId="63BB5C1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0.2710</w:t>
            </w:r>
          </w:p>
        </w:tc>
        <w:tc>
          <w:tcPr>
            <w:tcW w:w="1704" w:type="dxa"/>
            <w:vAlign w:val="center"/>
          </w:tcPr>
          <w:p w14:paraId="25C846D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0.6272</w:t>
            </w:r>
          </w:p>
        </w:tc>
      </w:tr>
      <w:tr w:rsidR="00251F72" w:rsidRPr="0015287A" w14:paraId="2708A7C2" w14:textId="77777777">
        <w:trPr>
          <w:jc w:val="center"/>
        </w:trPr>
        <w:tc>
          <w:tcPr>
            <w:tcW w:w="1704" w:type="dxa"/>
            <w:vAlign w:val="center"/>
          </w:tcPr>
          <w:p w14:paraId="5990418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0E2FE1C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5DF5F03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3F0DC5D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704" w:type="dxa"/>
            <w:vAlign w:val="center"/>
          </w:tcPr>
          <w:p w14:paraId="0E6BFB7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0.2656</w:t>
            </w:r>
          </w:p>
        </w:tc>
        <w:tc>
          <w:tcPr>
            <w:tcW w:w="1704" w:type="dxa"/>
            <w:vAlign w:val="center"/>
          </w:tcPr>
          <w:p w14:paraId="5F99B6D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0.5086</w:t>
            </w:r>
          </w:p>
        </w:tc>
      </w:tr>
      <w:tr w:rsidR="00251F72" w:rsidRPr="0015287A" w14:paraId="02DDB616" w14:textId="77777777">
        <w:trPr>
          <w:jc w:val="center"/>
        </w:trPr>
        <w:tc>
          <w:tcPr>
            <w:tcW w:w="1704" w:type="dxa"/>
            <w:vAlign w:val="center"/>
          </w:tcPr>
          <w:p w14:paraId="121879C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5005430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74EA2F8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572F084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04" w:type="dxa"/>
            <w:vAlign w:val="center"/>
          </w:tcPr>
          <w:p w14:paraId="425DF79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0.1811</w:t>
            </w:r>
          </w:p>
        </w:tc>
        <w:tc>
          <w:tcPr>
            <w:tcW w:w="1704" w:type="dxa"/>
            <w:vAlign w:val="center"/>
          </w:tcPr>
          <w:p w14:paraId="29F04D9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-0.0879</w:t>
            </w:r>
          </w:p>
        </w:tc>
      </w:tr>
      <w:tr w:rsidR="00251F72" w:rsidRPr="0015287A" w14:paraId="02F1592A" w14:textId="77777777">
        <w:trPr>
          <w:jc w:val="center"/>
        </w:trPr>
        <w:tc>
          <w:tcPr>
            <w:tcW w:w="1704" w:type="dxa"/>
            <w:vAlign w:val="center"/>
          </w:tcPr>
          <w:p w14:paraId="0E9F12C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079F48C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04B738B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04083A4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4" w:type="dxa"/>
            <w:vAlign w:val="center"/>
          </w:tcPr>
          <w:p w14:paraId="4AAF545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0.1281</w:t>
            </w:r>
          </w:p>
        </w:tc>
        <w:tc>
          <w:tcPr>
            <w:tcW w:w="1704" w:type="dxa"/>
            <w:vAlign w:val="center"/>
          </w:tcPr>
          <w:p w14:paraId="43432BB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0.0396</w:t>
            </w:r>
          </w:p>
        </w:tc>
      </w:tr>
      <w:tr w:rsidR="00251F72" w:rsidRPr="0015287A" w14:paraId="7903E808" w14:textId="77777777">
        <w:trPr>
          <w:jc w:val="center"/>
        </w:trPr>
        <w:tc>
          <w:tcPr>
            <w:tcW w:w="1704" w:type="dxa"/>
            <w:vAlign w:val="center"/>
          </w:tcPr>
          <w:p w14:paraId="7FF644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25AF9F3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5D7C36A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014A9D6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4" w:type="dxa"/>
            <w:vAlign w:val="center"/>
          </w:tcPr>
          <w:p w14:paraId="268583B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0.1723</w:t>
            </w:r>
          </w:p>
        </w:tc>
        <w:tc>
          <w:tcPr>
            <w:tcW w:w="1704" w:type="dxa"/>
            <w:vAlign w:val="center"/>
          </w:tcPr>
          <w:p w14:paraId="6B1AAA4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-0.2764</w:t>
            </w:r>
          </w:p>
        </w:tc>
      </w:tr>
      <w:tr w:rsidR="00251F72" w:rsidRPr="0015287A" w14:paraId="47FB6B82" w14:textId="77777777">
        <w:trPr>
          <w:jc w:val="center"/>
        </w:trPr>
        <w:tc>
          <w:tcPr>
            <w:tcW w:w="1704" w:type="dxa"/>
            <w:vAlign w:val="center"/>
          </w:tcPr>
          <w:p w14:paraId="25E968F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066D123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2160A83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14211BF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04" w:type="dxa"/>
            <w:vAlign w:val="center"/>
          </w:tcPr>
          <w:p w14:paraId="553ACD7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0.1499</w:t>
            </w:r>
          </w:p>
        </w:tc>
        <w:tc>
          <w:tcPr>
            <w:tcW w:w="1704" w:type="dxa"/>
            <w:vAlign w:val="center"/>
          </w:tcPr>
          <w:p w14:paraId="4BE915F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-0.0201</w:t>
            </w:r>
          </w:p>
        </w:tc>
      </w:tr>
      <w:tr w:rsidR="00251F72" w:rsidRPr="0015287A" w14:paraId="79ECECAB" w14:textId="77777777">
        <w:trPr>
          <w:jc w:val="center"/>
        </w:trPr>
        <w:tc>
          <w:tcPr>
            <w:tcW w:w="1704" w:type="dxa"/>
            <w:vAlign w:val="center"/>
          </w:tcPr>
          <w:p w14:paraId="1358337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39BB42E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6001AC1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3B34065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704" w:type="dxa"/>
            <w:vAlign w:val="center"/>
          </w:tcPr>
          <w:p w14:paraId="55E2ECA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0.1145</w:t>
            </w:r>
          </w:p>
        </w:tc>
        <w:tc>
          <w:tcPr>
            <w:tcW w:w="1704" w:type="dxa"/>
            <w:vAlign w:val="center"/>
          </w:tcPr>
          <w:p w14:paraId="7D9C8D7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0.1083</w:t>
            </w:r>
          </w:p>
        </w:tc>
      </w:tr>
      <w:tr w:rsidR="00251F72" w:rsidRPr="0015287A" w14:paraId="1C5A1A93" w14:textId="77777777">
        <w:trPr>
          <w:jc w:val="center"/>
        </w:trPr>
        <w:tc>
          <w:tcPr>
            <w:tcW w:w="1704" w:type="dxa"/>
            <w:vAlign w:val="center"/>
          </w:tcPr>
          <w:p w14:paraId="11404A7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6A768CA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60FFBEE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4E4CBAD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704" w:type="dxa"/>
            <w:vAlign w:val="center"/>
          </w:tcPr>
          <w:p w14:paraId="70A929D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0.6998</w:t>
            </w:r>
          </w:p>
        </w:tc>
        <w:tc>
          <w:tcPr>
            <w:tcW w:w="1704" w:type="dxa"/>
            <w:vAlign w:val="center"/>
          </w:tcPr>
          <w:p w14:paraId="24B7057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0.7629</w:t>
            </w:r>
          </w:p>
        </w:tc>
      </w:tr>
      <w:tr w:rsidR="00251F72" w:rsidRPr="0015287A" w14:paraId="4F101452" w14:textId="77777777">
        <w:trPr>
          <w:jc w:val="center"/>
        </w:trPr>
        <w:tc>
          <w:tcPr>
            <w:tcW w:w="1704" w:type="dxa"/>
            <w:vAlign w:val="center"/>
          </w:tcPr>
          <w:p w14:paraId="47BA398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4E3E4F8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477ECE0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66B3D64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1704" w:type="dxa"/>
            <w:vAlign w:val="center"/>
          </w:tcPr>
          <w:p w14:paraId="1C2FA6C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0.7678</w:t>
            </w:r>
          </w:p>
        </w:tc>
        <w:tc>
          <w:tcPr>
            <w:tcW w:w="1704" w:type="dxa"/>
            <w:vAlign w:val="center"/>
          </w:tcPr>
          <w:p w14:paraId="6B1CE87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0.7265</w:t>
            </w:r>
          </w:p>
        </w:tc>
      </w:tr>
      <w:tr w:rsidR="00251F72" w:rsidRPr="0015287A" w14:paraId="13AF0E73" w14:textId="77777777">
        <w:trPr>
          <w:jc w:val="center"/>
        </w:trPr>
        <w:tc>
          <w:tcPr>
            <w:tcW w:w="1704" w:type="dxa"/>
            <w:vAlign w:val="center"/>
          </w:tcPr>
          <w:p w14:paraId="36E8730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0E91498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76BDA6A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64AFA89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4" w:type="dxa"/>
            <w:vAlign w:val="center"/>
          </w:tcPr>
          <w:p w14:paraId="41E2903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0.8602</w:t>
            </w:r>
          </w:p>
        </w:tc>
        <w:tc>
          <w:tcPr>
            <w:tcW w:w="1704" w:type="dxa"/>
            <w:vAlign w:val="center"/>
          </w:tcPr>
          <w:p w14:paraId="2BC3DAD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0.7679</w:t>
            </w:r>
          </w:p>
        </w:tc>
      </w:tr>
      <w:tr w:rsidR="00251F72" w:rsidRPr="0015287A" w14:paraId="6E90233C" w14:textId="77777777">
        <w:trPr>
          <w:jc w:val="center"/>
        </w:trPr>
        <w:tc>
          <w:tcPr>
            <w:tcW w:w="1704" w:type="dxa"/>
            <w:vAlign w:val="center"/>
          </w:tcPr>
          <w:p w14:paraId="3DCA08E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0AC539F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4B4CEE8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616877C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704" w:type="dxa"/>
            <w:vAlign w:val="center"/>
          </w:tcPr>
          <w:p w14:paraId="7FC8F8D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0.7051</w:t>
            </w:r>
          </w:p>
        </w:tc>
        <w:tc>
          <w:tcPr>
            <w:tcW w:w="1704" w:type="dxa"/>
            <w:vAlign w:val="center"/>
          </w:tcPr>
          <w:p w14:paraId="5BFF5C9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0.7018</w:t>
            </w:r>
          </w:p>
        </w:tc>
      </w:tr>
      <w:tr w:rsidR="00251F72" w:rsidRPr="0015287A" w14:paraId="293557C4" w14:textId="77777777">
        <w:trPr>
          <w:jc w:val="center"/>
        </w:trPr>
        <w:tc>
          <w:tcPr>
            <w:tcW w:w="1704" w:type="dxa"/>
            <w:vAlign w:val="center"/>
          </w:tcPr>
          <w:p w14:paraId="2AA4A3D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BPNN</w:t>
            </w:r>
          </w:p>
        </w:tc>
        <w:tc>
          <w:tcPr>
            <w:tcW w:w="1704" w:type="dxa"/>
            <w:vAlign w:val="center"/>
          </w:tcPr>
          <w:p w14:paraId="092E507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50D0B0A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7115D9F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704" w:type="dxa"/>
            <w:vAlign w:val="center"/>
          </w:tcPr>
          <w:p w14:paraId="6E570C9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0.7987</w:t>
            </w:r>
          </w:p>
        </w:tc>
        <w:tc>
          <w:tcPr>
            <w:tcW w:w="1704" w:type="dxa"/>
            <w:vAlign w:val="center"/>
          </w:tcPr>
          <w:p w14:paraId="1C8B5B2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0.6164</w:t>
            </w:r>
          </w:p>
        </w:tc>
      </w:tr>
      <w:tr w:rsidR="00251F72" w:rsidRPr="0015287A" w14:paraId="4BA78939" w14:textId="77777777">
        <w:trPr>
          <w:jc w:val="center"/>
        </w:trPr>
        <w:tc>
          <w:tcPr>
            <w:tcW w:w="1704" w:type="dxa"/>
            <w:vAlign w:val="center"/>
          </w:tcPr>
          <w:p w14:paraId="7E74B73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5EA4CD7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736AE8A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676D399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4" w:type="dxa"/>
            <w:vAlign w:val="center"/>
          </w:tcPr>
          <w:p w14:paraId="64485D8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1.4420</w:t>
            </w:r>
          </w:p>
        </w:tc>
        <w:tc>
          <w:tcPr>
            <w:tcW w:w="1704" w:type="dxa"/>
            <w:vAlign w:val="center"/>
          </w:tcPr>
          <w:p w14:paraId="4738086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0.6466</w:t>
            </w:r>
          </w:p>
        </w:tc>
      </w:tr>
      <w:tr w:rsidR="00251F72" w:rsidRPr="0015287A" w14:paraId="1DAAC11E" w14:textId="77777777">
        <w:trPr>
          <w:jc w:val="center"/>
        </w:trPr>
        <w:tc>
          <w:tcPr>
            <w:tcW w:w="1704" w:type="dxa"/>
            <w:vAlign w:val="center"/>
          </w:tcPr>
          <w:p w14:paraId="75482AD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6C9F8F5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404A900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07839EB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704" w:type="dxa"/>
            <w:vAlign w:val="center"/>
          </w:tcPr>
          <w:p w14:paraId="5F6D250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0.8195</w:t>
            </w:r>
          </w:p>
        </w:tc>
        <w:tc>
          <w:tcPr>
            <w:tcW w:w="1704" w:type="dxa"/>
            <w:vAlign w:val="center"/>
          </w:tcPr>
          <w:p w14:paraId="7932671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0.7811</w:t>
            </w:r>
          </w:p>
        </w:tc>
      </w:tr>
      <w:tr w:rsidR="00251F72" w:rsidRPr="0015287A" w14:paraId="5BB4EA9A" w14:textId="77777777">
        <w:trPr>
          <w:jc w:val="center"/>
        </w:trPr>
        <w:tc>
          <w:tcPr>
            <w:tcW w:w="1704" w:type="dxa"/>
            <w:vAlign w:val="center"/>
          </w:tcPr>
          <w:p w14:paraId="3ABF5FD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5ACD4B1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10C6BF3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33A1B51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4" w:type="dxa"/>
            <w:vAlign w:val="center"/>
          </w:tcPr>
          <w:p w14:paraId="5DACD14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1.1584</w:t>
            </w:r>
          </w:p>
        </w:tc>
        <w:tc>
          <w:tcPr>
            <w:tcW w:w="1704" w:type="dxa"/>
            <w:vAlign w:val="center"/>
          </w:tcPr>
          <w:p w14:paraId="49E4704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0.5580</w:t>
            </w:r>
          </w:p>
        </w:tc>
      </w:tr>
      <w:tr w:rsidR="00251F72" w:rsidRPr="0015287A" w14:paraId="3BD8D9FC" w14:textId="77777777">
        <w:trPr>
          <w:jc w:val="center"/>
        </w:trPr>
        <w:tc>
          <w:tcPr>
            <w:tcW w:w="1704" w:type="dxa"/>
            <w:vAlign w:val="center"/>
          </w:tcPr>
          <w:p w14:paraId="4698EB5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738A2B5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16ACCF2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7E9376B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704" w:type="dxa"/>
            <w:vAlign w:val="center"/>
          </w:tcPr>
          <w:p w14:paraId="7A3E0DC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0.7045</w:t>
            </w:r>
          </w:p>
        </w:tc>
        <w:tc>
          <w:tcPr>
            <w:tcW w:w="1704" w:type="dxa"/>
            <w:vAlign w:val="center"/>
          </w:tcPr>
          <w:p w14:paraId="39A2F68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0.7220</w:t>
            </w:r>
          </w:p>
        </w:tc>
      </w:tr>
      <w:tr w:rsidR="00251F72" w:rsidRPr="0015287A" w14:paraId="2566CE23" w14:textId="77777777">
        <w:trPr>
          <w:jc w:val="center"/>
        </w:trPr>
        <w:tc>
          <w:tcPr>
            <w:tcW w:w="1704" w:type="dxa"/>
            <w:vAlign w:val="center"/>
          </w:tcPr>
          <w:p w14:paraId="092F67D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7AAEC3D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1D9D210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3008A2F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4" w:type="dxa"/>
            <w:vAlign w:val="center"/>
          </w:tcPr>
          <w:p w14:paraId="565FE77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1.0805</w:t>
            </w:r>
          </w:p>
        </w:tc>
        <w:tc>
          <w:tcPr>
            <w:tcW w:w="1704" w:type="dxa"/>
            <w:vAlign w:val="center"/>
          </w:tcPr>
          <w:p w14:paraId="3840B4D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0.6466</w:t>
            </w:r>
          </w:p>
        </w:tc>
      </w:tr>
      <w:tr w:rsidR="00251F72" w:rsidRPr="0015287A" w14:paraId="6D11417C" w14:textId="77777777">
        <w:trPr>
          <w:jc w:val="center"/>
        </w:trPr>
        <w:tc>
          <w:tcPr>
            <w:tcW w:w="1704" w:type="dxa"/>
            <w:vAlign w:val="center"/>
          </w:tcPr>
          <w:p w14:paraId="73FEDE5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13A5AB3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55A5582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4332E85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4" w:type="dxa"/>
            <w:vAlign w:val="center"/>
          </w:tcPr>
          <w:p w14:paraId="13074EB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0.2310</w:t>
            </w:r>
          </w:p>
        </w:tc>
        <w:tc>
          <w:tcPr>
            <w:tcW w:w="1704" w:type="dxa"/>
            <w:vAlign w:val="center"/>
          </w:tcPr>
          <w:p w14:paraId="1A63431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0.7378</w:t>
            </w:r>
          </w:p>
        </w:tc>
      </w:tr>
      <w:tr w:rsidR="00251F72" w:rsidRPr="0015287A" w14:paraId="11B2B099" w14:textId="77777777">
        <w:trPr>
          <w:jc w:val="center"/>
        </w:trPr>
        <w:tc>
          <w:tcPr>
            <w:tcW w:w="1704" w:type="dxa"/>
            <w:vAlign w:val="center"/>
          </w:tcPr>
          <w:p w14:paraId="4A0A2F7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03CC37D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4C87B2E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0CE7732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704" w:type="dxa"/>
            <w:vAlign w:val="center"/>
          </w:tcPr>
          <w:p w14:paraId="263894B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0.2065</w:t>
            </w:r>
          </w:p>
        </w:tc>
        <w:tc>
          <w:tcPr>
            <w:tcW w:w="1704" w:type="dxa"/>
            <w:vAlign w:val="center"/>
          </w:tcPr>
          <w:p w14:paraId="63AD7D7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0.6176</w:t>
            </w:r>
          </w:p>
        </w:tc>
      </w:tr>
      <w:tr w:rsidR="00251F72" w:rsidRPr="0015287A" w14:paraId="6E0BB1DB" w14:textId="77777777">
        <w:trPr>
          <w:jc w:val="center"/>
        </w:trPr>
        <w:tc>
          <w:tcPr>
            <w:tcW w:w="1704" w:type="dxa"/>
            <w:vAlign w:val="center"/>
          </w:tcPr>
          <w:p w14:paraId="0F2D8ED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61CC820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7DA41BE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1BD062D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4" w:type="dxa"/>
            <w:vAlign w:val="center"/>
          </w:tcPr>
          <w:p w14:paraId="246B880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0.1787</w:t>
            </w:r>
          </w:p>
        </w:tc>
        <w:tc>
          <w:tcPr>
            <w:tcW w:w="1704" w:type="dxa"/>
            <w:vAlign w:val="center"/>
          </w:tcPr>
          <w:p w14:paraId="4C4E2C7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0.7529</w:t>
            </w:r>
          </w:p>
        </w:tc>
      </w:tr>
      <w:tr w:rsidR="00251F72" w:rsidRPr="0015287A" w14:paraId="7F1C1DA3" w14:textId="77777777">
        <w:trPr>
          <w:jc w:val="center"/>
        </w:trPr>
        <w:tc>
          <w:tcPr>
            <w:tcW w:w="1704" w:type="dxa"/>
            <w:vAlign w:val="center"/>
          </w:tcPr>
          <w:p w14:paraId="51B3115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5DAD67A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606EA08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0F12191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704" w:type="dxa"/>
            <w:vAlign w:val="center"/>
          </w:tcPr>
          <w:p w14:paraId="445A49D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0.2041</w:t>
            </w:r>
          </w:p>
        </w:tc>
        <w:tc>
          <w:tcPr>
            <w:tcW w:w="1704" w:type="dxa"/>
            <w:vAlign w:val="center"/>
          </w:tcPr>
          <w:p w14:paraId="56CFDB4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0.6483</w:t>
            </w:r>
          </w:p>
        </w:tc>
      </w:tr>
      <w:tr w:rsidR="00251F72" w:rsidRPr="0015287A" w14:paraId="1010A4AB" w14:textId="77777777">
        <w:trPr>
          <w:jc w:val="center"/>
        </w:trPr>
        <w:tc>
          <w:tcPr>
            <w:tcW w:w="1704" w:type="dxa"/>
            <w:vAlign w:val="center"/>
          </w:tcPr>
          <w:p w14:paraId="74A9F72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377BF75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29CC08B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13780F7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4" w:type="dxa"/>
            <w:vAlign w:val="center"/>
          </w:tcPr>
          <w:p w14:paraId="7FF6ACD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0.2215</w:t>
            </w:r>
          </w:p>
        </w:tc>
        <w:tc>
          <w:tcPr>
            <w:tcW w:w="1704" w:type="dxa"/>
            <w:vAlign w:val="center"/>
          </w:tcPr>
          <w:p w14:paraId="35516EB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0.6449</w:t>
            </w:r>
          </w:p>
        </w:tc>
      </w:tr>
      <w:tr w:rsidR="00251F72" w:rsidRPr="0015287A" w14:paraId="540841C5" w14:textId="77777777">
        <w:trPr>
          <w:jc w:val="center"/>
        </w:trPr>
        <w:tc>
          <w:tcPr>
            <w:tcW w:w="1704" w:type="dxa"/>
            <w:vAlign w:val="center"/>
          </w:tcPr>
          <w:p w14:paraId="6989ED3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6B5E408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19DF5EC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2944C8C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4" w:type="dxa"/>
            <w:vAlign w:val="center"/>
          </w:tcPr>
          <w:p w14:paraId="4ED80A4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0.2776</w:t>
            </w:r>
          </w:p>
        </w:tc>
        <w:tc>
          <w:tcPr>
            <w:tcW w:w="1704" w:type="dxa"/>
            <w:vAlign w:val="center"/>
          </w:tcPr>
          <w:p w14:paraId="510F53A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-0.0307</w:t>
            </w:r>
          </w:p>
        </w:tc>
      </w:tr>
      <w:tr w:rsidR="00251F72" w:rsidRPr="0015287A" w14:paraId="546A30DF" w14:textId="77777777">
        <w:trPr>
          <w:jc w:val="center"/>
        </w:trPr>
        <w:tc>
          <w:tcPr>
            <w:tcW w:w="1704" w:type="dxa"/>
            <w:vAlign w:val="center"/>
          </w:tcPr>
          <w:p w14:paraId="5BD00D3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GBN</w:t>
            </w:r>
          </w:p>
        </w:tc>
        <w:tc>
          <w:tcPr>
            <w:tcW w:w="1704" w:type="dxa"/>
            <w:vAlign w:val="center"/>
          </w:tcPr>
          <w:p w14:paraId="5796D67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50AF2A0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6AEC970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704" w:type="dxa"/>
            <w:vAlign w:val="center"/>
          </w:tcPr>
          <w:p w14:paraId="116BAA4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0.1207</w:t>
            </w:r>
          </w:p>
        </w:tc>
        <w:tc>
          <w:tcPr>
            <w:tcW w:w="1704" w:type="dxa"/>
            <w:vAlign w:val="center"/>
          </w:tcPr>
          <w:p w14:paraId="6A6F8C6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0.0117</w:t>
            </w:r>
          </w:p>
        </w:tc>
      </w:tr>
      <w:tr w:rsidR="00251F72" w:rsidRPr="0015287A" w14:paraId="2DA24CE7" w14:textId="77777777">
        <w:trPr>
          <w:jc w:val="center"/>
        </w:trPr>
        <w:tc>
          <w:tcPr>
            <w:tcW w:w="1704" w:type="dxa"/>
            <w:vAlign w:val="center"/>
          </w:tcPr>
          <w:p w14:paraId="08E1B29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558DA4B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35F6155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3C9CADC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4" w:type="dxa"/>
            <w:vAlign w:val="center"/>
          </w:tcPr>
          <w:p w14:paraId="61C36D9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0.2187</w:t>
            </w:r>
          </w:p>
        </w:tc>
        <w:tc>
          <w:tcPr>
            <w:tcW w:w="1704" w:type="dxa"/>
            <w:vAlign w:val="center"/>
          </w:tcPr>
          <w:p w14:paraId="2150A3A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-0.0092</w:t>
            </w:r>
          </w:p>
        </w:tc>
      </w:tr>
      <w:tr w:rsidR="00251F72" w:rsidRPr="0015287A" w14:paraId="29FFB900" w14:textId="77777777">
        <w:trPr>
          <w:jc w:val="center"/>
        </w:trPr>
        <w:tc>
          <w:tcPr>
            <w:tcW w:w="1704" w:type="dxa"/>
            <w:vAlign w:val="center"/>
          </w:tcPr>
          <w:p w14:paraId="466D059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5F7C839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46D11CD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5F4CF81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704" w:type="dxa"/>
            <w:vAlign w:val="center"/>
          </w:tcPr>
          <w:p w14:paraId="26D57D5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0.1482</w:t>
            </w:r>
          </w:p>
        </w:tc>
        <w:tc>
          <w:tcPr>
            <w:tcW w:w="1704" w:type="dxa"/>
            <w:vAlign w:val="center"/>
          </w:tcPr>
          <w:p w14:paraId="6736524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-0.0360</w:t>
            </w:r>
          </w:p>
        </w:tc>
      </w:tr>
      <w:tr w:rsidR="00251F72" w:rsidRPr="0015287A" w14:paraId="75A10C7F" w14:textId="77777777">
        <w:trPr>
          <w:jc w:val="center"/>
        </w:trPr>
        <w:tc>
          <w:tcPr>
            <w:tcW w:w="1704" w:type="dxa"/>
            <w:vAlign w:val="center"/>
          </w:tcPr>
          <w:p w14:paraId="5268FFD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212C39A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38AC348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4168D53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4" w:type="dxa"/>
            <w:vAlign w:val="center"/>
          </w:tcPr>
          <w:p w14:paraId="6DC9AB6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0.1348</w:t>
            </w:r>
          </w:p>
        </w:tc>
        <w:tc>
          <w:tcPr>
            <w:tcW w:w="1704" w:type="dxa"/>
            <w:vAlign w:val="center"/>
          </w:tcPr>
          <w:p w14:paraId="6CC250C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0.0316</w:t>
            </w:r>
          </w:p>
        </w:tc>
      </w:tr>
      <w:tr w:rsidR="00251F72" w:rsidRPr="0015287A" w14:paraId="6ECF69E8" w14:textId="77777777">
        <w:trPr>
          <w:jc w:val="center"/>
        </w:trPr>
        <w:tc>
          <w:tcPr>
            <w:tcW w:w="1704" w:type="dxa"/>
            <w:vAlign w:val="center"/>
          </w:tcPr>
          <w:p w14:paraId="3E69653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6C5DADC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60E166B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422F55C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4" w:type="dxa"/>
            <w:vAlign w:val="center"/>
          </w:tcPr>
          <w:p w14:paraId="2CFA631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1.5552</w:t>
            </w:r>
          </w:p>
        </w:tc>
        <w:tc>
          <w:tcPr>
            <w:tcW w:w="1704" w:type="dxa"/>
            <w:vAlign w:val="center"/>
          </w:tcPr>
          <w:p w14:paraId="1CB88B9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0.6060</w:t>
            </w:r>
          </w:p>
        </w:tc>
      </w:tr>
      <w:tr w:rsidR="00251F72" w:rsidRPr="0015287A" w14:paraId="17F29A7B" w14:textId="77777777">
        <w:trPr>
          <w:jc w:val="center"/>
        </w:trPr>
        <w:tc>
          <w:tcPr>
            <w:tcW w:w="1704" w:type="dxa"/>
            <w:vAlign w:val="center"/>
          </w:tcPr>
          <w:p w14:paraId="261ECB8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06723F8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67FBD6D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436DC3C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704" w:type="dxa"/>
            <w:vAlign w:val="center"/>
          </w:tcPr>
          <w:p w14:paraId="64FD9D8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0.8151</w:t>
            </w:r>
          </w:p>
        </w:tc>
        <w:tc>
          <w:tcPr>
            <w:tcW w:w="1704" w:type="dxa"/>
            <w:vAlign w:val="center"/>
          </w:tcPr>
          <w:p w14:paraId="7091799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0.8013</w:t>
            </w:r>
          </w:p>
        </w:tc>
      </w:tr>
      <w:tr w:rsidR="00251F72" w:rsidRPr="0015287A" w14:paraId="5E6B7868" w14:textId="77777777">
        <w:trPr>
          <w:jc w:val="center"/>
        </w:trPr>
        <w:tc>
          <w:tcPr>
            <w:tcW w:w="1704" w:type="dxa"/>
            <w:vAlign w:val="center"/>
          </w:tcPr>
          <w:p w14:paraId="511D27A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668698F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54A631A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06CB1D2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4" w:type="dxa"/>
            <w:vAlign w:val="center"/>
          </w:tcPr>
          <w:p w14:paraId="3928FF1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1.2629</w:t>
            </w:r>
          </w:p>
        </w:tc>
        <w:tc>
          <w:tcPr>
            <w:tcW w:w="1704" w:type="dxa"/>
            <w:vAlign w:val="center"/>
          </w:tcPr>
          <w:p w14:paraId="74CFAEA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0.5383</w:t>
            </w:r>
          </w:p>
        </w:tc>
      </w:tr>
      <w:tr w:rsidR="00251F72" w:rsidRPr="0015287A" w14:paraId="56A1A07A" w14:textId="77777777">
        <w:trPr>
          <w:jc w:val="center"/>
        </w:trPr>
        <w:tc>
          <w:tcPr>
            <w:tcW w:w="1704" w:type="dxa"/>
            <w:vAlign w:val="center"/>
          </w:tcPr>
          <w:p w14:paraId="5BF71BD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31F44D8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044E9A3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567E307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704" w:type="dxa"/>
            <w:vAlign w:val="center"/>
          </w:tcPr>
          <w:p w14:paraId="4215A62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0.6961</w:t>
            </w:r>
          </w:p>
        </w:tc>
        <w:tc>
          <w:tcPr>
            <w:tcW w:w="1704" w:type="dxa"/>
            <w:vAlign w:val="center"/>
          </w:tcPr>
          <w:p w14:paraId="539357F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0.6954</w:t>
            </w:r>
          </w:p>
        </w:tc>
      </w:tr>
      <w:tr w:rsidR="00251F72" w:rsidRPr="0015287A" w14:paraId="26E10927" w14:textId="77777777">
        <w:trPr>
          <w:jc w:val="center"/>
        </w:trPr>
        <w:tc>
          <w:tcPr>
            <w:tcW w:w="1704" w:type="dxa"/>
            <w:vAlign w:val="center"/>
          </w:tcPr>
          <w:p w14:paraId="11963FB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GBN</w:t>
            </w:r>
          </w:p>
        </w:tc>
        <w:tc>
          <w:tcPr>
            <w:tcW w:w="1704" w:type="dxa"/>
            <w:vAlign w:val="center"/>
          </w:tcPr>
          <w:p w14:paraId="4C1614D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062A1DA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18C137B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4" w:type="dxa"/>
            <w:vAlign w:val="center"/>
          </w:tcPr>
          <w:p w14:paraId="47830DF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1.1041</w:t>
            </w:r>
          </w:p>
        </w:tc>
        <w:tc>
          <w:tcPr>
            <w:tcW w:w="1704" w:type="dxa"/>
            <w:vAlign w:val="center"/>
          </w:tcPr>
          <w:p w14:paraId="09BCB10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0.6806</w:t>
            </w:r>
          </w:p>
        </w:tc>
      </w:tr>
      <w:tr w:rsidR="00251F72" w:rsidRPr="0015287A" w14:paraId="22E1C810" w14:textId="77777777">
        <w:trPr>
          <w:jc w:val="center"/>
        </w:trPr>
        <w:tc>
          <w:tcPr>
            <w:tcW w:w="1704" w:type="dxa"/>
            <w:vAlign w:val="center"/>
          </w:tcPr>
          <w:p w14:paraId="2228F74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18A458E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73F29F0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3DCADF7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4" w:type="dxa"/>
            <w:vAlign w:val="center"/>
          </w:tcPr>
          <w:p w14:paraId="2AEB22C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1.3044</w:t>
            </w:r>
          </w:p>
        </w:tc>
        <w:tc>
          <w:tcPr>
            <w:tcW w:w="1704" w:type="dxa"/>
            <w:vAlign w:val="center"/>
          </w:tcPr>
          <w:p w14:paraId="19A3257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0.7109</w:t>
            </w:r>
          </w:p>
        </w:tc>
      </w:tr>
      <w:tr w:rsidR="00251F72" w:rsidRPr="0015287A" w14:paraId="00342AA2" w14:textId="77777777">
        <w:trPr>
          <w:jc w:val="center"/>
        </w:trPr>
        <w:tc>
          <w:tcPr>
            <w:tcW w:w="1704" w:type="dxa"/>
            <w:vAlign w:val="center"/>
          </w:tcPr>
          <w:p w14:paraId="4AC4C24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795D63D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0ECD528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75E4E4D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704" w:type="dxa"/>
            <w:vAlign w:val="center"/>
          </w:tcPr>
          <w:p w14:paraId="692B91A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0.7955</w:t>
            </w:r>
          </w:p>
        </w:tc>
        <w:tc>
          <w:tcPr>
            <w:tcW w:w="1704" w:type="dxa"/>
            <w:vAlign w:val="center"/>
          </w:tcPr>
          <w:p w14:paraId="477F783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0.7937</w:t>
            </w:r>
          </w:p>
        </w:tc>
      </w:tr>
      <w:tr w:rsidR="00251F72" w:rsidRPr="0015287A" w14:paraId="69B95BA5" w14:textId="77777777">
        <w:trPr>
          <w:jc w:val="center"/>
        </w:trPr>
        <w:tc>
          <w:tcPr>
            <w:tcW w:w="1704" w:type="dxa"/>
            <w:vAlign w:val="center"/>
          </w:tcPr>
          <w:p w14:paraId="6C5428F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73B5958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1837456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1B6F1C2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4" w:type="dxa"/>
            <w:vAlign w:val="center"/>
          </w:tcPr>
          <w:p w14:paraId="109898F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0.8936</w:t>
            </w:r>
          </w:p>
        </w:tc>
        <w:tc>
          <w:tcPr>
            <w:tcW w:w="1704" w:type="dxa"/>
            <w:vAlign w:val="center"/>
          </w:tcPr>
          <w:p w14:paraId="4930A1B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0.7370</w:t>
            </w:r>
          </w:p>
        </w:tc>
      </w:tr>
      <w:tr w:rsidR="00251F72" w:rsidRPr="0015287A" w14:paraId="6CDAC1F3" w14:textId="77777777">
        <w:trPr>
          <w:jc w:val="center"/>
        </w:trPr>
        <w:tc>
          <w:tcPr>
            <w:tcW w:w="1704" w:type="dxa"/>
            <w:vAlign w:val="center"/>
          </w:tcPr>
          <w:p w14:paraId="06FDCB8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51765DF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4500086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2D5017D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704" w:type="dxa"/>
            <w:vAlign w:val="center"/>
          </w:tcPr>
          <w:p w14:paraId="74AE54B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0.7048</w:t>
            </w:r>
          </w:p>
        </w:tc>
        <w:tc>
          <w:tcPr>
            <w:tcW w:w="1704" w:type="dxa"/>
            <w:vAlign w:val="center"/>
          </w:tcPr>
          <w:p w14:paraId="5EF4B54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0.7218</w:t>
            </w:r>
          </w:p>
        </w:tc>
      </w:tr>
      <w:tr w:rsidR="00251F72" w:rsidRPr="0015287A" w14:paraId="5E28D476" w14:textId="77777777">
        <w:trPr>
          <w:jc w:val="center"/>
        </w:trPr>
        <w:tc>
          <w:tcPr>
            <w:tcW w:w="1704" w:type="dxa"/>
            <w:vAlign w:val="center"/>
          </w:tcPr>
          <w:p w14:paraId="1F4F75B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46640A2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704" w:type="dxa"/>
            <w:vAlign w:val="center"/>
          </w:tcPr>
          <w:p w14:paraId="06E6731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51DA8CB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4" w:type="dxa"/>
            <w:vAlign w:val="center"/>
          </w:tcPr>
          <w:p w14:paraId="4855A51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1.0386</w:t>
            </w:r>
          </w:p>
        </w:tc>
        <w:tc>
          <w:tcPr>
            <w:tcW w:w="1704" w:type="dxa"/>
            <w:vAlign w:val="center"/>
          </w:tcPr>
          <w:p w14:paraId="18AA73C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0.6735</w:t>
            </w:r>
          </w:p>
        </w:tc>
      </w:tr>
      <w:tr w:rsidR="00251F72" w:rsidRPr="0015287A" w14:paraId="747B1B9C" w14:textId="77777777">
        <w:trPr>
          <w:jc w:val="center"/>
        </w:trPr>
        <w:tc>
          <w:tcPr>
            <w:tcW w:w="1704" w:type="dxa"/>
            <w:vAlign w:val="center"/>
          </w:tcPr>
          <w:p w14:paraId="5F6BA90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40405C8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002B02A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0D11CFC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4" w:type="dxa"/>
            <w:vAlign w:val="center"/>
          </w:tcPr>
          <w:p w14:paraId="7F5D02F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0.4120</w:t>
            </w:r>
          </w:p>
        </w:tc>
        <w:tc>
          <w:tcPr>
            <w:tcW w:w="1704" w:type="dxa"/>
            <w:vAlign w:val="center"/>
          </w:tcPr>
          <w:p w14:paraId="2E46FD9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0.1662</w:t>
            </w:r>
          </w:p>
        </w:tc>
      </w:tr>
      <w:tr w:rsidR="00251F72" w:rsidRPr="0015287A" w14:paraId="45EB78FB" w14:textId="77777777">
        <w:trPr>
          <w:jc w:val="center"/>
        </w:trPr>
        <w:tc>
          <w:tcPr>
            <w:tcW w:w="1704" w:type="dxa"/>
            <w:vAlign w:val="center"/>
          </w:tcPr>
          <w:p w14:paraId="31DF31C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5A8452D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2169DB0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7504000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704" w:type="dxa"/>
            <w:vAlign w:val="center"/>
          </w:tcPr>
          <w:p w14:paraId="35828CC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0.2924</w:t>
            </w:r>
          </w:p>
        </w:tc>
        <w:tc>
          <w:tcPr>
            <w:tcW w:w="1704" w:type="dxa"/>
            <w:vAlign w:val="center"/>
          </w:tcPr>
          <w:p w14:paraId="6C60500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0.2334</w:t>
            </w:r>
          </w:p>
        </w:tc>
      </w:tr>
      <w:tr w:rsidR="00251F72" w:rsidRPr="0015287A" w14:paraId="0E642D77" w14:textId="77777777">
        <w:trPr>
          <w:jc w:val="center"/>
        </w:trPr>
        <w:tc>
          <w:tcPr>
            <w:tcW w:w="1704" w:type="dxa"/>
            <w:vAlign w:val="center"/>
          </w:tcPr>
          <w:p w14:paraId="758D1E0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41C510F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402980D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13419F0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4" w:type="dxa"/>
            <w:vAlign w:val="center"/>
          </w:tcPr>
          <w:p w14:paraId="577E122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0.3141</w:t>
            </w:r>
          </w:p>
        </w:tc>
        <w:tc>
          <w:tcPr>
            <w:tcW w:w="1704" w:type="dxa"/>
            <w:vAlign w:val="center"/>
          </w:tcPr>
          <w:p w14:paraId="1A8C2B4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0.2365</w:t>
            </w:r>
          </w:p>
        </w:tc>
      </w:tr>
      <w:tr w:rsidR="00251F72" w:rsidRPr="0015287A" w14:paraId="13A321E5" w14:textId="77777777">
        <w:trPr>
          <w:jc w:val="center"/>
        </w:trPr>
        <w:tc>
          <w:tcPr>
            <w:tcW w:w="1704" w:type="dxa"/>
            <w:vAlign w:val="center"/>
          </w:tcPr>
          <w:p w14:paraId="3430E15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52414F1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2E83538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7F287B1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704" w:type="dxa"/>
            <w:vAlign w:val="center"/>
          </w:tcPr>
          <w:p w14:paraId="4F08319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0.2940</w:t>
            </w:r>
          </w:p>
        </w:tc>
        <w:tc>
          <w:tcPr>
            <w:tcW w:w="1704" w:type="dxa"/>
            <w:vAlign w:val="center"/>
          </w:tcPr>
          <w:p w14:paraId="0864873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0.2704</w:t>
            </w:r>
          </w:p>
        </w:tc>
      </w:tr>
      <w:tr w:rsidR="00251F72" w:rsidRPr="0015287A" w14:paraId="427AED84" w14:textId="77777777">
        <w:trPr>
          <w:jc w:val="center"/>
        </w:trPr>
        <w:tc>
          <w:tcPr>
            <w:tcW w:w="1704" w:type="dxa"/>
            <w:vAlign w:val="center"/>
          </w:tcPr>
          <w:p w14:paraId="7457FF6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6EEE92A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704" w:type="dxa"/>
            <w:vAlign w:val="center"/>
          </w:tcPr>
          <w:p w14:paraId="517DB26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5E3275E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4" w:type="dxa"/>
            <w:vAlign w:val="center"/>
          </w:tcPr>
          <w:p w14:paraId="50E31B1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0.3271</w:t>
            </w:r>
          </w:p>
        </w:tc>
        <w:tc>
          <w:tcPr>
            <w:tcW w:w="1704" w:type="dxa"/>
            <w:vAlign w:val="center"/>
          </w:tcPr>
          <w:p w14:paraId="3393A70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0.2254</w:t>
            </w:r>
          </w:p>
        </w:tc>
      </w:tr>
      <w:tr w:rsidR="00251F72" w:rsidRPr="0015287A" w14:paraId="056B5DB1" w14:textId="77777777">
        <w:trPr>
          <w:jc w:val="center"/>
        </w:trPr>
        <w:tc>
          <w:tcPr>
            <w:tcW w:w="1704" w:type="dxa"/>
            <w:vAlign w:val="center"/>
          </w:tcPr>
          <w:p w14:paraId="00F6A91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11C26DF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6B00771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0BE4953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4" w:type="dxa"/>
            <w:vAlign w:val="center"/>
          </w:tcPr>
          <w:p w14:paraId="5B3D2C8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0.2766</w:t>
            </w:r>
          </w:p>
        </w:tc>
        <w:tc>
          <w:tcPr>
            <w:tcW w:w="1704" w:type="dxa"/>
            <w:vAlign w:val="center"/>
          </w:tcPr>
          <w:p w14:paraId="54E2372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-0.0234</w:t>
            </w:r>
          </w:p>
        </w:tc>
      </w:tr>
      <w:tr w:rsidR="00251F72" w:rsidRPr="0015287A" w14:paraId="60FAF37F" w14:textId="77777777">
        <w:trPr>
          <w:jc w:val="center"/>
        </w:trPr>
        <w:tc>
          <w:tcPr>
            <w:tcW w:w="1704" w:type="dxa"/>
            <w:vAlign w:val="center"/>
          </w:tcPr>
          <w:p w14:paraId="02F6067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336237A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59FCEAC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56C7326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704" w:type="dxa"/>
            <w:vAlign w:val="center"/>
          </w:tcPr>
          <w:p w14:paraId="32E6558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0.1203</w:t>
            </w:r>
          </w:p>
        </w:tc>
        <w:tc>
          <w:tcPr>
            <w:tcW w:w="1704" w:type="dxa"/>
            <w:vAlign w:val="center"/>
          </w:tcPr>
          <w:p w14:paraId="496C761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0.0172</w:t>
            </w:r>
          </w:p>
        </w:tc>
      </w:tr>
      <w:tr w:rsidR="00251F72" w:rsidRPr="0015287A" w14:paraId="60DCF7A4" w14:textId="77777777">
        <w:trPr>
          <w:jc w:val="center"/>
        </w:trPr>
        <w:tc>
          <w:tcPr>
            <w:tcW w:w="1704" w:type="dxa"/>
            <w:vAlign w:val="center"/>
          </w:tcPr>
          <w:p w14:paraId="165C303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69B3A3F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2BA56A8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03F5BC2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4" w:type="dxa"/>
            <w:vAlign w:val="center"/>
          </w:tcPr>
          <w:p w14:paraId="053FF39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0.2207</w:t>
            </w:r>
          </w:p>
        </w:tc>
        <w:tc>
          <w:tcPr>
            <w:tcW w:w="1704" w:type="dxa"/>
            <w:vAlign w:val="center"/>
          </w:tcPr>
          <w:p w14:paraId="0170D66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-0.0280</w:t>
            </w:r>
          </w:p>
        </w:tc>
      </w:tr>
      <w:tr w:rsidR="00251F72" w:rsidRPr="0015287A" w14:paraId="06C1908B" w14:textId="77777777">
        <w:trPr>
          <w:jc w:val="center"/>
        </w:trPr>
        <w:tc>
          <w:tcPr>
            <w:tcW w:w="1704" w:type="dxa"/>
            <w:vAlign w:val="center"/>
          </w:tcPr>
          <w:p w14:paraId="1815357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00B0978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11B10D1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504F6A3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704" w:type="dxa"/>
            <w:vAlign w:val="center"/>
          </w:tcPr>
          <w:p w14:paraId="11ABB7C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0.1472</w:t>
            </w:r>
          </w:p>
        </w:tc>
        <w:tc>
          <w:tcPr>
            <w:tcW w:w="1704" w:type="dxa"/>
            <w:vAlign w:val="center"/>
          </w:tcPr>
          <w:p w14:paraId="03B6615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-0.0228</w:t>
            </w:r>
          </w:p>
        </w:tc>
      </w:tr>
      <w:tr w:rsidR="00251F72" w:rsidRPr="0015287A" w14:paraId="1F6589B9" w14:textId="77777777">
        <w:trPr>
          <w:jc w:val="center"/>
        </w:trPr>
        <w:tc>
          <w:tcPr>
            <w:tcW w:w="1704" w:type="dxa"/>
            <w:vAlign w:val="center"/>
          </w:tcPr>
          <w:p w14:paraId="4AD2C59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12F3FCD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704" w:type="dxa"/>
            <w:vAlign w:val="center"/>
          </w:tcPr>
          <w:p w14:paraId="35369D2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0B3839C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4" w:type="dxa"/>
            <w:vAlign w:val="center"/>
          </w:tcPr>
          <w:p w14:paraId="070DB29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0.1342</w:t>
            </w:r>
          </w:p>
        </w:tc>
        <w:tc>
          <w:tcPr>
            <w:tcW w:w="1704" w:type="dxa"/>
            <w:vAlign w:val="center"/>
          </w:tcPr>
          <w:p w14:paraId="3388BA7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0.0408</w:t>
            </w:r>
          </w:p>
        </w:tc>
      </w:tr>
      <w:tr w:rsidR="00251F72" w:rsidRPr="0015287A" w14:paraId="6B922B0C" w14:textId="77777777">
        <w:trPr>
          <w:jc w:val="center"/>
        </w:trPr>
        <w:tc>
          <w:tcPr>
            <w:tcW w:w="1704" w:type="dxa"/>
            <w:vAlign w:val="center"/>
          </w:tcPr>
          <w:p w14:paraId="15613DA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4E87C38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4965F0C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&lt;=6</w:t>
            </w:r>
          </w:p>
        </w:tc>
        <w:tc>
          <w:tcPr>
            <w:tcW w:w="1704" w:type="dxa"/>
            <w:vAlign w:val="center"/>
          </w:tcPr>
          <w:p w14:paraId="66D30C7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704" w:type="dxa"/>
            <w:vAlign w:val="center"/>
          </w:tcPr>
          <w:p w14:paraId="4991E29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1.4634</w:t>
            </w:r>
          </w:p>
        </w:tc>
        <w:tc>
          <w:tcPr>
            <w:tcW w:w="1704" w:type="dxa"/>
            <w:vAlign w:val="center"/>
          </w:tcPr>
          <w:p w14:paraId="7CAF490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0.6512</w:t>
            </w:r>
          </w:p>
        </w:tc>
      </w:tr>
      <w:tr w:rsidR="00251F72" w:rsidRPr="0015287A" w14:paraId="3A23DE8C" w14:textId="77777777">
        <w:trPr>
          <w:jc w:val="center"/>
        </w:trPr>
        <w:tc>
          <w:tcPr>
            <w:tcW w:w="1704" w:type="dxa"/>
            <w:vAlign w:val="center"/>
          </w:tcPr>
          <w:p w14:paraId="618A558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13002B1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088194F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 &gt;6</w:t>
            </w:r>
          </w:p>
        </w:tc>
        <w:tc>
          <w:tcPr>
            <w:tcW w:w="1704" w:type="dxa"/>
            <w:vAlign w:val="center"/>
          </w:tcPr>
          <w:p w14:paraId="6E3C23B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1704" w:type="dxa"/>
            <w:vAlign w:val="center"/>
          </w:tcPr>
          <w:p w14:paraId="143208F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0.8491</w:t>
            </w:r>
          </w:p>
        </w:tc>
        <w:tc>
          <w:tcPr>
            <w:tcW w:w="1704" w:type="dxa"/>
            <w:vAlign w:val="center"/>
          </w:tcPr>
          <w:p w14:paraId="5E8F4A5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0.7843</w:t>
            </w:r>
          </w:p>
        </w:tc>
      </w:tr>
      <w:tr w:rsidR="00251F72" w:rsidRPr="0015287A" w14:paraId="5D50D6FF" w14:textId="77777777">
        <w:trPr>
          <w:jc w:val="center"/>
        </w:trPr>
        <w:tc>
          <w:tcPr>
            <w:tcW w:w="1704" w:type="dxa"/>
            <w:vAlign w:val="center"/>
          </w:tcPr>
          <w:p w14:paraId="0D1D6CC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3CE24EC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50F41AC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&lt;22 mm</w:t>
            </w:r>
          </w:p>
        </w:tc>
        <w:tc>
          <w:tcPr>
            <w:tcW w:w="1704" w:type="dxa"/>
            <w:vAlign w:val="center"/>
          </w:tcPr>
          <w:p w14:paraId="3FB3336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4" w:type="dxa"/>
            <w:vAlign w:val="center"/>
          </w:tcPr>
          <w:p w14:paraId="58C7053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1.0428</w:t>
            </w:r>
          </w:p>
        </w:tc>
        <w:tc>
          <w:tcPr>
            <w:tcW w:w="1704" w:type="dxa"/>
            <w:vAlign w:val="center"/>
          </w:tcPr>
          <w:p w14:paraId="661F641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0.6852</w:t>
            </w:r>
          </w:p>
        </w:tc>
      </w:tr>
      <w:tr w:rsidR="00251F72" w:rsidRPr="0015287A" w14:paraId="2327BBB4" w14:textId="77777777">
        <w:trPr>
          <w:jc w:val="center"/>
        </w:trPr>
        <w:tc>
          <w:tcPr>
            <w:tcW w:w="1704" w:type="dxa"/>
            <w:vAlign w:val="center"/>
          </w:tcPr>
          <w:p w14:paraId="0154D76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2ED8009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2F9BF5A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22-24 mm</w:t>
            </w:r>
          </w:p>
        </w:tc>
        <w:tc>
          <w:tcPr>
            <w:tcW w:w="1704" w:type="dxa"/>
            <w:vAlign w:val="center"/>
          </w:tcPr>
          <w:p w14:paraId="0D2BE79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704" w:type="dxa"/>
            <w:vAlign w:val="center"/>
          </w:tcPr>
          <w:p w14:paraId="68614F5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0.7005</w:t>
            </w:r>
          </w:p>
        </w:tc>
        <w:tc>
          <w:tcPr>
            <w:tcW w:w="1704" w:type="dxa"/>
            <w:vAlign w:val="center"/>
          </w:tcPr>
          <w:p w14:paraId="782E4C0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0.6915</w:t>
            </w:r>
          </w:p>
        </w:tc>
      </w:tr>
      <w:tr w:rsidR="00251F72" w:rsidRPr="0015287A" w14:paraId="1E41DB9F" w14:textId="77777777">
        <w:trPr>
          <w:jc w:val="center"/>
        </w:trPr>
        <w:tc>
          <w:tcPr>
            <w:tcW w:w="1704" w:type="dxa"/>
            <w:vAlign w:val="center"/>
          </w:tcPr>
          <w:p w14:paraId="4658B85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704" w:type="dxa"/>
            <w:vAlign w:val="center"/>
          </w:tcPr>
          <w:p w14:paraId="54A4B42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704" w:type="dxa"/>
            <w:vAlign w:val="center"/>
          </w:tcPr>
          <w:p w14:paraId="4DA102A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 &gt;24 mm</w:t>
            </w:r>
          </w:p>
        </w:tc>
        <w:tc>
          <w:tcPr>
            <w:tcW w:w="1704" w:type="dxa"/>
            <w:vAlign w:val="center"/>
          </w:tcPr>
          <w:p w14:paraId="34EEC3F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704" w:type="dxa"/>
            <w:vAlign w:val="center"/>
          </w:tcPr>
          <w:p w14:paraId="46E1912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1.1590</w:t>
            </w:r>
          </w:p>
        </w:tc>
        <w:tc>
          <w:tcPr>
            <w:tcW w:w="1704" w:type="dxa"/>
            <w:vAlign w:val="center"/>
          </w:tcPr>
          <w:p w14:paraId="568A99F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0.6481</w:t>
            </w:r>
          </w:p>
        </w:tc>
      </w:tr>
    </w:tbl>
    <w:p w14:paraId="5F932765" w14:textId="77777777" w:rsidR="00251F72" w:rsidRPr="0015287A" w:rsidRDefault="00251F72">
      <w:pPr>
        <w:rPr>
          <w:rFonts w:ascii="Times New Roman" w:hAnsi="Times New Roman" w:cs="Times New Roman"/>
          <w:sz w:val="24"/>
          <w:szCs w:val="24"/>
        </w:rPr>
      </w:pPr>
    </w:p>
    <w:p w14:paraId="2B5B3638" w14:textId="77777777" w:rsidR="00251F72" w:rsidRPr="0015287A" w:rsidRDefault="00000000">
      <w:pPr>
        <w:spacing w:before="200" w:after="80"/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b/>
          <w:sz w:val="24"/>
          <w:szCs w:val="24"/>
        </w:rPr>
        <w:t>Supplementary Table S4. GEE validation of predictor-outcome associations.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461"/>
        <w:gridCol w:w="1461"/>
        <w:gridCol w:w="1461"/>
        <w:gridCol w:w="1461"/>
        <w:gridCol w:w="1461"/>
        <w:gridCol w:w="1461"/>
        <w:gridCol w:w="1461"/>
      </w:tblGrid>
      <w:tr w:rsidR="00251F72" w:rsidRPr="0015287A" w14:paraId="79215154" w14:textId="77777777" w:rsidTr="0015287A">
        <w:trPr>
          <w:jc w:val="center"/>
        </w:trPr>
        <w:tc>
          <w:tcPr>
            <w:tcW w:w="1461" w:type="dxa"/>
            <w:vAlign w:val="center"/>
          </w:tcPr>
          <w:p w14:paraId="653BC4B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Output</w:t>
            </w:r>
          </w:p>
        </w:tc>
        <w:tc>
          <w:tcPr>
            <w:tcW w:w="1461" w:type="dxa"/>
            <w:vAlign w:val="center"/>
          </w:tcPr>
          <w:p w14:paraId="40F7113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461" w:type="dxa"/>
            <w:vAlign w:val="center"/>
          </w:tcPr>
          <w:p w14:paraId="615CA8F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Coeff</w:t>
            </w:r>
          </w:p>
        </w:tc>
        <w:tc>
          <w:tcPr>
            <w:tcW w:w="1461" w:type="dxa"/>
            <w:vAlign w:val="center"/>
          </w:tcPr>
          <w:p w14:paraId="3ACC310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Robust SE</w:t>
            </w:r>
          </w:p>
        </w:tc>
        <w:tc>
          <w:tcPr>
            <w:tcW w:w="1461" w:type="dxa"/>
            <w:vAlign w:val="center"/>
          </w:tcPr>
          <w:p w14:paraId="4682A79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Wald</w:t>
            </w:r>
          </w:p>
        </w:tc>
        <w:tc>
          <w:tcPr>
            <w:tcW w:w="1461" w:type="dxa"/>
            <w:vAlign w:val="center"/>
          </w:tcPr>
          <w:p w14:paraId="1D6382C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1461" w:type="dxa"/>
            <w:vAlign w:val="center"/>
          </w:tcPr>
          <w:p w14:paraId="0D9DC87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b/>
                <w:sz w:val="24"/>
                <w:szCs w:val="24"/>
              </w:rPr>
              <w:t>95% CI</w:t>
            </w:r>
          </w:p>
        </w:tc>
      </w:tr>
      <w:tr w:rsidR="00251F72" w:rsidRPr="0015287A" w14:paraId="2A4A5BCE" w14:textId="77777777" w:rsidTr="0015287A">
        <w:trPr>
          <w:jc w:val="center"/>
        </w:trPr>
        <w:tc>
          <w:tcPr>
            <w:tcW w:w="1461" w:type="dxa"/>
            <w:vAlign w:val="center"/>
          </w:tcPr>
          <w:p w14:paraId="0E39EF4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461" w:type="dxa"/>
            <w:vAlign w:val="center"/>
          </w:tcPr>
          <w:p w14:paraId="5F9CBEF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461" w:type="dxa"/>
            <w:vAlign w:val="center"/>
          </w:tcPr>
          <w:p w14:paraId="1B5723E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59.9276</w:t>
            </w:r>
          </w:p>
        </w:tc>
        <w:tc>
          <w:tcPr>
            <w:tcW w:w="1461" w:type="dxa"/>
            <w:vAlign w:val="center"/>
          </w:tcPr>
          <w:p w14:paraId="790A5A9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3.1531</w:t>
            </w:r>
          </w:p>
        </w:tc>
        <w:tc>
          <w:tcPr>
            <w:tcW w:w="1461" w:type="dxa"/>
            <w:vAlign w:val="center"/>
          </w:tcPr>
          <w:p w14:paraId="1D43549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361.22</w:t>
            </w:r>
          </w:p>
        </w:tc>
        <w:tc>
          <w:tcPr>
            <w:tcW w:w="1461" w:type="dxa"/>
            <w:vAlign w:val="center"/>
          </w:tcPr>
          <w:p w14:paraId="3B10DBA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461" w:type="dxa"/>
            <w:vAlign w:val="center"/>
          </w:tcPr>
          <w:p w14:paraId="10C680D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[53.7475, 66.1077]</w:t>
            </w:r>
          </w:p>
        </w:tc>
      </w:tr>
      <w:tr w:rsidR="00251F72" w:rsidRPr="0015287A" w14:paraId="02FF6ED4" w14:textId="77777777" w:rsidTr="0015287A">
        <w:trPr>
          <w:jc w:val="center"/>
        </w:trPr>
        <w:tc>
          <w:tcPr>
            <w:tcW w:w="1461" w:type="dxa"/>
            <w:vAlign w:val="center"/>
          </w:tcPr>
          <w:p w14:paraId="01B0A63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461" w:type="dxa"/>
            <w:vAlign w:val="center"/>
          </w:tcPr>
          <w:p w14:paraId="70E4235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461" w:type="dxa"/>
            <w:vAlign w:val="center"/>
          </w:tcPr>
          <w:p w14:paraId="7B2C279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-0.0014</w:t>
            </w:r>
          </w:p>
        </w:tc>
        <w:tc>
          <w:tcPr>
            <w:tcW w:w="1461" w:type="dxa"/>
            <w:vAlign w:val="center"/>
          </w:tcPr>
          <w:p w14:paraId="67F7566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0.0187</w:t>
            </w:r>
          </w:p>
        </w:tc>
        <w:tc>
          <w:tcPr>
            <w:tcW w:w="1461" w:type="dxa"/>
            <w:vAlign w:val="center"/>
          </w:tcPr>
          <w:p w14:paraId="16BB383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461" w:type="dxa"/>
            <w:vAlign w:val="center"/>
          </w:tcPr>
          <w:p w14:paraId="27694F2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0.9418</w:t>
            </w:r>
          </w:p>
        </w:tc>
        <w:tc>
          <w:tcPr>
            <w:tcW w:w="1461" w:type="dxa"/>
            <w:vAlign w:val="center"/>
          </w:tcPr>
          <w:p w14:paraId="0E0F7B7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[-0.0380, 0.0353]</w:t>
            </w:r>
          </w:p>
        </w:tc>
      </w:tr>
      <w:tr w:rsidR="00251F72" w:rsidRPr="0015287A" w14:paraId="7A2779C1" w14:textId="77777777" w:rsidTr="0015287A">
        <w:trPr>
          <w:jc w:val="center"/>
        </w:trPr>
        <w:tc>
          <w:tcPr>
            <w:tcW w:w="1461" w:type="dxa"/>
            <w:vAlign w:val="center"/>
          </w:tcPr>
          <w:p w14:paraId="1C4B672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461" w:type="dxa"/>
            <w:vAlign w:val="center"/>
          </w:tcPr>
          <w:p w14:paraId="13C0F62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461" w:type="dxa"/>
            <w:vAlign w:val="center"/>
          </w:tcPr>
          <w:p w14:paraId="6CAEE1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-1.4238</w:t>
            </w:r>
          </w:p>
        </w:tc>
        <w:tc>
          <w:tcPr>
            <w:tcW w:w="1461" w:type="dxa"/>
            <w:vAlign w:val="center"/>
          </w:tcPr>
          <w:p w14:paraId="0C0E987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0.0744</w:t>
            </w:r>
          </w:p>
        </w:tc>
        <w:tc>
          <w:tcPr>
            <w:tcW w:w="1461" w:type="dxa"/>
            <w:vAlign w:val="center"/>
          </w:tcPr>
          <w:p w14:paraId="26FCBFE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366.49</w:t>
            </w:r>
          </w:p>
        </w:tc>
        <w:tc>
          <w:tcPr>
            <w:tcW w:w="1461" w:type="dxa"/>
            <w:vAlign w:val="center"/>
          </w:tcPr>
          <w:p w14:paraId="495B38F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461" w:type="dxa"/>
            <w:vAlign w:val="center"/>
          </w:tcPr>
          <w:p w14:paraId="4BA4539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[-1.5696, -1.2781]</w:t>
            </w:r>
          </w:p>
        </w:tc>
      </w:tr>
      <w:tr w:rsidR="00251F72" w:rsidRPr="0015287A" w14:paraId="3B44034D" w14:textId="77777777" w:rsidTr="0015287A">
        <w:trPr>
          <w:jc w:val="center"/>
        </w:trPr>
        <w:tc>
          <w:tcPr>
            <w:tcW w:w="1461" w:type="dxa"/>
            <w:vAlign w:val="center"/>
          </w:tcPr>
          <w:p w14:paraId="5776E04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461" w:type="dxa"/>
            <w:vAlign w:val="center"/>
          </w:tcPr>
          <w:p w14:paraId="068673FD" w14:textId="50AA617A" w:rsidR="00251F72" w:rsidRPr="0015287A" w:rsidRDefault="0029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A</w:t>
            </w: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461" w:type="dxa"/>
            <w:vAlign w:val="center"/>
          </w:tcPr>
          <w:p w14:paraId="6F1C57D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-0.0798</w:t>
            </w:r>
          </w:p>
        </w:tc>
        <w:tc>
          <w:tcPr>
            <w:tcW w:w="1461" w:type="dxa"/>
            <w:vAlign w:val="center"/>
          </w:tcPr>
          <w:p w14:paraId="2D63F13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0.1398</w:t>
            </w:r>
          </w:p>
        </w:tc>
        <w:tc>
          <w:tcPr>
            <w:tcW w:w="1461" w:type="dxa"/>
            <w:vAlign w:val="center"/>
          </w:tcPr>
          <w:p w14:paraId="6E2A61F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461" w:type="dxa"/>
            <w:vAlign w:val="center"/>
          </w:tcPr>
          <w:p w14:paraId="6AFC178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0.5683</w:t>
            </w:r>
          </w:p>
        </w:tc>
        <w:tc>
          <w:tcPr>
            <w:tcW w:w="1461" w:type="dxa"/>
            <w:vAlign w:val="center"/>
          </w:tcPr>
          <w:p w14:paraId="642003F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[-0.3538, 0.1942]</w:t>
            </w:r>
          </w:p>
        </w:tc>
      </w:tr>
      <w:tr w:rsidR="00251F72" w:rsidRPr="0015287A" w14:paraId="03982B06" w14:textId="77777777" w:rsidTr="0015287A">
        <w:trPr>
          <w:jc w:val="center"/>
        </w:trPr>
        <w:tc>
          <w:tcPr>
            <w:tcW w:w="1461" w:type="dxa"/>
            <w:vAlign w:val="center"/>
          </w:tcPr>
          <w:p w14:paraId="3B3F772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461" w:type="dxa"/>
            <w:vAlign w:val="center"/>
          </w:tcPr>
          <w:p w14:paraId="0CCA759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K1+K2</w:t>
            </w:r>
          </w:p>
        </w:tc>
        <w:tc>
          <w:tcPr>
            <w:tcW w:w="1461" w:type="dxa"/>
            <w:vAlign w:val="center"/>
          </w:tcPr>
          <w:p w14:paraId="4E0D458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-0.3076</w:t>
            </w:r>
          </w:p>
        </w:tc>
        <w:tc>
          <w:tcPr>
            <w:tcW w:w="1461" w:type="dxa"/>
            <w:vAlign w:val="center"/>
          </w:tcPr>
          <w:p w14:paraId="6E31C7B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0.0193</w:t>
            </w:r>
          </w:p>
        </w:tc>
        <w:tc>
          <w:tcPr>
            <w:tcW w:w="1461" w:type="dxa"/>
            <w:vAlign w:val="center"/>
          </w:tcPr>
          <w:p w14:paraId="06C8096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254.92</w:t>
            </w:r>
          </w:p>
        </w:tc>
        <w:tc>
          <w:tcPr>
            <w:tcW w:w="1461" w:type="dxa"/>
            <w:vAlign w:val="center"/>
          </w:tcPr>
          <w:p w14:paraId="431E994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461" w:type="dxa"/>
            <w:vAlign w:val="center"/>
          </w:tcPr>
          <w:p w14:paraId="07EBFEB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[-0.3453, -0.2698]</w:t>
            </w:r>
          </w:p>
        </w:tc>
      </w:tr>
      <w:tr w:rsidR="00251F72" w:rsidRPr="0015287A" w14:paraId="1E3CAEB4" w14:textId="77777777" w:rsidTr="0015287A">
        <w:trPr>
          <w:jc w:val="center"/>
        </w:trPr>
        <w:tc>
          <w:tcPr>
            <w:tcW w:w="1461" w:type="dxa"/>
            <w:vAlign w:val="center"/>
          </w:tcPr>
          <w:p w14:paraId="7FB7258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DS</w:t>
            </w:r>
          </w:p>
        </w:tc>
        <w:tc>
          <w:tcPr>
            <w:tcW w:w="1461" w:type="dxa"/>
            <w:vAlign w:val="center"/>
          </w:tcPr>
          <w:p w14:paraId="302857A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UCVA</w:t>
            </w:r>
          </w:p>
        </w:tc>
        <w:tc>
          <w:tcPr>
            <w:tcW w:w="1461" w:type="dxa"/>
            <w:vAlign w:val="center"/>
          </w:tcPr>
          <w:p w14:paraId="16B896B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1.2474</w:t>
            </w:r>
          </w:p>
        </w:tc>
        <w:tc>
          <w:tcPr>
            <w:tcW w:w="1461" w:type="dxa"/>
            <w:vAlign w:val="center"/>
          </w:tcPr>
          <w:p w14:paraId="427B930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0.1936</w:t>
            </w:r>
          </w:p>
        </w:tc>
        <w:tc>
          <w:tcPr>
            <w:tcW w:w="1461" w:type="dxa"/>
            <w:vAlign w:val="center"/>
          </w:tcPr>
          <w:p w14:paraId="19C50AA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41.50</w:t>
            </w:r>
          </w:p>
        </w:tc>
        <w:tc>
          <w:tcPr>
            <w:tcW w:w="1461" w:type="dxa"/>
            <w:vAlign w:val="center"/>
          </w:tcPr>
          <w:p w14:paraId="3736739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461" w:type="dxa"/>
            <w:vAlign w:val="center"/>
          </w:tcPr>
          <w:p w14:paraId="3EFD80A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[0.8679, 1.6269]</w:t>
            </w:r>
          </w:p>
        </w:tc>
      </w:tr>
      <w:tr w:rsidR="00251F72" w:rsidRPr="0015287A" w14:paraId="38C46815" w14:textId="77777777" w:rsidTr="0015287A">
        <w:trPr>
          <w:jc w:val="center"/>
        </w:trPr>
        <w:tc>
          <w:tcPr>
            <w:tcW w:w="1461" w:type="dxa"/>
            <w:vAlign w:val="center"/>
          </w:tcPr>
          <w:p w14:paraId="1906FFC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461" w:type="dxa"/>
            <w:vAlign w:val="center"/>
          </w:tcPr>
          <w:p w14:paraId="3C8FBE6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461" w:type="dxa"/>
            <w:vAlign w:val="center"/>
          </w:tcPr>
          <w:p w14:paraId="71883CF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-1.3855</w:t>
            </w:r>
          </w:p>
        </w:tc>
        <w:tc>
          <w:tcPr>
            <w:tcW w:w="1461" w:type="dxa"/>
            <w:vAlign w:val="center"/>
          </w:tcPr>
          <w:p w14:paraId="1298083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4.3907</w:t>
            </w:r>
          </w:p>
        </w:tc>
        <w:tc>
          <w:tcPr>
            <w:tcW w:w="1461" w:type="dxa"/>
            <w:vAlign w:val="center"/>
          </w:tcPr>
          <w:p w14:paraId="6D7F94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461" w:type="dxa"/>
            <w:vAlign w:val="center"/>
          </w:tcPr>
          <w:p w14:paraId="5271A62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0.7523</w:t>
            </w:r>
          </w:p>
        </w:tc>
        <w:tc>
          <w:tcPr>
            <w:tcW w:w="1461" w:type="dxa"/>
            <w:vAlign w:val="center"/>
          </w:tcPr>
          <w:p w14:paraId="6D001F7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[-9.9912, 7.2202]</w:t>
            </w:r>
          </w:p>
        </w:tc>
      </w:tr>
      <w:tr w:rsidR="00251F72" w:rsidRPr="0015287A" w14:paraId="4C112E8A" w14:textId="77777777" w:rsidTr="0015287A">
        <w:trPr>
          <w:jc w:val="center"/>
        </w:trPr>
        <w:tc>
          <w:tcPr>
            <w:tcW w:w="1461" w:type="dxa"/>
            <w:vAlign w:val="center"/>
          </w:tcPr>
          <w:p w14:paraId="61D9C2A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J0</w:t>
            </w:r>
          </w:p>
        </w:tc>
        <w:tc>
          <w:tcPr>
            <w:tcW w:w="1461" w:type="dxa"/>
            <w:vAlign w:val="center"/>
          </w:tcPr>
          <w:p w14:paraId="7A0E208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461" w:type="dxa"/>
            <w:vAlign w:val="center"/>
          </w:tcPr>
          <w:p w14:paraId="0B03491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0.0401</w:t>
            </w:r>
          </w:p>
        </w:tc>
        <w:tc>
          <w:tcPr>
            <w:tcW w:w="1461" w:type="dxa"/>
            <w:vAlign w:val="center"/>
          </w:tcPr>
          <w:p w14:paraId="1817D40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0.0312</w:t>
            </w:r>
          </w:p>
        </w:tc>
        <w:tc>
          <w:tcPr>
            <w:tcW w:w="1461" w:type="dxa"/>
            <w:vAlign w:val="center"/>
          </w:tcPr>
          <w:p w14:paraId="652E77E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461" w:type="dxa"/>
            <w:vAlign w:val="center"/>
          </w:tcPr>
          <w:p w14:paraId="42BB6EF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0.1986</w:t>
            </w:r>
          </w:p>
        </w:tc>
        <w:tc>
          <w:tcPr>
            <w:tcW w:w="1461" w:type="dxa"/>
            <w:vAlign w:val="center"/>
          </w:tcPr>
          <w:p w14:paraId="2B9D494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[-0.0211, 0.1013]</w:t>
            </w:r>
          </w:p>
        </w:tc>
      </w:tr>
      <w:tr w:rsidR="00251F72" w:rsidRPr="0015287A" w14:paraId="6F3A7209" w14:textId="77777777" w:rsidTr="0015287A">
        <w:trPr>
          <w:jc w:val="center"/>
        </w:trPr>
        <w:tc>
          <w:tcPr>
            <w:tcW w:w="1461" w:type="dxa"/>
            <w:vAlign w:val="center"/>
          </w:tcPr>
          <w:p w14:paraId="4A3346B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461" w:type="dxa"/>
            <w:vAlign w:val="center"/>
          </w:tcPr>
          <w:p w14:paraId="2C2D9C0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461" w:type="dxa"/>
            <w:vAlign w:val="center"/>
          </w:tcPr>
          <w:p w14:paraId="6CC66F9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-0.0812</w:t>
            </w:r>
          </w:p>
        </w:tc>
        <w:tc>
          <w:tcPr>
            <w:tcW w:w="1461" w:type="dxa"/>
            <w:vAlign w:val="center"/>
          </w:tcPr>
          <w:p w14:paraId="13B3A13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0.0282</w:t>
            </w:r>
          </w:p>
        </w:tc>
        <w:tc>
          <w:tcPr>
            <w:tcW w:w="1461" w:type="dxa"/>
            <w:vAlign w:val="center"/>
          </w:tcPr>
          <w:p w14:paraId="6D3B843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8.27</w:t>
            </w:r>
          </w:p>
        </w:tc>
        <w:tc>
          <w:tcPr>
            <w:tcW w:w="1461" w:type="dxa"/>
            <w:vAlign w:val="center"/>
          </w:tcPr>
          <w:p w14:paraId="1F4CA47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0.0040</w:t>
            </w:r>
          </w:p>
        </w:tc>
        <w:tc>
          <w:tcPr>
            <w:tcW w:w="1461" w:type="dxa"/>
            <w:vAlign w:val="center"/>
          </w:tcPr>
          <w:p w14:paraId="5A4DA18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[-0.1365, -0.0259]</w:t>
            </w:r>
          </w:p>
        </w:tc>
      </w:tr>
      <w:tr w:rsidR="00251F72" w:rsidRPr="0015287A" w14:paraId="6B6473A2" w14:textId="77777777" w:rsidTr="0015287A">
        <w:trPr>
          <w:jc w:val="center"/>
        </w:trPr>
        <w:tc>
          <w:tcPr>
            <w:tcW w:w="1461" w:type="dxa"/>
            <w:vAlign w:val="center"/>
          </w:tcPr>
          <w:p w14:paraId="3035B3B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461" w:type="dxa"/>
            <w:vAlign w:val="center"/>
          </w:tcPr>
          <w:p w14:paraId="173D25DD" w14:textId="057D6C60" w:rsidR="00251F72" w:rsidRPr="0015287A" w:rsidRDefault="0029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A</w:t>
            </w: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461" w:type="dxa"/>
            <w:vAlign w:val="center"/>
          </w:tcPr>
          <w:p w14:paraId="1FE25EB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-0.0321</w:t>
            </w:r>
          </w:p>
        </w:tc>
        <w:tc>
          <w:tcPr>
            <w:tcW w:w="1461" w:type="dxa"/>
            <w:vAlign w:val="center"/>
          </w:tcPr>
          <w:p w14:paraId="4A58344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0.2048</w:t>
            </w:r>
          </w:p>
        </w:tc>
        <w:tc>
          <w:tcPr>
            <w:tcW w:w="1461" w:type="dxa"/>
            <w:vAlign w:val="center"/>
          </w:tcPr>
          <w:p w14:paraId="34DA383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461" w:type="dxa"/>
            <w:vAlign w:val="center"/>
          </w:tcPr>
          <w:p w14:paraId="32AABD0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0.8755</w:t>
            </w:r>
          </w:p>
        </w:tc>
        <w:tc>
          <w:tcPr>
            <w:tcW w:w="1461" w:type="dxa"/>
            <w:vAlign w:val="center"/>
          </w:tcPr>
          <w:p w14:paraId="5B23118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[-0.4335, 0.3693]</w:t>
            </w:r>
          </w:p>
        </w:tc>
      </w:tr>
      <w:tr w:rsidR="00251F72" w:rsidRPr="0015287A" w14:paraId="7C5E6D9F" w14:textId="77777777" w:rsidTr="0015287A">
        <w:trPr>
          <w:jc w:val="center"/>
        </w:trPr>
        <w:tc>
          <w:tcPr>
            <w:tcW w:w="1461" w:type="dxa"/>
            <w:vAlign w:val="center"/>
          </w:tcPr>
          <w:p w14:paraId="07B4F6E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461" w:type="dxa"/>
            <w:vAlign w:val="center"/>
          </w:tcPr>
          <w:p w14:paraId="4470C8D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K1+K2</w:t>
            </w:r>
          </w:p>
        </w:tc>
        <w:tc>
          <w:tcPr>
            <w:tcW w:w="1461" w:type="dxa"/>
            <w:vAlign w:val="center"/>
          </w:tcPr>
          <w:p w14:paraId="35D6DB6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0.0341</w:t>
            </w:r>
          </w:p>
        </w:tc>
        <w:tc>
          <w:tcPr>
            <w:tcW w:w="1461" w:type="dxa"/>
            <w:vAlign w:val="center"/>
          </w:tcPr>
          <w:p w14:paraId="0EAB770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0.0476</w:t>
            </w:r>
          </w:p>
        </w:tc>
        <w:tc>
          <w:tcPr>
            <w:tcW w:w="1461" w:type="dxa"/>
            <w:vAlign w:val="center"/>
          </w:tcPr>
          <w:p w14:paraId="6301158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461" w:type="dxa"/>
            <w:vAlign w:val="center"/>
          </w:tcPr>
          <w:p w14:paraId="3BA32C9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0.4741</w:t>
            </w:r>
          </w:p>
        </w:tc>
        <w:tc>
          <w:tcPr>
            <w:tcW w:w="1461" w:type="dxa"/>
            <w:vAlign w:val="center"/>
          </w:tcPr>
          <w:p w14:paraId="7DF35DB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[-0.0593, 0.1275]</w:t>
            </w:r>
          </w:p>
        </w:tc>
      </w:tr>
      <w:tr w:rsidR="00251F72" w:rsidRPr="0015287A" w14:paraId="034DE45D" w14:textId="77777777" w:rsidTr="0015287A">
        <w:trPr>
          <w:jc w:val="center"/>
        </w:trPr>
        <w:tc>
          <w:tcPr>
            <w:tcW w:w="1461" w:type="dxa"/>
            <w:vAlign w:val="center"/>
          </w:tcPr>
          <w:p w14:paraId="4DA0659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J0</w:t>
            </w:r>
          </w:p>
        </w:tc>
        <w:tc>
          <w:tcPr>
            <w:tcW w:w="1461" w:type="dxa"/>
            <w:vAlign w:val="center"/>
          </w:tcPr>
          <w:p w14:paraId="1D675E2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UCVA</w:t>
            </w:r>
          </w:p>
        </w:tc>
        <w:tc>
          <w:tcPr>
            <w:tcW w:w="1461" w:type="dxa"/>
            <w:vAlign w:val="center"/>
          </w:tcPr>
          <w:p w14:paraId="2193CC6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-0.4470</w:t>
            </w:r>
          </w:p>
        </w:tc>
        <w:tc>
          <w:tcPr>
            <w:tcW w:w="1461" w:type="dxa"/>
            <w:vAlign w:val="center"/>
          </w:tcPr>
          <w:p w14:paraId="3E150A7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0.3789</w:t>
            </w:r>
          </w:p>
        </w:tc>
        <w:tc>
          <w:tcPr>
            <w:tcW w:w="1461" w:type="dxa"/>
            <w:vAlign w:val="center"/>
          </w:tcPr>
          <w:p w14:paraId="483E836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461" w:type="dxa"/>
            <w:vAlign w:val="center"/>
          </w:tcPr>
          <w:p w14:paraId="2143743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0.2381</w:t>
            </w:r>
          </w:p>
        </w:tc>
        <w:tc>
          <w:tcPr>
            <w:tcW w:w="1461" w:type="dxa"/>
            <w:vAlign w:val="center"/>
          </w:tcPr>
          <w:p w14:paraId="33CE102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[-1.1897, 0.2957]</w:t>
            </w:r>
          </w:p>
        </w:tc>
      </w:tr>
      <w:tr w:rsidR="00251F72" w:rsidRPr="0015287A" w14:paraId="47EFCD54" w14:textId="77777777" w:rsidTr="0015287A">
        <w:trPr>
          <w:jc w:val="center"/>
        </w:trPr>
        <w:tc>
          <w:tcPr>
            <w:tcW w:w="1461" w:type="dxa"/>
            <w:vAlign w:val="center"/>
          </w:tcPr>
          <w:p w14:paraId="5E3E688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461" w:type="dxa"/>
            <w:vAlign w:val="center"/>
          </w:tcPr>
          <w:p w14:paraId="1B3BD07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461" w:type="dxa"/>
            <w:vAlign w:val="center"/>
          </w:tcPr>
          <w:p w14:paraId="60BA420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2.8264</w:t>
            </w:r>
          </w:p>
        </w:tc>
        <w:tc>
          <w:tcPr>
            <w:tcW w:w="1461" w:type="dxa"/>
            <w:vAlign w:val="center"/>
          </w:tcPr>
          <w:p w14:paraId="6483A84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2.2931</w:t>
            </w:r>
          </w:p>
        </w:tc>
        <w:tc>
          <w:tcPr>
            <w:tcW w:w="1461" w:type="dxa"/>
            <w:vAlign w:val="center"/>
          </w:tcPr>
          <w:p w14:paraId="29DAE22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461" w:type="dxa"/>
            <w:vAlign w:val="center"/>
          </w:tcPr>
          <w:p w14:paraId="4D2243B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0.2177</w:t>
            </w:r>
          </w:p>
        </w:tc>
        <w:tc>
          <w:tcPr>
            <w:tcW w:w="1461" w:type="dxa"/>
            <w:vAlign w:val="center"/>
          </w:tcPr>
          <w:p w14:paraId="368C85A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[-1.6680, 7.3208]</w:t>
            </w:r>
          </w:p>
        </w:tc>
      </w:tr>
      <w:tr w:rsidR="00251F72" w:rsidRPr="0015287A" w14:paraId="1057E7C9" w14:textId="77777777" w:rsidTr="0015287A">
        <w:trPr>
          <w:jc w:val="center"/>
        </w:trPr>
        <w:tc>
          <w:tcPr>
            <w:tcW w:w="1461" w:type="dxa"/>
            <w:vAlign w:val="center"/>
          </w:tcPr>
          <w:p w14:paraId="55A4E6C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461" w:type="dxa"/>
            <w:vAlign w:val="center"/>
          </w:tcPr>
          <w:p w14:paraId="32375E2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461" w:type="dxa"/>
            <w:vAlign w:val="center"/>
          </w:tcPr>
          <w:p w14:paraId="1122E40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-0.0162</w:t>
            </w:r>
          </w:p>
        </w:tc>
        <w:tc>
          <w:tcPr>
            <w:tcW w:w="1461" w:type="dxa"/>
            <w:vAlign w:val="center"/>
          </w:tcPr>
          <w:p w14:paraId="02933B7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0.0163</w:t>
            </w:r>
          </w:p>
        </w:tc>
        <w:tc>
          <w:tcPr>
            <w:tcW w:w="1461" w:type="dxa"/>
            <w:vAlign w:val="center"/>
          </w:tcPr>
          <w:p w14:paraId="655DD47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461" w:type="dxa"/>
            <w:vAlign w:val="center"/>
          </w:tcPr>
          <w:p w14:paraId="5BABEF6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0.3194</w:t>
            </w:r>
          </w:p>
        </w:tc>
        <w:tc>
          <w:tcPr>
            <w:tcW w:w="1461" w:type="dxa"/>
            <w:vAlign w:val="center"/>
          </w:tcPr>
          <w:p w14:paraId="6E0D53E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[-0.0482, 0.0157]</w:t>
            </w:r>
          </w:p>
        </w:tc>
      </w:tr>
      <w:tr w:rsidR="00251F72" w:rsidRPr="0015287A" w14:paraId="1013EB10" w14:textId="77777777" w:rsidTr="0015287A">
        <w:trPr>
          <w:jc w:val="center"/>
        </w:trPr>
        <w:tc>
          <w:tcPr>
            <w:tcW w:w="1461" w:type="dxa"/>
            <w:vAlign w:val="center"/>
          </w:tcPr>
          <w:p w14:paraId="1763C60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461" w:type="dxa"/>
            <w:vAlign w:val="center"/>
          </w:tcPr>
          <w:p w14:paraId="69B1341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461" w:type="dxa"/>
            <w:vAlign w:val="center"/>
          </w:tcPr>
          <w:p w14:paraId="4E27402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-0.0083</w:t>
            </w:r>
          </w:p>
        </w:tc>
        <w:tc>
          <w:tcPr>
            <w:tcW w:w="1461" w:type="dxa"/>
            <w:vAlign w:val="center"/>
          </w:tcPr>
          <w:p w14:paraId="52D3DE3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0.0110</w:t>
            </w:r>
          </w:p>
        </w:tc>
        <w:tc>
          <w:tcPr>
            <w:tcW w:w="1461" w:type="dxa"/>
            <w:vAlign w:val="center"/>
          </w:tcPr>
          <w:p w14:paraId="2500047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461" w:type="dxa"/>
            <w:vAlign w:val="center"/>
          </w:tcPr>
          <w:p w14:paraId="0CB772E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0.4488</w:t>
            </w:r>
          </w:p>
        </w:tc>
        <w:tc>
          <w:tcPr>
            <w:tcW w:w="1461" w:type="dxa"/>
            <w:vAlign w:val="center"/>
          </w:tcPr>
          <w:p w14:paraId="74C04B4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[-0.0298, 0.0132]</w:t>
            </w:r>
          </w:p>
        </w:tc>
      </w:tr>
      <w:tr w:rsidR="00251F72" w:rsidRPr="0015287A" w14:paraId="23B4B7B4" w14:textId="77777777" w:rsidTr="0015287A">
        <w:trPr>
          <w:jc w:val="center"/>
        </w:trPr>
        <w:tc>
          <w:tcPr>
            <w:tcW w:w="1461" w:type="dxa"/>
            <w:vAlign w:val="center"/>
          </w:tcPr>
          <w:p w14:paraId="672D6E6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461" w:type="dxa"/>
            <w:vAlign w:val="center"/>
          </w:tcPr>
          <w:p w14:paraId="54F111A0" w14:textId="73740EFF" w:rsidR="00251F72" w:rsidRPr="0015287A" w:rsidRDefault="0029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A</w:t>
            </w: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461" w:type="dxa"/>
            <w:vAlign w:val="center"/>
          </w:tcPr>
          <w:p w14:paraId="3F3E076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-0.1734</w:t>
            </w:r>
          </w:p>
        </w:tc>
        <w:tc>
          <w:tcPr>
            <w:tcW w:w="1461" w:type="dxa"/>
            <w:vAlign w:val="center"/>
          </w:tcPr>
          <w:p w14:paraId="49AF0A4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0.1103</w:t>
            </w:r>
          </w:p>
        </w:tc>
        <w:tc>
          <w:tcPr>
            <w:tcW w:w="1461" w:type="dxa"/>
            <w:vAlign w:val="center"/>
          </w:tcPr>
          <w:p w14:paraId="5B2A3C6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1461" w:type="dxa"/>
            <w:vAlign w:val="center"/>
          </w:tcPr>
          <w:p w14:paraId="7E5C29D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0.1161</w:t>
            </w:r>
          </w:p>
        </w:tc>
        <w:tc>
          <w:tcPr>
            <w:tcW w:w="1461" w:type="dxa"/>
            <w:vAlign w:val="center"/>
          </w:tcPr>
          <w:p w14:paraId="30BED31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[-0.3897, 0.0429]</w:t>
            </w:r>
          </w:p>
        </w:tc>
      </w:tr>
      <w:tr w:rsidR="00251F72" w:rsidRPr="0015287A" w14:paraId="1D977B99" w14:textId="77777777" w:rsidTr="0015287A">
        <w:trPr>
          <w:jc w:val="center"/>
        </w:trPr>
        <w:tc>
          <w:tcPr>
            <w:tcW w:w="1461" w:type="dxa"/>
            <w:vAlign w:val="center"/>
          </w:tcPr>
          <w:p w14:paraId="66F83D8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461" w:type="dxa"/>
            <w:vAlign w:val="center"/>
          </w:tcPr>
          <w:p w14:paraId="5C5CFBF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K1+K2</w:t>
            </w:r>
          </w:p>
        </w:tc>
        <w:tc>
          <w:tcPr>
            <w:tcW w:w="1461" w:type="dxa"/>
            <w:vAlign w:val="center"/>
          </w:tcPr>
          <w:p w14:paraId="763A4A9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-0.0280</w:t>
            </w:r>
          </w:p>
        </w:tc>
        <w:tc>
          <w:tcPr>
            <w:tcW w:w="1461" w:type="dxa"/>
            <w:vAlign w:val="center"/>
          </w:tcPr>
          <w:p w14:paraId="354BFD8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0.0251</w:t>
            </w:r>
          </w:p>
        </w:tc>
        <w:tc>
          <w:tcPr>
            <w:tcW w:w="1461" w:type="dxa"/>
            <w:vAlign w:val="center"/>
          </w:tcPr>
          <w:p w14:paraId="3F4A4EA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1461" w:type="dxa"/>
            <w:vAlign w:val="center"/>
          </w:tcPr>
          <w:p w14:paraId="20B84D5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0.2635</w:t>
            </w:r>
          </w:p>
        </w:tc>
        <w:tc>
          <w:tcPr>
            <w:tcW w:w="1461" w:type="dxa"/>
            <w:vAlign w:val="center"/>
          </w:tcPr>
          <w:p w14:paraId="597CA37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[-0.0772, 0.0211]</w:t>
            </w:r>
          </w:p>
        </w:tc>
      </w:tr>
      <w:tr w:rsidR="00251F72" w:rsidRPr="0015287A" w14:paraId="234C1708" w14:textId="77777777" w:rsidTr="0015287A">
        <w:trPr>
          <w:jc w:val="center"/>
        </w:trPr>
        <w:tc>
          <w:tcPr>
            <w:tcW w:w="1461" w:type="dxa"/>
            <w:vAlign w:val="center"/>
          </w:tcPr>
          <w:p w14:paraId="576D69F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J45</w:t>
            </w:r>
          </w:p>
        </w:tc>
        <w:tc>
          <w:tcPr>
            <w:tcW w:w="1461" w:type="dxa"/>
            <w:vAlign w:val="center"/>
          </w:tcPr>
          <w:p w14:paraId="1B87B46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UCVA</w:t>
            </w:r>
          </w:p>
        </w:tc>
        <w:tc>
          <w:tcPr>
            <w:tcW w:w="1461" w:type="dxa"/>
            <w:vAlign w:val="center"/>
          </w:tcPr>
          <w:p w14:paraId="401F99D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0.1513</w:t>
            </w:r>
          </w:p>
        </w:tc>
        <w:tc>
          <w:tcPr>
            <w:tcW w:w="1461" w:type="dxa"/>
            <w:vAlign w:val="center"/>
          </w:tcPr>
          <w:p w14:paraId="175CEA0E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0.1935</w:t>
            </w:r>
          </w:p>
        </w:tc>
        <w:tc>
          <w:tcPr>
            <w:tcW w:w="1461" w:type="dxa"/>
            <w:vAlign w:val="center"/>
          </w:tcPr>
          <w:p w14:paraId="628BC99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461" w:type="dxa"/>
            <w:vAlign w:val="center"/>
          </w:tcPr>
          <w:p w14:paraId="27C2848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0.4344</w:t>
            </w:r>
          </w:p>
        </w:tc>
        <w:tc>
          <w:tcPr>
            <w:tcW w:w="1461" w:type="dxa"/>
            <w:vAlign w:val="center"/>
          </w:tcPr>
          <w:p w14:paraId="6C62BF2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[-0.2281, 0.5306]</w:t>
            </w:r>
          </w:p>
        </w:tc>
      </w:tr>
      <w:tr w:rsidR="00251F72" w:rsidRPr="0015287A" w14:paraId="063B4126" w14:textId="77777777" w:rsidTr="0015287A">
        <w:trPr>
          <w:jc w:val="center"/>
        </w:trPr>
        <w:tc>
          <w:tcPr>
            <w:tcW w:w="1461" w:type="dxa"/>
            <w:vAlign w:val="center"/>
          </w:tcPr>
          <w:p w14:paraId="391C5C0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61" w:type="dxa"/>
            <w:vAlign w:val="center"/>
          </w:tcPr>
          <w:p w14:paraId="1004703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Intercept</w:t>
            </w:r>
          </w:p>
        </w:tc>
        <w:tc>
          <w:tcPr>
            <w:tcW w:w="1461" w:type="dxa"/>
            <w:vAlign w:val="center"/>
          </w:tcPr>
          <w:p w14:paraId="15527DE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61.4636</w:t>
            </w:r>
          </w:p>
        </w:tc>
        <w:tc>
          <w:tcPr>
            <w:tcW w:w="1461" w:type="dxa"/>
            <w:vAlign w:val="center"/>
          </w:tcPr>
          <w:p w14:paraId="18B49AB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5.8237</w:t>
            </w:r>
          </w:p>
        </w:tc>
        <w:tc>
          <w:tcPr>
            <w:tcW w:w="1461" w:type="dxa"/>
            <w:vAlign w:val="center"/>
          </w:tcPr>
          <w:p w14:paraId="639F9D1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111.39</w:t>
            </w:r>
          </w:p>
        </w:tc>
        <w:tc>
          <w:tcPr>
            <w:tcW w:w="1461" w:type="dxa"/>
            <w:vAlign w:val="center"/>
          </w:tcPr>
          <w:p w14:paraId="7D597F6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461" w:type="dxa"/>
            <w:vAlign w:val="center"/>
          </w:tcPr>
          <w:p w14:paraId="6D7A41C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[50.0492, 72.8780]</w:t>
            </w:r>
          </w:p>
        </w:tc>
      </w:tr>
      <w:tr w:rsidR="00251F72" w:rsidRPr="0015287A" w14:paraId="6404F6F2" w14:textId="77777777" w:rsidTr="0015287A">
        <w:trPr>
          <w:jc w:val="center"/>
        </w:trPr>
        <w:tc>
          <w:tcPr>
            <w:tcW w:w="1461" w:type="dxa"/>
            <w:vAlign w:val="center"/>
          </w:tcPr>
          <w:p w14:paraId="2A3F0308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61" w:type="dxa"/>
            <w:vAlign w:val="center"/>
          </w:tcPr>
          <w:p w14:paraId="4E64148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461" w:type="dxa"/>
            <w:vAlign w:val="center"/>
          </w:tcPr>
          <w:p w14:paraId="7074A24F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-0.0445</w:t>
            </w:r>
          </w:p>
        </w:tc>
        <w:tc>
          <w:tcPr>
            <w:tcW w:w="1461" w:type="dxa"/>
            <w:vAlign w:val="center"/>
          </w:tcPr>
          <w:p w14:paraId="4583A909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0.0385</w:t>
            </w:r>
          </w:p>
        </w:tc>
        <w:tc>
          <w:tcPr>
            <w:tcW w:w="1461" w:type="dxa"/>
            <w:vAlign w:val="center"/>
          </w:tcPr>
          <w:p w14:paraId="66F88D51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1461" w:type="dxa"/>
            <w:vAlign w:val="center"/>
          </w:tcPr>
          <w:p w14:paraId="68524E7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0.2487</w:t>
            </w:r>
          </w:p>
        </w:tc>
        <w:tc>
          <w:tcPr>
            <w:tcW w:w="1461" w:type="dxa"/>
            <w:vAlign w:val="center"/>
          </w:tcPr>
          <w:p w14:paraId="3899169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[-0.1200, 0.0311]</w:t>
            </w:r>
          </w:p>
        </w:tc>
      </w:tr>
      <w:tr w:rsidR="00251F72" w:rsidRPr="0015287A" w14:paraId="7A077CB6" w14:textId="77777777" w:rsidTr="0015287A">
        <w:trPr>
          <w:jc w:val="center"/>
        </w:trPr>
        <w:tc>
          <w:tcPr>
            <w:tcW w:w="1461" w:type="dxa"/>
            <w:vAlign w:val="center"/>
          </w:tcPr>
          <w:p w14:paraId="2D829C6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61" w:type="dxa"/>
            <w:vAlign w:val="center"/>
          </w:tcPr>
          <w:p w14:paraId="06B7B46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</w:p>
        </w:tc>
        <w:tc>
          <w:tcPr>
            <w:tcW w:w="1461" w:type="dxa"/>
            <w:vAlign w:val="center"/>
          </w:tcPr>
          <w:p w14:paraId="50908CB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-1.3278</w:t>
            </w:r>
          </w:p>
        </w:tc>
        <w:tc>
          <w:tcPr>
            <w:tcW w:w="1461" w:type="dxa"/>
            <w:vAlign w:val="center"/>
          </w:tcPr>
          <w:p w14:paraId="547406C6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0.0818</w:t>
            </w:r>
          </w:p>
        </w:tc>
        <w:tc>
          <w:tcPr>
            <w:tcW w:w="1461" w:type="dxa"/>
            <w:vAlign w:val="center"/>
          </w:tcPr>
          <w:p w14:paraId="0234CB2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263.55</w:t>
            </w:r>
          </w:p>
        </w:tc>
        <w:tc>
          <w:tcPr>
            <w:tcW w:w="1461" w:type="dxa"/>
            <w:vAlign w:val="center"/>
          </w:tcPr>
          <w:p w14:paraId="3E6235E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461" w:type="dxa"/>
            <w:vAlign w:val="center"/>
          </w:tcPr>
          <w:p w14:paraId="58BA317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[-1.4881, -1.1675]</w:t>
            </w:r>
          </w:p>
        </w:tc>
      </w:tr>
      <w:tr w:rsidR="00251F72" w:rsidRPr="0015287A" w14:paraId="47C84D0E" w14:textId="77777777" w:rsidTr="0015287A">
        <w:trPr>
          <w:jc w:val="center"/>
        </w:trPr>
        <w:tc>
          <w:tcPr>
            <w:tcW w:w="1461" w:type="dxa"/>
            <w:vAlign w:val="center"/>
          </w:tcPr>
          <w:p w14:paraId="0C4848F5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61" w:type="dxa"/>
            <w:vAlign w:val="center"/>
          </w:tcPr>
          <w:p w14:paraId="4C2395C7" w14:textId="5C075406" w:rsidR="00251F72" w:rsidRPr="0015287A" w:rsidRDefault="00290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eastAsia="宋体" w:hAnsi="Times New Roman" w:cs="Times New Roman"/>
                <w:sz w:val="24"/>
                <w:szCs w:val="24"/>
                <w:lang w:eastAsia="zh-CN"/>
              </w:rPr>
              <w:t>A</w:t>
            </w: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</w:p>
        </w:tc>
        <w:tc>
          <w:tcPr>
            <w:tcW w:w="1461" w:type="dxa"/>
            <w:vAlign w:val="center"/>
          </w:tcPr>
          <w:p w14:paraId="0C35C4A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-0.1799</w:t>
            </w:r>
          </w:p>
        </w:tc>
        <w:tc>
          <w:tcPr>
            <w:tcW w:w="1461" w:type="dxa"/>
            <w:vAlign w:val="center"/>
          </w:tcPr>
          <w:p w14:paraId="05C691A4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0.2380</w:t>
            </w:r>
          </w:p>
        </w:tc>
        <w:tc>
          <w:tcPr>
            <w:tcW w:w="1461" w:type="dxa"/>
            <w:vAlign w:val="center"/>
          </w:tcPr>
          <w:p w14:paraId="2DCDF8E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461" w:type="dxa"/>
            <w:vAlign w:val="center"/>
          </w:tcPr>
          <w:p w14:paraId="51D3665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0.4499</w:t>
            </w:r>
          </w:p>
        </w:tc>
        <w:tc>
          <w:tcPr>
            <w:tcW w:w="1461" w:type="dxa"/>
            <w:vAlign w:val="center"/>
          </w:tcPr>
          <w:p w14:paraId="360A64C3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[-0.6464, 0.2867]</w:t>
            </w:r>
          </w:p>
        </w:tc>
      </w:tr>
      <w:tr w:rsidR="00251F72" w:rsidRPr="0015287A" w14:paraId="621928FF" w14:textId="77777777" w:rsidTr="0015287A">
        <w:trPr>
          <w:jc w:val="center"/>
        </w:trPr>
        <w:tc>
          <w:tcPr>
            <w:tcW w:w="1461" w:type="dxa"/>
            <w:vAlign w:val="center"/>
          </w:tcPr>
          <w:p w14:paraId="6A40DF1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61" w:type="dxa"/>
            <w:vAlign w:val="center"/>
          </w:tcPr>
          <w:p w14:paraId="55BC2AE2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K1+K2</w:t>
            </w:r>
          </w:p>
        </w:tc>
        <w:tc>
          <w:tcPr>
            <w:tcW w:w="1461" w:type="dxa"/>
            <w:vAlign w:val="center"/>
          </w:tcPr>
          <w:p w14:paraId="2EC607A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-0.3475</w:t>
            </w:r>
          </w:p>
        </w:tc>
        <w:tc>
          <w:tcPr>
            <w:tcW w:w="1461" w:type="dxa"/>
            <w:vAlign w:val="center"/>
          </w:tcPr>
          <w:p w14:paraId="7E206C8D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0.0559</w:t>
            </w:r>
          </w:p>
        </w:tc>
        <w:tc>
          <w:tcPr>
            <w:tcW w:w="1461" w:type="dxa"/>
            <w:vAlign w:val="center"/>
          </w:tcPr>
          <w:p w14:paraId="3CF16A1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38.70</w:t>
            </w:r>
          </w:p>
        </w:tc>
        <w:tc>
          <w:tcPr>
            <w:tcW w:w="1461" w:type="dxa"/>
            <w:vAlign w:val="center"/>
          </w:tcPr>
          <w:p w14:paraId="147FBA6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0.0000</w:t>
            </w:r>
          </w:p>
        </w:tc>
        <w:tc>
          <w:tcPr>
            <w:tcW w:w="1461" w:type="dxa"/>
            <w:vAlign w:val="center"/>
          </w:tcPr>
          <w:p w14:paraId="031F47F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[-0.4570, -0.2380]</w:t>
            </w:r>
          </w:p>
        </w:tc>
      </w:tr>
      <w:tr w:rsidR="00251F72" w:rsidRPr="0015287A" w14:paraId="73BA8D12" w14:textId="77777777" w:rsidTr="0015287A">
        <w:trPr>
          <w:jc w:val="center"/>
        </w:trPr>
        <w:tc>
          <w:tcPr>
            <w:tcW w:w="1461" w:type="dxa"/>
            <w:vAlign w:val="center"/>
          </w:tcPr>
          <w:p w14:paraId="7A469D0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461" w:type="dxa"/>
            <w:vAlign w:val="center"/>
          </w:tcPr>
          <w:p w14:paraId="0203C11C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UCVA</w:t>
            </w:r>
          </w:p>
        </w:tc>
        <w:tc>
          <w:tcPr>
            <w:tcW w:w="1461" w:type="dxa"/>
            <w:vAlign w:val="center"/>
          </w:tcPr>
          <w:p w14:paraId="65140A70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1.7525</w:t>
            </w:r>
          </w:p>
        </w:tc>
        <w:tc>
          <w:tcPr>
            <w:tcW w:w="1461" w:type="dxa"/>
            <w:vAlign w:val="center"/>
          </w:tcPr>
          <w:p w14:paraId="4CE15E8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0.4405</w:t>
            </w:r>
          </w:p>
        </w:tc>
        <w:tc>
          <w:tcPr>
            <w:tcW w:w="1461" w:type="dxa"/>
            <w:vAlign w:val="center"/>
          </w:tcPr>
          <w:p w14:paraId="7CF44AD7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15.83</w:t>
            </w:r>
          </w:p>
        </w:tc>
        <w:tc>
          <w:tcPr>
            <w:tcW w:w="1461" w:type="dxa"/>
            <w:vAlign w:val="center"/>
          </w:tcPr>
          <w:p w14:paraId="42E8063A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1461" w:type="dxa"/>
            <w:vAlign w:val="center"/>
          </w:tcPr>
          <w:p w14:paraId="5A43BD1B" w14:textId="77777777" w:rsidR="00251F72" w:rsidRPr="0015287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287A">
              <w:rPr>
                <w:rFonts w:ascii="Times New Roman" w:hAnsi="Times New Roman" w:cs="Times New Roman"/>
                <w:sz w:val="24"/>
                <w:szCs w:val="24"/>
              </w:rPr>
              <w:t>[0.8890, 2.6159]</w:t>
            </w:r>
          </w:p>
        </w:tc>
      </w:tr>
    </w:tbl>
    <w:p w14:paraId="56C2EAB1" w14:textId="77777777" w:rsidR="00251F72" w:rsidRPr="0015287A" w:rsidRDefault="00251F72">
      <w:pPr>
        <w:rPr>
          <w:rFonts w:ascii="Times New Roman" w:hAnsi="Times New Roman" w:cs="Times New Roman"/>
          <w:sz w:val="24"/>
          <w:szCs w:val="24"/>
        </w:rPr>
      </w:pPr>
    </w:p>
    <w:p w14:paraId="6DD60074" w14:textId="66CE3133" w:rsidR="00251F72" w:rsidRPr="0015287A" w:rsidRDefault="00007B0A" w:rsidP="00D94E84">
      <w:pPr>
        <w:rPr>
          <w:rFonts w:ascii="Times New Roman" w:hAnsi="Times New Roman" w:cs="Times New Roman"/>
          <w:b/>
          <w:sz w:val="24"/>
          <w:szCs w:val="24"/>
        </w:rPr>
      </w:pPr>
      <w:r w:rsidRPr="0015287A">
        <w:rPr>
          <w:rFonts w:ascii="Times New Roman" w:hAnsi="Times New Roman" w:cs="Times New Roman"/>
          <w:b/>
          <w:sz w:val="24"/>
          <w:szCs w:val="24"/>
        </w:rPr>
        <w:br w:type="page"/>
      </w:r>
      <w:r w:rsidRPr="0015287A">
        <w:rPr>
          <w:rFonts w:ascii="Times New Roman" w:hAnsi="Times New Roman" w:cs="Times New Roman"/>
          <w:b/>
          <w:sz w:val="24"/>
          <w:szCs w:val="24"/>
        </w:rPr>
        <w:lastRenderedPageBreak/>
        <w:t>Supplementary Figures</w:t>
      </w:r>
    </w:p>
    <w:p w14:paraId="45DC4D5D" w14:textId="77777777" w:rsidR="00C0585F" w:rsidRPr="0015287A" w:rsidRDefault="00000000">
      <w:pPr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sz w:val="24"/>
          <w:szCs w:val="24"/>
        </w:rPr>
        <w:t>Supplementary Figure S1. Refractive-error distribution in the cohort. The distribution was myopia-predominant, with smaller emmetropic and hyperopic subgroups and a limited high-astigmatism subgroup.</w:t>
      </w:r>
    </w:p>
    <w:p w14:paraId="2F90BFEE" w14:textId="77777777" w:rsidR="00C0585F" w:rsidRPr="0015287A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32C16D" wp14:editId="69334A09">
            <wp:extent cx="5943600" cy="2971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1_distribution_norm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FCA73" w14:textId="77777777" w:rsidR="00C0585F" w:rsidRPr="0015287A" w:rsidRDefault="00000000">
      <w:pPr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sz w:val="24"/>
          <w:szCs w:val="24"/>
        </w:rPr>
        <w:t>Supplementary Figure S2. Regression, residual, and error-distribution diagnostics for retained models. These plots provide the full diagnostic context beyond the key J0 verification shown in the main manuscript.</w:t>
      </w:r>
    </w:p>
    <w:p w14:paraId="61A6986F" w14:textId="77777777" w:rsidR="00C0585F" w:rsidRPr="0015287A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15287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FAC3A7F" wp14:editId="3D4D0450">
            <wp:extent cx="5943600" cy="77423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2_prediction_diagnostics_nor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2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85F" w:rsidRPr="0015287A" w:rsidSect="0003461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80D26" w14:textId="77777777" w:rsidR="004147A4" w:rsidRDefault="004147A4" w:rsidP="00007B0A">
      <w:pPr>
        <w:spacing w:after="0" w:line="240" w:lineRule="auto"/>
      </w:pPr>
      <w:r>
        <w:separator/>
      </w:r>
    </w:p>
  </w:endnote>
  <w:endnote w:type="continuationSeparator" w:id="0">
    <w:p w14:paraId="5D25CC9A" w14:textId="77777777" w:rsidR="004147A4" w:rsidRDefault="004147A4" w:rsidP="00007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AFDA9" w14:textId="77777777" w:rsidR="004147A4" w:rsidRDefault="004147A4" w:rsidP="00007B0A">
      <w:pPr>
        <w:spacing w:after="0" w:line="240" w:lineRule="auto"/>
      </w:pPr>
      <w:r>
        <w:separator/>
      </w:r>
    </w:p>
  </w:footnote>
  <w:footnote w:type="continuationSeparator" w:id="0">
    <w:p w14:paraId="05350A92" w14:textId="77777777" w:rsidR="004147A4" w:rsidRDefault="004147A4" w:rsidP="00007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383612">
    <w:abstractNumId w:val="8"/>
  </w:num>
  <w:num w:numId="2" w16cid:durableId="377508393">
    <w:abstractNumId w:val="6"/>
  </w:num>
  <w:num w:numId="3" w16cid:durableId="884755255">
    <w:abstractNumId w:val="5"/>
  </w:num>
  <w:num w:numId="4" w16cid:durableId="1041855467">
    <w:abstractNumId w:val="4"/>
  </w:num>
  <w:num w:numId="5" w16cid:durableId="58134943">
    <w:abstractNumId w:val="7"/>
  </w:num>
  <w:num w:numId="6" w16cid:durableId="741605624">
    <w:abstractNumId w:val="3"/>
  </w:num>
  <w:num w:numId="7" w16cid:durableId="1389721597">
    <w:abstractNumId w:val="2"/>
  </w:num>
  <w:num w:numId="8" w16cid:durableId="36049083">
    <w:abstractNumId w:val="1"/>
  </w:num>
  <w:num w:numId="9" w16cid:durableId="180369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B0A"/>
    <w:rsid w:val="00034616"/>
    <w:rsid w:val="0006063C"/>
    <w:rsid w:val="0015074B"/>
    <w:rsid w:val="0015287A"/>
    <w:rsid w:val="00251F72"/>
    <w:rsid w:val="00275AB3"/>
    <w:rsid w:val="002907E3"/>
    <w:rsid w:val="0029639D"/>
    <w:rsid w:val="00326F90"/>
    <w:rsid w:val="003E1515"/>
    <w:rsid w:val="004147A4"/>
    <w:rsid w:val="005B41BB"/>
    <w:rsid w:val="007C6CE3"/>
    <w:rsid w:val="00904BE5"/>
    <w:rsid w:val="0096798E"/>
    <w:rsid w:val="009A2BC5"/>
    <w:rsid w:val="00AA1D8D"/>
    <w:rsid w:val="00B13B0F"/>
    <w:rsid w:val="00B47730"/>
    <w:rsid w:val="00C0585F"/>
    <w:rsid w:val="00CB0664"/>
    <w:rsid w:val="00D010F6"/>
    <w:rsid w:val="00D64BD1"/>
    <w:rsid w:val="00D94E84"/>
    <w:rsid w:val="00DF51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F9A9CA"/>
  <w14:defaultImageDpi w14:val="300"/>
  <w15:docId w15:val="{A8BE7172-3237-42B6-9B5E-FACAC302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1081</Words>
  <Characters>4837</Characters>
  <Application>Microsoft Office Word</Application>
  <DocSecurity>0</DocSecurity>
  <Lines>967</Lines>
  <Paragraphs>986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康 康</cp:lastModifiedBy>
  <cp:revision>9</cp:revision>
  <dcterms:created xsi:type="dcterms:W3CDTF">2013-12-23T23:15:00Z</dcterms:created>
  <dcterms:modified xsi:type="dcterms:W3CDTF">2026-06-16T13:27:00Z</dcterms:modified>
  <cp:category/>
</cp:coreProperties>
</file>