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6473" w14:textId="03C529B0" w:rsidR="00E02404" w:rsidRPr="005A6622" w:rsidRDefault="00E02404" w:rsidP="00E02404">
      <w:pPr>
        <w:rPr>
          <w:rFonts w:ascii="Times New Roman" w:hAnsi="Times New Roman" w:cs="Times New Roman"/>
          <w:b/>
          <w:bCs/>
        </w:rPr>
      </w:pPr>
      <w:r w:rsidRPr="005A6622">
        <w:rPr>
          <w:rFonts w:ascii="Times New Roman" w:hAnsi="Times New Roman" w:cs="Times New Roman"/>
          <w:b/>
          <w:bCs/>
        </w:rPr>
        <w:t xml:space="preserve">Table S1: </w:t>
      </w:r>
      <w:r w:rsidR="00B675E0" w:rsidRPr="00B675E0">
        <w:rPr>
          <w:rFonts w:ascii="Times New Roman" w:hAnsi="Times New Roman" w:cs="Times New Roman"/>
          <w:b/>
          <w:bCs/>
        </w:rPr>
        <w:t>Demographic and clinical characteristics of study participants at baseline</w:t>
      </w:r>
    </w:p>
    <w:tbl>
      <w:tblPr>
        <w:tblStyle w:val="PlainTable2"/>
        <w:tblW w:w="0" w:type="auto"/>
        <w:tblLook w:val="04A0" w:firstRow="1" w:lastRow="0" w:firstColumn="1" w:lastColumn="0" w:noHBand="0" w:noVBand="1"/>
      </w:tblPr>
      <w:tblGrid>
        <w:gridCol w:w="2500"/>
        <w:gridCol w:w="2083"/>
        <w:gridCol w:w="1876"/>
        <w:gridCol w:w="913"/>
      </w:tblGrid>
      <w:tr w:rsidR="00E02404" w:rsidRPr="005A6622" w14:paraId="71EF2A99" w14:textId="77777777" w:rsidTr="00EC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CD5E73" w14:textId="77777777" w:rsidR="00E02404" w:rsidRPr="005A6622" w:rsidRDefault="00E02404" w:rsidP="00EC5E4E">
            <w:pPr>
              <w:spacing w:after="200" w:line="276" w:lineRule="auto"/>
              <w:rPr>
                <w:rFonts w:ascii="Times New Roman" w:hAnsi="Times New Roman" w:cs="Times New Roman"/>
                <w:lang w:val="en-IN"/>
              </w:rPr>
            </w:pPr>
            <w:r w:rsidRPr="005A6622">
              <w:rPr>
                <w:rFonts w:ascii="Times New Roman" w:hAnsi="Times New Roman" w:cs="Times New Roman"/>
                <w:lang w:val="en-IN"/>
              </w:rPr>
              <w:t>Variable</w:t>
            </w:r>
          </w:p>
        </w:tc>
        <w:tc>
          <w:tcPr>
            <w:tcW w:w="0" w:type="auto"/>
            <w:hideMark/>
          </w:tcPr>
          <w:p w14:paraId="34AD5757"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Completers (n = 10)</w:t>
            </w:r>
          </w:p>
        </w:tc>
        <w:tc>
          <w:tcPr>
            <w:tcW w:w="0" w:type="auto"/>
            <w:hideMark/>
          </w:tcPr>
          <w:p w14:paraId="78FC7E4B"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Dropouts (n = 30)</w:t>
            </w:r>
          </w:p>
        </w:tc>
        <w:tc>
          <w:tcPr>
            <w:tcW w:w="0" w:type="auto"/>
            <w:hideMark/>
          </w:tcPr>
          <w:p w14:paraId="0985ED59"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p-value</w:t>
            </w:r>
          </w:p>
        </w:tc>
      </w:tr>
      <w:tr w:rsidR="00E02404" w:rsidRPr="005A6622" w14:paraId="0B6B6B36" w14:textId="77777777" w:rsidTr="00E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2236B" w14:textId="77777777"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Age (years, mean ± SD)</w:t>
            </w:r>
          </w:p>
        </w:tc>
        <w:tc>
          <w:tcPr>
            <w:tcW w:w="0" w:type="auto"/>
            <w:hideMark/>
          </w:tcPr>
          <w:p w14:paraId="2755B92F"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6.35 ± 1.85</w:t>
            </w:r>
          </w:p>
        </w:tc>
        <w:tc>
          <w:tcPr>
            <w:tcW w:w="0" w:type="auto"/>
            <w:hideMark/>
          </w:tcPr>
          <w:p w14:paraId="1EADF68D"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4.39 ± 1.64</w:t>
            </w:r>
          </w:p>
        </w:tc>
        <w:tc>
          <w:tcPr>
            <w:tcW w:w="0" w:type="auto"/>
            <w:hideMark/>
          </w:tcPr>
          <w:p w14:paraId="12D834B9"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0.01*</w:t>
            </w:r>
          </w:p>
        </w:tc>
      </w:tr>
      <w:tr w:rsidR="00E02404" w:rsidRPr="005A6622" w14:paraId="2250AFE6" w14:textId="77777777" w:rsidTr="00EC5E4E">
        <w:tc>
          <w:tcPr>
            <w:cnfStyle w:val="001000000000" w:firstRow="0" w:lastRow="0" w:firstColumn="1" w:lastColumn="0" w:oddVBand="0" w:evenVBand="0" w:oddHBand="0" w:evenHBand="0" w:firstRowFirstColumn="0" w:firstRowLastColumn="0" w:lastRowFirstColumn="0" w:lastRowLastColumn="0"/>
            <w:tcW w:w="0" w:type="auto"/>
            <w:hideMark/>
          </w:tcPr>
          <w:p w14:paraId="32FCAD77" w14:textId="47A5EEBD"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Sex (</w:t>
            </w:r>
            <w:r w:rsidR="00D45DD3" w:rsidRPr="005A6622">
              <w:rPr>
                <w:rFonts w:ascii="Times New Roman" w:hAnsi="Times New Roman" w:cs="Times New Roman"/>
                <w:b w:val="0"/>
                <w:bCs w:val="0"/>
                <w:lang w:val="en-IN"/>
              </w:rPr>
              <w:t>male: female</w:t>
            </w:r>
            <w:r w:rsidRPr="005A6622">
              <w:rPr>
                <w:rFonts w:ascii="Times New Roman" w:hAnsi="Times New Roman" w:cs="Times New Roman"/>
                <w:b w:val="0"/>
                <w:bCs w:val="0"/>
                <w:lang w:val="en-IN"/>
              </w:rPr>
              <w:t>)</w:t>
            </w:r>
          </w:p>
        </w:tc>
        <w:tc>
          <w:tcPr>
            <w:tcW w:w="0" w:type="auto"/>
            <w:hideMark/>
          </w:tcPr>
          <w:p w14:paraId="22978693"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9:1</w:t>
            </w:r>
          </w:p>
        </w:tc>
        <w:tc>
          <w:tcPr>
            <w:tcW w:w="0" w:type="auto"/>
            <w:hideMark/>
          </w:tcPr>
          <w:p w14:paraId="2A126ECD"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22:8</w:t>
            </w:r>
          </w:p>
        </w:tc>
        <w:tc>
          <w:tcPr>
            <w:tcW w:w="0" w:type="auto"/>
            <w:hideMark/>
          </w:tcPr>
          <w:p w14:paraId="20316732"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0.62¹</w:t>
            </w:r>
          </w:p>
        </w:tc>
      </w:tr>
      <w:tr w:rsidR="00E02404" w:rsidRPr="005A6622" w14:paraId="1F2693CA" w14:textId="77777777" w:rsidTr="00E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8D004" w14:textId="77777777"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CARS score (mean ± SD)</w:t>
            </w:r>
          </w:p>
        </w:tc>
        <w:tc>
          <w:tcPr>
            <w:tcW w:w="0" w:type="auto"/>
            <w:hideMark/>
          </w:tcPr>
          <w:p w14:paraId="11D0EB8B"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38.0 ± 4.5</w:t>
            </w:r>
          </w:p>
        </w:tc>
        <w:tc>
          <w:tcPr>
            <w:tcW w:w="0" w:type="auto"/>
            <w:hideMark/>
          </w:tcPr>
          <w:p w14:paraId="16E8EEEB"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36.6 ± 3.9</w:t>
            </w:r>
          </w:p>
        </w:tc>
        <w:tc>
          <w:tcPr>
            <w:tcW w:w="0" w:type="auto"/>
            <w:hideMark/>
          </w:tcPr>
          <w:p w14:paraId="0122626D"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0.38</w:t>
            </w:r>
          </w:p>
        </w:tc>
      </w:tr>
    </w:tbl>
    <w:p w14:paraId="26007BF6" w14:textId="5EACD0B5" w:rsidR="00E02404" w:rsidRPr="00D45DD3" w:rsidRDefault="00E02404" w:rsidP="00E02404">
      <w:pPr>
        <w:rPr>
          <w:rFonts w:ascii="Times New Roman" w:hAnsi="Times New Roman" w:cs="Times New Roman"/>
        </w:rPr>
      </w:pPr>
      <w:r w:rsidRPr="005A6622">
        <w:rPr>
          <w:rFonts w:ascii="Times New Roman" w:hAnsi="Times New Roman" w:cs="Times New Roman"/>
          <w:b/>
          <w:bCs/>
        </w:rPr>
        <w:t xml:space="preserve">¹ </w:t>
      </w:r>
      <w:r w:rsidRPr="005A6622">
        <w:rPr>
          <w:rFonts w:ascii="Times New Roman" w:hAnsi="Times New Roman" w:cs="Times New Roman"/>
        </w:rPr>
        <w:t>Fisher’s exact test; * Mann–Whitney U test.</w:t>
      </w:r>
      <w:r w:rsidRPr="005A6622">
        <w:rPr>
          <w:rFonts w:ascii="Times New Roman" w:hAnsi="Times New Roman" w:cs="Times New Roman"/>
        </w:rPr>
        <w:br/>
        <w:t>*Significant at p &lt; 0.05</w:t>
      </w:r>
      <w:r w:rsidRPr="005A6622">
        <w:rPr>
          <w:rFonts w:ascii="Times New Roman" w:hAnsi="Times New Roman" w:cs="Times New Roman"/>
          <w:b/>
          <w:bCs/>
        </w:rPr>
        <w:t>.</w:t>
      </w:r>
    </w:p>
    <w:p w14:paraId="7BA04798" w14:textId="5427C072" w:rsidR="00175751" w:rsidRDefault="00E02404" w:rsidP="00E02404">
      <w:pPr>
        <w:rPr>
          <w:rFonts w:ascii="Times New Roman" w:hAnsi="Times New Roman" w:cs="Times New Roman"/>
        </w:rPr>
      </w:pPr>
      <w:r w:rsidRPr="005A6622">
        <w:rPr>
          <w:rFonts w:ascii="Times New Roman" w:hAnsi="Times New Roman" w:cs="Times New Roman"/>
        </w:rPr>
        <w:t>Data are presented as mean ± standard deviation (SD) for continuous variables and counts for categorical variables.</w:t>
      </w:r>
      <w:r w:rsidRPr="005A6622">
        <w:rPr>
          <w:rFonts w:ascii="Times New Roman" w:hAnsi="Times New Roman" w:cs="Times New Roman"/>
        </w:rPr>
        <w:br/>
        <w:t>p-values were calculated using Mann–Whitney U test for continuous variables and Fisher’s exact test for categorical variables.</w:t>
      </w:r>
    </w:p>
    <w:p w14:paraId="35715051" w14:textId="20E91BAE" w:rsidR="00B675E0" w:rsidRPr="005A6622" w:rsidRDefault="00B675E0" w:rsidP="00E02404">
      <w:pPr>
        <w:rPr>
          <w:rFonts w:ascii="Times New Roman" w:hAnsi="Times New Roman" w:cs="Times New Roman"/>
        </w:rPr>
      </w:pPr>
      <w:r w:rsidRPr="00B675E0">
        <w:rPr>
          <w:rFonts w:ascii="Times New Roman" w:hAnsi="Times New Roman" w:cs="Times New Roman"/>
        </w:rPr>
        <w:t>CARS values represent baseline scores prior to dietary intervention.</w:t>
      </w:r>
    </w:p>
    <w:p w14:paraId="140EC13D" w14:textId="77777777" w:rsidR="00175751" w:rsidRPr="005A6622" w:rsidRDefault="00175751">
      <w:pPr>
        <w:rPr>
          <w:rFonts w:ascii="Times New Roman" w:hAnsi="Times New Roman" w:cs="Times New Roman"/>
        </w:rPr>
      </w:pPr>
      <w:r w:rsidRPr="005A6622">
        <w:rPr>
          <w:rFonts w:ascii="Times New Roman" w:hAnsi="Times New Roman" w:cs="Times New Roman"/>
        </w:rPr>
        <w:br w:type="page"/>
      </w:r>
    </w:p>
    <w:p w14:paraId="7482E880" w14:textId="106D227E" w:rsidR="00754D28" w:rsidRDefault="00175751" w:rsidP="00AE5D76">
      <w:pPr>
        <w:jc w:val="both"/>
        <w:rPr>
          <w:rFonts w:ascii="Times New Roman" w:hAnsi="Times New Roman" w:cs="Times New Roman"/>
          <w:b/>
          <w:bCs/>
        </w:rPr>
      </w:pPr>
      <w:r w:rsidRPr="005A6622">
        <w:rPr>
          <w:rFonts w:ascii="Times New Roman" w:hAnsi="Times New Roman" w:cs="Times New Roman"/>
          <w:b/>
          <w:bCs/>
        </w:rPr>
        <w:lastRenderedPageBreak/>
        <w:t xml:space="preserve"> </w:t>
      </w:r>
      <w:r w:rsidR="00AE5D76" w:rsidRPr="00AE5D76">
        <w:rPr>
          <w:rFonts w:ascii="Times New Roman" w:hAnsi="Times New Roman" w:cs="Times New Roman"/>
          <w:b/>
          <w:bCs/>
        </w:rPr>
        <w:t>Supplementary Table S</w:t>
      </w:r>
      <w:r w:rsidR="00AE5D76">
        <w:rPr>
          <w:rFonts w:ascii="Times New Roman" w:hAnsi="Times New Roman" w:cs="Times New Roman"/>
          <w:b/>
          <w:bCs/>
        </w:rPr>
        <w:t>2</w:t>
      </w:r>
      <w:r w:rsidR="00AE5D76" w:rsidRPr="00AE5D76">
        <w:rPr>
          <w:rFonts w:ascii="Times New Roman" w:hAnsi="Times New Roman" w:cs="Times New Roman"/>
          <w:b/>
          <w:bCs/>
        </w:rPr>
        <w:t xml:space="preserve">. </w:t>
      </w:r>
      <w:r w:rsidR="00B675E0" w:rsidRPr="00B675E0">
        <w:rPr>
          <w:rFonts w:ascii="Times New Roman" w:hAnsi="Times New Roman" w:cs="Times New Roman"/>
          <w:b/>
          <w:bCs/>
        </w:rPr>
        <w:t>Univariate comparison of plasma metabolites between ASD and control groups using t-test and Wilcoxon rank-sum test</w:t>
      </w:r>
    </w:p>
    <w:tbl>
      <w:tblPr>
        <w:tblStyle w:val="PlainTable2"/>
        <w:tblW w:w="5000" w:type="pct"/>
        <w:tblLook w:val="04A0" w:firstRow="1" w:lastRow="0" w:firstColumn="1" w:lastColumn="0" w:noHBand="0" w:noVBand="1"/>
      </w:tblPr>
      <w:tblGrid>
        <w:gridCol w:w="3689"/>
        <w:gridCol w:w="2886"/>
        <w:gridCol w:w="2065"/>
      </w:tblGrid>
      <w:tr w:rsidR="00AE5D76" w:rsidRPr="00AE5D76" w14:paraId="6E78D288" w14:textId="77777777" w:rsidTr="00AE5D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pct"/>
            <w:hideMark/>
          </w:tcPr>
          <w:p w14:paraId="13B56830" w14:textId="77777777" w:rsidR="00AE5D76" w:rsidRPr="00AE5D76" w:rsidRDefault="00AE5D76" w:rsidP="00AE5D76">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Metabolite</w:t>
            </w:r>
          </w:p>
        </w:tc>
        <w:tc>
          <w:tcPr>
            <w:tcW w:w="1670" w:type="pct"/>
            <w:hideMark/>
          </w:tcPr>
          <w:p w14:paraId="316AC185" w14:textId="77777777" w:rsidR="00AE5D76" w:rsidRPr="00AE5D76" w:rsidRDefault="00AE5D76" w:rsidP="00AE5D76">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Test statistic (t)</w:t>
            </w:r>
          </w:p>
        </w:tc>
        <w:tc>
          <w:tcPr>
            <w:tcW w:w="1195" w:type="pct"/>
            <w:hideMark/>
          </w:tcPr>
          <w:p w14:paraId="678EDB1D" w14:textId="77777777" w:rsidR="00AE5D76" w:rsidRPr="00AE5D76" w:rsidRDefault="00AE5D76" w:rsidP="00AE5D76">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p-value</w:t>
            </w:r>
          </w:p>
        </w:tc>
      </w:tr>
      <w:tr w:rsidR="00AE5D76" w:rsidRPr="00AE5D76" w14:paraId="1EDEDF77" w14:textId="77777777" w:rsidTr="00AE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pct"/>
            <w:hideMark/>
          </w:tcPr>
          <w:p w14:paraId="2C3193EF" w14:textId="77777777" w:rsidR="00AE5D76" w:rsidRPr="00AE5D76" w:rsidRDefault="00AE5D76" w:rsidP="00AE5D76">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Coumarin</w:t>
            </w:r>
          </w:p>
        </w:tc>
        <w:tc>
          <w:tcPr>
            <w:tcW w:w="1670" w:type="pct"/>
            <w:hideMark/>
          </w:tcPr>
          <w:p w14:paraId="0504FA4A" w14:textId="77777777" w:rsidR="00AE5D76" w:rsidRPr="00AE5D76" w:rsidRDefault="00AE5D76" w:rsidP="00AE5D76">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10.419</w:t>
            </w:r>
          </w:p>
        </w:tc>
        <w:tc>
          <w:tcPr>
            <w:tcW w:w="1195" w:type="pct"/>
            <w:hideMark/>
          </w:tcPr>
          <w:p w14:paraId="2B02A0C8" w14:textId="77777777" w:rsidR="00AE5D76" w:rsidRPr="00AE5D76" w:rsidRDefault="00AE5D76" w:rsidP="00AE5D76">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4.73 × 10⁻⁹</w:t>
            </w:r>
          </w:p>
        </w:tc>
      </w:tr>
      <w:tr w:rsidR="00AE5D76" w:rsidRPr="00AE5D76" w14:paraId="6BB3B1A7" w14:textId="77777777" w:rsidTr="00AE5D76">
        <w:tc>
          <w:tcPr>
            <w:cnfStyle w:val="001000000000" w:firstRow="0" w:lastRow="0" w:firstColumn="1" w:lastColumn="0" w:oddVBand="0" w:evenVBand="0" w:oddHBand="0" w:evenHBand="0" w:firstRowFirstColumn="0" w:firstRowLastColumn="0" w:lastRowFirstColumn="0" w:lastRowLastColumn="0"/>
            <w:tcW w:w="2135" w:type="pct"/>
            <w:hideMark/>
          </w:tcPr>
          <w:p w14:paraId="672FA4A8" w14:textId="77777777" w:rsidR="00AE5D76" w:rsidRPr="00AE5D76" w:rsidRDefault="00AE5D76" w:rsidP="00AE5D76">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L-Leucine</w:t>
            </w:r>
          </w:p>
        </w:tc>
        <w:tc>
          <w:tcPr>
            <w:tcW w:w="1670" w:type="pct"/>
            <w:hideMark/>
          </w:tcPr>
          <w:p w14:paraId="29CCA55D" w14:textId="77777777" w:rsidR="00AE5D76" w:rsidRPr="00AE5D76" w:rsidRDefault="00AE5D76" w:rsidP="00AE5D7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6.768</w:t>
            </w:r>
          </w:p>
        </w:tc>
        <w:tc>
          <w:tcPr>
            <w:tcW w:w="1195" w:type="pct"/>
            <w:hideMark/>
          </w:tcPr>
          <w:p w14:paraId="2AF09C94" w14:textId="77777777" w:rsidR="00AE5D76" w:rsidRPr="00AE5D76" w:rsidRDefault="00AE5D76" w:rsidP="00AE5D7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2.43 × 10⁻⁶</w:t>
            </w:r>
          </w:p>
        </w:tc>
      </w:tr>
      <w:tr w:rsidR="00AE5D76" w:rsidRPr="00AE5D76" w14:paraId="77D76DA5" w14:textId="77777777" w:rsidTr="00AE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pct"/>
            <w:hideMark/>
          </w:tcPr>
          <w:p w14:paraId="67B35657" w14:textId="77777777" w:rsidR="00AE5D76" w:rsidRPr="00AE5D76" w:rsidRDefault="00AE5D76" w:rsidP="00AE5D76">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L-</w:t>
            </w:r>
            <w:proofErr w:type="spellStart"/>
            <w:r w:rsidRPr="00AE5D76">
              <w:rPr>
                <w:rFonts w:ascii="Times New Roman" w:hAnsi="Times New Roman" w:cs="Times New Roman"/>
                <w:lang w:val="en-IN"/>
              </w:rPr>
              <w:t>Octanoylcarnitine</w:t>
            </w:r>
            <w:proofErr w:type="spellEnd"/>
          </w:p>
        </w:tc>
        <w:tc>
          <w:tcPr>
            <w:tcW w:w="1670" w:type="pct"/>
            <w:hideMark/>
          </w:tcPr>
          <w:p w14:paraId="66043F6A" w14:textId="77777777" w:rsidR="00AE5D76" w:rsidRPr="00AE5D76" w:rsidRDefault="00AE5D76" w:rsidP="00AE5D76">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3.768</w:t>
            </w:r>
          </w:p>
        </w:tc>
        <w:tc>
          <w:tcPr>
            <w:tcW w:w="1195" w:type="pct"/>
            <w:hideMark/>
          </w:tcPr>
          <w:p w14:paraId="4C01B05B" w14:textId="77777777" w:rsidR="00AE5D76" w:rsidRPr="00AE5D76" w:rsidRDefault="00AE5D76" w:rsidP="00AE5D76">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0.0014</w:t>
            </w:r>
          </w:p>
        </w:tc>
      </w:tr>
      <w:tr w:rsidR="00AE5D76" w:rsidRPr="00AE5D76" w14:paraId="060D2A2A" w14:textId="77777777" w:rsidTr="00AE5D76">
        <w:tc>
          <w:tcPr>
            <w:cnfStyle w:val="001000000000" w:firstRow="0" w:lastRow="0" w:firstColumn="1" w:lastColumn="0" w:oddVBand="0" w:evenVBand="0" w:oddHBand="0" w:evenHBand="0" w:firstRowFirstColumn="0" w:firstRowLastColumn="0" w:lastRowFirstColumn="0" w:lastRowLastColumn="0"/>
            <w:tcW w:w="2135" w:type="pct"/>
            <w:hideMark/>
          </w:tcPr>
          <w:p w14:paraId="1E9643F0" w14:textId="77777777" w:rsidR="00AE5D76" w:rsidRPr="00AE5D76" w:rsidRDefault="00AE5D76" w:rsidP="00AE5D76">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Kaempferol</w:t>
            </w:r>
          </w:p>
        </w:tc>
        <w:tc>
          <w:tcPr>
            <w:tcW w:w="1670" w:type="pct"/>
            <w:hideMark/>
          </w:tcPr>
          <w:p w14:paraId="05B8FE5F" w14:textId="77777777" w:rsidR="00AE5D76" w:rsidRPr="00AE5D76" w:rsidRDefault="00AE5D76" w:rsidP="00AE5D7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3.595</w:t>
            </w:r>
          </w:p>
        </w:tc>
        <w:tc>
          <w:tcPr>
            <w:tcW w:w="1195" w:type="pct"/>
            <w:hideMark/>
          </w:tcPr>
          <w:p w14:paraId="25032E1F" w14:textId="77777777" w:rsidR="00AE5D76" w:rsidRPr="00AE5D76" w:rsidRDefault="00AE5D76" w:rsidP="00AE5D7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0.0021</w:t>
            </w:r>
          </w:p>
        </w:tc>
      </w:tr>
    </w:tbl>
    <w:p w14:paraId="0BB19397" w14:textId="77777777" w:rsidR="00AE5D76" w:rsidRDefault="00AE5D76" w:rsidP="00AE5D76">
      <w:pPr>
        <w:jc w:val="both"/>
        <w:rPr>
          <w:rFonts w:ascii="Times New Roman" w:hAnsi="Times New Roman" w:cs="Times New Roman"/>
        </w:rPr>
      </w:pPr>
    </w:p>
    <w:p w14:paraId="4949B19E" w14:textId="740F72C0" w:rsidR="00C612CB" w:rsidRDefault="00AE5D76" w:rsidP="00AE5D76">
      <w:pPr>
        <w:jc w:val="both"/>
        <w:rPr>
          <w:rFonts w:ascii="Times New Roman" w:hAnsi="Times New Roman" w:cs="Times New Roman"/>
        </w:rPr>
      </w:pPr>
      <w:r w:rsidRPr="00AE5D76">
        <w:rPr>
          <w:rFonts w:ascii="Times New Roman" w:hAnsi="Times New Roman" w:cs="Times New Roman"/>
        </w:rPr>
        <w:t>Univariate statistical analysis was performed to compare plasma metabolite levels between ASD and control groups. Depending on data distribution, either two-sample t-tests or Wilcoxon rank-sum tests were applied. Reported p-values are unadjusted and correspond to metabolites highlighted in Figure 3.</w:t>
      </w:r>
    </w:p>
    <w:p w14:paraId="0FB218BA" w14:textId="77777777" w:rsidR="00C612CB" w:rsidRDefault="00C612CB">
      <w:pPr>
        <w:rPr>
          <w:rFonts w:ascii="Times New Roman" w:hAnsi="Times New Roman" w:cs="Times New Roman"/>
        </w:rPr>
      </w:pPr>
      <w:r>
        <w:rPr>
          <w:rFonts w:ascii="Times New Roman" w:hAnsi="Times New Roman" w:cs="Times New Roman"/>
        </w:rPr>
        <w:br w:type="page"/>
      </w:r>
    </w:p>
    <w:p w14:paraId="153A2E50" w14:textId="77777777" w:rsidR="00C612CB" w:rsidRDefault="00C612CB" w:rsidP="00AE5D76">
      <w:pPr>
        <w:jc w:val="both"/>
        <w:rPr>
          <w:rFonts w:ascii="Times New Roman" w:hAnsi="Times New Roman" w:cs="Times New Roman"/>
        </w:rPr>
      </w:pPr>
    </w:p>
    <w:p w14:paraId="14DE715C" w14:textId="77777777" w:rsidR="00C612CB" w:rsidRDefault="00C612CB" w:rsidP="00C612CB">
      <w:pPr>
        <w:jc w:val="both"/>
        <w:rPr>
          <w:rFonts w:ascii="Times New Roman" w:hAnsi="Times New Roman" w:cs="Times New Roman"/>
          <w:b/>
          <w:bCs/>
        </w:rPr>
      </w:pPr>
      <w:r w:rsidRPr="00AE5D76">
        <w:rPr>
          <w:rFonts w:ascii="Times New Roman" w:hAnsi="Times New Roman" w:cs="Times New Roman"/>
          <w:b/>
          <w:bCs/>
        </w:rPr>
        <w:t>Supplementary Table S</w:t>
      </w:r>
      <w:r>
        <w:rPr>
          <w:rFonts w:ascii="Times New Roman" w:hAnsi="Times New Roman" w:cs="Times New Roman"/>
          <w:b/>
          <w:bCs/>
        </w:rPr>
        <w:t>3</w:t>
      </w:r>
      <w:r w:rsidRPr="00AE5D76">
        <w:rPr>
          <w:rFonts w:ascii="Times New Roman" w:hAnsi="Times New Roman" w:cs="Times New Roman"/>
          <w:b/>
          <w:bCs/>
        </w:rPr>
        <w:t>. Metabolite–gene interaction network associated with ASD compared with controls</w:t>
      </w:r>
    </w:p>
    <w:tbl>
      <w:tblPr>
        <w:tblStyle w:val="PlainTable2"/>
        <w:tblW w:w="5000" w:type="pct"/>
        <w:tblLook w:val="04A0" w:firstRow="1" w:lastRow="0" w:firstColumn="1" w:lastColumn="0" w:noHBand="0" w:noVBand="1"/>
      </w:tblPr>
      <w:tblGrid>
        <w:gridCol w:w="2474"/>
        <w:gridCol w:w="1844"/>
        <w:gridCol w:w="4322"/>
      </w:tblGrid>
      <w:tr w:rsidR="00C612CB" w:rsidRPr="00AE5D76" w14:paraId="2C4F9782" w14:textId="77777777" w:rsidTr="00807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34AFA566" w14:textId="77777777" w:rsidR="00C612CB" w:rsidRPr="00AE5D76" w:rsidRDefault="00C612CB" w:rsidP="008074A1">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Metabolite</w:t>
            </w:r>
          </w:p>
        </w:tc>
        <w:tc>
          <w:tcPr>
            <w:tcW w:w="1067" w:type="pct"/>
            <w:hideMark/>
          </w:tcPr>
          <w:p w14:paraId="5168FEC3" w14:textId="77777777" w:rsidR="00C612CB" w:rsidRPr="00AE5D76" w:rsidRDefault="00C612CB" w:rsidP="008074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Interacting Gene</w:t>
            </w:r>
          </w:p>
        </w:tc>
        <w:tc>
          <w:tcPr>
            <w:tcW w:w="2501" w:type="pct"/>
            <w:hideMark/>
          </w:tcPr>
          <w:p w14:paraId="44026E55" w14:textId="77777777" w:rsidR="00C612CB" w:rsidRPr="00AE5D76" w:rsidRDefault="00C612CB" w:rsidP="008074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Functional Pathway / Biological Role</w:t>
            </w:r>
          </w:p>
        </w:tc>
      </w:tr>
      <w:tr w:rsidR="00C612CB" w:rsidRPr="00AE5D76" w14:paraId="3C5D5E0D"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04742DE6"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78117198"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MTAP</w:t>
            </w:r>
          </w:p>
        </w:tc>
        <w:tc>
          <w:tcPr>
            <w:tcW w:w="2501" w:type="pct"/>
            <w:hideMark/>
          </w:tcPr>
          <w:p w14:paraId="503FD864"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Methionine salvage pathway</w:t>
            </w:r>
          </w:p>
        </w:tc>
      </w:tr>
      <w:tr w:rsidR="00C612CB" w:rsidRPr="00AE5D76" w14:paraId="5306C708"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64EDFDE0"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19315C75"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ODC1</w:t>
            </w:r>
          </w:p>
        </w:tc>
        <w:tc>
          <w:tcPr>
            <w:tcW w:w="2501" w:type="pct"/>
            <w:hideMark/>
          </w:tcPr>
          <w:p w14:paraId="15B4C56E"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Polyamine biosynthesis</w:t>
            </w:r>
          </w:p>
        </w:tc>
      </w:tr>
      <w:tr w:rsidR="00C612CB" w:rsidRPr="00AE5D76" w14:paraId="2D8E829C"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460E4EFB"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2DF8BB3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SRM</w:t>
            </w:r>
          </w:p>
        </w:tc>
        <w:tc>
          <w:tcPr>
            <w:tcW w:w="2501" w:type="pct"/>
            <w:hideMark/>
          </w:tcPr>
          <w:p w14:paraId="3A320FA2"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Spermidine synthesis</w:t>
            </w:r>
          </w:p>
        </w:tc>
      </w:tr>
      <w:tr w:rsidR="00C612CB" w:rsidRPr="00AE5D76" w14:paraId="2E874912"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4F355C75"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4D28E0C6"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SMS</w:t>
            </w:r>
          </w:p>
        </w:tc>
        <w:tc>
          <w:tcPr>
            <w:tcW w:w="2501" w:type="pct"/>
            <w:hideMark/>
          </w:tcPr>
          <w:p w14:paraId="3443F7D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Spermine synthesis</w:t>
            </w:r>
          </w:p>
        </w:tc>
      </w:tr>
      <w:tr w:rsidR="00C612CB" w:rsidRPr="00AE5D76" w14:paraId="761F54D5"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170B1534"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1F39215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AMD1</w:t>
            </w:r>
          </w:p>
        </w:tc>
        <w:tc>
          <w:tcPr>
            <w:tcW w:w="2501" w:type="pct"/>
            <w:hideMark/>
          </w:tcPr>
          <w:p w14:paraId="6DBFE775"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Regulation of polyamine metabolism</w:t>
            </w:r>
          </w:p>
        </w:tc>
      </w:tr>
      <w:tr w:rsidR="00C612CB" w:rsidRPr="00AE5D76" w14:paraId="4767B689"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2B066DC9"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30AE7BFB"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MAT2A</w:t>
            </w:r>
          </w:p>
        </w:tc>
        <w:tc>
          <w:tcPr>
            <w:tcW w:w="2501" w:type="pct"/>
            <w:hideMark/>
          </w:tcPr>
          <w:p w14:paraId="30D71C5C"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S-adenosylmethionine synthesis</w:t>
            </w:r>
          </w:p>
        </w:tc>
      </w:tr>
      <w:tr w:rsidR="00C612CB" w:rsidRPr="00AE5D76" w14:paraId="7705B97F"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70D279B0"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55933F8F"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AHCY</w:t>
            </w:r>
          </w:p>
        </w:tc>
        <w:tc>
          <w:tcPr>
            <w:tcW w:w="2501" w:type="pct"/>
            <w:hideMark/>
          </w:tcPr>
          <w:p w14:paraId="0CFA3D13"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Methylation and homocysteine metabolism</w:t>
            </w:r>
          </w:p>
        </w:tc>
      </w:tr>
      <w:tr w:rsidR="00C612CB" w:rsidRPr="00AE5D76" w14:paraId="676C1913"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31AA34CC"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69B85318"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DPH5</w:t>
            </w:r>
          </w:p>
        </w:tc>
        <w:tc>
          <w:tcPr>
            <w:tcW w:w="2501" w:type="pct"/>
            <w:hideMark/>
          </w:tcPr>
          <w:p w14:paraId="5F58A98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proofErr w:type="spellStart"/>
            <w:r w:rsidRPr="00AE5D76">
              <w:rPr>
                <w:rFonts w:ascii="Times New Roman" w:hAnsi="Times New Roman" w:cs="Times New Roman"/>
                <w:lang w:val="en-IN"/>
              </w:rPr>
              <w:t>Dipthamide</w:t>
            </w:r>
            <w:proofErr w:type="spellEnd"/>
            <w:r w:rsidRPr="00AE5D76">
              <w:rPr>
                <w:rFonts w:ascii="Times New Roman" w:hAnsi="Times New Roman" w:cs="Times New Roman"/>
                <w:lang w:val="en-IN"/>
              </w:rPr>
              <w:t xml:space="preserve"> biosynthesis</w:t>
            </w:r>
          </w:p>
        </w:tc>
      </w:tr>
      <w:tr w:rsidR="00C612CB" w:rsidRPr="00AE5D76" w14:paraId="1E6ECD77"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390ACBD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6E3BAE94"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ADI1</w:t>
            </w:r>
          </w:p>
        </w:tc>
        <w:tc>
          <w:tcPr>
            <w:tcW w:w="2501" w:type="pct"/>
            <w:hideMark/>
          </w:tcPr>
          <w:p w14:paraId="02A5670B"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Methionine salvage pathway</w:t>
            </w:r>
          </w:p>
        </w:tc>
      </w:tr>
      <w:tr w:rsidR="00C612CB" w:rsidRPr="00AE5D76" w14:paraId="07455533"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1BCD181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2622DEC3"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ADORA3</w:t>
            </w:r>
          </w:p>
        </w:tc>
        <w:tc>
          <w:tcPr>
            <w:tcW w:w="2501" w:type="pct"/>
            <w:hideMark/>
          </w:tcPr>
          <w:p w14:paraId="22C8AA98"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Purinergic signaling</w:t>
            </w:r>
          </w:p>
        </w:tc>
      </w:tr>
      <w:tr w:rsidR="00C612CB" w:rsidRPr="00AE5D76" w14:paraId="01F993AF"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09E2400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47BFE0E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NGF</w:t>
            </w:r>
          </w:p>
        </w:tc>
        <w:tc>
          <w:tcPr>
            <w:tcW w:w="2501" w:type="pct"/>
            <w:hideMark/>
          </w:tcPr>
          <w:p w14:paraId="2722ED62"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Neurotrophic signaling</w:t>
            </w:r>
          </w:p>
        </w:tc>
      </w:tr>
      <w:tr w:rsidR="00C612CB" w:rsidRPr="00AE5D76" w14:paraId="35CA208F"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5EA35433"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3AE2082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FBL</w:t>
            </w:r>
          </w:p>
        </w:tc>
        <w:tc>
          <w:tcPr>
            <w:tcW w:w="2501" w:type="pct"/>
            <w:hideMark/>
          </w:tcPr>
          <w:p w14:paraId="0C5F0EDE"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Ribosomal biogenesis</w:t>
            </w:r>
          </w:p>
        </w:tc>
      </w:tr>
      <w:tr w:rsidR="00C612CB" w:rsidRPr="00AE5D76" w14:paraId="0887AB99"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264FD37C"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5F71051A"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MRPS12</w:t>
            </w:r>
          </w:p>
        </w:tc>
        <w:tc>
          <w:tcPr>
            <w:tcW w:w="2501" w:type="pct"/>
            <w:hideMark/>
          </w:tcPr>
          <w:p w14:paraId="0DDD941C"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Mitochondrial protein synthesis</w:t>
            </w:r>
          </w:p>
        </w:tc>
      </w:tr>
    </w:tbl>
    <w:p w14:paraId="57CED39D" w14:textId="77777777" w:rsidR="00C612CB" w:rsidRPr="00AE5D76" w:rsidRDefault="00C612CB" w:rsidP="00C612CB">
      <w:pPr>
        <w:jc w:val="both"/>
        <w:rPr>
          <w:rFonts w:ascii="Times New Roman" w:hAnsi="Times New Roman" w:cs="Times New Roman"/>
        </w:rPr>
      </w:pPr>
      <w:r w:rsidRPr="00AE5D76">
        <w:rPr>
          <w:rFonts w:ascii="Times New Roman" w:hAnsi="Times New Roman" w:cs="Times New Roman"/>
        </w:rPr>
        <w:t xml:space="preserve">Metabolite–gene interaction analysis was performed to explore potential molecular pathways associated with metabolites that differed between ASD and control groups. The table summarizes genes interacting with </w:t>
      </w:r>
      <w:proofErr w:type="gramStart"/>
      <w:r w:rsidRPr="00AE5D76">
        <w:rPr>
          <w:rFonts w:ascii="Times New Roman" w:hAnsi="Times New Roman" w:cs="Times New Roman"/>
        </w:rPr>
        <w:t>5′-</w:t>
      </w:r>
      <w:proofErr w:type="gramEnd"/>
      <w:r w:rsidRPr="00AE5D76">
        <w:rPr>
          <w:rFonts w:ascii="Times New Roman" w:hAnsi="Times New Roman" w:cs="Times New Roman"/>
        </w:rPr>
        <w:t>methylthioadenosine, a discriminating metabolite in ASD, highlighting pathways related to polyamine metabolism, methylation, mitochondrial function, and neurodevelopment. This analysis is exploratory and intended to provide mechanistic context for the network depicted in Figure 4.</w:t>
      </w:r>
    </w:p>
    <w:p w14:paraId="34990F5E" w14:textId="77777777" w:rsidR="00C612CB" w:rsidRPr="00AE5D76" w:rsidRDefault="00C612CB" w:rsidP="00C612CB">
      <w:pPr>
        <w:rPr>
          <w:rFonts w:ascii="Times New Roman" w:hAnsi="Times New Roman" w:cs="Times New Roman"/>
        </w:rPr>
      </w:pPr>
    </w:p>
    <w:p w14:paraId="3D5C349C" w14:textId="77777777" w:rsidR="00C612CB" w:rsidRDefault="00C612CB">
      <w:pPr>
        <w:rPr>
          <w:rFonts w:ascii="Times New Roman" w:hAnsi="Times New Roman" w:cs="Times New Roman"/>
        </w:rPr>
      </w:pPr>
      <w:r>
        <w:rPr>
          <w:rFonts w:ascii="Times New Roman" w:hAnsi="Times New Roman" w:cs="Times New Roman"/>
        </w:rPr>
        <w:br w:type="page"/>
      </w:r>
    </w:p>
    <w:p w14:paraId="4F579EB4" w14:textId="3368AF28" w:rsidR="00AE5D76" w:rsidRPr="00C612CB" w:rsidRDefault="00C612CB" w:rsidP="00AE5D76">
      <w:pPr>
        <w:jc w:val="both"/>
        <w:rPr>
          <w:rFonts w:ascii="Times New Roman" w:hAnsi="Times New Roman" w:cs="Times New Roman"/>
          <w:b/>
          <w:bCs/>
        </w:rPr>
      </w:pPr>
      <w:r w:rsidRPr="00C612CB">
        <w:rPr>
          <w:rFonts w:ascii="Times New Roman" w:hAnsi="Times New Roman" w:cs="Times New Roman"/>
          <w:b/>
          <w:bCs/>
        </w:rPr>
        <w:lastRenderedPageBreak/>
        <w:t>Supplementary Table S 4. Differential plasma metabolites before and after GF-MKD intervention in ASD participants (paired analysis)</w:t>
      </w:r>
    </w:p>
    <w:tbl>
      <w:tblPr>
        <w:tblStyle w:val="PlainTable2"/>
        <w:tblW w:w="5000" w:type="pct"/>
        <w:tblLook w:val="04A0" w:firstRow="1" w:lastRow="0" w:firstColumn="1" w:lastColumn="0" w:noHBand="0" w:noVBand="1"/>
      </w:tblPr>
      <w:tblGrid>
        <w:gridCol w:w="2142"/>
        <w:gridCol w:w="1021"/>
        <w:gridCol w:w="1196"/>
        <w:gridCol w:w="1113"/>
        <w:gridCol w:w="1744"/>
        <w:gridCol w:w="1424"/>
      </w:tblGrid>
      <w:tr w:rsidR="00C612CB" w:rsidRPr="00C612CB" w14:paraId="144E2261" w14:textId="77777777" w:rsidTr="00C612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hideMark/>
          </w:tcPr>
          <w:p w14:paraId="46616796" w14:textId="77777777" w:rsidR="00C612CB" w:rsidRPr="00C612CB" w:rsidRDefault="00C612CB" w:rsidP="00C612CB">
            <w:pPr>
              <w:spacing w:after="200" w:line="276" w:lineRule="auto"/>
              <w:jc w:val="both"/>
              <w:rPr>
                <w:rFonts w:ascii="Times New Roman" w:hAnsi="Times New Roman" w:cs="Times New Roman"/>
                <w:lang w:val="en-IN"/>
              </w:rPr>
            </w:pPr>
            <w:r w:rsidRPr="00C612CB">
              <w:rPr>
                <w:rFonts w:ascii="Times New Roman" w:hAnsi="Times New Roman" w:cs="Times New Roman"/>
                <w:lang w:val="en-IN"/>
              </w:rPr>
              <w:t>Metabolite</w:t>
            </w:r>
          </w:p>
        </w:tc>
        <w:tc>
          <w:tcPr>
            <w:tcW w:w="591" w:type="pct"/>
            <w:hideMark/>
          </w:tcPr>
          <w:p w14:paraId="21CFC866" w14:textId="77777777" w:rsidR="00C612CB" w:rsidRPr="00C612CB" w:rsidRDefault="00C612CB" w:rsidP="00C612CB">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Feature ID</w:t>
            </w:r>
          </w:p>
        </w:tc>
        <w:tc>
          <w:tcPr>
            <w:tcW w:w="692" w:type="pct"/>
            <w:hideMark/>
          </w:tcPr>
          <w:p w14:paraId="3B47C1E7" w14:textId="77777777" w:rsidR="00C612CB" w:rsidRPr="00C612CB" w:rsidRDefault="00C612CB" w:rsidP="00C612CB">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p-value (paired test)</w:t>
            </w:r>
          </w:p>
        </w:tc>
        <w:tc>
          <w:tcPr>
            <w:tcW w:w="644" w:type="pct"/>
            <w:hideMark/>
          </w:tcPr>
          <w:p w14:paraId="4AE69462" w14:textId="77777777" w:rsidR="00C612CB" w:rsidRPr="00C612CB" w:rsidRDefault="00C612CB" w:rsidP="00C612CB">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−log10(p)</w:t>
            </w:r>
          </w:p>
        </w:tc>
        <w:tc>
          <w:tcPr>
            <w:tcW w:w="1009" w:type="pct"/>
            <w:hideMark/>
          </w:tcPr>
          <w:p w14:paraId="0AD748CC" w14:textId="77777777" w:rsidR="00C612CB" w:rsidRPr="00C612CB" w:rsidRDefault="00C612CB" w:rsidP="00C612CB">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FDR (Benjamini–Hochberg)</w:t>
            </w:r>
          </w:p>
        </w:tc>
        <w:tc>
          <w:tcPr>
            <w:tcW w:w="824" w:type="pct"/>
            <w:hideMark/>
          </w:tcPr>
          <w:p w14:paraId="001081BF" w14:textId="77777777" w:rsidR="00C612CB" w:rsidRPr="00C612CB" w:rsidRDefault="00C612CB" w:rsidP="00C612CB">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Direction (Post vs Pre)</w:t>
            </w:r>
          </w:p>
        </w:tc>
      </w:tr>
      <w:tr w:rsidR="00C612CB" w:rsidRPr="00C612CB" w14:paraId="622C656E" w14:textId="77777777" w:rsidTr="00C61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hideMark/>
          </w:tcPr>
          <w:p w14:paraId="14899A3D" w14:textId="77777777" w:rsidR="00C612CB" w:rsidRPr="00C612CB" w:rsidRDefault="00C612CB" w:rsidP="00C612CB">
            <w:pPr>
              <w:spacing w:after="200" w:line="276" w:lineRule="auto"/>
              <w:jc w:val="both"/>
              <w:rPr>
                <w:rFonts w:ascii="Times New Roman" w:hAnsi="Times New Roman" w:cs="Times New Roman"/>
                <w:lang w:val="en-IN"/>
              </w:rPr>
            </w:pPr>
            <w:r w:rsidRPr="00C612CB">
              <w:rPr>
                <w:rFonts w:ascii="Times New Roman" w:hAnsi="Times New Roman" w:cs="Times New Roman"/>
                <w:lang w:val="en-IN"/>
              </w:rPr>
              <w:t>Coumarin</w:t>
            </w:r>
          </w:p>
        </w:tc>
        <w:tc>
          <w:tcPr>
            <w:tcW w:w="591" w:type="pct"/>
            <w:hideMark/>
          </w:tcPr>
          <w:p w14:paraId="7DEEE3BA"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11</w:t>
            </w:r>
          </w:p>
        </w:tc>
        <w:tc>
          <w:tcPr>
            <w:tcW w:w="692" w:type="pct"/>
            <w:hideMark/>
          </w:tcPr>
          <w:p w14:paraId="50A34ED9"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0.0021</w:t>
            </w:r>
          </w:p>
        </w:tc>
        <w:tc>
          <w:tcPr>
            <w:tcW w:w="644" w:type="pct"/>
            <w:hideMark/>
          </w:tcPr>
          <w:p w14:paraId="2414C169"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2.68</w:t>
            </w:r>
          </w:p>
        </w:tc>
        <w:tc>
          <w:tcPr>
            <w:tcW w:w="1009" w:type="pct"/>
            <w:hideMark/>
          </w:tcPr>
          <w:p w14:paraId="4B4CA62C"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0.0857</w:t>
            </w:r>
          </w:p>
        </w:tc>
        <w:tc>
          <w:tcPr>
            <w:tcW w:w="824" w:type="pct"/>
            <w:hideMark/>
          </w:tcPr>
          <w:p w14:paraId="568FB555"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 Decreased</w:t>
            </w:r>
          </w:p>
        </w:tc>
      </w:tr>
      <w:tr w:rsidR="00C612CB" w:rsidRPr="00C612CB" w14:paraId="12DCA44D" w14:textId="77777777" w:rsidTr="00C612CB">
        <w:tc>
          <w:tcPr>
            <w:cnfStyle w:val="001000000000" w:firstRow="0" w:lastRow="0" w:firstColumn="1" w:lastColumn="0" w:oddVBand="0" w:evenVBand="0" w:oddHBand="0" w:evenHBand="0" w:firstRowFirstColumn="0" w:firstRowLastColumn="0" w:lastRowFirstColumn="0" w:lastRowLastColumn="0"/>
            <w:tcW w:w="1240" w:type="pct"/>
            <w:hideMark/>
          </w:tcPr>
          <w:p w14:paraId="5C3C07D9" w14:textId="77777777" w:rsidR="00C612CB" w:rsidRPr="00C612CB" w:rsidRDefault="00C612CB" w:rsidP="00C612CB">
            <w:pPr>
              <w:spacing w:after="200" w:line="276" w:lineRule="auto"/>
              <w:jc w:val="both"/>
              <w:rPr>
                <w:rFonts w:ascii="Times New Roman" w:hAnsi="Times New Roman" w:cs="Times New Roman"/>
                <w:lang w:val="en-IN"/>
              </w:rPr>
            </w:pPr>
            <w:r w:rsidRPr="00C612CB">
              <w:rPr>
                <w:rFonts w:ascii="Times New Roman" w:hAnsi="Times New Roman" w:cs="Times New Roman"/>
                <w:lang w:val="en-IN"/>
              </w:rPr>
              <w:t>L-Leucine</w:t>
            </w:r>
          </w:p>
        </w:tc>
        <w:tc>
          <w:tcPr>
            <w:tcW w:w="591" w:type="pct"/>
            <w:hideMark/>
          </w:tcPr>
          <w:p w14:paraId="0605F656" w14:textId="77777777" w:rsidR="00C612CB" w:rsidRPr="00C612CB" w:rsidRDefault="00C612CB" w:rsidP="00C612C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15</w:t>
            </w:r>
          </w:p>
        </w:tc>
        <w:tc>
          <w:tcPr>
            <w:tcW w:w="692" w:type="pct"/>
            <w:hideMark/>
          </w:tcPr>
          <w:p w14:paraId="2DC8074D" w14:textId="77777777" w:rsidR="00C612CB" w:rsidRPr="00C612CB" w:rsidRDefault="00C612CB" w:rsidP="00C612C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0.0068</w:t>
            </w:r>
          </w:p>
        </w:tc>
        <w:tc>
          <w:tcPr>
            <w:tcW w:w="644" w:type="pct"/>
            <w:hideMark/>
          </w:tcPr>
          <w:p w14:paraId="6DCCE871" w14:textId="77777777" w:rsidR="00C612CB" w:rsidRPr="00C612CB" w:rsidRDefault="00C612CB" w:rsidP="00C612C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2.16</w:t>
            </w:r>
          </w:p>
        </w:tc>
        <w:tc>
          <w:tcPr>
            <w:tcW w:w="1009" w:type="pct"/>
            <w:hideMark/>
          </w:tcPr>
          <w:p w14:paraId="68FE1E3A" w14:textId="77777777" w:rsidR="00C612CB" w:rsidRPr="00C612CB" w:rsidRDefault="00C612CB" w:rsidP="00C612C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0.1403</w:t>
            </w:r>
          </w:p>
        </w:tc>
        <w:tc>
          <w:tcPr>
            <w:tcW w:w="824" w:type="pct"/>
            <w:hideMark/>
          </w:tcPr>
          <w:p w14:paraId="77DA758D" w14:textId="77777777" w:rsidR="00C612CB" w:rsidRPr="00C612CB" w:rsidRDefault="00C612CB" w:rsidP="00C612C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 Decreased</w:t>
            </w:r>
          </w:p>
        </w:tc>
      </w:tr>
      <w:tr w:rsidR="00C612CB" w:rsidRPr="00C612CB" w14:paraId="7C310692" w14:textId="77777777" w:rsidTr="00C61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hideMark/>
          </w:tcPr>
          <w:p w14:paraId="3597DE0A" w14:textId="77777777" w:rsidR="00C612CB" w:rsidRPr="00C612CB" w:rsidRDefault="00C612CB" w:rsidP="00C612CB">
            <w:pPr>
              <w:spacing w:after="200" w:line="276" w:lineRule="auto"/>
              <w:jc w:val="both"/>
              <w:rPr>
                <w:rFonts w:ascii="Times New Roman" w:hAnsi="Times New Roman" w:cs="Times New Roman"/>
                <w:lang w:val="en-IN"/>
              </w:rPr>
            </w:pPr>
            <w:r w:rsidRPr="00C612CB">
              <w:rPr>
                <w:rFonts w:ascii="Times New Roman" w:hAnsi="Times New Roman" w:cs="Times New Roman"/>
                <w:lang w:val="en-IN"/>
              </w:rPr>
              <w:t>5-Methoxytryptamine</w:t>
            </w:r>
          </w:p>
        </w:tc>
        <w:tc>
          <w:tcPr>
            <w:tcW w:w="591" w:type="pct"/>
            <w:hideMark/>
          </w:tcPr>
          <w:p w14:paraId="1E2DE4BA"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80</w:t>
            </w:r>
          </w:p>
        </w:tc>
        <w:tc>
          <w:tcPr>
            <w:tcW w:w="692" w:type="pct"/>
            <w:hideMark/>
          </w:tcPr>
          <w:p w14:paraId="61AC64CC"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0.0232</w:t>
            </w:r>
          </w:p>
        </w:tc>
        <w:tc>
          <w:tcPr>
            <w:tcW w:w="644" w:type="pct"/>
            <w:hideMark/>
          </w:tcPr>
          <w:p w14:paraId="2DA3CCEA"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1.63</w:t>
            </w:r>
          </w:p>
        </w:tc>
        <w:tc>
          <w:tcPr>
            <w:tcW w:w="1009" w:type="pct"/>
            <w:hideMark/>
          </w:tcPr>
          <w:p w14:paraId="7FF8E892"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0.3175</w:t>
            </w:r>
          </w:p>
        </w:tc>
        <w:tc>
          <w:tcPr>
            <w:tcW w:w="824" w:type="pct"/>
            <w:hideMark/>
          </w:tcPr>
          <w:p w14:paraId="0AFF38C1" w14:textId="77777777" w:rsidR="00C612CB" w:rsidRPr="00C612CB" w:rsidRDefault="00C612CB" w:rsidP="00C612C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C612CB">
              <w:rPr>
                <w:rFonts w:ascii="Times New Roman" w:hAnsi="Times New Roman" w:cs="Times New Roman"/>
                <w:lang w:val="en-IN"/>
              </w:rPr>
              <w:t>↓ Decreased</w:t>
            </w:r>
          </w:p>
        </w:tc>
      </w:tr>
    </w:tbl>
    <w:p w14:paraId="734B59FC" w14:textId="77777777" w:rsidR="00C612CB" w:rsidRDefault="00C612CB" w:rsidP="00AE5D76">
      <w:pPr>
        <w:jc w:val="both"/>
        <w:rPr>
          <w:rFonts w:ascii="Times New Roman" w:hAnsi="Times New Roman" w:cs="Times New Roman"/>
        </w:rPr>
      </w:pPr>
    </w:p>
    <w:p w14:paraId="6A67AF99" w14:textId="77777777" w:rsidR="00C612CB" w:rsidRPr="00C612CB" w:rsidRDefault="00C612CB" w:rsidP="00C612CB">
      <w:pPr>
        <w:ind w:left="720"/>
        <w:rPr>
          <w:rFonts w:ascii="Times New Roman" w:hAnsi="Times New Roman" w:cs="Times New Roman"/>
          <w:lang w:val="en-IN"/>
        </w:rPr>
      </w:pPr>
      <w:r w:rsidRPr="00C612CB">
        <w:rPr>
          <w:rFonts w:ascii="Times New Roman" w:hAnsi="Times New Roman" w:cs="Times New Roman"/>
          <w:lang w:val="en-IN"/>
        </w:rPr>
        <w:t xml:space="preserve">Statistical comparison was performed between </w:t>
      </w:r>
      <w:r w:rsidRPr="00C612CB">
        <w:rPr>
          <w:rFonts w:ascii="Times New Roman" w:hAnsi="Times New Roman" w:cs="Times New Roman"/>
          <w:b/>
          <w:bCs/>
          <w:lang w:val="en-IN"/>
        </w:rPr>
        <w:t>pre- and post-GF-MKD samples from the same ASD participants (n = 10)</w:t>
      </w:r>
      <w:r w:rsidRPr="00C612CB">
        <w:rPr>
          <w:rFonts w:ascii="Times New Roman" w:hAnsi="Times New Roman" w:cs="Times New Roman"/>
          <w:lang w:val="en-IN"/>
        </w:rPr>
        <w:t>.</w:t>
      </w:r>
    </w:p>
    <w:p w14:paraId="26C85E05" w14:textId="77777777" w:rsidR="00C612CB" w:rsidRPr="00C612CB" w:rsidRDefault="00C612CB" w:rsidP="00C612CB">
      <w:pPr>
        <w:ind w:left="720"/>
        <w:rPr>
          <w:rFonts w:ascii="Times New Roman" w:hAnsi="Times New Roman" w:cs="Times New Roman"/>
          <w:lang w:val="en-IN"/>
        </w:rPr>
      </w:pPr>
      <w:r w:rsidRPr="00C612CB">
        <w:rPr>
          <w:rFonts w:ascii="Times New Roman" w:hAnsi="Times New Roman" w:cs="Times New Roman"/>
          <w:lang w:val="en-IN"/>
        </w:rPr>
        <w:t xml:space="preserve">p-values were obtained using </w:t>
      </w:r>
      <w:r w:rsidRPr="00C612CB">
        <w:rPr>
          <w:rFonts w:ascii="Times New Roman" w:hAnsi="Times New Roman" w:cs="Times New Roman"/>
          <w:b/>
          <w:bCs/>
          <w:lang w:val="en-IN"/>
        </w:rPr>
        <w:t>paired two-tailed t-tests</w:t>
      </w:r>
      <w:r w:rsidRPr="00C612CB">
        <w:rPr>
          <w:rFonts w:ascii="Times New Roman" w:hAnsi="Times New Roman" w:cs="Times New Roman"/>
          <w:lang w:val="en-IN"/>
        </w:rPr>
        <w:t xml:space="preserve">, with confirmation by </w:t>
      </w:r>
      <w:r w:rsidRPr="00C612CB">
        <w:rPr>
          <w:rFonts w:ascii="Times New Roman" w:hAnsi="Times New Roman" w:cs="Times New Roman"/>
          <w:b/>
          <w:bCs/>
          <w:lang w:val="en-IN"/>
        </w:rPr>
        <w:t>Wilcoxon signed-rank test</w:t>
      </w:r>
      <w:r w:rsidRPr="00C612CB">
        <w:rPr>
          <w:rFonts w:ascii="Times New Roman" w:hAnsi="Times New Roman" w:cs="Times New Roman"/>
          <w:lang w:val="en-IN"/>
        </w:rPr>
        <w:t xml:space="preserve"> for robustness.</w:t>
      </w:r>
    </w:p>
    <w:p w14:paraId="6FCBACB2" w14:textId="77777777" w:rsidR="00C612CB" w:rsidRPr="00C612CB" w:rsidRDefault="00C612CB" w:rsidP="00C612CB">
      <w:pPr>
        <w:ind w:left="720"/>
        <w:rPr>
          <w:rFonts w:ascii="Times New Roman" w:hAnsi="Times New Roman" w:cs="Times New Roman"/>
          <w:lang w:val="en-IN"/>
        </w:rPr>
      </w:pPr>
      <w:r w:rsidRPr="00C612CB">
        <w:rPr>
          <w:rFonts w:ascii="Times New Roman" w:hAnsi="Times New Roman" w:cs="Times New Roman"/>
          <w:lang w:val="en-IN"/>
        </w:rPr>
        <w:t xml:space="preserve">False discovery rate (FDR) was calculated using the </w:t>
      </w:r>
      <w:r w:rsidRPr="00C612CB">
        <w:rPr>
          <w:rFonts w:ascii="Times New Roman" w:hAnsi="Times New Roman" w:cs="Times New Roman"/>
          <w:b/>
          <w:bCs/>
          <w:lang w:val="en-IN"/>
        </w:rPr>
        <w:t>Benjamini–Hochberg method</w:t>
      </w:r>
      <w:r w:rsidRPr="00C612CB">
        <w:rPr>
          <w:rFonts w:ascii="Times New Roman" w:hAnsi="Times New Roman" w:cs="Times New Roman"/>
          <w:lang w:val="en-IN"/>
        </w:rPr>
        <w:t>.</w:t>
      </w:r>
    </w:p>
    <w:p w14:paraId="73AD226B" w14:textId="77777777" w:rsidR="00C612CB" w:rsidRPr="00C612CB" w:rsidRDefault="00C612CB" w:rsidP="00C612CB">
      <w:pPr>
        <w:ind w:left="720"/>
        <w:rPr>
          <w:rFonts w:ascii="Times New Roman" w:hAnsi="Times New Roman" w:cs="Times New Roman"/>
          <w:lang w:val="en-IN"/>
        </w:rPr>
      </w:pPr>
      <w:r w:rsidRPr="00C612CB">
        <w:rPr>
          <w:rFonts w:ascii="Times New Roman" w:hAnsi="Times New Roman" w:cs="Times New Roman"/>
          <w:lang w:val="en-IN"/>
        </w:rPr>
        <w:t xml:space="preserve">Metabolites with </w:t>
      </w:r>
      <w:r w:rsidRPr="00C612CB">
        <w:rPr>
          <w:rFonts w:ascii="Times New Roman" w:hAnsi="Times New Roman" w:cs="Times New Roman"/>
          <w:i/>
          <w:iCs/>
          <w:lang w:val="en-IN"/>
        </w:rPr>
        <w:t>nominal significance</w:t>
      </w:r>
      <w:r w:rsidRPr="00C612CB">
        <w:rPr>
          <w:rFonts w:ascii="Times New Roman" w:hAnsi="Times New Roman" w:cs="Times New Roman"/>
          <w:lang w:val="en-IN"/>
        </w:rPr>
        <w:t xml:space="preserve"> (p &lt; 0.05) are shown; </w:t>
      </w:r>
      <w:r w:rsidRPr="00C612CB">
        <w:rPr>
          <w:rFonts w:ascii="Times New Roman" w:hAnsi="Times New Roman" w:cs="Times New Roman"/>
          <w:b/>
          <w:bCs/>
          <w:lang w:val="en-IN"/>
        </w:rPr>
        <w:t>Coumarin remained the most robust signal after multiple-testing correction</w:t>
      </w:r>
      <w:r w:rsidRPr="00C612CB">
        <w:rPr>
          <w:rFonts w:ascii="Times New Roman" w:hAnsi="Times New Roman" w:cs="Times New Roman"/>
          <w:lang w:val="en-IN"/>
        </w:rPr>
        <w:t>.</w:t>
      </w:r>
    </w:p>
    <w:p w14:paraId="540E6984" w14:textId="77777777" w:rsidR="00C612CB" w:rsidRPr="00C612CB" w:rsidRDefault="00C612CB" w:rsidP="00C612CB">
      <w:pPr>
        <w:ind w:left="720"/>
        <w:rPr>
          <w:rFonts w:ascii="Times New Roman" w:hAnsi="Times New Roman" w:cs="Times New Roman"/>
          <w:lang w:val="en-IN"/>
        </w:rPr>
      </w:pPr>
      <w:r w:rsidRPr="00C612CB">
        <w:rPr>
          <w:rFonts w:ascii="Times New Roman" w:hAnsi="Times New Roman" w:cs="Times New Roman"/>
          <w:lang w:val="en-IN"/>
        </w:rPr>
        <w:t>Direction indicates relative change following dietary intervention.</w:t>
      </w:r>
    </w:p>
    <w:p w14:paraId="65364DD8" w14:textId="24238089" w:rsidR="00AE5D76" w:rsidRPr="00863690" w:rsidRDefault="00AE5D76">
      <w:pPr>
        <w:rPr>
          <w:rFonts w:ascii="Times New Roman" w:hAnsi="Times New Roman" w:cs="Times New Roman"/>
          <w:b/>
          <w:bCs/>
        </w:rPr>
      </w:pPr>
      <w:r>
        <w:rPr>
          <w:rFonts w:ascii="Times New Roman" w:hAnsi="Times New Roman" w:cs="Times New Roman"/>
        </w:rPr>
        <w:br w:type="page"/>
      </w:r>
      <w:r w:rsidR="00C612CB" w:rsidRPr="00863690">
        <w:rPr>
          <w:rFonts w:ascii="Times New Roman" w:hAnsi="Times New Roman" w:cs="Times New Roman"/>
          <w:b/>
          <w:bCs/>
        </w:rPr>
        <w:lastRenderedPageBreak/>
        <w:t>Supplementary Table S5. Pathway enrichment analysis of differential plasma metabolites in ASD participants before and after GF-MKD intervention</w:t>
      </w:r>
    </w:p>
    <w:tbl>
      <w:tblPr>
        <w:tblStyle w:val="PlainTable2"/>
        <w:tblW w:w="0" w:type="auto"/>
        <w:tblLook w:val="04A0" w:firstRow="1" w:lastRow="0" w:firstColumn="1" w:lastColumn="0" w:noHBand="0" w:noVBand="1"/>
      </w:tblPr>
      <w:tblGrid>
        <w:gridCol w:w="1966"/>
        <w:gridCol w:w="1195"/>
        <w:gridCol w:w="1146"/>
        <w:gridCol w:w="1183"/>
        <w:gridCol w:w="1096"/>
        <w:gridCol w:w="1233"/>
        <w:gridCol w:w="821"/>
      </w:tblGrid>
      <w:tr w:rsidR="00863690" w:rsidRPr="00863690" w14:paraId="3C01E41C"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AF7B4"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Metabolic pathway</w:t>
            </w:r>
          </w:p>
        </w:tc>
        <w:tc>
          <w:tcPr>
            <w:tcW w:w="0" w:type="auto"/>
            <w:hideMark/>
          </w:tcPr>
          <w:p w14:paraId="745D6983"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Pathway size (total)</w:t>
            </w:r>
          </w:p>
        </w:tc>
        <w:tc>
          <w:tcPr>
            <w:tcW w:w="0" w:type="auto"/>
            <w:hideMark/>
          </w:tcPr>
          <w:p w14:paraId="3EA5BE7A"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Expected hits</w:t>
            </w:r>
          </w:p>
        </w:tc>
        <w:tc>
          <w:tcPr>
            <w:tcW w:w="0" w:type="auto"/>
            <w:hideMark/>
          </w:tcPr>
          <w:p w14:paraId="778919C5"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Observed hits</w:t>
            </w:r>
          </w:p>
        </w:tc>
        <w:tc>
          <w:tcPr>
            <w:tcW w:w="0" w:type="auto"/>
            <w:hideMark/>
          </w:tcPr>
          <w:p w14:paraId="61AE9765"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Raw p-value</w:t>
            </w:r>
          </w:p>
        </w:tc>
        <w:tc>
          <w:tcPr>
            <w:tcW w:w="0" w:type="auto"/>
            <w:hideMark/>
          </w:tcPr>
          <w:p w14:paraId="01F2EF36"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Holm-adjusted p-value</w:t>
            </w:r>
          </w:p>
        </w:tc>
        <w:tc>
          <w:tcPr>
            <w:tcW w:w="0" w:type="auto"/>
            <w:hideMark/>
          </w:tcPr>
          <w:p w14:paraId="5FCFA536"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FDR</w:t>
            </w:r>
          </w:p>
        </w:tc>
      </w:tr>
      <w:tr w:rsidR="00863690" w:rsidRPr="00863690" w14:paraId="43C206F4"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98C856"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Arginine and proline metabolism</w:t>
            </w:r>
          </w:p>
        </w:tc>
        <w:tc>
          <w:tcPr>
            <w:tcW w:w="0" w:type="auto"/>
            <w:hideMark/>
          </w:tcPr>
          <w:p w14:paraId="134A4DA2"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36</w:t>
            </w:r>
          </w:p>
        </w:tc>
        <w:tc>
          <w:tcPr>
            <w:tcW w:w="0" w:type="auto"/>
            <w:hideMark/>
          </w:tcPr>
          <w:p w14:paraId="2490F0C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0.561</w:t>
            </w:r>
          </w:p>
        </w:tc>
        <w:tc>
          <w:tcPr>
            <w:tcW w:w="0" w:type="auto"/>
            <w:hideMark/>
          </w:tcPr>
          <w:p w14:paraId="6771F39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w:t>
            </w:r>
          </w:p>
        </w:tc>
        <w:tc>
          <w:tcPr>
            <w:tcW w:w="0" w:type="auto"/>
            <w:hideMark/>
          </w:tcPr>
          <w:p w14:paraId="199A8D8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0.000162</w:t>
            </w:r>
          </w:p>
        </w:tc>
        <w:tc>
          <w:tcPr>
            <w:tcW w:w="0" w:type="auto"/>
            <w:hideMark/>
          </w:tcPr>
          <w:p w14:paraId="5934F55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w:t>
            </w:r>
          </w:p>
        </w:tc>
        <w:tc>
          <w:tcPr>
            <w:tcW w:w="0" w:type="auto"/>
            <w:hideMark/>
          </w:tcPr>
          <w:p w14:paraId="5FB527B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w:t>
            </w:r>
          </w:p>
        </w:tc>
      </w:tr>
      <w:tr w:rsidR="00863690" w:rsidRPr="00863690" w14:paraId="10C53D2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5918633"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Glutathione metabolism</w:t>
            </w:r>
          </w:p>
        </w:tc>
        <w:tc>
          <w:tcPr>
            <w:tcW w:w="0" w:type="auto"/>
            <w:hideMark/>
          </w:tcPr>
          <w:p w14:paraId="3AD617E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4260272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0.437</w:t>
            </w:r>
          </w:p>
        </w:tc>
        <w:tc>
          <w:tcPr>
            <w:tcW w:w="0" w:type="auto"/>
            <w:hideMark/>
          </w:tcPr>
          <w:p w14:paraId="7DC9DC8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441E021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0.000726</w:t>
            </w:r>
          </w:p>
        </w:tc>
        <w:tc>
          <w:tcPr>
            <w:tcW w:w="0" w:type="auto"/>
            <w:hideMark/>
          </w:tcPr>
          <w:p w14:paraId="4E42ADC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0.0574</w:t>
            </w:r>
          </w:p>
        </w:tc>
        <w:tc>
          <w:tcPr>
            <w:tcW w:w="0" w:type="auto"/>
            <w:hideMark/>
          </w:tcPr>
          <w:p w14:paraId="6F11967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0.0291</w:t>
            </w:r>
          </w:p>
        </w:tc>
      </w:tr>
      <w:tr w:rsidR="00863690" w:rsidRPr="00863690" w14:paraId="21B48C64"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C7BB62"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Glycine, serine and threonine metabolism</w:t>
            </w:r>
          </w:p>
        </w:tc>
        <w:tc>
          <w:tcPr>
            <w:tcW w:w="0" w:type="auto"/>
            <w:hideMark/>
          </w:tcPr>
          <w:p w14:paraId="7E6CA3F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28DB6D9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0.515</w:t>
            </w:r>
          </w:p>
        </w:tc>
        <w:tc>
          <w:tcPr>
            <w:tcW w:w="0" w:type="auto"/>
            <w:hideMark/>
          </w:tcPr>
          <w:p w14:paraId="0507DD2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19BBC37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0.0134</w:t>
            </w:r>
          </w:p>
        </w:tc>
        <w:tc>
          <w:tcPr>
            <w:tcW w:w="0" w:type="auto"/>
            <w:hideMark/>
          </w:tcPr>
          <w:p w14:paraId="53474D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716A9A7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0.357</w:t>
            </w:r>
          </w:p>
        </w:tc>
      </w:tr>
      <w:tr w:rsidR="00863690" w:rsidRPr="00863690" w14:paraId="3CB52D78"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267AA4F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D-Amino acid metabolism</w:t>
            </w:r>
          </w:p>
        </w:tc>
        <w:tc>
          <w:tcPr>
            <w:tcW w:w="0" w:type="auto"/>
            <w:hideMark/>
          </w:tcPr>
          <w:p w14:paraId="4A18040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166062E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0ABE2AC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3C7AFFD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0.0216</w:t>
            </w:r>
          </w:p>
        </w:tc>
        <w:tc>
          <w:tcPr>
            <w:tcW w:w="0" w:type="auto"/>
            <w:hideMark/>
          </w:tcPr>
          <w:p w14:paraId="55B67B4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4A4434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0.433</w:t>
            </w:r>
          </w:p>
        </w:tc>
      </w:tr>
      <w:tr w:rsidR="00863690" w:rsidRPr="00863690" w14:paraId="4089875A"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9E1D0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β-Alanine metabolism</w:t>
            </w:r>
          </w:p>
        </w:tc>
        <w:tc>
          <w:tcPr>
            <w:tcW w:w="0" w:type="auto"/>
            <w:hideMark/>
          </w:tcPr>
          <w:p w14:paraId="05CD480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w:t>
            </w:r>
          </w:p>
        </w:tc>
        <w:tc>
          <w:tcPr>
            <w:tcW w:w="0" w:type="auto"/>
            <w:hideMark/>
          </w:tcPr>
          <w:p w14:paraId="2F4FFE6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0.327</w:t>
            </w:r>
          </w:p>
        </w:tc>
        <w:tc>
          <w:tcPr>
            <w:tcW w:w="0" w:type="auto"/>
            <w:hideMark/>
          </w:tcPr>
          <w:p w14:paraId="2ADF2CB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4EC3B2B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0.0409</w:t>
            </w:r>
          </w:p>
        </w:tc>
        <w:tc>
          <w:tcPr>
            <w:tcW w:w="0" w:type="auto"/>
            <w:hideMark/>
          </w:tcPr>
          <w:p w14:paraId="44ABD379"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EDC9D4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0.654</w:t>
            </w:r>
          </w:p>
        </w:tc>
      </w:tr>
      <w:tr w:rsidR="00863690" w:rsidRPr="00863690" w14:paraId="2E22FD53"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71A5F22"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Lysine degradation</w:t>
            </w:r>
          </w:p>
        </w:tc>
        <w:tc>
          <w:tcPr>
            <w:tcW w:w="0" w:type="auto"/>
            <w:hideMark/>
          </w:tcPr>
          <w:p w14:paraId="49C09A9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30</w:t>
            </w:r>
          </w:p>
        </w:tc>
        <w:tc>
          <w:tcPr>
            <w:tcW w:w="0" w:type="auto"/>
            <w:hideMark/>
          </w:tcPr>
          <w:p w14:paraId="7CF70A1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0.468</w:t>
            </w:r>
          </w:p>
        </w:tc>
        <w:tc>
          <w:tcPr>
            <w:tcW w:w="0" w:type="auto"/>
            <w:hideMark/>
          </w:tcPr>
          <w:p w14:paraId="2C4AE48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502DF6A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0.0778</w:t>
            </w:r>
          </w:p>
        </w:tc>
        <w:tc>
          <w:tcPr>
            <w:tcW w:w="0" w:type="auto"/>
            <w:hideMark/>
          </w:tcPr>
          <w:p w14:paraId="0E5CDFF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1C095C3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8425422"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5D291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Glyoxylate and dicarboxylate metabolism</w:t>
            </w:r>
          </w:p>
        </w:tc>
        <w:tc>
          <w:tcPr>
            <w:tcW w:w="0" w:type="auto"/>
            <w:hideMark/>
          </w:tcPr>
          <w:p w14:paraId="03FE9D0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31</w:t>
            </w:r>
          </w:p>
        </w:tc>
        <w:tc>
          <w:tcPr>
            <w:tcW w:w="0" w:type="auto"/>
            <w:hideMark/>
          </w:tcPr>
          <w:p w14:paraId="59DA82B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0.483</w:t>
            </w:r>
          </w:p>
        </w:tc>
        <w:tc>
          <w:tcPr>
            <w:tcW w:w="0" w:type="auto"/>
            <w:hideMark/>
          </w:tcPr>
          <w:p w14:paraId="2ED64FC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6EC0155B"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0.0824</w:t>
            </w:r>
          </w:p>
        </w:tc>
        <w:tc>
          <w:tcPr>
            <w:tcW w:w="0" w:type="auto"/>
            <w:hideMark/>
          </w:tcPr>
          <w:p w14:paraId="5A00328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49E4ED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718115CF"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3A27CA3"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Cysteine and methionine metabolism</w:t>
            </w:r>
          </w:p>
        </w:tc>
        <w:tc>
          <w:tcPr>
            <w:tcW w:w="0" w:type="auto"/>
            <w:hideMark/>
          </w:tcPr>
          <w:p w14:paraId="0B943C5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50DC18F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0.515</w:t>
            </w:r>
          </w:p>
        </w:tc>
        <w:tc>
          <w:tcPr>
            <w:tcW w:w="0" w:type="auto"/>
            <w:hideMark/>
          </w:tcPr>
          <w:p w14:paraId="26B5C3F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262CDD7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0.0918</w:t>
            </w:r>
          </w:p>
        </w:tc>
        <w:tc>
          <w:tcPr>
            <w:tcW w:w="0" w:type="auto"/>
            <w:hideMark/>
          </w:tcPr>
          <w:p w14:paraId="2237D65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325F05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069CAA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2EA3DC"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Valine, leucine and isoleucine biosynthesis</w:t>
            </w:r>
          </w:p>
        </w:tc>
        <w:tc>
          <w:tcPr>
            <w:tcW w:w="0" w:type="auto"/>
            <w:hideMark/>
          </w:tcPr>
          <w:p w14:paraId="1850D39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6FD10E5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0.125</w:t>
            </w:r>
          </w:p>
        </w:tc>
        <w:tc>
          <w:tcPr>
            <w:tcW w:w="0" w:type="auto"/>
            <w:hideMark/>
          </w:tcPr>
          <w:p w14:paraId="421FC4F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7D47EA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0.118</w:t>
            </w:r>
          </w:p>
        </w:tc>
        <w:tc>
          <w:tcPr>
            <w:tcW w:w="0" w:type="auto"/>
            <w:hideMark/>
          </w:tcPr>
          <w:p w14:paraId="0E0C236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2B7635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6E700D0"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5914E28"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 xml:space="preserve">Taurine and </w:t>
            </w:r>
            <w:proofErr w:type="spellStart"/>
            <w:r w:rsidRPr="00863690">
              <w:rPr>
                <w:rFonts w:ascii="Times New Roman" w:hAnsi="Times New Roman" w:cs="Times New Roman"/>
                <w:lang w:val="en-IN"/>
              </w:rPr>
              <w:t>hypotaurine</w:t>
            </w:r>
            <w:proofErr w:type="spellEnd"/>
            <w:r w:rsidRPr="00863690">
              <w:rPr>
                <w:rFonts w:ascii="Times New Roman" w:hAnsi="Times New Roman" w:cs="Times New Roman"/>
                <w:lang w:val="en-IN"/>
              </w:rPr>
              <w:t xml:space="preserve"> metabolism</w:t>
            </w:r>
          </w:p>
        </w:tc>
        <w:tc>
          <w:tcPr>
            <w:tcW w:w="0" w:type="auto"/>
            <w:hideMark/>
          </w:tcPr>
          <w:p w14:paraId="32700FF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1020B8B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0.125</w:t>
            </w:r>
          </w:p>
        </w:tc>
        <w:tc>
          <w:tcPr>
            <w:tcW w:w="0" w:type="auto"/>
            <w:hideMark/>
          </w:tcPr>
          <w:p w14:paraId="525A28D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67DE292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0.118</w:t>
            </w:r>
          </w:p>
        </w:tc>
        <w:tc>
          <w:tcPr>
            <w:tcW w:w="0" w:type="auto"/>
            <w:hideMark/>
          </w:tcPr>
          <w:p w14:paraId="50DCD37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42A88AF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13F1F189"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170D6A"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Vitamin B6 metabolism</w:t>
            </w:r>
          </w:p>
        </w:tc>
        <w:tc>
          <w:tcPr>
            <w:tcW w:w="0" w:type="auto"/>
            <w:hideMark/>
          </w:tcPr>
          <w:p w14:paraId="4A6AA44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w:t>
            </w:r>
          </w:p>
        </w:tc>
        <w:tc>
          <w:tcPr>
            <w:tcW w:w="0" w:type="auto"/>
            <w:hideMark/>
          </w:tcPr>
          <w:p w14:paraId="782C181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0.140</w:t>
            </w:r>
          </w:p>
        </w:tc>
        <w:tc>
          <w:tcPr>
            <w:tcW w:w="0" w:type="auto"/>
            <w:hideMark/>
          </w:tcPr>
          <w:p w14:paraId="4EA6342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92C9729"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0.132</w:t>
            </w:r>
          </w:p>
        </w:tc>
        <w:tc>
          <w:tcPr>
            <w:tcW w:w="0" w:type="auto"/>
            <w:hideMark/>
          </w:tcPr>
          <w:p w14:paraId="1EAFE08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C46673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7FF287DF"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43CBDEB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lastRenderedPageBreak/>
              <w:t>Tyrosine metabolism</w:t>
            </w:r>
          </w:p>
        </w:tc>
        <w:tc>
          <w:tcPr>
            <w:tcW w:w="0" w:type="auto"/>
            <w:hideMark/>
          </w:tcPr>
          <w:p w14:paraId="7F2C43C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42</w:t>
            </w:r>
          </w:p>
        </w:tc>
        <w:tc>
          <w:tcPr>
            <w:tcW w:w="0" w:type="auto"/>
            <w:hideMark/>
          </w:tcPr>
          <w:p w14:paraId="6030608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0.655</w:t>
            </w:r>
          </w:p>
        </w:tc>
        <w:tc>
          <w:tcPr>
            <w:tcW w:w="0" w:type="auto"/>
            <w:hideMark/>
          </w:tcPr>
          <w:p w14:paraId="3AF459B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4B2365B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0.138</w:t>
            </w:r>
          </w:p>
        </w:tc>
        <w:tc>
          <w:tcPr>
            <w:tcW w:w="0" w:type="auto"/>
            <w:hideMark/>
          </w:tcPr>
          <w:p w14:paraId="28016D2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9C544F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3C077225"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536A4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Biotin metabolism</w:t>
            </w:r>
          </w:p>
        </w:tc>
        <w:tc>
          <w:tcPr>
            <w:tcW w:w="0" w:type="auto"/>
            <w:hideMark/>
          </w:tcPr>
          <w:p w14:paraId="1921E23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w:t>
            </w:r>
          </w:p>
        </w:tc>
        <w:tc>
          <w:tcPr>
            <w:tcW w:w="0" w:type="auto"/>
            <w:hideMark/>
          </w:tcPr>
          <w:p w14:paraId="43F0347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0.156</w:t>
            </w:r>
          </w:p>
        </w:tc>
        <w:tc>
          <w:tcPr>
            <w:tcW w:w="0" w:type="auto"/>
            <w:hideMark/>
          </w:tcPr>
          <w:p w14:paraId="7118B26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B822EE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0.146</w:t>
            </w:r>
          </w:p>
        </w:tc>
        <w:tc>
          <w:tcPr>
            <w:tcW w:w="0" w:type="auto"/>
            <w:hideMark/>
          </w:tcPr>
          <w:p w14:paraId="2C4F3BC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76B5EB0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4143EC8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4B2CB3D"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Arginine biosynthesis</w:t>
            </w:r>
          </w:p>
        </w:tc>
        <w:tc>
          <w:tcPr>
            <w:tcW w:w="0" w:type="auto"/>
            <w:hideMark/>
          </w:tcPr>
          <w:p w14:paraId="5A2B95C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w:t>
            </w:r>
          </w:p>
        </w:tc>
        <w:tc>
          <w:tcPr>
            <w:tcW w:w="0" w:type="auto"/>
            <w:hideMark/>
          </w:tcPr>
          <w:p w14:paraId="551F1E4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0.218</w:t>
            </w:r>
          </w:p>
        </w:tc>
        <w:tc>
          <w:tcPr>
            <w:tcW w:w="0" w:type="auto"/>
            <w:hideMark/>
          </w:tcPr>
          <w:p w14:paraId="25DA9D0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4EC8128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0.198</w:t>
            </w:r>
          </w:p>
        </w:tc>
        <w:tc>
          <w:tcPr>
            <w:tcW w:w="0" w:type="auto"/>
            <w:hideMark/>
          </w:tcPr>
          <w:p w14:paraId="6C7C9DB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3BB3DF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78DE5737"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D6477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Butanoate metabolism</w:t>
            </w:r>
          </w:p>
        </w:tc>
        <w:tc>
          <w:tcPr>
            <w:tcW w:w="0" w:type="auto"/>
            <w:hideMark/>
          </w:tcPr>
          <w:p w14:paraId="6881930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4DF3313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05B4D0F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4C2865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0.211</w:t>
            </w:r>
          </w:p>
        </w:tc>
        <w:tc>
          <w:tcPr>
            <w:tcW w:w="0" w:type="auto"/>
            <w:hideMark/>
          </w:tcPr>
          <w:p w14:paraId="35A8072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A2642D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046BD79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4C4CC86"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Nicotinate and nicotinamide metabolism</w:t>
            </w:r>
          </w:p>
        </w:tc>
        <w:tc>
          <w:tcPr>
            <w:tcW w:w="0" w:type="auto"/>
            <w:hideMark/>
          </w:tcPr>
          <w:p w14:paraId="0CE6E7C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11559E0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1C9B130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435FA1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0.211</w:t>
            </w:r>
          </w:p>
        </w:tc>
        <w:tc>
          <w:tcPr>
            <w:tcW w:w="0" w:type="auto"/>
            <w:hideMark/>
          </w:tcPr>
          <w:p w14:paraId="25C90D1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2D07198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27818B1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9A8FF" w14:textId="77777777" w:rsidR="00863690" w:rsidRPr="00863690" w:rsidRDefault="00863690" w:rsidP="00863690">
            <w:pPr>
              <w:spacing w:after="200" w:line="276" w:lineRule="auto"/>
              <w:rPr>
                <w:rFonts w:ascii="Times New Roman" w:hAnsi="Times New Roman" w:cs="Times New Roman"/>
                <w:lang w:val="en-IN"/>
              </w:rPr>
            </w:pPr>
            <w:proofErr w:type="spellStart"/>
            <w:r w:rsidRPr="00863690">
              <w:rPr>
                <w:rFonts w:ascii="Times New Roman" w:hAnsi="Times New Roman" w:cs="Times New Roman"/>
                <w:lang w:val="en-IN"/>
              </w:rPr>
              <w:t>Glycerolipid</w:t>
            </w:r>
            <w:proofErr w:type="spellEnd"/>
            <w:r w:rsidRPr="00863690">
              <w:rPr>
                <w:rFonts w:ascii="Times New Roman" w:hAnsi="Times New Roman" w:cs="Times New Roman"/>
                <w:lang w:val="en-IN"/>
              </w:rPr>
              <w:t xml:space="preserve"> metabolism</w:t>
            </w:r>
          </w:p>
        </w:tc>
        <w:tc>
          <w:tcPr>
            <w:tcW w:w="0" w:type="auto"/>
            <w:hideMark/>
          </w:tcPr>
          <w:p w14:paraId="171517E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w:t>
            </w:r>
          </w:p>
        </w:tc>
        <w:tc>
          <w:tcPr>
            <w:tcW w:w="0" w:type="auto"/>
            <w:hideMark/>
          </w:tcPr>
          <w:p w14:paraId="1F41D30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0.250</w:t>
            </w:r>
          </w:p>
        </w:tc>
        <w:tc>
          <w:tcPr>
            <w:tcW w:w="0" w:type="auto"/>
            <w:hideMark/>
          </w:tcPr>
          <w:p w14:paraId="3B49878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EE1845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0.223</w:t>
            </w:r>
          </w:p>
        </w:tc>
        <w:tc>
          <w:tcPr>
            <w:tcW w:w="0" w:type="auto"/>
            <w:hideMark/>
          </w:tcPr>
          <w:p w14:paraId="7C9FA55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13971EB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1776D12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2FC12DC5"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Citrate cycle (TCA cycle)</w:t>
            </w:r>
          </w:p>
        </w:tc>
        <w:tc>
          <w:tcPr>
            <w:tcW w:w="0" w:type="auto"/>
            <w:hideMark/>
          </w:tcPr>
          <w:p w14:paraId="2105BE8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20</w:t>
            </w:r>
          </w:p>
        </w:tc>
        <w:tc>
          <w:tcPr>
            <w:tcW w:w="0" w:type="auto"/>
            <w:hideMark/>
          </w:tcPr>
          <w:p w14:paraId="746BF4D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0.312</w:t>
            </w:r>
          </w:p>
        </w:tc>
        <w:tc>
          <w:tcPr>
            <w:tcW w:w="0" w:type="auto"/>
            <w:hideMark/>
          </w:tcPr>
          <w:p w14:paraId="6C9D099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F84C65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0.271</w:t>
            </w:r>
          </w:p>
        </w:tc>
        <w:tc>
          <w:tcPr>
            <w:tcW w:w="0" w:type="auto"/>
            <w:hideMark/>
          </w:tcPr>
          <w:p w14:paraId="03B98FD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0CEC56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6CC93060"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2F134"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Pentose phosphate pathway</w:t>
            </w:r>
          </w:p>
        </w:tc>
        <w:tc>
          <w:tcPr>
            <w:tcW w:w="0" w:type="auto"/>
            <w:hideMark/>
          </w:tcPr>
          <w:p w14:paraId="572C3F0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23</w:t>
            </w:r>
          </w:p>
        </w:tc>
        <w:tc>
          <w:tcPr>
            <w:tcW w:w="0" w:type="auto"/>
            <w:hideMark/>
          </w:tcPr>
          <w:p w14:paraId="577ADDB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0.359</w:t>
            </w:r>
          </w:p>
        </w:tc>
        <w:tc>
          <w:tcPr>
            <w:tcW w:w="0" w:type="auto"/>
            <w:hideMark/>
          </w:tcPr>
          <w:p w14:paraId="1F9783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12921D3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0.305</w:t>
            </w:r>
          </w:p>
        </w:tc>
        <w:tc>
          <w:tcPr>
            <w:tcW w:w="0" w:type="auto"/>
            <w:hideMark/>
          </w:tcPr>
          <w:p w14:paraId="0A76A17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41D22B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3CE0F505"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D51BCAC"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Alanine, aspartate and glutamate metabolism</w:t>
            </w:r>
          </w:p>
        </w:tc>
        <w:tc>
          <w:tcPr>
            <w:tcW w:w="0" w:type="auto"/>
            <w:hideMark/>
          </w:tcPr>
          <w:p w14:paraId="43BFFE9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37975E5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0.437</w:t>
            </w:r>
          </w:p>
        </w:tc>
        <w:tc>
          <w:tcPr>
            <w:tcW w:w="0" w:type="auto"/>
            <w:hideMark/>
          </w:tcPr>
          <w:p w14:paraId="450B2E3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8F98C9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0.359</w:t>
            </w:r>
          </w:p>
        </w:tc>
        <w:tc>
          <w:tcPr>
            <w:tcW w:w="0" w:type="auto"/>
            <w:hideMark/>
          </w:tcPr>
          <w:p w14:paraId="789339B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43194E6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3B81F48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249E7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Pyrimidine metabolism</w:t>
            </w:r>
          </w:p>
        </w:tc>
        <w:tc>
          <w:tcPr>
            <w:tcW w:w="0" w:type="auto"/>
            <w:hideMark/>
          </w:tcPr>
          <w:p w14:paraId="20E08A1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39</w:t>
            </w:r>
          </w:p>
        </w:tc>
        <w:tc>
          <w:tcPr>
            <w:tcW w:w="0" w:type="auto"/>
            <w:hideMark/>
          </w:tcPr>
          <w:p w14:paraId="611F1B3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0.608</w:t>
            </w:r>
          </w:p>
        </w:tc>
        <w:tc>
          <w:tcPr>
            <w:tcW w:w="0" w:type="auto"/>
            <w:hideMark/>
          </w:tcPr>
          <w:p w14:paraId="01637B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607B11A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0.462</w:t>
            </w:r>
          </w:p>
        </w:tc>
        <w:tc>
          <w:tcPr>
            <w:tcW w:w="0" w:type="auto"/>
            <w:hideMark/>
          </w:tcPr>
          <w:p w14:paraId="6C61D6C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078F5F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46550BD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38FB8E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Valine, leucine and isoleucine degradation</w:t>
            </w:r>
          </w:p>
        </w:tc>
        <w:tc>
          <w:tcPr>
            <w:tcW w:w="0" w:type="auto"/>
            <w:hideMark/>
          </w:tcPr>
          <w:p w14:paraId="3BB5B95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39</w:t>
            </w:r>
          </w:p>
        </w:tc>
        <w:tc>
          <w:tcPr>
            <w:tcW w:w="0" w:type="auto"/>
            <w:hideMark/>
          </w:tcPr>
          <w:p w14:paraId="4593C0E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0.608</w:t>
            </w:r>
          </w:p>
        </w:tc>
        <w:tc>
          <w:tcPr>
            <w:tcW w:w="0" w:type="auto"/>
            <w:hideMark/>
          </w:tcPr>
          <w:p w14:paraId="505D362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22F2C81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0.462</w:t>
            </w:r>
          </w:p>
        </w:tc>
        <w:tc>
          <w:tcPr>
            <w:tcW w:w="0" w:type="auto"/>
            <w:hideMark/>
          </w:tcPr>
          <w:p w14:paraId="56F2D8F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3D7B82C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49F5B41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B356F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Tryptophan metabolism</w:t>
            </w:r>
          </w:p>
        </w:tc>
        <w:tc>
          <w:tcPr>
            <w:tcW w:w="0" w:type="auto"/>
            <w:hideMark/>
          </w:tcPr>
          <w:p w14:paraId="461C669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41</w:t>
            </w:r>
          </w:p>
        </w:tc>
        <w:tc>
          <w:tcPr>
            <w:tcW w:w="0" w:type="auto"/>
            <w:hideMark/>
          </w:tcPr>
          <w:p w14:paraId="4A97E04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0.639</w:t>
            </w:r>
          </w:p>
        </w:tc>
        <w:tc>
          <w:tcPr>
            <w:tcW w:w="0" w:type="auto"/>
            <w:hideMark/>
          </w:tcPr>
          <w:p w14:paraId="3F83091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20FF706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0.480</w:t>
            </w:r>
          </w:p>
        </w:tc>
        <w:tc>
          <w:tcPr>
            <w:tcW w:w="0" w:type="auto"/>
            <w:hideMark/>
          </w:tcPr>
          <w:p w14:paraId="0288AF4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0B8508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6A30F38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20BBD6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Primary bile acid biosynthesis</w:t>
            </w:r>
          </w:p>
        </w:tc>
        <w:tc>
          <w:tcPr>
            <w:tcW w:w="0" w:type="auto"/>
            <w:hideMark/>
          </w:tcPr>
          <w:p w14:paraId="476E4F2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46</w:t>
            </w:r>
          </w:p>
        </w:tc>
        <w:tc>
          <w:tcPr>
            <w:tcW w:w="0" w:type="auto"/>
            <w:hideMark/>
          </w:tcPr>
          <w:p w14:paraId="6DDFFF5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0.717</w:t>
            </w:r>
          </w:p>
        </w:tc>
        <w:tc>
          <w:tcPr>
            <w:tcW w:w="0" w:type="auto"/>
            <w:hideMark/>
          </w:tcPr>
          <w:p w14:paraId="455444F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4CE76C5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0.520</w:t>
            </w:r>
          </w:p>
        </w:tc>
        <w:tc>
          <w:tcPr>
            <w:tcW w:w="0" w:type="auto"/>
            <w:hideMark/>
          </w:tcPr>
          <w:p w14:paraId="6534E61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396B733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bl>
    <w:p w14:paraId="3183CC07" w14:textId="3E256449" w:rsidR="00863690" w:rsidRDefault="00863690" w:rsidP="00863690">
      <w:pPr>
        <w:jc w:val="both"/>
        <w:rPr>
          <w:rFonts w:ascii="Times New Roman" w:hAnsi="Times New Roman" w:cs="Times New Roman"/>
        </w:rPr>
      </w:pPr>
      <w:r w:rsidRPr="00863690">
        <w:rPr>
          <w:rFonts w:ascii="Times New Roman" w:hAnsi="Times New Roman" w:cs="Times New Roman"/>
        </w:rPr>
        <w:t xml:space="preserve">Pathway enrichment analysis was performed using metabolite set enrichment analysis (MSEA) based on differential plasma metabolites identified between </w:t>
      </w:r>
      <w:r w:rsidRPr="00863690">
        <w:rPr>
          <w:rFonts w:ascii="Times New Roman" w:hAnsi="Times New Roman" w:cs="Times New Roman"/>
          <w:b/>
          <w:bCs/>
        </w:rPr>
        <w:t>pre- and post-GF-MKD intervention</w:t>
      </w:r>
      <w:r w:rsidRPr="00863690">
        <w:rPr>
          <w:rFonts w:ascii="Times New Roman" w:hAnsi="Times New Roman" w:cs="Times New Roman"/>
        </w:rPr>
        <w:t xml:space="preserve"> in ASD participants. Raw p-values were adjusted using both Holm–Bonferroni correction and false discovery rate (FDR). Pathways with FDR &lt; 0.05 are highlighted in bold.</w:t>
      </w:r>
    </w:p>
    <w:p w14:paraId="3B8517C4" w14:textId="77777777" w:rsidR="00863690" w:rsidRDefault="00863690">
      <w:pPr>
        <w:rPr>
          <w:rFonts w:ascii="Times New Roman" w:hAnsi="Times New Roman" w:cs="Times New Roman"/>
        </w:rPr>
      </w:pPr>
      <w:r>
        <w:rPr>
          <w:rFonts w:ascii="Times New Roman" w:hAnsi="Times New Roman" w:cs="Times New Roman"/>
        </w:rPr>
        <w:br w:type="page"/>
      </w:r>
    </w:p>
    <w:p w14:paraId="4CA3ACB4" w14:textId="3BFF8EDB" w:rsidR="00863690" w:rsidRPr="00863690" w:rsidRDefault="00863690" w:rsidP="00863690">
      <w:pPr>
        <w:jc w:val="both"/>
        <w:rPr>
          <w:rFonts w:ascii="Times New Roman" w:hAnsi="Times New Roman" w:cs="Times New Roman"/>
          <w:b/>
          <w:bCs/>
        </w:rPr>
      </w:pPr>
      <w:r w:rsidRPr="00863690">
        <w:rPr>
          <w:rFonts w:ascii="Times New Roman" w:hAnsi="Times New Roman" w:cs="Times New Roman"/>
          <w:b/>
          <w:bCs/>
        </w:rPr>
        <w:lastRenderedPageBreak/>
        <w:t>Supplementary Table S6. Metabolite–metabolite network topology metrics for ASD participants before and after GF-MKD intervention</w:t>
      </w:r>
    </w:p>
    <w:tbl>
      <w:tblPr>
        <w:tblStyle w:val="PlainTable2"/>
        <w:tblW w:w="5000" w:type="pct"/>
        <w:tblLook w:val="04A0" w:firstRow="1" w:lastRow="0" w:firstColumn="1" w:lastColumn="0" w:noHBand="0" w:noVBand="1"/>
      </w:tblPr>
      <w:tblGrid>
        <w:gridCol w:w="2418"/>
        <w:gridCol w:w="2950"/>
        <w:gridCol w:w="886"/>
        <w:gridCol w:w="2386"/>
      </w:tblGrid>
      <w:tr w:rsidR="00863690" w:rsidRPr="00863690" w14:paraId="3F085EC1"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7465401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Metabolite (KEGG ID)</w:t>
            </w:r>
          </w:p>
        </w:tc>
        <w:tc>
          <w:tcPr>
            <w:tcW w:w="1707" w:type="pct"/>
            <w:hideMark/>
          </w:tcPr>
          <w:p w14:paraId="6B58289D"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Metabolite name</w:t>
            </w:r>
          </w:p>
        </w:tc>
        <w:tc>
          <w:tcPr>
            <w:tcW w:w="513" w:type="pct"/>
            <w:hideMark/>
          </w:tcPr>
          <w:p w14:paraId="301AF7DC"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Degree</w:t>
            </w:r>
          </w:p>
        </w:tc>
        <w:tc>
          <w:tcPr>
            <w:tcW w:w="1381" w:type="pct"/>
            <w:hideMark/>
          </w:tcPr>
          <w:p w14:paraId="15A39142"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Betweenness centrality</w:t>
            </w:r>
          </w:p>
        </w:tc>
      </w:tr>
      <w:tr w:rsidR="00863690" w:rsidRPr="00863690" w14:paraId="0959206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F27DA6B"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C00750</w:t>
            </w:r>
          </w:p>
        </w:tc>
        <w:tc>
          <w:tcPr>
            <w:tcW w:w="1707" w:type="pct"/>
            <w:hideMark/>
          </w:tcPr>
          <w:p w14:paraId="76F31F9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Spermine</w:t>
            </w:r>
          </w:p>
        </w:tc>
        <w:tc>
          <w:tcPr>
            <w:tcW w:w="513" w:type="pct"/>
            <w:hideMark/>
          </w:tcPr>
          <w:p w14:paraId="680F290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45</w:t>
            </w:r>
          </w:p>
        </w:tc>
        <w:tc>
          <w:tcPr>
            <w:tcW w:w="1381" w:type="pct"/>
            <w:hideMark/>
          </w:tcPr>
          <w:p w14:paraId="28A627F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1694.13</w:t>
            </w:r>
          </w:p>
        </w:tc>
      </w:tr>
      <w:tr w:rsidR="00863690" w:rsidRPr="00863690" w14:paraId="5B5D43B9"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3B3DD7A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C00170</w:t>
            </w:r>
          </w:p>
        </w:tc>
        <w:tc>
          <w:tcPr>
            <w:tcW w:w="1707" w:type="pct"/>
            <w:hideMark/>
          </w:tcPr>
          <w:p w14:paraId="4E87FF2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5′-Methylthioadenosine</w:t>
            </w:r>
          </w:p>
        </w:tc>
        <w:tc>
          <w:tcPr>
            <w:tcW w:w="513" w:type="pct"/>
            <w:hideMark/>
          </w:tcPr>
          <w:p w14:paraId="52539BC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29</w:t>
            </w:r>
          </w:p>
        </w:tc>
        <w:tc>
          <w:tcPr>
            <w:tcW w:w="1381" w:type="pct"/>
            <w:hideMark/>
          </w:tcPr>
          <w:p w14:paraId="6C8C3F1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1027.53</w:t>
            </w:r>
          </w:p>
        </w:tc>
      </w:tr>
      <w:tr w:rsidR="00863690" w:rsidRPr="00863690" w14:paraId="2B59D207"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3FBFF7A"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C00666</w:t>
            </w:r>
          </w:p>
        </w:tc>
        <w:tc>
          <w:tcPr>
            <w:tcW w:w="1707" w:type="pct"/>
            <w:hideMark/>
          </w:tcPr>
          <w:p w14:paraId="1584BB0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Diaminopimelic acid</w:t>
            </w:r>
          </w:p>
        </w:tc>
        <w:tc>
          <w:tcPr>
            <w:tcW w:w="513" w:type="pct"/>
            <w:hideMark/>
          </w:tcPr>
          <w:p w14:paraId="20087907"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1381" w:type="pct"/>
            <w:hideMark/>
          </w:tcPr>
          <w:p w14:paraId="0017C7D4"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321.33</w:t>
            </w:r>
          </w:p>
        </w:tc>
      </w:tr>
      <w:tr w:rsidR="00863690" w:rsidRPr="00863690" w14:paraId="7E6A3167"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2FDB315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C00011</w:t>
            </w:r>
          </w:p>
        </w:tc>
        <w:tc>
          <w:tcPr>
            <w:tcW w:w="1707" w:type="pct"/>
            <w:hideMark/>
          </w:tcPr>
          <w:p w14:paraId="07015D3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Carbon dioxide</w:t>
            </w:r>
          </w:p>
        </w:tc>
        <w:tc>
          <w:tcPr>
            <w:tcW w:w="513" w:type="pct"/>
            <w:hideMark/>
          </w:tcPr>
          <w:p w14:paraId="5A626C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1381" w:type="pct"/>
            <w:hideMark/>
          </w:tcPr>
          <w:p w14:paraId="0CF7184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139.20</w:t>
            </w:r>
          </w:p>
        </w:tc>
      </w:tr>
      <w:tr w:rsidR="00863690" w:rsidRPr="00863690" w14:paraId="0816361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4AF63AA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C00047</w:t>
            </w:r>
          </w:p>
        </w:tc>
        <w:tc>
          <w:tcPr>
            <w:tcW w:w="1707" w:type="pct"/>
            <w:hideMark/>
          </w:tcPr>
          <w:p w14:paraId="6335B4D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L-Lysine</w:t>
            </w:r>
          </w:p>
        </w:tc>
        <w:tc>
          <w:tcPr>
            <w:tcW w:w="513" w:type="pct"/>
            <w:hideMark/>
          </w:tcPr>
          <w:p w14:paraId="1E68A76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1381" w:type="pct"/>
            <w:hideMark/>
          </w:tcPr>
          <w:p w14:paraId="2FEBE75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139.20</w:t>
            </w:r>
          </w:p>
        </w:tc>
      </w:tr>
      <w:tr w:rsidR="00863690" w:rsidRPr="00863690" w14:paraId="697777BF"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5726E40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C00025</w:t>
            </w:r>
          </w:p>
        </w:tc>
        <w:tc>
          <w:tcPr>
            <w:tcW w:w="1707" w:type="pct"/>
            <w:hideMark/>
          </w:tcPr>
          <w:p w14:paraId="0A05E2A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L-Glutamic acid</w:t>
            </w:r>
          </w:p>
        </w:tc>
        <w:tc>
          <w:tcPr>
            <w:tcW w:w="513" w:type="pct"/>
            <w:hideMark/>
          </w:tcPr>
          <w:p w14:paraId="1ED5679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7BF4629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75.60</w:t>
            </w:r>
          </w:p>
        </w:tc>
      </w:tr>
      <w:tr w:rsidR="00863690" w:rsidRPr="00863690" w14:paraId="1D820F5A"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739D77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C00002</w:t>
            </w:r>
          </w:p>
        </w:tc>
        <w:tc>
          <w:tcPr>
            <w:tcW w:w="1707" w:type="pct"/>
            <w:hideMark/>
          </w:tcPr>
          <w:p w14:paraId="710AE9F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Adenosine triphosphate (ATP)</w:t>
            </w:r>
          </w:p>
        </w:tc>
        <w:tc>
          <w:tcPr>
            <w:tcW w:w="513" w:type="pct"/>
            <w:hideMark/>
          </w:tcPr>
          <w:p w14:paraId="4ABE4906"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0104501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72D73A7"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2193A69F"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C00008</w:t>
            </w:r>
          </w:p>
        </w:tc>
        <w:tc>
          <w:tcPr>
            <w:tcW w:w="1707" w:type="pct"/>
            <w:hideMark/>
          </w:tcPr>
          <w:p w14:paraId="386BE63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ADP</w:t>
            </w:r>
          </w:p>
        </w:tc>
        <w:tc>
          <w:tcPr>
            <w:tcW w:w="513" w:type="pct"/>
            <w:hideMark/>
          </w:tcPr>
          <w:p w14:paraId="1E6B698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19BCB30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3D50A97B"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5BAB286"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C00007</w:t>
            </w:r>
          </w:p>
        </w:tc>
        <w:tc>
          <w:tcPr>
            <w:tcW w:w="1707" w:type="pct"/>
            <w:hideMark/>
          </w:tcPr>
          <w:p w14:paraId="065F850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Oxygen</w:t>
            </w:r>
          </w:p>
        </w:tc>
        <w:tc>
          <w:tcPr>
            <w:tcW w:w="513" w:type="pct"/>
            <w:hideMark/>
          </w:tcPr>
          <w:p w14:paraId="197F999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4F34F2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BBD84A1"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5A829A5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C00134</w:t>
            </w:r>
          </w:p>
        </w:tc>
        <w:tc>
          <w:tcPr>
            <w:tcW w:w="1707" w:type="pct"/>
            <w:hideMark/>
          </w:tcPr>
          <w:p w14:paraId="5F67E07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Putrescine</w:t>
            </w:r>
          </w:p>
        </w:tc>
        <w:tc>
          <w:tcPr>
            <w:tcW w:w="513" w:type="pct"/>
            <w:hideMark/>
          </w:tcPr>
          <w:p w14:paraId="2F1AD514"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36D1B4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1102C5C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0961A03"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C00315</w:t>
            </w:r>
          </w:p>
        </w:tc>
        <w:tc>
          <w:tcPr>
            <w:tcW w:w="1707" w:type="pct"/>
            <w:hideMark/>
          </w:tcPr>
          <w:p w14:paraId="0970B2F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Spermidine</w:t>
            </w:r>
          </w:p>
        </w:tc>
        <w:tc>
          <w:tcPr>
            <w:tcW w:w="513" w:type="pct"/>
            <w:hideMark/>
          </w:tcPr>
          <w:p w14:paraId="438D96D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29DFFD3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7BA0873"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326B55F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C00147</w:t>
            </w:r>
          </w:p>
        </w:tc>
        <w:tc>
          <w:tcPr>
            <w:tcW w:w="1707" w:type="pct"/>
            <w:hideMark/>
          </w:tcPr>
          <w:p w14:paraId="5ACDAE4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Adenine</w:t>
            </w:r>
          </w:p>
        </w:tc>
        <w:tc>
          <w:tcPr>
            <w:tcW w:w="513" w:type="pct"/>
            <w:hideMark/>
          </w:tcPr>
          <w:p w14:paraId="1FA4F4C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164F353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0D6A485"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6E312D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C00305</w:t>
            </w:r>
          </w:p>
        </w:tc>
        <w:tc>
          <w:tcPr>
            <w:tcW w:w="1707" w:type="pct"/>
            <w:hideMark/>
          </w:tcPr>
          <w:p w14:paraId="4055E3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Magnesium</w:t>
            </w:r>
          </w:p>
        </w:tc>
        <w:tc>
          <w:tcPr>
            <w:tcW w:w="513" w:type="pct"/>
            <w:hideMark/>
          </w:tcPr>
          <w:p w14:paraId="3A0A22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1E31CD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521B8B34"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75726D8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C01137</w:t>
            </w:r>
          </w:p>
        </w:tc>
        <w:tc>
          <w:tcPr>
            <w:tcW w:w="1707" w:type="pct"/>
            <w:hideMark/>
          </w:tcPr>
          <w:p w14:paraId="41E11E4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w:t>
            </w:r>
            <w:proofErr w:type="spellStart"/>
            <w:r w:rsidRPr="00863690">
              <w:rPr>
                <w:rFonts w:ascii="Times New Roman" w:hAnsi="Times New Roman" w:cs="Times New Roman"/>
                <w:lang w:val="en-IN"/>
              </w:rPr>
              <w:t>Adenosylmethioninamine</w:t>
            </w:r>
            <w:proofErr w:type="spellEnd"/>
          </w:p>
        </w:tc>
        <w:tc>
          <w:tcPr>
            <w:tcW w:w="513" w:type="pct"/>
            <w:hideMark/>
          </w:tcPr>
          <w:p w14:paraId="745346D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9D241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5CCF7B09"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05B82FA6"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Multiple</w:t>
            </w:r>
          </w:p>
        </w:tc>
        <w:tc>
          <w:tcPr>
            <w:tcW w:w="1707" w:type="pct"/>
            <w:hideMark/>
          </w:tcPr>
          <w:p w14:paraId="06089A0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Other connected metabolites</w:t>
            </w:r>
          </w:p>
        </w:tc>
        <w:tc>
          <w:tcPr>
            <w:tcW w:w="513" w:type="pct"/>
            <w:hideMark/>
          </w:tcPr>
          <w:p w14:paraId="130A6E5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1381" w:type="pct"/>
            <w:hideMark/>
          </w:tcPr>
          <w:p w14:paraId="1236D67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bl>
    <w:p w14:paraId="79C00CAD" w14:textId="685B3142" w:rsidR="00863690" w:rsidRDefault="00863690" w:rsidP="00863690">
      <w:pPr>
        <w:jc w:val="both"/>
        <w:rPr>
          <w:rFonts w:ascii="Times New Roman" w:hAnsi="Times New Roman" w:cs="Times New Roman"/>
        </w:rPr>
      </w:pPr>
      <w:r w:rsidRPr="00863690">
        <w:rPr>
          <w:rFonts w:ascii="Times New Roman" w:hAnsi="Times New Roman" w:cs="Times New Roman"/>
        </w:rPr>
        <w:t xml:space="preserve">Network topology analysis was performed using differential metabolites identified between </w:t>
      </w:r>
      <w:r w:rsidRPr="00863690">
        <w:rPr>
          <w:rFonts w:ascii="Times New Roman" w:hAnsi="Times New Roman" w:cs="Times New Roman"/>
          <w:b/>
          <w:bCs/>
        </w:rPr>
        <w:t>pre- and post-GF-MKD intervention</w:t>
      </w:r>
      <w:r w:rsidRPr="00863690">
        <w:rPr>
          <w:rFonts w:ascii="Times New Roman" w:hAnsi="Times New Roman" w:cs="Times New Roman"/>
        </w:rPr>
        <w:t xml:space="preserve"> in ASD participants. Degree reflects the number of direct connections, and betweenness centrality reflects node influence within the network.</w:t>
      </w:r>
    </w:p>
    <w:p w14:paraId="0D7DACB0" w14:textId="77777777" w:rsidR="00863690" w:rsidRDefault="00863690">
      <w:pPr>
        <w:rPr>
          <w:rFonts w:ascii="Times New Roman" w:hAnsi="Times New Roman" w:cs="Times New Roman"/>
        </w:rPr>
      </w:pPr>
      <w:r>
        <w:rPr>
          <w:rFonts w:ascii="Times New Roman" w:hAnsi="Times New Roman" w:cs="Times New Roman"/>
        </w:rPr>
        <w:br w:type="page"/>
      </w:r>
    </w:p>
    <w:p w14:paraId="3265041A" w14:textId="04D3B27E" w:rsidR="00863690" w:rsidRDefault="00863690" w:rsidP="00863690">
      <w:pPr>
        <w:jc w:val="both"/>
        <w:rPr>
          <w:rFonts w:ascii="Times New Roman" w:hAnsi="Times New Roman" w:cs="Times New Roman"/>
        </w:rPr>
      </w:pPr>
      <w:r w:rsidRPr="00863690">
        <w:rPr>
          <w:rFonts w:ascii="Times New Roman" w:hAnsi="Times New Roman" w:cs="Times New Roman"/>
        </w:rPr>
        <w:lastRenderedPageBreak/>
        <w:t>Supplementary Table S</w:t>
      </w:r>
      <w:r>
        <w:rPr>
          <w:rFonts w:ascii="Times New Roman" w:hAnsi="Times New Roman" w:cs="Times New Roman"/>
        </w:rPr>
        <w:t>7</w:t>
      </w:r>
      <w:r w:rsidRPr="00863690">
        <w:rPr>
          <w:rFonts w:ascii="Times New Roman" w:hAnsi="Times New Roman" w:cs="Times New Roman"/>
        </w:rPr>
        <w:t>. Pathway topology–based enrichment analysis derived from metabolite–metabolite interaction network (ASD pre- vs post-GF-MKD)</w:t>
      </w:r>
    </w:p>
    <w:tbl>
      <w:tblPr>
        <w:tblStyle w:val="PlainTable2"/>
        <w:tblW w:w="0" w:type="auto"/>
        <w:tblLook w:val="04A0" w:firstRow="1" w:lastRow="0" w:firstColumn="1" w:lastColumn="0" w:noHBand="0" w:noVBand="1"/>
      </w:tblPr>
      <w:tblGrid>
        <w:gridCol w:w="1524"/>
        <w:gridCol w:w="1038"/>
        <w:gridCol w:w="1087"/>
        <w:gridCol w:w="1124"/>
        <w:gridCol w:w="935"/>
        <w:gridCol w:w="1102"/>
        <w:gridCol w:w="726"/>
        <w:gridCol w:w="1104"/>
      </w:tblGrid>
      <w:tr w:rsidR="00863690" w:rsidRPr="00863690" w14:paraId="2E23C1CB"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4F1C6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Pathway</w:t>
            </w:r>
          </w:p>
        </w:tc>
        <w:tc>
          <w:tcPr>
            <w:tcW w:w="0" w:type="auto"/>
            <w:hideMark/>
          </w:tcPr>
          <w:p w14:paraId="5601C23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Pathway size</w:t>
            </w:r>
          </w:p>
        </w:tc>
        <w:tc>
          <w:tcPr>
            <w:tcW w:w="0" w:type="auto"/>
            <w:hideMark/>
          </w:tcPr>
          <w:p w14:paraId="1C8451D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Expected hits</w:t>
            </w:r>
          </w:p>
        </w:tc>
        <w:tc>
          <w:tcPr>
            <w:tcW w:w="0" w:type="auto"/>
            <w:hideMark/>
          </w:tcPr>
          <w:p w14:paraId="1B442568"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Observed hits</w:t>
            </w:r>
          </w:p>
        </w:tc>
        <w:tc>
          <w:tcPr>
            <w:tcW w:w="0" w:type="auto"/>
            <w:hideMark/>
          </w:tcPr>
          <w:p w14:paraId="205BD622"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Raw p-value</w:t>
            </w:r>
          </w:p>
        </w:tc>
        <w:tc>
          <w:tcPr>
            <w:tcW w:w="0" w:type="auto"/>
            <w:hideMark/>
          </w:tcPr>
          <w:p w14:paraId="7E329789"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Topology score</w:t>
            </w:r>
          </w:p>
        </w:tc>
        <w:tc>
          <w:tcPr>
            <w:tcW w:w="0" w:type="auto"/>
            <w:hideMark/>
          </w:tcPr>
          <w:p w14:paraId="75EC640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P-value Z-score</w:t>
            </w:r>
          </w:p>
        </w:tc>
        <w:tc>
          <w:tcPr>
            <w:tcW w:w="0" w:type="auto"/>
            <w:hideMark/>
          </w:tcPr>
          <w:p w14:paraId="08C5FA66"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Topology Z-score</w:t>
            </w:r>
          </w:p>
        </w:tc>
      </w:tr>
      <w:tr w:rsidR="00863690" w:rsidRPr="00863690" w14:paraId="361D244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CE5F1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Glutathione metabolism</w:t>
            </w:r>
          </w:p>
        </w:tc>
        <w:tc>
          <w:tcPr>
            <w:tcW w:w="0" w:type="auto"/>
            <w:hideMark/>
          </w:tcPr>
          <w:p w14:paraId="0421CC3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1FA541C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0.848</w:t>
            </w:r>
          </w:p>
        </w:tc>
        <w:tc>
          <w:tcPr>
            <w:tcW w:w="0" w:type="auto"/>
            <w:hideMark/>
          </w:tcPr>
          <w:p w14:paraId="21D99F0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w:t>
            </w:r>
          </w:p>
        </w:tc>
        <w:tc>
          <w:tcPr>
            <w:tcW w:w="0" w:type="auto"/>
            <w:hideMark/>
          </w:tcPr>
          <w:p w14:paraId="34B59AD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2.12E-09</w:t>
            </w:r>
          </w:p>
        </w:tc>
        <w:tc>
          <w:tcPr>
            <w:tcW w:w="0" w:type="auto"/>
            <w:hideMark/>
          </w:tcPr>
          <w:p w14:paraId="3601194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0.704</w:t>
            </w:r>
          </w:p>
        </w:tc>
        <w:tc>
          <w:tcPr>
            <w:tcW w:w="0" w:type="auto"/>
            <w:hideMark/>
          </w:tcPr>
          <w:p w14:paraId="633341A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5.19</w:t>
            </w:r>
          </w:p>
        </w:tc>
        <w:tc>
          <w:tcPr>
            <w:tcW w:w="0" w:type="auto"/>
            <w:hideMark/>
          </w:tcPr>
          <w:p w14:paraId="4069CE5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1.56</w:t>
            </w:r>
          </w:p>
        </w:tc>
      </w:tr>
      <w:tr w:rsidR="00863690" w:rsidRPr="00863690" w14:paraId="4DB04AC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1704FD9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Arginine and proline metabolism</w:t>
            </w:r>
          </w:p>
        </w:tc>
        <w:tc>
          <w:tcPr>
            <w:tcW w:w="0" w:type="auto"/>
            <w:hideMark/>
          </w:tcPr>
          <w:p w14:paraId="3580C51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38</w:t>
            </w:r>
          </w:p>
        </w:tc>
        <w:tc>
          <w:tcPr>
            <w:tcW w:w="0" w:type="auto"/>
            <w:hideMark/>
          </w:tcPr>
          <w:p w14:paraId="2815271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1.15</w:t>
            </w:r>
          </w:p>
        </w:tc>
        <w:tc>
          <w:tcPr>
            <w:tcW w:w="0" w:type="auto"/>
            <w:hideMark/>
          </w:tcPr>
          <w:p w14:paraId="4E8A931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353A00D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9.51E-06</w:t>
            </w:r>
          </w:p>
        </w:tc>
        <w:tc>
          <w:tcPr>
            <w:tcW w:w="0" w:type="auto"/>
            <w:hideMark/>
          </w:tcPr>
          <w:p w14:paraId="0D3E50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0.730</w:t>
            </w:r>
          </w:p>
        </w:tc>
        <w:tc>
          <w:tcPr>
            <w:tcW w:w="0" w:type="auto"/>
            <w:hideMark/>
          </w:tcPr>
          <w:p w14:paraId="2AB0AF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2.78</w:t>
            </w:r>
          </w:p>
        </w:tc>
        <w:tc>
          <w:tcPr>
            <w:tcW w:w="0" w:type="auto"/>
            <w:hideMark/>
          </w:tcPr>
          <w:p w14:paraId="57575DA4"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1.63</w:t>
            </w:r>
          </w:p>
        </w:tc>
      </w:tr>
      <w:tr w:rsidR="00863690" w:rsidRPr="00863690" w14:paraId="4BEF706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32555D"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β-Alanine metabolism</w:t>
            </w:r>
          </w:p>
        </w:tc>
        <w:tc>
          <w:tcPr>
            <w:tcW w:w="0" w:type="auto"/>
            <w:hideMark/>
          </w:tcPr>
          <w:p w14:paraId="4901C82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w:t>
            </w:r>
          </w:p>
        </w:tc>
        <w:tc>
          <w:tcPr>
            <w:tcW w:w="0" w:type="auto"/>
            <w:hideMark/>
          </w:tcPr>
          <w:p w14:paraId="64681AE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0.636</w:t>
            </w:r>
          </w:p>
        </w:tc>
        <w:tc>
          <w:tcPr>
            <w:tcW w:w="0" w:type="auto"/>
            <w:hideMark/>
          </w:tcPr>
          <w:p w14:paraId="08DD7D4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341C6A8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2.15E-05</w:t>
            </w:r>
          </w:p>
        </w:tc>
        <w:tc>
          <w:tcPr>
            <w:tcW w:w="0" w:type="auto"/>
            <w:hideMark/>
          </w:tcPr>
          <w:p w14:paraId="412EC2E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0.950</w:t>
            </w:r>
          </w:p>
        </w:tc>
        <w:tc>
          <w:tcPr>
            <w:tcW w:w="0" w:type="auto"/>
            <w:hideMark/>
          </w:tcPr>
          <w:p w14:paraId="39F83BA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2.55</w:t>
            </w:r>
          </w:p>
        </w:tc>
        <w:tc>
          <w:tcPr>
            <w:tcW w:w="0" w:type="auto"/>
            <w:hideMark/>
          </w:tcPr>
          <w:p w14:paraId="0314B1A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2.29</w:t>
            </w:r>
          </w:p>
        </w:tc>
      </w:tr>
      <w:tr w:rsidR="00863690" w:rsidRPr="00863690" w14:paraId="5E381C9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3BB76C5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Arginine biosynthesis</w:t>
            </w:r>
          </w:p>
        </w:tc>
        <w:tc>
          <w:tcPr>
            <w:tcW w:w="0" w:type="auto"/>
            <w:hideMark/>
          </w:tcPr>
          <w:p w14:paraId="06C354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w:t>
            </w:r>
          </w:p>
        </w:tc>
        <w:tc>
          <w:tcPr>
            <w:tcW w:w="0" w:type="auto"/>
            <w:hideMark/>
          </w:tcPr>
          <w:p w14:paraId="0E9D67A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0.424</w:t>
            </w:r>
          </w:p>
        </w:tc>
        <w:tc>
          <w:tcPr>
            <w:tcW w:w="0" w:type="auto"/>
            <w:hideMark/>
          </w:tcPr>
          <w:p w14:paraId="479E58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w:t>
            </w:r>
          </w:p>
        </w:tc>
        <w:tc>
          <w:tcPr>
            <w:tcW w:w="0" w:type="auto"/>
            <w:hideMark/>
          </w:tcPr>
          <w:p w14:paraId="20C614C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3.36E-05</w:t>
            </w:r>
          </w:p>
        </w:tc>
        <w:tc>
          <w:tcPr>
            <w:tcW w:w="0" w:type="auto"/>
            <w:hideMark/>
          </w:tcPr>
          <w:p w14:paraId="6A16DA5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0.923</w:t>
            </w:r>
          </w:p>
        </w:tc>
        <w:tc>
          <w:tcPr>
            <w:tcW w:w="0" w:type="auto"/>
            <w:hideMark/>
          </w:tcPr>
          <w:p w14:paraId="09C4597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2.42</w:t>
            </w:r>
          </w:p>
        </w:tc>
        <w:tc>
          <w:tcPr>
            <w:tcW w:w="0" w:type="auto"/>
            <w:hideMark/>
          </w:tcPr>
          <w:p w14:paraId="4CA7D8E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2.21</w:t>
            </w:r>
          </w:p>
        </w:tc>
      </w:tr>
      <w:tr w:rsidR="00863690" w:rsidRPr="00863690" w14:paraId="15A1827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AE639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Glycine, serine and threonine metabolism</w:t>
            </w:r>
          </w:p>
        </w:tc>
        <w:tc>
          <w:tcPr>
            <w:tcW w:w="0" w:type="auto"/>
            <w:hideMark/>
          </w:tcPr>
          <w:p w14:paraId="222F664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0F749EF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w:t>
            </w:r>
          </w:p>
        </w:tc>
        <w:tc>
          <w:tcPr>
            <w:tcW w:w="0" w:type="auto"/>
            <w:hideMark/>
          </w:tcPr>
          <w:p w14:paraId="08045C4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w:t>
            </w:r>
          </w:p>
        </w:tc>
        <w:tc>
          <w:tcPr>
            <w:tcW w:w="0" w:type="auto"/>
            <w:hideMark/>
          </w:tcPr>
          <w:p w14:paraId="2A53E54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3.50E-05</w:t>
            </w:r>
          </w:p>
        </w:tc>
        <w:tc>
          <w:tcPr>
            <w:tcW w:w="0" w:type="auto"/>
            <w:hideMark/>
          </w:tcPr>
          <w:p w14:paraId="6F8EDEE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0.938</w:t>
            </w:r>
          </w:p>
        </w:tc>
        <w:tc>
          <w:tcPr>
            <w:tcW w:w="0" w:type="auto"/>
            <w:hideMark/>
          </w:tcPr>
          <w:p w14:paraId="570B350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2.41</w:t>
            </w:r>
          </w:p>
        </w:tc>
        <w:tc>
          <w:tcPr>
            <w:tcW w:w="0" w:type="auto"/>
            <w:hideMark/>
          </w:tcPr>
          <w:p w14:paraId="63FDAB4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2.25</w:t>
            </w:r>
          </w:p>
        </w:tc>
      </w:tr>
      <w:tr w:rsidR="00863690" w:rsidRPr="00863690" w14:paraId="088D649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015D7E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Glyoxylate and dicarboxylate metabolism</w:t>
            </w:r>
          </w:p>
        </w:tc>
        <w:tc>
          <w:tcPr>
            <w:tcW w:w="0" w:type="auto"/>
            <w:hideMark/>
          </w:tcPr>
          <w:p w14:paraId="1107C0B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32</w:t>
            </w:r>
          </w:p>
        </w:tc>
        <w:tc>
          <w:tcPr>
            <w:tcW w:w="0" w:type="auto"/>
            <w:hideMark/>
          </w:tcPr>
          <w:p w14:paraId="7179B8A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0.97</w:t>
            </w:r>
          </w:p>
        </w:tc>
        <w:tc>
          <w:tcPr>
            <w:tcW w:w="0" w:type="auto"/>
            <w:hideMark/>
          </w:tcPr>
          <w:p w14:paraId="65AD95A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4F5381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2.79E-04</w:t>
            </w:r>
          </w:p>
        </w:tc>
        <w:tc>
          <w:tcPr>
            <w:tcW w:w="0" w:type="auto"/>
            <w:hideMark/>
          </w:tcPr>
          <w:p w14:paraId="518FCD8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0.387</w:t>
            </w:r>
          </w:p>
        </w:tc>
        <w:tc>
          <w:tcPr>
            <w:tcW w:w="0" w:type="auto"/>
            <w:hideMark/>
          </w:tcPr>
          <w:p w14:paraId="14CC8BA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1.81</w:t>
            </w:r>
          </w:p>
        </w:tc>
        <w:tc>
          <w:tcPr>
            <w:tcW w:w="0" w:type="auto"/>
            <w:hideMark/>
          </w:tcPr>
          <w:p w14:paraId="0615ACA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0.61</w:t>
            </w:r>
          </w:p>
        </w:tc>
      </w:tr>
      <w:tr w:rsidR="00863690" w:rsidRPr="00863690" w14:paraId="37E1F37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592AEF"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Cysteine and methionine metabolism</w:t>
            </w:r>
          </w:p>
        </w:tc>
        <w:tc>
          <w:tcPr>
            <w:tcW w:w="0" w:type="auto"/>
            <w:hideMark/>
          </w:tcPr>
          <w:p w14:paraId="7ED0D52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2C8D700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w:t>
            </w:r>
          </w:p>
        </w:tc>
        <w:tc>
          <w:tcPr>
            <w:tcW w:w="0" w:type="auto"/>
            <w:hideMark/>
          </w:tcPr>
          <w:p w14:paraId="490FFEA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05AA4B4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3.34E-04</w:t>
            </w:r>
          </w:p>
        </w:tc>
        <w:tc>
          <w:tcPr>
            <w:tcW w:w="0" w:type="auto"/>
            <w:hideMark/>
          </w:tcPr>
          <w:p w14:paraId="7115C1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0.375</w:t>
            </w:r>
          </w:p>
        </w:tc>
        <w:tc>
          <w:tcPr>
            <w:tcW w:w="0" w:type="auto"/>
            <w:hideMark/>
          </w:tcPr>
          <w:p w14:paraId="6AB1D5C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1.76</w:t>
            </w:r>
          </w:p>
        </w:tc>
        <w:tc>
          <w:tcPr>
            <w:tcW w:w="0" w:type="auto"/>
            <w:hideMark/>
          </w:tcPr>
          <w:p w14:paraId="4362945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r>
      <w:tr w:rsidR="00863690" w:rsidRPr="00863690" w14:paraId="48967DE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2472ED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Aminoacyl-tRNA biosynthesis</w:t>
            </w:r>
          </w:p>
        </w:tc>
        <w:tc>
          <w:tcPr>
            <w:tcW w:w="0" w:type="auto"/>
            <w:hideMark/>
          </w:tcPr>
          <w:p w14:paraId="2FDC066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48</w:t>
            </w:r>
          </w:p>
        </w:tc>
        <w:tc>
          <w:tcPr>
            <w:tcW w:w="0" w:type="auto"/>
            <w:hideMark/>
          </w:tcPr>
          <w:p w14:paraId="26EE8EA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1.45</w:t>
            </w:r>
          </w:p>
        </w:tc>
        <w:tc>
          <w:tcPr>
            <w:tcW w:w="0" w:type="auto"/>
            <w:hideMark/>
          </w:tcPr>
          <w:p w14:paraId="28E2C84D"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w:t>
            </w:r>
          </w:p>
        </w:tc>
        <w:tc>
          <w:tcPr>
            <w:tcW w:w="0" w:type="auto"/>
            <w:hideMark/>
          </w:tcPr>
          <w:p w14:paraId="1F2AF79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4.27E-04</w:t>
            </w:r>
          </w:p>
        </w:tc>
        <w:tc>
          <w:tcPr>
            <w:tcW w:w="0" w:type="auto"/>
            <w:hideMark/>
          </w:tcPr>
          <w:p w14:paraId="4E68DF2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0.191</w:t>
            </w:r>
          </w:p>
        </w:tc>
        <w:tc>
          <w:tcPr>
            <w:tcW w:w="0" w:type="auto"/>
            <w:hideMark/>
          </w:tcPr>
          <w:p w14:paraId="2845B4B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1.69</w:t>
            </w:r>
          </w:p>
        </w:tc>
        <w:tc>
          <w:tcPr>
            <w:tcW w:w="0" w:type="auto"/>
            <w:hideMark/>
          </w:tcPr>
          <w:p w14:paraId="15325F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0.03</w:t>
            </w:r>
          </w:p>
        </w:tc>
      </w:tr>
      <w:tr w:rsidR="00863690" w:rsidRPr="00863690" w14:paraId="569ABD5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6813D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Butanoate metabolism</w:t>
            </w:r>
          </w:p>
        </w:tc>
        <w:tc>
          <w:tcPr>
            <w:tcW w:w="0" w:type="auto"/>
            <w:hideMark/>
          </w:tcPr>
          <w:p w14:paraId="43CD85D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3E94F43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0.455</w:t>
            </w:r>
          </w:p>
        </w:tc>
        <w:tc>
          <w:tcPr>
            <w:tcW w:w="0" w:type="auto"/>
            <w:hideMark/>
          </w:tcPr>
          <w:p w14:paraId="736A54D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5144F0E0"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7.92E-04</w:t>
            </w:r>
          </w:p>
        </w:tc>
        <w:tc>
          <w:tcPr>
            <w:tcW w:w="0" w:type="auto"/>
            <w:hideMark/>
          </w:tcPr>
          <w:p w14:paraId="5CD9B37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0.429</w:t>
            </w:r>
          </w:p>
        </w:tc>
        <w:tc>
          <w:tcPr>
            <w:tcW w:w="0" w:type="auto"/>
            <w:hideMark/>
          </w:tcPr>
          <w:p w14:paraId="26C7B4C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1.51</w:t>
            </w:r>
          </w:p>
        </w:tc>
        <w:tc>
          <w:tcPr>
            <w:tcW w:w="0" w:type="auto"/>
            <w:hideMark/>
          </w:tcPr>
          <w:p w14:paraId="566E0AA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0.74</w:t>
            </w:r>
          </w:p>
        </w:tc>
      </w:tr>
      <w:tr w:rsidR="00863690" w:rsidRPr="00863690" w14:paraId="34B0A738"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95FBB2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One-carbon pool by folate</w:t>
            </w:r>
          </w:p>
        </w:tc>
        <w:tc>
          <w:tcPr>
            <w:tcW w:w="0" w:type="auto"/>
            <w:hideMark/>
          </w:tcPr>
          <w:p w14:paraId="389BB89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w:t>
            </w:r>
          </w:p>
        </w:tc>
        <w:tc>
          <w:tcPr>
            <w:tcW w:w="0" w:type="auto"/>
            <w:hideMark/>
          </w:tcPr>
          <w:p w14:paraId="490612A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0.273</w:t>
            </w:r>
          </w:p>
        </w:tc>
        <w:tc>
          <w:tcPr>
            <w:tcW w:w="0" w:type="auto"/>
            <w:hideMark/>
          </w:tcPr>
          <w:p w14:paraId="0906BD0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628DA08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0.00193</w:t>
            </w:r>
          </w:p>
        </w:tc>
        <w:tc>
          <w:tcPr>
            <w:tcW w:w="0" w:type="auto"/>
            <w:hideMark/>
          </w:tcPr>
          <w:p w14:paraId="6E53909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2.25</w:t>
            </w:r>
          </w:p>
        </w:tc>
        <w:tc>
          <w:tcPr>
            <w:tcW w:w="0" w:type="auto"/>
            <w:hideMark/>
          </w:tcPr>
          <w:p w14:paraId="16DDCF6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1.26</w:t>
            </w:r>
          </w:p>
        </w:tc>
        <w:tc>
          <w:tcPr>
            <w:tcW w:w="0" w:type="auto"/>
            <w:hideMark/>
          </w:tcPr>
          <w:p w14:paraId="5669D22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6.17</w:t>
            </w:r>
          </w:p>
        </w:tc>
      </w:tr>
      <w:tr w:rsidR="00863690" w:rsidRPr="00863690" w14:paraId="7CB36F2D"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0BE2E3"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Folate biosynthesis</w:t>
            </w:r>
          </w:p>
        </w:tc>
        <w:tc>
          <w:tcPr>
            <w:tcW w:w="0" w:type="auto"/>
            <w:hideMark/>
          </w:tcPr>
          <w:p w14:paraId="7B0C0C9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w:t>
            </w:r>
          </w:p>
        </w:tc>
        <w:tc>
          <w:tcPr>
            <w:tcW w:w="0" w:type="auto"/>
            <w:hideMark/>
          </w:tcPr>
          <w:p w14:paraId="184C971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0.818</w:t>
            </w:r>
          </w:p>
        </w:tc>
        <w:tc>
          <w:tcPr>
            <w:tcW w:w="0" w:type="auto"/>
            <w:hideMark/>
          </w:tcPr>
          <w:p w14:paraId="4D4DF04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42089F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0.00779</w:t>
            </w:r>
          </w:p>
        </w:tc>
        <w:tc>
          <w:tcPr>
            <w:tcW w:w="0" w:type="auto"/>
            <w:hideMark/>
          </w:tcPr>
          <w:p w14:paraId="5FE46FA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0.385</w:t>
            </w:r>
          </w:p>
        </w:tc>
        <w:tc>
          <w:tcPr>
            <w:tcW w:w="0" w:type="auto"/>
            <w:hideMark/>
          </w:tcPr>
          <w:p w14:paraId="599CEFC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0.86</w:t>
            </w:r>
          </w:p>
        </w:tc>
        <w:tc>
          <w:tcPr>
            <w:tcW w:w="0" w:type="auto"/>
            <w:hideMark/>
          </w:tcPr>
          <w:p w14:paraId="74A86EE6"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w:t>
            </w:r>
          </w:p>
        </w:tc>
      </w:tr>
      <w:tr w:rsidR="00863690" w:rsidRPr="00863690" w14:paraId="7ADB81B1"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ABD1AD8"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lastRenderedPageBreak/>
              <w:t>Purine metabolism</w:t>
            </w:r>
          </w:p>
        </w:tc>
        <w:tc>
          <w:tcPr>
            <w:tcW w:w="0" w:type="auto"/>
            <w:hideMark/>
          </w:tcPr>
          <w:p w14:paraId="13BB8FF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65</w:t>
            </w:r>
          </w:p>
        </w:tc>
        <w:tc>
          <w:tcPr>
            <w:tcW w:w="0" w:type="auto"/>
            <w:hideMark/>
          </w:tcPr>
          <w:p w14:paraId="1D8D97E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1.97</w:t>
            </w:r>
          </w:p>
        </w:tc>
        <w:tc>
          <w:tcPr>
            <w:tcW w:w="0" w:type="auto"/>
            <w:hideMark/>
          </w:tcPr>
          <w:p w14:paraId="5C08FE6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6013FFC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0.0119</w:t>
            </w:r>
          </w:p>
        </w:tc>
        <w:tc>
          <w:tcPr>
            <w:tcW w:w="0" w:type="auto"/>
            <w:hideMark/>
          </w:tcPr>
          <w:p w14:paraId="7A48004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0.375</w:t>
            </w:r>
          </w:p>
        </w:tc>
        <w:tc>
          <w:tcPr>
            <w:tcW w:w="0" w:type="auto"/>
            <w:hideMark/>
          </w:tcPr>
          <w:p w14:paraId="3740A51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0.74</w:t>
            </w:r>
          </w:p>
        </w:tc>
        <w:tc>
          <w:tcPr>
            <w:tcW w:w="0" w:type="auto"/>
            <w:hideMark/>
          </w:tcPr>
          <w:p w14:paraId="4609A3B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r>
      <w:tr w:rsidR="00863690" w:rsidRPr="00863690" w14:paraId="12E47AB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0B630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D-Glutamine and D-glutamate metabolism</w:t>
            </w:r>
          </w:p>
        </w:tc>
        <w:tc>
          <w:tcPr>
            <w:tcW w:w="0" w:type="auto"/>
            <w:hideMark/>
          </w:tcPr>
          <w:p w14:paraId="19E3DE6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55D74EA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0.182</w:t>
            </w:r>
          </w:p>
        </w:tc>
        <w:tc>
          <w:tcPr>
            <w:tcW w:w="0" w:type="auto"/>
            <w:hideMark/>
          </w:tcPr>
          <w:p w14:paraId="3FF27DC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54D0B60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0.0125</w:t>
            </w:r>
          </w:p>
        </w:tc>
        <w:tc>
          <w:tcPr>
            <w:tcW w:w="0" w:type="auto"/>
            <w:hideMark/>
          </w:tcPr>
          <w:p w14:paraId="65E3155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w:t>
            </w:r>
          </w:p>
        </w:tc>
        <w:tc>
          <w:tcPr>
            <w:tcW w:w="0" w:type="auto"/>
            <w:hideMark/>
          </w:tcPr>
          <w:p w14:paraId="53B751D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w:t>
            </w:r>
          </w:p>
        </w:tc>
        <w:tc>
          <w:tcPr>
            <w:tcW w:w="0" w:type="auto"/>
            <w:hideMark/>
          </w:tcPr>
          <w:p w14:paraId="3ACAD89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1.25</w:t>
            </w:r>
          </w:p>
        </w:tc>
      </w:tr>
      <w:tr w:rsidR="00863690" w:rsidRPr="00863690" w14:paraId="1002387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62439D9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Nitrogen metabolism</w:t>
            </w:r>
          </w:p>
        </w:tc>
        <w:tc>
          <w:tcPr>
            <w:tcW w:w="0" w:type="auto"/>
            <w:hideMark/>
          </w:tcPr>
          <w:p w14:paraId="570244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0CFEA91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0.182</w:t>
            </w:r>
          </w:p>
        </w:tc>
        <w:tc>
          <w:tcPr>
            <w:tcW w:w="0" w:type="auto"/>
            <w:hideMark/>
          </w:tcPr>
          <w:p w14:paraId="20A9FEB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349EB6F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0.0125</w:t>
            </w:r>
          </w:p>
        </w:tc>
        <w:tc>
          <w:tcPr>
            <w:tcW w:w="0" w:type="auto"/>
            <w:hideMark/>
          </w:tcPr>
          <w:p w14:paraId="47DEB3F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0.40</w:t>
            </w:r>
          </w:p>
        </w:tc>
        <w:tc>
          <w:tcPr>
            <w:tcW w:w="0" w:type="auto"/>
            <w:hideMark/>
          </w:tcPr>
          <w:p w14:paraId="45AB037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w:t>
            </w:r>
          </w:p>
        </w:tc>
        <w:tc>
          <w:tcPr>
            <w:tcW w:w="0" w:type="auto"/>
            <w:hideMark/>
          </w:tcPr>
          <w:p w14:paraId="4CAFD16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w:t>
            </w:r>
          </w:p>
        </w:tc>
      </w:tr>
      <w:tr w:rsidR="00863690" w:rsidRPr="00863690" w14:paraId="18D7404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3CD5F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Citrate cycle (TCA cycle)</w:t>
            </w:r>
          </w:p>
        </w:tc>
        <w:tc>
          <w:tcPr>
            <w:tcW w:w="0" w:type="auto"/>
            <w:hideMark/>
          </w:tcPr>
          <w:p w14:paraId="78EA43E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20</w:t>
            </w:r>
          </w:p>
        </w:tc>
        <w:tc>
          <w:tcPr>
            <w:tcW w:w="0" w:type="auto"/>
            <w:hideMark/>
          </w:tcPr>
          <w:p w14:paraId="4E3C75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0.606</w:t>
            </w:r>
          </w:p>
        </w:tc>
        <w:tc>
          <w:tcPr>
            <w:tcW w:w="0" w:type="auto"/>
            <w:hideMark/>
          </w:tcPr>
          <w:p w14:paraId="00793A4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45BE077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0.0207</w:t>
            </w:r>
          </w:p>
        </w:tc>
        <w:tc>
          <w:tcPr>
            <w:tcW w:w="0" w:type="auto"/>
            <w:hideMark/>
          </w:tcPr>
          <w:p w14:paraId="26305CB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0.368</w:t>
            </w:r>
          </w:p>
        </w:tc>
        <w:tc>
          <w:tcPr>
            <w:tcW w:w="0" w:type="auto"/>
            <w:hideMark/>
          </w:tcPr>
          <w:p w14:paraId="28625FB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c>
          <w:tcPr>
            <w:tcW w:w="0" w:type="auto"/>
            <w:hideMark/>
          </w:tcPr>
          <w:p w14:paraId="60FE5A3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0.56</w:t>
            </w:r>
          </w:p>
        </w:tc>
      </w:tr>
      <w:tr w:rsidR="00863690" w:rsidRPr="00863690" w14:paraId="1518EEB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14C8BC68"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Propanoate metabolism</w:t>
            </w:r>
          </w:p>
        </w:tc>
        <w:tc>
          <w:tcPr>
            <w:tcW w:w="0" w:type="auto"/>
            <w:hideMark/>
          </w:tcPr>
          <w:p w14:paraId="73F09D7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23</w:t>
            </w:r>
          </w:p>
        </w:tc>
        <w:tc>
          <w:tcPr>
            <w:tcW w:w="0" w:type="auto"/>
            <w:hideMark/>
          </w:tcPr>
          <w:p w14:paraId="70D7086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0.697</w:t>
            </w:r>
          </w:p>
        </w:tc>
        <w:tc>
          <w:tcPr>
            <w:tcW w:w="0" w:type="auto"/>
            <w:hideMark/>
          </w:tcPr>
          <w:p w14:paraId="046AF7A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16AC2C4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0.0302</w:t>
            </w:r>
          </w:p>
        </w:tc>
        <w:tc>
          <w:tcPr>
            <w:tcW w:w="0" w:type="auto"/>
            <w:hideMark/>
          </w:tcPr>
          <w:p w14:paraId="662B220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0.273</w:t>
            </w:r>
          </w:p>
        </w:tc>
        <w:tc>
          <w:tcPr>
            <w:tcW w:w="0" w:type="auto"/>
            <w:hideMark/>
          </w:tcPr>
          <w:p w14:paraId="1FC5C4B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0.47</w:t>
            </w:r>
          </w:p>
        </w:tc>
        <w:tc>
          <w:tcPr>
            <w:tcW w:w="0" w:type="auto"/>
            <w:hideMark/>
          </w:tcPr>
          <w:p w14:paraId="01181CE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w:t>
            </w:r>
          </w:p>
        </w:tc>
      </w:tr>
    </w:tbl>
    <w:p w14:paraId="0A6D937C" w14:textId="185702B1" w:rsidR="00863690" w:rsidRDefault="00863690" w:rsidP="00863690">
      <w:pPr>
        <w:jc w:val="both"/>
        <w:rPr>
          <w:rFonts w:ascii="Times New Roman" w:hAnsi="Times New Roman" w:cs="Times New Roman"/>
        </w:rPr>
      </w:pPr>
      <w:r w:rsidRPr="00863690">
        <w:rPr>
          <w:rFonts w:ascii="Times New Roman" w:hAnsi="Times New Roman" w:cs="Times New Roman"/>
        </w:rPr>
        <w:t xml:space="preserve">Pathway topology enrichment analysis was conducted using metabolites differentially regulated </w:t>
      </w:r>
      <w:r w:rsidRPr="00863690">
        <w:rPr>
          <w:rFonts w:ascii="Times New Roman" w:hAnsi="Times New Roman" w:cs="Times New Roman"/>
          <w:b/>
          <w:bCs/>
        </w:rPr>
        <w:t>before and after GF-MKD intervention</w:t>
      </w:r>
      <w:r w:rsidRPr="00863690">
        <w:rPr>
          <w:rFonts w:ascii="Times New Roman" w:hAnsi="Times New Roman" w:cs="Times New Roman"/>
        </w:rPr>
        <w:t xml:space="preserve"> in ASD participants. Pathways in </w:t>
      </w:r>
      <w:r w:rsidRPr="00863690">
        <w:rPr>
          <w:rFonts w:ascii="Times New Roman" w:hAnsi="Times New Roman" w:cs="Times New Roman"/>
          <w:b/>
          <w:bCs/>
        </w:rPr>
        <w:t>bold</w:t>
      </w:r>
      <w:r w:rsidRPr="00863690">
        <w:rPr>
          <w:rFonts w:ascii="Times New Roman" w:hAnsi="Times New Roman" w:cs="Times New Roman"/>
        </w:rPr>
        <w:t xml:space="preserve"> represent the most significantly enriched and topologically influential metabolic routes affected by dietary intervention.</w:t>
      </w:r>
    </w:p>
    <w:sectPr w:rsidR="0086369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494EBE"/>
    <w:multiLevelType w:val="multilevel"/>
    <w:tmpl w:val="39B4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985563">
    <w:abstractNumId w:val="8"/>
  </w:num>
  <w:num w:numId="2" w16cid:durableId="572356452">
    <w:abstractNumId w:val="6"/>
  </w:num>
  <w:num w:numId="3" w16cid:durableId="1005086338">
    <w:abstractNumId w:val="5"/>
  </w:num>
  <w:num w:numId="4" w16cid:durableId="1385057445">
    <w:abstractNumId w:val="4"/>
  </w:num>
  <w:num w:numId="5" w16cid:durableId="1235966317">
    <w:abstractNumId w:val="7"/>
  </w:num>
  <w:num w:numId="6" w16cid:durableId="974989469">
    <w:abstractNumId w:val="3"/>
  </w:num>
  <w:num w:numId="7" w16cid:durableId="2133472664">
    <w:abstractNumId w:val="2"/>
  </w:num>
  <w:num w:numId="8" w16cid:durableId="2134982591">
    <w:abstractNumId w:val="1"/>
  </w:num>
  <w:num w:numId="9" w16cid:durableId="78717463">
    <w:abstractNumId w:val="0"/>
  </w:num>
  <w:num w:numId="10" w16cid:durableId="125856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E6E"/>
    <w:rsid w:val="00034616"/>
    <w:rsid w:val="0006063C"/>
    <w:rsid w:val="000F5DDC"/>
    <w:rsid w:val="00144D3C"/>
    <w:rsid w:val="0015074B"/>
    <w:rsid w:val="00175751"/>
    <w:rsid w:val="001A2361"/>
    <w:rsid w:val="001B2F53"/>
    <w:rsid w:val="001D0786"/>
    <w:rsid w:val="00201E5E"/>
    <w:rsid w:val="00296328"/>
    <w:rsid w:val="0029639D"/>
    <w:rsid w:val="002E307B"/>
    <w:rsid w:val="002E61A1"/>
    <w:rsid w:val="00326F90"/>
    <w:rsid w:val="003F0F62"/>
    <w:rsid w:val="00470865"/>
    <w:rsid w:val="004A35C7"/>
    <w:rsid w:val="004E68A0"/>
    <w:rsid w:val="005A6622"/>
    <w:rsid w:val="0070735D"/>
    <w:rsid w:val="00707856"/>
    <w:rsid w:val="00754D28"/>
    <w:rsid w:val="00863690"/>
    <w:rsid w:val="008F1FD5"/>
    <w:rsid w:val="00925CE2"/>
    <w:rsid w:val="009469B9"/>
    <w:rsid w:val="00967214"/>
    <w:rsid w:val="009D5287"/>
    <w:rsid w:val="00AA1D8D"/>
    <w:rsid w:val="00AE5D76"/>
    <w:rsid w:val="00B47730"/>
    <w:rsid w:val="00B675E0"/>
    <w:rsid w:val="00C5646C"/>
    <w:rsid w:val="00C612CB"/>
    <w:rsid w:val="00CA3928"/>
    <w:rsid w:val="00CB0664"/>
    <w:rsid w:val="00CD1559"/>
    <w:rsid w:val="00D10473"/>
    <w:rsid w:val="00D45DD3"/>
    <w:rsid w:val="00D57EC9"/>
    <w:rsid w:val="00E02404"/>
    <w:rsid w:val="00F330E7"/>
    <w:rsid w:val="00F80C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DEEBE"/>
  <w14:defaultImageDpi w14:val="300"/>
  <w15:docId w15:val="{921E4787-4004-4568-B40E-BDA3B529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2">
    <w:name w:val="Plain Table 2"/>
    <w:basedOn w:val="TableNormal"/>
    <w:uiPriority w:val="99"/>
    <w:rsid w:val="00D104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9</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Renu Singh</cp:lastModifiedBy>
  <cp:revision>14</cp:revision>
  <dcterms:created xsi:type="dcterms:W3CDTF">2025-06-14T12:44:00Z</dcterms:created>
  <dcterms:modified xsi:type="dcterms:W3CDTF">2025-12-26T10:45:00Z</dcterms:modified>
  <cp:category/>
</cp:coreProperties>
</file>