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C8315" w14:textId="622943F3" w:rsidR="00B92DD0" w:rsidRDefault="00000000">
      <w:pPr>
        <w:spacing w:after="60"/>
        <w:jc w:val="center"/>
      </w:pPr>
      <w:r>
        <w:rPr>
          <w:rFonts w:ascii="Times New Roman" w:eastAsia="Times New Roman" w:hAnsi="Times New Roman"/>
          <w:b/>
          <w:sz w:val="23"/>
        </w:rPr>
        <w:t>Supplementary Table S</w:t>
      </w:r>
      <w:r w:rsidR="00117EB5">
        <w:rPr>
          <w:rFonts w:ascii="Times New Roman" w:eastAsia="宋体" w:hAnsi="Times New Roman" w:hint="eastAsia"/>
          <w:b/>
          <w:sz w:val="23"/>
          <w:lang w:eastAsia="zh-CN"/>
        </w:rPr>
        <w:t>4</w:t>
      </w:r>
      <w:r>
        <w:rPr>
          <w:rFonts w:ascii="Times New Roman" w:eastAsia="Times New Roman" w:hAnsi="Times New Roman"/>
          <w:b/>
          <w:sz w:val="23"/>
        </w:rPr>
        <w:t>. Assessment point × treatment type interaction results for additional prespecified self-report outcomes</w:t>
      </w:r>
    </w:p>
    <w:p w14:paraId="76EDA932" w14:textId="526280E3" w:rsidR="00B92DD0" w:rsidRDefault="00000000" w:rsidP="00EE7A06">
      <w:pPr>
        <w:spacing w:after="100" w:line="240" w:lineRule="auto"/>
        <w:ind w:left="1440" w:firstLine="720"/>
      </w:pPr>
      <w:r>
        <w:rPr>
          <w:rFonts w:ascii="Times New Roman" w:eastAsia="Times New Roman" w:hAnsi="Times New Roman"/>
          <w:color w:val="000000"/>
          <w:sz w:val="18"/>
        </w:rPr>
        <w:t xml:space="preserve"> 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5096"/>
        <w:gridCol w:w="1069"/>
        <w:gridCol w:w="858"/>
        <w:gridCol w:w="684"/>
        <w:gridCol w:w="635"/>
        <w:gridCol w:w="726"/>
        <w:gridCol w:w="1460"/>
      </w:tblGrid>
      <w:tr w:rsidR="00B92DD0" w14:paraId="19035C4D" w14:textId="77777777" w:rsidTr="00EE7A06">
        <w:trPr>
          <w:cantSplit/>
          <w:tblHeader/>
          <w:jc w:val="center"/>
        </w:trPr>
        <w:tc>
          <w:tcPr>
            <w:tcW w:w="0" w:type="auto"/>
            <w:shd w:val="clear" w:color="auto" w:fill="D9E2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80EB03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19"/>
              </w:rPr>
              <w:t>Outcome</w:t>
            </w:r>
          </w:p>
        </w:tc>
        <w:tc>
          <w:tcPr>
            <w:tcW w:w="0" w:type="auto"/>
            <w:shd w:val="clear" w:color="auto" w:fill="D9E2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C491B4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19"/>
              </w:rPr>
              <w:t>Assessment</w:t>
            </w:r>
            <w:r>
              <w:rPr>
                <w:rFonts w:ascii="Times New Roman" w:eastAsia="Times New Roman" w:hAnsi="Times New Roman"/>
                <w:b/>
                <w:color w:val="000000"/>
                <w:sz w:val="19"/>
              </w:rPr>
              <w:br/>
              <w:t>point</w:t>
            </w:r>
          </w:p>
        </w:tc>
        <w:tc>
          <w:tcPr>
            <w:tcW w:w="0" w:type="auto"/>
            <w:shd w:val="clear" w:color="auto" w:fill="D9E2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168866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19"/>
              </w:rPr>
              <w:t>Estimate</w:t>
            </w:r>
          </w:p>
        </w:tc>
        <w:tc>
          <w:tcPr>
            <w:tcW w:w="0" w:type="auto"/>
            <w:shd w:val="clear" w:color="auto" w:fill="D9E2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7B7B03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19"/>
              </w:rPr>
              <w:t>t value</w:t>
            </w:r>
          </w:p>
        </w:tc>
        <w:tc>
          <w:tcPr>
            <w:tcW w:w="0" w:type="auto"/>
            <w:shd w:val="clear" w:color="auto" w:fill="D9E2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D2AE047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19"/>
              </w:rPr>
              <w:t>df</w:t>
            </w:r>
          </w:p>
        </w:tc>
        <w:tc>
          <w:tcPr>
            <w:tcW w:w="0" w:type="auto"/>
            <w:shd w:val="clear" w:color="auto" w:fill="D9E2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0EAFADB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19"/>
              </w:rPr>
              <w:t>p value</w:t>
            </w:r>
          </w:p>
        </w:tc>
        <w:tc>
          <w:tcPr>
            <w:tcW w:w="0" w:type="auto"/>
            <w:shd w:val="clear" w:color="auto" w:fill="D9E2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A66F29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19"/>
              </w:rPr>
              <w:t>Cohen's d</w:t>
            </w:r>
            <w:r>
              <w:rPr>
                <w:rFonts w:ascii="Times New Roman" w:eastAsia="Times New Roman" w:hAnsi="Times New Roman"/>
                <w:b/>
                <w:color w:val="000000"/>
                <w:sz w:val="19"/>
              </w:rPr>
              <w:br/>
              <w:t>[95% CI]</w:t>
            </w:r>
          </w:p>
        </w:tc>
      </w:tr>
      <w:tr w:rsidR="00B92DD0" w14:paraId="0F9E5D28" w14:textId="77777777" w:rsidTr="00EE7A06">
        <w:trPr>
          <w:cantSplit/>
          <w:jc w:val="center"/>
        </w:trPr>
        <w:tc>
          <w:tcPr>
            <w:tcW w:w="0" w:type="auto"/>
            <w:shd w:val="clear" w:color="auto" w:fill="F3F6F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0F8B8BC" w14:textId="5FE7733E" w:rsidR="00B92DD0" w:rsidRDefault="00000000">
            <w:r>
              <w:rPr>
                <w:rFonts w:ascii="Times New Roman" w:eastAsia="Times New Roman" w:hAnsi="Times New Roman"/>
                <w:b/>
                <w:color w:val="000000"/>
                <w:sz w:val="18"/>
              </w:rPr>
              <w:t xml:space="preserve">Automatic Thoughts Questionnaire 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0D3D811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T1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A14E0DC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-2.895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E034C36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-0.752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F8F89DD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569.14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0A89962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0.452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F1123FC" w14:textId="77777777" w:rsidR="00B92DD0" w:rsidRDefault="00000000">
            <w:r>
              <w:rPr>
                <w:rFonts w:ascii="Times New Roman" w:eastAsia="Times New Roman" w:hAnsi="Times New Roman"/>
                <w:color w:val="000000"/>
                <w:sz w:val="18"/>
              </w:rPr>
              <w:t>-0.20 [-0.60, 0.20]</w:t>
            </w:r>
          </w:p>
        </w:tc>
      </w:tr>
      <w:tr w:rsidR="00B92DD0" w14:paraId="4DB16508" w14:textId="77777777" w:rsidTr="00EE7A06">
        <w:trPr>
          <w:cantSplit/>
          <w:jc w:val="center"/>
        </w:trPr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9687C81" w14:textId="77777777" w:rsidR="00B92DD0" w:rsidRDefault="00B92DD0"/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87D4AD0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T2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9ABE143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3.554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1ED76B2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0.913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DEF5CB6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568.15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2C487FC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0.362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8A1AE87" w14:textId="77777777" w:rsidR="00B92DD0" w:rsidRDefault="00000000">
            <w:r>
              <w:rPr>
                <w:rFonts w:ascii="Times New Roman" w:eastAsia="Times New Roman" w:hAnsi="Times New Roman"/>
                <w:color w:val="000000"/>
                <w:sz w:val="18"/>
              </w:rPr>
              <w:t>0.05 [-0.34, 0.43]</w:t>
            </w:r>
          </w:p>
        </w:tc>
      </w:tr>
      <w:tr w:rsidR="00B92DD0" w14:paraId="7EF693BD" w14:textId="77777777" w:rsidTr="00EE7A06">
        <w:trPr>
          <w:cantSplit/>
          <w:jc w:val="center"/>
        </w:trPr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97DC4A4" w14:textId="77777777" w:rsidR="00B92DD0" w:rsidRDefault="00B92DD0"/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8ED8E29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T3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C7398C8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2.487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9B8FAFC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0.628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8817693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567.93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9AEEE39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0.530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6F5CE41" w14:textId="77777777" w:rsidR="00B92DD0" w:rsidRDefault="00000000">
            <w:r>
              <w:rPr>
                <w:rFonts w:ascii="Times New Roman" w:eastAsia="Times New Roman" w:hAnsi="Times New Roman"/>
                <w:color w:val="000000"/>
                <w:sz w:val="18"/>
              </w:rPr>
              <w:t>0.01 [-0.42, 0.43]</w:t>
            </w:r>
          </w:p>
        </w:tc>
      </w:tr>
      <w:tr w:rsidR="00B92DD0" w14:paraId="5D319A93" w14:textId="77777777" w:rsidTr="00EE7A06">
        <w:trPr>
          <w:cantSplit/>
          <w:jc w:val="center"/>
        </w:trPr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48EAABA" w14:textId="77777777" w:rsidR="00B92DD0" w:rsidRDefault="00B92DD0"/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0387F29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T4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272F65A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2.306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F61A5D9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0.535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0246528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566.41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F498E17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0.593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3DCEB09" w14:textId="77777777" w:rsidR="00B92DD0" w:rsidRDefault="00000000">
            <w:r>
              <w:rPr>
                <w:rFonts w:ascii="Times New Roman" w:eastAsia="Times New Roman" w:hAnsi="Times New Roman"/>
                <w:color w:val="000000"/>
                <w:sz w:val="18"/>
              </w:rPr>
              <w:t>0.00 [-0.38, 0.38]</w:t>
            </w:r>
          </w:p>
        </w:tc>
      </w:tr>
      <w:tr w:rsidR="00B92DD0" w14:paraId="4E4276EE" w14:textId="77777777" w:rsidTr="00EE7A06">
        <w:trPr>
          <w:cantSplit/>
          <w:jc w:val="center"/>
        </w:trPr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303DF3B" w14:textId="77777777" w:rsidR="00B92DD0" w:rsidRDefault="00B92DD0"/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697AE81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T5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40E5D10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7.930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614EC42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1.646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BB8515A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568.82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915DE70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0.100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7032229" w14:textId="77777777" w:rsidR="00B92DD0" w:rsidRDefault="00000000">
            <w:r>
              <w:rPr>
                <w:rFonts w:ascii="Times New Roman" w:eastAsia="Times New Roman" w:hAnsi="Times New Roman"/>
                <w:color w:val="000000"/>
                <w:sz w:val="18"/>
              </w:rPr>
              <w:t>0.26 [-0.16, 0.68]</w:t>
            </w:r>
          </w:p>
        </w:tc>
      </w:tr>
      <w:tr w:rsidR="00B92DD0" w14:paraId="2E5C4D1B" w14:textId="77777777" w:rsidTr="00EE7A06">
        <w:trPr>
          <w:cantSplit/>
          <w:jc w:val="center"/>
        </w:trPr>
        <w:tc>
          <w:tcPr>
            <w:tcW w:w="0" w:type="auto"/>
            <w:shd w:val="clear" w:color="auto" w:fill="F3F6F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6D96200" w14:textId="6FBA7A01" w:rsidR="00B92DD0" w:rsidRDefault="00000000">
            <w:r>
              <w:rPr>
                <w:rFonts w:ascii="Times New Roman" w:eastAsia="Times New Roman" w:hAnsi="Times New Roman"/>
                <w:b/>
                <w:color w:val="000000"/>
                <w:sz w:val="18"/>
              </w:rPr>
              <w:t>Dysfunctional Attitudes Scale (DAS)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C91762A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T1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36EECC5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-3.056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17E0E4B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-0.677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BF72D16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567.58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48976A9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0.499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89A3125" w14:textId="77777777" w:rsidR="00B92DD0" w:rsidRDefault="00000000">
            <w:r>
              <w:rPr>
                <w:rFonts w:ascii="Times New Roman" w:eastAsia="Times New Roman" w:hAnsi="Times New Roman"/>
                <w:color w:val="000000"/>
                <w:sz w:val="18"/>
              </w:rPr>
              <w:t>-0.04 [-0.43, 0.35]</w:t>
            </w:r>
          </w:p>
        </w:tc>
      </w:tr>
      <w:tr w:rsidR="00B92DD0" w14:paraId="32A62E11" w14:textId="77777777" w:rsidTr="00EE7A06">
        <w:trPr>
          <w:cantSplit/>
          <w:jc w:val="center"/>
        </w:trPr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606D788" w14:textId="77777777" w:rsidR="00B92DD0" w:rsidRDefault="00B92DD0"/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F874443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T2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3529F99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-8.142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3C181BC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-1.764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19AB1E9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567.87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6A7FC5B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0.078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588F830" w14:textId="77777777" w:rsidR="00B92DD0" w:rsidRDefault="00000000">
            <w:r>
              <w:rPr>
                <w:rFonts w:ascii="Times New Roman" w:eastAsia="Times New Roman" w:hAnsi="Times New Roman"/>
                <w:color w:val="000000"/>
                <w:sz w:val="18"/>
              </w:rPr>
              <w:t>-0.20 [-0.59, 0.18]</w:t>
            </w:r>
          </w:p>
        </w:tc>
      </w:tr>
      <w:tr w:rsidR="00B92DD0" w14:paraId="073DFED7" w14:textId="77777777" w:rsidTr="00EE7A06">
        <w:trPr>
          <w:cantSplit/>
          <w:jc w:val="center"/>
        </w:trPr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C4219D8" w14:textId="77777777" w:rsidR="00B92DD0" w:rsidRDefault="00B92DD0"/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EE63ADF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T3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16D812F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-5.304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101D1CC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-1.109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DDA6442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567.68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E45406C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0.268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1C5403C" w14:textId="77777777" w:rsidR="00B92DD0" w:rsidRDefault="00000000">
            <w:r>
              <w:rPr>
                <w:rFonts w:ascii="Times New Roman" w:eastAsia="Times New Roman" w:hAnsi="Times New Roman"/>
                <w:color w:val="000000"/>
                <w:sz w:val="18"/>
              </w:rPr>
              <w:t>-0.12 [-0.53, 0.29]</w:t>
            </w:r>
          </w:p>
        </w:tc>
      </w:tr>
      <w:tr w:rsidR="00B92DD0" w14:paraId="6C5C8BD0" w14:textId="77777777" w:rsidTr="00EE7A06">
        <w:trPr>
          <w:cantSplit/>
          <w:jc w:val="center"/>
        </w:trPr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06624B1" w14:textId="77777777" w:rsidR="00B92DD0" w:rsidRDefault="00B92DD0"/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99AA00B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T4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BFA7307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-4.766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21BB3C1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-0.852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BCBAF47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568.05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0103188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0.395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848CFE7" w14:textId="77777777" w:rsidR="00B92DD0" w:rsidRDefault="00000000">
            <w:r>
              <w:rPr>
                <w:rFonts w:ascii="Times New Roman" w:eastAsia="Times New Roman" w:hAnsi="Times New Roman"/>
                <w:color w:val="000000"/>
                <w:sz w:val="18"/>
              </w:rPr>
              <w:t>-0.10 [-0.51, 0.30]</w:t>
            </w:r>
          </w:p>
        </w:tc>
      </w:tr>
      <w:tr w:rsidR="00B92DD0" w14:paraId="7946496E" w14:textId="77777777" w:rsidTr="00EE7A06">
        <w:trPr>
          <w:cantSplit/>
          <w:jc w:val="center"/>
        </w:trPr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56C8937" w14:textId="77777777" w:rsidR="00B92DD0" w:rsidRDefault="00B92DD0"/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FD8E4EA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T5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ED2A7FE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-4.145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283A3F3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-0.616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F35719A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568.18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053EFFE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0.538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F2AD551" w14:textId="77777777" w:rsidR="00B92DD0" w:rsidRDefault="00000000">
            <w:r>
              <w:rPr>
                <w:rFonts w:ascii="Times New Roman" w:eastAsia="Times New Roman" w:hAnsi="Times New Roman"/>
                <w:color w:val="000000"/>
                <w:sz w:val="18"/>
              </w:rPr>
              <w:t>-0.08 [-0.52, 0.35]</w:t>
            </w:r>
          </w:p>
        </w:tc>
      </w:tr>
      <w:tr w:rsidR="00B92DD0" w14:paraId="22E43199" w14:textId="77777777" w:rsidTr="00EE7A06">
        <w:trPr>
          <w:cantSplit/>
          <w:jc w:val="center"/>
        </w:trPr>
        <w:tc>
          <w:tcPr>
            <w:tcW w:w="0" w:type="auto"/>
            <w:shd w:val="clear" w:color="auto" w:fill="F3F6F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87C0C55" w14:textId="5C742BA0" w:rsidR="00B92DD0" w:rsidRPr="00EE7A06" w:rsidRDefault="00000000">
            <w:pPr>
              <w:rPr>
                <w:rFonts w:eastAsia="宋体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</w:rPr>
              <w:t>Five Facet Mindfulness Questionnaire (FFMQ)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9F1C6A8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T1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B5F1A8E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1.931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A8ABFA3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0.808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7E6820C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564.61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117B1D2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0.420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50D8640" w14:textId="77777777" w:rsidR="00B92DD0" w:rsidRDefault="00000000">
            <w:r>
              <w:rPr>
                <w:rFonts w:ascii="Times New Roman" w:eastAsia="Times New Roman" w:hAnsi="Times New Roman"/>
                <w:color w:val="000000"/>
                <w:sz w:val="18"/>
              </w:rPr>
              <w:t>0.07 [-0.37, 0.51]</w:t>
            </w:r>
          </w:p>
        </w:tc>
      </w:tr>
      <w:tr w:rsidR="00B92DD0" w14:paraId="097DCBCD" w14:textId="77777777" w:rsidTr="00EE7A06">
        <w:trPr>
          <w:cantSplit/>
          <w:jc w:val="center"/>
        </w:trPr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74F873C" w14:textId="77777777" w:rsidR="00B92DD0" w:rsidRDefault="00B92DD0"/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103DBAB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T2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C0F04E9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4.445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73C5E05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1.827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1EFDDEE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559.58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A21AD75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0.068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9082B9C" w14:textId="77777777" w:rsidR="00B92DD0" w:rsidRDefault="00000000">
            <w:r>
              <w:rPr>
                <w:rFonts w:ascii="Times New Roman" w:eastAsia="Times New Roman" w:hAnsi="Times New Roman"/>
                <w:color w:val="000000"/>
                <w:sz w:val="18"/>
              </w:rPr>
              <w:t>0.21 [-0.17, 0.60]</w:t>
            </w:r>
          </w:p>
        </w:tc>
      </w:tr>
      <w:tr w:rsidR="00B92DD0" w14:paraId="15231C93" w14:textId="77777777" w:rsidTr="00EE7A06">
        <w:trPr>
          <w:cantSplit/>
          <w:jc w:val="center"/>
        </w:trPr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A003FEE" w14:textId="77777777" w:rsidR="00B92DD0" w:rsidRDefault="00B92DD0"/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6A159BD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T3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6FC7E0D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4.285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F7CA31E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1.723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B8AB367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563.77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31159D9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0.085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BB0B52C" w14:textId="77777777" w:rsidR="00B92DD0" w:rsidRDefault="00000000">
            <w:r>
              <w:rPr>
                <w:rFonts w:ascii="Times New Roman" w:eastAsia="Times New Roman" w:hAnsi="Times New Roman"/>
                <w:color w:val="000000"/>
                <w:sz w:val="18"/>
              </w:rPr>
              <w:t>0.18 [-0.16, 0.52]</w:t>
            </w:r>
          </w:p>
        </w:tc>
      </w:tr>
      <w:tr w:rsidR="00B92DD0" w14:paraId="60A4292B" w14:textId="77777777" w:rsidTr="00EE7A06">
        <w:trPr>
          <w:cantSplit/>
          <w:jc w:val="center"/>
        </w:trPr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F0BE0BB" w14:textId="77777777" w:rsidR="00B92DD0" w:rsidRDefault="00B92DD0"/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5B96205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T4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3F20580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3.480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6C9D55E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1.244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80B5721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555.22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61A80FB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0.214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1D2D78E" w14:textId="77777777" w:rsidR="00B92DD0" w:rsidRDefault="00000000">
            <w:r>
              <w:rPr>
                <w:rFonts w:ascii="Times New Roman" w:eastAsia="Times New Roman" w:hAnsi="Times New Roman"/>
                <w:color w:val="000000"/>
                <w:sz w:val="18"/>
              </w:rPr>
              <w:t>0.16 [-0.26, 0.57]</w:t>
            </w:r>
          </w:p>
        </w:tc>
      </w:tr>
      <w:tr w:rsidR="00B92DD0" w14:paraId="6B20CD16" w14:textId="77777777" w:rsidTr="00EE7A06">
        <w:trPr>
          <w:cantSplit/>
          <w:jc w:val="center"/>
        </w:trPr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4CC3482" w14:textId="77777777" w:rsidR="00B92DD0" w:rsidRDefault="00B92DD0"/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907298D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T5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2D20D9F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0.940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F6148ED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0.292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237A6D6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566.46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C08013D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0.770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A243C0E" w14:textId="77777777" w:rsidR="00B92DD0" w:rsidRDefault="00000000">
            <w:r>
              <w:rPr>
                <w:rFonts w:ascii="Times New Roman" w:eastAsia="Times New Roman" w:hAnsi="Times New Roman"/>
                <w:color w:val="000000"/>
                <w:sz w:val="18"/>
              </w:rPr>
              <w:t>0.00 [-0.43, 0.43]</w:t>
            </w:r>
          </w:p>
        </w:tc>
      </w:tr>
      <w:tr w:rsidR="00B92DD0" w14:paraId="7D16879E" w14:textId="77777777" w:rsidTr="00EE7A06">
        <w:trPr>
          <w:cantSplit/>
          <w:jc w:val="center"/>
        </w:trPr>
        <w:tc>
          <w:tcPr>
            <w:tcW w:w="0" w:type="auto"/>
            <w:shd w:val="clear" w:color="auto" w:fill="F3F6F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468A353" w14:textId="7A192145" w:rsidR="00B92DD0" w:rsidRPr="00EE7A06" w:rsidRDefault="00000000">
            <w:pPr>
              <w:rPr>
                <w:rFonts w:eastAsia="宋体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</w:rPr>
              <w:t>Perceived Stress Scale (PSS)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D4E9B5E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T1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BAB346C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-0.997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206F3D2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-0.810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FC47802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564.39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F3CD1D3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0.418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B4A511C" w14:textId="77777777" w:rsidR="00B92DD0" w:rsidRDefault="00000000">
            <w:r>
              <w:rPr>
                <w:rFonts w:ascii="Times New Roman" w:eastAsia="Times New Roman" w:hAnsi="Times New Roman"/>
                <w:color w:val="000000"/>
                <w:sz w:val="18"/>
              </w:rPr>
              <w:t>0.19 [-0.25, 0.63]</w:t>
            </w:r>
          </w:p>
        </w:tc>
      </w:tr>
      <w:tr w:rsidR="00B92DD0" w14:paraId="082A320C" w14:textId="77777777" w:rsidTr="00EE7A06">
        <w:trPr>
          <w:cantSplit/>
          <w:jc w:val="center"/>
        </w:trPr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45DC08B" w14:textId="77777777" w:rsidR="00B92DD0" w:rsidRDefault="00B92DD0"/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BB06FFB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T2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AC4E812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-2.394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F07C5FE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-1.933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84377BD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563.43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F557F07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0.054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DF7028F" w14:textId="77777777" w:rsidR="00B92DD0" w:rsidRDefault="00000000">
            <w:r>
              <w:rPr>
                <w:rFonts w:ascii="Times New Roman" w:eastAsia="Times New Roman" w:hAnsi="Times New Roman"/>
                <w:color w:val="000000"/>
                <w:sz w:val="18"/>
              </w:rPr>
              <w:t>-0.03 [-0.44, 0.38]</w:t>
            </w:r>
          </w:p>
        </w:tc>
      </w:tr>
      <w:tr w:rsidR="00B92DD0" w14:paraId="242A8886" w14:textId="77777777" w:rsidTr="00EE7A06">
        <w:trPr>
          <w:cantSplit/>
          <w:jc w:val="center"/>
        </w:trPr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5CEA0D8" w14:textId="77777777" w:rsidR="00B92DD0" w:rsidRDefault="00B92DD0"/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2FD57EE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T3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C234104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-1.115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F822485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-0.889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EBFFC13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561.20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636452F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0.374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B0905A5" w14:textId="77777777" w:rsidR="00B92DD0" w:rsidRDefault="00000000">
            <w:r>
              <w:rPr>
                <w:rFonts w:ascii="Times New Roman" w:eastAsia="Times New Roman" w:hAnsi="Times New Roman"/>
                <w:color w:val="000000"/>
                <w:sz w:val="18"/>
              </w:rPr>
              <w:t>0.16 [-0.24, 0.57]</w:t>
            </w:r>
          </w:p>
        </w:tc>
      </w:tr>
      <w:tr w:rsidR="00B92DD0" w14:paraId="185D13C6" w14:textId="77777777" w:rsidTr="00EE7A06">
        <w:trPr>
          <w:cantSplit/>
          <w:jc w:val="center"/>
        </w:trPr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EC440A5" w14:textId="77777777" w:rsidR="00B92DD0" w:rsidRDefault="00B92DD0"/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9F0A3C1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T4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FC6E43A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-0.967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C2E58FD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-0.728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918CC89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557.43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76B6974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0.467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EB95E22" w14:textId="77777777" w:rsidR="00B92DD0" w:rsidRDefault="00000000">
            <w:r>
              <w:rPr>
                <w:rFonts w:ascii="Times New Roman" w:eastAsia="Times New Roman" w:hAnsi="Times New Roman"/>
                <w:color w:val="000000"/>
                <w:sz w:val="18"/>
              </w:rPr>
              <w:t>0.18 [-0.21, 0.56]</w:t>
            </w:r>
          </w:p>
        </w:tc>
      </w:tr>
      <w:tr w:rsidR="00B92DD0" w14:paraId="07A61CFD" w14:textId="77777777" w:rsidTr="00EE7A06">
        <w:trPr>
          <w:cantSplit/>
          <w:jc w:val="center"/>
        </w:trPr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5CC491A" w14:textId="77777777" w:rsidR="00B92DD0" w:rsidRDefault="00B92DD0"/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91D50CC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T5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4B18099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-0.255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89F22EF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-0.177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C0BEAE2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561.81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03EEBEA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0.859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8ED6E1D" w14:textId="77777777" w:rsidR="00B92DD0" w:rsidRDefault="00000000">
            <w:r>
              <w:rPr>
                <w:rFonts w:ascii="Times New Roman" w:eastAsia="Times New Roman" w:hAnsi="Times New Roman"/>
                <w:color w:val="000000"/>
                <w:sz w:val="18"/>
              </w:rPr>
              <w:t>0.30 [-0.13, 0.72]</w:t>
            </w:r>
          </w:p>
        </w:tc>
      </w:tr>
      <w:tr w:rsidR="00B92DD0" w14:paraId="21D2B788" w14:textId="77777777" w:rsidTr="00EE7A06">
        <w:trPr>
          <w:cantSplit/>
          <w:jc w:val="center"/>
        </w:trPr>
        <w:tc>
          <w:tcPr>
            <w:tcW w:w="0" w:type="auto"/>
            <w:shd w:val="clear" w:color="auto" w:fill="F3F6F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AB2D035" w14:textId="77777777" w:rsidR="00B92DD0" w:rsidRDefault="00000000">
            <w:r>
              <w:rPr>
                <w:rFonts w:ascii="Times New Roman" w:eastAsia="Times New Roman" w:hAnsi="Times New Roman"/>
                <w:b/>
                <w:color w:val="000000"/>
                <w:sz w:val="18"/>
              </w:rPr>
              <w:t>Simplified Coping Style Questionnaire (SCSQ), Positive Coping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8EA40DF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T1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DC766A8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0.549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5BA04FD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0.512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C5E1C1A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566.08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168E224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0.609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FB870F8" w14:textId="77777777" w:rsidR="00B92DD0" w:rsidRDefault="00000000">
            <w:r>
              <w:rPr>
                <w:rFonts w:ascii="Times New Roman" w:eastAsia="Times New Roman" w:hAnsi="Times New Roman"/>
                <w:color w:val="000000"/>
                <w:sz w:val="18"/>
              </w:rPr>
              <w:t>-0.01 [-0.38, 0.37]</w:t>
            </w:r>
          </w:p>
        </w:tc>
      </w:tr>
      <w:tr w:rsidR="00B92DD0" w14:paraId="0BE48BE7" w14:textId="77777777" w:rsidTr="00EE7A06">
        <w:trPr>
          <w:cantSplit/>
          <w:jc w:val="center"/>
        </w:trPr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BD7A34A" w14:textId="77777777" w:rsidR="00B92DD0" w:rsidRDefault="00B92DD0"/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AA02148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T2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C298100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0.393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F46BF88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0.365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82E98C6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564.07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EA7D200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0.715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7301D64" w14:textId="77777777" w:rsidR="00B92DD0" w:rsidRDefault="00000000">
            <w:r>
              <w:rPr>
                <w:rFonts w:ascii="Times New Roman" w:eastAsia="Times New Roman" w:hAnsi="Times New Roman"/>
                <w:color w:val="000000"/>
                <w:sz w:val="18"/>
              </w:rPr>
              <w:t>-0.04 [-0.46, 0.39]</w:t>
            </w:r>
          </w:p>
        </w:tc>
      </w:tr>
      <w:tr w:rsidR="00B92DD0" w14:paraId="348DCBC6" w14:textId="77777777" w:rsidTr="00EE7A06">
        <w:trPr>
          <w:cantSplit/>
          <w:jc w:val="center"/>
        </w:trPr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9D7D916" w14:textId="77777777" w:rsidR="00B92DD0" w:rsidRDefault="00B92DD0"/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8AFF55C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T3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164B87E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-0.445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0068D18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-0.410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65FAAF6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560.56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F2E5FA8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0.682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1188406" w14:textId="77777777" w:rsidR="00B92DD0" w:rsidRDefault="00000000">
            <w:r>
              <w:rPr>
                <w:rFonts w:ascii="Times New Roman" w:eastAsia="Times New Roman" w:hAnsi="Times New Roman"/>
                <w:color w:val="000000"/>
                <w:sz w:val="18"/>
              </w:rPr>
              <w:t>-0.20 [-0.65, 0.26]</w:t>
            </w:r>
          </w:p>
        </w:tc>
      </w:tr>
      <w:tr w:rsidR="00B92DD0" w14:paraId="66D2C17A" w14:textId="77777777" w:rsidTr="00EE7A06">
        <w:trPr>
          <w:cantSplit/>
          <w:jc w:val="center"/>
        </w:trPr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ECF2C7E" w14:textId="77777777" w:rsidR="00B92DD0" w:rsidRDefault="00B92DD0"/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CEAB524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T4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333F7FA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1.420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BBCF9C1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1.273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BC622F9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558.46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B389DB2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0.204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6069D71" w14:textId="77777777" w:rsidR="00B92DD0" w:rsidRDefault="00000000">
            <w:r>
              <w:rPr>
                <w:rFonts w:ascii="Times New Roman" w:eastAsia="Times New Roman" w:hAnsi="Times New Roman"/>
                <w:color w:val="000000"/>
                <w:sz w:val="18"/>
              </w:rPr>
              <w:t>0.14 [-0.26, 0.55]</w:t>
            </w:r>
          </w:p>
        </w:tc>
      </w:tr>
      <w:tr w:rsidR="00B92DD0" w14:paraId="3D284655" w14:textId="77777777" w:rsidTr="00EE7A06">
        <w:trPr>
          <w:cantSplit/>
          <w:jc w:val="center"/>
        </w:trPr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E5565D3" w14:textId="77777777" w:rsidR="00B92DD0" w:rsidRDefault="00B92DD0"/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D3016D5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T5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8E8D8A5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-1.178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7CC281A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-1.012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E2B5870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558.00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FECCF93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0.312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AE4233B" w14:textId="77777777" w:rsidR="00B92DD0" w:rsidRDefault="00000000">
            <w:r>
              <w:rPr>
                <w:rFonts w:ascii="Times New Roman" w:eastAsia="Times New Roman" w:hAnsi="Times New Roman"/>
                <w:color w:val="000000"/>
                <w:sz w:val="18"/>
              </w:rPr>
              <w:t>-0.30 [-0.70, 0.10]</w:t>
            </w:r>
          </w:p>
        </w:tc>
      </w:tr>
      <w:tr w:rsidR="00B92DD0" w14:paraId="20FB6670" w14:textId="77777777" w:rsidTr="00EE7A06">
        <w:trPr>
          <w:cantSplit/>
          <w:jc w:val="center"/>
        </w:trPr>
        <w:tc>
          <w:tcPr>
            <w:tcW w:w="0" w:type="auto"/>
            <w:shd w:val="clear" w:color="auto" w:fill="F3F6F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D1EF1B0" w14:textId="77777777" w:rsidR="00B92DD0" w:rsidRDefault="00000000">
            <w:r>
              <w:rPr>
                <w:rFonts w:ascii="Times New Roman" w:eastAsia="Times New Roman" w:hAnsi="Times New Roman"/>
                <w:b/>
                <w:color w:val="000000"/>
                <w:sz w:val="18"/>
              </w:rPr>
              <w:t>Simplified Coping Style Questionnaire (SCSQ), Negative Coping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72AB95D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T1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D16091C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-1.836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1687FB1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-2.173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0F78158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563.35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229D0DB" w14:textId="39836587" w:rsidR="00B92DD0" w:rsidRPr="001D398E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0.030</w:t>
            </w:r>
            <w:r w:rsidR="001D398E">
              <w:rPr>
                <w:rFonts w:ascii="Times New Roman" w:eastAsia="宋体" w:hAnsi="Times New Roman" w:hint="eastAsia"/>
                <w:color w:val="000000"/>
                <w:sz w:val="18"/>
                <w:lang w:eastAsia="zh-CN"/>
              </w:rPr>
              <w:t>*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93E2AC4" w14:textId="77777777" w:rsidR="00B92DD0" w:rsidRDefault="00000000">
            <w:r>
              <w:rPr>
                <w:rFonts w:ascii="Times New Roman" w:eastAsia="Times New Roman" w:hAnsi="Times New Roman"/>
                <w:color w:val="000000"/>
                <w:sz w:val="18"/>
              </w:rPr>
              <w:t>-0.03 [-0.40, 0.34]</w:t>
            </w:r>
          </w:p>
        </w:tc>
      </w:tr>
      <w:tr w:rsidR="00B92DD0" w14:paraId="52AD6B4F" w14:textId="77777777" w:rsidTr="00EE7A06">
        <w:trPr>
          <w:cantSplit/>
          <w:jc w:val="center"/>
        </w:trPr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795AA3B" w14:textId="77777777" w:rsidR="00B92DD0" w:rsidRDefault="00B92DD0"/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3B08793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T2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64E130E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-1.901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C3DD548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-2.234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B2BF2CA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561.80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00DFBBD" w14:textId="1062CDF2" w:rsidR="00B92DD0" w:rsidRPr="001D398E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0.026</w:t>
            </w:r>
            <w:r w:rsidR="001D398E">
              <w:rPr>
                <w:rFonts w:ascii="Times New Roman" w:eastAsia="宋体" w:hAnsi="Times New Roman" w:hint="eastAsia"/>
                <w:color w:val="000000"/>
                <w:sz w:val="18"/>
                <w:lang w:eastAsia="zh-CN"/>
              </w:rPr>
              <w:t>*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37F38A8" w14:textId="77777777" w:rsidR="00B92DD0" w:rsidRDefault="00000000">
            <w:r>
              <w:rPr>
                <w:rFonts w:ascii="Times New Roman" w:eastAsia="Times New Roman" w:hAnsi="Times New Roman"/>
                <w:color w:val="000000"/>
                <w:sz w:val="18"/>
              </w:rPr>
              <w:t>-0.06 [-0.49, 0.38]</w:t>
            </w:r>
          </w:p>
        </w:tc>
      </w:tr>
      <w:tr w:rsidR="00B92DD0" w14:paraId="7DE3991B" w14:textId="77777777" w:rsidTr="00EE7A06">
        <w:trPr>
          <w:cantSplit/>
          <w:jc w:val="center"/>
        </w:trPr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1FA8D37" w14:textId="77777777" w:rsidR="00B92DD0" w:rsidRDefault="00B92DD0"/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40856D0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T3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EF74F9E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-1.609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0B62302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-1.864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669EFEC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553.95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92615A9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0.063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519E7EE" w14:textId="77777777" w:rsidR="00B92DD0" w:rsidRDefault="00000000">
            <w:r>
              <w:rPr>
                <w:rFonts w:ascii="Times New Roman" w:eastAsia="Times New Roman" w:hAnsi="Times New Roman"/>
                <w:color w:val="000000"/>
                <w:sz w:val="18"/>
              </w:rPr>
              <w:t>0.02 [-0.44, 0.49]</w:t>
            </w:r>
          </w:p>
        </w:tc>
      </w:tr>
      <w:tr w:rsidR="00B92DD0" w14:paraId="68B51C0F" w14:textId="77777777" w:rsidTr="00EE7A06">
        <w:trPr>
          <w:cantSplit/>
          <w:jc w:val="center"/>
        </w:trPr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F75A68F" w14:textId="77777777" w:rsidR="00B92DD0" w:rsidRDefault="00B92DD0"/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F837843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T4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1A9AB02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-2.164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512518F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-2.376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ACF88BA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546.35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6BD471A" w14:textId="05F12D48" w:rsidR="00B92DD0" w:rsidRPr="001D398E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0.018</w:t>
            </w:r>
            <w:r w:rsidR="001D398E">
              <w:rPr>
                <w:rFonts w:ascii="Times New Roman" w:eastAsia="宋体" w:hAnsi="Times New Roman" w:hint="eastAsia"/>
                <w:color w:val="000000"/>
                <w:sz w:val="18"/>
                <w:lang w:eastAsia="zh-CN"/>
              </w:rPr>
              <w:t>*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65D69EB" w14:textId="77777777" w:rsidR="00B92DD0" w:rsidRDefault="00000000">
            <w:r>
              <w:rPr>
                <w:rFonts w:ascii="Times New Roman" w:eastAsia="Times New Roman" w:hAnsi="Times New Roman"/>
                <w:color w:val="000000"/>
                <w:sz w:val="18"/>
              </w:rPr>
              <w:t>-0.12 [-0.53, 0.29]</w:t>
            </w:r>
          </w:p>
        </w:tc>
      </w:tr>
      <w:tr w:rsidR="00B92DD0" w14:paraId="3D0DD03E" w14:textId="77777777" w:rsidTr="00EE7A06">
        <w:trPr>
          <w:cantSplit/>
          <w:jc w:val="center"/>
        </w:trPr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702546D" w14:textId="77777777" w:rsidR="00B92DD0" w:rsidRDefault="00B92DD0"/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F6D9F6D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T5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B8A23E4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-2.829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D8FAF14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-2.899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C3C7685" w14:textId="77777777" w:rsidR="00B92DD0" w:rsidRDefault="00000000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559.84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69BA7A7" w14:textId="74AC02B7" w:rsidR="00B92DD0" w:rsidRPr="001D398E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0.004</w:t>
            </w:r>
            <w:r w:rsidR="001D398E">
              <w:rPr>
                <w:rFonts w:ascii="Times New Roman" w:eastAsia="宋体" w:hAnsi="Times New Roman" w:hint="eastAsia"/>
                <w:color w:val="000000"/>
                <w:sz w:val="18"/>
                <w:lang w:eastAsia="zh-CN"/>
              </w:rPr>
              <w:t>**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C7B9B9E" w14:textId="77777777" w:rsidR="00B92DD0" w:rsidRDefault="00000000">
            <w:r>
              <w:rPr>
                <w:rFonts w:ascii="Times New Roman" w:eastAsia="Times New Roman" w:hAnsi="Times New Roman"/>
                <w:color w:val="000000"/>
                <w:sz w:val="18"/>
              </w:rPr>
              <w:t>-0.29 [-0.71, 0.12]</w:t>
            </w:r>
          </w:p>
        </w:tc>
      </w:tr>
      <w:tr w:rsidR="00EE7A06" w14:paraId="41AF28F6" w14:textId="77777777" w:rsidTr="00EE7A06">
        <w:trPr>
          <w:cantSplit/>
          <w:jc w:val="center"/>
        </w:trPr>
        <w:tc>
          <w:tcPr>
            <w:tcW w:w="0" w:type="auto"/>
            <w:shd w:val="clear" w:color="auto" w:fill="F3F6F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5FABE2D" w14:textId="4D985071" w:rsidR="00EE7A06" w:rsidRPr="00EE7A06" w:rsidRDefault="00EE7A06" w:rsidP="00EE7A06">
            <w:pPr>
              <w:rPr>
                <w:rFonts w:eastAsia="宋体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</w:rPr>
              <w:t>Quick Delay Questionnaire (QDQ)</w:t>
            </w:r>
            <w:r>
              <w:rPr>
                <w:rFonts w:ascii="宋体" w:eastAsia="宋体" w:hAnsi="宋体" w:cs="PMingLiU" w:hint="eastAsia"/>
                <w:b/>
                <w:color w:val="000000"/>
                <w:sz w:val="18"/>
                <w:lang w:eastAsia="zh-CN"/>
              </w:rPr>
              <w:t>，</w:t>
            </w:r>
            <w:r w:rsidRPr="00EE7A06">
              <w:rPr>
                <w:rFonts w:ascii="Times New Roman" w:eastAsia="Times New Roman" w:hAnsi="Times New Roman"/>
                <w:b/>
                <w:color w:val="000000"/>
                <w:sz w:val="18"/>
              </w:rPr>
              <w:t>Delay Aversion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F5EB485" w14:textId="29D94F33" w:rsidR="00EE7A06" w:rsidRDefault="00EE7A06" w:rsidP="00EE7A06">
            <w:pPr>
              <w:jc w:val="center"/>
            </w:pPr>
            <w:r w:rsidRPr="00400C8D">
              <w:rPr>
                <w:rFonts w:eastAsia="Times New Roman"/>
                <w:sz w:val="16"/>
                <w:szCs w:val="16"/>
              </w:rPr>
              <w:t>T1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F400292" w14:textId="34BD5CA7" w:rsidR="00EE7A06" w:rsidRDefault="00EE7A06" w:rsidP="00EE7A06">
            <w:pPr>
              <w:jc w:val="center"/>
            </w:pPr>
            <w:r w:rsidRPr="00400C8D">
              <w:rPr>
                <w:rFonts w:eastAsia="Times New Roman"/>
                <w:sz w:val="16"/>
                <w:szCs w:val="16"/>
              </w:rPr>
              <w:t>-0.444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5AF73FB" w14:textId="712923FB" w:rsidR="00EE7A06" w:rsidRDefault="00EE7A06" w:rsidP="00EE7A06">
            <w:pPr>
              <w:jc w:val="center"/>
            </w:pPr>
            <w:r w:rsidRPr="00400C8D">
              <w:rPr>
                <w:rFonts w:eastAsia="Times New Roman"/>
                <w:sz w:val="16"/>
                <w:szCs w:val="16"/>
              </w:rPr>
              <w:t>-0.707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7012EF7" w14:textId="546631EB" w:rsidR="00EE7A06" w:rsidRDefault="00EE7A06" w:rsidP="00EE7A06">
            <w:pPr>
              <w:jc w:val="center"/>
            </w:pPr>
            <w:r w:rsidRPr="00400C8D">
              <w:rPr>
                <w:rFonts w:eastAsia="Times New Roman"/>
                <w:sz w:val="16"/>
                <w:szCs w:val="16"/>
              </w:rPr>
              <w:t>562.63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37377D8" w14:textId="655A99B1" w:rsidR="00EE7A06" w:rsidRDefault="00EE7A06" w:rsidP="00EE7A06">
            <w:pPr>
              <w:jc w:val="center"/>
            </w:pPr>
            <w:r w:rsidRPr="00400C8D">
              <w:rPr>
                <w:rFonts w:eastAsia="Times New Roman"/>
                <w:sz w:val="16"/>
                <w:szCs w:val="16"/>
              </w:rPr>
              <w:t>0.480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FC98991" w14:textId="6F01F463" w:rsidR="00EE7A06" w:rsidRDefault="00EE7A06" w:rsidP="00EE7A06">
            <w:r w:rsidRPr="00400C8D">
              <w:rPr>
                <w:sz w:val="16"/>
                <w:szCs w:val="16"/>
              </w:rPr>
              <w:t>-0.24 [-0.62, 0.14]</w:t>
            </w:r>
          </w:p>
        </w:tc>
      </w:tr>
      <w:tr w:rsidR="00EE7A06" w14:paraId="6903C618" w14:textId="77777777" w:rsidTr="00EE7A06">
        <w:trPr>
          <w:cantSplit/>
          <w:jc w:val="center"/>
        </w:trPr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7C3426D" w14:textId="77777777" w:rsidR="00EE7A06" w:rsidRDefault="00EE7A06" w:rsidP="00EE7A06"/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8D8405E" w14:textId="37004AA7" w:rsidR="00EE7A06" w:rsidRDefault="00EE7A06" w:rsidP="00EE7A06">
            <w:pPr>
              <w:jc w:val="center"/>
            </w:pPr>
            <w:r w:rsidRPr="00400C8D">
              <w:rPr>
                <w:rFonts w:eastAsia="Times New Roman"/>
                <w:sz w:val="16"/>
                <w:szCs w:val="16"/>
              </w:rPr>
              <w:t>T2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B2A17DC" w14:textId="2FB48CCB" w:rsidR="00EE7A06" w:rsidRDefault="00EE7A06" w:rsidP="00EE7A06">
            <w:pPr>
              <w:jc w:val="center"/>
            </w:pPr>
            <w:r w:rsidRPr="00400C8D">
              <w:rPr>
                <w:rFonts w:eastAsia="Times New Roman"/>
                <w:sz w:val="16"/>
                <w:szCs w:val="16"/>
              </w:rPr>
              <w:t>-1.002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8E23839" w14:textId="1720CCBB" w:rsidR="00EE7A06" w:rsidRDefault="00EE7A06" w:rsidP="00EE7A06">
            <w:pPr>
              <w:jc w:val="center"/>
            </w:pPr>
            <w:r w:rsidRPr="00400C8D">
              <w:rPr>
                <w:rFonts w:eastAsia="Times New Roman"/>
                <w:sz w:val="16"/>
                <w:szCs w:val="16"/>
              </w:rPr>
              <w:t>-1.572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993D2B9" w14:textId="1AC4EBC6" w:rsidR="00EE7A06" w:rsidRDefault="00EE7A06" w:rsidP="00EE7A06">
            <w:pPr>
              <w:jc w:val="center"/>
            </w:pPr>
            <w:r w:rsidRPr="00400C8D">
              <w:rPr>
                <w:rFonts w:eastAsia="Times New Roman"/>
                <w:sz w:val="16"/>
                <w:szCs w:val="16"/>
              </w:rPr>
              <w:t>558.67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707F240" w14:textId="7E015599" w:rsidR="00EE7A06" w:rsidRDefault="00EE7A06" w:rsidP="00EE7A06">
            <w:pPr>
              <w:jc w:val="center"/>
            </w:pPr>
            <w:r w:rsidRPr="00400C8D">
              <w:rPr>
                <w:rFonts w:eastAsia="Times New Roman"/>
                <w:sz w:val="16"/>
                <w:szCs w:val="16"/>
              </w:rPr>
              <w:t>0.116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6E56295" w14:textId="20CB7702" w:rsidR="00EE7A06" w:rsidRDefault="00EE7A06" w:rsidP="00EE7A06">
            <w:r w:rsidRPr="00400C8D">
              <w:rPr>
                <w:sz w:val="16"/>
                <w:szCs w:val="16"/>
              </w:rPr>
              <w:t>-0.44 [-0.87, -0.01]</w:t>
            </w:r>
          </w:p>
        </w:tc>
      </w:tr>
      <w:tr w:rsidR="00EE7A06" w14:paraId="4B2960E5" w14:textId="77777777" w:rsidTr="00EE7A06">
        <w:trPr>
          <w:cantSplit/>
          <w:jc w:val="center"/>
        </w:trPr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0D369FF" w14:textId="77777777" w:rsidR="00EE7A06" w:rsidRDefault="00EE7A06" w:rsidP="00EE7A06"/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9964F53" w14:textId="20E3F7F7" w:rsidR="00EE7A06" w:rsidRDefault="00EE7A06" w:rsidP="00EE7A06">
            <w:pPr>
              <w:jc w:val="center"/>
            </w:pPr>
            <w:r w:rsidRPr="00400C8D">
              <w:rPr>
                <w:rFonts w:eastAsia="Times New Roman"/>
                <w:sz w:val="16"/>
                <w:szCs w:val="16"/>
              </w:rPr>
              <w:t>T3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66E0E5F" w14:textId="47610485" w:rsidR="00EE7A06" w:rsidRDefault="00EE7A06" w:rsidP="00EE7A06">
            <w:pPr>
              <w:jc w:val="center"/>
            </w:pPr>
            <w:r w:rsidRPr="00400C8D">
              <w:rPr>
                <w:rFonts w:eastAsia="Times New Roman"/>
                <w:sz w:val="16"/>
                <w:szCs w:val="16"/>
              </w:rPr>
              <w:t>-0.230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72A4FF0" w14:textId="7AD43BD0" w:rsidR="00EE7A06" w:rsidRDefault="00EE7A06" w:rsidP="00EE7A06">
            <w:pPr>
              <w:jc w:val="center"/>
            </w:pPr>
            <w:r w:rsidRPr="00400C8D">
              <w:rPr>
                <w:rFonts w:eastAsia="Times New Roman"/>
                <w:sz w:val="16"/>
                <w:szCs w:val="16"/>
              </w:rPr>
              <w:t>-0.353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D49AD17" w14:textId="2BE078F0" w:rsidR="00EE7A06" w:rsidRDefault="00EE7A06" w:rsidP="00EE7A06">
            <w:pPr>
              <w:jc w:val="center"/>
            </w:pPr>
            <w:r w:rsidRPr="00400C8D">
              <w:rPr>
                <w:rFonts w:eastAsia="Times New Roman"/>
                <w:sz w:val="16"/>
                <w:szCs w:val="16"/>
              </w:rPr>
              <w:t>555.09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E820B6A" w14:textId="6B6188D9" w:rsidR="00EE7A06" w:rsidRDefault="00EE7A06" w:rsidP="00EE7A06">
            <w:pPr>
              <w:jc w:val="center"/>
            </w:pPr>
            <w:r w:rsidRPr="00400C8D">
              <w:rPr>
                <w:rFonts w:eastAsia="Times New Roman"/>
                <w:sz w:val="16"/>
                <w:szCs w:val="16"/>
              </w:rPr>
              <w:t>0.724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DFCED53" w14:textId="00FE95E3" w:rsidR="00EE7A06" w:rsidRDefault="00EE7A06" w:rsidP="00EE7A06">
            <w:r w:rsidRPr="00400C8D">
              <w:rPr>
                <w:sz w:val="16"/>
                <w:szCs w:val="16"/>
              </w:rPr>
              <w:t>-0.20 [-0.59, 0.20]</w:t>
            </w:r>
          </w:p>
        </w:tc>
      </w:tr>
      <w:tr w:rsidR="00EE7A06" w14:paraId="20BD33D5" w14:textId="77777777" w:rsidTr="00EE7A06">
        <w:trPr>
          <w:cantSplit/>
          <w:jc w:val="center"/>
        </w:trPr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D76FF92" w14:textId="77777777" w:rsidR="00EE7A06" w:rsidRDefault="00EE7A06" w:rsidP="00EE7A06"/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937375E" w14:textId="4F8B1A7E" w:rsidR="00EE7A06" w:rsidRDefault="00EE7A06" w:rsidP="00EE7A06">
            <w:pPr>
              <w:jc w:val="center"/>
            </w:pPr>
            <w:r w:rsidRPr="00400C8D">
              <w:rPr>
                <w:rFonts w:eastAsia="Times New Roman"/>
                <w:sz w:val="16"/>
                <w:szCs w:val="16"/>
              </w:rPr>
              <w:t>T4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653D4E2" w14:textId="3985DE4F" w:rsidR="00EE7A06" w:rsidRDefault="00EE7A06" w:rsidP="00EE7A06">
            <w:pPr>
              <w:jc w:val="center"/>
            </w:pPr>
            <w:r w:rsidRPr="00400C8D">
              <w:rPr>
                <w:rFonts w:eastAsia="Times New Roman"/>
                <w:sz w:val="16"/>
                <w:szCs w:val="16"/>
              </w:rPr>
              <w:t>-0.726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91AC3BC" w14:textId="3D82C615" w:rsidR="00EE7A06" w:rsidRDefault="00EE7A06" w:rsidP="00EE7A06">
            <w:pPr>
              <w:jc w:val="center"/>
            </w:pPr>
            <w:r w:rsidRPr="00400C8D">
              <w:rPr>
                <w:rFonts w:eastAsia="Times New Roman"/>
                <w:sz w:val="16"/>
                <w:szCs w:val="16"/>
              </w:rPr>
              <w:t>-1.002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2D3D0C6" w14:textId="60DAAF51" w:rsidR="00EE7A06" w:rsidRDefault="00EE7A06" w:rsidP="00EE7A06">
            <w:pPr>
              <w:jc w:val="center"/>
            </w:pPr>
            <w:r w:rsidRPr="00400C8D">
              <w:rPr>
                <w:rFonts w:eastAsia="Times New Roman"/>
                <w:sz w:val="16"/>
                <w:szCs w:val="16"/>
              </w:rPr>
              <w:t>538.76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2FD0EBB" w14:textId="3B8AB0C0" w:rsidR="00EE7A06" w:rsidRDefault="00EE7A06" w:rsidP="00EE7A06">
            <w:pPr>
              <w:jc w:val="center"/>
            </w:pPr>
            <w:r w:rsidRPr="00400C8D">
              <w:rPr>
                <w:rFonts w:eastAsia="Times New Roman"/>
                <w:sz w:val="16"/>
                <w:szCs w:val="16"/>
              </w:rPr>
              <w:t>0.317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12AC465" w14:textId="1B06A1A6" w:rsidR="00EE7A06" w:rsidRDefault="00EE7A06" w:rsidP="00EE7A06">
            <w:r w:rsidRPr="00400C8D">
              <w:rPr>
                <w:sz w:val="16"/>
                <w:szCs w:val="16"/>
              </w:rPr>
              <w:t>-0.31 [-0.69, 0.07]</w:t>
            </w:r>
          </w:p>
        </w:tc>
      </w:tr>
      <w:tr w:rsidR="00EE7A06" w14:paraId="379D88DC" w14:textId="77777777" w:rsidTr="00EE7A06">
        <w:trPr>
          <w:cantSplit/>
          <w:jc w:val="center"/>
        </w:trPr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57A3465" w14:textId="77777777" w:rsidR="00EE7A06" w:rsidRDefault="00EE7A06" w:rsidP="00EE7A06"/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C38BB25" w14:textId="4C1B67A2" w:rsidR="00EE7A06" w:rsidRDefault="00EE7A06" w:rsidP="00EE7A06">
            <w:pPr>
              <w:jc w:val="center"/>
            </w:pPr>
            <w:r w:rsidRPr="00400C8D">
              <w:rPr>
                <w:rFonts w:eastAsia="Times New Roman"/>
                <w:sz w:val="16"/>
                <w:szCs w:val="16"/>
              </w:rPr>
              <w:t>T5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770339C" w14:textId="4F409EFD" w:rsidR="00EE7A06" w:rsidRDefault="00EE7A06" w:rsidP="00EE7A06">
            <w:pPr>
              <w:jc w:val="center"/>
            </w:pPr>
            <w:r w:rsidRPr="00400C8D">
              <w:rPr>
                <w:rFonts w:eastAsia="Times New Roman"/>
                <w:sz w:val="16"/>
                <w:szCs w:val="16"/>
              </w:rPr>
              <w:t>0.117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678D837" w14:textId="59A8D17C" w:rsidR="00EE7A06" w:rsidRDefault="00EE7A06" w:rsidP="00EE7A06">
            <w:pPr>
              <w:jc w:val="center"/>
            </w:pPr>
            <w:r w:rsidRPr="00400C8D">
              <w:rPr>
                <w:rFonts w:eastAsia="Times New Roman"/>
                <w:sz w:val="16"/>
                <w:szCs w:val="16"/>
              </w:rPr>
              <w:t>0.142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50B893B" w14:textId="18A9CF6A" w:rsidR="00EE7A06" w:rsidRDefault="00EE7A06" w:rsidP="00EE7A06">
            <w:pPr>
              <w:jc w:val="center"/>
            </w:pPr>
            <w:r w:rsidRPr="00400C8D">
              <w:rPr>
                <w:rFonts w:eastAsia="Times New Roman"/>
                <w:sz w:val="16"/>
                <w:szCs w:val="16"/>
              </w:rPr>
              <w:t>550.26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69C4858" w14:textId="5E830119" w:rsidR="00EE7A06" w:rsidRDefault="00EE7A06" w:rsidP="00EE7A06">
            <w:pPr>
              <w:jc w:val="center"/>
            </w:pPr>
            <w:r w:rsidRPr="00400C8D">
              <w:rPr>
                <w:rFonts w:eastAsia="Times New Roman"/>
                <w:sz w:val="16"/>
                <w:szCs w:val="16"/>
              </w:rPr>
              <w:t>0.887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4901C61" w14:textId="1396A271" w:rsidR="00EE7A06" w:rsidRDefault="00EE7A06" w:rsidP="00EE7A06">
            <w:r w:rsidRPr="00400C8D">
              <w:rPr>
                <w:sz w:val="16"/>
                <w:szCs w:val="16"/>
              </w:rPr>
              <w:t>-0.10 [-0.54, 0.34]</w:t>
            </w:r>
          </w:p>
        </w:tc>
      </w:tr>
      <w:tr w:rsidR="00EE7A06" w14:paraId="1BDE3F2B" w14:textId="77777777" w:rsidTr="00EE7A06">
        <w:trPr>
          <w:cantSplit/>
          <w:jc w:val="center"/>
        </w:trPr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280D06F" w14:textId="2B6A2EE5" w:rsidR="00EE7A06" w:rsidRDefault="00EE7A06" w:rsidP="00EE7A06">
            <w:r>
              <w:rPr>
                <w:rFonts w:ascii="Times New Roman" w:eastAsia="Times New Roman" w:hAnsi="Times New Roman"/>
                <w:b/>
                <w:color w:val="000000"/>
                <w:sz w:val="18"/>
              </w:rPr>
              <w:t>Quick Delay Questionnaire (QDQ)</w:t>
            </w:r>
            <w:r w:rsidRPr="00EE7A06">
              <w:rPr>
                <w:rFonts w:ascii="PMingLiU" w:eastAsia="PMingLiU" w:hAnsi="PMingLiU" w:cs="PMingLiU" w:hint="eastAsia"/>
                <w:b/>
                <w:color w:val="000000"/>
                <w:sz w:val="18"/>
              </w:rPr>
              <w:t>，</w:t>
            </w:r>
            <w:r w:rsidRPr="00EE7A06">
              <w:rPr>
                <w:rFonts w:ascii="Times New Roman" w:eastAsia="Times New Roman" w:hAnsi="Times New Roman"/>
                <w:b/>
                <w:color w:val="000000"/>
                <w:sz w:val="18"/>
              </w:rPr>
              <w:t>Delay Discounting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2C8FFE0" w14:textId="52093F1C" w:rsidR="00EE7A06" w:rsidRDefault="00EE7A06" w:rsidP="00EE7A0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400C8D">
              <w:rPr>
                <w:rFonts w:eastAsia="Times New Roman"/>
                <w:sz w:val="16"/>
                <w:szCs w:val="16"/>
              </w:rPr>
              <w:t>T1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40D0E23" w14:textId="47C6E439" w:rsidR="00EE7A06" w:rsidRDefault="00EE7A06" w:rsidP="00EE7A0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400C8D">
              <w:rPr>
                <w:rFonts w:eastAsia="Times New Roman"/>
                <w:sz w:val="16"/>
                <w:szCs w:val="16"/>
              </w:rPr>
              <w:t>-1.307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3E445C9" w14:textId="342E2A63" w:rsidR="00EE7A06" w:rsidRDefault="00EE7A06" w:rsidP="00EE7A0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400C8D">
              <w:rPr>
                <w:rFonts w:eastAsia="Times New Roman"/>
                <w:sz w:val="16"/>
                <w:szCs w:val="16"/>
              </w:rPr>
              <w:t>-2.299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755E72B" w14:textId="6A1CDCF9" w:rsidR="00EE7A06" w:rsidRDefault="00EE7A06" w:rsidP="00EE7A0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400C8D">
              <w:rPr>
                <w:rFonts w:eastAsia="Times New Roman"/>
                <w:sz w:val="16"/>
                <w:szCs w:val="16"/>
              </w:rPr>
              <w:t>544.20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5922A78" w14:textId="70562175" w:rsidR="00EE7A06" w:rsidRDefault="00EE7A06" w:rsidP="00EE7A0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400C8D">
              <w:rPr>
                <w:rFonts w:eastAsia="Times New Roman"/>
                <w:sz w:val="16"/>
                <w:szCs w:val="16"/>
              </w:rPr>
              <w:t>0.022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374333C" w14:textId="334E8003" w:rsidR="00EE7A06" w:rsidRDefault="00EE7A06" w:rsidP="00EE7A06">
            <w:pPr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400C8D">
              <w:rPr>
                <w:sz w:val="16"/>
                <w:szCs w:val="16"/>
              </w:rPr>
              <w:t>-0.18 [-0.58, 0.22]</w:t>
            </w:r>
          </w:p>
        </w:tc>
      </w:tr>
      <w:tr w:rsidR="00EE7A06" w14:paraId="5FF11E11" w14:textId="77777777" w:rsidTr="00EE7A06">
        <w:trPr>
          <w:cantSplit/>
          <w:jc w:val="center"/>
        </w:trPr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FFFCDD9" w14:textId="77777777" w:rsidR="00EE7A06" w:rsidRDefault="00EE7A06" w:rsidP="00EE7A06"/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388DA98" w14:textId="2558992B" w:rsidR="00EE7A06" w:rsidRDefault="00EE7A06" w:rsidP="00EE7A0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400C8D">
              <w:rPr>
                <w:rFonts w:eastAsia="Times New Roman"/>
                <w:sz w:val="16"/>
                <w:szCs w:val="16"/>
              </w:rPr>
              <w:t>T2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436CE1D" w14:textId="52F8DA9D" w:rsidR="00EE7A06" w:rsidRDefault="00EE7A06" w:rsidP="00EE7A0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400C8D">
              <w:rPr>
                <w:rFonts w:eastAsia="Times New Roman"/>
                <w:sz w:val="16"/>
                <w:szCs w:val="16"/>
              </w:rPr>
              <w:t>-1.245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58E00A9" w14:textId="2FE7AAA1" w:rsidR="00EE7A06" w:rsidRDefault="00EE7A06" w:rsidP="00EE7A0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400C8D">
              <w:rPr>
                <w:rFonts w:eastAsia="Times New Roman"/>
                <w:sz w:val="16"/>
                <w:szCs w:val="16"/>
              </w:rPr>
              <w:t>-2.162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3BC09DE" w14:textId="6589A40C" w:rsidR="00EE7A06" w:rsidRDefault="00EE7A06" w:rsidP="00EE7A0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400C8D">
              <w:rPr>
                <w:rFonts w:eastAsia="Times New Roman"/>
                <w:sz w:val="16"/>
                <w:szCs w:val="16"/>
              </w:rPr>
              <w:t>545.12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FD36583" w14:textId="00DAB0C2" w:rsidR="00EE7A06" w:rsidRPr="001D398E" w:rsidRDefault="00EE7A06" w:rsidP="00EE7A06">
            <w:pPr>
              <w:jc w:val="center"/>
              <w:rPr>
                <w:rFonts w:ascii="Times New Roman" w:eastAsia="宋体" w:hAnsi="Times New Roman"/>
                <w:color w:val="000000"/>
                <w:sz w:val="18"/>
                <w:lang w:eastAsia="zh-CN"/>
              </w:rPr>
            </w:pPr>
            <w:r w:rsidRPr="00400C8D">
              <w:rPr>
                <w:rFonts w:eastAsia="Times New Roman"/>
                <w:sz w:val="16"/>
                <w:szCs w:val="16"/>
              </w:rPr>
              <w:t>0.031</w:t>
            </w:r>
            <w:r w:rsidR="001D398E">
              <w:rPr>
                <w:rFonts w:eastAsia="宋体" w:hint="eastAsia"/>
                <w:sz w:val="16"/>
                <w:szCs w:val="16"/>
                <w:lang w:eastAsia="zh-CN"/>
              </w:rPr>
              <w:t>*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BEA2096" w14:textId="54916A40" w:rsidR="00EE7A06" w:rsidRDefault="00EE7A06" w:rsidP="00EE7A06">
            <w:pPr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400C8D">
              <w:rPr>
                <w:sz w:val="16"/>
                <w:szCs w:val="16"/>
              </w:rPr>
              <w:t>-0.16 [-0.56, 0.23]</w:t>
            </w:r>
          </w:p>
        </w:tc>
      </w:tr>
      <w:tr w:rsidR="00EE7A06" w14:paraId="4DAC1446" w14:textId="77777777" w:rsidTr="00EE7A06">
        <w:trPr>
          <w:cantSplit/>
          <w:jc w:val="center"/>
        </w:trPr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99CB4BC" w14:textId="77777777" w:rsidR="00EE7A06" w:rsidRDefault="00EE7A06" w:rsidP="00EE7A06"/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BCE6977" w14:textId="217F2798" w:rsidR="00EE7A06" w:rsidRDefault="00EE7A06" w:rsidP="00EE7A0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400C8D">
              <w:rPr>
                <w:rFonts w:eastAsia="Times New Roman"/>
                <w:sz w:val="16"/>
                <w:szCs w:val="16"/>
              </w:rPr>
              <w:t>T3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8B0B38D" w14:textId="261EBAFA" w:rsidR="00EE7A06" w:rsidRDefault="00EE7A06" w:rsidP="00EE7A0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400C8D">
              <w:rPr>
                <w:rFonts w:eastAsia="Times New Roman"/>
                <w:sz w:val="16"/>
                <w:szCs w:val="16"/>
              </w:rPr>
              <w:t>-0.622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DE50057" w14:textId="03F7CA9D" w:rsidR="00EE7A06" w:rsidRDefault="00EE7A06" w:rsidP="00EE7A0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400C8D">
              <w:rPr>
                <w:rFonts w:eastAsia="Times New Roman"/>
                <w:sz w:val="16"/>
                <w:szCs w:val="16"/>
              </w:rPr>
              <w:t>-1.053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54AD476" w14:textId="54248894" w:rsidR="00EE7A06" w:rsidRDefault="00EE7A06" w:rsidP="00EE7A0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400C8D">
              <w:rPr>
                <w:rFonts w:eastAsia="Times New Roman"/>
                <w:sz w:val="16"/>
                <w:szCs w:val="16"/>
              </w:rPr>
              <w:t>529.95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2C577F4" w14:textId="189881AA" w:rsidR="00EE7A06" w:rsidRDefault="00EE7A06" w:rsidP="00EE7A0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400C8D">
              <w:rPr>
                <w:rFonts w:eastAsia="Times New Roman"/>
                <w:sz w:val="16"/>
                <w:szCs w:val="16"/>
              </w:rPr>
              <w:t>0.293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C979140" w14:textId="2DB31FD0" w:rsidR="00EE7A06" w:rsidRDefault="00EE7A06" w:rsidP="00EE7A06">
            <w:pPr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400C8D">
              <w:rPr>
                <w:sz w:val="16"/>
                <w:szCs w:val="16"/>
              </w:rPr>
              <w:t>0.02 [-0.41, 0.44]</w:t>
            </w:r>
          </w:p>
        </w:tc>
      </w:tr>
      <w:tr w:rsidR="00EE7A06" w14:paraId="7FE05407" w14:textId="77777777" w:rsidTr="00EE7A06">
        <w:trPr>
          <w:cantSplit/>
          <w:jc w:val="center"/>
        </w:trPr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6937DD0" w14:textId="77777777" w:rsidR="00EE7A06" w:rsidRDefault="00EE7A06" w:rsidP="00EE7A06"/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34E39E0" w14:textId="43F1027F" w:rsidR="00EE7A06" w:rsidRDefault="00EE7A06" w:rsidP="00EE7A0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400C8D">
              <w:rPr>
                <w:rFonts w:eastAsia="Times New Roman"/>
                <w:sz w:val="16"/>
                <w:szCs w:val="16"/>
              </w:rPr>
              <w:t>T4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B0F31BF" w14:textId="0FF9892C" w:rsidR="00EE7A06" w:rsidRDefault="00EE7A06" w:rsidP="00EE7A0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400C8D">
              <w:rPr>
                <w:rFonts w:eastAsia="Times New Roman"/>
                <w:sz w:val="16"/>
                <w:szCs w:val="16"/>
              </w:rPr>
              <w:t>-0.716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0F45164" w14:textId="731017F3" w:rsidR="00EE7A06" w:rsidRDefault="00EE7A06" w:rsidP="00EE7A0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400C8D">
              <w:rPr>
                <w:rFonts w:eastAsia="Times New Roman"/>
                <w:sz w:val="16"/>
                <w:szCs w:val="16"/>
              </w:rPr>
              <w:t>-1.101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7E33D79" w14:textId="4B73C39B" w:rsidR="00EE7A06" w:rsidRDefault="00EE7A06" w:rsidP="00EE7A0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400C8D">
              <w:rPr>
                <w:rFonts w:eastAsia="Times New Roman"/>
                <w:sz w:val="16"/>
                <w:szCs w:val="16"/>
              </w:rPr>
              <w:t>537.55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3BA241F" w14:textId="3323F4BD" w:rsidR="00EE7A06" w:rsidRDefault="00EE7A06" w:rsidP="00EE7A0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400C8D">
              <w:rPr>
                <w:rFonts w:eastAsia="Times New Roman"/>
                <w:sz w:val="16"/>
                <w:szCs w:val="16"/>
              </w:rPr>
              <w:t>0.271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70898F2" w14:textId="0570D1ED" w:rsidR="00EE7A06" w:rsidRDefault="00EE7A06" w:rsidP="00EE7A06">
            <w:pPr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400C8D">
              <w:rPr>
                <w:sz w:val="16"/>
                <w:szCs w:val="16"/>
              </w:rPr>
              <w:t>-0.01 [-0.43, 0.40]</w:t>
            </w:r>
          </w:p>
        </w:tc>
      </w:tr>
      <w:tr w:rsidR="00EE7A06" w14:paraId="33B8BDA2" w14:textId="77777777" w:rsidTr="00EE7A06">
        <w:trPr>
          <w:cantSplit/>
          <w:jc w:val="center"/>
        </w:trPr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C50A59C" w14:textId="77777777" w:rsidR="00EE7A06" w:rsidRDefault="00EE7A06" w:rsidP="00EE7A06"/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CEE19E7" w14:textId="24109D4C" w:rsidR="00EE7A06" w:rsidRDefault="00EE7A06" w:rsidP="00EE7A0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400C8D">
              <w:rPr>
                <w:rFonts w:eastAsia="Times New Roman"/>
                <w:sz w:val="16"/>
                <w:szCs w:val="16"/>
              </w:rPr>
              <w:t>T1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56490A7" w14:textId="2C6F41F4" w:rsidR="00EE7A06" w:rsidRDefault="00EE7A06" w:rsidP="00EE7A0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400C8D">
              <w:rPr>
                <w:rFonts w:eastAsia="Times New Roman"/>
                <w:sz w:val="16"/>
                <w:szCs w:val="16"/>
              </w:rPr>
              <w:t>-0.444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E0E396C" w14:textId="43420335" w:rsidR="00EE7A06" w:rsidRDefault="00EE7A06" w:rsidP="00EE7A0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400C8D">
              <w:rPr>
                <w:rFonts w:eastAsia="Times New Roman"/>
                <w:sz w:val="16"/>
                <w:szCs w:val="16"/>
              </w:rPr>
              <w:t>-0.707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2BDCD83" w14:textId="5681F2BA" w:rsidR="00EE7A06" w:rsidRDefault="00EE7A06" w:rsidP="00EE7A0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400C8D">
              <w:rPr>
                <w:rFonts w:eastAsia="Times New Roman"/>
                <w:sz w:val="16"/>
                <w:szCs w:val="16"/>
              </w:rPr>
              <w:t>562.63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681D602" w14:textId="5249A7AE" w:rsidR="00EE7A06" w:rsidRDefault="00EE7A06" w:rsidP="00EE7A0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400C8D">
              <w:rPr>
                <w:rFonts w:eastAsia="Times New Roman"/>
                <w:sz w:val="16"/>
                <w:szCs w:val="16"/>
              </w:rPr>
              <w:t>0.480</w:t>
            </w:r>
          </w:p>
        </w:tc>
        <w:tc>
          <w:tcPr>
            <w:tcW w:w="0" w:type="auto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DFBE624" w14:textId="6EB29D71" w:rsidR="00EE7A06" w:rsidRDefault="00EE7A06" w:rsidP="00EE7A06">
            <w:pPr>
              <w:rPr>
                <w:rFonts w:ascii="Times New Roman" w:eastAsia="Times New Roman" w:hAnsi="Times New Roman"/>
                <w:color w:val="000000"/>
                <w:sz w:val="18"/>
              </w:rPr>
            </w:pPr>
            <w:r w:rsidRPr="00400C8D">
              <w:rPr>
                <w:sz w:val="16"/>
                <w:szCs w:val="16"/>
              </w:rPr>
              <w:t>-0.24 [-0.62, 0.14]</w:t>
            </w:r>
          </w:p>
        </w:tc>
      </w:tr>
    </w:tbl>
    <w:p w14:paraId="31982EAC" w14:textId="4D3D0D87" w:rsidR="00B92DD0" w:rsidRDefault="00000000" w:rsidP="00EE7A06">
      <w:pPr>
        <w:spacing w:after="0" w:line="240" w:lineRule="auto"/>
        <w:ind w:left="1440" w:firstLine="720"/>
        <w:rPr>
          <w:rFonts w:ascii="Times New Roman" w:eastAsia="宋体" w:hAnsi="Times New Roman"/>
          <w:color w:val="000000"/>
          <w:sz w:val="17"/>
          <w:lang w:eastAsia="zh-CN"/>
        </w:rPr>
      </w:pPr>
      <w:r>
        <w:rPr>
          <w:rFonts w:ascii="Times New Roman" w:eastAsia="Times New Roman" w:hAnsi="Times New Roman"/>
          <w:color w:val="000000"/>
          <w:sz w:val="17"/>
        </w:rPr>
        <w:t xml:space="preserve">T1 = Week 4; T2 = Week 8; T3 = </w:t>
      </w:r>
      <w:proofErr w:type="gramStart"/>
      <w:r>
        <w:rPr>
          <w:rFonts w:ascii="Times New Roman" w:eastAsia="Times New Roman" w:hAnsi="Times New Roman"/>
          <w:color w:val="000000"/>
          <w:sz w:val="17"/>
        </w:rPr>
        <w:t>Post-treatment</w:t>
      </w:r>
      <w:proofErr w:type="gramEnd"/>
      <w:r>
        <w:rPr>
          <w:rFonts w:ascii="Times New Roman" w:eastAsia="Times New Roman" w:hAnsi="Times New Roman"/>
          <w:color w:val="000000"/>
          <w:sz w:val="17"/>
        </w:rPr>
        <w:t>; T4 = 3-month follow-up; T5 = 6-month follow-up.</w:t>
      </w:r>
    </w:p>
    <w:p w14:paraId="6843BFB2" w14:textId="319970A3" w:rsidR="00EE7A06" w:rsidRPr="00EE7A06" w:rsidRDefault="00EE7A06" w:rsidP="00EE7A06">
      <w:pPr>
        <w:spacing w:after="0" w:line="240" w:lineRule="auto"/>
        <w:ind w:left="1440" w:firstLine="720"/>
        <w:rPr>
          <w:rFonts w:ascii="Times New Roman" w:eastAsia="Times New Roman" w:hAnsi="Times New Roman"/>
          <w:color w:val="000000"/>
          <w:sz w:val="17"/>
        </w:rPr>
      </w:pPr>
      <w:r w:rsidRPr="00EE7A06">
        <w:rPr>
          <w:rFonts w:ascii="Times New Roman" w:eastAsia="Times New Roman" w:hAnsi="Times New Roman"/>
          <w:color w:val="000000"/>
          <w:sz w:val="17"/>
        </w:rPr>
        <w:t>Effect sizes are reported as Cohen's d with 95% confidence intervals.</w:t>
      </w:r>
    </w:p>
    <w:sectPr w:rsidR="00EE7A06" w:rsidRPr="00EE7A06" w:rsidSect="00034616">
      <w:pgSz w:w="15840" w:h="12240" w:orient="landscape"/>
      <w:pgMar w:top="794" w:right="850" w:bottom="737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6540F" w14:textId="77777777" w:rsidR="00F34766" w:rsidRDefault="00F34766" w:rsidP="001D398E">
      <w:pPr>
        <w:spacing w:after="0" w:line="240" w:lineRule="auto"/>
      </w:pPr>
      <w:r>
        <w:separator/>
      </w:r>
    </w:p>
  </w:endnote>
  <w:endnote w:type="continuationSeparator" w:id="0">
    <w:p w14:paraId="76BD15E0" w14:textId="77777777" w:rsidR="00F34766" w:rsidRDefault="00F34766" w:rsidP="001D3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FAAEB" w14:textId="77777777" w:rsidR="00F34766" w:rsidRDefault="00F34766" w:rsidP="001D398E">
      <w:pPr>
        <w:spacing w:after="0" w:line="240" w:lineRule="auto"/>
      </w:pPr>
      <w:r>
        <w:separator/>
      </w:r>
    </w:p>
  </w:footnote>
  <w:footnote w:type="continuationSeparator" w:id="0">
    <w:p w14:paraId="1D7B60A5" w14:textId="77777777" w:rsidR="00F34766" w:rsidRDefault="00F34766" w:rsidP="001D3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23974804">
    <w:abstractNumId w:val="8"/>
  </w:num>
  <w:num w:numId="2" w16cid:durableId="196090638">
    <w:abstractNumId w:val="6"/>
  </w:num>
  <w:num w:numId="3" w16cid:durableId="588853366">
    <w:abstractNumId w:val="5"/>
  </w:num>
  <w:num w:numId="4" w16cid:durableId="893085977">
    <w:abstractNumId w:val="4"/>
  </w:num>
  <w:num w:numId="5" w16cid:durableId="1961912617">
    <w:abstractNumId w:val="7"/>
  </w:num>
  <w:num w:numId="6" w16cid:durableId="1293292769">
    <w:abstractNumId w:val="3"/>
  </w:num>
  <w:num w:numId="7" w16cid:durableId="1639333780">
    <w:abstractNumId w:val="2"/>
  </w:num>
  <w:num w:numId="8" w16cid:durableId="1637375706">
    <w:abstractNumId w:val="1"/>
  </w:num>
  <w:num w:numId="9" w16cid:durableId="1090153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316"/>
    <w:rsid w:val="00034616"/>
    <w:rsid w:val="0006063C"/>
    <w:rsid w:val="00117EB5"/>
    <w:rsid w:val="0015074B"/>
    <w:rsid w:val="001D398E"/>
    <w:rsid w:val="0029639D"/>
    <w:rsid w:val="00326F90"/>
    <w:rsid w:val="008B747E"/>
    <w:rsid w:val="009E157E"/>
    <w:rsid w:val="00AA1D8D"/>
    <w:rsid w:val="00B47730"/>
    <w:rsid w:val="00B92DD0"/>
    <w:rsid w:val="00CB0664"/>
    <w:rsid w:val="00EE7A06"/>
    <w:rsid w:val="00F3476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B01EDC"/>
  <w14:defaultImageDpi w14:val="300"/>
  <w15:docId w15:val="{D579751F-CB63-4AA0-9B9C-C33229D4A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</Words>
  <Characters>2335</Characters>
  <Application>Microsoft Office Word</Application>
  <DocSecurity>0</DocSecurity>
  <Lines>333</Lines>
  <Paragraphs>307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Cheyenne Zhang</cp:lastModifiedBy>
  <cp:revision>4</cp:revision>
  <dcterms:created xsi:type="dcterms:W3CDTF">2026-03-13T05:55:00Z</dcterms:created>
  <dcterms:modified xsi:type="dcterms:W3CDTF">2026-03-13T06:44:00Z</dcterms:modified>
  <cp:category/>
</cp:coreProperties>
</file>