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F6EC" w14:textId="77777777" w:rsidR="0056249B" w:rsidRDefault="00000000">
      <w:pPr>
        <w:jc w:val="center"/>
      </w:pPr>
      <w:r>
        <w:rPr>
          <w:b/>
          <w:sz w:val="24"/>
        </w:rPr>
        <w:t>Supplementary Table S1. Internal consistency reliability (Cronbach’s α) of the primary outcome measures across assessment points</w:t>
      </w:r>
    </w:p>
    <w:p w14:paraId="16258F6F" w14:textId="77777777" w:rsidR="0056249B" w:rsidRDefault="00000000" w:rsidP="00AF0FF9">
      <w:pPr>
        <w:ind w:firstLine="720"/>
      </w:pPr>
      <w:r>
        <w:rPr>
          <w:i/>
          <w:sz w:val="18"/>
        </w:rPr>
        <w:t>Values are Cronbach’s α coefficients calculated in the total sample. Only the principal scales and indices reported in the manuscript are presented.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1584"/>
        <w:gridCol w:w="1584"/>
        <w:gridCol w:w="1584"/>
        <w:gridCol w:w="1584"/>
        <w:gridCol w:w="1584"/>
        <w:gridCol w:w="1584"/>
      </w:tblGrid>
      <w:tr w:rsidR="00CF131D" w14:paraId="74DDAA9F" w14:textId="77777777" w:rsidTr="00CF131D">
        <w:trPr>
          <w:tblHeader/>
          <w:jc w:val="center"/>
        </w:trPr>
        <w:tc>
          <w:tcPr>
            <w:tcW w:w="3240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FC44AE" w14:textId="77777777" w:rsidR="00CF131D" w:rsidRDefault="00CF131D">
            <w:pPr>
              <w:jc w:val="center"/>
            </w:pPr>
            <w:r>
              <w:rPr>
                <w:b/>
                <w:sz w:val="18"/>
              </w:rPr>
              <w:t>Outcome measure</w:t>
            </w:r>
          </w:p>
        </w:tc>
        <w:tc>
          <w:tcPr>
            <w:tcW w:w="15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E39943" w14:textId="621447FE" w:rsidR="00CF131D" w:rsidRPr="00CF131D" w:rsidRDefault="00CF131D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sz w:val="18"/>
                <w:lang w:eastAsia="zh-CN"/>
              </w:rPr>
              <w:t>T0</w:t>
            </w:r>
          </w:p>
        </w:tc>
        <w:tc>
          <w:tcPr>
            <w:tcW w:w="15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7B4ED8" w14:textId="0052EBFA" w:rsidR="00CF131D" w:rsidRPr="00CF131D" w:rsidRDefault="00CF131D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sz w:val="18"/>
                <w:lang w:eastAsia="zh-CN"/>
              </w:rPr>
              <w:t>T1</w:t>
            </w:r>
          </w:p>
        </w:tc>
        <w:tc>
          <w:tcPr>
            <w:tcW w:w="15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8C9473" w14:textId="6027064A" w:rsidR="00CF131D" w:rsidRPr="00CF131D" w:rsidRDefault="00CF131D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sz w:val="18"/>
                <w:lang w:eastAsia="zh-CN"/>
              </w:rPr>
              <w:t>T2</w:t>
            </w:r>
          </w:p>
        </w:tc>
        <w:tc>
          <w:tcPr>
            <w:tcW w:w="15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27F3C4" w14:textId="67EA2D47" w:rsidR="00CF131D" w:rsidRPr="00CF131D" w:rsidRDefault="00CF131D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sz w:val="18"/>
                <w:lang w:eastAsia="zh-CN"/>
              </w:rPr>
              <w:t>T3</w:t>
            </w:r>
          </w:p>
        </w:tc>
        <w:tc>
          <w:tcPr>
            <w:tcW w:w="15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BF86EF" w14:textId="09C89BBC" w:rsidR="00CF131D" w:rsidRPr="00CF131D" w:rsidRDefault="00CF131D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sz w:val="18"/>
                <w:lang w:eastAsia="zh-CN"/>
              </w:rPr>
              <w:t>T4</w:t>
            </w:r>
          </w:p>
        </w:tc>
        <w:tc>
          <w:tcPr>
            <w:tcW w:w="15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A86BC6" w14:textId="0C7BA7A0" w:rsidR="00CF131D" w:rsidRPr="00CF131D" w:rsidRDefault="00CF131D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sz w:val="18"/>
                <w:lang w:eastAsia="zh-CN"/>
              </w:rPr>
              <w:t>T5</w:t>
            </w:r>
          </w:p>
        </w:tc>
      </w:tr>
      <w:tr w:rsidR="00CF131D" w14:paraId="506D0F49" w14:textId="77777777" w:rsidTr="00CF131D">
        <w:trPr>
          <w:jc w:val="center"/>
        </w:trPr>
        <w:tc>
          <w:tcPr>
            <w:tcW w:w="3240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E79E94" w14:textId="32640A60" w:rsidR="00CF131D" w:rsidRPr="0064732E" w:rsidRDefault="0064732E">
            <w:pPr>
              <w:rPr>
                <w:rFonts w:eastAsia="宋体" w:hint="eastAsia"/>
                <w:lang w:eastAsia="zh-CN"/>
              </w:rPr>
            </w:pPr>
            <w:r>
              <w:rPr>
                <w:rFonts w:eastAsia="宋体" w:hint="eastAsia"/>
                <w:sz w:val="18"/>
                <w:lang w:eastAsia="zh-CN"/>
              </w:rPr>
              <w:t>ADHD-RS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BB87AE" w14:textId="77777777" w:rsidR="00CF131D" w:rsidRDefault="00CF131D">
            <w:pPr>
              <w:jc w:val="center"/>
            </w:pPr>
            <w:r>
              <w:rPr>
                <w:sz w:val="18"/>
              </w:rPr>
              <w:t>0.889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50F80C" w14:textId="77777777" w:rsidR="00CF131D" w:rsidRDefault="00CF131D">
            <w:pPr>
              <w:jc w:val="center"/>
            </w:pPr>
            <w:r>
              <w:rPr>
                <w:sz w:val="18"/>
              </w:rPr>
              <w:t>0.876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48DC66" w14:textId="77777777" w:rsidR="00CF131D" w:rsidRDefault="00CF131D">
            <w:pPr>
              <w:jc w:val="center"/>
            </w:pPr>
            <w:r>
              <w:rPr>
                <w:sz w:val="18"/>
              </w:rPr>
              <w:t>0.911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3BE83B" w14:textId="77777777" w:rsidR="00CF131D" w:rsidRDefault="00CF131D">
            <w:pPr>
              <w:jc w:val="center"/>
            </w:pPr>
            <w:r>
              <w:rPr>
                <w:sz w:val="18"/>
              </w:rPr>
              <w:t>0.900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48FB99" w14:textId="77777777" w:rsidR="00CF131D" w:rsidRDefault="00CF131D">
            <w:pPr>
              <w:jc w:val="center"/>
            </w:pPr>
            <w:r>
              <w:rPr>
                <w:sz w:val="18"/>
              </w:rPr>
              <w:t>0.881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E8E017" w14:textId="77777777" w:rsidR="00CF131D" w:rsidRDefault="00CF131D">
            <w:pPr>
              <w:jc w:val="center"/>
            </w:pPr>
            <w:r>
              <w:rPr>
                <w:sz w:val="18"/>
              </w:rPr>
              <w:t>0.864</w:t>
            </w:r>
          </w:p>
        </w:tc>
      </w:tr>
      <w:tr w:rsidR="00CF131D" w14:paraId="70F0D211" w14:textId="77777777" w:rsidTr="00CF131D">
        <w:trPr>
          <w:jc w:val="center"/>
        </w:trPr>
        <w:tc>
          <w:tcPr>
            <w:tcW w:w="3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F03CEA" w14:textId="77777777" w:rsidR="00CF131D" w:rsidRDefault="00CF131D">
            <w:r>
              <w:rPr>
                <w:sz w:val="18"/>
              </w:rPr>
              <w:t>SAS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5D84DE" w14:textId="77777777" w:rsidR="00CF131D" w:rsidRDefault="00CF131D">
            <w:pPr>
              <w:jc w:val="center"/>
            </w:pPr>
            <w:r>
              <w:rPr>
                <w:sz w:val="18"/>
              </w:rPr>
              <w:t>0.864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BF2AC3" w14:textId="77777777" w:rsidR="00CF131D" w:rsidRDefault="00CF131D">
            <w:pPr>
              <w:jc w:val="center"/>
            </w:pPr>
            <w:r>
              <w:rPr>
                <w:sz w:val="18"/>
              </w:rPr>
              <w:t>0.895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D8842E" w14:textId="77777777" w:rsidR="00CF131D" w:rsidRDefault="00CF131D">
            <w:pPr>
              <w:jc w:val="center"/>
            </w:pPr>
            <w:r>
              <w:rPr>
                <w:sz w:val="18"/>
              </w:rPr>
              <w:t>0.907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53D6F8" w14:textId="77777777" w:rsidR="00CF131D" w:rsidRDefault="00CF131D">
            <w:pPr>
              <w:jc w:val="center"/>
            </w:pPr>
            <w:r>
              <w:rPr>
                <w:sz w:val="18"/>
              </w:rPr>
              <w:t>0.909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6A9E0B" w14:textId="77777777" w:rsidR="00CF131D" w:rsidRDefault="00CF131D">
            <w:pPr>
              <w:jc w:val="center"/>
            </w:pPr>
            <w:r>
              <w:rPr>
                <w:sz w:val="18"/>
              </w:rPr>
              <w:t>0.926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3DDD71" w14:textId="77777777" w:rsidR="00CF131D" w:rsidRDefault="00CF131D">
            <w:pPr>
              <w:jc w:val="center"/>
            </w:pPr>
            <w:r>
              <w:rPr>
                <w:sz w:val="18"/>
              </w:rPr>
              <w:t>0.870</w:t>
            </w:r>
          </w:p>
        </w:tc>
      </w:tr>
      <w:tr w:rsidR="00CF131D" w14:paraId="12AC5AEC" w14:textId="77777777" w:rsidTr="00CF131D">
        <w:trPr>
          <w:jc w:val="center"/>
        </w:trPr>
        <w:tc>
          <w:tcPr>
            <w:tcW w:w="3240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B7D314" w14:textId="77777777" w:rsidR="00CF131D" w:rsidRDefault="00CF131D">
            <w:r>
              <w:rPr>
                <w:sz w:val="18"/>
              </w:rPr>
              <w:t>SDS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299EAC" w14:textId="77777777" w:rsidR="00CF131D" w:rsidRDefault="00CF131D">
            <w:pPr>
              <w:jc w:val="center"/>
            </w:pPr>
            <w:r>
              <w:rPr>
                <w:sz w:val="18"/>
              </w:rPr>
              <w:t>0.887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B928B8" w14:textId="77777777" w:rsidR="00CF131D" w:rsidRDefault="00CF131D">
            <w:pPr>
              <w:jc w:val="center"/>
            </w:pPr>
            <w:r>
              <w:rPr>
                <w:sz w:val="18"/>
              </w:rPr>
              <w:t>0.861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5BD476" w14:textId="77777777" w:rsidR="00CF131D" w:rsidRDefault="00CF131D">
            <w:pPr>
              <w:jc w:val="center"/>
            </w:pPr>
            <w:r>
              <w:rPr>
                <w:sz w:val="18"/>
              </w:rPr>
              <w:t>0.910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F2A6DB" w14:textId="77777777" w:rsidR="00CF131D" w:rsidRDefault="00CF131D">
            <w:pPr>
              <w:jc w:val="center"/>
            </w:pPr>
            <w:r>
              <w:rPr>
                <w:sz w:val="18"/>
              </w:rPr>
              <w:t>0.911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F8004B" w14:textId="77777777" w:rsidR="00CF131D" w:rsidRDefault="00CF131D">
            <w:pPr>
              <w:jc w:val="center"/>
            </w:pPr>
            <w:r>
              <w:rPr>
                <w:sz w:val="18"/>
              </w:rPr>
              <w:t>0.920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3003D4" w14:textId="77777777" w:rsidR="00CF131D" w:rsidRDefault="00CF131D">
            <w:pPr>
              <w:jc w:val="center"/>
            </w:pPr>
            <w:r>
              <w:rPr>
                <w:sz w:val="18"/>
              </w:rPr>
              <w:t>0.882</w:t>
            </w:r>
          </w:p>
        </w:tc>
      </w:tr>
      <w:tr w:rsidR="00CF131D" w14:paraId="4D796536" w14:textId="77777777" w:rsidTr="00CF131D">
        <w:trPr>
          <w:jc w:val="center"/>
        </w:trPr>
        <w:tc>
          <w:tcPr>
            <w:tcW w:w="3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28CBD3" w14:textId="77777777" w:rsidR="00CF131D" w:rsidRDefault="00CF131D">
            <w:r>
              <w:rPr>
                <w:sz w:val="18"/>
              </w:rPr>
              <w:t>ERQ-CR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20516B" w14:textId="77777777" w:rsidR="00CF131D" w:rsidRDefault="00CF131D">
            <w:pPr>
              <w:jc w:val="center"/>
            </w:pPr>
            <w:r>
              <w:rPr>
                <w:sz w:val="18"/>
              </w:rPr>
              <w:t>0.820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E041C6" w14:textId="77777777" w:rsidR="00CF131D" w:rsidRDefault="00CF131D">
            <w:pPr>
              <w:jc w:val="center"/>
            </w:pPr>
            <w:r>
              <w:rPr>
                <w:sz w:val="18"/>
              </w:rPr>
              <w:t>0.825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4822D7" w14:textId="77777777" w:rsidR="00CF131D" w:rsidRDefault="00CF131D">
            <w:pPr>
              <w:jc w:val="center"/>
            </w:pPr>
            <w:r>
              <w:rPr>
                <w:sz w:val="18"/>
              </w:rPr>
              <w:t>0.863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6D911B" w14:textId="77777777" w:rsidR="00CF131D" w:rsidRDefault="00CF131D">
            <w:pPr>
              <w:jc w:val="center"/>
            </w:pPr>
            <w:r>
              <w:rPr>
                <w:sz w:val="18"/>
              </w:rPr>
              <w:t>0.893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64B483" w14:textId="77777777" w:rsidR="00CF131D" w:rsidRDefault="00CF131D">
            <w:pPr>
              <w:jc w:val="center"/>
            </w:pPr>
            <w:r>
              <w:rPr>
                <w:sz w:val="18"/>
              </w:rPr>
              <w:t>0.907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6E0198" w14:textId="77777777" w:rsidR="00CF131D" w:rsidRDefault="00CF131D">
            <w:pPr>
              <w:jc w:val="center"/>
            </w:pPr>
            <w:r>
              <w:rPr>
                <w:sz w:val="18"/>
              </w:rPr>
              <w:t>0.920</w:t>
            </w:r>
          </w:p>
        </w:tc>
      </w:tr>
      <w:tr w:rsidR="00CF131D" w14:paraId="1DE78C2D" w14:textId="77777777" w:rsidTr="00CF131D">
        <w:trPr>
          <w:jc w:val="center"/>
        </w:trPr>
        <w:tc>
          <w:tcPr>
            <w:tcW w:w="3240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2C99C4" w14:textId="77777777" w:rsidR="00CF131D" w:rsidRDefault="00CF131D">
            <w:r>
              <w:rPr>
                <w:sz w:val="18"/>
              </w:rPr>
              <w:t>ERQ-ES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13C32D" w14:textId="77777777" w:rsidR="00CF131D" w:rsidRDefault="00CF131D">
            <w:pPr>
              <w:jc w:val="center"/>
            </w:pPr>
            <w:r>
              <w:rPr>
                <w:sz w:val="18"/>
              </w:rPr>
              <w:t>0.849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33806C" w14:textId="77777777" w:rsidR="00CF131D" w:rsidRDefault="00CF131D">
            <w:pPr>
              <w:jc w:val="center"/>
            </w:pPr>
            <w:r>
              <w:rPr>
                <w:sz w:val="18"/>
              </w:rPr>
              <w:t>0.836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D2785D" w14:textId="77777777" w:rsidR="00CF131D" w:rsidRDefault="00CF131D">
            <w:pPr>
              <w:jc w:val="center"/>
            </w:pPr>
            <w:r>
              <w:rPr>
                <w:sz w:val="18"/>
              </w:rPr>
              <w:t>0.860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606C6B" w14:textId="77777777" w:rsidR="00CF131D" w:rsidRDefault="00CF131D">
            <w:pPr>
              <w:jc w:val="center"/>
            </w:pPr>
            <w:r>
              <w:rPr>
                <w:sz w:val="18"/>
              </w:rPr>
              <w:t>0.847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2BF641" w14:textId="77777777" w:rsidR="00CF131D" w:rsidRDefault="00CF131D">
            <w:pPr>
              <w:jc w:val="center"/>
            </w:pPr>
            <w:r>
              <w:rPr>
                <w:sz w:val="18"/>
              </w:rPr>
              <w:t>0.837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92C3A1" w14:textId="77777777" w:rsidR="00CF131D" w:rsidRDefault="00CF131D">
            <w:pPr>
              <w:jc w:val="center"/>
            </w:pPr>
            <w:r>
              <w:rPr>
                <w:sz w:val="18"/>
              </w:rPr>
              <w:t>0.826</w:t>
            </w:r>
          </w:p>
        </w:tc>
      </w:tr>
      <w:tr w:rsidR="00CF131D" w14:paraId="17E0932C" w14:textId="77777777" w:rsidTr="00CF131D">
        <w:trPr>
          <w:jc w:val="center"/>
        </w:trPr>
        <w:tc>
          <w:tcPr>
            <w:tcW w:w="3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F96846" w14:textId="77777777" w:rsidR="00CF131D" w:rsidRDefault="00CF131D">
            <w:r>
              <w:rPr>
                <w:sz w:val="18"/>
              </w:rPr>
              <w:t>DERS Total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221BAC" w14:textId="77777777" w:rsidR="00CF131D" w:rsidRDefault="00CF131D">
            <w:pPr>
              <w:jc w:val="center"/>
            </w:pPr>
            <w:r>
              <w:rPr>
                <w:sz w:val="18"/>
              </w:rPr>
              <w:t>0.930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8C71F2" w14:textId="77777777" w:rsidR="00CF131D" w:rsidRDefault="00CF131D">
            <w:pPr>
              <w:jc w:val="center"/>
            </w:pPr>
            <w:r>
              <w:rPr>
                <w:sz w:val="18"/>
              </w:rPr>
              <w:t>0.903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FC304C" w14:textId="77777777" w:rsidR="00CF131D" w:rsidRDefault="00CF131D">
            <w:pPr>
              <w:jc w:val="center"/>
            </w:pPr>
            <w:r>
              <w:rPr>
                <w:sz w:val="18"/>
              </w:rPr>
              <w:t>0.935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D5B649" w14:textId="77777777" w:rsidR="00CF131D" w:rsidRDefault="00CF131D">
            <w:pPr>
              <w:jc w:val="center"/>
            </w:pPr>
            <w:r>
              <w:rPr>
                <w:sz w:val="18"/>
              </w:rPr>
              <w:t>0.944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BF1730" w14:textId="77777777" w:rsidR="00CF131D" w:rsidRDefault="00CF131D">
            <w:pPr>
              <w:jc w:val="center"/>
            </w:pPr>
            <w:r>
              <w:rPr>
                <w:sz w:val="18"/>
              </w:rPr>
              <w:t>0.949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E97243" w14:textId="77777777" w:rsidR="00CF131D" w:rsidRDefault="00CF131D">
            <w:pPr>
              <w:jc w:val="center"/>
            </w:pPr>
            <w:r>
              <w:rPr>
                <w:sz w:val="18"/>
              </w:rPr>
              <w:t>0.943</w:t>
            </w:r>
          </w:p>
        </w:tc>
      </w:tr>
      <w:tr w:rsidR="00CF131D" w14:paraId="19AC422D" w14:textId="77777777" w:rsidTr="00CF131D">
        <w:trPr>
          <w:jc w:val="center"/>
        </w:trPr>
        <w:tc>
          <w:tcPr>
            <w:tcW w:w="3240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7ACE7C" w14:textId="77777777" w:rsidR="00CF131D" w:rsidRDefault="00CF131D">
            <w:r>
              <w:rPr>
                <w:sz w:val="18"/>
              </w:rPr>
              <w:t>WHOQOL-PH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503A2D" w14:textId="77777777" w:rsidR="00CF131D" w:rsidRDefault="00CF131D">
            <w:pPr>
              <w:jc w:val="center"/>
            </w:pPr>
            <w:r>
              <w:rPr>
                <w:sz w:val="18"/>
              </w:rPr>
              <w:t>0.751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D47CA2" w14:textId="77777777" w:rsidR="00CF131D" w:rsidRDefault="00CF131D">
            <w:pPr>
              <w:jc w:val="center"/>
            </w:pPr>
            <w:r>
              <w:rPr>
                <w:sz w:val="18"/>
              </w:rPr>
              <w:t>0.759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BE13BE" w14:textId="77777777" w:rsidR="00CF131D" w:rsidRDefault="00CF131D">
            <w:pPr>
              <w:jc w:val="center"/>
            </w:pPr>
            <w:r>
              <w:rPr>
                <w:sz w:val="18"/>
              </w:rPr>
              <w:t>0.822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081F09" w14:textId="77777777" w:rsidR="00CF131D" w:rsidRDefault="00CF131D">
            <w:pPr>
              <w:jc w:val="center"/>
            </w:pPr>
            <w:r>
              <w:rPr>
                <w:sz w:val="18"/>
              </w:rPr>
              <w:t>0.812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9B9341" w14:textId="77777777" w:rsidR="00CF131D" w:rsidRDefault="00CF131D">
            <w:pPr>
              <w:jc w:val="center"/>
            </w:pPr>
            <w:r>
              <w:rPr>
                <w:sz w:val="18"/>
              </w:rPr>
              <w:t>0.840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6D0F89" w14:textId="77777777" w:rsidR="00CF131D" w:rsidRDefault="00CF131D">
            <w:pPr>
              <w:jc w:val="center"/>
            </w:pPr>
            <w:r>
              <w:rPr>
                <w:sz w:val="18"/>
              </w:rPr>
              <w:t>0.806</w:t>
            </w:r>
          </w:p>
        </w:tc>
      </w:tr>
      <w:tr w:rsidR="00CF131D" w14:paraId="21D109AB" w14:textId="77777777" w:rsidTr="00CF131D">
        <w:trPr>
          <w:jc w:val="center"/>
        </w:trPr>
        <w:tc>
          <w:tcPr>
            <w:tcW w:w="3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73677B" w14:textId="77777777" w:rsidR="00CF131D" w:rsidRDefault="00CF131D">
            <w:r>
              <w:rPr>
                <w:sz w:val="18"/>
              </w:rPr>
              <w:t>WHOQOL-PSY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5596D3" w14:textId="77777777" w:rsidR="00CF131D" w:rsidRDefault="00CF131D">
            <w:pPr>
              <w:jc w:val="center"/>
            </w:pPr>
            <w:r>
              <w:rPr>
                <w:sz w:val="18"/>
              </w:rPr>
              <w:t>0.839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87FEE2" w14:textId="77777777" w:rsidR="00CF131D" w:rsidRDefault="00CF131D">
            <w:pPr>
              <w:jc w:val="center"/>
            </w:pPr>
            <w:r>
              <w:rPr>
                <w:sz w:val="18"/>
              </w:rPr>
              <w:t>0.787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4A0E6E" w14:textId="77777777" w:rsidR="00CF131D" w:rsidRDefault="00CF131D">
            <w:pPr>
              <w:jc w:val="center"/>
            </w:pPr>
            <w:r>
              <w:rPr>
                <w:sz w:val="18"/>
              </w:rPr>
              <w:t>0.841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183BD9" w14:textId="77777777" w:rsidR="00CF131D" w:rsidRDefault="00CF131D">
            <w:pPr>
              <w:jc w:val="center"/>
            </w:pPr>
            <w:r>
              <w:rPr>
                <w:sz w:val="18"/>
              </w:rPr>
              <w:t>0.846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BCBBE9" w14:textId="77777777" w:rsidR="00CF131D" w:rsidRDefault="00CF131D">
            <w:pPr>
              <w:jc w:val="center"/>
            </w:pPr>
            <w:r>
              <w:rPr>
                <w:sz w:val="18"/>
              </w:rPr>
              <w:t>0.871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81CFCF" w14:textId="77777777" w:rsidR="00CF131D" w:rsidRDefault="00CF131D">
            <w:pPr>
              <w:jc w:val="center"/>
            </w:pPr>
            <w:r>
              <w:rPr>
                <w:sz w:val="18"/>
              </w:rPr>
              <w:t>0.798</w:t>
            </w:r>
          </w:p>
        </w:tc>
      </w:tr>
      <w:tr w:rsidR="00CF131D" w14:paraId="237A7AA2" w14:textId="77777777" w:rsidTr="00CF131D">
        <w:trPr>
          <w:jc w:val="center"/>
        </w:trPr>
        <w:tc>
          <w:tcPr>
            <w:tcW w:w="3240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6CBC69" w14:textId="77777777" w:rsidR="00CF131D" w:rsidRDefault="00CF131D">
            <w:r>
              <w:rPr>
                <w:sz w:val="18"/>
              </w:rPr>
              <w:t>WHOQOL-ENV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84F970" w14:textId="77777777" w:rsidR="00CF131D" w:rsidRDefault="00CF131D">
            <w:pPr>
              <w:jc w:val="center"/>
            </w:pPr>
            <w:r>
              <w:rPr>
                <w:sz w:val="18"/>
              </w:rPr>
              <w:t>0.827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6209BE" w14:textId="77777777" w:rsidR="00CF131D" w:rsidRDefault="00CF131D">
            <w:pPr>
              <w:jc w:val="center"/>
            </w:pPr>
            <w:r>
              <w:rPr>
                <w:sz w:val="18"/>
              </w:rPr>
              <w:t>0.829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1C7F82" w14:textId="77777777" w:rsidR="00CF131D" w:rsidRDefault="00CF131D">
            <w:pPr>
              <w:jc w:val="center"/>
            </w:pPr>
            <w:r>
              <w:rPr>
                <w:sz w:val="18"/>
              </w:rPr>
              <w:t>0.855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5494FE" w14:textId="77777777" w:rsidR="00CF131D" w:rsidRDefault="00CF131D">
            <w:pPr>
              <w:jc w:val="center"/>
            </w:pPr>
            <w:r>
              <w:rPr>
                <w:sz w:val="18"/>
              </w:rPr>
              <w:t>0.900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E483ED" w14:textId="77777777" w:rsidR="00CF131D" w:rsidRDefault="00CF131D">
            <w:pPr>
              <w:jc w:val="center"/>
            </w:pPr>
            <w:r>
              <w:rPr>
                <w:sz w:val="18"/>
              </w:rPr>
              <w:t>0.852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A60904" w14:textId="77777777" w:rsidR="00CF131D" w:rsidRDefault="00CF131D">
            <w:pPr>
              <w:jc w:val="center"/>
            </w:pPr>
            <w:r>
              <w:rPr>
                <w:sz w:val="18"/>
              </w:rPr>
              <w:t>0.831</w:t>
            </w:r>
          </w:p>
        </w:tc>
      </w:tr>
      <w:tr w:rsidR="00CF131D" w14:paraId="18A3B999" w14:textId="77777777" w:rsidTr="00CF131D">
        <w:trPr>
          <w:jc w:val="center"/>
        </w:trPr>
        <w:tc>
          <w:tcPr>
            <w:tcW w:w="3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BF4D87" w14:textId="77777777" w:rsidR="00CF131D" w:rsidRDefault="00CF131D">
            <w:r>
              <w:rPr>
                <w:sz w:val="18"/>
              </w:rPr>
              <w:t>WHOQOL-SR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0E021E" w14:textId="77777777" w:rsidR="00CF131D" w:rsidRDefault="00CF131D">
            <w:pPr>
              <w:jc w:val="center"/>
            </w:pPr>
            <w:r>
              <w:rPr>
                <w:sz w:val="18"/>
              </w:rPr>
              <w:t>0.793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741D14" w14:textId="77777777" w:rsidR="00CF131D" w:rsidRDefault="00CF131D">
            <w:pPr>
              <w:jc w:val="center"/>
            </w:pPr>
            <w:r>
              <w:rPr>
                <w:sz w:val="18"/>
              </w:rPr>
              <w:t>0.678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8C5C7C" w14:textId="77777777" w:rsidR="00CF131D" w:rsidRDefault="00CF131D">
            <w:pPr>
              <w:jc w:val="center"/>
            </w:pPr>
            <w:r>
              <w:rPr>
                <w:sz w:val="18"/>
              </w:rPr>
              <w:t>0.771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C4E12F" w14:textId="77777777" w:rsidR="00CF131D" w:rsidRDefault="00CF131D">
            <w:pPr>
              <w:jc w:val="center"/>
            </w:pPr>
            <w:r>
              <w:rPr>
                <w:sz w:val="18"/>
              </w:rPr>
              <w:t>0.826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FF7D47" w14:textId="77777777" w:rsidR="00CF131D" w:rsidRDefault="00CF131D">
            <w:pPr>
              <w:jc w:val="center"/>
            </w:pPr>
            <w:r>
              <w:rPr>
                <w:sz w:val="18"/>
              </w:rPr>
              <w:t>0.738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75BEEC" w14:textId="77777777" w:rsidR="00CF131D" w:rsidRDefault="00CF131D">
            <w:pPr>
              <w:jc w:val="center"/>
            </w:pPr>
            <w:r>
              <w:rPr>
                <w:sz w:val="18"/>
              </w:rPr>
              <w:t>0.771</w:t>
            </w:r>
          </w:p>
        </w:tc>
      </w:tr>
      <w:tr w:rsidR="00CF131D" w14:paraId="503A64FE" w14:textId="77777777" w:rsidTr="00CF131D">
        <w:trPr>
          <w:jc w:val="center"/>
        </w:trPr>
        <w:tc>
          <w:tcPr>
            <w:tcW w:w="3240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13E1D2" w14:textId="77777777" w:rsidR="00CF131D" w:rsidRDefault="00CF131D">
            <w:r>
              <w:rPr>
                <w:sz w:val="18"/>
              </w:rPr>
              <w:t>GSES Total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CB1AD2" w14:textId="77777777" w:rsidR="00CF131D" w:rsidRDefault="00CF131D">
            <w:pPr>
              <w:jc w:val="center"/>
            </w:pPr>
            <w:r>
              <w:rPr>
                <w:sz w:val="18"/>
              </w:rPr>
              <w:t>0.941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D0A27C" w14:textId="77777777" w:rsidR="00CF131D" w:rsidRDefault="00CF131D">
            <w:pPr>
              <w:jc w:val="center"/>
            </w:pPr>
            <w:r>
              <w:rPr>
                <w:sz w:val="18"/>
              </w:rPr>
              <w:t>0.949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F651BB" w14:textId="77777777" w:rsidR="00CF131D" w:rsidRDefault="00CF131D">
            <w:pPr>
              <w:jc w:val="center"/>
            </w:pPr>
            <w:r>
              <w:rPr>
                <w:sz w:val="18"/>
              </w:rPr>
              <w:t>0.930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AA45E2" w14:textId="77777777" w:rsidR="00CF131D" w:rsidRDefault="00CF131D">
            <w:pPr>
              <w:jc w:val="center"/>
            </w:pPr>
            <w:r>
              <w:rPr>
                <w:sz w:val="18"/>
              </w:rPr>
              <w:t>0.925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47A57F" w14:textId="77777777" w:rsidR="00CF131D" w:rsidRDefault="00CF131D">
            <w:pPr>
              <w:jc w:val="center"/>
            </w:pPr>
            <w:r>
              <w:rPr>
                <w:sz w:val="18"/>
              </w:rPr>
              <w:t>0.948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A4F465" w14:textId="77777777" w:rsidR="00CF131D" w:rsidRDefault="00CF131D">
            <w:pPr>
              <w:jc w:val="center"/>
            </w:pPr>
            <w:r>
              <w:rPr>
                <w:sz w:val="18"/>
              </w:rPr>
              <w:t>0.943</w:t>
            </w:r>
          </w:p>
        </w:tc>
      </w:tr>
      <w:tr w:rsidR="00CF131D" w14:paraId="301AA2DC" w14:textId="77777777" w:rsidTr="00CF131D">
        <w:trPr>
          <w:jc w:val="center"/>
        </w:trPr>
        <w:tc>
          <w:tcPr>
            <w:tcW w:w="3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41393D" w14:textId="77777777" w:rsidR="00CF131D" w:rsidRDefault="00CF131D">
            <w:r>
              <w:rPr>
                <w:sz w:val="18"/>
              </w:rPr>
              <w:t>Sheehan Disability Scale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3DD89D" w14:textId="77777777" w:rsidR="00CF131D" w:rsidRDefault="00CF131D">
            <w:pPr>
              <w:jc w:val="center"/>
            </w:pPr>
            <w:r>
              <w:rPr>
                <w:sz w:val="18"/>
              </w:rPr>
              <w:t>0.643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ABD7D4" w14:textId="77777777" w:rsidR="00CF131D" w:rsidRDefault="00CF131D">
            <w:pPr>
              <w:jc w:val="center"/>
            </w:pPr>
            <w:r>
              <w:rPr>
                <w:sz w:val="18"/>
              </w:rPr>
              <w:t>0.402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839CDC" w14:textId="77777777" w:rsidR="00CF131D" w:rsidRDefault="00CF131D">
            <w:pPr>
              <w:jc w:val="center"/>
            </w:pPr>
            <w:r>
              <w:rPr>
                <w:sz w:val="18"/>
              </w:rPr>
              <w:t>0.512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256A48" w14:textId="77777777" w:rsidR="00CF131D" w:rsidRDefault="00CF131D">
            <w:pPr>
              <w:jc w:val="center"/>
            </w:pPr>
            <w:r>
              <w:rPr>
                <w:sz w:val="18"/>
              </w:rPr>
              <w:t>0.639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6B1523" w14:textId="77777777" w:rsidR="00CF131D" w:rsidRDefault="00CF131D">
            <w:pPr>
              <w:jc w:val="center"/>
            </w:pPr>
            <w:r>
              <w:rPr>
                <w:sz w:val="18"/>
              </w:rPr>
              <w:t>0.726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16B668" w14:textId="77777777" w:rsidR="00CF131D" w:rsidRDefault="00CF131D">
            <w:pPr>
              <w:jc w:val="center"/>
            </w:pPr>
            <w:r>
              <w:rPr>
                <w:sz w:val="18"/>
              </w:rPr>
              <w:t>0.672</w:t>
            </w:r>
          </w:p>
        </w:tc>
      </w:tr>
      <w:tr w:rsidR="00CF131D" w14:paraId="6869B655" w14:textId="77777777" w:rsidTr="00CF131D">
        <w:trPr>
          <w:jc w:val="center"/>
        </w:trPr>
        <w:tc>
          <w:tcPr>
            <w:tcW w:w="3240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E69822" w14:textId="77777777" w:rsidR="00CF131D" w:rsidRDefault="00CF131D">
            <w:r>
              <w:rPr>
                <w:sz w:val="18"/>
              </w:rPr>
              <w:t>BRIEF-A BRI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670B66" w14:textId="77777777" w:rsidR="00CF131D" w:rsidRDefault="00CF131D">
            <w:pPr>
              <w:jc w:val="center"/>
            </w:pPr>
            <w:r>
              <w:rPr>
                <w:sz w:val="18"/>
              </w:rPr>
              <w:t>0.936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2D00A0" w14:textId="77777777" w:rsidR="00CF131D" w:rsidRDefault="00CF131D">
            <w:pPr>
              <w:jc w:val="center"/>
            </w:pPr>
            <w:r>
              <w:rPr>
                <w:sz w:val="18"/>
              </w:rPr>
              <w:t>0.939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7DD94A" w14:textId="77777777" w:rsidR="00CF131D" w:rsidRDefault="00CF131D">
            <w:pPr>
              <w:jc w:val="center"/>
            </w:pPr>
            <w:r>
              <w:rPr>
                <w:sz w:val="18"/>
              </w:rPr>
              <w:t>0.954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059339" w14:textId="77777777" w:rsidR="00CF131D" w:rsidRDefault="00CF131D">
            <w:pPr>
              <w:jc w:val="center"/>
            </w:pPr>
            <w:r>
              <w:rPr>
                <w:sz w:val="18"/>
              </w:rPr>
              <w:t>0.941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EDB30C" w14:textId="77777777" w:rsidR="00CF131D" w:rsidRDefault="00CF131D">
            <w:pPr>
              <w:jc w:val="center"/>
            </w:pPr>
            <w:r>
              <w:rPr>
                <w:sz w:val="18"/>
              </w:rPr>
              <w:t>0.944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FA95D3" w14:textId="77777777" w:rsidR="00CF131D" w:rsidRDefault="00CF131D">
            <w:pPr>
              <w:jc w:val="center"/>
            </w:pPr>
            <w:r>
              <w:rPr>
                <w:sz w:val="18"/>
              </w:rPr>
              <w:t>0.945</w:t>
            </w:r>
          </w:p>
        </w:tc>
      </w:tr>
      <w:tr w:rsidR="00CF131D" w14:paraId="6E53A526" w14:textId="77777777" w:rsidTr="00CF131D">
        <w:trPr>
          <w:jc w:val="center"/>
        </w:trPr>
        <w:tc>
          <w:tcPr>
            <w:tcW w:w="3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84BF35" w14:textId="77777777" w:rsidR="00CF131D" w:rsidRDefault="00CF131D">
            <w:r>
              <w:rPr>
                <w:sz w:val="18"/>
              </w:rPr>
              <w:t>BRIEF-A MI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A8366A" w14:textId="77777777" w:rsidR="00CF131D" w:rsidRDefault="00CF131D">
            <w:pPr>
              <w:jc w:val="center"/>
            </w:pPr>
            <w:r>
              <w:rPr>
                <w:sz w:val="18"/>
              </w:rPr>
              <w:t>0.935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3C3208" w14:textId="77777777" w:rsidR="00CF131D" w:rsidRDefault="00CF131D">
            <w:pPr>
              <w:jc w:val="center"/>
            </w:pPr>
            <w:r>
              <w:rPr>
                <w:sz w:val="18"/>
              </w:rPr>
              <w:t>0.940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585F96" w14:textId="77777777" w:rsidR="00CF131D" w:rsidRDefault="00CF131D">
            <w:pPr>
              <w:jc w:val="center"/>
            </w:pPr>
            <w:r>
              <w:rPr>
                <w:sz w:val="18"/>
              </w:rPr>
              <w:t>0.954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57A894" w14:textId="77777777" w:rsidR="00CF131D" w:rsidRDefault="00CF131D">
            <w:pPr>
              <w:jc w:val="center"/>
            </w:pPr>
            <w:r>
              <w:rPr>
                <w:sz w:val="18"/>
              </w:rPr>
              <w:t>0.957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EAFA41" w14:textId="77777777" w:rsidR="00CF131D" w:rsidRDefault="00CF131D">
            <w:pPr>
              <w:jc w:val="center"/>
            </w:pPr>
            <w:r>
              <w:rPr>
                <w:sz w:val="18"/>
              </w:rPr>
              <w:t>0.957</w:t>
            </w:r>
          </w:p>
        </w:tc>
        <w:tc>
          <w:tcPr>
            <w:tcW w:w="15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8F43D8" w14:textId="77777777" w:rsidR="00CF131D" w:rsidRDefault="00CF131D">
            <w:pPr>
              <w:jc w:val="center"/>
            </w:pPr>
            <w:r>
              <w:rPr>
                <w:sz w:val="18"/>
              </w:rPr>
              <w:t>0.953</w:t>
            </w:r>
          </w:p>
        </w:tc>
      </w:tr>
      <w:tr w:rsidR="00CF131D" w14:paraId="7BAC930C" w14:textId="77777777" w:rsidTr="00CF131D">
        <w:trPr>
          <w:jc w:val="center"/>
        </w:trPr>
        <w:tc>
          <w:tcPr>
            <w:tcW w:w="3240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F39F0A" w14:textId="77777777" w:rsidR="00CF131D" w:rsidRDefault="00CF131D">
            <w:r>
              <w:rPr>
                <w:sz w:val="18"/>
              </w:rPr>
              <w:t>BRIEF-A GEC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28FC67" w14:textId="77777777" w:rsidR="00CF131D" w:rsidRDefault="00CF131D">
            <w:pPr>
              <w:jc w:val="center"/>
            </w:pPr>
            <w:r>
              <w:rPr>
                <w:sz w:val="18"/>
              </w:rPr>
              <w:t>0.958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67D6FA" w14:textId="77777777" w:rsidR="00CF131D" w:rsidRDefault="00CF131D">
            <w:pPr>
              <w:jc w:val="center"/>
            </w:pPr>
            <w:r>
              <w:rPr>
                <w:sz w:val="18"/>
              </w:rPr>
              <w:t>0.961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AF33AC" w14:textId="77777777" w:rsidR="00CF131D" w:rsidRDefault="00CF131D">
            <w:pPr>
              <w:jc w:val="center"/>
            </w:pPr>
            <w:r>
              <w:rPr>
                <w:sz w:val="18"/>
              </w:rPr>
              <w:t>0.973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5E3B2F" w14:textId="77777777" w:rsidR="00CF131D" w:rsidRDefault="00CF131D">
            <w:pPr>
              <w:jc w:val="center"/>
            </w:pPr>
            <w:r>
              <w:rPr>
                <w:sz w:val="18"/>
              </w:rPr>
              <w:t>0.970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112A8E" w14:textId="77777777" w:rsidR="00CF131D" w:rsidRDefault="00CF131D">
            <w:pPr>
              <w:jc w:val="center"/>
            </w:pPr>
            <w:r>
              <w:rPr>
                <w:sz w:val="18"/>
              </w:rPr>
              <w:t>0.971</w:t>
            </w:r>
          </w:p>
        </w:tc>
        <w:tc>
          <w:tcPr>
            <w:tcW w:w="1584" w:type="dxa"/>
            <w:shd w:val="clear" w:color="auto" w:fill="F8FBF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9A5112" w14:textId="77777777" w:rsidR="00CF131D" w:rsidRDefault="00CF131D">
            <w:pPr>
              <w:jc w:val="center"/>
            </w:pPr>
            <w:r>
              <w:rPr>
                <w:sz w:val="18"/>
              </w:rPr>
              <w:t>0.969</w:t>
            </w:r>
          </w:p>
        </w:tc>
      </w:tr>
    </w:tbl>
    <w:p w14:paraId="26923849" w14:textId="77777777" w:rsidR="0056249B" w:rsidRDefault="0056249B"/>
    <w:p w14:paraId="528604FC" w14:textId="319106E5" w:rsidR="0056249B" w:rsidRDefault="00000000">
      <w:pPr>
        <w:spacing w:before="60" w:after="0"/>
      </w:pPr>
      <w:r>
        <w:rPr>
          <w:b/>
          <w:sz w:val="18"/>
        </w:rPr>
        <w:t xml:space="preserve">Abbreviations: </w:t>
      </w:r>
      <w:r w:rsidR="0064732E" w:rsidRPr="0064732E">
        <w:rPr>
          <w:sz w:val="18"/>
        </w:rPr>
        <w:t>ADHD-RS</w:t>
      </w:r>
      <w:r>
        <w:rPr>
          <w:sz w:val="18"/>
        </w:rPr>
        <w:t xml:space="preserve">, </w:t>
      </w:r>
      <w:r w:rsidR="0064732E" w:rsidRPr="0064732E">
        <w:rPr>
          <w:sz w:val="18"/>
        </w:rPr>
        <w:t>ADHD Rating Scale</w:t>
      </w:r>
      <w:r>
        <w:rPr>
          <w:sz w:val="18"/>
        </w:rPr>
        <w:t>; SAS, Self-Rating Anxiety Scale; SDS, Self-Rating Depression Scale; ERQ-CR, Emotion Regulation Questionnaire—Cognitive Reappraisal; ERQ-ES, Emotion Regulation Questionnaire—Expressive Suppression; DERS, Difficulties in Emotion Regulation Scale; WHOQOL-PH, physical domain of the World Health Organization Quality of Life scale; WHOQOL-PSY, psychological domain; WHOQOL-ENV, environmental domain; WHOQOL-SR, social relationships domain; GSES, General Self-Efficacy Scale; BRIEF-A, Behavior Rating Inventory of Executive Function—Adult version; BRI, Behavioral Regulation Index; MI, Metacognition Index; GEC, Global Executive Composite.</w:t>
      </w:r>
    </w:p>
    <w:p w14:paraId="7A7A27C9" w14:textId="77777777" w:rsidR="0056249B" w:rsidRDefault="00000000">
      <w:pPr>
        <w:spacing w:before="60" w:after="0"/>
      </w:pPr>
      <w:r>
        <w:rPr>
          <w:b/>
          <w:sz w:val="18"/>
        </w:rPr>
        <w:t xml:space="preserve">Suggested manuscript sentence: </w:t>
      </w:r>
      <w:r>
        <w:rPr>
          <w:sz w:val="18"/>
        </w:rPr>
        <w:t>Internal consistency reliability (Cronbach’s α) for the principal outcome measures at each assessment point in the present sample is presented in Supplementary Table S1.</w:t>
      </w:r>
    </w:p>
    <w:sectPr w:rsidR="0056249B" w:rsidSect="00034616">
      <w:pgSz w:w="15840" w:h="12240" w:orient="landscape"/>
      <w:pgMar w:top="792" w:right="792" w:bottom="792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D0180" w14:textId="77777777" w:rsidR="00EA03F5" w:rsidRDefault="00EA03F5" w:rsidP="00AF0FF9">
      <w:pPr>
        <w:spacing w:after="0" w:line="240" w:lineRule="auto"/>
      </w:pPr>
      <w:r>
        <w:separator/>
      </w:r>
    </w:p>
  </w:endnote>
  <w:endnote w:type="continuationSeparator" w:id="0">
    <w:p w14:paraId="23A0F1EC" w14:textId="77777777" w:rsidR="00EA03F5" w:rsidRDefault="00EA03F5" w:rsidP="00AF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EA2C6" w14:textId="77777777" w:rsidR="00EA03F5" w:rsidRDefault="00EA03F5" w:rsidP="00AF0FF9">
      <w:pPr>
        <w:spacing w:after="0" w:line="240" w:lineRule="auto"/>
      </w:pPr>
      <w:r>
        <w:separator/>
      </w:r>
    </w:p>
  </w:footnote>
  <w:footnote w:type="continuationSeparator" w:id="0">
    <w:p w14:paraId="4B7923FF" w14:textId="77777777" w:rsidR="00EA03F5" w:rsidRDefault="00EA03F5" w:rsidP="00AF0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8310633">
    <w:abstractNumId w:val="8"/>
  </w:num>
  <w:num w:numId="2" w16cid:durableId="899513188">
    <w:abstractNumId w:val="6"/>
  </w:num>
  <w:num w:numId="3" w16cid:durableId="705982414">
    <w:abstractNumId w:val="5"/>
  </w:num>
  <w:num w:numId="4" w16cid:durableId="139808118">
    <w:abstractNumId w:val="4"/>
  </w:num>
  <w:num w:numId="5" w16cid:durableId="1657563083">
    <w:abstractNumId w:val="7"/>
  </w:num>
  <w:num w:numId="6" w16cid:durableId="2077318520">
    <w:abstractNumId w:val="3"/>
  </w:num>
  <w:num w:numId="7" w16cid:durableId="908539877">
    <w:abstractNumId w:val="2"/>
  </w:num>
  <w:num w:numId="8" w16cid:durableId="2058700115">
    <w:abstractNumId w:val="1"/>
  </w:num>
  <w:num w:numId="9" w16cid:durableId="159431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E4BEF"/>
    <w:rsid w:val="0056249B"/>
    <w:rsid w:val="0064732E"/>
    <w:rsid w:val="00907A83"/>
    <w:rsid w:val="009A128C"/>
    <w:rsid w:val="009E157E"/>
    <w:rsid w:val="00AA1D8D"/>
    <w:rsid w:val="00AF0FF9"/>
    <w:rsid w:val="00B47730"/>
    <w:rsid w:val="00CB0664"/>
    <w:rsid w:val="00CF131D"/>
    <w:rsid w:val="00EA03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CCCC7A"/>
  <w14:defaultImageDpi w14:val="300"/>
  <w15:docId w15:val="{D579751F-CB63-4AA0-9B9C-C33229D4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1640</Characters>
  <Application>Microsoft Office Word</Application>
  <DocSecurity>0</DocSecurity>
  <Lines>60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Cheyenne Zhang</cp:lastModifiedBy>
  <cp:revision>4</cp:revision>
  <dcterms:created xsi:type="dcterms:W3CDTF">2026-03-12T14:31:00Z</dcterms:created>
  <dcterms:modified xsi:type="dcterms:W3CDTF">2026-04-11T01:30:00Z</dcterms:modified>
  <cp:category/>
</cp:coreProperties>
</file>