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D81FFE" w14:textId="6DC531D8" w:rsidR="000C7C30" w:rsidRDefault="004D5CDC">
      <w:pPr>
        <w:pStyle w:val="aa"/>
      </w:pPr>
      <w:r w:rsidRPr="004D5CDC">
        <w:t>Survey on Current Epidemic Prevention Practices and Determinants Among Early Childhood Educators</w:t>
      </w:r>
    </w:p>
    <w:p w14:paraId="785022EB" w14:textId="77777777" w:rsidR="000C7C30" w:rsidRDefault="00000000">
      <w:r>
        <w:t>Please answer the following questions based on your actual situation. Mark "✓" on the appropriate option.</w:t>
      </w:r>
    </w:p>
    <w:p w14:paraId="355894CC" w14:textId="77777777" w:rsidR="000C7C30" w:rsidRDefault="00000000">
      <w:pPr>
        <w:pStyle w:val="1"/>
      </w:pPr>
      <w:r>
        <w:t>Part 1: Basic Information</w:t>
      </w:r>
    </w:p>
    <w:p w14:paraId="225120AA" w14:textId="77777777" w:rsidR="000C7C30" w:rsidRDefault="00000000">
      <w:r>
        <w:t>1. Area of preschool: (1) □ New Taipei City (2) □ Taipei City</w:t>
      </w:r>
    </w:p>
    <w:p w14:paraId="1D5EE956" w14:textId="77777777" w:rsidR="000C7C30" w:rsidRDefault="00000000">
      <w:r>
        <w:t>2. Nature of preschool: (1) □ Private (2) □ Public (3) □ Non-profit</w:t>
      </w:r>
    </w:p>
    <w:p w14:paraId="5D2A37F8" w14:textId="77777777" w:rsidR="000C7C30" w:rsidRDefault="00000000">
      <w:r>
        <w:t>3. Age: (1) □ 25 or below (2) □ 26-30 (3) □ 31-35 (4) □ 36-40 (5) □ 41-45 (6) □ 46-50 (7) □ 51 or above</w:t>
      </w:r>
    </w:p>
    <w:p w14:paraId="37B219FC" w14:textId="77777777" w:rsidR="000C7C30" w:rsidRDefault="00000000">
      <w:r>
        <w:t>4. Education: (1) □ High School or below (2) □ College (3) □ Graduate</w:t>
      </w:r>
    </w:p>
    <w:p w14:paraId="469B99CF" w14:textId="77777777" w:rsidR="000C7C30" w:rsidRDefault="00000000">
      <w:r>
        <w:t>5. Current position: (1) □ Principal (2) □ Teacher (3) □ Caregiver (4) □ Assistant Caregiver</w:t>
      </w:r>
    </w:p>
    <w:p w14:paraId="5A687C0E" w14:textId="77777777" w:rsidR="000C7C30" w:rsidRDefault="00000000">
      <w:r>
        <w:t>6. Years of service: (1) □ Less than 1 year (2) □ 1-3 years (3) □ 4-6 years (4) □ 7 years or more</w:t>
      </w:r>
    </w:p>
    <w:p w14:paraId="756C0777" w14:textId="77777777" w:rsidR="000C7C30" w:rsidRDefault="00000000">
      <w:pPr>
        <w:pStyle w:val="1"/>
      </w:pPr>
      <w:r>
        <w:t>Part 2: Predisposing Factors - Knowledge</w:t>
      </w:r>
    </w:p>
    <w:p w14:paraId="4C674D07" w14:textId="77777777" w:rsidR="000C7C30" w:rsidRDefault="00000000">
      <w:r>
        <w:t>Please choose the correct answer for each statement.</w:t>
      </w:r>
    </w:p>
    <w:tbl>
      <w:tblPr>
        <w:tblStyle w:val="aff2"/>
        <w:tblW w:w="8868" w:type="dxa"/>
        <w:tblLook w:val="04A0" w:firstRow="1" w:lastRow="0" w:firstColumn="1" w:lastColumn="0" w:noHBand="0" w:noVBand="1"/>
      </w:tblPr>
      <w:tblGrid>
        <w:gridCol w:w="4644"/>
        <w:gridCol w:w="1408"/>
        <w:gridCol w:w="1408"/>
        <w:gridCol w:w="1408"/>
      </w:tblGrid>
      <w:tr w:rsidR="001B0213" w14:paraId="3E1BEBAA" w14:textId="77777777" w:rsidTr="001B0213">
        <w:tc>
          <w:tcPr>
            <w:tcW w:w="4644" w:type="dxa"/>
          </w:tcPr>
          <w:p w14:paraId="4ACD5021" w14:textId="77777777" w:rsidR="001B0213" w:rsidRDefault="001B0213">
            <w:pPr>
              <w:rPr>
                <w:rFonts w:eastAsia="新細明體"/>
                <w:lang w:eastAsia="zh-TW"/>
              </w:rPr>
            </w:pPr>
          </w:p>
        </w:tc>
        <w:tc>
          <w:tcPr>
            <w:tcW w:w="1408" w:type="dxa"/>
          </w:tcPr>
          <w:p w14:paraId="4187EF62" w14:textId="26760523" w:rsidR="001B0213" w:rsidRDefault="001B0213">
            <w:pPr>
              <w:rPr>
                <w:rFonts w:eastAsia="新細明體"/>
                <w:lang w:eastAsia="zh-TW"/>
              </w:rPr>
            </w:pPr>
            <w:r>
              <w:t xml:space="preserve">Correct      </w:t>
            </w:r>
          </w:p>
        </w:tc>
        <w:tc>
          <w:tcPr>
            <w:tcW w:w="1408" w:type="dxa"/>
          </w:tcPr>
          <w:p w14:paraId="16F763F0" w14:textId="55EEE4F0" w:rsidR="001B0213" w:rsidRDefault="001B0213">
            <w:pPr>
              <w:rPr>
                <w:rFonts w:eastAsia="新細明體"/>
                <w:lang w:eastAsia="zh-TW"/>
              </w:rPr>
            </w:pPr>
            <w:r>
              <w:t>Incorrect</w:t>
            </w:r>
          </w:p>
        </w:tc>
        <w:tc>
          <w:tcPr>
            <w:tcW w:w="1408" w:type="dxa"/>
          </w:tcPr>
          <w:p w14:paraId="2BC19FCB" w14:textId="18AFE1FD" w:rsidR="001B0213" w:rsidRDefault="001B0213">
            <w:pPr>
              <w:rPr>
                <w:rFonts w:eastAsia="新細明體"/>
                <w:lang w:eastAsia="zh-TW"/>
              </w:rPr>
            </w:pPr>
            <w:r>
              <w:t>Don’t Know</w:t>
            </w:r>
          </w:p>
        </w:tc>
      </w:tr>
      <w:tr w:rsidR="001B0213" w14:paraId="35612DFD" w14:textId="77777777" w:rsidTr="001B0213">
        <w:tc>
          <w:tcPr>
            <w:tcW w:w="4644" w:type="dxa"/>
          </w:tcPr>
          <w:p w14:paraId="502CA615" w14:textId="6F4A2F34" w:rsidR="001B0213" w:rsidRDefault="001B0213">
            <w:pPr>
              <w:rPr>
                <w:rFonts w:eastAsia="新細明體"/>
                <w:lang w:eastAsia="zh-TW"/>
              </w:rPr>
            </w:pPr>
            <w:r>
              <w:t>N7. During the pandemic, maintain a 1-meter indoor social distance, unless wearing a mask correctly.</w:t>
            </w:r>
          </w:p>
        </w:tc>
        <w:tc>
          <w:tcPr>
            <w:tcW w:w="1408" w:type="dxa"/>
          </w:tcPr>
          <w:p w14:paraId="5BEC5EDA" w14:textId="77777777" w:rsidR="001B0213" w:rsidRDefault="001B0213">
            <w:pPr>
              <w:rPr>
                <w:rFonts w:eastAsia="新細明體"/>
                <w:lang w:eastAsia="zh-TW"/>
              </w:rPr>
            </w:pPr>
          </w:p>
        </w:tc>
        <w:tc>
          <w:tcPr>
            <w:tcW w:w="1408" w:type="dxa"/>
          </w:tcPr>
          <w:p w14:paraId="15FFA844" w14:textId="77777777" w:rsidR="001B0213" w:rsidRDefault="001B0213">
            <w:pPr>
              <w:rPr>
                <w:rFonts w:eastAsia="新細明體"/>
                <w:lang w:eastAsia="zh-TW"/>
              </w:rPr>
            </w:pPr>
          </w:p>
        </w:tc>
        <w:tc>
          <w:tcPr>
            <w:tcW w:w="1408" w:type="dxa"/>
          </w:tcPr>
          <w:p w14:paraId="0BE6EEBB" w14:textId="77777777" w:rsidR="001B0213" w:rsidRDefault="001B0213">
            <w:pPr>
              <w:rPr>
                <w:rFonts w:eastAsia="新細明體"/>
                <w:lang w:eastAsia="zh-TW"/>
              </w:rPr>
            </w:pPr>
          </w:p>
        </w:tc>
      </w:tr>
      <w:tr w:rsidR="001B0213" w14:paraId="25623154" w14:textId="77777777" w:rsidTr="001B0213">
        <w:tc>
          <w:tcPr>
            <w:tcW w:w="4644" w:type="dxa"/>
          </w:tcPr>
          <w:p w14:paraId="1618D073" w14:textId="7B405D84" w:rsidR="001B0213" w:rsidRDefault="001B0213" w:rsidP="001B0213">
            <w:r w:rsidRPr="00CB5B3A">
              <w:rPr>
                <w:sz w:val="20"/>
                <w:szCs w:val="20"/>
              </w:rPr>
              <w:t>N8 Wash hands with soap or disinfectant for at least 10-15 seconds each time.</w:t>
            </w:r>
          </w:p>
        </w:tc>
        <w:tc>
          <w:tcPr>
            <w:tcW w:w="1408" w:type="dxa"/>
          </w:tcPr>
          <w:p w14:paraId="51018B9E" w14:textId="77777777" w:rsidR="001B0213" w:rsidRDefault="001B0213" w:rsidP="001B0213">
            <w:pPr>
              <w:rPr>
                <w:rFonts w:eastAsia="新細明體"/>
                <w:lang w:eastAsia="zh-TW"/>
              </w:rPr>
            </w:pPr>
          </w:p>
        </w:tc>
        <w:tc>
          <w:tcPr>
            <w:tcW w:w="1408" w:type="dxa"/>
          </w:tcPr>
          <w:p w14:paraId="4355FCF2" w14:textId="77777777" w:rsidR="001B0213" w:rsidRDefault="001B0213" w:rsidP="001B0213">
            <w:pPr>
              <w:rPr>
                <w:rFonts w:eastAsia="新細明體"/>
                <w:lang w:eastAsia="zh-TW"/>
              </w:rPr>
            </w:pPr>
          </w:p>
        </w:tc>
        <w:tc>
          <w:tcPr>
            <w:tcW w:w="1408" w:type="dxa"/>
          </w:tcPr>
          <w:p w14:paraId="54D5B3DE" w14:textId="77777777" w:rsidR="001B0213" w:rsidRDefault="001B0213" w:rsidP="001B0213">
            <w:pPr>
              <w:rPr>
                <w:rFonts w:eastAsia="新細明體"/>
                <w:lang w:eastAsia="zh-TW"/>
              </w:rPr>
            </w:pPr>
          </w:p>
        </w:tc>
      </w:tr>
      <w:tr w:rsidR="001B0213" w14:paraId="3FC715B5" w14:textId="77777777" w:rsidTr="001B0213">
        <w:tc>
          <w:tcPr>
            <w:tcW w:w="4644" w:type="dxa"/>
          </w:tcPr>
          <w:p w14:paraId="685CE81C" w14:textId="6F509B7E" w:rsidR="001B0213" w:rsidRDefault="001B0213" w:rsidP="001B0213">
            <w:r w:rsidRPr="00CB5B3A">
              <w:rPr>
                <w:sz w:val="20"/>
                <w:szCs w:val="20"/>
              </w:rPr>
              <w:t>N9 During an enterovirus outbreak, remind children to avoid touching their face to reduce infection risk from contaminated items or contact with infected children.</w:t>
            </w:r>
          </w:p>
        </w:tc>
        <w:tc>
          <w:tcPr>
            <w:tcW w:w="1408" w:type="dxa"/>
          </w:tcPr>
          <w:p w14:paraId="4F416AF0" w14:textId="77777777" w:rsidR="001B0213" w:rsidRDefault="001B0213" w:rsidP="001B0213">
            <w:pPr>
              <w:rPr>
                <w:rFonts w:eastAsia="新細明體"/>
                <w:lang w:eastAsia="zh-TW"/>
              </w:rPr>
            </w:pPr>
          </w:p>
        </w:tc>
        <w:tc>
          <w:tcPr>
            <w:tcW w:w="1408" w:type="dxa"/>
          </w:tcPr>
          <w:p w14:paraId="1BB06131" w14:textId="77777777" w:rsidR="001B0213" w:rsidRDefault="001B0213" w:rsidP="001B0213">
            <w:pPr>
              <w:rPr>
                <w:rFonts w:eastAsia="新細明體"/>
                <w:lang w:eastAsia="zh-TW"/>
              </w:rPr>
            </w:pPr>
          </w:p>
        </w:tc>
        <w:tc>
          <w:tcPr>
            <w:tcW w:w="1408" w:type="dxa"/>
          </w:tcPr>
          <w:p w14:paraId="588D4CC5" w14:textId="77777777" w:rsidR="001B0213" w:rsidRDefault="001B0213" w:rsidP="001B0213">
            <w:pPr>
              <w:rPr>
                <w:rFonts w:eastAsia="新細明體"/>
                <w:lang w:eastAsia="zh-TW"/>
              </w:rPr>
            </w:pPr>
          </w:p>
        </w:tc>
      </w:tr>
      <w:tr w:rsidR="001B0213" w14:paraId="4F866DB7" w14:textId="77777777" w:rsidTr="001B0213">
        <w:tc>
          <w:tcPr>
            <w:tcW w:w="4644" w:type="dxa"/>
          </w:tcPr>
          <w:p w14:paraId="1D8C8361" w14:textId="026A2B6F" w:rsidR="001B0213" w:rsidRDefault="001B0213" w:rsidP="001B0213">
            <w:r w:rsidRPr="00CB5B3A">
              <w:rPr>
                <w:sz w:val="20"/>
                <w:szCs w:val="20"/>
              </w:rPr>
              <w:t>N10 Handwashing before entering the preschool after outdoor activities prevents the spread of microorganisms.</w:t>
            </w:r>
          </w:p>
        </w:tc>
        <w:tc>
          <w:tcPr>
            <w:tcW w:w="1408" w:type="dxa"/>
          </w:tcPr>
          <w:p w14:paraId="3298E254" w14:textId="77777777" w:rsidR="001B0213" w:rsidRDefault="001B0213" w:rsidP="001B0213">
            <w:pPr>
              <w:rPr>
                <w:rFonts w:eastAsia="新細明體"/>
                <w:lang w:eastAsia="zh-TW"/>
              </w:rPr>
            </w:pPr>
          </w:p>
        </w:tc>
        <w:tc>
          <w:tcPr>
            <w:tcW w:w="1408" w:type="dxa"/>
          </w:tcPr>
          <w:p w14:paraId="2E2F6BEF" w14:textId="77777777" w:rsidR="001B0213" w:rsidRDefault="001B0213" w:rsidP="001B0213">
            <w:pPr>
              <w:rPr>
                <w:rFonts w:eastAsia="新細明體"/>
                <w:lang w:eastAsia="zh-TW"/>
              </w:rPr>
            </w:pPr>
          </w:p>
        </w:tc>
        <w:tc>
          <w:tcPr>
            <w:tcW w:w="1408" w:type="dxa"/>
          </w:tcPr>
          <w:p w14:paraId="6C4C8B3C" w14:textId="77777777" w:rsidR="001B0213" w:rsidRDefault="001B0213" w:rsidP="001B0213">
            <w:pPr>
              <w:rPr>
                <w:rFonts w:eastAsia="新細明體"/>
                <w:lang w:eastAsia="zh-TW"/>
              </w:rPr>
            </w:pPr>
          </w:p>
        </w:tc>
      </w:tr>
      <w:tr w:rsidR="001B0213" w14:paraId="4B7D1FA8" w14:textId="77777777" w:rsidTr="001B0213">
        <w:tc>
          <w:tcPr>
            <w:tcW w:w="4644" w:type="dxa"/>
          </w:tcPr>
          <w:p w14:paraId="171F93E7" w14:textId="3E110223" w:rsidR="001B0213" w:rsidRDefault="001B0213" w:rsidP="001B0213">
            <w:r w:rsidRPr="00CB5B3A">
              <w:rPr>
                <w:sz w:val="20"/>
                <w:szCs w:val="20"/>
              </w:rPr>
              <w:t>N11 Cover outdoor sandpits when not in use to prevent contamination from animal feces and reduce the risk of salmonella.</w:t>
            </w:r>
          </w:p>
        </w:tc>
        <w:tc>
          <w:tcPr>
            <w:tcW w:w="1408" w:type="dxa"/>
          </w:tcPr>
          <w:p w14:paraId="3179CAE7" w14:textId="77777777" w:rsidR="001B0213" w:rsidRDefault="001B0213" w:rsidP="001B0213">
            <w:pPr>
              <w:rPr>
                <w:rFonts w:eastAsia="新細明體"/>
                <w:lang w:eastAsia="zh-TW"/>
              </w:rPr>
            </w:pPr>
          </w:p>
        </w:tc>
        <w:tc>
          <w:tcPr>
            <w:tcW w:w="1408" w:type="dxa"/>
          </w:tcPr>
          <w:p w14:paraId="2869CC6C" w14:textId="77777777" w:rsidR="001B0213" w:rsidRDefault="001B0213" w:rsidP="001B0213">
            <w:pPr>
              <w:rPr>
                <w:rFonts w:eastAsia="新細明體"/>
                <w:lang w:eastAsia="zh-TW"/>
              </w:rPr>
            </w:pPr>
          </w:p>
        </w:tc>
        <w:tc>
          <w:tcPr>
            <w:tcW w:w="1408" w:type="dxa"/>
          </w:tcPr>
          <w:p w14:paraId="7DD4102A" w14:textId="77777777" w:rsidR="001B0213" w:rsidRDefault="001B0213" w:rsidP="001B0213">
            <w:pPr>
              <w:rPr>
                <w:rFonts w:eastAsia="新細明體"/>
                <w:lang w:eastAsia="zh-TW"/>
              </w:rPr>
            </w:pPr>
          </w:p>
        </w:tc>
      </w:tr>
      <w:tr w:rsidR="001B0213" w14:paraId="2398864D" w14:textId="77777777" w:rsidTr="001B0213">
        <w:tc>
          <w:tcPr>
            <w:tcW w:w="4644" w:type="dxa"/>
          </w:tcPr>
          <w:p w14:paraId="4D55D757" w14:textId="2D8BD721" w:rsidR="001B0213" w:rsidRDefault="001B0213" w:rsidP="001B0213">
            <w:r w:rsidRPr="00CB5B3A">
              <w:rPr>
                <w:sz w:val="20"/>
                <w:szCs w:val="20"/>
              </w:rPr>
              <w:t xml:space="preserve">N12 Dengue fever is caused by the dengue virus, transmitted by mosquitoes, not from person to </w:t>
            </w:r>
            <w:r w:rsidRPr="00CB5B3A">
              <w:rPr>
                <w:sz w:val="20"/>
                <w:szCs w:val="20"/>
              </w:rPr>
              <w:lastRenderedPageBreak/>
              <w:t>person or via air/contact.</w:t>
            </w:r>
          </w:p>
        </w:tc>
        <w:tc>
          <w:tcPr>
            <w:tcW w:w="1408" w:type="dxa"/>
          </w:tcPr>
          <w:p w14:paraId="71330B2E" w14:textId="77777777" w:rsidR="001B0213" w:rsidRDefault="001B0213" w:rsidP="001B0213">
            <w:pPr>
              <w:rPr>
                <w:rFonts w:eastAsia="新細明體"/>
                <w:lang w:eastAsia="zh-TW"/>
              </w:rPr>
            </w:pPr>
          </w:p>
        </w:tc>
        <w:tc>
          <w:tcPr>
            <w:tcW w:w="1408" w:type="dxa"/>
          </w:tcPr>
          <w:p w14:paraId="4E40D71A" w14:textId="77777777" w:rsidR="001B0213" w:rsidRDefault="001B0213" w:rsidP="001B0213">
            <w:pPr>
              <w:rPr>
                <w:rFonts w:eastAsia="新細明體"/>
                <w:lang w:eastAsia="zh-TW"/>
              </w:rPr>
            </w:pPr>
          </w:p>
        </w:tc>
        <w:tc>
          <w:tcPr>
            <w:tcW w:w="1408" w:type="dxa"/>
          </w:tcPr>
          <w:p w14:paraId="2888CFCC" w14:textId="77777777" w:rsidR="001B0213" w:rsidRDefault="001B0213" w:rsidP="001B0213">
            <w:pPr>
              <w:rPr>
                <w:rFonts w:eastAsia="新細明體"/>
                <w:lang w:eastAsia="zh-TW"/>
              </w:rPr>
            </w:pPr>
          </w:p>
        </w:tc>
      </w:tr>
      <w:tr w:rsidR="001B0213" w14:paraId="2364D941" w14:textId="77777777" w:rsidTr="001B0213">
        <w:tc>
          <w:tcPr>
            <w:tcW w:w="4644" w:type="dxa"/>
          </w:tcPr>
          <w:p w14:paraId="1070D668" w14:textId="68C8D25F" w:rsidR="001B0213" w:rsidRDefault="001B0213" w:rsidP="001B0213">
            <w:r w:rsidRPr="00CB5B3A">
              <w:rPr>
                <w:sz w:val="20"/>
                <w:szCs w:val="20"/>
              </w:rPr>
              <w:t>N13 Chickenpox, caused by the varicella virus, affects only infants under one year old.</w:t>
            </w:r>
          </w:p>
        </w:tc>
        <w:tc>
          <w:tcPr>
            <w:tcW w:w="1408" w:type="dxa"/>
          </w:tcPr>
          <w:p w14:paraId="53DE168B" w14:textId="77777777" w:rsidR="001B0213" w:rsidRDefault="001B0213" w:rsidP="001B0213">
            <w:pPr>
              <w:rPr>
                <w:rFonts w:eastAsia="新細明體"/>
                <w:lang w:eastAsia="zh-TW"/>
              </w:rPr>
            </w:pPr>
          </w:p>
        </w:tc>
        <w:tc>
          <w:tcPr>
            <w:tcW w:w="1408" w:type="dxa"/>
          </w:tcPr>
          <w:p w14:paraId="0A13A645" w14:textId="77777777" w:rsidR="001B0213" w:rsidRDefault="001B0213" w:rsidP="001B0213">
            <w:pPr>
              <w:rPr>
                <w:rFonts w:eastAsia="新細明體"/>
                <w:lang w:eastAsia="zh-TW"/>
              </w:rPr>
            </w:pPr>
          </w:p>
        </w:tc>
        <w:tc>
          <w:tcPr>
            <w:tcW w:w="1408" w:type="dxa"/>
          </w:tcPr>
          <w:p w14:paraId="2EDE5B64" w14:textId="77777777" w:rsidR="001B0213" w:rsidRDefault="001B0213" w:rsidP="001B0213">
            <w:pPr>
              <w:rPr>
                <w:rFonts w:eastAsia="新細明體"/>
                <w:lang w:eastAsia="zh-TW"/>
              </w:rPr>
            </w:pPr>
          </w:p>
        </w:tc>
      </w:tr>
      <w:tr w:rsidR="001B0213" w14:paraId="0BE9E370" w14:textId="77777777" w:rsidTr="001B0213">
        <w:tc>
          <w:tcPr>
            <w:tcW w:w="4644" w:type="dxa"/>
          </w:tcPr>
          <w:p w14:paraId="573F1B36" w14:textId="7B3B67FD" w:rsidR="001B0213" w:rsidRDefault="001B0213" w:rsidP="001B0213">
            <w:r w:rsidRPr="00CB5B3A">
              <w:rPr>
                <w:sz w:val="20"/>
                <w:szCs w:val="20"/>
              </w:rPr>
              <w:t>N14 Vaccination can prevent chickenpox, with about 90% of recipients developing immunity.</w:t>
            </w:r>
          </w:p>
        </w:tc>
        <w:tc>
          <w:tcPr>
            <w:tcW w:w="1408" w:type="dxa"/>
          </w:tcPr>
          <w:p w14:paraId="2B03B9A4" w14:textId="77777777" w:rsidR="001B0213" w:rsidRDefault="001B0213" w:rsidP="001B0213">
            <w:pPr>
              <w:rPr>
                <w:rFonts w:eastAsia="新細明體"/>
                <w:lang w:eastAsia="zh-TW"/>
              </w:rPr>
            </w:pPr>
          </w:p>
        </w:tc>
        <w:tc>
          <w:tcPr>
            <w:tcW w:w="1408" w:type="dxa"/>
          </w:tcPr>
          <w:p w14:paraId="48F585F2" w14:textId="77777777" w:rsidR="001B0213" w:rsidRDefault="001B0213" w:rsidP="001B0213">
            <w:pPr>
              <w:rPr>
                <w:rFonts w:eastAsia="新細明體"/>
                <w:lang w:eastAsia="zh-TW"/>
              </w:rPr>
            </w:pPr>
          </w:p>
        </w:tc>
        <w:tc>
          <w:tcPr>
            <w:tcW w:w="1408" w:type="dxa"/>
          </w:tcPr>
          <w:p w14:paraId="0E2065B1" w14:textId="77777777" w:rsidR="001B0213" w:rsidRDefault="001B0213" w:rsidP="001B0213">
            <w:pPr>
              <w:rPr>
                <w:rFonts w:eastAsia="新細明體"/>
                <w:lang w:eastAsia="zh-TW"/>
              </w:rPr>
            </w:pPr>
          </w:p>
        </w:tc>
      </w:tr>
      <w:tr w:rsidR="001B0213" w14:paraId="1FF17697" w14:textId="77777777" w:rsidTr="001B0213">
        <w:tc>
          <w:tcPr>
            <w:tcW w:w="4644" w:type="dxa"/>
          </w:tcPr>
          <w:p w14:paraId="7BFFDEA7" w14:textId="3111612D" w:rsidR="001B0213" w:rsidRDefault="001B0213" w:rsidP="001B0213">
            <w:r w:rsidRPr="00CB5B3A">
              <w:rPr>
                <w:sz w:val="20"/>
                <w:szCs w:val="20"/>
              </w:rPr>
              <w:t>N15 During COVID-19, disinfect household surfaces like doorknobs and tables with bleach. Higher bleach concentration improves effectiveness.</w:t>
            </w:r>
          </w:p>
        </w:tc>
        <w:tc>
          <w:tcPr>
            <w:tcW w:w="1408" w:type="dxa"/>
          </w:tcPr>
          <w:p w14:paraId="220DB604" w14:textId="77777777" w:rsidR="001B0213" w:rsidRDefault="001B0213" w:rsidP="001B0213">
            <w:pPr>
              <w:rPr>
                <w:rFonts w:eastAsia="新細明體"/>
                <w:lang w:eastAsia="zh-TW"/>
              </w:rPr>
            </w:pPr>
          </w:p>
        </w:tc>
        <w:tc>
          <w:tcPr>
            <w:tcW w:w="1408" w:type="dxa"/>
          </w:tcPr>
          <w:p w14:paraId="030C68FC" w14:textId="77777777" w:rsidR="001B0213" w:rsidRDefault="001B0213" w:rsidP="001B0213">
            <w:pPr>
              <w:rPr>
                <w:rFonts w:eastAsia="新細明體"/>
                <w:lang w:eastAsia="zh-TW"/>
              </w:rPr>
            </w:pPr>
          </w:p>
        </w:tc>
        <w:tc>
          <w:tcPr>
            <w:tcW w:w="1408" w:type="dxa"/>
          </w:tcPr>
          <w:p w14:paraId="0E244180" w14:textId="77777777" w:rsidR="001B0213" w:rsidRDefault="001B0213" w:rsidP="001B0213">
            <w:pPr>
              <w:rPr>
                <w:rFonts w:eastAsia="新細明體"/>
                <w:lang w:eastAsia="zh-TW"/>
              </w:rPr>
            </w:pPr>
          </w:p>
        </w:tc>
      </w:tr>
      <w:tr w:rsidR="001B0213" w14:paraId="382FA870" w14:textId="77777777" w:rsidTr="001B0213">
        <w:tc>
          <w:tcPr>
            <w:tcW w:w="4644" w:type="dxa"/>
          </w:tcPr>
          <w:p w14:paraId="0E42E38A" w14:textId="02C9D664" w:rsidR="001B0213" w:rsidRDefault="001B0213" w:rsidP="001B0213">
            <w:r w:rsidRPr="00CB5B3A">
              <w:rPr>
                <w:sz w:val="20"/>
                <w:szCs w:val="20"/>
              </w:rPr>
              <w:t>N16 Cook food thoroughly, avoid raw foods, and use shared utensils to reduce the risk of bacterial intestinal infections.</w:t>
            </w:r>
          </w:p>
        </w:tc>
        <w:tc>
          <w:tcPr>
            <w:tcW w:w="1408" w:type="dxa"/>
          </w:tcPr>
          <w:p w14:paraId="371FCD72" w14:textId="77777777" w:rsidR="001B0213" w:rsidRDefault="001B0213" w:rsidP="001B0213">
            <w:pPr>
              <w:rPr>
                <w:rFonts w:eastAsia="新細明體"/>
                <w:lang w:eastAsia="zh-TW"/>
              </w:rPr>
            </w:pPr>
          </w:p>
        </w:tc>
        <w:tc>
          <w:tcPr>
            <w:tcW w:w="1408" w:type="dxa"/>
          </w:tcPr>
          <w:p w14:paraId="5A195D9D" w14:textId="77777777" w:rsidR="001B0213" w:rsidRDefault="001B0213" w:rsidP="001B0213">
            <w:pPr>
              <w:rPr>
                <w:rFonts w:eastAsia="新細明體"/>
                <w:lang w:eastAsia="zh-TW"/>
              </w:rPr>
            </w:pPr>
          </w:p>
        </w:tc>
        <w:tc>
          <w:tcPr>
            <w:tcW w:w="1408" w:type="dxa"/>
          </w:tcPr>
          <w:p w14:paraId="1A2929A7" w14:textId="77777777" w:rsidR="001B0213" w:rsidRDefault="001B0213" w:rsidP="001B0213">
            <w:pPr>
              <w:rPr>
                <w:rFonts w:eastAsia="新細明體"/>
                <w:lang w:eastAsia="zh-TW"/>
              </w:rPr>
            </w:pPr>
          </w:p>
        </w:tc>
      </w:tr>
    </w:tbl>
    <w:p w14:paraId="29849921" w14:textId="77777777" w:rsidR="001B0213" w:rsidRDefault="001B0213">
      <w:pPr>
        <w:rPr>
          <w:rFonts w:eastAsia="新細明體"/>
          <w:lang w:eastAsia="zh-TW"/>
        </w:rPr>
      </w:pPr>
    </w:p>
    <w:p w14:paraId="31C51558" w14:textId="77777777" w:rsidR="000C7C30" w:rsidRDefault="00000000">
      <w:pPr>
        <w:pStyle w:val="1"/>
      </w:pPr>
      <w:r>
        <w:t>Part 3: Predisposing Factors - Attitudes</w:t>
      </w:r>
    </w:p>
    <w:p w14:paraId="70D0B140" w14:textId="77777777" w:rsidR="000C7C30" w:rsidRDefault="00000000">
      <w:r>
        <w:t>Please indicate your level of agreement with the following statements.</w:t>
      </w:r>
    </w:p>
    <w:tbl>
      <w:tblPr>
        <w:tblStyle w:val="aff2"/>
        <w:tblW w:w="8952" w:type="dxa"/>
        <w:tblLayout w:type="fixed"/>
        <w:tblLook w:val="04A0" w:firstRow="1" w:lastRow="0" w:firstColumn="1" w:lastColumn="0" w:noHBand="0" w:noVBand="1"/>
      </w:tblPr>
      <w:tblGrid>
        <w:gridCol w:w="3510"/>
        <w:gridCol w:w="1088"/>
        <w:gridCol w:w="1088"/>
        <w:gridCol w:w="1089"/>
        <w:gridCol w:w="1088"/>
        <w:gridCol w:w="1089"/>
      </w:tblGrid>
      <w:tr w:rsidR="006D199C" w14:paraId="33520FC7" w14:textId="77777777" w:rsidTr="006D199C">
        <w:tc>
          <w:tcPr>
            <w:tcW w:w="3510" w:type="dxa"/>
          </w:tcPr>
          <w:p w14:paraId="172C3E0D" w14:textId="77777777" w:rsidR="001B0213" w:rsidRDefault="001B0213">
            <w:pPr>
              <w:rPr>
                <w:rFonts w:eastAsia="新細明體"/>
                <w:lang w:eastAsia="zh-TW"/>
              </w:rPr>
            </w:pPr>
          </w:p>
        </w:tc>
        <w:tc>
          <w:tcPr>
            <w:tcW w:w="1088" w:type="dxa"/>
          </w:tcPr>
          <w:p w14:paraId="175540FE" w14:textId="13FFECF1" w:rsidR="001B0213" w:rsidRDefault="001B0213">
            <w:pPr>
              <w:rPr>
                <w:rFonts w:eastAsia="新細明體"/>
                <w:lang w:eastAsia="zh-TW"/>
              </w:rPr>
            </w:pPr>
            <w:r>
              <w:t>Strongly Disagree</w:t>
            </w:r>
          </w:p>
        </w:tc>
        <w:tc>
          <w:tcPr>
            <w:tcW w:w="1088" w:type="dxa"/>
          </w:tcPr>
          <w:p w14:paraId="3CAB1E50" w14:textId="7B0C367A" w:rsidR="001B0213" w:rsidRDefault="001B0213">
            <w:pPr>
              <w:rPr>
                <w:rFonts w:eastAsia="新細明體"/>
                <w:lang w:eastAsia="zh-TW"/>
              </w:rPr>
            </w:pPr>
            <w:r>
              <w:t>Disagree</w:t>
            </w:r>
          </w:p>
        </w:tc>
        <w:tc>
          <w:tcPr>
            <w:tcW w:w="1089" w:type="dxa"/>
          </w:tcPr>
          <w:p w14:paraId="0BB6B094" w14:textId="16DD43C5" w:rsidR="001B0213" w:rsidRDefault="001B0213">
            <w:pPr>
              <w:rPr>
                <w:rFonts w:eastAsia="新細明體"/>
                <w:lang w:eastAsia="zh-TW"/>
              </w:rPr>
            </w:pPr>
            <w:r>
              <w:t>Neutral</w:t>
            </w:r>
          </w:p>
        </w:tc>
        <w:tc>
          <w:tcPr>
            <w:tcW w:w="1088" w:type="dxa"/>
          </w:tcPr>
          <w:p w14:paraId="7AA0E0E6" w14:textId="19F1579F" w:rsidR="001B0213" w:rsidRDefault="001B0213">
            <w:pPr>
              <w:rPr>
                <w:rFonts w:eastAsia="新細明體"/>
                <w:lang w:eastAsia="zh-TW"/>
              </w:rPr>
            </w:pPr>
            <w:r>
              <w:t>Agree</w:t>
            </w:r>
          </w:p>
        </w:tc>
        <w:tc>
          <w:tcPr>
            <w:tcW w:w="1089" w:type="dxa"/>
          </w:tcPr>
          <w:p w14:paraId="08E0CE2B" w14:textId="112967F1" w:rsidR="001B0213" w:rsidRDefault="001B0213">
            <w:pPr>
              <w:rPr>
                <w:rFonts w:eastAsia="新細明體"/>
                <w:lang w:eastAsia="zh-TW"/>
              </w:rPr>
            </w:pPr>
            <w:r>
              <w:t>Strongly Agree</w:t>
            </w:r>
          </w:p>
        </w:tc>
      </w:tr>
      <w:tr w:rsidR="006D199C" w14:paraId="1C8BBECD" w14:textId="77777777" w:rsidTr="006D199C">
        <w:tc>
          <w:tcPr>
            <w:tcW w:w="3510" w:type="dxa"/>
          </w:tcPr>
          <w:p w14:paraId="67E8F966" w14:textId="71A0A533" w:rsidR="001B0213" w:rsidRDefault="006D199C">
            <w:pPr>
              <w:rPr>
                <w:rFonts w:eastAsia="新細明體"/>
                <w:lang w:eastAsia="zh-TW"/>
              </w:rPr>
            </w:pPr>
            <w:proofErr w:type="gramStart"/>
            <w:r w:rsidRPr="00CB5B3A">
              <w:rPr>
                <w:sz w:val="20"/>
                <w:szCs w:val="20"/>
              </w:rPr>
              <w:t>N17</w:t>
            </w:r>
            <w:proofErr w:type="gramEnd"/>
            <w:r w:rsidR="001B0213">
              <w:rPr>
                <w:rFonts w:hint="eastAsia"/>
                <w:sz w:val="20"/>
                <w:szCs w:val="20"/>
              </w:rPr>
              <w:t xml:space="preserve"> </w:t>
            </w:r>
            <w:r w:rsidR="001B0213" w:rsidRPr="00CB5B3A">
              <w:rPr>
                <w:sz w:val="20"/>
                <w:szCs w:val="20"/>
              </w:rPr>
              <w:t>I believe preschool educators should use various methods (e.g., communication books, verbal reminders) to remind parents and children of the importance of flu vaccination in preventing infectious diseases.</w:t>
            </w:r>
          </w:p>
        </w:tc>
        <w:tc>
          <w:tcPr>
            <w:tcW w:w="1088" w:type="dxa"/>
          </w:tcPr>
          <w:p w14:paraId="6FB4A408" w14:textId="77777777" w:rsidR="001B0213" w:rsidRDefault="001B0213"/>
        </w:tc>
        <w:tc>
          <w:tcPr>
            <w:tcW w:w="1088" w:type="dxa"/>
          </w:tcPr>
          <w:p w14:paraId="0005A8EB" w14:textId="77777777" w:rsidR="001B0213" w:rsidRDefault="001B0213"/>
        </w:tc>
        <w:tc>
          <w:tcPr>
            <w:tcW w:w="1089" w:type="dxa"/>
          </w:tcPr>
          <w:p w14:paraId="742DE2F6" w14:textId="77777777" w:rsidR="001B0213" w:rsidRDefault="001B0213"/>
        </w:tc>
        <w:tc>
          <w:tcPr>
            <w:tcW w:w="1088" w:type="dxa"/>
          </w:tcPr>
          <w:p w14:paraId="1F68DBED" w14:textId="77777777" w:rsidR="001B0213" w:rsidRDefault="001B0213"/>
        </w:tc>
        <w:tc>
          <w:tcPr>
            <w:tcW w:w="1089" w:type="dxa"/>
          </w:tcPr>
          <w:p w14:paraId="14C9CB5F" w14:textId="77777777" w:rsidR="001B0213" w:rsidRDefault="001B0213"/>
        </w:tc>
      </w:tr>
      <w:tr w:rsidR="006D199C" w14:paraId="29453E5B" w14:textId="77777777" w:rsidTr="006D199C">
        <w:tc>
          <w:tcPr>
            <w:tcW w:w="3510" w:type="dxa"/>
          </w:tcPr>
          <w:p w14:paraId="361010A3" w14:textId="08A779C9" w:rsidR="001B0213" w:rsidRPr="00CB5B3A" w:rsidRDefault="001B0213" w:rsidP="001B0213">
            <w:pPr>
              <w:rPr>
                <w:sz w:val="20"/>
                <w:szCs w:val="20"/>
              </w:rPr>
            </w:pPr>
            <w:r w:rsidRPr="00CB5B3A">
              <w:rPr>
                <w:sz w:val="20"/>
                <w:szCs w:val="20"/>
              </w:rPr>
              <w:t>N18 I am concerned about the legal responsibilities of not following infectious disease prevention regulations.</w:t>
            </w:r>
          </w:p>
        </w:tc>
        <w:tc>
          <w:tcPr>
            <w:tcW w:w="1088" w:type="dxa"/>
          </w:tcPr>
          <w:p w14:paraId="215B0453" w14:textId="77777777" w:rsidR="001B0213" w:rsidRDefault="001B0213" w:rsidP="001B0213"/>
        </w:tc>
        <w:tc>
          <w:tcPr>
            <w:tcW w:w="1088" w:type="dxa"/>
          </w:tcPr>
          <w:p w14:paraId="3BC1A617" w14:textId="77777777" w:rsidR="001B0213" w:rsidRDefault="001B0213" w:rsidP="001B0213"/>
        </w:tc>
        <w:tc>
          <w:tcPr>
            <w:tcW w:w="1089" w:type="dxa"/>
          </w:tcPr>
          <w:p w14:paraId="0F0D9434" w14:textId="77777777" w:rsidR="001B0213" w:rsidRDefault="001B0213" w:rsidP="001B0213"/>
        </w:tc>
        <w:tc>
          <w:tcPr>
            <w:tcW w:w="1088" w:type="dxa"/>
          </w:tcPr>
          <w:p w14:paraId="16FB4C2F" w14:textId="77777777" w:rsidR="001B0213" w:rsidRDefault="001B0213" w:rsidP="001B0213"/>
        </w:tc>
        <w:tc>
          <w:tcPr>
            <w:tcW w:w="1089" w:type="dxa"/>
          </w:tcPr>
          <w:p w14:paraId="41A670E1" w14:textId="77777777" w:rsidR="001B0213" w:rsidRDefault="001B0213" w:rsidP="001B0213"/>
        </w:tc>
      </w:tr>
      <w:tr w:rsidR="006D199C" w14:paraId="23B0A62C" w14:textId="77777777" w:rsidTr="006D199C">
        <w:tc>
          <w:tcPr>
            <w:tcW w:w="3510" w:type="dxa"/>
          </w:tcPr>
          <w:p w14:paraId="086F91FB" w14:textId="1BF7DAC1" w:rsidR="001B0213" w:rsidRPr="00CB5B3A" w:rsidRDefault="001B0213" w:rsidP="001B0213">
            <w:pPr>
              <w:rPr>
                <w:sz w:val="20"/>
                <w:szCs w:val="20"/>
              </w:rPr>
            </w:pPr>
            <w:proofErr w:type="gramStart"/>
            <w:r w:rsidRPr="00CB5B3A">
              <w:rPr>
                <w:sz w:val="20"/>
                <w:szCs w:val="20"/>
              </w:rPr>
              <w:t>N19</w:t>
            </w:r>
            <w:proofErr w:type="gramEnd"/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CB5B3A">
              <w:rPr>
                <w:sz w:val="20"/>
                <w:szCs w:val="20"/>
              </w:rPr>
              <w:t>I worry about lacking knowledge to effectively implement preventive measures.</w:t>
            </w:r>
          </w:p>
        </w:tc>
        <w:tc>
          <w:tcPr>
            <w:tcW w:w="1088" w:type="dxa"/>
          </w:tcPr>
          <w:p w14:paraId="3B4005E7" w14:textId="77777777" w:rsidR="001B0213" w:rsidRDefault="001B0213" w:rsidP="001B0213"/>
        </w:tc>
        <w:tc>
          <w:tcPr>
            <w:tcW w:w="1088" w:type="dxa"/>
          </w:tcPr>
          <w:p w14:paraId="222F3FD8" w14:textId="77777777" w:rsidR="001B0213" w:rsidRDefault="001B0213" w:rsidP="001B0213"/>
        </w:tc>
        <w:tc>
          <w:tcPr>
            <w:tcW w:w="1089" w:type="dxa"/>
          </w:tcPr>
          <w:p w14:paraId="09B0FB8B" w14:textId="77777777" w:rsidR="001B0213" w:rsidRDefault="001B0213" w:rsidP="001B0213"/>
        </w:tc>
        <w:tc>
          <w:tcPr>
            <w:tcW w:w="1088" w:type="dxa"/>
          </w:tcPr>
          <w:p w14:paraId="65AEAE34" w14:textId="77777777" w:rsidR="001B0213" w:rsidRDefault="001B0213" w:rsidP="001B0213"/>
        </w:tc>
        <w:tc>
          <w:tcPr>
            <w:tcW w:w="1089" w:type="dxa"/>
          </w:tcPr>
          <w:p w14:paraId="795DEF42" w14:textId="77777777" w:rsidR="001B0213" w:rsidRDefault="001B0213" w:rsidP="001B0213"/>
        </w:tc>
      </w:tr>
      <w:tr w:rsidR="006D199C" w14:paraId="3AAB18F6" w14:textId="77777777" w:rsidTr="006D199C">
        <w:tc>
          <w:tcPr>
            <w:tcW w:w="3510" w:type="dxa"/>
          </w:tcPr>
          <w:p w14:paraId="53E8E7B2" w14:textId="0E8FE393" w:rsidR="001B0213" w:rsidRPr="00CB5B3A" w:rsidRDefault="001B0213" w:rsidP="001B0213">
            <w:pPr>
              <w:rPr>
                <w:sz w:val="20"/>
                <w:szCs w:val="20"/>
              </w:rPr>
            </w:pPr>
            <w:r w:rsidRPr="00CB5B3A">
              <w:rPr>
                <w:sz w:val="20"/>
                <w:szCs w:val="20"/>
              </w:rPr>
              <w:t>N20 I am confident in increasing handwashing to prevent the spread of enterovirus and COVID-19.</w:t>
            </w:r>
          </w:p>
        </w:tc>
        <w:tc>
          <w:tcPr>
            <w:tcW w:w="1088" w:type="dxa"/>
          </w:tcPr>
          <w:p w14:paraId="290D891B" w14:textId="77777777" w:rsidR="001B0213" w:rsidRDefault="001B0213" w:rsidP="001B0213"/>
        </w:tc>
        <w:tc>
          <w:tcPr>
            <w:tcW w:w="1088" w:type="dxa"/>
          </w:tcPr>
          <w:p w14:paraId="0751AACD" w14:textId="77777777" w:rsidR="001B0213" w:rsidRDefault="001B0213" w:rsidP="001B0213"/>
        </w:tc>
        <w:tc>
          <w:tcPr>
            <w:tcW w:w="1089" w:type="dxa"/>
          </w:tcPr>
          <w:p w14:paraId="631233B7" w14:textId="77777777" w:rsidR="001B0213" w:rsidRDefault="001B0213" w:rsidP="001B0213"/>
        </w:tc>
        <w:tc>
          <w:tcPr>
            <w:tcW w:w="1088" w:type="dxa"/>
          </w:tcPr>
          <w:p w14:paraId="4C56EAFE" w14:textId="77777777" w:rsidR="001B0213" w:rsidRDefault="001B0213" w:rsidP="001B0213"/>
        </w:tc>
        <w:tc>
          <w:tcPr>
            <w:tcW w:w="1089" w:type="dxa"/>
          </w:tcPr>
          <w:p w14:paraId="3D81E140" w14:textId="77777777" w:rsidR="001B0213" w:rsidRDefault="001B0213" w:rsidP="001B0213"/>
        </w:tc>
      </w:tr>
      <w:tr w:rsidR="006D199C" w14:paraId="1BD4B715" w14:textId="77777777" w:rsidTr="006D199C">
        <w:tc>
          <w:tcPr>
            <w:tcW w:w="3510" w:type="dxa"/>
          </w:tcPr>
          <w:p w14:paraId="608E32AE" w14:textId="411A407D" w:rsidR="001B0213" w:rsidRPr="00CB5B3A" w:rsidRDefault="001B0213" w:rsidP="001B0213">
            <w:pPr>
              <w:rPr>
                <w:sz w:val="20"/>
                <w:szCs w:val="20"/>
              </w:rPr>
            </w:pPr>
            <w:r w:rsidRPr="00CB5B3A">
              <w:rPr>
                <w:sz w:val="20"/>
                <w:szCs w:val="20"/>
              </w:rPr>
              <w:t>N21 I am confident in following the proper handwashing steps: palm, back, interlace, cup, thumb, knuckles, wrist.</w:t>
            </w:r>
          </w:p>
        </w:tc>
        <w:tc>
          <w:tcPr>
            <w:tcW w:w="1088" w:type="dxa"/>
          </w:tcPr>
          <w:p w14:paraId="4A3B3240" w14:textId="77777777" w:rsidR="001B0213" w:rsidRDefault="001B0213" w:rsidP="001B0213"/>
        </w:tc>
        <w:tc>
          <w:tcPr>
            <w:tcW w:w="1088" w:type="dxa"/>
          </w:tcPr>
          <w:p w14:paraId="5C039073" w14:textId="77777777" w:rsidR="001B0213" w:rsidRDefault="001B0213" w:rsidP="001B0213"/>
        </w:tc>
        <w:tc>
          <w:tcPr>
            <w:tcW w:w="1089" w:type="dxa"/>
          </w:tcPr>
          <w:p w14:paraId="0FC96565" w14:textId="77777777" w:rsidR="001B0213" w:rsidRDefault="001B0213" w:rsidP="001B0213"/>
        </w:tc>
        <w:tc>
          <w:tcPr>
            <w:tcW w:w="1088" w:type="dxa"/>
          </w:tcPr>
          <w:p w14:paraId="3C439075" w14:textId="77777777" w:rsidR="001B0213" w:rsidRDefault="001B0213" w:rsidP="001B0213"/>
        </w:tc>
        <w:tc>
          <w:tcPr>
            <w:tcW w:w="1089" w:type="dxa"/>
          </w:tcPr>
          <w:p w14:paraId="0709BE43" w14:textId="77777777" w:rsidR="001B0213" w:rsidRDefault="001B0213" w:rsidP="001B0213"/>
        </w:tc>
      </w:tr>
      <w:tr w:rsidR="006D199C" w14:paraId="03C3642D" w14:textId="77777777" w:rsidTr="006D199C">
        <w:tc>
          <w:tcPr>
            <w:tcW w:w="3510" w:type="dxa"/>
          </w:tcPr>
          <w:p w14:paraId="029A1F15" w14:textId="2728DD32" w:rsidR="001B0213" w:rsidRPr="00CB5B3A" w:rsidRDefault="001B0213" w:rsidP="001B0213">
            <w:pPr>
              <w:rPr>
                <w:sz w:val="20"/>
                <w:szCs w:val="20"/>
              </w:rPr>
            </w:pPr>
            <w:r w:rsidRPr="00CB5B3A">
              <w:rPr>
                <w:sz w:val="20"/>
                <w:szCs w:val="20"/>
              </w:rPr>
              <w:t>N22 I am confident I will seek medical attention if I experience symptoms like fever, headache, runny nose, sore throat, cough, diarrhea, or changes in taste or smell.</w:t>
            </w:r>
          </w:p>
        </w:tc>
        <w:tc>
          <w:tcPr>
            <w:tcW w:w="1088" w:type="dxa"/>
          </w:tcPr>
          <w:p w14:paraId="6DA70F84" w14:textId="77777777" w:rsidR="001B0213" w:rsidRDefault="001B0213" w:rsidP="001B0213"/>
        </w:tc>
        <w:tc>
          <w:tcPr>
            <w:tcW w:w="1088" w:type="dxa"/>
          </w:tcPr>
          <w:p w14:paraId="3D0B1F36" w14:textId="77777777" w:rsidR="001B0213" w:rsidRDefault="001B0213" w:rsidP="001B0213"/>
        </w:tc>
        <w:tc>
          <w:tcPr>
            <w:tcW w:w="1089" w:type="dxa"/>
          </w:tcPr>
          <w:p w14:paraId="6EB92684" w14:textId="77777777" w:rsidR="001B0213" w:rsidRDefault="001B0213" w:rsidP="001B0213"/>
        </w:tc>
        <w:tc>
          <w:tcPr>
            <w:tcW w:w="1088" w:type="dxa"/>
          </w:tcPr>
          <w:p w14:paraId="5007963B" w14:textId="77777777" w:rsidR="001B0213" w:rsidRDefault="001B0213" w:rsidP="001B0213"/>
        </w:tc>
        <w:tc>
          <w:tcPr>
            <w:tcW w:w="1089" w:type="dxa"/>
          </w:tcPr>
          <w:p w14:paraId="4E1B2E13" w14:textId="77777777" w:rsidR="001B0213" w:rsidRDefault="001B0213" w:rsidP="001B0213"/>
        </w:tc>
      </w:tr>
      <w:tr w:rsidR="006D199C" w14:paraId="309A625E" w14:textId="77777777" w:rsidTr="006D199C">
        <w:tc>
          <w:tcPr>
            <w:tcW w:w="3510" w:type="dxa"/>
          </w:tcPr>
          <w:p w14:paraId="6DF2D1BC" w14:textId="65BA7C36" w:rsidR="001B0213" w:rsidRPr="00CB5B3A" w:rsidRDefault="001B0213" w:rsidP="001B0213">
            <w:pPr>
              <w:rPr>
                <w:sz w:val="20"/>
                <w:szCs w:val="20"/>
              </w:rPr>
            </w:pPr>
            <w:r w:rsidRPr="00CB5B3A">
              <w:rPr>
                <w:sz w:val="20"/>
                <w:szCs w:val="20"/>
              </w:rPr>
              <w:t>N23 I am confident I will always wear a mask in crowded public places or on public transport.</w:t>
            </w:r>
          </w:p>
        </w:tc>
        <w:tc>
          <w:tcPr>
            <w:tcW w:w="1088" w:type="dxa"/>
          </w:tcPr>
          <w:p w14:paraId="17650A4B" w14:textId="77777777" w:rsidR="001B0213" w:rsidRDefault="001B0213" w:rsidP="001B0213"/>
        </w:tc>
        <w:tc>
          <w:tcPr>
            <w:tcW w:w="1088" w:type="dxa"/>
          </w:tcPr>
          <w:p w14:paraId="1A488F6D" w14:textId="77777777" w:rsidR="001B0213" w:rsidRDefault="001B0213" w:rsidP="001B0213"/>
        </w:tc>
        <w:tc>
          <w:tcPr>
            <w:tcW w:w="1089" w:type="dxa"/>
          </w:tcPr>
          <w:p w14:paraId="6CB31A91" w14:textId="77777777" w:rsidR="001B0213" w:rsidRDefault="001B0213" w:rsidP="001B0213"/>
        </w:tc>
        <w:tc>
          <w:tcPr>
            <w:tcW w:w="1088" w:type="dxa"/>
          </w:tcPr>
          <w:p w14:paraId="2E0F21F1" w14:textId="77777777" w:rsidR="001B0213" w:rsidRDefault="001B0213" w:rsidP="001B0213"/>
        </w:tc>
        <w:tc>
          <w:tcPr>
            <w:tcW w:w="1089" w:type="dxa"/>
          </w:tcPr>
          <w:p w14:paraId="1595D85F" w14:textId="77777777" w:rsidR="001B0213" w:rsidRDefault="001B0213" w:rsidP="001B0213"/>
        </w:tc>
      </w:tr>
      <w:tr w:rsidR="006D199C" w14:paraId="1BD0B624" w14:textId="77777777" w:rsidTr="006D199C">
        <w:tc>
          <w:tcPr>
            <w:tcW w:w="3510" w:type="dxa"/>
          </w:tcPr>
          <w:p w14:paraId="6CAF06AE" w14:textId="3E3C1489" w:rsidR="001B0213" w:rsidRPr="00CB5B3A" w:rsidRDefault="001B0213" w:rsidP="001B0213">
            <w:pPr>
              <w:rPr>
                <w:sz w:val="20"/>
                <w:szCs w:val="20"/>
              </w:rPr>
            </w:pPr>
            <w:r w:rsidRPr="00CB5B3A">
              <w:rPr>
                <w:sz w:val="20"/>
                <w:szCs w:val="20"/>
              </w:rPr>
              <w:t>N24 I am confident in using diluted bleach or alcohol to disinfect household surfaces like doorknobs and tables.</w:t>
            </w:r>
          </w:p>
        </w:tc>
        <w:tc>
          <w:tcPr>
            <w:tcW w:w="1088" w:type="dxa"/>
          </w:tcPr>
          <w:p w14:paraId="11A0459D" w14:textId="77777777" w:rsidR="001B0213" w:rsidRDefault="001B0213" w:rsidP="001B0213"/>
        </w:tc>
        <w:tc>
          <w:tcPr>
            <w:tcW w:w="1088" w:type="dxa"/>
          </w:tcPr>
          <w:p w14:paraId="4C9B4A03" w14:textId="77777777" w:rsidR="001B0213" w:rsidRDefault="001B0213" w:rsidP="001B0213"/>
        </w:tc>
        <w:tc>
          <w:tcPr>
            <w:tcW w:w="1089" w:type="dxa"/>
          </w:tcPr>
          <w:p w14:paraId="7C7334D8" w14:textId="77777777" w:rsidR="001B0213" w:rsidRDefault="001B0213" w:rsidP="001B0213"/>
        </w:tc>
        <w:tc>
          <w:tcPr>
            <w:tcW w:w="1088" w:type="dxa"/>
          </w:tcPr>
          <w:p w14:paraId="6ABF47EA" w14:textId="77777777" w:rsidR="001B0213" w:rsidRDefault="001B0213" w:rsidP="001B0213"/>
        </w:tc>
        <w:tc>
          <w:tcPr>
            <w:tcW w:w="1089" w:type="dxa"/>
          </w:tcPr>
          <w:p w14:paraId="4736C92E" w14:textId="77777777" w:rsidR="001B0213" w:rsidRDefault="001B0213" w:rsidP="001B0213"/>
        </w:tc>
      </w:tr>
      <w:tr w:rsidR="006D199C" w14:paraId="1DA7D127" w14:textId="77777777" w:rsidTr="006D199C">
        <w:tc>
          <w:tcPr>
            <w:tcW w:w="3510" w:type="dxa"/>
          </w:tcPr>
          <w:p w14:paraId="6B20F99D" w14:textId="21EC9B58" w:rsidR="001B0213" w:rsidRPr="00CB5B3A" w:rsidRDefault="001B0213" w:rsidP="001B0213">
            <w:pPr>
              <w:rPr>
                <w:sz w:val="20"/>
                <w:szCs w:val="20"/>
              </w:rPr>
            </w:pPr>
            <w:r w:rsidRPr="00CB5B3A">
              <w:rPr>
                <w:sz w:val="20"/>
                <w:szCs w:val="20"/>
              </w:rPr>
              <w:t xml:space="preserve">N25 I am confident I will stay </w:t>
            </w:r>
            <w:r w:rsidRPr="00CB5B3A">
              <w:rPr>
                <w:sz w:val="20"/>
                <w:szCs w:val="20"/>
              </w:rPr>
              <w:lastRenderedPageBreak/>
              <w:t>informed on the current situation and prevention policies through news or social media.</w:t>
            </w:r>
          </w:p>
        </w:tc>
        <w:tc>
          <w:tcPr>
            <w:tcW w:w="1088" w:type="dxa"/>
          </w:tcPr>
          <w:p w14:paraId="6B14DA84" w14:textId="77777777" w:rsidR="001B0213" w:rsidRDefault="001B0213" w:rsidP="001B0213"/>
        </w:tc>
        <w:tc>
          <w:tcPr>
            <w:tcW w:w="1088" w:type="dxa"/>
          </w:tcPr>
          <w:p w14:paraId="1A0FFC1B" w14:textId="77777777" w:rsidR="001B0213" w:rsidRDefault="001B0213" w:rsidP="001B0213"/>
        </w:tc>
        <w:tc>
          <w:tcPr>
            <w:tcW w:w="1089" w:type="dxa"/>
          </w:tcPr>
          <w:p w14:paraId="72475EEA" w14:textId="77777777" w:rsidR="001B0213" w:rsidRDefault="001B0213" w:rsidP="001B0213"/>
        </w:tc>
        <w:tc>
          <w:tcPr>
            <w:tcW w:w="1088" w:type="dxa"/>
          </w:tcPr>
          <w:p w14:paraId="37111F4F" w14:textId="77777777" w:rsidR="001B0213" w:rsidRDefault="001B0213" w:rsidP="001B0213"/>
        </w:tc>
        <w:tc>
          <w:tcPr>
            <w:tcW w:w="1089" w:type="dxa"/>
          </w:tcPr>
          <w:p w14:paraId="26EAED8C" w14:textId="77777777" w:rsidR="001B0213" w:rsidRDefault="001B0213" w:rsidP="001B0213"/>
        </w:tc>
      </w:tr>
    </w:tbl>
    <w:p w14:paraId="7EDE0EFF" w14:textId="347AC087" w:rsidR="000C7C30" w:rsidRDefault="00000000">
      <w:pPr>
        <w:pStyle w:val="1"/>
      </w:pPr>
      <w:r>
        <w:t xml:space="preserve">Part 4: Reinforcing Factors </w:t>
      </w:r>
    </w:p>
    <w:p w14:paraId="27F23B15" w14:textId="77777777" w:rsidR="000C7C30" w:rsidRDefault="00000000">
      <w:pPr>
        <w:rPr>
          <w:rFonts w:eastAsia="新細明體"/>
          <w:lang w:eastAsia="zh-TW"/>
        </w:rPr>
      </w:pPr>
      <w:r>
        <w:t>Please indicate your level of agreement with the following statements.</w:t>
      </w:r>
    </w:p>
    <w:tbl>
      <w:tblPr>
        <w:tblStyle w:val="aff2"/>
        <w:tblW w:w="8952" w:type="dxa"/>
        <w:tblLayout w:type="fixed"/>
        <w:tblLook w:val="04A0" w:firstRow="1" w:lastRow="0" w:firstColumn="1" w:lastColumn="0" w:noHBand="0" w:noVBand="1"/>
      </w:tblPr>
      <w:tblGrid>
        <w:gridCol w:w="3510"/>
        <w:gridCol w:w="1088"/>
        <w:gridCol w:w="1088"/>
        <w:gridCol w:w="1089"/>
        <w:gridCol w:w="1088"/>
        <w:gridCol w:w="1089"/>
      </w:tblGrid>
      <w:tr w:rsidR="00A814A4" w14:paraId="18E298F9" w14:textId="77777777" w:rsidTr="00013B8C">
        <w:tc>
          <w:tcPr>
            <w:tcW w:w="3510" w:type="dxa"/>
          </w:tcPr>
          <w:p w14:paraId="3CA83292" w14:textId="77777777" w:rsidR="00A814A4" w:rsidRDefault="00A814A4" w:rsidP="00013B8C">
            <w:pPr>
              <w:rPr>
                <w:rFonts w:eastAsia="新細明體"/>
                <w:lang w:eastAsia="zh-TW"/>
              </w:rPr>
            </w:pPr>
          </w:p>
        </w:tc>
        <w:tc>
          <w:tcPr>
            <w:tcW w:w="1088" w:type="dxa"/>
          </w:tcPr>
          <w:p w14:paraId="1BA8CF87" w14:textId="77777777" w:rsidR="00A814A4" w:rsidRDefault="00A814A4" w:rsidP="00013B8C">
            <w:pPr>
              <w:rPr>
                <w:rFonts w:eastAsia="新細明體"/>
                <w:lang w:eastAsia="zh-TW"/>
              </w:rPr>
            </w:pPr>
            <w:r>
              <w:t>Strongly Disagree</w:t>
            </w:r>
          </w:p>
        </w:tc>
        <w:tc>
          <w:tcPr>
            <w:tcW w:w="1088" w:type="dxa"/>
          </w:tcPr>
          <w:p w14:paraId="362E2245" w14:textId="77777777" w:rsidR="00A814A4" w:rsidRDefault="00A814A4" w:rsidP="00013B8C">
            <w:pPr>
              <w:rPr>
                <w:rFonts w:eastAsia="新細明體"/>
                <w:lang w:eastAsia="zh-TW"/>
              </w:rPr>
            </w:pPr>
            <w:r>
              <w:t>Disagree</w:t>
            </w:r>
          </w:p>
        </w:tc>
        <w:tc>
          <w:tcPr>
            <w:tcW w:w="1089" w:type="dxa"/>
          </w:tcPr>
          <w:p w14:paraId="22E57BB2" w14:textId="77777777" w:rsidR="00A814A4" w:rsidRDefault="00A814A4" w:rsidP="00013B8C">
            <w:pPr>
              <w:rPr>
                <w:rFonts w:eastAsia="新細明體"/>
                <w:lang w:eastAsia="zh-TW"/>
              </w:rPr>
            </w:pPr>
            <w:r>
              <w:t>Neutral</w:t>
            </w:r>
          </w:p>
        </w:tc>
        <w:tc>
          <w:tcPr>
            <w:tcW w:w="1088" w:type="dxa"/>
          </w:tcPr>
          <w:p w14:paraId="58C73234" w14:textId="77777777" w:rsidR="00A814A4" w:rsidRDefault="00A814A4" w:rsidP="00013B8C">
            <w:pPr>
              <w:rPr>
                <w:rFonts w:eastAsia="新細明體"/>
                <w:lang w:eastAsia="zh-TW"/>
              </w:rPr>
            </w:pPr>
            <w:r>
              <w:t>Agree</w:t>
            </w:r>
          </w:p>
        </w:tc>
        <w:tc>
          <w:tcPr>
            <w:tcW w:w="1089" w:type="dxa"/>
          </w:tcPr>
          <w:p w14:paraId="6CDDED39" w14:textId="77777777" w:rsidR="00A814A4" w:rsidRDefault="00A814A4" w:rsidP="00013B8C">
            <w:pPr>
              <w:rPr>
                <w:rFonts w:eastAsia="新細明體"/>
                <w:lang w:eastAsia="zh-TW"/>
              </w:rPr>
            </w:pPr>
            <w:r>
              <w:t>Strongly Agree</w:t>
            </w:r>
          </w:p>
        </w:tc>
      </w:tr>
      <w:tr w:rsidR="00A814A4" w14:paraId="234D7BAF" w14:textId="77777777" w:rsidTr="00013B8C">
        <w:tc>
          <w:tcPr>
            <w:tcW w:w="3510" w:type="dxa"/>
          </w:tcPr>
          <w:p w14:paraId="48134646" w14:textId="3A423E9C" w:rsidR="00A814A4" w:rsidRDefault="00A814A4" w:rsidP="00013B8C">
            <w:pPr>
              <w:rPr>
                <w:rFonts w:eastAsia="新細明體"/>
                <w:lang w:eastAsia="zh-TW"/>
              </w:rPr>
            </w:pPr>
            <w:r w:rsidRPr="00A814A4">
              <w:rPr>
                <w:sz w:val="20"/>
                <w:szCs w:val="20"/>
              </w:rPr>
              <w:t>N26 Parents proactively inform the preschool of their child’s health and absence to assist in prevention.</w:t>
            </w:r>
          </w:p>
        </w:tc>
        <w:tc>
          <w:tcPr>
            <w:tcW w:w="1088" w:type="dxa"/>
          </w:tcPr>
          <w:p w14:paraId="267BBFA7" w14:textId="77777777" w:rsidR="00A814A4" w:rsidRDefault="00A814A4" w:rsidP="00013B8C"/>
        </w:tc>
        <w:tc>
          <w:tcPr>
            <w:tcW w:w="1088" w:type="dxa"/>
          </w:tcPr>
          <w:p w14:paraId="7474236F" w14:textId="77777777" w:rsidR="00A814A4" w:rsidRDefault="00A814A4" w:rsidP="00013B8C"/>
        </w:tc>
        <w:tc>
          <w:tcPr>
            <w:tcW w:w="1089" w:type="dxa"/>
          </w:tcPr>
          <w:p w14:paraId="26805B40" w14:textId="77777777" w:rsidR="00A814A4" w:rsidRDefault="00A814A4" w:rsidP="00013B8C"/>
        </w:tc>
        <w:tc>
          <w:tcPr>
            <w:tcW w:w="1088" w:type="dxa"/>
          </w:tcPr>
          <w:p w14:paraId="25397EE4" w14:textId="77777777" w:rsidR="00A814A4" w:rsidRDefault="00A814A4" w:rsidP="00013B8C"/>
        </w:tc>
        <w:tc>
          <w:tcPr>
            <w:tcW w:w="1089" w:type="dxa"/>
          </w:tcPr>
          <w:p w14:paraId="29C5C619" w14:textId="77777777" w:rsidR="00A814A4" w:rsidRDefault="00A814A4" w:rsidP="00013B8C"/>
        </w:tc>
      </w:tr>
      <w:tr w:rsidR="00A814A4" w14:paraId="309BFC65" w14:textId="77777777" w:rsidTr="00013B8C">
        <w:tc>
          <w:tcPr>
            <w:tcW w:w="3510" w:type="dxa"/>
          </w:tcPr>
          <w:p w14:paraId="39BE8DF0" w14:textId="5609F40F" w:rsidR="00A814A4" w:rsidRPr="00A814A4" w:rsidRDefault="00A814A4" w:rsidP="00A814A4">
            <w:pPr>
              <w:rPr>
                <w:sz w:val="20"/>
                <w:szCs w:val="20"/>
              </w:rPr>
            </w:pPr>
            <w:r w:rsidRPr="00CB5B3A">
              <w:rPr>
                <w:sz w:val="20"/>
                <w:szCs w:val="20"/>
              </w:rPr>
              <w:t>N27 Parents comply with keeping sick children at home to prevent disease spread.</w:t>
            </w:r>
          </w:p>
        </w:tc>
        <w:tc>
          <w:tcPr>
            <w:tcW w:w="1088" w:type="dxa"/>
          </w:tcPr>
          <w:p w14:paraId="5E5812B7" w14:textId="77777777" w:rsidR="00A814A4" w:rsidRDefault="00A814A4" w:rsidP="00A814A4"/>
        </w:tc>
        <w:tc>
          <w:tcPr>
            <w:tcW w:w="1088" w:type="dxa"/>
          </w:tcPr>
          <w:p w14:paraId="73D2F136" w14:textId="77777777" w:rsidR="00A814A4" w:rsidRDefault="00A814A4" w:rsidP="00A814A4"/>
        </w:tc>
        <w:tc>
          <w:tcPr>
            <w:tcW w:w="1089" w:type="dxa"/>
          </w:tcPr>
          <w:p w14:paraId="7E7C92AF" w14:textId="77777777" w:rsidR="00A814A4" w:rsidRDefault="00A814A4" w:rsidP="00A814A4"/>
        </w:tc>
        <w:tc>
          <w:tcPr>
            <w:tcW w:w="1088" w:type="dxa"/>
          </w:tcPr>
          <w:p w14:paraId="0C143D56" w14:textId="77777777" w:rsidR="00A814A4" w:rsidRDefault="00A814A4" w:rsidP="00A814A4"/>
        </w:tc>
        <w:tc>
          <w:tcPr>
            <w:tcW w:w="1089" w:type="dxa"/>
          </w:tcPr>
          <w:p w14:paraId="7F81C629" w14:textId="77777777" w:rsidR="00A814A4" w:rsidRDefault="00A814A4" w:rsidP="00A814A4"/>
        </w:tc>
      </w:tr>
      <w:tr w:rsidR="00A814A4" w14:paraId="46FD9A2C" w14:textId="77777777" w:rsidTr="00013B8C">
        <w:tc>
          <w:tcPr>
            <w:tcW w:w="3510" w:type="dxa"/>
          </w:tcPr>
          <w:p w14:paraId="7068109A" w14:textId="56E4CCCC" w:rsidR="00A814A4" w:rsidRPr="00A814A4" w:rsidRDefault="00A814A4" w:rsidP="00A814A4">
            <w:pPr>
              <w:rPr>
                <w:sz w:val="20"/>
                <w:szCs w:val="20"/>
              </w:rPr>
            </w:pPr>
            <w:r w:rsidRPr="00CB5B3A">
              <w:rPr>
                <w:sz w:val="20"/>
                <w:szCs w:val="20"/>
              </w:rPr>
              <w:t>N28 Parents prepare masks for their children and remind them to wear them during flu season.</w:t>
            </w:r>
          </w:p>
        </w:tc>
        <w:tc>
          <w:tcPr>
            <w:tcW w:w="1088" w:type="dxa"/>
          </w:tcPr>
          <w:p w14:paraId="6351E20C" w14:textId="77777777" w:rsidR="00A814A4" w:rsidRDefault="00A814A4" w:rsidP="00A814A4"/>
        </w:tc>
        <w:tc>
          <w:tcPr>
            <w:tcW w:w="1088" w:type="dxa"/>
          </w:tcPr>
          <w:p w14:paraId="5759DB2C" w14:textId="77777777" w:rsidR="00A814A4" w:rsidRDefault="00A814A4" w:rsidP="00A814A4"/>
        </w:tc>
        <w:tc>
          <w:tcPr>
            <w:tcW w:w="1089" w:type="dxa"/>
          </w:tcPr>
          <w:p w14:paraId="2D3A07A5" w14:textId="77777777" w:rsidR="00A814A4" w:rsidRDefault="00A814A4" w:rsidP="00A814A4"/>
        </w:tc>
        <w:tc>
          <w:tcPr>
            <w:tcW w:w="1088" w:type="dxa"/>
          </w:tcPr>
          <w:p w14:paraId="2644048F" w14:textId="77777777" w:rsidR="00A814A4" w:rsidRDefault="00A814A4" w:rsidP="00A814A4"/>
        </w:tc>
        <w:tc>
          <w:tcPr>
            <w:tcW w:w="1089" w:type="dxa"/>
          </w:tcPr>
          <w:p w14:paraId="1A6F9D98" w14:textId="77777777" w:rsidR="00A814A4" w:rsidRDefault="00A814A4" w:rsidP="00A814A4"/>
        </w:tc>
      </w:tr>
      <w:tr w:rsidR="00A814A4" w14:paraId="68504710" w14:textId="77777777" w:rsidTr="00013B8C">
        <w:tc>
          <w:tcPr>
            <w:tcW w:w="3510" w:type="dxa"/>
          </w:tcPr>
          <w:p w14:paraId="7FE9FBD4" w14:textId="229196C9" w:rsidR="00A814A4" w:rsidRPr="00A814A4" w:rsidRDefault="00A814A4" w:rsidP="00A814A4">
            <w:pPr>
              <w:rPr>
                <w:sz w:val="20"/>
                <w:szCs w:val="20"/>
              </w:rPr>
            </w:pPr>
            <w:r w:rsidRPr="00CB5B3A">
              <w:rPr>
                <w:sz w:val="20"/>
                <w:szCs w:val="20"/>
              </w:rPr>
              <w:t>N29 Parents take sick children to the doctor and adopt prevention measures.</w:t>
            </w:r>
          </w:p>
        </w:tc>
        <w:tc>
          <w:tcPr>
            <w:tcW w:w="1088" w:type="dxa"/>
          </w:tcPr>
          <w:p w14:paraId="4E6EF8A3" w14:textId="77777777" w:rsidR="00A814A4" w:rsidRDefault="00A814A4" w:rsidP="00A814A4"/>
        </w:tc>
        <w:tc>
          <w:tcPr>
            <w:tcW w:w="1088" w:type="dxa"/>
          </w:tcPr>
          <w:p w14:paraId="1245728A" w14:textId="77777777" w:rsidR="00A814A4" w:rsidRDefault="00A814A4" w:rsidP="00A814A4"/>
        </w:tc>
        <w:tc>
          <w:tcPr>
            <w:tcW w:w="1089" w:type="dxa"/>
          </w:tcPr>
          <w:p w14:paraId="0D47CC23" w14:textId="77777777" w:rsidR="00A814A4" w:rsidRDefault="00A814A4" w:rsidP="00A814A4"/>
        </w:tc>
        <w:tc>
          <w:tcPr>
            <w:tcW w:w="1088" w:type="dxa"/>
          </w:tcPr>
          <w:p w14:paraId="166F1071" w14:textId="77777777" w:rsidR="00A814A4" w:rsidRDefault="00A814A4" w:rsidP="00A814A4"/>
        </w:tc>
        <w:tc>
          <w:tcPr>
            <w:tcW w:w="1089" w:type="dxa"/>
          </w:tcPr>
          <w:p w14:paraId="3DD67B98" w14:textId="77777777" w:rsidR="00A814A4" w:rsidRDefault="00A814A4" w:rsidP="00A814A4"/>
        </w:tc>
      </w:tr>
      <w:tr w:rsidR="00A814A4" w14:paraId="593E2506" w14:textId="77777777" w:rsidTr="00013B8C">
        <w:tc>
          <w:tcPr>
            <w:tcW w:w="3510" w:type="dxa"/>
          </w:tcPr>
          <w:p w14:paraId="7C937BC5" w14:textId="46526D58" w:rsidR="00A814A4" w:rsidRPr="00A814A4" w:rsidRDefault="00A814A4" w:rsidP="00A814A4">
            <w:pPr>
              <w:rPr>
                <w:sz w:val="20"/>
                <w:szCs w:val="20"/>
              </w:rPr>
            </w:pPr>
            <w:r w:rsidRPr="00CB5B3A">
              <w:rPr>
                <w:sz w:val="20"/>
                <w:szCs w:val="20"/>
              </w:rPr>
              <w:t>N30 Preschools monitor educators' health, reminding them of balanced nutrition and sleep for good immunity.</w:t>
            </w:r>
          </w:p>
        </w:tc>
        <w:tc>
          <w:tcPr>
            <w:tcW w:w="1088" w:type="dxa"/>
          </w:tcPr>
          <w:p w14:paraId="41001CB8" w14:textId="77777777" w:rsidR="00A814A4" w:rsidRDefault="00A814A4" w:rsidP="00A814A4"/>
        </w:tc>
        <w:tc>
          <w:tcPr>
            <w:tcW w:w="1088" w:type="dxa"/>
          </w:tcPr>
          <w:p w14:paraId="3C5A84E7" w14:textId="77777777" w:rsidR="00A814A4" w:rsidRDefault="00A814A4" w:rsidP="00A814A4"/>
        </w:tc>
        <w:tc>
          <w:tcPr>
            <w:tcW w:w="1089" w:type="dxa"/>
          </w:tcPr>
          <w:p w14:paraId="77A96563" w14:textId="77777777" w:rsidR="00A814A4" w:rsidRDefault="00A814A4" w:rsidP="00A814A4"/>
        </w:tc>
        <w:tc>
          <w:tcPr>
            <w:tcW w:w="1088" w:type="dxa"/>
          </w:tcPr>
          <w:p w14:paraId="38A36E24" w14:textId="77777777" w:rsidR="00A814A4" w:rsidRDefault="00A814A4" w:rsidP="00A814A4"/>
        </w:tc>
        <w:tc>
          <w:tcPr>
            <w:tcW w:w="1089" w:type="dxa"/>
          </w:tcPr>
          <w:p w14:paraId="70C5398F" w14:textId="77777777" w:rsidR="00A814A4" w:rsidRDefault="00A814A4" w:rsidP="00A814A4"/>
        </w:tc>
      </w:tr>
      <w:tr w:rsidR="00A814A4" w14:paraId="265FFA9D" w14:textId="77777777" w:rsidTr="00013B8C">
        <w:tc>
          <w:tcPr>
            <w:tcW w:w="3510" w:type="dxa"/>
          </w:tcPr>
          <w:p w14:paraId="33872B38" w14:textId="63399804" w:rsidR="00A814A4" w:rsidRPr="00A814A4" w:rsidRDefault="00A814A4" w:rsidP="00A814A4">
            <w:pPr>
              <w:rPr>
                <w:sz w:val="20"/>
                <w:szCs w:val="20"/>
              </w:rPr>
            </w:pPr>
            <w:r w:rsidRPr="00CB5B3A">
              <w:rPr>
                <w:sz w:val="20"/>
                <w:szCs w:val="20"/>
              </w:rPr>
              <w:t>N31 Preschools offer vaccination incentives to encourage higher participation.</w:t>
            </w:r>
          </w:p>
        </w:tc>
        <w:tc>
          <w:tcPr>
            <w:tcW w:w="1088" w:type="dxa"/>
          </w:tcPr>
          <w:p w14:paraId="6391DD1B" w14:textId="77777777" w:rsidR="00A814A4" w:rsidRDefault="00A814A4" w:rsidP="00A814A4"/>
        </w:tc>
        <w:tc>
          <w:tcPr>
            <w:tcW w:w="1088" w:type="dxa"/>
          </w:tcPr>
          <w:p w14:paraId="6DDC45DF" w14:textId="77777777" w:rsidR="00A814A4" w:rsidRDefault="00A814A4" w:rsidP="00A814A4"/>
        </w:tc>
        <w:tc>
          <w:tcPr>
            <w:tcW w:w="1089" w:type="dxa"/>
          </w:tcPr>
          <w:p w14:paraId="36717FE3" w14:textId="77777777" w:rsidR="00A814A4" w:rsidRDefault="00A814A4" w:rsidP="00A814A4"/>
        </w:tc>
        <w:tc>
          <w:tcPr>
            <w:tcW w:w="1088" w:type="dxa"/>
          </w:tcPr>
          <w:p w14:paraId="3B43F551" w14:textId="77777777" w:rsidR="00A814A4" w:rsidRDefault="00A814A4" w:rsidP="00A814A4"/>
        </w:tc>
        <w:tc>
          <w:tcPr>
            <w:tcW w:w="1089" w:type="dxa"/>
          </w:tcPr>
          <w:p w14:paraId="3926F3B3" w14:textId="77777777" w:rsidR="00A814A4" w:rsidRDefault="00A814A4" w:rsidP="00A814A4"/>
        </w:tc>
      </w:tr>
      <w:tr w:rsidR="00A814A4" w14:paraId="1F87C01B" w14:textId="77777777" w:rsidTr="00013B8C">
        <w:tc>
          <w:tcPr>
            <w:tcW w:w="3510" w:type="dxa"/>
          </w:tcPr>
          <w:p w14:paraId="47C298E7" w14:textId="3389C37F" w:rsidR="00A814A4" w:rsidRPr="00A814A4" w:rsidRDefault="00A814A4" w:rsidP="00A814A4">
            <w:pPr>
              <w:rPr>
                <w:sz w:val="20"/>
                <w:szCs w:val="20"/>
              </w:rPr>
            </w:pPr>
            <w:r w:rsidRPr="00CB5B3A">
              <w:rPr>
                <w:sz w:val="20"/>
                <w:szCs w:val="20"/>
              </w:rPr>
              <w:t>N32 Preschools encourage educators to attend disease prevention courses during work hours.</w:t>
            </w:r>
          </w:p>
        </w:tc>
        <w:tc>
          <w:tcPr>
            <w:tcW w:w="1088" w:type="dxa"/>
          </w:tcPr>
          <w:p w14:paraId="0F70BCDF" w14:textId="77777777" w:rsidR="00A814A4" w:rsidRDefault="00A814A4" w:rsidP="00A814A4"/>
        </w:tc>
        <w:tc>
          <w:tcPr>
            <w:tcW w:w="1088" w:type="dxa"/>
          </w:tcPr>
          <w:p w14:paraId="730A8083" w14:textId="77777777" w:rsidR="00A814A4" w:rsidRDefault="00A814A4" w:rsidP="00A814A4"/>
        </w:tc>
        <w:tc>
          <w:tcPr>
            <w:tcW w:w="1089" w:type="dxa"/>
          </w:tcPr>
          <w:p w14:paraId="74F1290F" w14:textId="77777777" w:rsidR="00A814A4" w:rsidRDefault="00A814A4" w:rsidP="00A814A4"/>
        </w:tc>
        <w:tc>
          <w:tcPr>
            <w:tcW w:w="1088" w:type="dxa"/>
          </w:tcPr>
          <w:p w14:paraId="62C10DDF" w14:textId="77777777" w:rsidR="00A814A4" w:rsidRDefault="00A814A4" w:rsidP="00A814A4"/>
        </w:tc>
        <w:tc>
          <w:tcPr>
            <w:tcW w:w="1089" w:type="dxa"/>
          </w:tcPr>
          <w:p w14:paraId="233E13BB" w14:textId="77777777" w:rsidR="00A814A4" w:rsidRDefault="00A814A4" w:rsidP="00A814A4"/>
        </w:tc>
      </w:tr>
      <w:tr w:rsidR="00A814A4" w14:paraId="5A5B70C2" w14:textId="77777777" w:rsidTr="00013B8C">
        <w:tc>
          <w:tcPr>
            <w:tcW w:w="3510" w:type="dxa"/>
          </w:tcPr>
          <w:p w14:paraId="0D668527" w14:textId="471DA425" w:rsidR="00A814A4" w:rsidRPr="00A814A4" w:rsidRDefault="00A814A4" w:rsidP="00A814A4">
            <w:pPr>
              <w:rPr>
                <w:sz w:val="20"/>
                <w:szCs w:val="20"/>
              </w:rPr>
            </w:pPr>
            <w:r w:rsidRPr="00CB5B3A">
              <w:rPr>
                <w:sz w:val="20"/>
                <w:szCs w:val="20"/>
              </w:rPr>
              <w:t>N33 Preschools encourage educators to stay home when sick.</w:t>
            </w:r>
          </w:p>
        </w:tc>
        <w:tc>
          <w:tcPr>
            <w:tcW w:w="1088" w:type="dxa"/>
          </w:tcPr>
          <w:p w14:paraId="310EF0BA" w14:textId="77777777" w:rsidR="00A814A4" w:rsidRDefault="00A814A4" w:rsidP="00A814A4"/>
        </w:tc>
        <w:tc>
          <w:tcPr>
            <w:tcW w:w="1088" w:type="dxa"/>
          </w:tcPr>
          <w:p w14:paraId="2535D4F5" w14:textId="77777777" w:rsidR="00A814A4" w:rsidRDefault="00A814A4" w:rsidP="00A814A4"/>
        </w:tc>
        <w:tc>
          <w:tcPr>
            <w:tcW w:w="1089" w:type="dxa"/>
          </w:tcPr>
          <w:p w14:paraId="1D377620" w14:textId="77777777" w:rsidR="00A814A4" w:rsidRDefault="00A814A4" w:rsidP="00A814A4"/>
        </w:tc>
        <w:tc>
          <w:tcPr>
            <w:tcW w:w="1088" w:type="dxa"/>
          </w:tcPr>
          <w:p w14:paraId="73BB6929" w14:textId="77777777" w:rsidR="00A814A4" w:rsidRDefault="00A814A4" w:rsidP="00A814A4"/>
        </w:tc>
        <w:tc>
          <w:tcPr>
            <w:tcW w:w="1089" w:type="dxa"/>
          </w:tcPr>
          <w:p w14:paraId="77BE4B4B" w14:textId="77777777" w:rsidR="00A814A4" w:rsidRDefault="00A814A4" w:rsidP="00A814A4"/>
        </w:tc>
      </w:tr>
      <w:tr w:rsidR="00A814A4" w14:paraId="316F0C24" w14:textId="77777777" w:rsidTr="00013B8C">
        <w:tc>
          <w:tcPr>
            <w:tcW w:w="3510" w:type="dxa"/>
          </w:tcPr>
          <w:p w14:paraId="766C1C67" w14:textId="572F0472" w:rsidR="00A814A4" w:rsidRPr="00A814A4" w:rsidRDefault="00A814A4" w:rsidP="00A814A4">
            <w:pPr>
              <w:rPr>
                <w:sz w:val="20"/>
                <w:szCs w:val="20"/>
              </w:rPr>
            </w:pPr>
            <w:r w:rsidRPr="00CB5B3A">
              <w:rPr>
                <w:sz w:val="20"/>
                <w:szCs w:val="20"/>
              </w:rPr>
              <w:t>N34 In-service training on health and safety, including disease prevention, helps educators adopt preventive measures.</w:t>
            </w:r>
          </w:p>
        </w:tc>
        <w:tc>
          <w:tcPr>
            <w:tcW w:w="1088" w:type="dxa"/>
          </w:tcPr>
          <w:p w14:paraId="2C8A83F2" w14:textId="77777777" w:rsidR="00A814A4" w:rsidRDefault="00A814A4" w:rsidP="00A814A4"/>
        </w:tc>
        <w:tc>
          <w:tcPr>
            <w:tcW w:w="1088" w:type="dxa"/>
          </w:tcPr>
          <w:p w14:paraId="58F49D60" w14:textId="77777777" w:rsidR="00A814A4" w:rsidRDefault="00A814A4" w:rsidP="00A814A4"/>
        </w:tc>
        <w:tc>
          <w:tcPr>
            <w:tcW w:w="1089" w:type="dxa"/>
          </w:tcPr>
          <w:p w14:paraId="3B464A23" w14:textId="77777777" w:rsidR="00A814A4" w:rsidRDefault="00A814A4" w:rsidP="00A814A4"/>
        </w:tc>
        <w:tc>
          <w:tcPr>
            <w:tcW w:w="1088" w:type="dxa"/>
          </w:tcPr>
          <w:p w14:paraId="1296E786" w14:textId="77777777" w:rsidR="00A814A4" w:rsidRDefault="00A814A4" w:rsidP="00A814A4"/>
        </w:tc>
        <w:tc>
          <w:tcPr>
            <w:tcW w:w="1089" w:type="dxa"/>
          </w:tcPr>
          <w:p w14:paraId="423CCC1B" w14:textId="77777777" w:rsidR="00A814A4" w:rsidRDefault="00A814A4" w:rsidP="00A814A4"/>
        </w:tc>
      </w:tr>
      <w:tr w:rsidR="00A814A4" w14:paraId="30E8F60D" w14:textId="77777777" w:rsidTr="00013B8C">
        <w:tc>
          <w:tcPr>
            <w:tcW w:w="3510" w:type="dxa"/>
          </w:tcPr>
          <w:p w14:paraId="1173BB87" w14:textId="41CA5D8F" w:rsidR="00A814A4" w:rsidRPr="00A814A4" w:rsidRDefault="00A814A4" w:rsidP="00A814A4">
            <w:pPr>
              <w:rPr>
                <w:sz w:val="20"/>
                <w:szCs w:val="20"/>
              </w:rPr>
            </w:pPr>
            <w:r w:rsidRPr="00CB5B3A">
              <w:rPr>
                <w:sz w:val="20"/>
                <w:szCs w:val="20"/>
              </w:rPr>
              <w:t>N35 The Ministry of Health promotes disease prevention through media and encourages preschools to implement it, aiding prevention.</w:t>
            </w:r>
          </w:p>
        </w:tc>
        <w:tc>
          <w:tcPr>
            <w:tcW w:w="1088" w:type="dxa"/>
          </w:tcPr>
          <w:p w14:paraId="1FEDDCEC" w14:textId="77777777" w:rsidR="00A814A4" w:rsidRDefault="00A814A4" w:rsidP="00A814A4"/>
        </w:tc>
        <w:tc>
          <w:tcPr>
            <w:tcW w:w="1088" w:type="dxa"/>
          </w:tcPr>
          <w:p w14:paraId="03410A07" w14:textId="77777777" w:rsidR="00A814A4" w:rsidRDefault="00A814A4" w:rsidP="00A814A4"/>
        </w:tc>
        <w:tc>
          <w:tcPr>
            <w:tcW w:w="1089" w:type="dxa"/>
          </w:tcPr>
          <w:p w14:paraId="712A5C2C" w14:textId="77777777" w:rsidR="00A814A4" w:rsidRDefault="00A814A4" w:rsidP="00A814A4"/>
        </w:tc>
        <w:tc>
          <w:tcPr>
            <w:tcW w:w="1088" w:type="dxa"/>
          </w:tcPr>
          <w:p w14:paraId="011EF595" w14:textId="77777777" w:rsidR="00A814A4" w:rsidRDefault="00A814A4" w:rsidP="00A814A4"/>
        </w:tc>
        <w:tc>
          <w:tcPr>
            <w:tcW w:w="1089" w:type="dxa"/>
          </w:tcPr>
          <w:p w14:paraId="1BC00769" w14:textId="77777777" w:rsidR="00A814A4" w:rsidRDefault="00A814A4" w:rsidP="00A814A4"/>
        </w:tc>
      </w:tr>
      <w:tr w:rsidR="00A814A4" w14:paraId="4AFB957F" w14:textId="77777777" w:rsidTr="00013B8C">
        <w:tc>
          <w:tcPr>
            <w:tcW w:w="3510" w:type="dxa"/>
          </w:tcPr>
          <w:p w14:paraId="1BE31616" w14:textId="0B74101E" w:rsidR="00A814A4" w:rsidRPr="00A814A4" w:rsidRDefault="00A814A4" w:rsidP="00A814A4">
            <w:pPr>
              <w:rPr>
                <w:sz w:val="20"/>
                <w:szCs w:val="20"/>
              </w:rPr>
            </w:pPr>
            <w:r w:rsidRPr="00CB5B3A">
              <w:rPr>
                <w:sz w:val="20"/>
                <w:szCs w:val="20"/>
              </w:rPr>
              <w:t>N36 Local education bureaus enforce strict disease control, aiding preschools in prevention efforts.</w:t>
            </w:r>
          </w:p>
        </w:tc>
        <w:tc>
          <w:tcPr>
            <w:tcW w:w="1088" w:type="dxa"/>
          </w:tcPr>
          <w:p w14:paraId="71D30C87" w14:textId="77777777" w:rsidR="00A814A4" w:rsidRDefault="00A814A4" w:rsidP="00A814A4"/>
        </w:tc>
        <w:tc>
          <w:tcPr>
            <w:tcW w:w="1088" w:type="dxa"/>
          </w:tcPr>
          <w:p w14:paraId="48947C45" w14:textId="77777777" w:rsidR="00A814A4" w:rsidRDefault="00A814A4" w:rsidP="00A814A4"/>
        </w:tc>
        <w:tc>
          <w:tcPr>
            <w:tcW w:w="1089" w:type="dxa"/>
          </w:tcPr>
          <w:p w14:paraId="03704C32" w14:textId="77777777" w:rsidR="00A814A4" w:rsidRDefault="00A814A4" w:rsidP="00A814A4"/>
        </w:tc>
        <w:tc>
          <w:tcPr>
            <w:tcW w:w="1088" w:type="dxa"/>
          </w:tcPr>
          <w:p w14:paraId="0627C793" w14:textId="77777777" w:rsidR="00A814A4" w:rsidRDefault="00A814A4" w:rsidP="00A814A4"/>
        </w:tc>
        <w:tc>
          <w:tcPr>
            <w:tcW w:w="1089" w:type="dxa"/>
          </w:tcPr>
          <w:p w14:paraId="3F2008BA" w14:textId="77777777" w:rsidR="00A814A4" w:rsidRDefault="00A814A4" w:rsidP="00A814A4"/>
        </w:tc>
      </w:tr>
    </w:tbl>
    <w:p w14:paraId="35CAB5AB" w14:textId="77777777" w:rsidR="00A814A4" w:rsidRDefault="00A814A4">
      <w:pPr>
        <w:rPr>
          <w:rFonts w:eastAsia="新細明體"/>
          <w:lang w:eastAsia="zh-TW"/>
        </w:rPr>
      </w:pPr>
    </w:p>
    <w:p w14:paraId="78ACB3AE" w14:textId="401024E4" w:rsidR="009F33A9" w:rsidRDefault="009F33A9" w:rsidP="009F33A9">
      <w:pPr>
        <w:pStyle w:val="1"/>
      </w:pPr>
      <w:r>
        <w:t xml:space="preserve">Part </w:t>
      </w:r>
      <w:r w:rsidRPr="00992B54">
        <w:rPr>
          <w:rFonts w:hint="eastAsia"/>
        </w:rPr>
        <w:t>5</w:t>
      </w:r>
      <w:r>
        <w:t xml:space="preserve">: </w:t>
      </w:r>
      <w:r w:rsidRPr="009F33A9">
        <w:t>Enabling</w:t>
      </w:r>
      <w:r>
        <w:t xml:space="preserve"> Factors </w:t>
      </w:r>
    </w:p>
    <w:p w14:paraId="147610D3" w14:textId="77777777" w:rsidR="009F33A9" w:rsidRDefault="009F33A9" w:rsidP="009F33A9">
      <w:pPr>
        <w:rPr>
          <w:rFonts w:eastAsia="新細明體"/>
          <w:lang w:eastAsia="zh-TW"/>
        </w:rPr>
      </w:pPr>
      <w:r>
        <w:t>Please indicate your level of agreement with the following statements.</w:t>
      </w:r>
    </w:p>
    <w:tbl>
      <w:tblPr>
        <w:tblStyle w:val="aff2"/>
        <w:tblW w:w="8952" w:type="dxa"/>
        <w:tblLayout w:type="fixed"/>
        <w:tblLook w:val="04A0" w:firstRow="1" w:lastRow="0" w:firstColumn="1" w:lastColumn="0" w:noHBand="0" w:noVBand="1"/>
      </w:tblPr>
      <w:tblGrid>
        <w:gridCol w:w="3510"/>
        <w:gridCol w:w="1088"/>
        <w:gridCol w:w="1088"/>
        <w:gridCol w:w="1089"/>
        <w:gridCol w:w="1088"/>
        <w:gridCol w:w="1089"/>
      </w:tblGrid>
      <w:tr w:rsidR="009F33A9" w14:paraId="703F1881" w14:textId="77777777" w:rsidTr="00013B8C">
        <w:tc>
          <w:tcPr>
            <w:tcW w:w="3510" w:type="dxa"/>
          </w:tcPr>
          <w:p w14:paraId="6CC0F0C8" w14:textId="77777777" w:rsidR="009F33A9" w:rsidRDefault="009F33A9" w:rsidP="00013B8C">
            <w:pPr>
              <w:rPr>
                <w:rFonts w:eastAsia="新細明體"/>
                <w:lang w:eastAsia="zh-TW"/>
              </w:rPr>
            </w:pPr>
          </w:p>
        </w:tc>
        <w:tc>
          <w:tcPr>
            <w:tcW w:w="1088" w:type="dxa"/>
          </w:tcPr>
          <w:p w14:paraId="40E2089A" w14:textId="77777777" w:rsidR="009F33A9" w:rsidRDefault="009F33A9" w:rsidP="00013B8C">
            <w:pPr>
              <w:rPr>
                <w:rFonts w:eastAsia="新細明體"/>
                <w:lang w:eastAsia="zh-TW"/>
              </w:rPr>
            </w:pPr>
            <w:r>
              <w:t xml:space="preserve">Strongly </w:t>
            </w:r>
            <w:r>
              <w:lastRenderedPageBreak/>
              <w:t>Disagree</w:t>
            </w:r>
          </w:p>
        </w:tc>
        <w:tc>
          <w:tcPr>
            <w:tcW w:w="1088" w:type="dxa"/>
          </w:tcPr>
          <w:p w14:paraId="3A70D962" w14:textId="77777777" w:rsidR="009F33A9" w:rsidRDefault="009F33A9" w:rsidP="00013B8C">
            <w:pPr>
              <w:rPr>
                <w:rFonts w:eastAsia="新細明體"/>
                <w:lang w:eastAsia="zh-TW"/>
              </w:rPr>
            </w:pPr>
            <w:r>
              <w:lastRenderedPageBreak/>
              <w:t>Disagree</w:t>
            </w:r>
          </w:p>
        </w:tc>
        <w:tc>
          <w:tcPr>
            <w:tcW w:w="1089" w:type="dxa"/>
          </w:tcPr>
          <w:p w14:paraId="16504B7D" w14:textId="77777777" w:rsidR="009F33A9" w:rsidRDefault="009F33A9" w:rsidP="00013B8C">
            <w:pPr>
              <w:rPr>
                <w:rFonts w:eastAsia="新細明體"/>
                <w:lang w:eastAsia="zh-TW"/>
              </w:rPr>
            </w:pPr>
            <w:r>
              <w:t>Neutral</w:t>
            </w:r>
          </w:p>
        </w:tc>
        <w:tc>
          <w:tcPr>
            <w:tcW w:w="1088" w:type="dxa"/>
          </w:tcPr>
          <w:p w14:paraId="216CA772" w14:textId="77777777" w:rsidR="009F33A9" w:rsidRDefault="009F33A9" w:rsidP="00013B8C">
            <w:pPr>
              <w:rPr>
                <w:rFonts w:eastAsia="新細明體"/>
                <w:lang w:eastAsia="zh-TW"/>
              </w:rPr>
            </w:pPr>
            <w:r>
              <w:t>Agree</w:t>
            </w:r>
          </w:p>
        </w:tc>
        <w:tc>
          <w:tcPr>
            <w:tcW w:w="1089" w:type="dxa"/>
          </w:tcPr>
          <w:p w14:paraId="60607A42" w14:textId="77777777" w:rsidR="009F33A9" w:rsidRDefault="009F33A9" w:rsidP="00013B8C">
            <w:pPr>
              <w:rPr>
                <w:rFonts w:eastAsia="新細明體"/>
                <w:lang w:eastAsia="zh-TW"/>
              </w:rPr>
            </w:pPr>
            <w:r>
              <w:t xml:space="preserve">Strongly </w:t>
            </w:r>
            <w:r>
              <w:lastRenderedPageBreak/>
              <w:t>Agree</w:t>
            </w:r>
          </w:p>
        </w:tc>
      </w:tr>
      <w:tr w:rsidR="009F33A9" w14:paraId="7A64D971" w14:textId="77777777" w:rsidTr="00013B8C">
        <w:tc>
          <w:tcPr>
            <w:tcW w:w="3510" w:type="dxa"/>
          </w:tcPr>
          <w:p w14:paraId="3F9C0799" w14:textId="539E99DC" w:rsidR="009F33A9" w:rsidRDefault="009F33A9" w:rsidP="00013B8C">
            <w:pPr>
              <w:rPr>
                <w:rFonts w:eastAsia="新細明體"/>
                <w:lang w:eastAsia="zh-TW"/>
              </w:rPr>
            </w:pPr>
            <w:r w:rsidRPr="009F33A9">
              <w:rPr>
                <w:sz w:val="20"/>
                <w:szCs w:val="20"/>
              </w:rPr>
              <w:lastRenderedPageBreak/>
              <w:t>N37 The preschool provides masks, gloves, and disinfectants for personal protection.</w:t>
            </w:r>
          </w:p>
        </w:tc>
        <w:tc>
          <w:tcPr>
            <w:tcW w:w="1088" w:type="dxa"/>
          </w:tcPr>
          <w:p w14:paraId="5FDC4070" w14:textId="77777777" w:rsidR="009F33A9" w:rsidRDefault="009F33A9" w:rsidP="00013B8C"/>
        </w:tc>
        <w:tc>
          <w:tcPr>
            <w:tcW w:w="1088" w:type="dxa"/>
          </w:tcPr>
          <w:p w14:paraId="1FA0E9F2" w14:textId="77777777" w:rsidR="009F33A9" w:rsidRDefault="009F33A9" w:rsidP="00013B8C"/>
        </w:tc>
        <w:tc>
          <w:tcPr>
            <w:tcW w:w="1089" w:type="dxa"/>
          </w:tcPr>
          <w:p w14:paraId="7B3BB9E9" w14:textId="77777777" w:rsidR="009F33A9" w:rsidRDefault="009F33A9" w:rsidP="00013B8C"/>
        </w:tc>
        <w:tc>
          <w:tcPr>
            <w:tcW w:w="1088" w:type="dxa"/>
          </w:tcPr>
          <w:p w14:paraId="3D58070C" w14:textId="77777777" w:rsidR="009F33A9" w:rsidRDefault="009F33A9" w:rsidP="00013B8C"/>
        </w:tc>
        <w:tc>
          <w:tcPr>
            <w:tcW w:w="1089" w:type="dxa"/>
          </w:tcPr>
          <w:p w14:paraId="7513244F" w14:textId="77777777" w:rsidR="009F33A9" w:rsidRDefault="009F33A9" w:rsidP="00013B8C"/>
        </w:tc>
      </w:tr>
      <w:tr w:rsidR="009F33A9" w14:paraId="37E2ECA8" w14:textId="77777777" w:rsidTr="00013B8C">
        <w:tc>
          <w:tcPr>
            <w:tcW w:w="3510" w:type="dxa"/>
          </w:tcPr>
          <w:p w14:paraId="25E43570" w14:textId="5B602C91" w:rsidR="009F33A9" w:rsidRPr="009F33A9" w:rsidRDefault="009F33A9" w:rsidP="009F33A9">
            <w:pPr>
              <w:rPr>
                <w:sz w:val="20"/>
                <w:szCs w:val="20"/>
              </w:rPr>
            </w:pPr>
            <w:r w:rsidRPr="00CB5B3A">
              <w:rPr>
                <w:sz w:val="20"/>
                <w:szCs w:val="20"/>
              </w:rPr>
              <w:t>N38 The preschool ensures safe drinking water with regular disinfection and water testing to prevent diseases.</w:t>
            </w:r>
          </w:p>
        </w:tc>
        <w:tc>
          <w:tcPr>
            <w:tcW w:w="1088" w:type="dxa"/>
          </w:tcPr>
          <w:p w14:paraId="3EE2C3C2" w14:textId="77777777" w:rsidR="009F33A9" w:rsidRDefault="009F33A9" w:rsidP="009F33A9"/>
        </w:tc>
        <w:tc>
          <w:tcPr>
            <w:tcW w:w="1088" w:type="dxa"/>
          </w:tcPr>
          <w:p w14:paraId="1C7CBA8D" w14:textId="77777777" w:rsidR="009F33A9" w:rsidRDefault="009F33A9" w:rsidP="009F33A9"/>
        </w:tc>
        <w:tc>
          <w:tcPr>
            <w:tcW w:w="1089" w:type="dxa"/>
          </w:tcPr>
          <w:p w14:paraId="780D7B3A" w14:textId="77777777" w:rsidR="009F33A9" w:rsidRDefault="009F33A9" w:rsidP="009F33A9"/>
        </w:tc>
        <w:tc>
          <w:tcPr>
            <w:tcW w:w="1088" w:type="dxa"/>
          </w:tcPr>
          <w:p w14:paraId="383D4F44" w14:textId="77777777" w:rsidR="009F33A9" w:rsidRDefault="009F33A9" w:rsidP="009F33A9"/>
        </w:tc>
        <w:tc>
          <w:tcPr>
            <w:tcW w:w="1089" w:type="dxa"/>
          </w:tcPr>
          <w:p w14:paraId="2316AC76" w14:textId="77777777" w:rsidR="009F33A9" w:rsidRDefault="009F33A9" w:rsidP="009F33A9"/>
        </w:tc>
      </w:tr>
      <w:tr w:rsidR="009F33A9" w14:paraId="41A257FC" w14:textId="77777777" w:rsidTr="00013B8C">
        <w:tc>
          <w:tcPr>
            <w:tcW w:w="3510" w:type="dxa"/>
          </w:tcPr>
          <w:p w14:paraId="3F28E301" w14:textId="139AA340" w:rsidR="009F33A9" w:rsidRPr="009F33A9" w:rsidRDefault="009F33A9" w:rsidP="009F33A9">
            <w:pPr>
              <w:rPr>
                <w:sz w:val="20"/>
                <w:szCs w:val="20"/>
              </w:rPr>
            </w:pPr>
            <w:r w:rsidRPr="00CB5B3A">
              <w:rPr>
                <w:sz w:val="20"/>
                <w:szCs w:val="20"/>
              </w:rPr>
              <w:t>N39 The preschool ensures food safety by maintaining a clean kitchen to prevent bacterial infections.</w:t>
            </w:r>
          </w:p>
        </w:tc>
        <w:tc>
          <w:tcPr>
            <w:tcW w:w="1088" w:type="dxa"/>
          </w:tcPr>
          <w:p w14:paraId="1E997781" w14:textId="77777777" w:rsidR="009F33A9" w:rsidRDefault="009F33A9" w:rsidP="009F33A9"/>
        </w:tc>
        <w:tc>
          <w:tcPr>
            <w:tcW w:w="1088" w:type="dxa"/>
          </w:tcPr>
          <w:p w14:paraId="008A570D" w14:textId="77777777" w:rsidR="009F33A9" w:rsidRDefault="009F33A9" w:rsidP="009F33A9"/>
        </w:tc>
        <w:tc>
          <w:tcPr>
            <w:tcW w:w="1089" w:type="dxa"/>
          </w:tcPr>
          <w:p w14:paraId="563A3043" w14:textId="77777777" w:rsidR="009F33A9" w:rsidRDefault="009F33A9" w:rsidP="009F33A9"/>
        </w:tc>
        <w:tc>
          <w:tcPr>
            <w:tcW w:w="1088" w:type="dxa"/>
          </w:tcPr>
          <w:p w14:paraId="115A706E" w14:textId="77777777" w:rsidR="009F33A9" w:rsidRDefault="009F33A9" w:rsidP="009F33A9"/>
        </w:tc>
        <w:tc>
          <w:tcPr>
            <w:tcW w:w="1089" w:type="dxa"/>
          </w:tcPr>
          <w:p w14:paraId="5597F517" w14:textId="77777777" w:rsidR="009F33A9" w:rsidRDefault="009F33A9" w:rsidP="009F33A9"/>
        </w:tc>
      </w:tr>
      <w:tr w:rsidR="009F33A9" w14:paraId="443BA630" w14:textId="77777777" w:rsidTr="00013B8C">
        <w:tc>
          <w:tcPr>
            <w:tcW w:w="3510" w:type="dxa"/>
          </w:tcPr>
          <w:p w14:paraId="34B1CA84" w14:textId="2E75894B" w:rsidR="009F33A9" w:rsidRPr="009F33A9" w:rsidRDefault="009F33A9" w:rsidP="009F33A9">
            <w:pPr>
              <w:rPr>
                <w:sz w:val="20"/>
                <w:szCs w:val="20"/>
              </w:rPr>
            </w:pPr>
            <w:r w:rsidRPr="00CB5B3A">
              <w:rPr>
                <w:sz w:val="20"/>
                <w:szCs w:val="20"/>
              </w:rPr>
              <w:t>N40 The preschool uses various methods to remind staff to get flu vaccines.</w:t>
            </w:r>
          </w:p>
        </w:tc>
        <w:tc>
          <w:tcPr>
            <w:tcW w:w="1088" w:type="dxa"/>
          </w:tcPr>
          <w:p w14:paraId="23B3061E" w14:textId="77777777" w:rsidR="009F33A9" w:rsidRDefault="009F33A9" w:rsidP="009F33A9"/>
        </w:tc>
        <w:tc>
          <w:tcPr>
            <w:tcW w:w="1088" w:type="dxa"/>
          </w:tcPr>
          <w:p w14:paraId="25FE7069" w14:textId="77777777" w:rsidR="009F33A9" w:rsidRDefault="009F33A9" w:rsidP="009F33A9"/>
        </w:tc>
        <w:tc>
          <w:tcPr>
            <w:tcW w:w="1089" w:type="dxa"/>
          </w:tcPr>
          <w:p w14:paraId="2D2B38DF" w14:textId="77777777" w:rsidR="009F33A9" w:rsidRDefault="009F33A9" w:rsidP="009F33A9"/>
        </w:tc>
        <w:tc>
          <w:tcPr>
            <w:tcW w:w="1088" w:type="dxa"/>
          </w:tcPr>
          <w:p w14:paraId="6E319CD9" w14:textId="77777777" w:rsidR="009F33A9" w:rsidRDefault="009F33A9" w:rsidP="009F33A9"/>
        </w:tc>
        <w:tc>
          <w:tcPr>
            <w:tcW w:w="1089" w:type="dxa"/>
          </w:tcPr>
          <w:p w14:paraId="005B28DF" w14:textId="77777777" w:rsidR="009F33A9" w:rsidRDefault="009F33A9" w:rsidP="009F33A9"/>
        </w:tc>
      </w:tr>
      <w:tr w:rsidR="009F33A9" w14:paraId="428AB922" w14:textId="77777777" w:rsidTr="00013B8C">
        <w:tc>
          <w:tcPr>
            <w:tcW w:w="3510" w:type="dxa"/>
          </w:tcPr>
          <w:p w14:paraId="331FCC63" w14:textId="6E20E12E" w:rsidR="009F33A9" w:rsidRPr="009F33A9" w:rsidRDefault="009F33A9" w:rsidP="009F33A9">
            <w:pPr>
              <w:rPr>
                <w:sz w:val="20"/>
                <w:szCs w:val="20"/>
              </w:rPr>
            </w:pPr>
            <w:r w:rsidRPr="00CB5B3A">
              <w:rPr>
                <w:sz w:val="20"/>
                <w:szCs w:val="20"/>
              </w:rPr>
              <w:t>N41 The preschool provides staff with updates on current infectious diseases.</w:t>
            </w:r>
          </w:p>
        </w:tc>
        <w:tc>
          <w:tcPr>
            <w:tcW w:w="1088" w:type="dxa"/>
          </w:tcPr>
          <w:p w14:paraId="65F0CF79" w14:textId="77777777" w:rsidR="009F33A9" w:rsidRDefault="009F33A9" w:rsidP="009F33A9"/>
        </w:tc>
        <w:tc>
          <w:tcPr>
            <w:tcW w:w="1088" w:type="dxa"/>
          </w:tcPr>
          <w:p w14:paraId="6254492B" w14:textId="77777777" w:rsidR="009F33A9" w:rsidRDefault="009F33A9" w:rsidP="009F33A9"/>
        </w:tc>
        <w:tc>
          <w:tcPr>
            <w:tcW w:w="1089" w:type="dxa"/>
          </w:tcPr>
          <w:p w14:paraId="5687EC42" w14:textId="77777777" w:rsidR="009F33A9" w:rsidRDefault="009F33A9" w:rsidP="009F33A9"/>
        </w:tc>
        <w:tc>
          <w:tcPr>
            <w:tcW w:w="1088" w:type="dxa"/>
          </w:tcPr>
          <w:p w14:paraId="377F808F" w14:textId="77777777" w:rsidR="009F33A9" w:rsidRDefault="009F33A9" w:rsidP="009F33A9"/>
        </w:tc>
        <w:tc>
          <w:tcPr>
            <w:tcW w:w="1089" w:type="dxa"/>
          </w:tcPr>
          <w:p w14:paraId="3173CCF6" w14:textId="77777777" w:rsidR="009F33A9" w:rsidRDefault="009F33A9" w:rsidP="009F33A9"/>
        </w:tc>
      </w:tr>
      <w:tr w:rsidR="009F33A9" w14:paraId="0CF75EC0" w14:textId="77777777" w:rsidTr="00013B8C">
        <w:tc>
          <w:tcPr>
            <w:tcW w:w="3510" w:type="dxa"/>
          </w:tcPr>
          <w:p w14:paraId="6B6BA3E2" w14:textId="7E6B80DE" w:rsidR="009F33A9" w:rsidRPr="009F33A9" w:rsidRDefault="009F33A9" w:rsidP="009F33A9">
            <w:pPr>
              <w:rPr>
                <w:sz w:val="20"/>
                <w:szCs w:val="20"/>
              </w:rPr>
            </w:pPr>
            <w:r w:rsidRPr="00CB5B3A">
              <w:rPr>
                <w:sz w:val="20"/>
                <w:szCs w:val="20"/>
              </w:rPr>
              <w:t>N42 The preschool installs handwashing stations at entrances and classrooms to promote proper hygiene.</w:t>
            </w:r>
          </w:p>
        </w:tc>
        <w:tc>
          <w:tcPr>
            <w:tcW w:w="1088" w:type="dxa"/>
          </w:tcPr>
          <w:p w14:paraId="1B7B172E" w14:textId="77777777" w:rsidR="009F33A9" w:rsidRDefault="009F33A9" w:rsidP="009F33A9"/>
        </w:tc>
        <w:tc>
          <w:tcPr>
            <w:tcW w:w="1088" w:type="dxa"/>
          </w:tcPr>
          <w:p w14:paraId="5C34FFC6" w14:textId="77777777" w:rsidR="009F33A9" w:rsidRDefault="009F33A9" w:rsidP="009F33A9"/>
        </w:tc>
        <w:tc>
          <w:tcPr>
            <w:tcW w:w="1089" w:type="dxa"/>
          </w:tcPr>
          <w:p w14:paraId="78453461" w14:textId="77777777" w:rsidR="009F33A9" w:rsidRDefault="009F33A9" w:rsidP="009F33A9"/>
        </w:tc>
        <w:tc>
          <w:tcPr>
            <w:tcW w:w="1088" w:type="dxa"/>
          </w:tcPr>
          <w:p w14:paraId="11F76B32" w14:textId="77777777" w:rsidR="009F33A9" w:rsidRDefault="009F33A9" w:rsidP="009F33A9"/>
        </w:tc>
        <w:tc>
          <w:tcPr>
            <w:tcW w:w="1089" w:type="dxa"/>
          </w:tcPr>
          <w:p w14:paraId="5BD81DAD" w14:textId="77777777" w:rsidR="009F33A9" w:rsidRDefault="009F33A9" w:rsidP="009F33A9"/>
        </w:tc>
      </w:tr>
      <w:tr w:rsidR="009F33A9" w14:paraId="66D8B0B6" w14:textId="77777777" w:rsidTr="00013B8C">
        <w:tc>
          <w:tcPr>
            <w:tcW w:w="3510" w:type="dxa"/>
          </w:tcPr>
          <w:p w14:paraId="2421D6D1" w14:textId="7D3BB8DC" w:rsidR="009F33A9" w:rsidRPr="009F33A9" w:rsidRDefault="009F33A9" w:rsidP="009F33A9">
            <w:pPr>
              <w:rPr>
                <w:sz w:val="20"/>
                <w:szCs w:val="20"/>
              </w:rPr>
            </w:pPr>
            <w:r w:rsidRPr="00CB5B3A">
              <w:rPr>
                <w:sz w:val="20"/>
                <w:szCs w:val="20"/>
              </w:rPr>
              <w:t>N43 The preschool requires hand disinfection before entry, aiding in preventive measures.</w:t>
            </w:r>
          </w:p>
        </w:tc>
        <w:tc>
          <w:tcPr>
            <w:tcW w:w="1088" w:type="dxa"/>
          </w:tcPr>
          <w:p w14:paraId="413AC653" w14:textId="77777777" w:rsidR="009F33A9" w:rsidRDefault="009F33A9" w:rsidP="009F33A9"/>
        </w:tc>
        <w:tc>
          <w:tcPr>
            <w:tcW w:w="1088" w:type="dxa"/>
          </w:tcPr>
          <w:p w14:paraId="06D7330D" w14:textId="77777777" w:rsidR="009F33A9" w:rsidRDefault="009F33A9" w:rsidP="009F33A9"/>
        </w:tc>
        <w:tc>
          <w:tcPr>
            <w:tcW w:w="1089" w:type="dxa"/>
          </w:tcPr>
          <w:p w14:paraId="08CE257C" w14:textId="77777777" w:rsidR="009F33A9" w:rsidRDefault="009F33A9" w:rsidP="009F33A9"/>
        </w:tc>
        <w:tc>
          <w:tcPr>
            <w:tcW w:w="1088" w:type="dxa"/>
          </w:tcPr>
          <w:p w14:paraId="6780BC85" w14:textId="77777777" w:rsidR="009F33A9" w:rsidRDefault="009F33A9" w:rsidP="009F33A9"/>
        </w:tc>
        <w:tc>
          <w:tcPr>
            <w:tcW w:w="1089" w:type="dxa"/>
          </w:tcPr>
          <w:p w14:paraId="50CD162E" w14:textId="77777777" w:rsidR="009F33A9" w:rsidRDefault="009F33A9" w:rsidP="009F33A9"/>
        </w:tc>
      </w:tr>
      <w:tr w:rsidR="009F33A9" w14:paraId="3553E899" w14:textId="77777777" w:rsidTr="00013B8C">
        <w:tc>
          <w:tcPr>
            <w:tcW w:w="3510" w:type="dxa"/>
          </w:tcPr>
          <w:p w14:paraId="513BEF82" w14:textId="772FC5A2" w:rsidR="009F33A9" w:rsidRPr="009F33A9" w:rsidRDefault="009F33A9" w:rsidP="009F33A9">
            <w:pPr>
              <w:rPr>
                <w:sz w:val="20"/>
                <w:szCs w:val="20"/>
              </w:rPr>
            </w:pPr>
            <w:r w:rsidRPr="00CB5B3A">
              <w:rPr>
                <w:sz w:val="20"/>
                <w:szCs w:val="20"/>
              </w:rPr>
              <w:t>N44 The preschool enforces a sick child policy, helping monitor attendance.</w:t>
            </w:r>
          </w:p>
        </w:tc>
        <w:tc>
          <w:tcPr>
            <w:tcW w:w="1088" w:type="dxa"/>
          </w:tcPr>
          <w:p w14:paraId="03602C31" w14:textId="77777777" w:rsidR="009F33A9" w:rsidRDefault="009F33A9" w:rsidP="009F33A9"/>
        </w:tc>
        <w:tc>
          <w:tcPr>
            <w:tcW w:w="1088" w:type="dxa"/>
          </w:tcPr>
          <w:p w14:paraId="1B8BFEBD" w14:textId="77777777" w:rsidR="009F33A9" w:rsidRDefault="009F33A9" w:rsidP="009F33A9"/>
        </w:tc>
        <w:tc>
          <w:tcPr>
            <w:tcW w:w="1089" w:type="dxa"/>
          </w:tcPr>
          <w:p w14:paraId="64B84F35" w14:textId="77777777" w:rsidR="009F33A9" w:rsidRDefault="009F33A9" w:rsidP="009F33A9"/>
        </w:tc>
        <w:tc>
          <w:tcPr>
            <w:tcW w:w="1088" w:type="dxa"/>
          </w:tcPr>
          <w:p w14:paraId="0DC38716" w14:textId="77777777" w:rsidR="009F33A9" w:rsidRDefault="009F33A9" w:rsidP="009F33A9"/>
        </w:tc>
        <w:tc>
          <w:tcPr>
            <w:tcW w:w="1089" w:type="dxa"/>
          </w:tcPr>
          <w:p w14:paraId="212220E0" w14:textId="77777777" w:rsidR="009F33A9" w:rsidRDefault="009F33A9" w:rsidP="009F33A9"/>
        </w:tc>
      </w:tr>
      <w:tr w:rsidR="009F33A9" w14:paraId="268BFCBB" w14:textId="77777777" w:rsidTr="00013B8C">
        <w:tc>
          <w:tcPr>
            <w:tcW w:w="3510" w:type="dxa"/>
          </w:tcPr>
          <w:p w14:paraId="36DB96F0" w14:textId="7EBDBF79" w:rsidR="009F33A9" w:rsidRPr="009F33A9" w:rsidRDefault="009F33A9" w:rsidP="009F33A9">
            <w:pPr>
              <w:rPr>
                <w:sz w:val="20"/>
                <w:szCs w:val="20"/>
              </w:rPr>
            </w:pPr>
            <w:r w:rsidRPr="00CB5B3A">
              <w:rPr>
                <w:sz w:val="20"/>
                <w:szCs w:val="20"/>
              </w:rPr>
              <w:t>N45 The preschool has a disease contingency plan, aiding response during outbreaks.</w:t>
            </w:r>
          </w:p>
        </w:tc>
        <w:tc>
          <w:tcPr>
            <w:tcW w:w="1088" w:type="dxa"/>
          </w:tcPr>
          <w:p w14:paraId="213A4D3B" w14:textId="77777777" w:rsidR="009F33A9" w:rsidRDefault="009F33A9" w:rsidP="009F33A9"/>
        </w:tc>
        <w:tc>
          <w:tcPr>
            <w:tcW w:w="1088" w:type="dxa"/>
          </w:tcPr>
          <w:p w14:paraId="54B19451" w14:textId="77777777" w:rsidR="009F33A9" w:rsidRDefault="009F33A9" w:rsidP="009F33A9"/>
        </w:tc>
        <w:tc>
          <w:tcPr>
            <w:tcW w:w="1089" w:type="dxa"/>
          </w:tcPr>
          <w:p w14:paraId="3B93D6FF" w14:textId="77777777" w:rsidR="009F33A9" w:rsidRDefault="009F33A9" w:rsidP="009F33A9"/>
        </w:tc>
        <w:tc>
          <w:tcPr>
            <w:tcW w:w="1088" w:type="dxa"/>
          </w:tcPr>
          <w:p w14:paraId="31ABB9DF" w14:textId="77777777" w:rsidR="009F33A9" w:rsidRDefault="009F33A9" w:rsidP="009F33A9"/>
        </w:tc>
        <w:tc>
          <w:tcPr>
            <w:tcW w:w="1089" w:type="dxa"/>
          </w:tcPr>
          <w:p w14:paraId="2406738F" w14:textId="77777777" w:rsidR="009F33A9" w:rsidRDefault="009F33A9" w:rsidP="009F33A9"/>
        </w:tc>
      </w:tr>
      <w:tr w:rsidR="00023938" w14:paraId="0624A726" w14:textId="77777777" w:rsidTr="00013B8C">
        <w:tc>
          <w:tcPr>
            <w:tcW w:w="3510" w:type="dxa"/>
          </w:tcPr>
          <w:p w14:paraId="042E427C" w14:textId="58172603" w:rsidR="00023938" w:rsidRPr="00CB5B3A" w:rsidRDefault="00023938" w:rsidP="009F33A9">
            <w:pPr>
              <w:rPr>
                <w:sz w:val="20"/>
                <w:szCs w:val="20"/>
              </w:rPr>
            </w:pPr>
            <w:r w:rsidRPr="00CB5B3A">
              <w:rPr>
                <w:sz w:val="20"/>
                <w:szCs w:val="20"/>
              </w:rPr>
              <w:t>N4</w:t>
            </w:r>
            <w:r>
              <w:rPr>
                <w:rFonts w:ascii="新細明體" w:eastAsia="新細明體" w:hAnsi="新細明體" w:hint="eastAsia"/>
                <w:sz w:val="20"/>
                <w:szCs w:val="20"/>
                <w:lang w:eastAsia="zh-TW"/>
              </w:rPr>
              <w:t>6</w:t>
            </w:r>
            <w:r w:rsidRPr="00CB5B3A">
              <w:rPr>
                <w:sz w:val="20"/>
                <w:szCs w:val="20"/>
              </w:rPr>
              <w:t xml:space="preserve"> </w:t>
            </w:r>
            <w:r w:rsidRPr="00023938">
              <w:rPr>
                <w:sz w:val="20"/>
                <w:szCs w:val="20"/>
              </w:rPr>
              <w:t>The preschool's enterovirus reporting drills help me monitor disease prevention.</w:t>
            </w:r>
          </w:p>
        </w:tc>
        <w:tc>
          <w:tcPr>
            <w:tcW w:w="1088" w:type="dxa"/>
          </w:tcPr>
          <w:p w14:paraId="7DB94A76" w14:textId="77777777" w:rsidR="00023938" w:rsidRDefault="00023938" w:rsidP="009F33A9"/>
        </w:tc>
        <w:tc>
          <w:tcPr>
            <w:tcW w:w="1088" w:type="dxa"/>
          </w:tcPr>
          <w:p w14:paraId="486A92A5" w14:textId="77777777" w:rsidR="00023938" w:rsidRDefault="00023938" w:rsidP="009F33A9"/>
        </w:tc>
        <w:tc>
          <w:tcPr>
            <w:tcW w:w="1089" w:type="dxa"/>
          </w:tcPr>
          <w:p w14:paraId="3B888E7F" w14:textId="77777777" w:rsidR="00023938" w:rsidRDefault="00023938" w:rsidP="009F33A9"/>
        </w:tc>
        <w:tc>
          <w:tcPr>
            <w:tcW w:w="1088" w:type="dxa"/>
          </w:tcPr>
          <w:p w14:paraId="00CF6DB7" w14:textId="77777777" w:rsidR="00023938" w:rsidRDefault="00023938" w:rsidP="009F33A9"/>
        </w:tc>
        <w:tc>
          <w:tcPr>
            <w:tcW w:w="1089" w:type="dxa"/>
          </w:tcPr>
          <w:p w14:paraId="30B0B536" w14:textId="77777777" w:rsidR="00023938" w:rsidRDefault="00023938" w:rsidP="009F33A9"/>
        </w:tc>
      </w:tr>
    </w:tbl>
    <w:p w14:paraId="64DB3C0C" w14:textId="77777777" w:rsidR="009F33A9" w:rsidRPr="009F33A9" w:rsidRDefault="009F33A9">
      <w:pPr>
        <w:rPr>
          <w:rFonts w:eastAsia="新細明體"/>
          <w:lang w:eastAsia="zh-TW"/>
        </w:rPr>
      </w:pPr>
    </w:p>
    <w:p w14:paraId="2DCF04C7" w14:textId="50A14617" w:rsidR="00992B54" w:rsidRDefault="00992B54" w:rsidP="00992B54">
      <w:pPr>
        <w:pStyle w:val="1"/>
      </w:pPr>
      <w:r>
        <w:t xml:space="preserve">Part </w:t>
      </w:r>
      <w:r w:rsidRPr="00992B54">
        <w:rPr>
          <w:rFonts w:hint="eastAsia"/>
        </w:rPr>
        <w:t>6</w:t>
      </w:r>
      <w:r>
        <w:t xml:space="preserve">: </w:t>
      </w:r>
      <w:r w:rsidR="009560D1" w:rsidRPr="009560D1">
        <w:t>Prevention Behaviors</w:t>
      </w:r>
      <w:r>
        <w:t xml:space="preserve"> </w:t>
      </w:r>
    </w:p>
    <w:p w14:paraId="79F71D6E" w14:textId="15F0701C" w:rsidR="00992B54" w:rsidRDefault="00E52E45" w:rsidP="00992B54">
      <w:pPr>
        <w:rPr>
          <w:rFonts w:eastAsia="新細明體"/>
          <w:lang w:eastAsia="zh-TW"/>
        </w:rPr>
      </w:pPr>
      <w:r w:rsidRPr="00E52E45">
        <w:t>Please indicate how often you perform the following behaviors</w:t>
      </w:r>
      <w:r>
        <w:rPr>
          <w:rFonts w:ascii="新細明體" w:eastAsia="新細明體" w:hAnsi="新細明體" w:hint="eastAsia"/>
          <w:lang w:eastAsia="zh-TW"/>
        </w:rPr>
        <w:t>.</w:t>
      </w:r>
    </w:p>
    <w:tbl>
      <w:tblPr>
        <w:tblStyle w:val="aff2"/>
        <w:tblW w:w="8952" w:type="dxa"/>
        <w:tblLayout w:type="fixed"/>
        <w:tblLook w:val="04A0" w:firstRow="1" w:lastRow="0" w:firstColumn="1" w:lastColumn="0" w:noHBand="0" w:noVBand="1"/>
      </w:tblPr>
      <w:tblGrid>
        <w:gridCol w:w="2518"/>
        <w:gridCol w:w="1286"/>
        <w:gridCol w:w="1287"/>
        <w:gridCol w:w="1287"/>
        <w:gridCol w:w="1287"/>
        <w:gridCol w:w="1287"/>
      </w:tblGrid>
      <w:tr w:rsidR="000813FB" w14:paraId="073D92F4" w14:textId="77777777" w:rsidTr="000813FB">
        <w:tc>
          <w:tcPr>
            <w:tcW w:w="2518" w:type="dxa"/>
          </w:tcPr>
          <w:p w14:paraId="3CA8718E" w14:textId="77777777" w:rsidR="00E52E45" w:rsidRDefault="00E52E45" w:rsidP="00013B8C">
            <w:pPr>
              <w:rPr>
                <w:rFonts w:eastAsia="新細明體"/>
                <w:lang w:eastAsia="zh-TW"/>
              </w:rPr>
            </w:pPr>
          </w:p>
        </w:tc>
        <w:tc>
          <w:tcPr>
            <w:tcW w:w="1286" w:type="dxa"/>
          </w:tcPr>
          <w:p w14:paraId="25193180" w14:textId="52AA3BAC" w:rsidR="00E52E45" w:rsidRDefault="00023938" w:rsidP="00013B8C">
            <w:pPr>
              <w:rPr>
                <w:rFonts w:eastAsia="新細明體"/>
                <w:lang w:eastAsia="zh-TW"/>
              </w:rPr>
            </w:pPr>
            <w:r w:rsidRPr="00023938">
              <w:rPr>
                <w:rFonts w:eastAsia="新細明體"/>
                <w:lang w:eastAsia="zh-TW"/>
              </w:rPr>
              <w:t>Never</w:t>
            </w:r>
          </w:p>
        </w:tc>
        <w:tc>
          <w:tcPr>
            <w:tcW w:w="1287" w:type="dxa"/>
          </w:tcPr>
          <w:p w14:paraId="528CB7F7" w14:textId="5E2377C2" w:rsidR="00E52E45" w:rsidRDefault="00023938" w:rsidP="00013B8C">
            <w:pPr>
              <w:rPr>
                <w:rFonts w:eastAsia="新細明體"/>
                <w:lang w:eastAsia="zh-TW"/>
              </w:rPr>
            </w:pPr>
            <w:r w:rsidRPr="00023938">
              <w:rPr>
                <w:rFonts w:eastAsia="新細明體"/>
                <w:lang w:eastAsia="zh-TW"/>
              </w:rPr>
              <w:t>Rarely</w:t>
            </w:r>
          </w:p>
        </w:tc>
        <w:tc>
          <w:tcPr>
            <w:tcW w:w="1287" w:type="dxa"/>
          </w:tcPr>
          <w:p w14:paraId="7B7A6EF8" w14:textId="1E1E74C6" w:rsidR="00E52E45" w:rsidRDefault="00023938" w:rsidP="00013B8C">
            <w:pPr>
              <w:rPr>
                <w:rFonts w:eastAsia="新細明體"/>
                <w:lang w:eastAsia="zh-TW"/>
              </w:rPr>
            </w:pPr>
            <w:r w:rsidRPr="00023938">
              <w:rPr>
                <w:rFonts w:eastAsia="新細明體"/>
                <w:lang w:eastAsia="zh-TW"/>
              </w:rPr>
              <w:t>Sometimes</w:t>
            </w:r>
          </w:p>
        </w:tc>
        <w:tc>
          <w:tcPr>
            <w:tcW w:w="1287" w:type="dxa"/>
          </w:tcPr>
          <w:p w14:paraId="2300240B" w14:textId="4118E8EC" w:rsidR="00E52E45" w:rsidRDefault="00023938" w:rsidP="00013B8C">
            <w:pPr>
              <w:rPr>
                <w:rFonts w:eastAsia="新細明體"/>
                <w:lang w:eastAsia="zh-TW"/>
              </w:rPr>
            </w:pPr>
            <w:r w:rsidRPr="00023938">
              <w:rPr>
                <w:rFonts w:eastAsia="新細明體"/>
                <w:lang w:eastAsia="zh-TW"/>
              </w:rPr>
              <w:t>Often</w:t>
            </w:r>
          </w:p>
        </w:tc>
        <w:tc>
          <w:tcPr>
            <w:tcW w:w="1287" w:type="dxa"/>
          </w:tcPr>
          <w:p w14:paraId="57738EE4" w14:textId="5874CCCC" w:rsidR="00E52E45" w:rsidRDefault="00023938" w:rsidP="00013B8C">
            <w:pPr>
              <w:rPr>
                <w:rFonts w:eastAsia="新細明體"/>
                <w:lang w:eastAsia="zh-TW"/>
              </w:rPr>
            </w:pPr>
            <w:r w:rsidRPr="00023938">
              <w:rPr>
                <w:rFonts w:eastAsia="新細明體"/>
                <w:lang w:eastAsia="zh-TW"/>
              </w:rPr>
              <w:t>Always</w:t>
            </w:r>
          </w:p>
        </w:tc>
      </w:tr>
      <w:tr w:rsidR="000813FB" w14:paraId="79EA0F5A" w14:textId="77777777" w:rsidTr="000813FB">
        <w:tc>
          <w:tcPr>
            <w:tcW w:w="2518" w:type="dxa"/>
          </w:tcPr>
          <w:p w14:paraId="603B511D" w14:textId="0B07506A" w:rsidR="00E52E45" w:rsidRDefault="00023938" w:rsidP="00013B8C">
            <w:pPr>
              <w:rPr>
                <w:rFonts w:eastAsia="新細明體"/>
                <w:lang w:eastAsia="zh-TW"/>
              </w:rPr>
            </w:pPr>
            <w:r w:rsidRPr="00023938">
              <w:rPr>
                <w:sz w:val="20"/>
                <w:szCs w:val="20"/>
              </w:rPr>
              <w:t>N47 I will monitor the current infectious disease situation.</w:t>
            </w:r>
          </w:p>
        </w:tc>
        <w:tc>
          <w:tcPr>
            <w:tcW w:w="1286" w:type="dxa"/>
          </w:tcPr>
          <w:p w14:paraId="5EA3A165" w14:textId="77777777" w:rsidR="00E52E45" w:rsidRDefault="00E52E45" w:rsidP="00013B8C"/>
        </w:tc>
        <w:tc>
          <w:tcPr>
            <w:tcW w:w="1287" w:type="dxa"/>
          </w:tcPr>
          <w:p w14:paraId="4673940E" w14:textId="77777777" w:rsidR="00E52E45" w:rsidRDefault="00E52E45" w:rsidP="00013B8C"/>
        </w:tc>
        <w:tc>
          <w:tcPr>
            <w:tcW w:w="1287" w:type="dxa"/>
          </w:tcPr>
          <w:p w14:paraId="5B03BA4C" w14:textId="77777777" w:rsidR="00E52E45" w:rsidRDefault="00E52E45" w:rsidP="00013B8C"/>
        </w:tc>
        <w:tc>
          <w:tcPr>
            <w:tcW w:w="1287" w:type="dxa"/>
          </w:tcPr>
          <w:p w14:paraId="390ECDF3" w14:textId="77777777" w:rsidR="00E52E45" w:rsidRDefault="00E52E45" w:rsidP="00013B8C"/>
        </w:tc>
        <w:tc>
          <w:tcPr>
            <w:tcW w:w="1287" w:type="dxa"/>
          </w:tcPr>
          <w:p w14:paraId="07FFC30A" w14:textId="77777777" w:rsidR="00E52E45" w:rsidRDefault="00E52E45" w:rsidP="00013B8C"/>
        </w:tc>
      </w:tr>
      <w:tr w:rsidR="000813FB" w14:paraId="5603D1E3" w14:textId="77777777" w:rsidTr="000813FB">
        <w:tc>
          <w:tcPr>
            <w:tcW w:w="2518" w:type="dxa"/>
          </w:tcPr>
          <w:p w14:paraId="296C0DCB" w14:textId="75D43226" w:rsidR="000813FB" w:rsidRPr="00023938" w:rsidRDefault="000813FB" w:rsidP="000813FB">
            <w:pPr>
              <w:rPr>
                <w:sz w:val="20"/>
                <w:szCs w:val="20"/>
              </w:rPr>
            </w:pPr>
            <w:r w:rsidRPr="009820D8">
              <w:t>N48 I will provide disease prevention information at preschool.</w:t>
            </w:r>
          </w:p>
        </w:tc>
        <w:tc>
          <w:tcPr>
            <w:tcW w:w="1286" w:type="dxa"/>
          </w:tcPr>
          <w:p w14:paraId="3159DF57" w14:textId="77777777" w:rsidR="000813FB" w:rsidRDefault="000813FB" w:rsidP="000813FB"/>
        </w:tc>
        <w:tc>
          <w:tcPr>
            <w:tcW w:w="1287" w:type="dxa"/>
          </w:tcPr>
          <w:p w14:paraId="5FD9E817" w14:textId="77777777" w:rsidR="000813FB" w:rsidRDefault="000813FB" w:rsidP="000813FB"/>
        </w:tc>
        <w:tc>
          <w:tcPr>
            <w:tcW w:w="1287" w:type="dxa"/>
          </w:tcPr>
          <w:p w14:paraId="45A9B23E" w14:textId="77777777" w:rsidR="000813FB" w:rsidRDefault="000813FB" w:rsidP="000813FB"/>
        </w:tc>
        <w:tc>
          <w:tcPr>
            <w:tcW w:w="1287" w:type="dxa"/>
          </w:tcPr>
          <w:p w14:paraId="1A27BFFB" w14:textId="77777777" w:rsidR="000813FB" w:rsidRDefault="000813FB" w:rsidP="000813FB"/>
        </w:tc>
        <w:tc>
          <w:tcPr>
            <w:tcW w:w="1287" w:type="dxa"/>
          </w:tcPr>
          <w:p w14:paraId="01FCB04B" w14:textId="77777777" w:rsidR="000813FB" w:rsidRDefault="000813FB" w:rsidP="000813FB"/>
        </w:tc>
      </w:tr>
      <w:tr w:rsidR="000813FB" w14:paraId="062AA689" w14:textId="77777777" w:rsidTr="000813FB">
        <w:tc>
          <w:tcPr>
            <w:tcW w:w="2518" w:type="dxa"/>
          </w:tcPr>
          <w:p w14:paraId="002F3B3F" w14:textId="6894C17B" w:rsidR="000813FB" w:rsidRPr="00023938" w:rsidRDefault="000813FB" w:rsidP="000813FB">
            <w:pPr>
              <w:rPr>
                <w:sz w:val="20"/>
                <w:szCs w:val="20"/>
              </w:rPr>
            </w:pPr>
            <w:r w:rsidRPr="009820D8">
              <w:t>N49 I will learn and follow disease prevention guidelines.</w:t>
            </w:r>
          </w:p>
        </w:tc>
        <w:tc>
          <w:tcPr>
            <w:tcW w:w="1286" w:type="dxa"/>
          </w:tcPr>
          <w:p w14:paraId="2F00922A" w14:textId="77777777" w:rsidR="000813FB" w:rsidRDefault="000813FB" w:rsidP="000813FB"/>
        </w:tc>
        <w:tc>
          <w:tcPr>
            <w:tcW w:w="1287" w:type="dxa"/>
          </w:tcPr>
          <w:p w14:paraId="43F42A87" w14:textId="77777777" w:rsidR="000813FB" w:rsidRDefault="000813FB" w:rsidP="000813FB"/>
        </w:tc>
        <w:tc>
          <w:tcPr>
            <w:tcW w:w="1287" w:type="dxa"/>
          </w:tcPr>
          <w:p w14:paraId="09105A08" w14:textId="77777777" w:rsidR="000813FB" w:rsidRDefault="000813FB" w:rsidP="000813FB"/>
        </w:tc>
        <w:tc>
          <w:tcPr>
            <w:tcW w:w="1287" w:type="dxa"/>
          </w:tcPr>
          <w:p w14:paraId="535AA857" w14:textId="77777777" w:rsidR="000813FB" w:rsidRDefault="000813FB" w:rsidP="000813FB"/>
        </w:tc>
        <w:tc>
          <w:tcPr>
            <w:tcW w:w="1287" w:type="dxa"/>
          </w:tcPr>
          <w:p w14:paraId="57F8FDBA" w14:textId="77777777" w:rsidR="000813FB" w:rsidRDefault="000813FB" w:rsidP="000813FB"/>
        </w:tc>
      </w:tr>
      <w:tr w:rsidR="000813FB" w14:paraId="3ED559FE" w14:textId="77777777" w:rsidTr="000813FB">
        <w:tc>
          <w:tcPr>
            <w:tcW w:w="2518" w:type="dxa"/>
          </w:tcPr>
          <w:p w14:paraId="35B2AC58" w14:textId="2DCF7842" w:rsidR="000813FB" w:rsidRPr="00023938" w:rsidRDefault="000813FB" w:rsidP="000813FB">
            <w:pPr>
              <w:rPr>
                <w:sz w:val="20"/>
                <w:szCs w:val="20"/>
              </w:rPr>
            </w:pPr>
            <w:r w:rsidRPr="009820D8">
              <w:t xml:space="preserve">N50 I will check children upon arrival </w:t>
            </w:r>
            <w:r w:rsidRPr="009820D8">
              <w:lastRenderedPageBreak/>
              <w:t>and ask parents to keep sick children at home.</w:t>
            </w:r>
          </w:p>
        </w:tc>
        <w:tc>
          <w:tcPr>
            <w:tcW w:w="1286" w:type="dxa"/>
          </w:tcPr>
          <w:p w14:paraId="228A7BEB" w14:textId="77777777" w:rsidR="000813FB" w:rsidRDefault="000813FB" w:rsidP="000813FB"/>
        </w:tc>
        <w:tc>
          <w:tcPr>
            <w:tcW w:w="1287" w:type="dxa"/>
          </w:tcPr>
          <w:p w14:paraId="35C0B8F1" w14:textId="77777777" w:rsidR="000813FB" w:rsidRDefault="000813FB" w:rsidP="000813FB"/>
        </w:tc>
        <w:tc>
          <w:tcPr>
            <w:tcW w:w="1287" w:type="dxa"/>
          </w:tcPr>
          <w:p w14:paraId="3D83D5D6" w14:textId="77777777" w:rsidR="000813FB" w:rsidRDefault="000813FB" w:rsidP="000813FB"/>
        </w:tc>
        <w:tc>
          <w:tcPr>
            <w:tcW w:w="1287" w:type="dxa"/>
          </w:tcPr>
          <w:p w14:paraId="05AF35E2" w14:textId="77777777" w:rsidR="000813FB" w:rsidRDefault="000813FB" w:rsidP="000813FB"/>
        </w:tc>
        <w:tc>
          <w:tcPr>
            <w:tcW w:w="1287" w:type="dxa"/>
          </w:tcPr>
          <w:p w14:paraId="2DB2C8FD" w14:textId="77777777" w:rsidR="000813FB" w:rsidRDefault="000813FB" w:rsidP="000813FB"/>
        </w:tc>
      </w:tr>
      <w:tr w:rsidR="000813FB" w14:paraId="01DF0FAD" w14:textId="77777777" w:rsidTr="000813FB">
        <w:tc>
          <w:tcPr>
            <w:tcW w:w="2518" w:type="dxa"/>
          </w:tcPr>
          <w:p w14:paraId="729AE574" w14:textId="0B453706" w:rsidR="000813FB" w:rsidRPr="00023938" w:rsidRDefault="000813FB" w:rsidP="000813FB">
            <w:pPr>
              <w:rPr>
                <w:sz w:val="20"/>
                <w:szCs w:val="20"/>
              </w:rPr>
            </w:pPr>
            <w:r w:rsidRPr="009820D8">
              <w:t>N51 I will monitor attendance and address sick leave with preventive measures.</w:t>
            </w:r>
          </w:p>
        </w:tc>
        <w:tc>
          <w:tcPr>
            <w:tcW w:w="1286" w:type="dxa"/>
          </w:tcPr>
          <w:p w14:paraId="3B618110" w14:textId="77777777" w:rsidR="000813FB" w:rsidRDefault="000813FB" w:rsidP="000813FB"/>
        </w:tc>
        <w:tc>
          <w:tcPr>
            <w:tcW w:w="1287" w:type="dxa"/>
          </w:tcPr>
          <w:p w14:paraId="26A10846" w14:textId="77777777" w:rsidR="000813FB" w:rsidRDefault="000813FB" w:rsidP="000813FB"/>
        </w:tc>
        <w:tc>
          <w:tcPr>
            <w:tcW w:w="1287" w:type="dxa"/>
          </w:tcPr>
          <w:p w14:paraId="0AC72785" w14:textId="77777777" w:rsidR="000813FB" w:rsidRDefault="000813FB" w:rsidP="000813FB"/>
        </w:tc>
        <w:tc>
          <w:tcPr>
            <w:tcW w:w="1287" w:type="dxa"/>
          </w:tcPr>
          <w:p w14:paraId="1543D4BD" w14:textId="77777777" w:rsidR="000813FB" w:rsidRDefault="000813FB" w:rsidP="000813FB"/>
        </w:tc>
        <w:tc>
          <w:tcPr>
            <w:tcW w:w="1287" w:type="dxa"/>
          </w:tcPr>
          <w:p w14:paraId="66450BB5" w14:textId="77777777" w:rsidR="000813FB" w:rsidRDefault="000813FB" w:rsidP="000813FB"/>
        </w:tc>
      </w:tr>
      <w:tr w:rsidR="000813FB" w14:paraId="6795AA04" w14:textId="77777777" w:rsidTr="000813FB">
        <w:tc>
          <w:tcPr>
            <w:tcW w:w="2518" w:type="dxa"/>
          </w:tcPr>
          <w:p w14:paraId="1324CA90" w14:textId="795C99BF" w:rsidR="000813FB" w:rsidRPr="00023938" w:rsidRDefault="000813FB" w:rsidP="000813FB">
            <w:pPr>
              <w:rPr>
                <w:sz w:val="20"/>
                <w:szCs w:val="20"/>
              </w:rPr>
            </w:pPr>
            <w:r w:rsidRPr="009820D8">
              <w:t>N52 I will study disease prevention courses and create health education lessons for children.</w:t>
            </w:r>
          </w:p>
        </w:tc>
        <w:tc>
          <w:tcPr>
            <w:tcW w:w="1286" w:type="dxa"/>
          </w:tcPr>
          <w:p w14:paraId="057BC4D7" w14:textId="77777777" w:rsidR="000813FB" w:rsidRDefault="000813FB" w:rsidP="000813FB"/>
        </w:tc>
        <w:tc>
          <w:tcPr>
            <w:tcW w:w="1287" w:type="dxa"/>
          </w:tcPr>
          <w:p w14:paraId="783B2D5D" w14:textId="77777777" w:rsidR="000813FB" w:rsidRDefault="000813FB" w:rsidP="000813FB"/>
        </w:tc>
        <w:tc>
          <w:tcPr>
            <w:tcW w:w="1287" w:type="dxa"/>
          </w:tcPr>
          <w:p w14:paraId="11485102" w14:textId="77777777" w:rsidR="000813FB" w:rsidRDefault="000813FB" w:rsidP="000813FB"/>
        </w:tc>
        <w:tc>
          <w:tcPr>
            <w:tcW w:w="1287" w:type="dxa"/>
          </w:tcPr>
          <w:p w14:paraId="1E5875E5" w14:textId="77777777" w:rsidR="000813FB" w:rsidRDefault="000813FB" w:rsidP="000813FB"/>
        </w:tc>
        <w:tc>
          <w:tcPr>
            <w:tcW w:w="1287" w:type="dxa"/>
          </w:tcPr>
          <w:p w14:paraId="42AFA690" w14:textId="77777777" w:rsidR="000813FB" w:rsidRDefault="000813FB" w:rsidP="000813FB"/>
        </w:tc>
      </w:tr>
      <w:tr w:rsidR="000813FB" w14:paraId="1FE04CCB" w14:textId="77777777" w:rsidTr="000813FB">
        <w:tc>
          <w:tcPr>
            <w:tcW w:w="2518" w:type="dxa"/>
          </w:tcPr>
          <w:p w14:paraId="04E02D65" w14:textId="708339E8" w:rsidR="000813FB" w:rsidRPr="00023938" w:rsidRDefault="000813FB" w:rsidP="000813FB">
            <w:pPr>
              <w:rPr>
                <w:sz w:val="20"/>
                <w:szCs w:val="20"/>
              </w:rPr>
            </w:pPr>
            <w:r w:rsidRPr="009820D8">
              <w:t>N53 I will practice hand hygiene before and after school entry, child interactions, meals, and restroom use.</w:t>
            </w:r>
          </w:p>
        </w:tc>
        <w:tc>
          <w:tcPr>
            <w:tcW w:w="1286" w:type="dxa"/>
          </w:tcPr>
          <w:p w14:paraId="273A1FE2" w14:textId="77777777" w:rsidR="000813FB" w:rsidRDefault="000813FB" w:rsidP="000813FB"/>
        </w:tc>
        <w:tc>
          <w:tcPr>
            <w:tcW w:w="1287" w:type="dxa"/>
          </w:tcPr>
          <w:p w14:paraId="7BE5F0AC" w14:textId="77777777" w:rsidR="000813FB" w:rsidRDefault="000813FB" w:rsidP="000813FB"/>
        </w:tc>
        <w:tc>
          <w:tcPr>
            <w:tcW w:w="1287" w:type="dxa"/>
          </w:tcPr>
          <w:p w14:paraId="3F4EF2F1" w14:textId="77777777" w:rsidR="000813FB" w:rsidRDefault="000813FB" w:rsidP="000813FB"/>
        </w:tc>
        <w:tc>
          <w:tcPr>
            <w:tcW w:w="1287" w:type="dxa"/>
          </w:tcPr>
          <w:p w14:paraId="52CAD626" w14:textId="77777777" w:rsidR="000813FB" w:rsidRDefault="000813FB" w:rsidP="000813FB"/>
        </w:tc>
        <w:tc>
          <w:tcPr>
            <w:tcW w:w="1287" w:type="dxa"/>
          </w:tcPr>
          <w:p w14:paraId="4A865E66" w14:textId="77777777" w:rsidR="000813FB" w:rsidRDefault="000813FB" w:rsidP="000813FB"/>
        </w:tc>
      </w:tr>
      <w:tr w:rsidR="000813FB" w14:paraId="778E70F6" w14:textId="77777777" w:rsidTr="000813FB">
        <w:tc>
          <w:tcPr>
            <w:tcW w:w="2518" w:type="dxa"/>
          </w:tcPr>
          <w:p w14:paraId="5C03FF4D" w14:textId="75516D7E" w:rsidR="000813FB" w:rsidRPr="00023938" w:rsidRDefault="000813FB" w:rsidP="000813FB">
            <w:pPr>
              <w:rPr>
                <w:sz w:val="20"/>
                <w:szCs w:val="20"/>
              </w:rPr>
            </w:pPr>
            <w:r w:rsidRPr="009820D8">
              <w:t>N54 I will teach children to cover their mouth and nose when sneezing or coughing and dispose of tissues immediately.</w:t>
            </w:r>
          </w:p>
        </w:tc>
        <w:tc>
          <w:tcPr>
            <w:tcW w:w="1286" w:type="dxa"/>
          </w:tcPr>
          <w:p w14:paraId="20662755" w14:textId="77777777" w:rsidR="000813FB" w:rsidRDefault="000813FB" w:rsidP="000813FB"/>
        </w:tc>
        <w:tc>
          <w:tcPr>
            <w:tcW w:w="1287" w:type="dxa"/>
          </w:tcPr>
          <w:p w14:paraId="09FFB31C" w14:textId="77777777" w:rsidR="000813FB" w:rsidRDefault="000813FB" w:rsidP="000813FB"/>
        </w:tc>
        <w:tc>
          <w:tcPr>
            <w:tcW w:w="1287" w:type="dxa"/>
          </w:tcPr>
          <w:p w14:paraId="3186FABC" w14:textId="77777777" w:rsidR="000813FB" w:rsidRDefault="000813FB" w:rsidP="000813FB"/>
        </w:tc>
        <w:tc>
          <w:tcPr>
            <w:tcW w:w="1287" w:type="dxa"/>
          </w:tcPr>
          <w:p w14:paraId="224DD5AA" w14:textId="77777777" w:rsidR="000813FB" w:rsidRDefault="000813FB" w:rsidP="000813FB"/>
        </w:tc>
        <w:tc>
          <w:tcPr>
            <w:tcW w:w="1287" w:type="dxa"/>
          </w:tcPr>
          <w:p w14:paraId="1F0AACA8" w14:textId="77777777" w:rsidR="000813FB" w:rsidRDefault="000813FB" w:rsidP="000813FB"/>
        </w:tc>
      </w:tr>
      <w:tr w:rsidR="000813FB" w14:paraId="370DB044" w14:textId="77777777" w:rsidTr="000813FB">
        <w:tc>
          <w:tcPr>
            <w:tcW w:w="2518" w:type="dxa"/>
          </w:tcPr>
          <w:p w14:paraId="7B35783E" w14:textId="4FE2707C" w:rsidR="000813FB" w:rsidRPr="00023938" w:rsidRDefault="000813FB" w:rsidP="000813FB">
            <w:pPr>
              <w:rPr>
                <w:sz w:val="20"/>
                <w:szCs w:val="20"/>
              </w:rPr>
            </w:pPr>
            <w:r w:rsidRPr="009820D8">
              <w:t>N55 I will wear a mask when sick and practice respiratory hygiene, washing hands after blowing my nose.</w:t>
            </w:r>
          </w:p>
        </w:tc>
        <w:tc>
          <w:tcPr>
            <w:tcW w:w="1286" w:type="dxa"/>
          </w:tcPr>
          <w:p w14:paraId="4D52E1AD" w14:textId="77777777" w:rsidR="000813FB" w:rsidRDefault="000813FB" w:rsidP="000813FB"/>
        </w:tc>
        <w:tc>
          <w:tcPr>
            <w:tcW w:w="1287" w:type="dxa"/>
          </w:tcPr>
          <w:p w14:paraId="7FA88D20" w14:textId="77777777" w:rsidR="000813FB" w:rsidRDefault="000813FB" w:rsidP="000813FB"/>
        </w:tc>
        <w:tc>
          <w:tcPr>
            <w:tcW w:w="1287" w:type="dxa"/>
          </w:tcPr>
          <w:p w14:paraId="003AF852" w14:textId="77777777" w:rsidR="000813FB" w:rsidRDefault="000813FB" w:rsidP="000813FB"/>
        </w:tc>
        <w:tc>
          <w:tcPr>
            <w:tcW w:w="1287" w:type="dxa"/>
          </w:tcPr>
          <w:p w14:paraId="71550048" w14:textId="77777777" w:rsidR="000813FB" w:rsidRDefault="000813FB" w:rsidP="000813FB"/>
        </w:tc>
        <w:tc>
          <w:tcPr>
            <w:tcW w:w="1287" w:type="dxa"/>
          </w:tcPr>
          <w:p w14:paraId="64F8C796" w14:textId="77777777" w:rsidR="000813FB" w:rsidRDefault="000813FB" w:rsidP="000813FB"/>
        </w:tc>
      </w:tr>
      <w:tr w:rsidR="000813FB" w14:paraId="3DBDE124" w14:textId="77777777" w:rsidTr="000813FB">
        <w:tc>
          <w:tcPr>
            <w:tcW w:w="2518" w:type="dxa"/>
          </w:tcPr>
          <w:p w14:paraId="05145134" w14:textId="3D022CAC" w:rsidR="000813FB" w:rsidRPr="00023938" w:rsidRDefault="000813FB" w:rsidP="000813FB">
            <w:pPr>
              <w:rPr>
                <w:sz w:val="20"/>
                <w:szCs w:val="20"/>
              </w:rPr>
            </w:pPr>
            <w:r w:rsidRPr="009820D8">
              <w:t>N56 I will get vaccinated for the flu and COVID-19.</w:t>
            </w:r>
          </w:p>
        </w:tc>
        <w:tc>
          <w:tcPr>
            <w:tcW w:w="1286" w:type="dxa"/>
          </w:tcPr>
          <w:p w14:paraId="777BD9FB" w14:textId="77777777" w:rsidR="000813FB" w:rsidRDefault="000813FB" w:rsidP="000813FB"/>
        </w:tc>
        <w:tc>
          <w:tcPr>
            <w:tcW w:w="1287" w:type="dxa"/>
          </w:tcPr>
          <w:p w14:paraId="656664D2" w14:textId="77777777" w:rsidR="000813FB" w:rsidRDefault="000813FB" w:rsidP="000813FB"/>
        </w:tc>
        <w:tc>
          <w:tcPr>
            <w:tcW w:w="1287" w:type="dxa"/>
          </w:tcPr>
          <w:p w14:paraId="2436C932" w14:textId="77777777" w:rsidR="000813FB" w:rsidRDefault="000813FB" w:rsidP="000813FB"/>
        </w:tc>
        <w:tc>
          <w:tcPr>
            <w:tcW w:w="1287" w:type="dxa"/>
          </w:tcPr>
          <w:p w14:paraId="64D15522" w14:textId="77777777" w:rsidR="000813FB" w:rsidRDefault="000813FB" w:rsidP="000813FB"/>
        </w:tc>
        <w:tc>
          <w:tcPr>
            <w:tcW w:w="1287" w:type="dxa"/>
          </w:tcPr>
          <w:p w14:paraId="4DBBEE9D" w14:textId="77777777" w:rsidR="000813FB" w:rsidRDefault="000813FB" w:rsidP="000813FB"/>
        </w:tc>
      </w:tr>
      <w:tr w:rsidR="000813FB" w14:paraId="54561D1F" w14:textId="77777777" w:rsidTr="000813FB">
        <w:tc>
          <w:tcPr>
            <w:tcW w:w="2518" w:type="dxa"/>
          </w:tcPr>
          <w:p w14:paraId="5F875A7E" w14:textId="1778A458" w:rsidR="000813FB" w:rsidRPr="00023938" w:rsidRDefault="000813FB" w:rsidP="000813FB">
            <w:pPr>
              <w:rPr>
                <w:sz w:val="20"/>
                <w:szCs w:val="20"/>
              </w:rPr>
            </w:pPr>
            <w:r w:rsidRPr="009820D8">
              <w:t>N57 I will maintain a balanced diet, exercise, and get 6-8 hours of sleep to boost immunity.</w:t>
            </w:r>
          </w:p>
        </w:tc>
        <w:tc>
          <w:tcPr>
            <w:tcW w:w="1286" w:type="dxa"/>
          </w:tcPr>
          <w:p w14:paraId="66A78DD4" w14:textId="77777777" w:rsidR="000813FB" w:rsidRDefault="000813FB" w:rsidP="000813FB"/>
        </w:tc>
        <w:tc>
          <w:tcPr>
            <w:tcW w:w="1287" w:type="dxa"/>
          </w:tcPr>
          <w:p w14:paraId="44F8FA19" w14:textId="77777777" w:rsidR="000813FB" w:rsidRDefault="000813FB" w:rsidP="000813FB"/>
        </w:tc>
        <w:tc>
          <w:tcPr>
            <w:tcW w:w="1287" w:type="dxa"/>
          </w:tcPr>
          <w:p w14:paraId="1E9F6322" w14:textId="77777777" w:rsidR="000813FB" w:rsidRDefault="000813FB" w:rsidP="000813FB"/>
        </w:tc>
        <w:tc>
          <w:tcPr>
            <w:tcW w:w="1287" w:type="dxa"/>
          </w:tcPr>
          <w:p w14:paraId="63AABEDB" w14:textId="77777777" w:rsidR="000813FB" w:rsidRDefault="000813FB" w:rsidP="000813FB"/>
        </w:tc>
        <w:tc>
          <w:tcPr>
            <w:tcW w:w="1287" w:type="dxa"/>
          </w:tcPr>
          <w:p w14:paraId="2868B78B" w14:textId="77777777" w:rsidR="000813FB" w:rsidRDefault="000813FB" w:rsidP="000813FB"/>
        </w:tc>
      </w:tr>
      <w:tr w:rsidR="000813FB" w14:paraId="49FF74AD" w14:textId="77777777" w:rsidTr="000813FB">
        <w:tc>
          <w:tcPr>
            <w:tcW w:w="2518" w:type="dxa"/>
          </w:tcPr>
          <w:p w14:paraId="137F554C" w14:textId="0A457FFD" w:rsidR="000813FB" w:rsidRPr="00023938" w:rsidRDefault="000813FB" w:rsidP="000813FB">
            <w:pPr>
              <w:rPr>
                <w:sz w:val="20"/>
                <w:szCs w:val="20"/>
              </w:rPr>
            </w:pPr>
            <w:r w:rsidRPr="009820D8">
              <w:t>N58 I will stay home when sick to avoid spreading germs.</w:t>
            </w:r>
          </w:p>
        </w:tc>
        <w:tc>
          <w:tcPr>
            <w:tcW w:w="1286" w:type="dxa"/>
          </w:tcPr>
          <w:p w14:paraId="16F80174" w14:textId="77777777" w:rsidR="000813FB" w:rsidRDefault="000813FB" w:rsidP="000813FB"/>
        </w:tc>
        <w:tc>
          <w:tcPr>
            <w:tcW w:w="1287" w:type="dxa"/>
          </w:tcPr>
          <w:p w14:paraId="435C8580" w14:textId="77777777" w:rsidR="000813FB" w:rsidRDefault="000813FB" w:rsidP="000813FB"/>
        </w:tc>
        <w:tc>
          <w:tcPr>
            <w:tcW w:w="1287" w:type="dxa"/>
          </w:tcPr>
          <w:p w14:paraId="4F7A487B" w14:textId="77777777" w:rsidR="000813FB" w:rsidRDefault="000813FB" w:rsidP="000813FB"/>
        </w:tc>
        <w:tc>
          <w:tcPr>
            <w:tcW w:w="1287" w:type="dxa"/>
          </w:tcPr>
          <w:p w14:paraId="213B6D61" w14:textId="77777777" w:rsidR="000813FB" w:rsidRDefault="000813FB" w:rsidP="000813FB"/>
        </w:tc>
        <w:tc>
          <w:tcPr>
            <w:tcW w:w="1287" w:type="dxa"/>
          </w:tcPr>
          <w:p w14:paraId="7FDFDBC8" w14:textId="77777777" w:rsidR="000813FB" w:rsidRDefault="000813FB" w:rsidP="000813FB"/>
        </w:tc>
      </w:tr>
      <w:tr w:rsidR="000813FB" w14:paraId="10BE90CB" w14:textId="77777777" w:rsidTr="000813FB">
        <w:tc>
          <w:tcPr>
            <w:tcW w:w="2518" w:type="dxa"/>
          </w:tcPr>
          <w:p w14:paraId="4E5514D8" w14:textId="274BD358" w:rsidR="000813FB" w:rsidRPr="00023938" w:rsidRDefault="000813FB" w:rsidP="000813FB">
            <w:pPr>
              <w:rPr>
                <w:sz w:val="20"/>
                <w:szCs w:val="20"/>
              </w:rPr>
            </w:pPr>
            <w:r w:rsidRPr="009820D8">
              <w:t>N59 I will ensure good ventilation and cleanliness at preschool.</w:t>
            </w:r>
          </w:p>
        </w:tc>
        <w:tc>
          <w:tcPr>
            <w:tcW w:w="1286" w:type="dxa"/>
          </w:tcPr>
          <w:p w14:paraId="310D87EC" w14:textId="77777777" w:rsidR="000813FB" w:rsidRDefault="000813FB" w:rsidP="000813FB"/>
        </w:tc>
        <w:tc>
          <w:tcPr>
            <w:tcW w:w="1287" w:type="dxa"/>
          </w:tcPr>
          <w:p w14:paraId="6F244053" w14:textId="77777777" w:rsidR="000813FB" w:rsidRDefault="000813FB" w:rsidP="000813FB"/>
        </w:tc>
        <w:tc>
          <w:tcPr>
            <w:tcW w:w="1287" w:type="dxa"/>
          </w:tcPr>
          <w:p w14:paraId="5CC496F4" w14:textId="77777777" w:rsidR="000813FB" w:rsidRDefault="000813FB" w:rsidP="000813FB"/>
        </w:tc>
        <w:tc>
          <w:tcPr>
            <w:tcW w:w="1287" w:type="dxa"/>
          </w:tcPr>
          <w:p w14:paraId="7CDFF092" w14:textId="77777777" w:rsidR="000813FB" w:rsidRDefault="000813FB" w:rsidP="000813FB"/>
        </w:tc>
        <w:tc>
          <w:tcPr>
            <w:tcW w:w="1287" w:type="dxa"/>
          </w:tcPr>
          <w:p w14:paraId="361CFA64" w14:textId="77777777" w:rsidR="000813FB" w:rsidRDefault="000813FB" w:rsidP="000813FB"/>
        </w:tc>
      </w:tr>
      <w:tr w:rsidR="000813FB" w14:paraId="7C34ED9F" w14:textId="77777777" w:rsidTr="000813FB">
        <w:tc>
          <w:tcPr>
            <w:tcW w:w="2518" w:type="dxa"/>
          </w:tcPr>
          <w:p w14:paraId="13F27AD0" w14:textId="22F7A6EB" w:rsidR="000813FB" w:rsidRPr="00023938" w:rsidRDefault="000813FB" w:rsidP="000813FB">
            <w:pPr>
              <w:rPr>
                <w:sz w:val="20"/>
                <w:szCs w:val="20"/>
              </w:rPr>
            </w:pPr>
            <w:r w:rsidRPr="009820D8">
              <w:t>N60 I will learn and follow disease prevention measures.</w:t>
            </w:r>
          </w:p>
        </w:tc>
        <w:tc>
          <w:tcPr>
            <w:tcW w:w="1286" w:type="dxa"/>
          </w:tcPr>
          <w:p w14:paraId="585E2BF1" w14:textId="77777777" w:rsidR="000813FB" w:rsidRDefault="000813FB" w:rsidP="000813FB"/>
        </w:tc>
        <w:tc>
          <w:tcPr>
            <w:tcW w:w="1287" w:type="dxa"/>
          </w:tcPr>
          <w:p w14:paraId="2FC8A71A" w14:textId="77777777" w:rsidR="000813FB" w:rsidRDefault="000813FB" w:rsidP="000813FB"/>
        </w:tc>
        <w:tc>
          <w:tcPr>
            <w:tcW w:w="1287" w:type="dxa"/>
          </w:tcPr>
          <w:p w14:paraId="3FBF4F29" w14:textId="77777777" w:rsidR="000813FB" w:rsidRDefault="000813FB" w:rsidP="000813FB"/>
        </w:tc>
        <w:tc>
          <w:tcPr>
            <w:tcW w:w="1287" w:type="dxa"/>
          </w:tcPr>
          <w:p w14:paraId="294CB302" w14:textId="77777777" w:rsidR="000813FB" w:rsidRDefault="000813FB" w:rsidP="000813FB"/>
        </w:tc>
        <w:tc>
          <w:tcPr>
            <w:tcW w:w="1287" w:type="dxa"/>
          </w:tcPr>
          <w:p w14:paraId="7E7C28C4" w14:textId="77777777" w:rsidR="000813FB" w:rsidRDefault="000813FB" w:rsidP="000813FB"/>
        </w:tc>
      </w:tr>
      <w:tr w:rsidR="000813FB" w14:paraId="66C59A59" w14:textId="77777777" w:rsidTr="000813FB">
        <w:tc>
          <w:tcPr>
            <w:tcW w:w="2518" w:type="dxa"/>
          </w:tcPr>
          <w:p w14:paraId="1CBA7FB3" w14:textId="11CB57F2" w:rsidR="000813FB" w:rsidRPr="00023938" w:rsidRDefault="000813FB" w:rsidP="000813FB">
            <w:pPr>
              <w:rPr>
                <w:sz w:val="20"/>
                <w:szCs w:val="20"/>
              </w:rPr>
            </w:pPr>
            <w:r w:rsidRPr="009820D8">
              <w:t>N61 During flu season, I will share flu-related information in communication books.</w:t>
            </w:r>
          </w:p>
        </w:tc>
        <w:tc>
          <w:tcPr>
            <w:tcW w:w="1286" w:type="dxa"/>
          </w:tcPr>
          <w:p w14:paraId="39C1AE60" w14:textId="77777777" w:rsidR="000813FB" w:rsidRDefault="000813FB" w:rsidP="000813FB"/>
        </w:tc>
        <w:tc>
          <w:tcPr>
            <w:tcW w:w="1287" w:type="dxa"/>
          </w:tcPr>
          <w:p w14:paraId="564B6321" w14:textId="77777777" w:rsidR="000813FB" w:rsidRDefault="000813FB" w:rsidP="000813FB"/>
        </w:tc>
        <w:tc>
          <w:tcPr>
            <w:tcW w:w="1287" w:type="dxa"/>
          </w:tcPr>
          <w:p w14:paraId="2526C30E" w14:textId="77777777" w:rsidR="000813FB" w:rsidRDefault="000813FB" w:rsidP="000813FB"/>
        </w:tc>
        <w:tc>
          <w:tcPr>
            <w:tcW w:w="1287" w:type="dxa"/>
          </w:tcPr>
          <w:p w14:paraId="5B15B04C" w14:textId="77777777" w:rsidR="000813FB" w:rsidRDefault="000813FB" w:rsidP="000813FB"/>
        </w:tc>
        <w:tc>
          <w:tcPr>
            <w:tcW w:w="1287" w:type="dxa"/>
          </w:tcPr>
          <w:p w14:paraId="6A1946FF" w14:textId="77777777" w:rsidR="000813FB" w:rsidRDefault="000813FB" w:rsidP="000813FB"/>
        </w:tc>
      </w:tr>
      <w:tr w:rsidR="000813FB" w14:paraId="260E24D5" w14:textId="77777777" w:rsidTr="000813FB">
        <w:tc>
          <w:tcPr>
            <w:tcW w:w="2518" w:type="dxa"/>
          </w:tcPr>
          <w:p w14:paraId="2B623936" w14:textId="40F998D5" w:rsidR="000813FB" w:rsidRPr="00023938" w:rsidRDefault="000813FB" w:rsidP="000813FB">
            <w:pPr>
              <w:rPr>
                <w:sz w:val="20"/>
                <w:szCs w:val="20"/>
              </w:rPr>
            </w:pPr>
            <w:r w:rsidRPr="009820D8">
              <w:t>N62 I will wear a mask in crowded places.</w:t>
            </w:r>
          </w:p>
        </w:tc>
        <w:tc>
          <w:tcPr>
            <w:tcW w:w="1286" w:type="dxa"/>
          </w:tcPr>
          <w:p w14:paraId="7239906D" w14:textId="77777777" w:rsidR="000813FB" w:rsidRDefault="000813FB" w:rsidP="000813FB"/>
        </w:tc>
        <w:tc>
          <w:tcPr>
            <w:tcW w:w="1287" w:type="dxa"/>
          </w:tcPr>
          <w:p w14:paraId="25668E33" w14:textId="77777777" w:rsidR="000813FB" w:rsidRDefault="000813FB" w:rsidP="000813FB"/>
        </w:tc>
        <w:tc>
          <w:tcPr>
            <w:tcW w:w="1287" w:type="dxa"/>
          </w:tcPr>
          <w:p w14:paraId="6A6A03E1" w14:textId="77777777" w:rsidR="000813FB" w:rsidRDefault="000813FB" w:rsidP="000813FB"/>
        </w:tc>
        <w:tc>
          <w:tcPr>
            <w:tcW w:w="1287" w:type="dxa"/>
          </w:tcPr>
          <w:p w14:paraId="0023C847" w14:textId="77777777" w:rsidR="000813FB" w:rsidRDefault="000813FB" w:rsidP="000813FB"/>
        </w:tc>
        <w:tc>
          <w:tcPr>
            <w:tcW w:w="1287" w:type="dxa"/>
          </w:tcPr>
          <w:p w14:paraId="77C6F0BB" w14:textId="77777777" w:rsidR="000813FB" w:rsidRDefault="000813FB" w:rsidP="000813FB"/>
        </w:tc>
      </w:tr>
      <w:tr w:rsidR="000813FB" w14:paraId="279A52C2" w14:textId="77777777" w:rsidTr="000813FB">
        <w:tc>
          <w:tcPr>
            <w:tcW w:w="2518" w:type="dxa"/>
          </w:tcPr>
          <w:p w14:paraId="1DD95EC2" w14:textId="42690CE1" w:rsidR="000813FB" w:rsidRPr="00023938" w:rsidRDefault="000813FB" w:rsidP="000813FB">
            <w:pPr>
              <w:rPr>
                <w:sz w:val="20"/>
                <w:szCs w:val="20"/>
              </w:rPr>
            </w:pPr>
            <w:r w:rsidRPr="009820D8">
              <w:t xml:space="preserve">N63 I will clean </w:t>
            </w:r>
            <w:r w:rsidRPr="009820D8">
              <w:lastRenderedPageBreak/>
              <w:t>frequently touched items like my phone and keyboard with alcohol wipes or diluted bleach.</w:t>
            </w:r>
          </w:p>
        </w:tc>
        <w:tc>
          <w:tcPr>
            <w:tcW w:w="1286" w:type="dxa"/>
          </w:tcPr>
          <w:p w14:paraId="3714F279" w14:textId="77777777" w:rsidR="000813FB" w:rsidRDefault="000813FB" w:rsidP="000813FB"/>
        </w:tc>
        <w:tc>
          <w:tcPr>
            <w:tcW w:w="1287" w:type="dxa"/>
          </w:tcPr>
          <w:p w14:paraId="39A6D610" w14:textId="77777777" w:rsidR="000813FB" w:rsidRDefault="000813FB" w:rsidP="000813FB"/>
        </w:tc>
        <w:tc>
          <w:tcPr>
            <w:tcW w:w="1287" w:type="dxa"/>
          </w:tcPr>
          <w:p w14:paraId="506EEFF0" w14:textId="77777777" w:rsidR="000813FB" w:rsidRDefault="000813FB" w:rsidP="000813FB"/>
        </w:tc>
        <w:tc>
          <w:tcPr>
            <w:tcW w:w="1287" w:type="dxa"/>
          </w:tcPr>
          <w:p w14:paraId="4AF7B902" w14:textId="77777777" w:rsidR="000813FB" w:rsidRDefault="000813FB" w:rsidP="000813FB"/>
        </w:tc>
        <w:tc>
          <w:tcPr>
            <w:tcW w:w="1287" w:type="dxa"/>
          </w:tcPr>
          <w:p w14:paraId="1C814E02" w14:textId="77777777" w:rsidR="000813FB" w:rsidRDefault="000813FB" w:rsidP="000813FB"/>
        </w:tc>
      </w:tr>
      <w:tr w:rsidR="000813FB" w14:paraId="13BBBAB6" w14:textId="77777777" w:rsidTr="000813FB">
        <w:tc>
          <w:tcPr>
            <w:tcW w:w="2518" w:type="dxa"/>
          </w:tcPr>
          <w:p w14:paraId="21686D35" w14:textId="531FE3FC" w:rsidR="000813FB" w:rsidRPr="00023938" w:rsidRDefault="000813FB" w:rsidP="000813FB">
            <w:pPr>
              <w:rPr>
                <w:sz w:val="20"/>
                <w:szCs w:val="20"/>
              </w:rPr>
            </w:pPr>
            <w:r w:rsidRPr="009820D8">
              <w:t>N64 If I have symptoms like sore throat or fever, I will seek medical attention immediately.</w:t>
            </w:r>
          </w:p>
        </w:tc>
        <w:tc>
          <w:tcPr>
            <w:tcW w:w="1286" w:type="dxa"/>
          </w:tcPr>
          <w:p w14:paraId="3E323B8F" w14:textId="77777777" w:rsidR="000813FB" w:rsidRDefault="000813FB" w:rsidP="000813FB"/>
        </w:tc>
        <w:tc>
          <w:tcPr>
            <w:tcW w:w="1287" w:type="dxa"/>
          </w:tcPr>
          <w:p w14:paraId="2823A45C" w14:textId="77777777" w:rsidR="000813FB" w:rsidRDefault="000813FB" w:rsidP="000813FB"/>
        </w:tc>
        <w:tc>
          <w:tcPr>
            <w:tcW w:w="1287" w:type="dxa"/>
          </w:tcPr>
          <w:p w14:paraId="7A6514DE" w14:textId="77777777" w:rsidR="000813FB" w:rsidRDefault="000813FB" w:rsidP="000813FB"/>
        </w:tc>
        <w:tc>
          <w:tcPr>
            <w:tcW w:w="1287" w:type="dxa"/>
          </w:tcPr>
          <w:p w14:paraId="12DE7260" w14:textId="77777777" w:rsidR="000813FB" w:rsidRDefault="000813FB" w:rsidP="000813FB"/>
        </w:tc>
        <w:tc>
          <w:tcPr>
            <w:tcW w:w="1287" w:type="dxa"/>
          </w:tcPr>
          <w:p w14:paraId="7AD68BBD" w14:textId="77777777" w:rsidR="000813FB" w:rsidRDefault="000813FB" w:rsidP="000813FB"/>
        </w:tc>
      </w:tr>
    </w:tbl>
    <w:p w14:paraId="6C05C553" w14:textId="77777777" w:rsidR="009F33A9" w:rsidRPr="00E52E45" w:rsidRDefault="009F33A9">
      <w:pPr>
        <w:rPr>
          <w:rFonts w:eastAsia="新細明體"/>
          <w:lang w:eastAsia="zh-TW"/>
        </w:rPr>
      </w:pPr>
    </w:p>
    <w:p w14:paraId="4527F1E1" w14:textId="77777777" w:rsidR="009F33A9" w:rsidRDefault="009F33A9">
      <w:pPr>
        <w:rPr>
          <w:rFonts w:eastAsia="新細明體"/>
          <w:lang w:eastAsia="zh-TW"/>
        </w:rPr>
      </w:pPr>
    </w:p>
    <w:p w14:paraId="7BC611FB" w14:textId="77777777" w:rsidR="009F33A9" w:rsidRPr="00A814A4" w:rsidRDefault="009F33A9">
      <w:pPr>
        <w:rPr>
          <w:rFonts w:eastAsia="新細明體" w:hint="eastAsia"/>
          <w:lang w:eastAsia="zh-TW"/>
        </w:rPr>
      </w:pPr>
    </w:p>
    <w:sectPr w:rsidR="009F33A9" w:rsidRPr="00A814A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3B0165" w14:textId="77777777" w:rsidR="0065168A" w:rsidRDefault="0065168A" w:rsidP="001B0213">
      <w:pPr>
        <w:spacing w:after="0" w:line="240" w:lineRule="auto"/>
      </w:pPr>
      <w:r>
        <w:separator/>
      </w:r>
    </w:p>
  </w:endnote>
  <w:endnote w:type="continuationSeparator" w:id="0">
    <w:p w14:paraId="0E635A83" w14:textId="77777777" w:rsidR="0065168A" w:rsidRDefault="0065168A" w:rsidP="001B0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8DC5AC" w14:textId="77777777" w:rsidR="0065168A" w:rsidRDefault="0065168A" w:rsidP="001B0213">
      <w:pPr>
        <w:spacing w:after="0" w:line="240" w:lineRule="auto"/>
      </w:pPr>
      <w:r>
        <w:separator/>
      </w:r>
    </w:p>
  </w:footnote>
  <w:footnote w:type="continuationSeparator" w:id="0">
    <w:p w14:paraId="7693016E" w14:textId="77777777" w:rsidR="0065168A" w:rsidRDefault="0065168A" w:rsidP="001B02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3305132">
    <w:abstractNumId w:val="8"/>
  </w:num>
  <w:num w:numId="2" w16cid:durableId="220403936">
    <w:abstractNumId w:val="6"/>
  </w:num>
  <w:num w:numId="3" w16cid:durableId="421875425">
    <w:abstractNumId w:val="5"/>
  </w:num>
  <w:num w:numId="4" w16cid:durableId="904023372">
    <w:abstractNumId w:val="4"/>
  </w:num>
  <w:num w:numId="5" w16cid:durableId="764809860">
    <w:abstractNumId w:val="7"/>
  </w:num>
  <w:num w:numId="6" w16cid:durableId="1464229846">
    <w:abstractNumId w:val="3"/>
  </w:num>
  <w:num w:numId="7" w16cid:durableId="1161658140">
    <w:abstractNumId w:val="2"/>
  </w:num>
  <w:num w:numId="8" w16cid:durableId="671298359">
    <w:abstractNumId w:val="1"/>
  </w:num>
  <w:num w:numId="9" w16cid:durableId="1082726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3938"/>
    <w:rsid w:val="00034616"/>
    <w:rsid w:val="0006063C"/>
    <w:rsid w:val="000813FB"/>
    <w:rsid w:val="000C7C30"/>
    <w:rsid w:val="0015074B"/>
    <w:rsid w:val="001B0213"/>
    <w:rsid w:val="0029639D"/>
    <w:rsid w:val="00326F90"/>
    <w:rsid w:val="004D5CDC"/>
    <w:rsid w:val="0065168A"/>
    <w:rsid w:val="006D199C"/>
    <w:rsid w:val="009560D1"/>
    <w:rsid w:val="00992B54"/>
    <w:rsid w:val="009F33A9"/>
    <w:rsid w:val="00A814A4"/>
    <w:rsid w:val="00AA1D8D"/>
    <w:rsid w:val="00B47730"/>
    <w:rsid w:val="00CB0664"/>
    <w:rsid w:val="00E278F1"/>
    <w:rsid w:val="00E52E4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28D1FA"/>
  <w14:defaultImageDpi w14:val="300"/>
  <w15:docId w15:val="{C886C430-880F-4FEF-806B-18AB096B3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E52E45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1105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小翔 黃</cp:lastModifiedBy>
  <cp:revision>11</cp:revision>
  <dcterms:created xsi:type="dcterms:W3CDTF">2013-12-23T23:15:00Z</dcterms:created>
  <dcterms:modified xsi:type="dcterms:W3CDTF">2024-09-26T11:13:00Z</dcterms:modified>
  <cp:category/>
</cp:coreProperties>
</file>