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9D500" w14:textId="637259BE" w:rsidR="005D3A21" w:rsidRPr="006F7B63" w:rsidRDefault="00EA5195" w:rsidP="006F7B63">
      <w:pPr>
        <w:pStyle w:val="Balk2"/>
        <w:keepNext w:val="0"/>
        <w:keepLines w:val="0"/>
        <w:spacing w:before="120" w:after="120" w:line="360" w:lineRule="auto"/>
        <w:ind w:left="576" w:hanging="57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Supplementary File 2</w:t>
      </w:r>
      <w:r w:rsidR="00346865">
        <w:rPr>
          <w:rFonts w:ascii="Times New Roman" w:hAnsi="Times New Roman" w:cs="Times New Roman"/>
          <w:color w:val="auto"/>
          <w:sz w:val="20"/>
          <w:szCs w:val="20"/>
        </w:rPr>
        <w:t>:</w:t>
      </w:r>
      <w:r w:rsidR="00EE6B7C" w:rsidRPr="006F7B63">
        <w:rPr>
          <w:rFonts w:ascii="Times New Roman" w:hAnsi="Times New Roman" w:cs="Times New Roman"/>
          <w:color w:val="auto"/>
          <w:sz w:val="20"/>
          <w:szCs w:val="20"/>
        </w:rPr>
        <w:t xml:space="preserve"> Reflexivity Table</w:t>
      </w:r>
    </w:p>
    <w:tbl>
      <w:tblPr>
        <w:tblStyle w:val="TabloKlavuzu"/>
        <w:tblW w:w="5000" w:type="pct"/>
        <w:tblBorders>
          <w:lef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3"/>
        <w:gridCol w:w="3398"/>
        <w:gridCol w:w="1672"/>
        <w:gridCol w:w="3148"/>
      </w:tblGrid>
      <w:tr w:rsidR="00056CC8" w:rsidRPr="00B27500" w14:paraId="311BAAE1" w14:textId="77777777" w:rsidTr="00DF6A9B">
        <w:tc>
          <w:tcPr>
            <w:tcW w:w="603" w:type="pct"/>
            <w:vAlign w:val="center"/>
          </w:tcPr>
          <w:p w14:paraId="407D1B4B" w14:textId="77777777" w:rsidR="00056CC8" w:rsidRPr="00CC1ABE" w:rsidRDefault="00056CC8" w:rsidP="00A02D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A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Researcher</w:t>
            </w:r>
          </w:p>
        </w:tc>
        <w:tc>
          <w:tcPr>
            <w:tcW w:w="1816" w:type="pct"/>
            <w:vAlign w:val="center"/>
          </w:tcPr>
          <w:p w14:paraId="1A8CF23A" w14:textId="77777777" w:rsidR="00056CC8" w:rsidRPr="00CC1ABE" w:rsidRDefault="00056CC8" w:rsidP="00A02D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A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Background</w:t>
            </w:r>
          </w:p>
        </w:tc>
        <w:tc>
          <w:tcPr>
            <w:tcW w:w="898" w:type="pct"/>
            <w:vAlign w:val="center"/>
          </w:tcPr>
          <w:p w14:paraId="6AF810E5" w14:textId="70219190" w:rsidR="00056CC8" w:rsidRPr="00CC1ABE" w:rsidRDefault="00CC1ABE" w:rsidP="00A02D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A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1683" w:type="pct"/>
            <w:vAlign w:val="center"/>
          </w:tcPr>
          <w:p w14:paraId="154C7470" w14:textId="01FFCE88" w:rsidR="00056CC8" w:rsidRPr="00CC1ABE" w:rsidRDefault="005D2E8C" w:rsidP="00A02D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Bracketing and </w:t>
            </w:r>
            <w:r w:rsidR="00056CC8" w:rsidRPr="00CC1A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Reflexive Actions</w:t>
            </w:r>
          </w:p>
        </w:tc>
      </w:tr>
      <w:tr w:rsidR="00056CC8" w:rsidRPr="00B27500" w14:paraId="15397383" w14:textId="77777777" w:rsidTr="00DF6A9B">
        <w:tc>
          <w:tcPr>
            <w:tcW w:w="603" w:type="pct"/>
            <w:vAlign w:val="center"/>
          </w:tcPr>
          <w:p w14:paraId="0D774A71" w14:textId="77777777" w:rsidR="00056CC8" w:rsidRPr="00722F2F" w:rsidRDefault="00056CC8" w:rsidP="00A02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UU</w:t>
            </w:r>
          </w:p>
        </w:tc>
        <w:tc>
          <w:tcPr>
            <w:tcW w:w="1816" w:type="pct"/>
            <w:vAlign w:val="center"/>
          </w:tcPr>
          <w:p w14:paraId="0F9063A1" w14:textId="77777777" w:rsidR="00A02D9D" w:rsidRPr="00722F2F" w:rsidRDefault="00056CC8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PhD in Health Management,</w:t>
            </w:r>
          </w:p>
          <w:p w14:paraId="3FD5B9F1" w14:textId="63AD6F36" w:rsidR="0003664F" w:rsidRPr="00722F2F" w:rsidRDefault="0003664F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Healthcare Manager (13 years)</w:t>
            </w:r>
          </w:p>
          <w:p w14:paraId="346F7637" w14:textId="1D08A52A" w:rsidR="00056CC8" w:rsidRPr="00722F2F" w:rsidRDefault="00056CC8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 xml:space="preserve">Academic </w:t>
            </w:r>
            <w:r w:rsidR="00C15721" w:rsidRPr="00722F2F">
              <w:rPr>
                <w:rFonts w:ascii="Times New Roman" w:hAnsi="Times New Roman" w:cs="Times New Roman"/>
                <w:sz w:val="20"/>
                <w:szCs w:val="20"/>
              </w:rPr>
              <w:t>Personnel</w:t>
            </w: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3664F" w:rsidRPr="00722F2F">
              <w:t xml:space="preserve"> </w:t>
            </w:r>
            <w:r w:rsidR="0003664F" w:rsidRPr="00722F2F">
              <w:rPr>
                <w:rFonts w:ascii="Times New Roman" w:hAnsi="Times New Roman" w:cs="Times New Roman"/>
                <w:sz w:val="20"/>
                <w:szCs w:val="20"/>
              </w:rPr>
              <w:t>(2 years)</w:t>
            </w:r>
          </w:p>
        </w:tc>
        <w:tc>
          <w:tcPr>
            <w:tcW w:w="898" w:type="pct"/>
            <w:vAlign w:val="center"/>
          </w:tcPr>
          <w:p w14:paraId="208F375F" w14:textId="425F4EC4" w:rsidR="00056CC8" w:rsidRPr="00722F2F" w:rsidRDefault="00056CC8" w:rsidP="00F0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="0003664F" w:rsidRPr="00722F2F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 xml:space="preserve">ried with </w:t>
            </w:r>
            <w:r w:rsidR="0003664F" w:rsidRPr="00722F2F">
              <w:rPr>
                <w:rFonts w:ascii="Times New Roman" w:hAnsi="Times New Roman" w:cs="Times New Roman"/>
                <w:sz w:val="20"/>
                <w:szCs w:val="20"/>
              </w:rPr>
              <w:t>two children</w:t>
            </w:r>
          </w:p>
        </w:tc>
        <w:tc>
          <w:tcPr>
            <w:tcW w:w="1683" w:type="pct"/>
            <w:vAlign w:val="center"/>
          </w:tcPr>
          <w:p w14:paraId="3A0DC1FE" w14:textId="77777777" w:rsidR="00DF6A9B" w:rsidRPr="00DF6A9B" w:rsidRDefault="00056CC8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Led data analysis and codin</w:t>
            </w:r>
            <w:r w:rsidR="00EE6B7C" w:rsidRPr="00DF6A9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661F789" w14:textId="77777777" w:rsidR="00DF6A9B" w:rsidRPr="00DF6A9B" w:rsidRDefault="00722F2F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Memoing relative back</w:t>
            </w:r>
            <w:r w:rsidR="000E599A" w:rsidRPr="00DF6A9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round</w:t>
            </w:r>
            <w:r w:rsidR="00DF6A9B" w:rsidRPr="00DF6A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36B44C2" w14:textId="0A8AE9DE" w:rsidR="00056CC8" w:rsidRPr="00DF6A9B" w:rsidRDefault="00DF6A9B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Reflective memo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664F" w:rsidRPr="00B27500" w14:paraId="3E9E91F1" w14:textId="77777777" w:rsidTr="00DF6A9B">
        <w:tc>
          <w:tcPr>
            <w:tcW w:w="603" w:type="pct"/>
            <w:vAlign w:val="center"/>
          </w:tcPr>
          <w:p w14:paraId="5811226F" w14:textId="77777777" w:rsidR="0003664F" w:rsidRPr="00722F2F" w:rsidRDefault="0003664F" w:rsidP="00A02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816" w:type="pct"/>
            <w:vAlign w:val="center"/>
          </w:tcPr>
          <w:p w14:paraId="7497CD56" w14:textId="5E894E09" w:rsidR="00A02D9D" w:rsidRPr="00722F2F" w:rsidRDefault="0003664F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 xml:space="preserve">PhD in Health </w:t>
            </w:r>
            <w:r w:rsidR="00E26B2D" w:rsidRPr="00722F2F">
              <w:rPr>
                <w:rFonts w:ascii="Times New Roman" w:hAnsi="Times New Roman" w:cs="Times New Roman"/>
                <w:sz w:val="20"/>
                <w:szCs w:val="20"/>
              </w:rPr>
              <w:t>Management,</w:t>
            </w:r>
          </w:p>
          <w:p w14:paraId="376A351C" w14:textId="36299722" w:rsidR="0003664F" w:rsidRPr="00722F2F" w:rsidRDefault="00A02D9D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03664F" w:rsidRPr="00722F2F">
              <w:rPr>
                <w:rFonts w:ascii="Times New Roman" w:hAnsi="Times New Roman" w:cs="Times New Roman"/>
                <w:sz w:val="20"/>
                <w:szCs w:val="20"/>
              </w:rPr>
              <w:t>ealthcare Professional (2 years)</w:t>
            </w:r>
          </w:p>
          <w:p w14:paraId="2462DEDB" w14:textId="259239B1" w:rsidR="0003664F" w:rsidRPr="00722F2F" w:rsidRDefault="0003664F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Healthcare Manager</w:t>
            </w:r>
            <w:r w:rsidR="00660CCF" w:rsidRPr="00722F2F">
              <w:rPr>
                <w:rFonts w:ascii="Times New Roman" w:hAnsi="Times New Roman" w:cs="Times New Roman"/>
                <w:sz w:val="20"/>
                <w:szCs w:val="20"/>
              </w:rPr>
              <w:t xml:space="preserve"> (2 years)</w:t>
            </w:r>
          </w:p>
        </w:tc>
        <w:tc>
          <w:tcPr>
            <w:tcW w:w="898" w:type="pct"/>
            <w:vAlign w:val="center"/>
          </w:tcPr>
          <w:p w14:paraId="5ED6CDFD" w14:textId="79FC0309" w:rsidR="0003664F" w:rsidRPr="00722F2F" w:rsidRDefault="0003664F" w:rsidP="00F0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Married with two children</w:t>
            </w:r>
          </w:p>
        </w:tc>
        <w:tc>
          <w:tcPr>
            <w:tcW w:w="1683" w:type="pct"/>
            <w:vAlign w:val="center"/>
          </w:tcPr>
          <w:p w14:paraId="497D6384" w14:textId="77777777" w:rsidR="00DF6A9B" w:rsidRPr="00DF6A9B" w:rsidRDefault="00F05821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Applied</w:t>
            </w:r>
            <w:r w:rsidR="0003664F" w:rsidRPr="00DF6A9B">
              <w:rPr>
                <w:rFonts w:ascii="Times New Roman" w:hAnsi="Times New Roman" w:cs="Times New Roman"/>
                <w:sz w:val="20"/>
                <w:szCs w:val="20"/>
              </w:rPr>
              <w:t xml:space="preserve"> interview</w:t>
            </w: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3664F" w:rsidRPr="00DF6A9B">
              <w:rPr>
                <w:rFonts w:ascii="Times New Roman" w:hAnsi="Times New Roman" w:cs="Times New Roman"/>
                <w:sz w:val="20"/>
                <w:szCs w:val="20"/>
              </w:rPr>
              <w:t xml:space="preserve"> and conducted transcriptions</w:t>
            </w:r>
            <w:r w:rsidR="00EE6B7C" w:rsidRPr="00DF6A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2192289" w14:textId="77777777" w:rsidR="00DF6A9B" w:rsidRPr="00DF6A9B" w:rsidRDefault="000E599A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Memoing relative background</w:t>
            </w:r>
            <w:r w:rsidR="00DF6A9B" w:rsidRPr="00DF6A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2C9B12A" w14:textId="0E3AA90B" w:rsidR="0003664F" w:rsidRPr="00DF6A9B" w:rsidRDefault="00DF6A9B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EE6B7C" w:rsidRPr="00DF6A9B">
              <w:rPr>
                <w:rFonts w:ascii="Times New Roman" w:hAnsi="Times New Roman" w:cs="Times New Roman"/>
                <w:sz w:val="20"/>
                <w:szCs w:val="20"/>
              </w:rPr>
              <w:t>eflective memo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664F" w:rsidRPr="00B27500" w14:paraId="0D33D149" w14:textId="77777777" w:rsidTr="00DF6A9B">
        <w:tc>
          <w:tcPr>
            <w:tcW w:w="603" w:type="pct"/>
            <w:vAlign w:val="center"/>
          </w:tcPr>
          <w:p w14:paraId="6451B193" w14:textId="77777777" w:rsidR="0003664F" w:rsidRPr="00722F2F" w:rsidRDefault="0003664F" w:rsidP="00A02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</w:p>
        </w:tc>
        <w:tc>
          <w:tcPr>
            <w:tcW w:w="1816" w:type="pct"/>
            <w:vAlign w:val="center"/>
          </w:tcPr>
          <w:p w14:paraId="6966B7C0" w14:textId="14CFBBC1" w:rsidR="00F0752F" w:rsidRPr="00722F2F" w:rsidRDefault="0003664F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 xml:space="preserve">PhD in Health </w:t>
            </w:r>
            <w:r w:rsidR="00FC41A2" w:rsidRPr="00722F2F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</w:p>
          <w:p w14:paraId="2D164B3D" w14:textId="01C9797B" w:rsidR="0003664F" w:rsidRPr="00722F2F" w:rsidRDefault="0003664F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Healthcare Professional</w:t>
            </w:r>
            <w:r w:rsidR="00FC41A2" w:rsidRPr="00722F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F56DC" w:rsidRPr="00722F2F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  <w:r w:rsidR="00660CCF" w:rsidRPr="00722F2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 w:rsidR="00FC41A2" w:rsidRPr="00722F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98" w:type="pct"/>
            <w:vAlign w:val="center"/>
          </w:tcPr>
          <w:p w14:paraId="523BE2B9" w14:textId="596AE337" w:rsidR="0003664F" w:rsidRPr="00722F2F" w:rsidRDefault="0003664F" w:rsidP="00F0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Married with two children</w:t>
            </w:r>
          </w:p>
        </w:tc>
        <w:tc>
          <w:tcPr>
            <w:tcW w:w="1683" w:type="pct"/>
            <w:vAlign w:val="center"/>
          </w:tcPr>
          <w:p w14:paraId="6E408D3E" w14:textId="77777777" w:rsidR="00DF6A9B" w:rsidRPr="00DF6A9B" w:rsidRDefault="0003664F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Reviewed audio recordings and verified transcripts for accuracy</w:t>
            </w:r>
            <w:r w:rsidR="000E599A" w:rsidRPr="00DF6A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9A40F52" w14:textId="77777777" w:rsidR="00DF6A9B" w:rsidRDefault="000E599A" w:rsidP="00DF6A9B">
            <w:pPr>
              <w:pStyle w:val="ListeParagraf"/>
              <w:numPr>
                <w:ilvl w:val="0"/>
                <w:numId w:val="11"/>
              </w:numPr>
              <w:ind w:left="291" w:hanging="283"/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Memoing relative background.</w:t>
            </w:r>
            <w:r w:rsidR="00DF6A9B">
              <w:t xml:space="preserve"> </w:t>
            </w:r>
          </w:p>
          <w:p w14:paraId="0716B53E" w14:textId="7B73B1BB" w:rsidR="0003664F" w:rsidRPr="00DF6A9B" w:rsidRDefault="00DF6A9B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Reflective memo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664F" w:rsidRPr="00B27500" w14:paraId="69FF8D2D" w14:textId="77777777" w:rsidTr="00DF6A9B">
        <w:tc>
          <w:tcPr>
            <w:tcW w:w="603" w:type="pct"/>
            <w:vAlign w:val="center"/>
          </w:tcPr>
          <w:p w14:paraId="17F0951E" w14:textId="77777777" w:rsidR="0003664F" w:rsidRPr="00722F2F" w:rsidRDefault="0003664F" w:rsidP="00A02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HŞ</w:t>
            </w:r>
          </w:p>
        </w:tc>
        <w:tc>
          <w:tcPr>
            <w:tcW w:w="1816" w:type="pct"/>
            <w:vAlign w:val="center"/>
          </w:tcPr>
          <w:p w14:paraId="09A829AD" w14:textId="4827F30E" w:rsidR="0003664F" w:rsidRPr="00722F2F" w:rsidRDefault="0003664F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PhD in Social Policy</w:t>
            </w:r>
            <w:r w:rsidR="00A02D9D" w:rsidRPr="00722F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8385125" w14:textId="564FBF51" w:rsidR="0003664F" w:rsidRPr="00722F2F" w:rsidRDefault="0003664F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Healthcare Manager (8 years)</w:t>
            </w:r>
          </w:p>
          <w:p w14:paraId="03957133" w14:textId="6883CBBB" w:rsidR="0003664F" w:rsidRPr="00722F2F" w:rsidRDefault="0003664F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 xml:space="preserve">Academic </w:t>
            </w:r>
            <w:r w:rsidR="00E52B10" w:rsidRPr="00722F2F">
              <w:rPr>
                <w:rFonts w:ascii="Times New Roman" w:hAnsi="Times New Roman" w:cs="Times New Roman"/>
                <w:sz w:val="20"/>
                <w:szCs w:val="20"/>
              </w:rPr>
              <w:t>Personnel</w:t>
            </w: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 xml:space="preserve"> (2 years)</w:t>
            </w:r>
          </w:p>
        </w:tc>
        <w:tc>
          <w:tcPr>
            <w:tcW w:w="898" w:type="pct"/>
            <w:vAlign w:val="center"/>
          </w:tcPr>
          <w:p w14:paraId="283BAA38" w14:textId="78A01B4F" w:rsidR="0003664F" w:rsidRPr="00722F2F" w:rsidRDefault="0003664F" w:rsidP="00F0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Bachelor</w:t>
            </w:r>
          </w:p>
        </w:tc>
        <w:tc>
          <w:tcPr>
            <w:tcW w:w="1683" w:type="pct"/>
            <w:vAlign w:val="center"/>
          </w:tcPr>
          <w:p w14:paraId="2E8CA4FC" w14:textId="77777777" w:rsidR="00DF6A9B" w:rsidRPr="00DF6A9B" w:rsidRDefault="0003664F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Performed cross-checking of coded themes</w:t>
            </w:r>
            <w:r w:rsidR="000E599A" w:rsidRPr="00DF6A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392E841A" w14:textId="77777777" w:rsidR="00DF6A9B" w:rsidRDefault="000E599A" w:rsidP="00DF6A9B">
            <w:pPr>
              <w:pStyle w:val="ListeParagraf"/>
              <w:numPr>
                <w:ilvl w:val="0"/>
                <w:numId w:val="11"/>
              </w:numPr>
              <w:ind w:left="291" w:hanging="283"/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Memoing relative background.</w:t>
            </w:r>
            <w:r w:rsidR="00DF6A9B">
              <w:t xml:space="preserve"> </w:t>
            </w:r>
          </w:p>
          <w:p w14:paraId="6AB983BB" w14:textId="20764F9E" w:rsidR="0003664F" w:rsidRPr="00DF6A9B" w:rsidRDefault="00DF6A9B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Reflective memo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664F" w:rsidRPr="00B27500" w14:paraId="2A1D5735" w14:textId="77777777" w:rsidTr="00DF6A9B">
        <w:tc>
          <w:tcPr>
            <w:tcW w:w="603" w:type="pct"/>
            <w:vAlign w:val="center"/>
          </w:tcPr>
          <w:p w14:paraId="0BD7D4F0" w14:textId="77777777" w:rsidR="0003664F" w:rsidRPr="00722F2F" w:rsidRDefault="0003664F" w:rsidP="00A02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FS</w:t>
            </w:r>
          </w:p>
        </w:tc>
        <w:tc>
          <w:tcPr>
            <w:tcW w:w="1816" w:type="pct"/>
            <w:vAlign w:val="center"/>
          </w:tcPr>
          <w:p w14:paraId="6FE4EB27" w14:textId="77777777" w:rsidR="0003664F" w:rsidRPr="00722F2F" w:rsidRDefault="0003664F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PhD in Health Management</w:t>
            </w:r>
          </w:p>
          <w:p w14:paraId="42606CDE" w14:textId="77777777" w:rsidR="0003664F" w:rsidRPr="00722F2F" w:rsidRDefault="0003664F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Healthcare Professional (2 years)</w:t>
            </w:r>
          </w:p>
          <w:p w14:paraId="7210A9A4" w14:textId="49B863F3" w:rsidR="0003664F" w:rsidRPr="00722F2F" w:rsidRDefault="0003664F" w:rsidP="00A02D9D">
            <w:pPr>
              <w:pStyle w:val="ListeParagraf"/>
              <w:numPr>
                <w:ilvl w:val="0"/>
                <w:numId w:val="10"/>
              </w:numPr>
              <w:ind w:left="25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 xml:space="preserve">Academic </w:t>
            </w:r>
            <w:r w:rsidR="00C15721" w:rsidRPr="00722F2F">
              <w:rPr>
                <w:rFonts w:ascii="Times New Roman" w:hAnsi="Times New Roman" w:cs="Times New Roman"/>
                <w:sz w:val="20"/>
                <w:szCs w:val="20"/>
              </w:rPr>
              <w:t>Personnel (</w:t>
            </w:r>
            <w:r w:rsidR="00B038B8" w:rsidRPr="00722F2F">
              <w:rPr>
                <w:rFonts w:ascii="Times New Roman" w:hAnsi="Times New Roman" w:cs="Times New Roman"/>
                <w:sz w:val="20"/>
                <w:szCs w:val="20"/>
              </w:rPr>
              <w:t>5 years</w:t>
            </w:r>
            <w:r w:rsidR="00C15721" w:rsidRPr="00722F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98" w:type="pct"/>
            <w:vAlign w:val="center"/>
          </w:tcPr>
          <w:p w14:paraId="3608A851" w14:textId="23B69799" w:rsidR="0003664F" w:rsidRPr="00722F2F" w:rsidRDefault="0003664F" w:rsidP="00F0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F2F">
              <w:rPr>
                <w:rFonts w:ascii="Times New Roman" w:hAnsi="Times New Roman" w:cs="Times New Roman"/>
                <w:sz w:val="20"/>
                <w:szCs w:val="20"/>
              </w:rPr>
              <w:t>Married with one child</w:t>
            </w:r>
          </w:p>
        </w:tc>
        <w:tc>
          <w:tcPr>
            <w:tcW w:w="1683" w:type="pct"/>
            <w:vAlign w:val="center"/>
          </w:tcPr>
          <w:p w14:paraId="221F901F" w14:textId="77777777" w:rsidR="00DF6A9B" w:rsidRPr="00DF6A9B" w:rsidRDefault="0003664F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Cross-reviewed coded themes</w:t>
            </w:r>
            <w:r w:rsidR="000E599A" w:rsidRPr="00DF6A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D7876FF" w14:textId="77777777" w:rsidR="00DF6A9B" w:rsidRDefault="000E599A" w:rsidP="00DF6A9B">
            <w:pPr>
              <w:pStyle w:val="ListeParagraf"/>
              <w:numPr>
                <w:ilvl w:val="0"/>
                <w:numId w:val="11"/>
              </w:numPr>
              <w:ind w:left="291" w:hanging="283"/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Memoing relative background.</w:t>
            </w:r>
            <w:r w:rsidR="00DF6A9B">
              <w:t xml:space="preserve"> </w:t>
            </w:r>
          </w:p>
          <w:p w14:paraId="7C497BBF" w14:textId="75D91D76" w:rsidR="0003664F" w:rsidRPr="00DF6A9B" w:rsidRDefault="00DF6A9B" w:rsidP="00DF6A9B">
            <w:pPr>
              <w:pStyle w:val="ListeParagraf"/>
              <w:numPr>
                <w:ilvl w:val="0"/>
                <w:numId w:val="11"/>
              </w:numPr>
              <w:ind w:left="29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F6A9B">
              <w:rPr>
                <w:rFonts w:ascii="Times New Roman" w:hAnsi="Times New Roman" w:cs="Times New Roman"/>
                <w:sz w:val="20"/>
                <w:szCs w:val="20"/>
              </w:rPr>
              <w:t>Reflective memo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2A759CE" w14:textId="5A782973" w:rsidR="005D3A21" w:rsidRPr="00D6608F" w:rsidRDefault="00EE6B7C" w:rsidP="00CC1ABE">
      <w:pPr>
        <w:spacing w:before="120" w:after="0"/>
        <w:jc w:val="both"/>
        <w:rPr>
          <w:rFonts w:ascii="Times New Roman" w:hAnsi="Times New Roman" w:cs="Times New Roman"/>
          <w:sz w:val="20"/>
          <w:szCs w:val="20"/>
        </w:rPr>
      </w:pPr>
      <w:r w:rsidRPr="00C23C23">
        <w:rPr>
          <w:rFonts w:ascii="Times New Roman" w:hAnsi="Times New Roman" w:cs="Times New Roman"/>
          <w:b/>
          <w:bCs/>
          <w:sz w:val="20"/>
          <w:szCs w:val="20"/>
        </w:rPr>
        <w:t>Note:</w:t>
      </w:r>
      <w:r w:rsidRPr="00D6608F">
        <w:rPr>
          <w:rFonts w:ascii="Times New Roman" w:hAnsi="Times New Roman" w:cs="Times New Roman"/>
          <w:sz w:val="20"/>
          <w:szCs w:val="20"/>
        </w:rPr>
        <w:t xml:space="preserve"> All researchers declared pro-vaccine positions. To manage potential bias, a structured reflexive process was followed, including bracketing, role separation during data collection and analysis, and independent cross-checking of coding. See </w:t>
      </w:r>
      <w:r w:rsidR="00D6608F" w:rsidRPr="00D6608F">
        <w:rPr>
          <w:rFonts w:ascii="Times New Roman" w:hAnsi="Times New Roman" w:cs="Times New Roman"/>
          <w:sz w:val="20"/>
          <w:szCs w:val="20"/>
        </w:rPr>
        <w:t xml:space="preserve">the </w:t>
      </w:r>
      <w:r w:rsidR="002E1BA3">
        <w:rPr>
          <w:rFonts w:ascii="Times New Roman" w:hAnsi="Times New Roman" w:cs="Times New Roman"/>
          <w:sz w:val="20"/>
          <w:szCs w:val="20"/>
        </w:rPr>
        <w:t>“</w:t>
      </w:r>
      <w:r w:rsidRPr="00D6608F">
        <w:rPr>
          <w:rFonts w:ascii="Times New Roman" w:hAnsi="Times New Roman" w:cs="Times New Roman"/>
          <w:sz w:val="20"/>
          <w:szCs w:val="20"/>
        </w:rPr>
        <w:t>Role of Researchers</w:t>
      </w:r>
      <w:r w:rsidR="002E1BA3">
        <w:rPr>
          <w:rFonts w:ascii="Times New Roman" w:hAnsi="Times New Roman" w:cs="Times New Roman"/>
          <w:sz w:val="20"/>
          <w:szCs w:val="20"/>
        </w:rPr>
        <w:t>”</w:t>
      </w:r>
      <w:r w:rsidRPr="00D6608F">
        <w:rPr>
          <w:rFonts w:ascii="Times New Roman" w:hAnsi="Times New Roman" w:cs="Times New Roman"/>
          <w:sz w:val="20"/>
          <w:szCs w:val="20"/>
        </w:rPr>
        <w:t xml:space="preserve"> and </w:t>
      </w:r>
      <w:r w:rsidR="002E1BA3">
        <w:rPr>
          <w:rFonts w:ascii="Times New Roman" w:hAnsi="Times New Roman" w:cs="Times New Roman"/>
          <w:sz w:val="20"/>
          <w:szCs w:val="20"/>
        </w:rPr>
        <w:t>“</w:t>
      </w:r>
      <w:r w:rsidRPr="00D6608F">
        <w:rPr>
          <w:rFonts w:ascii="Times New Roman" w:hAnsi="Times New Roman" w:cs="Times New Roman"/>
          <w:sz w:val="20"/>
          <w:szCs w:val="20"/>
        </w:rPr>
        <w:t>Validity and Reliability</w:t>
      </w:r>
      <w:r w:rsidR="002E1BA3">
        <w:rPr>
          <w:rFonts w:ascii="Times New Roman" w:hAnsi="Times New Roman" w:cs="Times New Roman"/>
          <w:sz w:val="20"/>
          <w:szCs w:val="20"/>
        </w:rPr>
        <w:t>”</w:t>
      </w:r>
      <w:r w:rsidRPr="00D6608F">
        <w:rPr>
          <w:rFonts w:ascii="Times New Roman" w:hAnsi="Times New Roman" w:cs="Times New Roman"/>
          <w:sz w:val="20"/>
          <w:szCs w:val="20"/>
        </w:rPr>
        <w:t xml:space="preserve"> sections for further detail.</w:t>
      </w:r>
    </w:p>
    <w:sectPr w:rsidR="005D3A21" w:rsidRPr="00D6608F" w:rsidSect="001A5F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33255" w14:textId="77777777" w:rsidR="009C0A8D" w:rsidRDefault="009C0A8D" w:rsidP="009C0A8D">
      <w:pPr>
        <w:spacing w:after="0" w:line="240" w:lineRule="auto"/>
      </w:pPr>
      <w:r>
        <w:separator/>
      </w:r>
    </w:p>
  </w:endnote>
  <w:endnote w:type="continuationSeparator" w:id="0">
    <w:p w14:paraId="32E88724" w14:textId="77777777" w:rsidR="009C0A8D" w:rsidRDefault="009C0A8D" w:rsidP="009C0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A42A8" w14:textId="77777777" w:rsidR="009C0A8D" w:rsidRDefault="009C0A8D" w:rsidP="009C0A8D">
      <w:pPr>
        <w:spacing w:after="0" w:line="240" w:lineRule="auto"/>
      </w:pPr>
      <w:r>
        <w:separator/>
      </w:r>
    </w:p>
  </w:footnote>
  <w:footnote w:type="continuationSeparator" w:id="0">
    <w:p w14:paraId="573E06A1" w14:textId="77777777" w:rsidR="009C0A8D" w:rsidRDefault="009C0A8D" w:rsidP="009C0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504699"/>
    <w:multiLevelType w:val="hybridMultilevel"/>
    <w:tmpl w:val="3E78F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936FD"/>
    <w:multiLevelType w:val="hybridMultilevel"/>
    <w:tmpl w:val="67EAD2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523817">
    <w:abstractNumId w:val="8"/>
  </w:num>
  <w:num w:numId="2" w16cid:durableId="955647048">
    <w:abstractNumId w:val="6"/>
  </w:num>
  <w:num w:numId="3" w16cid:durableId="1661735538">
    <w:abstractNumId w:val="5"/>
  </w:num>
  <w:num w:numId="4" w16cid:durableId="649333437">
    <w:abstractNumId w:val="4"/>
  </w:num>
  <w:num w:numId="5" w16cid:durableId="2134442182">
    <w:abstractNumId w:val="7"/>
  </w:num>
  <w:num w:numId="6" w16cid:durableId="1876891627">
    <w:abstractNumId w:val="3"/>
  </w:num>
  <w:num w:numId="7" w16cid:durableId="705298722">
    <w:abstractNumId w:val="2"/>
  </w:num>
  <w:num w:numId="8" w16cid:durableId="1333221312">
    <w:abstractNumId w:val="1"/>
  </w:num>
  <w:num w:numId="9" w16cid:durableId="1889995720">
    <w:abstractNumId w:val="0"/>
  </w:num>
  <w:num w:numId="10" w16cid:durableId="1420562646">
    <w:abstractNumId w:val="9"/>
  </w:num>
  <w:num w:numId="11" w16cid:durableId="10185066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hideSpellingErrors/>
  <w:hideGrammaticalError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EwNTUxMTUxtzQ3NjRR0lEKTi0uzszPAykwqQUA9xD1/ywAAAA="/>
  </w:docVars>
  <w:rsids>
    <w:rsidRoot w:val="00B47730"/>
    <w:rsid w:val="00034616"/>
    <w:rsid w:val="0003664F"/>
    <w:rsid w:val="00056CC8"/>
    <w:rsid w:val="0006063C"/>
    <w:rsid w:val="000E599A"/>
    <w:rsid w:val="00107DFC"/>
    <w:rsid w:val="00145E72"/>
    <w:rsid w:val="0015074B"/>
    <w:rsid w:val="00185664"/>
    <w:rsid w:val="001A5F89"/>
    <w:rsid w:val="0029639D"/>
    <w:rsid w:val="002E1BA3"/>
    <w:rsid w:val="002F2650"/>
    <w:rsid w:val="00326F90"/>
    <w:rsid w:val="00346865"/>
    <w:rsid w:val="00431499"/>
    <w:rsid w:val="00460486"/>
    <w:rsid w:val="005D2E8C"/>
    <w:rsid w:val="005D3A21"/>
    <w:rsid w:val="00660CCF"/>
    <w:rsid w:val="006F7B63"/>
    <w:rsid w:val="00722F2F"/>
    <w:rsid w:val="00830D33"/>
    <w:rsid w:val="009C0A8D"/>
    <w:rsid w:val="00A02D9D"/>
    <w:rsid w:val="00A16ACA"/>
    <w:rsid w:val="00A3795E"/>
    <w:rsid w:val="00AA1D8D"/>
    <w:rsid w:val="00AF56DC"/>
    <w:rsid w:val="00B038B8"/>
    <w:rsid w:val="00B27500"/>
    <w:rsid w:val="00B47730"/>
    <w:rsid w:val="00B51A04"/>
    <w:rsid w:val="00C15721"/>
    <w:rsid w:val="00C23C23"/>
    <w:rsid w:val="00CB0664"/>
    <w:rsid w:val="00CC1ABE"/>
    <w:rsid w:val="00D6608F"/>
    <w:rsid w:val="00DF6A9B"/>
    <w:rsid w:val="00E26B2D"/>
    <w:rsid w:val="00E52B10"/>
    <w:rsid w:val="00E63413"/>
    <w:rsid w:val="00EA5195"/>
    <w:rsid w:val="00EE6B7C"/>
    <w:rsid w:val="00F05821"/>
    <w:rsid w:val="00F0752F"/>
    <w:rsid w:val="00FC41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50857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Manager/>
  <Company/>
  <LinksUpToDate>false</LinksUpToDate>
  <CharactersWithSpaces>1440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2025-06-13T18:27:00Z</dcterms:created>
  <dcterms:modified xsi:type="dcterms:W3CDTF">2025-06-14T09:56:00Z</dcterms:modified>
  <cp:category/>
</cp:coreProperties>
</file>