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27D43" w14:textId="77777777" w:rsidR="007F36AC" w:rsidRDefault="00000000">
      <w:r>
        <w:rPr>
          <w:b/>
          <w:sz w:val="24"/>
        </w:rPr>
        <w:t>Basic Attributes (Demographics)</w:t>
      </w:r>
    </w:p>
    <w:p w14:paraId="53FC4A68" w14:textId="77777777" w:rsidR="007F36AC" w:rsidRDefault="00000000">
      <w:r>
        <w:rPr>
          <w:b/>
        </w:rPr>
        <w:t>Gender</w:t>
      </w:r>
    </w:p>
    <w:p w14:paraId="10BF542C" w14:textId="77777777" w:rsidR="007F36AC" w:rsidRDefault="00000000">
      <w:r>
        <w:t>1. Male    2. Female    3. Other</w:t>
      </w:r>
    </w:p>
    <w:p w14:paraId="170CCE0A" w14:textId="77777777" w:rsidR="007F36AC" w:rsidRDefault="00000000">
      <w:r>
        <w:rPr>
          <w:b/>
        </w:rPr>
        <w:t>Age (in years)</w:t>
      </w:r>
    </w:p>
    <w:p w14:paraId="614915FF" w14:textId="77777777" w:rsidR="007F36AC" w:rsidRDefault="00000000">
      <w:r>
        <w:t>1. Under 29    2. 30–39    3. 40–49    4. 50–59    5. 60–69    6. 70–79    7. 80–89    8. 90 or above</w:t>
      </w:r>
    </w:p>
    <w:p w14:paraId="4BDDB299" w14:textId="77777777" w:rsidR="007F36AC" w:rsidRDefault="00000000">
      <w:r>
        <w:rPr>
          <w:b/>
        </w:rPr>
        <w:t>Marital Status</w:t>
      </w:r>
    </w:p>
    <w:p w14:paraId="1319850E" w14:textId="77777777" w:rsidR="007F36AC" w:rsidRDefault="00000000">
      <w:r>
        <w:t>1. Married    2. Unmarried    3. Widowed    4. Divorced    5. Other</w:t>
      </w:r>
    </w:p>
    <w:p w14:paraId="55122C06" w14:textId="77777777" w:rsidR="007F36AC" w:rsidRDefault="00000000">
      <w:r>
        <w:rPr>
          <w:b/>
        </w:rPr>
        <w:t>Household Composition (Living Together)</w:t>
      </w:r>
    </w:p>
    <w:p w14:paraId="352FB607" w14:textId="77777777" w:rsidR="007F36AC" w:rsidRDefault="00000000">
      <w:r>
        <w:t>1. Living alone    2. Couple only    3. Two-generation household (e.g., parent and child)</w:t>
      </w:r>
    </w:p>
    <w:p w14:paraId="0266E7D7" w14:textId="77777777" w:rsidR="007F36AC" w:rsidRDefault="00000000">
      <w:r>
        <w:t>4. Three-generation household (e.g., parent, child, and grandchild)    5. More than three generations</w:t>
      </w:r>
    </w:p>
    <w:p w14:paraId="40D8C68C" w14:textId="77777777" w:rsidR="007F36AC" w:rsidRDefault="00000000">
      <w:r>
        <w:t>6. Other (please specify: __________________________)</w:t>
      </w:r>
    </w:p>
    <w:p w14:paraId="645B9D42" w14:textId="77777777" w:rsidR="0009238A" w:rsidRDefault="0009238A">
      <w:pPr>
        <w:rPr>
          <w:b/>
          <w:sz w:val="24"/>
        </w:rPr>
      </w:pPr>
    </w:p>
    <w:p w14:paraId="5D9AA238" w14:textId="69FE4B98" w:rsidR="007F36AC" w:rsidRDefault="00000000">
      <w:r>
        <w:rPr>
          <w:b/>
          <w:sz w:val="24"/>
        </w:rPr>
        <w:t>Q1</w:t>
      </w:r>
      <w:r w:rsidR="00CD5989">
        <w:rPr>
          <w:b/>
          <w:sz w:val="24"/>
          <w:lang w:eastAsia="ja-JP"/>
        </w:rPr>
        <w:t xml:space="preserve">. </w:t>
      </w:r>
      <w:r>
        <w:rPr>
          <w:rFonts w:hint="eastAsia"/>
          <w:b/>
          <w:sz w:val="24"/>
          <w:lang w:eastAsia="ja-JP"/>
        </w:rPr>
        <w:t>F</w:t>
      </w:r>
      <w:r>
        <w:rPr>
          <w:b/>
          <w:sz w:val="24"/>
        </w:rPr>
        <w:t>armer Classification</w:t>
      </w:r>
    </w:p>
    <w:p w14:paraId="104E1BB5" w14:textId="77777777" w:rsidR="007F36AC" w:rsidRDefault="00000000">
      <w:r>
        <w:t>1. Full-time farmer</w:t>
      </w:r>
    </w:p>
    <w:p w14:paraId="1F89AEAC" w14:textId="77777777" w:rsidR="007F36AC" w:rsidRDefault="00000000">
      <w:r>
        <w:t>2. Part-time farmer</w:t>
      </w:r>
    </w:p>
    <w:p w14:paraId="66EC13B9" w14:textId="77777777" w:rsidR="0009238A" w:rsidRDefault="0009238A"/>
    <w:p w14:paraId="7FFEADA2" w14:textId="77777777" w:rsidR="007F36AC" w:rsidRDefault="00000000">
      <w:r>
        <w:rPr>
          <w:b/>
          <w:sz w:val="24"/>
        </w:rPr>
        <w:t>Q2. How would you rate your current economic situation?</w:t>
      </w:r>
    </w:p>
    <w:p w14:paraId="6858260C" w14:textId="77777777" w:rsidR="007F36AC" w:rsidRDefault="00000000">
      <w:r>
        <w:t>1. Good    2. Fairly good    3. Fairly poor    4. Poor</w:t>
      </w:r>
    </w:p>
    <w:p w14:paraId="45FFC485" w14:textId="77777777" w:rsidR="0009238A" w:rsidRDefault="0009238A"/>
    <w:p w14:paraId="18B8807D" w14:textId="77777777" w:rsidR="007F36AC" w:rsidRDefault="00000000">
      <w:r>
        <w:rPr>
          <w:b/>
          <w:sz w:val="24"/>
        </w:rPr>
        <w:t>Q3. Alcohol Tolerance</w:t>
      </w:r>
    </w:p>
    <w:p w14:paraId="792604FD" w14:textId="77777777" w:rsidR="007F36AC" w:rsidRDefault="00000000">
      <w:r>
        <w:t>Do you experience facial flushing when consuming alcoholic beverages?</w:t>
      </w:r>
    </w:p>
    <w:p w14:paraId="429A45FC" w14:textId="77777777" w:rsidR="007F36AC" w:rsidRDefault="00000000">
      <w:r>
        <w:t>1. Yes    2. No</w:t>
      </w:r>
    </w:p>
    <w:p w14:paraId="5BA5DFE1" w14:textId="77777777" w:rsidR="0009238A" w:rsidRDefault="0009238A"/>
    <w:p w14:paraId="331C132D" w14:textId="77777777" w:rsidR="0009238A" w:rsidRDefault="0009238A"/>
    <w:p w14:paraId="5E676D8D" w14:textId="77777777" w:rsidR="0009238A" w:rsidRDefault="0009238A"/>
    <w:p w14:paraId="53A9A9B1" w14:textId="77777777" w:rsidR="0009238A" w:rsidRDefault="0009238A"/>
    <w:p w14:paraId="5D3B3DFA" w14:textId="77777777" w:rsidR="0009238A" w:rsidRDefault="0009238A"/>
    <w:p w14:paraId="337BB9ED" w14:textId="77777777" w:rsidR="007F36AC" w:rsidRDefault="00000000">
      <w:r>
        <w:rPr>
          <w:b/>
          <w:sz w:val="24"/>
        </w:rPr>
        <w:lastRenderedPageBreak/>
        <w:t>Q4. Alcohol Use Disorders Identification Test (AUDIT)</w:t>
      </w:r>
    </w:p>
    <w:p w14:paraId="2C9889B9" w14:textId="77777777" w:rsidR="007F36AC" w:rsidRDefault="00000000">
      <w:r>
        <w:t>Please answer the following questions about your alcohol consumption. Choose one response for each question.</w:t>
      </w:r>
    </w:p>
    <w:p w14:paraId="72E842C3" w14:textId="77777777" w:rsidR="007F36AC" w:rsidRDefault="00000000">
      <w:r>
        <w:t>1. How often do you have a drink containing alcohol?</w:t>
      </w:r>
    </w:p>
    <w:p w14:paraId="53563AC2" w14:textId="77777777" w:rsidR="007F36AC" w:rsidRDefault="00000000">
      <w:r>
        <w:t>0. Never    1. Monthly or less    2. 2–4 times a month    3. 2–3 times a week    4. 4 or more times a week</w:t>
      </w:r>
    </w:p>
    <w:p w14:paraId="2E191180" w14:textId="77777777" w:rsidR="007F36AC" w:rsidRDefault="00000000">
      <w:r>
        <w:t>2. How many standard drinks containing alcohol do you have on a typical day when drinking?</w:t>
      </w:r>
    </w:p>
    <w:p w14:paraId="12C119FE" w14:textId="77777777" w:rsidR="007F36AC" w:rsidRDefault="00000000">
      <w:r>
        <w:t>0. 1 or 2    1. 3 or 4    2. 5 or 6    3. 7 to 9    4. 10 or more</w:t>
      </w:r>
    </w:p>
    <w:p w14:paraId="150EEB7C" w14:textId="77777777" w:rsidR="007F36AC" w:rsidRDefault="00000000">
      <w:r>
        <w:t>3. How often do you have six or more drinks on one occasion?</w:t>
      </w:r>
    </w:p>
    <w:p w14:paraId="786CAF16" w14:textId="77777777" w:rsidR="007F36AC" w:rsidRDefault="00000000">
      <w:r>
        <w:t>0. Never    1. Less than monthly    2. Monthly    3. Weekly    4. Daily or almost daily</w:t>
      </w:r>
    </w:p>
    <w:p w14:paraId="7C85E449" w14:textId="77777777" w:rsidR="007F36AC" w:rsidRDefault="00000000">
      <w:r>
        <w:t>4. How often during the last year have you found that you were not able to stop drinking once you had started?</w:t>
      </w:r>
    </w:p>
    <w:p w14:paraId="3793CA1E" w14:textId="77777777" w:rsidR="007F36AC" w:rsidRDefault="00000000">
      <w:r>
        <w:t>0. Never    1. Less than monthly    2. Monthly    3. Weekly    4. Daily or almost daily</w:t>
      </w:r>
    </w:p>
    <w:p w14:paraId="3BBDB5A5" w14:textId="77777777" w:rsidR="007F36AC" w:rsidRDefault="00000000">
      <w:r>
        <w:t>5. How often during the last year have you failed to do what was normally expected from you because of drinking?</w:t>
      </w:r>
    </w:p>
    <w:p w14:paraId="77EE3F20" w14:textId="77777777" w:rsidR="007F36AC" w:rsidRDefault="00000000">
      <w:r>
        <w:t>0. Never    1. Less than monthly    2. Monthly    3. Weekly    4. Daily or almost daily</w:t>
      </w:r>
    </w:p>
    <w:p w14:paraId="09F893B5" w14:textId="77777777" w:rsidR="007F36AC" w:rsidRDefault="00000000">
      <w:r>
        <w:t>6. How often during the last year have you needed a first drink in the morning to get yourself going after a heavy drinking session?</w:t>
      </w:r>
    </w:p>
    <w:p w14:paraId="20473B95" w14:textId="77777777" w:rsidR="007F36AC" w:rsidRDefault="00000000">
      <w:r>
        <w:t>0. Never    1. Less than monthly    2. Monthly    3. Weekly    4. Daily or almost daily</w:t>
      </w:r>
    </w:p>
    <w:p w14:paraId="67C578C7" w14:textId="77777777" w:rsidR="007F36AC" w:rsidRDefault="00000000">
      <w:r>
        <w:t>7. How often during the last year have you had a feeling of guilt or remorse after drinking?</w:t>
      </w:r>
    </w:p>
    <w:p w14:paraId="1DB7463B" w14:textId="77777777" w:rsidR="007F36AC" w:rsidRDefault="00000000">
      <w:r>
        <w:t>0. Never    1. Less than monthly    2. Monthly    3. Weekly    4. Daily or almost daily</w:t>
      </w:r>
    </w:p>
    <w:p w14:paraId="1B0E1A68" w14:textId="77777777" w:rsidR="007F36AC" w:rsidRDefault="00000000">
      <w:r>
        <w:t>8. How often during the last year have you been unable to remember what happened the night before because of your drinking?</w:t>
      </w:r>
    </w:p>
    <w:p w14:paraId="0717BA83" w14:textId="77777777" w:rsidR="007F36AC" w:rsidRDefault="00000000">
      <w:r>
        <w:t>0. Never    1. Less than monthly    2. Monthly    3. Weekly    4. Daily or almost daily</w:t>
      </w:r>
    </w:p>
    <w:p w14:paraId="345AE5F1" w14:textId="77777777" w:rsidR="007F36AC" w:rsidRDefault="00000000">
      <w:r>
        <w:t>9. Have you or someone else been injured because of your drinking?</w:t>
      </w:r>
    </w:p>
    <w:p w14:paraId="1E342ACA" w14:textId="77777777" w:rsidR="007F36AC" w:rsidRDefault="00000000">
      <w:r>
        <w:t>0. No    2. Yes, but not in the last year    4. Yes, during the last year</w:t>
      </w:r>
    </w:p>
    <w:p w14:paraId="525A51DC" w14:textId="77777777" w:rsidR="007F36AC" w:rsidRDefault="00000000">
      <w:r>
        <w:t>10. Has a relative, friend, doctor, or other health care worker been concerned about your drinking or suggested you cut down?</w:t>
      </w:r>
    </w:p>
    <w:p w14:paraId="6E0353E3" w14:textId="77777777" w:rsidR="007F36AC" w:rsidRDefault="00000000">
      <w:r>
        <w:t xml:space="preserve">0. No    2. Yes, but not in the last year    4. Yes, during the last </w:t>
      </w:r>
      <w:proofErr w:type="gramStart"/>
      <w:r>
        <w:t>year</w:t>
      </w:r>
      <w:proofErr w:type="gramEnd"/>
    </w:p>
    <w:p w14:paraId="688566CB" w14:textId="77777777" w:rsidR="0009238A" w:rsidRDefault="0009238A"/>
    <w:p w14:paraId="10B62C0C" w14:textId="77777777" w:rsidR="007F36AC" w:rsidRDefault="00000000">
      <w:r>
        <w:rPr>
          <w:b/>
          <w:sz w:val="24"/>
        </w:rPr>
        <w:lastRenderedPageBreak/>
        <w:t>Q5. Kessler Psychological Distress Scale (K6)</w:t>
      </w:r>
    </w:p>
    <w:p w14:paraId="37C47026" w14:textId="77777777" w:rsidR="007F36AC" w:rsidRDefault="00000000">
      <w:r>
        <w:t>The following questions ask about how you have been feeling during the past 30 days.</w:t>
      </w:r>
    </w:p>
    <w:p w14:paraId="060F2698" w14:textId="77777777" w:rsidR="007F36AC" w:rsidRDefault="00000000">
      <w:r>
        <w:t>For each question, please select the response that best describes how often you felt that way.</w:t>
      </w:r>
    </w:p>
    <w:p w14:paraId="0E483EF5" w14:textId="77777777" w:rsidR="007F36AC" w:rsidRDefault="00000000">
      <w:r>
        <w:t>1. ...nervous?</w:t>
      </w:r>
    </w:p>
    <w:p w14:paraId="04A3F727" w14:textId="77777777" w:rsidR="007F36AC" w:rsidRDefault="00000000">
      <w:r>
        <w:t>2. ...hopeless?</w:t>
      </w:r>
    </w:p>
    <w:p w14:paraId="214D44D9" w14:textId="77777777" w:rsidR="007F36AC" w:rsidRDefault="00000000">
      <w:r>
        <w:t>3. ...restless or fidgety?</w:t>
      </w:r>
    </w:p>
    <w:p w14:paraId="2C56FCB8" w14:textId="77777777" w:rsidR="007F36AC" w:rsidRDefault="00000000">
      <w:r>
        <w:t>4. ...so depressed that nothing could cheer you up?</w:t>
      </w:r>
    </w:p>
    <w:p w14:paraId="2029E80D" w14:textId="77777777" w:rsidR="007F36AC" w:rsidRDefault="00000000">
      <w:r>
        <w:t>5. ...that everything was an effort?</w:t>
      </w:r>
    </w:p>
    <w:p w14:paraId="02B7FFF6" w14:textId="77777777" w:rsidR="007F36AC" w:rsidRDefault="00000000">
      <w:r>
        <w:t>6. ...worthless?</w:t>
      </w:r>
    </w:p>
    <w:p w14:paraId="67E32D8C" w14:textId="77777777" w:rsidR="007F36AC" w:rsidRDefault="00000000">
      <w:r>
        <w:t>Response Options for each item:</w:t>
      </w:r>
    </w:p>
    <w:p w14:paraId="11574202" w14:textId="77777777" w:rsidR="007F36AC" w:rsidRDefault="00000000">
      <w:r>
        <w:t>0. None of the time    1. A little of the time    2. Some of the time    3. Most of the time    4. All of the time</w:t>
      </w:r>
    </w:p>
    <w:sectPr w:rsidR="007F36AC" w:rsidSect="00034616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A3164" w14:textId="77777777" w:rsidR="00C56BDF" w:rsidRDefault="00C56BDF" w:rsidP="0009238A">
      <w:pPr>
        <w:spacing w:after="0" w:line="240" w:lineRule="auto"/>
      </w:pPr>
      <w:r>
        <w:separator/>
      </w:r>
    </w:p>
  </w:endnote>
  <w:endnote w:type="continuationSeparator" w:id="0">
    <w:p w14:paraId="11654CD9" w14:textId="77777777" w:rsidR="00C56BDF" w:rsidRDefault="00C56BDF" w:rsidP="00092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"/>
      </w:rPr>
      <w:id w:val="1910266635"/>
      <w:docPartObj>
        <w:docPartGallery w:val="Page Numbers (Bottom of Page)"/>
        <w:docPartUnique/>
      </w:docPartObj>
    </w:sdtPr>
    <w:sdtContent>
      <w:p w14:paraId="2A376D07" w14:textId="620D727F" w:rsidR="0009238A" w:rsidRDefault="0009238A" w:rsidP="00864894">
        <w:pPr>
          <w:pStyle w:val="a7"/>
          <w:framePr w:wrap="none" w:vAnchor="text" w:hAnchor="margin" w:xAlign="center" w:y="1"/>
          <w:rPr>
            <w:rStyle w:val="aff"/>
          </w:rPr>
        </w:pPr>
        <w:r>
          <w:rPr>
            <w:rStyle w:val="aff"/>
          </w:rPr>
          <w:fldChar w:fldCharType="begin"/>
        </w:r>
        <w:r>
          <w:rPr>
            <w:rStyle w:val="aff"/>
          </w:rPr>
          <w:instrText xml:space="preserve"> PAGE </w:instrText>
        </w:r>
        <w:r>
          <w:rPr>
            <w:rStyle w:val="aff"/>
          </w:rPr>
          <w:fldChar w:fldCharType="end"/>
        </w:r>
      </w:p>
    </w:sdtContent>
  </w:sdt>
  <w:p w14:paraId="0ED55C02" w14:textId="77777777" w:rsidR="0009238A" w:rsidRDefault="0009238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"/>
      </w:rPr>
      <w:id w:val="1127435238"/>
      <w:docPartObj>
        <w:docPartGallery w:val="Page Numbers (Bottom of Page)"/>
        <w:docPartUnique/>
      </w:docPartObj>
    </w:sdtPr>
    <w:sdtContent>
      <w:p w14:paraId="128C87D5" w14:textId="24343D2F" w:rsidR="0009238A" w:rsidRDefault="0009238A" w:rsidP="00864894">
        <w:pPr>
          <w:pStyle w:val="a7"/>
          <w:framePr w:wrap="none" w:vAnchor="text" w:hAnchor="margin" w:xAlign="center" w:y="1"/>
          <w:rPr>
            <w:rStyle w:val="aff"/>
          </w:rPr>
        </w:pPr>
        <w:r>
          <w:rPr>
            <w:rStyle w:val="aff"/>
          </w:rPr>
          <w:fldChar w:fldCharType="begin"/>
        </w:r>
        <w:r>
          <w:rPr>
            <w:rStyle w:val="aff"/>
          </w:rPr>
          <w:instrText xml:space="preserve"> PAGE </w:instrText>
        </w:r>
        <w:r>
          <w:rPr>
            <w:rStyle w:val="aff"/>
          </w:rPr>
          <w:fldChar w:fldCharType="separate"/>
        </w:r>
        <w:r>
          <w:rPr>
            <w:rStyle w:val="aff"/>
            <w:noProof/>
          </w:rPr>
          <w:t>1</w:t>
        </w:r>
        <w:r>
          <w:rPr>
            <w:rStyle w:val="aff"/>
          </w:rPr>
          <w:fldChar w:fldCharType="end"/>
        </w:r>
      </w:p>
    </w:sdtContent>
  </w:sdt>
  <w:p w14:paraId="440F1B06" w14:textId="77777777" w:rsidR="0009238A" w:rsidRDefault="000923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D5F8A" w14:textId="77777777" w:rsidR="00C56BDF" w:rsidRDefault="00C56BDF" w:rsidP="0009238A">
      <w:pPr>
        <w:spacing w:after="0" w:line="240" w:lineRule="auto"/>
      </w:pPr>
      <w:r>
        <w:separator/>
      </w:r>
    </w:p>
  </w:footnote>
  <w:footnote w:type="continuationSeparator" w:id="0">
    <w:p w14:paraId="1EE59B8E" w14:textId="77777777" w:rsidR="00C56BDF" w:rsidRDefault="00C56BDF" w:rsidP="00092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5400574">
    <w:abstractNumId w:val="8"/>
  </w:num>
  <w:num w:numId="2" w16cid:durableId="1896970408">
    <w:abstractNumId w:val="6"/>
  </w:num>
  <w:num w:numId="3" w16cid:durableId="1913157645">
    <w:abstractNumId w:val="5"/>
  </w:num>
  <w:num w:numId="4" w16cid:durableId="875000258">
    <w:abstractNumId w:val="4"/>
  </w:num>
  <w:num w:numId="5" w16cid:durableId="1460805215">
    <w:abstractNumId w:val="7"/>
  </w:num>
  <w:num w:numId="6" w16cid:durableId="492962021">
    <w:abstractNumId w:val="3"/>
  </w:num>
  <w:num w:numId="7" w16cid:durableId="739255802">
    <w:abstractNumId w:val="2"/>
  </w:num>
  <w:num w:numId="8" w16cid:durableId="984166852">
    <w:abstractNumId w:val="1"/>
  </w:num>
  <w:num w:numId="9" w16cid:durableId="1012536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38A"/>
    <w:rsid w:val="0015074B"/>
    <w:rsid w:val="0029639D"/>
    <w:rsid w:val="00326F90"/>
    <w:rsid w:val="00332D93"/>
    <w:rsid w:val="007F36AC"/>
    <w:rsid w:val="00864894"/>
    <w:rsid w:val="00AA1D8D"/>
    <w:rsid w:val="00B47730"/>
    <w:rsid w:val="00C56BDF"/>
    <w:rsid w:val="00CB0664"/>
    <w:rsid w:val="00CD59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8E2616"/>
  <w14:defaultImageDpi w14:val="300"/>
  <w15:docId w15:val="{004F6BF2-B0FD-8348-88B7-C022BE6F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page number"/>
    <w:basedOn w:val="a2"/>
    <w:uiPriority w:val="99"/>
    <w:semiHidden/>
    <w:unhideWhenUsed/>
    <w:rsid w:val="00092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Oita-NHS miyamoto17</cp:lastModifiedBy>
  <cp:revision>4</cp:revision>
  <dcterms:created xsi:type="dcterms:W3CDTF">2025-04-17T01:12:00Z</dcterms:created>
  <dcterms:modified xsi:type="dcterms:W3CDTF">2025-04-17T03:36:00Z</dcterms:modified>
  <cp:category/>
</cp:coreProperties>
</file>