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B8C81F" w14:textId="77777777" w:rsidR="002F318D" w:rsidRDefault="002F318D" w:rsidP="006D444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Questionnaire Form</w:t>
      </w:r>
    </w:p>
    <w:p w14:paraId="5B64A434" w14:textId="0BEAE751" w:rsidR="00E3720F" w:rsidRDefault="00000000" w:rsidP="006D444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444E">
        <w:rPr>
          <w:rFonts w:ascii="Times New Roman" w:hAnsi="Times New Roman" w:cs="Times New Roman"/>
          <w:b/>
          <w:bCs/>
          <w:sz w:val="24"/>
          <w:szCs w:val="24"/>
        </w:rPr>
        <w:t>DETERMINATION OF NUTRITION LITERACY STATUS IN INDIVIDUALS WITH DIABETES AND EVALUATION OF THE EFFECT OF LITERACY LEVEL ON NUTRITIONAL STATUS</w:t>
      </w:r>
    </w:p>
    <w:p w14:paraId="132483A9" w14:textId="77777777" w:rsidR="006D444E" w:rsidRPr="006D444E" w:rsidRDefault="006D444E" w:rsidP="006D444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FC36A2" w14:textId="77777777" w:rsidR="00E3720F" w:rsidRPr="006D444E" w:rsidRDefault="00000000" w:rsidP="006D444E">
      <w:pPr>
        <w:spacing w:after="0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Survey No: …………………. (To be filled out by the interviewer)</w:t>
      </w:r>
    </w:p>
    <w:p w14:paraId="6CC8BEB0" w14:textId="77777777" w:rsidR="00E3720F" w:rsidRDefault="00000000" w:rsidP="006D444E">
      <w:pPr>
        <w:spacing w:after="0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Date: </w:t>
      </w:r>
      <w:proofErr w:type="gramStart"/>
      <w:r w:rsidRPr="006D444E">
        <w:rPr>
          <w:rFonts w:ascii="Times New Roman" w:hAnsi="Times New Roman" w:cs="Times New Roman"/>
        </w:rPr>
        <w:t>…./</w:t>
      </w:r>
      <w:proofErr w:type="gramEnd"/>
      <w:r w:rsidRPr="006D444E">
        <w:rPr>
          <w:rFonts w:ascii="Times New Roman" w:hAnsi="Times New Roman" w:cs="Times New Roman"/>
        </w:rPr>
        <w:t>…./2022</w:t>
      </w:r>
    </w:p>
    <w:p w14:paraId="0B6EDFC5" w14:textId="77777777" w:rsidR="006D444E" w:rsidRPr="006D444E" w:rsidRDefault="006D444E" w:rsidP="006D444E">
      <w:pPr>
        <w:spacing w:after="0"/>
        <w:rPr>
          <w:rFonts w:ascii="Times New Roman" w:hAnsi="Times New Roman" w:cs="Times New Roman"/>
        </w:rPr>
      </w:pPr>
    </w:p>
    <w:p w14:paraId="6C485DF8" w14:textId="77C04E09" w:rsidR="00E3720F" w:rsidRPr="006D444E" w:rsidRDefault="006D444E" w:rsidP="006D444E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</w:t>
      </w:r>
      <w:r w:rsidRPr="006D444E">
        <w:rPr>
          <w:rFonts w:ascii="Times New Roman" w:hAnsi="Times New Roman" w:cs="Times New Roman"/>
          <w:b/>
          <w:bCs/>
        </w:rPr>
        <w:t>DESCRIPTIVE AND HEALTH-RELATED INFORMATION</w:t>
      </w:r>
    </w:p>
    <w:p w14:paraId="75658E54" w14:textId="77777777" w:rsidR="006D444E" w:rsidRPr="006D444E" w:rsidRDefault="006D444E" w:rsidP="006D444E">
      <w:pPr>
        <w:pStyle w:val="ListeParagraf"/>
        <w:spacing w:after="0"/>
        <w:ind w:left="1080"/>
        <w:rPr>
          <w:rFonts w:ascii="Times New Roman" w:hAnsi="Times New Roman" w:cs="Times New Roman"/>
          <w:b/>
          <w:bCs/>
        </w:rPr>
      </w:pPr>
    </w:p>
    <w:p w14:paraId="2F49F2FF" w14:textId="77777777" w:rsidR="00E3720F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1. Year of Birth: ………………</w:t>
      </w:r>
      <w:proofErr w:type="gramStart"/>
      <w:r w:rsidRPr="006D444E">
        <w:rPr>
          <w:rFonts w:ascii="Times New Roman" w:hAnsi="Times New Roman" w:cs="Times New Roman"/>
        </w:rPr>
        <w:t>…..</w:t>
      </w:r>
      <w:proofErr w:type="gramEnd"/>
      <w:r w:rsidRPr="006D444E">
        <w:rPr>
          <w:rFonts w:ascii="Times New Roman" w:hAnsi="Times New Roman" w:cs="Times New Roman"/>
        </w:rPr>
        <w:t xml:space="preserve"> (Information on ID will be used)</w:t>
      </w:r>
    </w:p>
    <w:p w14:paraId="7B419078" w14:textId="77777777" w:rsidR="00806D8B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2. Gender: </w:t>
      </w:r>
    </w:p>
    <w:p w14:paraId="2CCEDEFA" w14:textId="77777777" w:rsidR="00806D8B" w:rsidRPr="006D444E" w:rsidRDefault="00000000" w:rsidP="006D444E">
      <w:pPr>
        <w:spacing w:after="0" w:line="360" w:lineRule="auto"/>
        <w:ind w:left="284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1. Male </w:t>
      </w:r>
    </w:p>
    <w:p w14:paraId="42FBFCE0" w14:textId="1D504E0C" w:rsidR="00E3720F" w:rsidRPr="006D444E" w:rsidRDefault="00000000" w:rsidP="006D444E">
      <w:pPr>
        <w:spacing w:after="0" w:line="360" w:lineRule="auto"/>
        <w:ind w:left="284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2. Female</w:t>
      </w:r>
    </w:p>
    <w:p w14:paraId="5820E7DA" w14:textId="77777777" w:rsidR="00E3720F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3. What is your educational status?</w:t>
      </w:r>
    </w:p>
    <w:p w14:paraId="06648CAA" w14:textId="77777777" w:rsidR="00806D8B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1. Illiterate </w:t>
      </w:r>
    </w:p>
    <w:p w14:paraId="59C473E1" w14:textId="77777777" w:rsidR="00806D8B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2. Literate </w:t>
      </w:r>
    </w:p>
    <w:p w14:paraId="35403CDF" w14:textId="77777777" w:rsidR="00806D8B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3. Primary School </w:t>
      </w:r>
    </w:p>
    <w:p w14:paraId="55EF6DF9" w14:textId="77777777" w:rsidR="00806D8B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4. Middle School </w:t>
      </w:r>
    </w:p>
    <w:p w14:paraId="00D76BB2" w14:textId="77777777" w:rsidR="00806D8B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5. High School </w:t>
      </w:r>
    </w:p>
    <w:p w14:paraId="58495F2F" w14:textId="77777777" w:rsidR="00806D8B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6. Undergraduate </w:t>
      </w:r>
    </w:p>
    <w:p w14:paraId="016B852B" w14:textId="634B3BFE" w:rsidR="00E3720F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7. Graduate</w:t>
      </w:r>
    </w:p>
    <w:p w14:paraId="41D83B00" w14:textId="77777777" w:rsidR="00806D8B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4. What is your marital status? </w:t>
      </w:r>
    </w:p>
    <w:p w14:paraId="32B0CE49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1. Single </w:t>
      </w:r>
    </w:p>
    <w:p w14:paraId="02241547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2. Married </w:t>
      </w:r>
    </w:p>
    <w:p w14:paraId="67345686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3. Divorced - living separately </w:t>
      </w:r>
    </w:p>
    <w:p w14:paraId="14E07679" w14:textId="3D50FE30" w:rsidR="00E3720F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4. Widowed</w:t>
      </w:r>
    </w:p>
    <w:p w14:paraId="279D4CBE" w14:textId="5895E977" w:rsidR="00806D8B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5. What is your occupation? </w:t>
      </w:r>
    </w:p>
    <w:p w14:paraId="18FB7945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1. Housewife </w:t>
      </w:r>
    </w:p>
    <w:p w14:paraId="6ABAA98E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2. Civil Servant </w:t>
      </w:r>
    </w:p>
    <w:p w14:paraId="3B85F7B6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3. Worker </w:t>
      </w:r>
    </w:p>
    <w:p w14:paraId="5805D067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4. Retired </w:t>
      </w:r>
    </w:p>
    <w:p w14:paraId="3E874852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5. Unemployed </w:t>
      </w:r>
    </w:p>
    <w:p w14:paraId="022DCE1D" w14:textId="7218DA9A" w:rsidR="00E3720F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6. Other (please specify): ………………………</w:t>
      </w:r>
    </w:p>
    <w:p w14:paraId="3248D875" w14:textId="77777777" w:rsidR="00E3720F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lastRenderedPageBreak/>
        <w:t>6. How many years have you had diabetes? ……….</w:t>
      </w:r>
    </w:p>
    <w:p w14:paraId="2FA4DF41" w14:textId="77777777" w:rsidR="00E3720F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7. Which of the following diseases do you have in addition to diabetes? (You may select more than one.)</w:t>
      </w:r>
    </w:p>
    <w:p w14:paraId="26DA29D0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1. I don’t have any disease </w:t>
      </w:r>
    </w:p>
    <w:p w14:paraId="27F1EAED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2. Diabetes </w:t>
      </w:r>
    </w:p>
    <w:p w14:paraId="30F0C929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3. Insulin Resistance </w:t>
      </w:r>
    </w:p>
    <w:p w14:paraId="6AAC1B2D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4. Impaired Glucose Tolerance </w:t>
      </w:r>
    </w:p>
    <w:p w14:paraId="50A7248A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5. Hypertension </w:t>
      </w:r>
    </w:p>
    <w:p w14:paraId="0572EE8C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6. Hypertriglyceridemia </w:t>
      </w:r>
    </w:p>
    <w:p w14:paraId="28311385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7. Hyperlipidemia/Hypercholesterolemia </w:t>
      </w:r>
    </w:p>
    <w:p w14:paraId="490F70A7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8. Heart Disease </w:t>
      </w:r>
    </w:p>
    <w:p w14:paraId="6AE31208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9. Hypothyroidism </w:t>
      </w:r>
    </w:p>
    <w:p w14:paraId="6315922C" w14:textId="706196CC" w:rsidR="00E3720F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10. Other (please specify): …………………………………………</w:t>
      </w:r>
    </w:p>
    <w:p w14:paraId="5F28AD8A" w14:textId="77777777" w:rsidR="00806D8B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8. Which medical treatment do you use? </w:t>
      </w:r>
    </w:p>
    <w:p w14:paraId="41F6436C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1. Insulin </w:t>
      </w:r>
    </w:p>
    <w:p w14:paraId="5B1F866F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2. Oral antidiabetic drugs </w:t>
      </w:r>
    </w:p>
    <w:p w14:paraId="4D95841A" w14:textId="1F856279" w:rsidR="00E3720F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3. Both insulin and oral antidiabetic drugs</w:t>
      </w:r>
    </w:p>
    <w:p w14:paraId="7BF9C0FE" w14:textId="77777777" w:rsidR="00E3720F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9. What type of insulin do you use? How many different medications do you regularly use every day? (……………)</w:t>
      </w:r>
    </w:p>
    <w:p w14:paraId="376DD187" w14:textId="23FC4A01" w:rsidR="00E3720F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10. What are these medications? (……………………………………………………………)</w:t>
      </w:r>
    </w:p>
    <w:p w14:paraId="0B0BE843" w14:textId="77777777" w:rsidR="00E3720F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11. Have you used or are you currently using any vitamin-mineral supplements in the past year?</w:t>
      </w:r>
    </w:p>
    <w:p w14:paraId="2409FA76" w14:textId="77777777" w:rsidR="00806D8B" w:rsidRPr="006D444E" w:rsidRDefault="00000000" w:rsidP="006D444E">
      <w:pPr>
        <w:tabs>
          <w:tab w:val="left" w:pos="426"/>
        </w:tabs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1.</w:t>
      </w:r>
      <w:r w:rsidR="00806D8B" w:rsidRPr="006D444E">
        <w:rPr>
          <w:rFonts w:ascii="Times New Roman" w:hAnsi="Times New Roman" w:cs="Times New Roman"/>
        </w:rPr>
        <w:t xml:space="preserve"> </w:t>
      </w:r>
      <w:r w:rsidRPr="006D444E">
        <w:rPr>
          <w:rFonts w:ascii="Times New Roman" w:hAnsi="Times New Roman" w:cs="Times New Roman"/>
        </w:rPr>
        <w:t xml:space="preserve">Yes, I use regularly </w:t>
      </w:r>
      <w:r w:rsidR="00806D8B" w:rsidRPr="006D444E">
        <w:rPr>
          <w:rFonts w:ascii="Times New Roman" w:hAnsi="Times New Roman" w:cs="Times New Roman"/>
        </w:rPr>
        <w:tab/>
      </w:r>
    </w:p>
    <w:p w14:paraId="62D9F900" w14:textId="63753F4B" w:rsidR="00E3720F" w:rsidRPr="006D444E" w:rsidRDefault="00000000" w:rsidP="006D444E">
      <w:pPr>
        <w:tabs>
          <w:tab w:val="left" w:pos="426"/>
        </w:tabs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2. Yes, I use irregularly 3. No</w:t>
      </w:r>
    </w:p>
    <w:p w14:paraId="5F326AB6" w14:textId="77777777" w:rsidR="00E3720F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12. Do you smoke? (Those who smoke at least once a day will be considered “yes”; less than that will be “no”)</w:t>
      </w:r>
    </w:p>
    <w:p w14:paraId="2B16379A" w14:textId="77777777" w:rsidR="00806D8B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1. Yes </w:t>
      </w:r>
      <w:r w:rsidR="00806D8B" w:rsidRPr="006D444E">
        <w:rPr>
          <w:rFonts w:ascii="Times New Roman" w:hAnsi="Times New Roman" w:cs="Times New Roman"/>
        </w:rPr>
        <w:tab/>
      </w:r>
    </w:p>
    <w:p w14:paraId="0EFC8982" w14:textId="77777777" w:rsidR="00806D8B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2. No </w:t>
      </w:r>
      <w:r w:rsidR="00806D8B" w:rsidRPr="006D444E">
        <w:rPr>
          <w:rFonts w:ascii="Times New Roman" w:hAnsi="Times New Roman" w:cs="Times New Roman"/>
        </w:rPr>
        <w:tab/>
      </w:r>
    </w:p>
    <w:p w14:paraId="2C34AFAB" w14:textId="0E5FDF0C" w:rsidR="00E3720F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3. I quit</w:t>
      </w:r>
    </w:p>
    <w:p w14:paraId="28D4152B" w14:textId="77777777" w:rsidR="00806D8B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15. Do you consume alcohol? </w:t>
      </w:r>
    </w:p>
    <w:p w14:paraId="18CA1941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1. Yes </w:t>
      </w:r>
    </w:p>
    <w:p w14:paraId="182E7CE5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2. No </w:t>
      </w:r>
    </w:p>
    <w:p w14:paraId="7C440E01" w14:textId="1C377FCC" w:rsidR="00E3720F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3. I drink socially</w:t>
      </w:r>
    </w:p>
    <w:p w14:paraId="47EF8104" w14:textId="77777777" w:rsidR="00806D8B" w:rsidRDefault="00806D8B" w:rsidP="006D444E">
      <w:pPr>
        <w:spacing w:after="0" w:line="360" w:lineRule="auto"/>
        <w:rPr>
          <w:rFonts w:ascii="Times New Roman" w:hAnsi="Times New Roman" w:cs="Times New Roman"/>
        </w:rPr>
      </w:pPr>
    </w:p>
    <w:p w14:paraId="42918188" w14:textId="77777777" w:rsid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</w:p>
    <w:p w14:paraId="53AB22F7" w14:textId="77777777" w:rsidR="006D444E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</w:p>
    <w:p w14:paraId="59DA493A" w14:textId="4A7A111E" w:rsidR="00E3720F" w:rsidRPr="006D444E" w:rsidRDefault="00000000" w:rsidP="006D444E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D444E">
        <w:rPr>
          <w:rFonts w:ascii="Times New Roman" w:hAnsi="Times New Roman" w:cs="Times New Roman"/>
          <w:b/>
          <w:bCs/>
        </w:rPr>
        <w:t>II. EATING HABITS AND PHYSICAL ACTIVITY</w:t>
      </w:r>
    </w:p>
    <w:p w14:paraId="2638227E" w14:textId="7BB95B7A" w:rsidR="00E3720F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</w:t>
      </w:r>
      <w:r w:rsidRPr="006D444E">
        <w:rPr>
          <w:rFonts w:ascii="Times New Roman" w:hAnsi="Times New Roman" w:cs="Times New Roman"/>
        </w:rPr>
        <w:t xml:space="preserve"> How many meals do you consume per day? ……… Main, ……… Snacks</w:t>
      </w:r>
    </w:p>
    <w:p w14:paraId="7C500827" w14:textId="475708A7" w:rsidR="00806D8B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Pr="006D444E">
        <w:rPr>
          <w:rFonts w:ascii="Times New Roman" w:hAnsi="Times New Roman" w:cs="Times New Roman"/>
        </w:rPr>
        <w:t xml:space="preserve">. Do you skip main meals? </w:t>
      </w:r>
    </w:p>
    <w:p w14:paraId="663A88D3" w14:textId="77777777" w:rsidR="00806D8B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1. Yes </w:t>
      </w:r>
    </w:p>
    <w:p w14:paraId="0A3CC7DE" w14:textId="77777777" w:rsidR="00806D8B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2. Sometimes </w:t>
      </w:r>
    </w:p>
    <w:p w14:paraId="4F146F7C" w14:textId="77777777" w:rsid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3. No</w:t>
      </w:r>
    </w:p>
    <w:p w14:paraId="2E018244" w14:textId="49EE1E7D" w:rsidR="00806D8B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Pr="006D444E">
        <w:rPr>
          <w:rFonts w:ascii="Times New Roman" w:hAnsi="Times New Roman" w:cs="Times New Roman"/>
        </w:rPr>
        <w:t>. If your answer is yes/sometimes, which main meal do you usually skip?</w:t>
      </w:r>
    </w:p>
    <w:p w14:paraId="15C9B554" w14:textId="412E85D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1. Breakfast </w:t>
      </w:r>
    </w:p>
    <w:p w14:paraId="485D5FBC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2. Lunch </w:t>
      </w:r>
    </w:p>
    <w:p w14:paraId="7BA5A4B2" w14:textId="763E1FF8" w:rsidR="00E3720F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3. Dinner</w:t>
      </w:r>
    </w:p>
    <w:p w14:paraId="6A9FDD2A" w14:textId="64FF9903" w:rsidR="00806D8B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Pr="006D444E">
        <w:rPr>
          <w:rFonts w:ascii="Times New Roman" w:hAnsi="Times New Roman" w:cs="Times New Roman"/>
        </w:rPr>
        <w:t xml:space="preserve">. Do you skip snacks? </w:t>
      </w:r>
    </w:p>
    <w:p w14:paraId="6ABA5509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1. Yes </w:t>
      </w:r>
    </w:p>
    <w:p w14:paraId="5468D5DE" w14:textId="77777777" w:rsidR="00806D8B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2. Sometimes </w:t>
      </w:r>
    </w:p>
    <w:p w14:paraId="1CAC4571" w14:textId="095D1E87" w:rsidR="00E3720F" w:rsidRPr="006D444E" w:rsidRDefault="00000000" w:rsidP="006D444E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3. No</w:t>
      </w:r>
    </w:p>
    <w:p w14:paraId="6A380C54" w14:textId="1582F8FD" w:rsidR="00806D8B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2</w:t>
      </w:r>
      <w:r w:rsidR="006D444E">
        <w:rPr>
          <w:rFonts w:ascii="Times New Roman" w:hAnsi="Times New Roman" w:cs="Times New Roman"/>
        </w:rPr>
        <w:t>0</w:t>
      </w:r>
      <w:r w:rsidRPr="006D444E">
        <w:rPr>
          <w:rFonts w:ascii="Times New Roman" w:hAnsi="Times New Roman" w:cs="Times New Roman"/>
        </w:rPr>
        <w:t xml:space="preserve">. If your answer is yes/sometimes, which snack do you usually skip? </w:t>
      </w:r>
    </w:p>
    <w:p w14:paraId="79DA76EB" w14:textId="77777777" w:rsidR="00806D8B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1. Mid-morning </w:t>
      </w:r>
    </w:p>
    <w:p w14:paraId="234A7318" w14:textId="77777777" w:rsidR="00806D8B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2. Afternoon </w:t>
      </w:r>
    </w:p>
    <w:p w14:paraId="17F0AE6F" w14:textId="4D111474" w:rsidR="00E3720F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3. Night</w:t>
      </w:r>
    </w:p>
    <w:p w14:paraId="57C532C1" w14:textId="20C9F9D3" w:rsidR="00806D8B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2</w:t>
      </w:r>
      <w:r w:rsidR="006D444E">
        <w:rPr>
          <w:rFonts w:ascii="Times New Roman" w:hAnsi="Times New Roman" w:cs="Times New Roman"/>
        </w:rPr>
        <w:t>1</w:t>
      </w:r>
      <w:r w:rsidRPr="006D444E">
        <w:rPr>
          <w:rFonts w:ascii="Times New Roman" w:hAnsi="Times New Roman" w:cs="Times New Roman"/>
        </w:rPr>
        <w:t xml:space="preserve">. Do you eat outside the home? </w:t>
      </w:r>
    </w:p>
    <w:p w14:paraId="7A76F404" w14:textId="77777777" w:rsidR="00806D8B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 xml:space="preserve">1. Yes </w:t>
      </w:r>
    </w:p>
    <w:p w14:paraId="07609C83" w14:textId="4338F0B4" w:rsidR="00E3720F" w:rsidRPr="006D444E" w:rsidRDefault="00000000" w:rsidP="006D444E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2. No</w:t>
      </w:r>
    </w:p>
    <w:p w14:paraId="37665100" w14:textId="77777777" w:rsidR="00806D8B" w:rsidRPr="006D444E" w:rsidRDefault="00806D8B" w:rsidP="006D444E">
      <w:pPr>
        <w:spacing w:after="0" w:line="360" w:lineRule="auto"/>
        <w:rPr>
          <w:rFonts w:ascii="Times New Roman" w:hAnsi="Times New Roman" w:cs="Times New Roman"/>
        </w:rPr>
      </w:pPr>
    </w:p>
    <w:p w14:paraId="20610C4F" w14:textId="0526AA77" w:rsidR="00E3720F" w:rsidRPr="006D444E" w:rsidRDefault="00000000" w:rsidP="006D444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6D444E">
        <w:rPr>
          <w:rFonts w:ascii="Times New Roman" w:hAnsi="Times New Roman" w:cs="Times New Roman"/>
          <w:b/>
          <w:bCs/>
        </w:rPr>
        <w:t>III. ANTHROPOMETRIC MEASUREMENTS, BODY COMPOSITION AND ABDOMINAL OBESITY</w:t>
      </w:r>
    </w:p>
    <w:p w14:paraId="4621E773" w14:textId="4F7294CD" w:rsidR="00E3720F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Body Weight (kg</w:t>
      </w:r>
      <w:proofErr w:type="gramStart"/>
      <w:r w:rsidRPr="006D444E">
        <w:rPr>
          <w:rFonts w:ascii="Times New Roman" w:hAnsi="Times New Roman" w:cs="Times New Roman"/>
        </w:rPr>
        <w:t>)</w:t>
      </w:r>
      <w:r w:rsidR="00806D8B" w:rsidRPr="006D444E">
        <w:rPr>
          <w:rFonts w:ascii="Times New Roman" w:hAnsi="Times New Roman" w:cs="Times New Roman"/>
        </w:rPr>
        <w:t xml:space="preserve"> :</w:t>
      </w:r>
      <w:proofErr w:type="gramEnd"/>
    </w:p>
    <w:p w14:paraId="1DB8FBD3" w14:textId="58CFAA55" w:rsidR="00E3720F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Height (cm</w:t>
      </w:r>
      <w:proofErr w:type="gramStart"/>
      <w:r w:rsidRPr="006D444E">
        <w:rPr>
          <w:rFonts w:ascii="Times New Roman" w:hAnsi="Times New Roman" w:cs="Times New Roman"/>
        </w:rPr>
        <w:t>)</w:t>
      </w:r>
      <w:r w:rsidR="00806D8B" w:rsidRPr="006D444E">
        <w:rPr>
          <w:rFonts w:ascii="Times New Roman" w:hAnsi="Times New Roman" w:cs="Times New Roman"/>
        </w:rPr>
        <w:t xml:space="preserve"> :</w:t>
      </w:r>
      <w:proofErr w:type="gramEnd"/>
    </w:p>
    <w:p w14:paraId="78D7AD77" w14:textId="0752B638" w:rsidR="00806D8B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Waist Circumference (cm)</w:t>
      </w:r>
      <w:r w:rsidR="00806D8B" w:rsidRPr="006D444E">
        <w:rPr>
          <w:rFonts w:ascii="Times New Roman" w:hAnsi="Times New Roman" w:cs="Times New Roman"/>
        </w:rPr>
        <w:t xml:space="preserve">: </w:t>
      </w:r>
    </w:p>
    <w:p w14:paraId="2B3B85BC" w14:textId="77777777" w:rsidR="00806D8B" w:rsidRPr="006D444E" w:rsidRDefault="00806D8B" w:rsidP="006D444E">
      <w:pPr>
        <w:spacing w:after="0" w:line="360" w:lineRule="auto"/>
        <w:rPr>
          <w:rFonts w:ascii="Times New Roman" w:hAnsi="Times New Roman" w:cs="Times New Roman"/>
        </w:rPr>
      </w:pPr>
    </w:p>
    <w:p w14:paraId="0A6BA1B6" w14:textId="407C3A5C" w:rsidR="00E3720F" w:rsidRPr="006D444E" w:rsidRDefault="00000000" w:rsidP="006D444E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D444E">
        <w:rPr>
          <w:rFonts w:ascii="Times New Roman" w:hAnsi="Times New Roman" w:cs="Times New Roman"/>
          <w:b/>
          <w:bCs/>
        </w:rPr>
        <w:t>IV. BIOCHEMICAL FINDINGS</w:t>
      </w:r>
    </w:p>
    <w:p w14:paraId="5E278A13" w14:textId="29547EBB" w:rsidR="00E3720F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Biochemical Parameter</w:t>
      </w:r>
      <w:r w:rsidR="00806D8B" w:rsidRPr="006D444E">
        <w:rPr>
          <w:rFonts w:ascii="Times New Roman" w:hAnsi="Times New Roman" w:cs="Times New Roman"/>
        </w:rPr>
        <w:t xml:space="preserve">: </w:t>
      </w:r>
    </w:p>
    <w:p w14:paraId="2DE8D544" w14:textId="5E60E6C9" w:rsidR="00E3720F" w:rsidRPr="006D444E" w:rsidRDefault="00000000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HbA1c</w:t>
      </w:r>
      <w:r w:rsidR="00806D8B" w:rsidRPr="006D444E">
        <w:rPr>
          <w:rFonts w:ascii="Times New Roman" w:hAnsi="Times New Roman" w:cs="Times New Roman"/>
        </w:rPr>
        <w:t xml:space="preserve">: </w:t>
      </w:r>
    </w:p>
    <w:p w14:paraId="29851543" w14:textId="77777777" w:rsidR="00806D8B" w:rsidRDefault="00806D8B" w:rsidP="00806D8B">
      <w:pPr>
        <w:pStyle w:val="MDPI23heading3"/>
        <w:ind w:left="0"/>
        <w:jc w:val="center"/>
        <w:rPr>
          <w:rFonts w:ascii="Times New Roman" w:hAnsi="Times New Roman"/>
          <w:b/>
          <w:bCs/>
          <w:sz w:val="22"/>
        </w:rPr>
      </w:pPr>
    </w:p>
    <w:p w14:paraId="2E1CCCEB" w14:textId="77777777" w:rsidR="006D444E" w:rsidRDefault="006D444E" w:rsidP="00806D8B">
      <w:pPr>
        <w:pStyle w:val="MDPI23heading3"/>
        <w:ind w:left="0"/>
        <w:jc w:val="center"/>
        <w:rPr>
          <w:rFonts w:ascii="Times New Roman" w:hAnsi="Times New Roman"/>
          <w:b/>
          <w:bCs/>
          <w:sz w:val="22"/>
        </w:rPr>
      </w:pPr>
    </w:p>
    <w:p w14:paraId="44A057F6" w14:textId="77777777" w:rsidR="006D444E" w:rsidRPr="006D444E" w:rsidRDefault="006D444E" w:rsidP="00806D8B">
      <w:pPr>
        <w:pStyle w:val="MDPI23heading3"/>
        <w:ind w:left="0"/>
        <w:jc w:val="center"/>
        <w:rPr>
          <w:rFonts w:ascii="Times New Roman" w:hAnsi="Times New Roman"/>
          <w:b/>
          <w:bCs/>
          <w:sz w:val="22"/>
        </w:rPr>
      </w:pPr>
    </w:p>
    <w:p w14:paraId="4EF4EA4D" w14:textId="058A6659" w:rsidR="00806D8B" w:rsidRPr="006D444E" w:rsidRDefault="00806D8B" w:rsidP="00806D8B">
      <w:pPr>
        <w:pStyle w:val="MDPI23heading3"/>
        <w:ind w:left="0"/>
        <w:jc w:val="center"/>
        <w:rPr>
          <w:rFonts w:ascii="Times New Roman" w:hAnsi="Times New Roman"/>
          <w:b/>
          <w:bCs/>
          <w:sz w:val="22"/>
        </w:rPr>
      </w:pPr>
      <w:r w:rsidRPr="006D444E">
        <w:rPr>
          <w:rFonts w:ascii="Times New Roman" w:hAnsi="Times New Roman"/>
          <w:b/>
          <w:bCs/>
          <w:sz w:val="22"/>
        </w:rPr>
        <w:t>Self-Perceived Food Literacy Scale</w:t>
      </w:r>
    </w:p>
    <w:p w14:paraId="4DD628B5" w14:textId="77777777" w:rsidR="00806D8B" w:rsidRPr="006D444E" w:rsidRDefault="00806D8B" w:rsidP="00806D8B">
      <w:pPr>
        <w:ind w:firstLine="142"/>
        <w:jc w:val="center"/>
        <w:rPr>
          <w:rFonts w:ascii="Times New Roman" w:hAnsi="Times New Roman" w:cs="Times New Roman"/>
          <w:b/>
        </w:rPr>
      </w:pPr>
    </w:p>
    <w:tbl>
      <w:tblPr>
        <w:tblW w:w="95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2"/>
        <w:gridCol w:w="909"/>
        <w:gridCol w:w="909"/>
        <w:gridCol w:w="909"/>
        <w:gridCol w:w="909"/>
        <w:gridCol w:w="910"/>
      </w:tblGrid>
      <w:tr w:rsidR="006D444E" w:rsidRPr="006D444E" w14:paraId="77A66D36" w14:textId="77777777" w:rsidTr="006D444E">
        <w:trPr>
          <w:trHeight w:val="854"/>
          <w:tblHeader/>
        </w:trPr>
        <w:tc>
          <w:tcPr>
            <w:tcW w:w="5002" w:type="dxa"/>
            <w:shd w:val="clear" w:color="auto" w:fill="auto"/>
          </w:tcPr>
          <w:p w14:paraId="2BE4784E" w14:textId="77777777" w:rsidR="006D444E" w:rsidRPr="006D444E" w:rsidRDefault="006D444E" w:rsidP="006D44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</w:tcPr>
          <w:p w14:paraId="76E805ED" w14:textId="72EC45E7" w:rsidR="006D444E" w:rsidRPr="006D444E" w:rsidRDefault="006D444E" w:rsidP="006D444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D444E">
              <w:rPr>
                <w:rFonts w:ascii="Times New Roman" w:hAnsi="Times New Roman" w:cs="Times New Roman"/>
              </w:rPr>
              <w:t>Never</w:t>
            </w:r>
          </w:p>
        </w:tc>
        <w:tc>
          <w:tcPr>
            <w:tcW w:w="909" w:type="dxa"/>
            <w:shd w:val="clear" w:color="auto" w:fill="auto"/>
          </w:tcPr>
          <w:p w14:paraId="3E383AC7" w14:textId="2EFACFFA" w:rsidR="006D444E" w:rsidRPr="006D444E" w:rsidRDefault="006D444E" w:rsidP="006D444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D444E">
              <w:rPr>
                <w:rFonts w:ascii="Times New Roman" w:hAnsi="Times New Roman" w:cs="Times New Roman"/>
              </w:rPr>
              <w:t xml:space="preserve">Rarely </w:t>
            </w:r>
          </w:p>
        </w:tc>
        <w:tc>
          <w:tcPr>
            <w:tcW w:w="909" w:type="dxa"/>
            <w:shd w:val="clear" w:color="auto" w:fill="auto"/>
          </w:tcPr>
          <w:p w14:paraId="0E33AA81" w14:textId="720FC772" w:rsidR="006D444E" w:rsidRPr="006D444E" w:rsidRDefault="006D444E" w:rsidP="006D444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D444E">
              <w:rPr>
                <w:rFonts w:ascii="Times New Roman" w:hAnsi="Times New Roman" w:cs="Times New Roman"/>
              </w:rPr>
              <w:t xml:space="preserve">Sometimes </w:t>
            </w:r>
          </w:p>
        </w:tc>
        <w:tc>
          <w:tcPr>
            <w:tcW w:w="909" w:type="dxa"/>
            <w:shd w:val="clear" w:color="auto" w:fill="auto"/>
          </w:tcPr>
          <w:p w14:paraId="6F20D1E7" w14:textId="16484423" w:rsidR="006D444E" w:rsidRPr="006D444E" w:rsidRDefault="006D444E" w:rsidP="006D444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D444E">
              <w:rPr>
                <w:rFonts w:ascii="Times New Roman" w:hAnsi="Times New Roman" w:cs="Times New Roman"/>
              </w:rPr>
              <w:t xml:space="preserve">Yes, usually </w:t>
            </w:r>
          </w:p>
        </w:tc>
        <w:tc>
          <w:tcPr>
            <w:tcW w:w="910" w:type="dxa"/>
            <w:shd w:val="clear" w:color="auto" w:fill="auto"/>
          </w:tcPr>
          <w:p w14:paraId="59219037" w14:textId="6D6AA211" w:rsidR="006D444E" w:rsidRPr="006D444E" w:rsidRDefault="006D444E" w:rsidP="006D444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D444E">
              <w:rPr>
                <w:rFonts w:ascii="Times New Roman" w:hAnsi="Times New Roman" w:cs="Times New Roman"/>
              </w:rPr>
              <w:t>Yes, always</w:t>
            </w:r>
          </w:p>
        </w:tc>
      </w:tr>
      <w:tr w:rsidR="00806D8B" w:rsidRPr="006D444E" w14:paraId="3CD5A7E9" w14:textId="77777777" w:rsidTr="006D444E">
        <w:trPr>
          <w:trHeight w:val="556"/>
        </w:trPr>
        <w:tc>
          <w:tcPr>
            <w:tcW w:w="5002" w:type="dxa"/>
            <w:shd w:val="clear" w:color="auto" w:fill="auto"/>
          </w:tcPr>
          <w:p w14:paraId="46B8ABA6" w14:textId="58FA2188" w:rsidR="00806D8B" w:rsidRPr="006D444E" w:rsidRDefault="00806D8B" w:rsidP="00806D8B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6D444E">
              <w:rPr>
                <w:rFonts w:ascii="Times New Roman" w:hAnsi="Times New Roman" w:cs="Times New Roman"/>
                <w:b/>
                <w:bCs/>
              </w:rPr>
              <w:t>I. Food Preparation Skills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359DE30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09" w:type="dxa"/>
            <w:shd w:val="clear" w:color="auto" w:fill="auto"/>
            <w:vAlign w:val="bottom"/>
          </w:tcPr>
          <w:p w14:paraId="051BA10C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09" w:type="dxa"/>
            <w:shd w:val="clear" w:color="auto" w:fill="auto"/>
            <w:vAlign w:val="bottom"/>
          </w:tcPr>
          <w:p w14:paraId="0FFDF57F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09" w:type="dxa"/>
            <w:shd w:val="clear" w:color="auto" w:fill="auto"/>
            <w:vAlign w:val="bottom"/>
          </w:tcPr>
          <w:p w14:paraId="1CBFBC17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10" w:type="dxa"/>
            <w:shd w:val="clear" w:color="auto" w:fill="auto"/>
            <w:vAlign w:val="bottom"/>
          </w:tcPr>
          <w:p w14:paraId="029F859E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806D8B" w:rsidRPr="006D444E" w14:paraId="737A21A7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6B97613F" w14:textId="0F2F2693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1-Can you prepare fresh vegetables in different ways? For example, by baking, steaming, frying or in different styles?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97AA94C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1BD8261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E3F9ECD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9BBF6F7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AFE2910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6D1E3911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2F69F184" w14:textId="325B7E58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2-Do you find it difficult to prepare a meal with more than five fresh ingredients?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E631386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9F0A27F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F96990E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F7AB3C1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14EF51E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08B8E041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3B8031B8" w14:textId="67465BB7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3-Can you change a recipe yourself? For example, when one of the ingredients is missing?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0003317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2B4CBA0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CF4A3E6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040822C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5CEC71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03737A68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377FCCBE" w14:textId="6436C6A9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4-Can you cook fish in different ways? (For example, grilling, frying, steaming, etc.)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CDE7887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DC2B546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1B11D4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2BD7813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9B442CD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2853F626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002BA9A6" w14:textId="7D8C4A8D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5-Can you prepare a meal with fresh ingredients? That is, without pre-packaged and processed foods?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617EBD2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EBE98B3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0F50934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36F0B9A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61CC23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18C869AC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3816E9CB" w14:textId="6000E312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6-Can you understand the quality of fresh foods by looking, smelling or touching them? For example, meat, fish or fruit?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213F05A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1F8A435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AC0543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F6C2025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219F492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583F13AE" w14:textId="77777777" w:rsidTr="006D444E">
        <w:trPr>
          <w:trHeight w:val="556"/>
        </w:trPr>
        <w:tc>
          <w:tcPr>
            <w:tcW w:w="5002" w:type="dxa"/>
            <w:shd w:val="clear" w:color="auto" w:fill="auto"/>
          </w:tcPr>
          <w:p w14:paraId="5B8A9CC9" w14:textId="27B7E509" w:rsidR="00806D8B" w:rsidRPr="006D444E" w:rsidRDefault="00806D8B" w:rsidP="00806D8B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6D444E">
              <w:rPr>
                <w:rFonts w:ascii="Times New Roman" w:hAnsi="Times New Roman" w:cs="Times New Roman"/>
                <w:b/>
                <w:bCs/>
              </w:rPr>
              <w:t xml:space="preserve">II. </w:t>
            </w:r>
            <w:proofErr w:type="spellStart"/>
            <w:r w:rsidRPr="006D444E">
              <w:rPr>
                <w:rFonts w:ascii="Times New Roman" w:hAnsi="Times New Roman" w:cs="Times New Roman"/>
                <w:b/>
                <w:bCs/>
              </w:rPr>
              <w:t>Resistence</w:t>
            </w:r>
            <w:proofErr w:type="spellEnd"/>
            <w:r w:rsidRPr="006D444E">
              <w:rPr>
                <w:rFonts w:ascii="Times New Roman" w:hAnsi="Times New Roman" w:cs="Times New Roman"/>
                <w:b/>
                <w:bCs/>
              </w:rPr>
              <w:t xml:space="preserve"> and Resistance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FADB8C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7696FB31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192F7087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4BFCA9E8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370F1255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06D8B" w:rsidRPr="006D444E" w14:paraId="618F1BE1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06E2DB06" w14:textId="5798CADA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7-Can you say "no" to tasty snacks even if you want to? (For example, birthday treats or fast food)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7F91C5E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AC21BEA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3B5AAB6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B62E5A1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C101F58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2AEC2479" w14:textId="77777777" w:rsidTr="006D444E">
        <w:trPr>
          <w:trHeight w:val="1188"/>
        </w:trPr>
        <w:tc>
          <w:tcPr>
            <w:tcW w:w="5002" w:type="dxa"/>
            <w:shd w:val="clear" w:color="auto" w:fill="auto"/>
          </w:tcPr>
          <w:p w14:paraId="4A2D6752" w14:textId="0AE90258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8-Imagine being in a place where you see and smell tasty food. Can you resist the urge to buy them? (For example, at a bus stop, gas station or bakery/bakery?)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AE193CC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AEFDF3C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F53F0BD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2476ABD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8D693AE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2FB5FBC9" w14:textId="77777777" w:rsidTr="006D444E">
        <w:trPr>
          <w:trHeight w:val="519"/>
        </w:trPr>
        <w:tc>
          <w:tcPr>
            <w:tcW w:w="5002" w:type="dxa"/>
            <w:shd w:val="clear" w:color="auto" w:fill="auto"/>
          </w:tcPr>
          <w:p w14:paraId="40401183" w14:textId="615EC7AE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9-Can you eat healthy when you are stressed?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4EC97D4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389A23E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221F2AD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B679BA2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0CA65F3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723BE426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7389260F" w14:textId="24BEBC02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10-Do you choose foods according to your mood? For example, when you are sad or bored?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F85F7B2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17C5763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A311DD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952E01A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B6C3BB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0116A25A" w14:textId="77777777" w:rsidTr="006D444E">
        <w:trPr>
          <w:trHeight w:val="1188"/>
        </w:trPr>
        <w:tc>
          <w:tcPr>
            <w:tcW w:w="5002" w:type="dxa"/>
            <w:shd w:val="clear" w:color="auto" w:fill="auto"/>
          </w:tcPr>
          <w:p w14:paraId="7EAC6BA1" w14:textId="4F2F6C76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lastRenderedPageBreak/>
              <w:t>11-Can you continue to eat healthy even if your daily routine changes? For example, when you have an unexpected guest or when you are very busy during the day, etc.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7A9F9FF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EE884E1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93E6C08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AC31C8A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A2AA55C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5AB198C5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5C5F07B2" w14:textId="42752DC2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12-Do you eat an entire packet of chips, cookies or chocolate in one go?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4B72FED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2B66A7E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B2043F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FDCD6B7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625FEEC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126B06FD" w14:textId="77777777" w:rsidTr="006D444E">
        <w:trPr>
          <w:trHeight w:val="556"/>
        </w:trPr>
        <w:tc>
          <w:tcPr>
            <w:tcW w:w="5002" w:type="dxa"/>
            <w:shd w:val="clear" w:color="auto" w:fill="auto"/>
          </w:tcPr>
          <w:p w14:paraId="6A3EB320" w14:textId="777AD03D" w:rsidR="00806D8B" w:rsidRPr="006D444E" w:rsidRDefault="00806D8B" w:rsidP="00806D8B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6D444E">
              <w:rPr>
                <w:rFonts w:ascii="Times New Roman" w:hAnsi="Times New Roman" w:cs="Times New Roman"/>
                <w:b/>
                <w:bCs/>
              </w:rPr>
              <w:t>III-Types of Healthy Snacks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26AD29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571E4113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3EB35BA8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01D02024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286DABF8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06D8B" w:rsidRPr="006D444E" w14:paraId="6DA5E797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2EF7E3BD" w14:textId="6586D099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13-Do you take healthy snacks such as fruit or nuts with you when you go on a trip?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6E89C9A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54CCC312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E645E95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B8D5A2F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8C9B807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56B7FA41" w14:textId="77777777" w:rsidTr="006D444E">
        <w:trPr>
          <w:trHeight w:val="556"/>
        </w:trPr>
        <w:tc>
          <w:tcPr>
            <w:tcW w:w="5002" w:type="dxa"/>
            <w:shd w:val="clear" w:color="auto" w:fill="auto"/>
          </w:tcPr>
          <w:p w14:paraId="10B28039" w14:textId="37D59BF7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14-Do you eat vegetables as a snack?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AEDC1A2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E2A1CC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09F99BF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5DA13E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A3B0EEA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26089C7F" w14:textId="77777777" w:rsidTr="006D444E">
        <w:trPr>
          <w:trHeight w:val="519"/>
        </w:trPr>
        <w:tc>
          <w:tcPr>
            <w:tcW w:w="5002" w:type="dxa"/>
            <w:shd w:val="clear" w:color="auto" w:fill="auto"/>
          </w:tcPr>
          <w:p w14:paraId="6B0861E2" w14:textId="0F1492AB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15-Do you eat fruit as a snack?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BA005E0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50E3613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D3D2643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DF18405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3562B00C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04A8B9E0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33686956" w14:textId="1C781216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16-Do you keep healthy snacks for yourself at home? For example, nuts, carrots, tomatoes, cucumbers?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79DE0B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EC353A2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66C1E54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CD46A5D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C01305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6F5D15F2" w14:textId="77777777" w:rsidTr="006D444E">
        <w:trPr>
          <w:trHeight w:val="556"/>
        </w:trPr>
        <w:tc>
          <w:tcPr>
            <w:tcW w:w="5002" w:type="dxa"/>
            <w:shd w:val="clear" w:color="auto" w:fill="auto"/>
          </w:tcPr>
          <w:p w14:paraId="57EF7D72" w14:textId="3E38C82E" w:rsidR="00806D8B" w:rsidRPr="006D444E" w:rsidRDefault="00806D8B" w:rsidP="00806D8B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6D444E">
              <w:rPr>
                <w:rFonts w:ascii="Times New Roman" w:hAnsi="Times New Roman" w:cs="Times New Roman"/>
                <w:b/>
                <w:bCs/>
              </w:rPr>
              <w:t>IV-Social and Conscious Eating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9AC6BAA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06AB05C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6A09F697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1B45E164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62E46755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06D8B" w:rsidRPr="006D444E" w14:paraId="2EA17ABE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611FDE99" w14:textId="5B801AC2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17-When you eat with others, do you find it important to eat together at the table?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EAB6CD3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17A9AF1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796E38C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2A43D17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1C85CEA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2F115226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03EE8DA4" w14:textId="05D9BBCE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18-If you are with others, do you find it important to eat dinner together?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1BC6C0C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489ED4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A60FD23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5DBE59C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3004467F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15D079B0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468957BE" w14:textId="4D902C40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19-Do you engage in other activities such as reading, working, or watching TV while eating?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DF7E8FF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AB2315D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11C9580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0A02BBD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BBABC24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2DF592BD" w14:textId="77777777" w:rsidTr="006D444E">
        <w:trPr>
          <w:trHeight w:val="556"/>
        </w:trPr>
        <w:tc>
          <w:tcPr>
            <w:tcW w:w="5002" w:type="dxa"/>
            <w:shd w:val="clear" w:color="auto" w:fill="auto"/>
          </w:tcPr>
          <w:p w14:paraId="79D908C9" w14:textId="23F24290" w:rsidR="00806D8B" w:rsidRPr="006D444E" w:rsidRDefault="00806D8B" w:rsidP="00806D8B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6D444E">
              <w:rPr>
                <w:rFonts w:ascii="Times New Roman" w:hAnsi="Times New Roman" w:cs="Times New Roman"/>
                <w:b/>
                <w:bCs/>
              </w:rPr>
              <w:t>V. Examining Food Labels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632FB8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3CE87BA1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3DDBA68E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2E9171F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1CCE35E0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06D8B" w:rsidRPr="006D444E" w14:paraId="28F05CCE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410B37A0" w14:textId="62BEEA06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20-Do you compare the calories, fat, sugar, or salt content of different products?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661BC3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E7F0BBC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AF1FF23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0D5EBBC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9C15541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63CA6E13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28251B89" w14:textId="0AA42673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21-Do you check the labels of products to find out the calorie content, fat, sugar, or salt content?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29E224C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7969B0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7C6E23D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53E23811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88DD252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5D3DE83A" w14:textId="77777777" w:rsidTr="006D444E">
        <w:trPr>
          <w:trHeight w:val="556"/>
        </w:trPr>
        <w:tc>
          <w:tcPr>
            <w:tcW w:w="5002" w:type="dxa"/>
            <w:shd w:val="clear" w:color="auto" w:fill="auto"/>
          </w:tcPr>
          <w:p w14:paraId="67EDCA62" w14:textId="4A38259B" w:rsidR="00806D8B" w:rsidRPr="006D444E" w:rsidRDefault="00806D8B" w:rsidP="00806D8B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6D444E">
              <w:rPr>
                <w:rFonts w:ascii="Times New Roman" w:hAnsi="Times New Roman" w:cs="Times New Roman"/>
                <w:b/>
                <w:bCs/>
              </w:rPr>
              <w:t>VI-Daily Nutrition Plan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879F8A1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6A4408F6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4F18A25A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7F19407E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06CC0DE6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06D8B" w:rsidRPr="006D444E" w14:paraId="50D02DD5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2B02D156" w14:textId="26D970FD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lastRenderedPageBreak/>
              <w:t>22-If you are going to eat something, do you think about what you are going to eat for the rest of the day?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625A90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DD27B1D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5EC9CDE4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EEC932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4D6D5AD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4A48228A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5D7B1201" w14:textId="18B6FAD2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23-If you are going to eat something, do you consider what you have eaten earlier that day?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556E9118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DC132A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7C181A5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5976145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B7B7518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220E503C" w14:textId="77777777" w:rsidTr="006D444E">
        <w:trPr>
          <w:trHeight w:val="556"/>
        </w:trPr>
        <w:tc>
          <w:tcPr>
            <w:tcW w:w="5002" w:type="dxa"/>
            <w:shd w:val="clear" w:color="auto" w:fill="auto"/>
          </w:tcPr>
          <w:p w14:paraId="4C61D5AF" w14:textId="0DBA0F88" w:rsidR="00806D8B" w:rsidRPr="006D444E" w:rsidRDefault="00806D8B" w:rsidP="00806D8B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6D444E">
              <w:rPr>
                <w:rFonts w:ascii="Times New Roman" w:hAnsi="Times New Roman" w:cs="Times New Roman"/>
                <w:b/>
                <w:bCs/>
              </w:rPr>
              <w:t>VII-Spending on Healthy Food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04F7456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632EF84F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1BF8CC36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32BF0178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64A827DE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06D8B" w:rsidRPr="006D444E" w14:paraId="34CC92BD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1A28C672" w14:textId="369860A7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24-Do you buy healthier foods such as vegetables, fruits, or whole grain products, even if they are a bit expensive?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951C32E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0B9854A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83B4FF6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6774F50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A2A535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1880681A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27263DD8" w14:textId="0F8FBBFA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25-Even if your budget for food is limited, do you buy healthier foods such as vegetables, fruits, or whole grains?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11F5181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98660A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336FFF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006CADD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FA1427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2DD15D91" w14:textId="77777777" w:rsidTr="006D444E">
        <w:trPr>
          <w:trHeight w:val="556"/>
        </w:trPr>
        <w:tc>
          <w:tcPr>
            <w:tcW w:w="5002" w:type="dxa"/>
            <w:shd w:val="clear" w:color="auto" w:fill="auto"/>
          </w:tcPr>
          <w:p w14:paraId="11266F9C" w14:textId="4DB38C84" w:rsidR="00806D8B" w:rsidRPr="006D444E" w:rsidRDefault="00806D8B" w:rsidP="00806D8B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6D444E">
              <w:rPr>
                <w:rFonts w:ascii="Times New Roman" w:hAnsi="Times New Roman" w:cs="Times New Roman"/>
                <w:b/>
                <w:bCs/>
              </w:rPr>
              <w:t>VIII-Having Healthy Food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A947610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7C81F4BD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2096E7F4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584D47B1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27C43927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06D8B" w:rsidRPr="006D444E" w14:paraId="1C302256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53FF59B1" w14:textId="581593E9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26-Do you keep four or more bags of chips, crackers, or salty snacks in your home/workplace?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620C93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2D45517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6D134D7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2E4DBA4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0CB23F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4A2B456A" w14:textId="77777777" w:rsidTr="006D444E">
        <w:trPr>
          <w:trHeight w:val="854"/>
        </w:trPr>
        <w:tc>
          <w:tcPr>
            <w:tcW w:w="5002" w:type="dxa"/>
            <w:shd w:val="clear" w:color="auto" w:fill="auto"/>
          </w:tcPr>
          <w:p w14:paraId="7DA20206" w14:textId="428D109F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hAnsi="Times New Roman" w:cs="Times New Roman"/>
              </w:rPr>
              <w:t>27-Do you keep four or more bags of candy, cookies, or chocolate in your home/workplace?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B3496A4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B83F229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FEDEDE7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5CC9D0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5B19EF0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3A596296" w14:textId="77777777" w:rsidTr="006D444E">
        <w:trPr>
          <w:trHeight w:val="1151"/>
        </w:trPr>
        <w:tc>
          <w:tcPr>
            <w:tcW w:w="5002" w:type="dxa"/>
            <w:shd w:val="clear" w:color="auto" w:fill="auto"/>
          </w:tcPr>
          <w:p w14:paraId="7912C062" w14:textId="3A76238D" w:rsidR="00806D8B" w:rsidRPr="006D444E" w:rsidRDefault="00806D8B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</w:rPr>
              <w:t>28-Do you keep four or more bottles of sugary/sweetened beverages or sugary lemonade/soda in your home/ workplace?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5F6B5760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403EDBE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5C47322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C81A26A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44085CB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  <w:tr w:rsidR="00806D8B" w:rsidRPr="006D444E" w14:paraId="1D430914" w14:textId="77777777" w:rsidTr="006D444E">
        <w:trPr>
          <w:trHeight w:val="891"/>
        </w:trPr>
        <w:tc>
          <w:tcPr>
            <w:tcW w:w="5002" w:type="dxa"/>
            <w:shd w:val="clear" w:color="auto" w:fill="auto"/>
          </w:tcPr>
          <w:p w14:paraId="1227E3EB" w14:textId="45C1CE94" w:rsidR="00806D8B" w:rsidRPr="006D444E" w:rsidRDefault="006D444E" w:rsidP="00806D8B">
            <w:pPr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</w:rPr>
              <w:t>29-Do you keep four or more cartons/boxes/bottles of fruit juice in your home/workplace?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F5F7688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1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C52EFD0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4C6BF14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579D24CD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299B1B3" w14:textId="77777777" w:rsidR="00806D8B" w:rsidRPr="006D444E" w:rsidRDefault="00806D8B" w:rsidP="00806D8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444E">
              <w:rPr>
                <w:rFonts w:ascii="Times New Roman" w:eastAsia="Calibri" w:hAnsi="Times New Roman" w:cs="Times New Roman"/>
                <w:vertAlign w:val="subscript"/>
              </w:rPr>
              <w:t>5</w:t>
            </w:r>
            <w:r w:rsidRPr="006D444E">
              <w:rPr>
                <w:rFonts w:ascii="Times New Roman" w:eastAsia="Calibri" w:hAnsi="Times New Roman" w:cs="Times New Roman"/>
              </w:rPr>
              <w:sym w:font="Wingdings" w:char="F06F"/>
            </w:r>
          </w:p>
        </w:tc>
      </w:tr>
    </w:tbl>
    <w:p w14:paraId="2809F5CF" w14:textId="77777777" w:rsidR="00806D8B" w:rsidRDefault="00806D8B">
      <w:pPr>
        <w:rPr>
          <w:rFonts w:ascii="Times New Roman" w:hAnsi="Times New Roman" w:cs="Times New Roman"/>
        </w:rPr>
      </w:pPr>
    </w:p>
    <w:p w14:paraId="0A1A3B03" w14:textId="77777777" w:rsidR="006D444E" w:rsidRDefault="006D444E">
      <w:pPr>
        <w:rPr>
          <w:rFonts w:ascii="Times New Roman" w:hAnsi="Times New Roman" w:cs="Times New Roman"/>
        </w:rPr>
      </w:pPr>
    </w:p>
    <w:p w14:paraId="36AE6B14" w14:textId="77777777" w:rsidR="006D444E" w:rsidRDefault="006D444E">
      <w:pPr>
        <w:rPr>
          <w:rFonts w:ascii="Times New Roman" w:hAnsi="Times New Roman" w:cs="Times New Roman"/>
        </w:rPr>
      </w:pPr>
    </w:p>
    <w:p w14:paraId="5039752A" w14:textId="77777777" w:rsidR="006D444E" w:rsidRDefault="006D444E">
      <w:pPr>
        <w:rPr>
          <w:rFonts w:ascii="Times New Roman" w:hAnsi="Times New Roman" w:cs="Times New Roman"/>
        </w:rPr>
      </w:pPr>
    </w:p>
    <w:p w14:paraId="7DC42A72" w14:textId="77777777" w:rsidR="006D444E" w:rsidRPr="006D444E" w:rsidRDefault="006D444E">
      <w:pPr>
        <w:rPr>
          <w:rFonts w:ascii="Times New Roman" w:hAnsi="Times New Roman" w:cs="Times New Roman"/>
        </w:rPr>
      </w:pPr>
    </w:p>
    <w:p w14:paraId="392354F0" w14:textId="77777777" w:rsidR="006D444E" w:rsidRPr="006D444E" w:rsidRDefault="006D444E">
      <w:pPr>
        <w:rPr>
          <w:rFonts w:ascii="Times New Roman" w:hAnsi="Times New Roman" w:cs="Times New Roman"/>
        </w:rPr>
      </w:pPr>
    </w:p>
    <w:p w14:paraId="1527F5C5" w14:textId="77777777" w:rsidR="006D444E" w:rsidRPr="006D444E" w:rsidRDefault="006D444E" w:rsidP="006D444E">
      <w:pPr>
        <w:pStyle w:val="MDPI23heading3"/>
        <w:spacing w:before="240"/>
        <w:ind w:left="0"/>
        <w:jc w:val="center"/>
        <w:rPr>
          <w:rFonts w:ascii="Times New Roman" w:hAnsi="Times New Roman"/>
          <w:b/>
          <w:bCs/>
          <w:sz w:val="22"/>
        </w:rPr>
      </w:pPr>
      <w:r w:rsidRPr="006D444E">
        <w:rPr>
          <w:rFonts w:ascii="Times New Roman" w:hAnsi="Times New Roman"/>
          <w:b/>
          <w:bCs/>
          <w:sz w:val="22"/>
        </w:rPr>
        <w:lastRenderedPageBreak/>
        <w:t>Quality of Life Short Form (SF-36)</w:t>
      </w:r>
    </w:p>
    <w:p w14:paraId="51572750" w14:textId="77777777" w:rsidR="006D444E" w:rsidRPr="006D444E" w:rsidRDefault="006D444E" w:rsidP="006D444E">
      <w:pPr>
        <w:pStyle w:val="MDPI23heading3"/>
        <w:spacing w:before="240"/>
        <w:ind w:left="0"/>
        <w:jc w:val="center"/>
        <w:rPr>
          <w:rFonts w:ascii="Times New Roman" w:hAnsi="Times New Roman"/>
          <w:b/>
          <w:bCs/>
          <w:sz w:val="22"/>
        </w:rPr>
      </w:pPr>
    </w:p>
    <w:p w14:paraId="62B6C25E" w14:textId="77777777" w:rsidR="006D444E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1-Which of the following descriptions is true about your general health? Please give one answer.</w:t>
      </w:r>
    </w:p>
    <w:p w14:paraId="184B8C75" w14:textId="77777777" w:rsidR="006D444E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 Excellent</w:t>
      </w:r>
    </w:p>
    <w:p w14:paraId="25582518" w14:textId="77777777" w:rsidR="006D444E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 Very good</w:t>
      </w:r>
    </w:p>
    <w:p w14:paraId="4193D339" w14:textId="77777777" w:rsidR="006D444E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 Good</w:t>
      </w:r>
    </w:p>
    <w:p w14:paraId="5F1B12D0" w14:textId="77777777" w:rsidR="006D444E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 Average (not bad)</w:t>
      </w:r>
    </w:p>
    <w:p w14:paraId="2CAD9EFD" w14:textId="77777777" w:rsidR="006D444E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 Poor</w:t>
      </w:r>
    </w:p>
    <w:p w14:paraId="1BB91931" w14:textId="77777777" w:rsidR="006D444E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2-How would you rate your general health compared to a year ago?</w:t>
      </w:r>
    </w:p>
    <w:p w14:paraId="27083901" w14:textId="77777777" w:rsidR="006D444E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 Much better than a year ago</w:t>
      </w:r>
    </w:p>
    <w:p w14:paraId="017FAACB" w14:textId="77777777" w:rsidR="006D444E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 A little better than a year ago</w:t>
      </w:r>
    </w:p>
    <w:p w14:paraId="19C7CF8B" w14:textId="77777777" w:rsidR="006D444E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 About the same</w:t>
      </w:r>
    </w:p>
    <w:p w14:paraId="2171B7E7" w14:textId="77777777" w:rsidR="006D444E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 A little worse than a year ago</w:t>
      </w:r>
    </w:p>
    <w:p w14:paraId="22A8E4EF" w14:textId="77777777" w:rsidR="006D444E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 Much worse than a year ago</w:t>
      </w:r>
    </w:p>
    <w:p w14:paraId="44637602" w14:textId="77777777" w:rsidR="006D444E" w:rsidRPr="006D444E" w:rsidRDefault="006D444E" w:rsidP="006D444E">
      <w:pPr>
        <w:spacing w:after="0" w:line="360" w:lineRule="auto"/>
        <w:rPr>
          <w:rFonts w:ascii="Times New Roman" w:hAnsi="Times New Roman" w:cs="Times New Roman"/>
        </w:rPr>
      </w:pPr>
    </w:p>
    <w:p w14:paraId="36B3105E" w14:textId="77777777" w:rsidR="006D444E" w:rsidRPr="006D444E" w:rsidRDefault="006D444E" w:rsidP="006D444E">
      <w:pPr>
        <w:rPr>
          <w:rFonts w:ascii="Times New Roman" w:hAnsi="Times New Roman" w:cs="Times New Roman"/>
          <w:b/>
          <w:bCs/>
        </w:rPr>
      </w:pPr>
      <w:r w:rsidRPr="006D444E">
        <w:rPr>
          <w:rFonts w:ascii="Times New Roman" w:hAnsi="Times New Roman" w:cs="Times New Roman"/>
          <w:b/>
          <w:bCs/>
        </w:rPr>
        <w:t>HEALTH AND DAILY ACTIVITIES</w:t>
      </w:r>
    </w:p>
    <w:p w14:paraId="56299AE4" w14:textId="0E87BC05" w:rsidR="006D444E" w:rsidRPr="006D444E" w:rsidRDefault="006D444E" w:rsidP="006D444E">
      <w:pPr>
        <w:rPr>
          <w:rFonts w:ascii="Times New Roman" w:hAnsi="Times New Roman" w:cs="Times New Roman"/>
        </w:rPr>
      </w:pPr>
      <w:r w:rsidRPr="006D444E">
        <w:rPr>
          <w:rFonts w:ascii="Times New Roman" w:hAnsi="Times New Roman" w:cs="Times New Roman"/>
        </w:rPr>
        <w:t>3-The questions below are about the things (activities) you can do in a day.</w:t>
      </w:r>
    </w:p>
    <w:tbl>
      <w:tblPr>
        <w:tblW w:w="97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1755"/>
        <w:gridCol w:w="1755"/>
        <w:gridCol w:w="1755"/>
      </w:tblGrid>
      <w:tr w:rsidR="006D444E" w:rsidRPr="006D444E" w14:paraId="205E7748" w14:textId="77777777" w:rsidTr="006D444E">
        <w:trPr>
          <w:trHeight w:val="433"/>
        </w:trPr>
        <w:tc>
          <w:tcPr>
            <w:tcW w:w="45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761E778" w14:textId="0B03ED02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hAnsi="Times New Roman" w:cs="Times New Roman"/>
              </w:rPr>
              <w:t>Does your health limit these activities? If so, how much?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F9CEC0" w14:textId="40B6FA21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hAnsi="Times New Roman" w:cs="Times New Roman"/>
              </w:rPr>
              <w:t xml:space="preserve">Yes, very limited 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7D3B71" w14:textId="03322679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hAnsi="Times New Roman" w:cs="Times New Roman"/>
              </w:rPr>
              <w:t xml:space="preserve">Yes, somewhat limited 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A5E57E3" w14:textId="35FAA502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hAnsi="Times New Roman" w:cs="Times New Roman"/>
              </w:rPr>
              <w:t>No, not limited at all</w:t>
            </w:r>
          </w:p>
        </w:tc>
      </w:tr>
      <w:tr w:rsidR="006D444E" w:rsidRPr="006D444E" w14:paraId="54227BBE" w14:textId="77777777" w:rsidTr="006D444E">
        <w:trPr>
          <w:trHeight w:val="433"/>
        </w:trPr>
        <w:tc>
          <w:tcPr>
            <w:tcW w:w="45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312DA7F" w14:textId="7E11E7DE" w:rsidR="006D444E" w:rsidRPr="006D444E" w:rsidRDefault="006D444E" w:rsidP="006D444E">
            <w:pPr>
              <w:numPr>
                <w:ilvl w:val="0"/>
                <w:numId w:val="10"/>
              </w:num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hAnsi="Times New Roman" w:cs="Times New Roman"/>
              </w:rPr>
              <w:t>Strenuous activities, such as running, lifting heavy objects, participating in strenuous sports, etc.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553611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0814A7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E0D0269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6D444E" w:rsidRPr="006D444E" w14:paraId="7D0E8A07" w14:textId="77777777" w:rsidTr="006D444E">
        <w:trPr>
          <w:trHeight w:val="295"/>
        </w:trPr>
        <w:tc>
          <w:tcPr>
            <w:tcW w:w="45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9F1FCC4" w14:textId="72075A5C" w:rsidR="006D444E" w:rsidRPr="006D444E" w:rsidRDefault="006D444E" w:rsidP="006D444E">
            <w:pPr>
              <w:numPr>
                <w:ilvl w:val="0"/>
                <w:numId w:val="10"/>
              </w:num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hAnsi="Times New Roman" w:cs="Times New Roman"/>
              </w:rPr>
              <w:t>Moderate activities, such as lifting a table, pushing a vacuum cleaner, participating in light sports, etc.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7AD5C0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670BD3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E3D9F20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</w:tr>
      <w:tr w:rsidR="006D444E" w:rsidRPr="006D444E" w14:paraId="29D9C5BD" w14:textId="77777777" w:rsidTr="006D444E">
        <w:trPr>
          <w:trHeight w:val="157"/>
        </w:trPr>
        <w:tc>
          <w:tcPr>
            <w:tcW w:w="45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1D234F7" w14:textId="139CB6F8" w:rsidR="006D444E" w:rsidRPr="006D444E" w:rsidRDefault="006D444E" w:rsidP="006D444E">
            <w:pPr>
              <w:numPr>
                <w:ilvl w:val="0"/>
                <w:numId w:val="10"/>
              </w:num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hAnsi="Times New Roman" w:cs="Times New Roman"/>
              </w:rPr>
              <w:t>Heavy lifting and carrying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46BC79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B95880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D8531F0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</w:tr>
      <w:tr w:rsidR="006D444E" w:rsidRPr="006D444E" w14:paraId="05F9C146" w14:textId="77777777" w:rsidTr="006D444E">
        <w:trPr>
          <w:trHeight w:val="157"/>
        </w:trPr>
        <w:tc>
          <w:tcPr>
            <w:tcW w:w="45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283BFC0" w14:textId="693C7F97" w:rsidR="006D444E" w:rsidRPr="006D444E" w:rsidRDefault="006D444E" w:rsidP="006D444E">
            <w:pPr>
              <w:numPr>
                <w:ilvl w:val="0"/>
                <w:numId w:val="10"/>
              </w:num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hAnsi="Times New Roman" w:cs="Times New Roman"/>
              </w:rPr>
              <w:t>Climbing multiple flights of stairs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5FE54B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EC3F19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23D5530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</w:tr>
      <w:tr w:rsidR="006D444E" w:rsidRPr="006D444E" w14:paraId="00C58433" w14:textId="77777777" w:rsidTr="006D444E">
        <w:trPr>
          <w:trHeight w:val="157"/>
        </w:trPr>
        <w:tc>
          <w:tcPr>
            <w:tcW w:w="45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9784732" w14:textId="5F4D90EE" w:rsidR="006D444E" w:rsidRPr="006D444E" w:rsidRDefault="006D444E" w:rsidP="006D444E">
            <w:pPr>
              <w:numPr>
                <w:ilvl w:val="0"/>
                <w:numId w:val="10"/>
              </w:num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hAnsi="Times New Roman" w:cs="Times New Roman"/>
              </w:rPr>
              <w:t>Climbing a single flight of stairs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503388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D5DE7D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0C56BCE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6D444E" w:rsidRPr="006D444E" w14:paraId="4B9D86EC" w14:textId="77777777" w:rsidTr="006D444E">
        <w:trPr>
          <w:trHeight w:val="157"/>
        </w:trPr>
        <w:tc>
          <w:tcPr>
            <w:tcW w:w="45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46D3B25" w14:textId="3490E7C6" w:rsidR="006D444E" w:rsidRPr="006D444E" w:rsidRDefault="006D444E" w:rsidP="006D444E">
            <w:pPr>
              <w:numPr>
                <w:ilvl w:val="0"/>
                <w:numId w:val="10"/>
              </w:num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hAnsi="Times New Roman" w:cs="Times New Roman"/>
              </w:rPr>
              <w:t>Leaning forward, squatting, or kneeling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82D122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9DF0C2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C2A3E1D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6D444E" w:rsidRPr="006D444E" w14:paraId="29A81185" w14:textId="77777777" w:rsidTr="006D444E">
        <w:trPr>
          <w:trHeight w:val="157"/>
        </w:trPr>
        <w:tc>
          <w:tcPr>
            <w:tcW w:w="45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54DE1E6" w14:textId="3F4FBAAD" w:rsidR="006D444E" w:rsidRPr="006D444E" w:rsidRDefault="006D444E" w:rsidP="006D444E">
            <w:pPr>
              <w:numPr>
                <w:ilvl w:val="0"/>
                <w:numId w:val="10"/>
              </w:num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hAnsi="Times New Roman" w:cs="Times New Roman"/>
              </w:rPr>
              <w:t>Walking more than two kilometers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E03069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AE0FB9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69E1567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6D444E" w:rsidRPr="006D444E" w14:paraId="70A61673" w14:textId="77777777" w:rsidTr="006D444E">
        <w:trPr>
          <w:trHeight w:val="157"/>
        </w:trPr>
        <w:tc>
          <w:tcPr>
            <w:tcW w:w="45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FB4F3F5" w14:textId="45191CB8" w:rsidR="006D444E" w:rsidRPr="006D444E" w:rsidRDefault="006D444E" w:rsidP="006D444E">
            <w:pPr>
              <w:numPr>
                <w:ilvl w:val="0"/>
                <w:numId w:val="10"/>
              </w:num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hAnsi="Times New Roman" w:cs="Times New Roman"/>
              </w:rPr>
              <w:t>Walking one kilometer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FFD346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58F308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F704223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</w:tr>
      <w:tr w:rsidR="006D444E" w:rsidRPr="006D444E" w14:paraId="029DA203" w14:textId="77777777" w:rsidTr="006D444E">
        <w:trPr>
          <w:trHeight w:val="157"/>
        </w:trPr>
        <w:tc>
          <w:tcPr>
            <w:tcW w:w="45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EB81C89" w14:textId="34DF7897" w:rsidR="006D444E" w:rsidRPr="006D444E" w:rsidRDefault="006D444E" w:rsidP="006D444E">
            <w:pPr>
              <w:numPr>
                <w:ilvl w:val="0"/>
                <w:numId w:val="10"/>
              </w:num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hAnsi="Times New Roman" w:cs="Times New Roman"/>
              </w:rPr>
              <w:t>Walking 100 meters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2B76D4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7A92A8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759299A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6D444E" w:rsidRPr="006D444E" w14:paraId="0E8CF752" w14:textId="77777777" w:rsidTr="006D444E">
        <w:trPr>
          <w:trHeight w:val="157"/>
        </w:trPr>
        <w:tc>
          <w:tcPr>
            <w:tcW w:w="45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45CEEE1" w14:textId="43565B46" w:rsidR="006D444E" w:rsidRPr="006D444E" w:rsidRDefault="006D444E" w:rsidP="006D444E">
            <w:pPr>
              <w:numPr>
                <w:ilvl w:val="0"/>
                <w:numId w:val="10"/>
              </w:num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hAnsi="Times New Roman" w:cs="Times New Roman"/>
              </w:rPr>
              <w:t xml:space="preserve"> Bathing and dressing independently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452ADF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8A849A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6D444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  <w:tc>
          <w:tcPr>
            <w:tcW w:w="17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10DEEC0" w14:textId="77777777" w:rsidR="006D444E" w:rsidRPr="006D444E" w:rsidRDefault="006D444E" w:rsidP="006D444E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</w:p>
        </w:tc>
      </w:tr>
    </w:tbl>
    <w:p w14:paraId="2CD16023" w14:textId="3239AB2C" w:rsidR="006D444E" w:rsidRPr="006D444E" w:rsidRDefault="006D444E" w:rsidP="006D444E">
      <w:pPr>
        <w:rPr>
          <w:rFonts w:ascii="Times New Roman" w:hAnsi="Times New Roman" w:cs="Times New Roman"/>
        </w:rPr>
      </w:pPr>
    </w:p>
    <w:sectPr w:rsidR="006D444E" w:rsidRPr="006D444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6B682C"/>
    <w:multiLevelType w:val="hybridMultilevel"/>
    <w:tmpl w:val="B1464FF2"/>
    <w:lvl w:ilvl="0" w:tplc="15104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47AB0"/>
    <w:multiLevelType w:val="hybridMultilevel"/>
    <w:tmpl w:val="F1DABD74"/>
    <w:lvl w:ilvl="0" w:tplc="91BA025C">
      <w:start w:val="1"/>
      <w:numFmt w:val="lowerLetter"/>
      <w:lvlText w:val="%1)"/>
      <w:lvlJc w:val="left"/>
      <w:pPr>
        <w:ind w:left="4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0" w:hanging="360"/>
      </w:pPr>
    </w:lvl>
    <w:lvl w:ilvl="2" w:tplc="041F001B" w:tentative="1">
      <w:start w:val="1"/>
      <w:numFmt w:val="lowerRoman"/>
      <w:lvlText w:val="%3."/>
      <w:lvlJc w:val="right"/>
      <w:pPr>
        <w:ind w:left="1840" w:hanging="180"/>
      </w:pPr>
    </w:lvl>
    <w:lvl w:ilvl="3" w:tplc="041F000F" w:tentative="1">
      <w:start w:val="1"/>
      <w:numFmt w:val="decimal"/>
      <w:lvlText w:val="%4."/>
      <w:lvlJc w:val="left"/>
      <w:pPr>
        <w:ind w:left="2560" w:hanging="360"/>
      </w:pPr>
    </w:lvl>
    <w:lvl w:ilvl="4" w:tplc="041F0019" w:tentative="1">
      <w:start w:val="1"/>
      <w:numFmt w:val="lowerLetter"/>
      <w:lvlText w:val="%5."/>
      <w:lvlJc w:val="left"/>
      <w:pPr>
        <w:ind w:left="3280" w:hanging="360"/>
      </w:pPr>
    </w:lvl>
    <w:lvl w:ilvl="5" w:tplc="041F001B" w:tentative="1">
      <w:start w:val="1"/>
      <w:numFmt w:val="lowerRoman"/>
      <w:lvlText w:val="%6."/>
      <w:lvlJc w:val="right"/>
      <w:pPr>
        <w:ind w:left="4000" w:hanging="180"/>
      </w:pPr>
    </w:lvl>
    <w:lvl w:ilvl="6" w:tplc="041F000F" w:tentative="1">
      <w:start w:val="1"/>
      <w:numFmt w:val="decimal"/>
      <w:lvlText w:val="%7."/>
      <w:lvlJc w:val="left"/>
      <w:pPr>
        <w:ind w:left="4720" w:hanging="360"/>
      </w:pPr>
    </w:lvl>
    <w:lvl w:ilvl="7" w:tplc="041F0019" w:tentative="1">
      <w:start w:val="1"/>
      <w:numFmt w:val="lowerLetter"/>
      <w:lvlText w:val="%8."/>
      <w:lvlJc w:val="left"/>
      <w:pPr>
        <w:ind w:left="5440" w:hanging="360"/>
      </w:pPr>
    </w:lvl>
    <w:lvl w:ilvl="8" w:tplc="041F001B" w:tentative="1">
      <w:start w:val="1"/>
      <w:numFmt w:val="lowerRoman"/>
      <w:lvlText w:val="%9."/>
      <w:lvlJc w:val="right"/>
      <w:pPr>
        <w:ind w:left="6160" w:hanging="180"/>
      </w:pPr>
    </w:lvl>
  </w:abstractNum>
  <w:num w:numId="1" w16cid:durableId="702286520">
    <w:abstractNumId w:val="8"/>
  </w:num>
  <w:num w:numId="2" w16cid:durableId="1535925401">
    <w:abstractNumId w:val="6"/>
  </w:num>
  <w:num w:numId="3" w16cid:durableId="596212104">
    <w:abstractNumId w:val="5"/>
  </w:num>
  <w:num w:numId="4" w16cid:durableId="334845383">
    <w:abstractNumId w:val="4"/>
  </w:num>
  <w:num w:numId="5" w16cid:durableId="2034846304">
    <w:abstractNumId w:val="7"/>
  </w:num>
  <w:num w:numId="6" w16cid:durableId="1594434899">
    <w:abstractNumId w:val="3"/>
  </w:num>
  <w:num w:numId="7" w16cid:durableId="698746506">
    <w:abstractNumId w:val="2"/>
  </w:num>
  <w:num w:numId="8" w16cid:durableId="995298355">
    <w:abstractNumId w:val="1"/>
  </w:num>
  <w:num w:numId="9" w16cid:durableId="1612127452">
    <w:abstractNumId w:val="0"/>
  </w:num>
  <w:num w:numId="10" w16cid:durableId="1398674945">
    <w:abstractNumId w:val="10"/>
  </w:num>
  <w:num w:numId="11" w16cid:durableId="17429427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7047"/>
    <w:rsid w:val="0029639D"/>
    <w:rsid w:val="002F318D"/>
    <w:rsid w:val="00326F90"/>
    <w:rsid w:val="006D444E"/>
    <w:rsid w:val="00806D8B"/>
    <w:rsid w:val="00AA1D8D"/>
    <w:rsid w:val="00B47730"/>
    <w:rsid w:val="00CB0664"/>
    <w:rsid w:val="00E3720F"/>
    <w:rsid w:val="00F64EF7"/>
    <w:rsid w:val="00FB45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9E04BA"/>
  <w14:defaultImageDpi w14:val="300"/>
  <w15:docId w15:val="{A5EFA00E-33FE-2846-AAB3-F73934A02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DPI23heading3">
    <w:name w:val="MDPI_2.3_heading3"/>
    <w:qFormat/>
    <w:rsid w:val="00806D8B"/>
    <w:pPr>
      <w:adjustRightInd w:val="0"/>
      <w:snapToGrid w:val="0"/>
      <w:spacing w:before="60" w:after="60" w:line="280" w:lineRule="atLeast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1073</Words>
  <Characters>6122</Characters>
  <Application>Microsoft Office Word</Application>
  <DocSecurity>0</DocSecurity>
  <Lines>51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7181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 P</cp:lastModifiedBy>
  <cp:revision>3</cp:revision>
  <dcterms:created xsi:type="dcterms:W3CDTF">2013-12-23T23:15:00Z</dcterms:created>
  <dcterms:modified xsi:type="dcterms:W3CDTF">2025-04-22T07:18:00Z</dcterms:modified>
  <cp:category/>
</cp:coreProperties>
</file>