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DFAB8" w14:textId="77777777" w:rsidR="00CC14AC" w:rsidRPr="00EF1B5C" w:rsidRDefault="00000000">
      <w:pPr>
        <w:pStyle w:val="Heading1"/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Participant Child Questionnaire (English Version) – Supplementary File</w:t>
      </w:r>
    </w:p>
    <w:p w14:paraId="6958292D" w14:textId="77777777" w:rsidR="00CC14AC" w:rsidRPr="00EF1B5C" w:rsidRDefault="00000000">
      <w:pPr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Note: All personal information provided during this study will be kept confidential. Only aggregated data will be published.</w:t>
      </w:r>
    </w:p>
    <w:p w14:paraId="410540A8" w14:textId="77777777" w:rsidR="00CC14AC" w:rsidRPr="00EF1B5C" w:rsidRDefault="00000000">
      <w:pPr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SI. No: ____________</w:t>
      </w:r>
      <w:r w:rsidRPr="00EF1B5C">
        <w:rPr>
          <w:rFonts w:ascii="Times New Roman" w:hAnsi="Times New Roman" w:cs="Times New Roman"/>
        </w:rPr>
        <w:br/>
        <w:t>Date of recruitment: ____________</w:t>
      </w:r>
      <w:r w:rsidRPr="00EF1B5C">
        <w:rPr>
          <w:rFonts w:ascii="Times New Roman" w:hAnsi="Times New Roman" w:cs="Times New Roman"/>
        </w:rPr>
        <w:br/>
        <w:t>Respondent’s name: ____________</w:t>
      </w:r>
      <w:r w:rsidRPr="00EF1B5C">
        <w:rPr>
          <w:rFonts w:ascii="Times New Roman" w:hAnsi="Times New Roman" w:cs="Times New Roman"/>
        </w:rPr>
        <w:br/>
        <w:t>Data collector’s name: ____________</w:t>
      </w:r>
    </w:p>
    <w:p w14:paraId="018E42FA" w14:textId="353A208F" w:rsidR="00CC14AC" w:rsidRPr="00EF1B5C" w:rsidRDefault="00EF1B5C">
      <w:pPr>
        <w:pStyle w:val="Heading2"/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Part I</w:t>
      </w:r>
    </w:p>
    <w:p w14:paraId="63B90AE7" w14:textId="642C136B" w:rsidR="00EF1B5C" w:rsidRPr="00EF1B5C" w:rsidRDefault="00EF1B5C" w:rsidP="00EF1B5C">
      <w:pPr>
        <w:rPr>
          <w:rFonts w:ascii="Times New Roman" w:hAnsi="Times New Roman" w:cs="Times New Roman"/>
          <w:color w:val="004E9A"/>
        </w:rPr>
      </w:pPr>
      <w:r w:rsidRPr="00EF1B5C">
        <w:rPr>
          <w:rFonts w:ascii="Times New Roman" w:hAnsi="Times New Roman" w:cs="Times New Roman"/>
          <w:color w:val="004E9A"/>
        </w:rPr>
        <w:t>Socio-demographic and Child Characteristics</w:t>
      </w:r>
    </w:p>
    <w:p w14:paraId="045D204F" w14:textId="77777777" w:rsidR="00EF1B5C" w:rsidRPr="00EF1B5C" w:rsidRDefault="00000000">
      <w:pPr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Unique ID</w:t>
      </w:r>
      <w:r w:rsidRPr="00EF1B5C">
        <w:rPr>
          <w:rFonts w:ascii="Times New Roman" w:hAnsi="Times New Roman" w:cs="Times New Roman"/>
        </w:rPr>
        <w:br/>
        <w:t>Date of birth*</w:t>
      </w:r>
      <w:r w:rsidRPr="00EF1B5C">
        <w:rPr>
          <w:rFonts w:ascii="Times New Roman" w:hAnsi="Times New Roman" w:cs="Times New Roman"/>
        </w:rPr>
        <w:br/>
        <w:t>Gender*</w:t>
      </w:r>
      <w:r w:rsidRPr="00EF1B5C">
        <w:rPr>
          <w:rFonts w:ascii="Times New Roman" w:hAnsi="Times New Roman" w:cs="Times New Roman"/>
        </w:rPr>
        <w:br/>
        <w:t>Number of family members*</w:t>
      </w:r>
      <w:r w:rsidRPr="00EF1B5C">
        <w:rPr>
          <w:rFonts w:ascii="Times New Roman" w:hAnsi="Times New Roman" w:cs="Times New Roman"/>
        </w:rPr>
        <w:br/>
        <w:t>Birth order*</w:t>
      </w:r>
      <w:r w:rsidRPr="00EF1B5C">
        <w:rPr>
          <w:rFonts w:ascii="Times New Roman" w:hAnsi="Times New Roman" w:cs="Times New Roman"/>
        </w:rPr>
        <w:br/>
        <w:t>Birth spacing*</w:t>
      </w:r>
      <w:r w:rsidRPr="00EF1B5C">
        <w:rPr>
          <w:rFonts w:ascii="Times New Roman" w:hAnsi="Times New Roman" w:cs="Times New Roman"/>
        </w:rPr>
        <w:br/>
        <w:t>Religion*</w:t>
      </w:r>
      <w:r w:rsidRPr="00EF1B5C">
        <w:rPr>
          <w:rFonts w:ascii="Times New Roman" w:hAnsi="Times New Roman" w:cs="Times New Roman"/>
        </w:rPr>
        <w:br/>
        <w:t>Birth weight*</w:t>
      </w:r>
    </w:p>
    <w:p w14:paraId="3D9A5A8E" w14:textId="56729223" w:rsidR="00EF1B5C" w:rsidRPr="00EF1B5C" w:rsidRDefault="00EF1B5C">
      <w:pPr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 xml:space="preserve">Mode of delivery*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Caesarean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Normal</w:t>
      </w:r>
      <w:r w:rsidRPr="00EF1B5C">
        <w:rPr>
          <w:rFonts w:ascii="Times New Roman" w:hAnsi="Times New Roman" w:cs="Times New Roman"/>
        </w:rPr>
        <w:br/>
        <w:t xml:space="preserve">Child was born*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Preterm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Full term</w:t>
      </w:r>
    </w:p>
    <w:p w14:paraId="006BF0DC" w14:textId="339B7FB1" w:rsidR="00CC14AC" w:rsidRPr="00EF1B5C" w:rsidRDefault="00000000">
      <w:pPr>
        <w:pStyle w:val="Heading2"/>
        <w:rPr>
          <w:rFonts w:ascii="Times New Roman" w:hAnsi="Times New Roman" w:cs="Times New Roman"/>
          <w:b w:val="0"/>
          <w:bCs w:val="0"/>
        </w:rPr>
      </w:pPr>
      <w:r w:rsidRPr="00EF1B5C">
        <w:rPr>
          <w:rFonts w:ascii="Times New Roman" w:hAnsi="Times New Roman" w:cs="Times New Roman"/>
          <w:b w:val="0"/>
          <w:bCs w:val="0"/>
        </w:rPr>
        <w:t>Clinical Signs</w:t>
      </w:r>
    </w:p>
    <w:p w14:paraId="4803E776" w14:textId="77777777" w:rsidR="00CC14AC" w:rsidRPr="00EF1B5C" w:rsidRDefault="00000000">
      <w:pPr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 xml:space="preserve">Signs of Vitamin D deficiency*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Genu Varum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Genu Valgum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Widening of wrist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Frontal bossing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Harrison’s Sulcus</w:t>
      </w:r>
    </w:p>
    <w:p w14:paraId="58D374E8" w14:textId="77777777" w:rsidR="00CC14AC" w:rsidRPr="00EF1B5C" w:rsidRDefault="00000000">
      <w:pPr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Signs of Anemia*:</w:t>
      </w:r>
      <w:r w:rsidRPr="00EF1B5C">
        <w:rPr>
          <w:rFonts w:ascii="Times New Roman" w:hAnsi="Times New Roman" w:cs="Times New Roman"/>
        </w:rPr>
        <w:br/>
        <w:t xml:space="preserve">1) Nails: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Normal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Pale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Spoon-shaped</w:t>
      </w:r>
      <w:r w:rsidRPr="00EF1B5C">
        <w:rPr>
          <w:rFonts w:ascii="Times New Roman" w:hAnsi="Times New Roman" w:cs="Times New Roman"/>
        </w:rPr>
        <w:br/>
        <w:t xml:space="preserve">2) Skin &amp; lips: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Normal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Pale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Bluish</w:t>
      </w:r>
      <w:r w:rsidRPr="00EF1B5C">
        <w:rPr>
          <w:rFonts w:ascii="Times New Roman" w:hAnsi="Times New Roman" w:cs="Times New Roman"/>
        </w:rPr>
        <w:br/>
        <w:t xml:space="preserve">3) Eyes: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Normal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Pale</w:t>
      </w:r>
    </w:p>
    <w:p w14:paraId="74592359" w14:textId="689E3033" w:rsidR="00EF1B5C" w:rsidRPr="00EF1B5C" w:rsidRDefault="00EF1B5C">
      <w:pPr>
        <w:pStyle w:val="Heading2"/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Part</w:t>
      </w:r>
      <w:r w:rsidR="00000000" w:rsidRPr="00EF1B5C">
        <w:rPr>
          <w:rFonts w:ascii="Times New Roman" w:hAnsi="Times New Roman" w:cs="Times New Roman"/>
        </w:rPr>
        <w:t xml:space="preserve"> </w:t>
      </w:r>
      <w:r w:rsidRPr="00EF1B5C">
        <w:rPr>
          <w:rFonts w:ascii="Times New Roman" w:hAnsi="Times New Roman" w:cs="Times New Roman"/>
        </w:rPr>
        <w:t>II</w:t>
      </w:r>
    </w:p>
    <w:p w14:paraId="4338C1D2" w14:textId="5B7D6359" w:rsidR="00CC14AC" w:rsidRPr="00EF1B5C" w:rsidRDefault="00000000">
      <w:pPr>
        <w:pStyle w:val="Heading2"/>
        <w:rPr>
          <w:rFonts w:ascii="Times New Roman" w:hAnsi="Times New Roman" w:cs="Times New Roman"/>
          <w:b w:val="0"/>
          <w:bCs w:val="0"/>
        </w:rPr>
      </w:pPr>
      <w:r w:rsidRPr="00EF1B5C">
        <w:rPr>
          <w:rFonts w:ascii="Times New Roman" w:hAnsi="Times New Roman" w:cs="Times New Roman"/>
          <w:b w:val="0"/>
          <w:bCs w:val="0"/>
        </w:rPr>
        <w:t>Dietary Characteristics</w:t>
      </w:r>
    </w:p>
    <w:p w14:paraId="73707173" w14:textId="77777777" w:rsidR="00CC14AC" w:rsidRPr="00EF1B5C" w:rsidRDefault="00000000">
      <w:pPr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Exclusive breastfeeding duration*</w:t>
      </w:r>
      <w:r w:rsidRPr="00EF1B5C">
        <w:rPr>
          <w:rFonts w:ascii="Times New Roman" w:hAnsi="Times New Roman" w:cs="Times New Roman"/>
        </w:rPr>
        <w:br/>
        <w:t xml:space="preserve">Breastfeeding duration: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&lt;3 months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3–6 months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Full 6 months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&gt;6 months</w:t>
      </w:r>
      <w:r w:rsidRPr="00EF1B5C">
        <w:rPr>
          <w:rFonts w:ascii="Times New Roman" w:hAnsi="Times New Roman" w:cs="Times New Roman"/>
        </w:rPr>
        <w:br/>
        <w:t xml:space="preserve">When was complementary food </w:t>
      </w:r>
      <w:proofErr w:type="gramStart"/>
      <w:r w:rsidRPr="00EF1B5C">
        <w:rPr>
          <w:rFonts w:ascii="Times New Roman" w:hAnsi="Times New Roman" w:cs="Times New Roman"/>
        </w:rPr>
        <w:t>introduced?*</w:t>
      </w:r>
      <w:proofErr w:type="gramEnd"/>
      <w:r w:rsidRPr="00EF1B5C">
        <w:rPr>
          <w:rFonts w:ascii="Times New Roman" w:hAnsi="Times New Roman" w:cs="Times New Roman"/>
        </w:rPr>
        <w:br/>
        <w:t xml:space="preserve">Type of food introduced: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After 6 months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After 1 year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After 1.5 years</w:t>
      </w:r>
      <w:r w:rsidRPr="00EF1B5C">
        <w:rPr>
          <w:rFonts w:ascii="Times New Roman" w:hAnsi="Times New Roman" w:cs="Times New Roman"/>
        </w:rPr>
        <w:br/>
        <w:t xml:space="preserve">Food habits*: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Vegetarian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</w:t>
      </w:r>
      <w:proofErr w:type="gramStart"/>
      <w:r w:rsidRPr="00EF1B5C">
        <w:rPr>
          <w:rFonts w:ascii="Times New Roman" w:hAnsi="Times New Roman" w:cs="Times New Roman"/>
        </w:rPr>
        <w:t>Non-Vegetarian</w:t>
      </w:r>
      <w:proofErr w:type="gramEnd"/>
      <w:r w:rsidRPr="00EF1B5C">
        <w:rPr>
          <w:rFonts w:ascii="Times New Roman" w:hAnsi="Times New Roman" w:cs="Times New Roman"/>
        </w:rPr>
        <w:t xml:space="preserve">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Ovo-Vegetarian</w:t>
      </w:r>
    </w:p>
    <w:p w14:paraId="3BBD32A7" w14:textId="27291BA6" w:rsidR="00CC14AC" w:rsidRPr="00EF1B5C" w:rsidRDefault="00000000">
      <w:pPr>
        <w:pStyle w:val="Heading2"/>
        <w:rPr>
          <w:rFonts w:ascii="Times New Roman" w:hAnsi="Times New Roman" w:cs="Times New Roman"/>
          <w:b w:val="0"/>
          <w:bCs w:val="0"/>
        </w:rPr>
      </w:pPr>
      <w:r w:rsidRPr="00EF1B5C">
        <w:rPr>
          <w:rFonts w:ascii="Times New Roman" w:hAnsi="Times New Roman" w:cs="Times New Roman"/>
          <w:b w:val="0"/>
          <w:bCs w:val="0"/>
        </w:rPr>
        <w:lastRenderedPageBreak/>
        <w:t>24-Hour Dietary Recall*</w:t>
      </w:r>
    </w:p>
    <w:p w14:paraId="644CFD78" w14:textId="77777777" w:rsidR="00CC14AC" w:rsidRPr="00EF1B5C" w:rsidRDefault="00000000">
      <w:pPr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1. What did your child have for breakfast yesterday?</w:t>
      </w:r>
      <w:r w:rsidRPr="00EF1B5C">
        <w:rPr>
          <w:rFonts w:ascii="Times New Roman" w:hAnsi="Times New Roman" w:cs="Times New Roman"/>
        </w:rPr>
        <w:br/>
        <w:t>2. What was the approximate quantity?</w:t>
      </w:r>
      <w:r w:rsidRPr="00EF1B5C">
        <w:rPr>
          <w:rFonts w:ascii="Times New Roman" w:hAnsi="Times New Roman" w:cs="Times New Roman"/>
        </w:rPr>
        <w:br/>
        <w:t>3. What did your child consume between breakfast and lunch?</w:t>
      </w:r>
      <w:r w:rsidRPr="00EF1B5C">
        <w:rPr>
          <w:rFonts w:ascii="Times New Roman" w:hAnsi="Times New Roman" w:cs="Times New Roman"/>
        </w:rPr>
        <w:br/>
        <w:t>4. What did your child have for lunch?</w:t>
      </w:r>
      <w:r w:rsidRPr="00EF1B5C">
        <w:rPr>
          <w:rFonts w:ascii="Times New Roman" w:hAnsi="Times New Roman" w:cs="Times New Roman"/>
        </w:rPr>
        <w:br/>
        <w:t xml:space="preserve">5. Did your child have evening snacks/beverages?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Yes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No. If yes, specify.</w:t>
      </w:r>
      <w:r w:rsidRPr="00EF1B5C">
        <w:rPr>
          <w:rFonts w:ascii="Times New Roman" w:hAnsi="Times New Roman" w:cs="Times New Roman"/>
        </w:rPr>
        <w:br/>
        <w:t>6. What was consumed at dinner?</w:t>
      </w:r>
      <w:r w:rsidRPr="00EF1B5C">
        <w:rPr>
          <w:rFonts w:ascii="Times New Roman" w:hAnsi="Times New Roman" w:cs="Times New Roman"/>
        </w:rPr>
        <w:br/>
        <w:t xml:space="preserve">7. Any other foods or drinks?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Yes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No. If yes, specify.</w:t>
      </w:r>
    </w:p>
    <w:p w14:paraId="78A4C566" w14:textId="77777777" w:rsidR="00CC14AC" w:rsidRPr="00EF1B5C" w:rsidRDefault="00000000">
      <w:pPr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Meal</w:t>
      </w:r>
      <w:r w:rsidRPr="00EF1B5C">
        <w:rPr>
          <w:rFonts w:ascii="Times New Roman" w:hAnsi="Times New Roman" w:cs="Times New Roman"/>
        </w:rPr>
        <w:tab/>
        <w:t>Food</w:t>
      </w:r>
      <w:r w:rsidRPr="00EF1B5C">
        <w:rPr>
          <w:rFonts w:ascii="Times New Roman" w:hAnsi="Times New Roman" w:cs="Times New Roman"/>
        </w:rPr>
        <w:tab/>
        <w:t>Amount</w:t>
      </w:r>
      <w:r w:rsidRPr="00EF1B5C">
        <w:rPr>
          <w:rFonts w:ascii="Times New Roman" w:hAnsi="Times New Roman" w:cs="Times New Roman"/>
        </w:rPr>
        <w:tab/>
        <w:t>Preparation</w:t>
      </w:r>
      <w:r w:rsidRPr="00EF1B5C">
        <w:rPr>
          <w:rFonts w:ascii="Times New Roman" w:hAnsi="Times New Roman" w:cs="Times New Roman"/>
        </w:rPr>
        <w:tab/>
        <w:t>Calories</w:t>
      </w:r>
      <w:r w:rsidRPr="00EF1B5C">
        <w:rPr>
          <w:rFonts w:ascii="Times New Roman" w:hAnsi="Times New Roman" w:cs="Times New Roman"/>
        </w:rPr>
        <w:tab/>
        <w:t>Protein</w:t>
      </w:r>
      <w:r w:rsidRPr="00EF1B5C">
        <w:rPr>
          <w:rFonts w:ascii="Times New Roman" w:hAnsi="Times New Roman" w:cs="Times New Roman"/>
        </w:rPr>
        <w:tab/>
        <w:t>Calcium</w:t>
      </w:r>
      <w:r w:rsidRPr="00EF1B5C">
        <w:rPr>
          <w:rFonts w:ascii="Times New Roman" w:hAnsi="Times New Roman" w:cs="Times New Roman"/>
        </w:rPr>
        <w:tab/>
        <w:t>Zinc</w:t>
      </w:r>
      <w:r w:rsidRPr="00EF1B5C">
        <w:rPr>
          <w:rFonts w:ascii="Times New Roman" w:hAnsi="Times New Roman" w:cs="Times New Roman"/>
        </w:rPr>
        <w:br/>
        <w:t>Breakfast:</w:t>
      </w:r>
      <w:r w:rsidRPr="00EF1B5C">
        <w:rPr>
          <w:rFonts w:ascii="Times New Roman" w:hAnsi="Times New Roman" w:cs="Times New Roman"/>
        </w:rPr>
        <w:br/>
        <w:t>Snack:</w:t>
      </w:r>
      <w:r w:rsidRPr="00EF1B5C">
        <w:rPr>
          <w:rFonts w:ascii="Times New Roman" w:hAnsi="Times New Roman" w:cs="Times New Roman"/>
        </w:rPr>
        <w:br/>
        <w:t>Lunch:</w:t>
      </w:r>
      <w:r w:rsidRPr="00EF1B5C">
        <w:rPr>
          <w:rFonts w:ascii="Times New Roman" w:hAnsi="Times New Roman" w:cs="Times New Roman"/>
        </w:rPr>
        <w:br/>
        <w:t>Dinner:</w:t>
      </w:r>
      <w:r w:rsidRPr="00EF1B5C">
        <w:rPr>
          <w:rFonts w:ascii="Times New Roman" w:hAnsi="Times New Roman" w:cs="Times New Roman"/>
        </w:rPr>
        <w:br/>
        <w:t>Snack:</w:t>
      </w:r>
    </w:p>
    <w:p w14:paraId="6435CDF8" w14:textId="03AD3724" w:rsidR="00CC14AC" w:rsidRPr="00EF1B5C" w:rsidRDefault="00000000">
      <w:pPr>
        <w:pStyle w:val="Heading2"/>
        <w:rPr>
          <w:rFonts w:ascii="Times New Roman" w:hAnsi="Times New Roman" w:cs="Times New Roman"/>
          <w:b w:val="0"/>
          <w:bCs w:val="0"/>
        </w:rPr>
      </w:pPr>
      <w:r w:rsidRPr="00EF1B5C">
        <w:rPr>
          <w:rFonts w:ascii="Times New Roman" w:hAnsi="Times New Roman" w:cs="Times New Roman"/>
          <w:b w:val="0"/>
          <w:bCs w:val="0"/>
        </w:rPr>
        <w:t>Three-Day Dietary History</w:t>
      </w:r>
    </w:p>
    <w:p w14:paraId="7F2B7CEE" w14:textId="77777777" w:rsidR="00CC14AC" w:rsidRPr="00EF1B5C" w:rsidRDefault="00000000">
      <w:pPr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Instructions to Interviewer:</w:t>
      </w:r>
      <w:r w:rsidRPr="00EF1B5C">
        <w:rPr>
          <w:rFonts w:ascii="Times New Roman" w:hAnsi="Times New Roman" w:cs="Times New Roman"/>
        </w:rPr>
        <w:br/>
        <w:t>Ask the respondent to recall everything the child ate and drank over the past three days. Record meal-wise responses.</w:t>
      </w:r>
    </w:p>
    <w:p w14:paraId="4264AE7F" w14:textId="77777777" w:rsidR="00CC14AC" w:rsidRPr="00EF1B5C" w:rsidRDefault="00000000">
      <w:pPr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Meal</w:t>
      </w:r>
      <w:r w:rsidRPr="00EF1B5C">
        <w:rPr>
          <w:rFonts w:ascii="Times New Roman" w:hAnsi="Times New Roman" w:cs="Times New Roman"/>
        </w:rPr>
        <w:tab/>
        <w:t>Day 1</w:t>
      </w:r>
      <w:r w:rsidRPr="00EF1B5C">
        <w:rPr>
          <w:rFonts w:ascii="Times New Roman" w:hAnsi="Times New Roman" w:cs="Times New Roman"/>
        </w:rPr>
        <w:tab/>
        <w:t>Day 2</w:t>
      </w:r>
      <w:r w:rsidRPr="00EF1B5C">
        <w:rPr>
          <w:rFonts w:ascii="Times New Roman" w:hAnsi="Times New Roman" w:cs="Times New Roman"/>
        </w:rPr>
        <w:tab/>
        <w:t>Day 3</w:t>
      </w:r>
      <w:r w:rsidRPr="00EF1B5C">
        <w:rPr>
          <w:rFonts w:ascii="Times New Roman" w:hAnsi="Times New Roman" w:cs="Times New Roman"/>
        </w:rPr>
        <w:br/>
        <w:t>Breakfast</w:t>
      </w:r>
      <w:r w:rsidRPr="00EF1B5C">
        <w:rPr>
          <w:rFonts w:ascii="Times New Roman" w:hAnsi="Times New Roman" w:cs="Times New Roman"/>
        </w:rPr>
        <w:br/>
        <w:t>Snack</w:t>
      </w:r>
      <w:r w:rsidRPr="00EF1B5C">
        <w:rPr>
          <w:rFonts w:ascii="Times New Roman" w:hAnsi="Times New Roman" w:cs="Times New Roman"/>
        </w:rPr>
        <w:br/>
        <w:t>Lunch</w:t>
      </w:r>
      <w:r w:rsidRPr="00EF1B5C">
        <w:rPr>
          <w:rFonts w:ascii="Times New Roman" w:hAnsi="Times New Roman" w:cs="Times New Roman"/>
        </w:rPr>
        <w:br/>
        <w:t>Dinner</w:t>
      </w:r>
      <w:r w:rsidRPr="00EF1B5C">
        <w:rPr>
          <w:rFonts w:ascii="Times New Roman" w:hAnsi="Times New Roman" w:cs="Times New Roman"/>
        </w:rPr>
        <w:br/>
        <w:t>Snack</w:t>
      </w:r>
    </w:p>
    <w:p w14:paraId="6C9668B7" w14:textId="469C44BA" w:rsidR="00EF1B5C" w:rsidRPr="00EF1B5C" w:rsidRDefault="00EF1B5C" w:rsidP="00EF1B5C">
      <w:pPr>
        <w:pStyle w:val="Heading2"/>
        <w:rPr>
          <w:rFonts w:ascii="Times New Roman" w:hAnsi="Times New Roman" w:cs="Times New Roman"/>
          <w:b w:val="0"/>
          <w:bCs w:val="0"/>
        </w:rPr>
      </w:pPr>
      <w:r w:rsidRPr="00EF1B5C">
        <w:rPr>
          <w:rFonts w:ascii="Times New Roman" w:hAnsi="Times New Roman" w:cs="Times New Roman"/>
          <w:b w:val="0"/>
          <w:bCs w:val="0"/>
        </w:rPr>
        <w:t>C</w:t>
      </w:r>
      <w:r w:rsidRPr="00EF1B5C">
        <w:rPr>
          <w:rFonts w:ascii="Times New Roman" w:hAnsi="Times New Roman" w:cs="Times New Roman"/>
          <w:b w:val="0"/>
          <w:bCs w:val="0"/>
        </w:rPr>
        <w:t>linical History</w:t>
      </w:r>
    </w:p>
    <w:p w14:paraId="7E74E066" w14:textId="77777777" w:rsidR="00EF1B5C" w:rsidRPr="00EF1B5C" w:rsidRDefault="00000000">
      <w:pPr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Infection History – Past 3 Months</w:t>
      </w:r>
    </w:p>
    <w:p w14:paraId="78A42402" w14:textId="3120FBF7" w:rsidR="00CC14AC" w:rsidRPr="00EF1B5C" w:rsidRDefault="00000000">
      <w:pPr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Instructions to Interviewer (WHO Definitions):</w:t>
      </w:r>
      <w:r w:rsidRPr="00EF1B5C">
        <w:rPr>
          <w:rFonts w:ascii="Times New Roman" w:hAnsi="Times New Roman" w:cs="Times New Roman"/>
        </w:rPr>
        <w:br/>
        <w:t>- Diarrhea: ≥3 loose/watery stools in 24 hrs</w:t>
      </w:r>
      <w:r w:rsidRPr="00EF1B5C">
        <w:rPr>
          <w:rFonts w:ascii="Times New Roman" w:hAnsi="Times New Roman" w:cs="Times New Roman"/>
        </w:rPr>
        <w:br/>
        <w:t>- ARI: cough, cold, fast/difficult breathing</w:t>
      </w:r>
    </w:p>
    <w:p w14:paraId="4C064A9A" w14:textId="77777777" w:rsidR="00CC14AC" w:rsidRPr="00EF1B5C" w:rsidRDefault="00000000">
      <w:pPr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1. Diarrheal episodes in the past three months?</w:t>
      </w:r>
      <w:r w:rsidRPr="00EF1B5C">
        <w:rPr>
          <w:rFonts w:ascii="Times New Roman" w:hAnsi="Times New Roman" w:cs="Times New Roman"/>
        </w:rPr>
        <w:br/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No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Yes – &lt;3 episodes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Yes – 3 or more episodes</w:t>
      </w:r>
      <w:r w:rsidRPr="00EF1B5C">
        <w:rPr>
          <w:rFonts w:ascii="Times New Roman" w:hAnsi="Times New Roman" w:cs="Times New Roman"/>
        </w:rPr>
        <w:br/>
        <w:t>2. Respiratory tract infection in the past three months?</w:t>
      </w:r>
      <w:r w:rsidRPr="00EF1B5C">
        <w:rPr>
          <w:rFonts w:ascii="Times New Roman" w:hAnsi="Times New Roman" w:cs="Times New Roman"/>
        </w:rPr>
        <w:br/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Yes </w:t>
      </w:r>
      <w:r w:rsidRPr="00EF1B5C">
        <w:rPr>
          <w:rFonts w:ascii="Segoe UI Symbol" w:hAnsi="Segoe UI Symbol" w:cs="Segoe UI Symbol"/>
        </w:rPr>
        <w:t>☐</w:t>
      </w:r>
      <w:r w:rsidRPr="00EF1B5C">
        <w:rPr>
          <w:rFonts w:ascii="Times New Roman" w:hAnsi="Times New Roman" w:cs="Times New Roman"/>
        </w:rPr>
        <w:t xml:space="preserve"> No</w:t>
      </w:r>
    </w:p>
    <w:p w14:paraId="0AF3CAF1" w14:textId="19E3940C" w:rsidR="00EF1B5C" w:rsidRPr="00EF1B5C" w:rsidRDefault="00EF1B5C">
      <w:pPr>
        <w:pStyle w:val="Heading2"/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Part</w:t>
      </w:r>
      <w:r w:rsidR="00000000" w:rsidRPr="00EF1B5C">
        <w:rPr>
          <w:rFonts w:ascii="Times New Roman" w:hAnsi="Times New Roman" w:cs="Times New Roman"/>
        </w:rPr>
        <w:t xml:space="preserve"> </w:t>
      </w:r>
      <w:r w:rsidRPr="00EF1B5C">
        <w:rPr>
          <w:rFonts w:ascii="Times New Roman" w:hAnsi="Times New Roman" w:cs="Times New Roman"/>
        </w:rPr>
        <w:t>II</w:t>
      </w:r>
      <w:r w:rsidR="00000000" w:rsidRPr="00EF1B5C">
        <w:rPr>
          <w:rFonts w:ascii="Times New Roman" w:hAnsi="Times New Roman" w:cs="Times New Roman"/>
        </w:rPr>
        <w:t>I</w:t>
      </w:r>
    </w:p>
    <w:p w14:paraId="2868C2C0" w14:textId="45BD4037" w:rsidR="00CC14AC" w:rsidRPr="00EF1B5C" w:rsidRDefault="00000000">
      <w:pPr>
        <w:pStyle w:val="Heading2"/>
        <w:rPr>
          <w:rFonts w:ascii="Times New Roman" w:hAnsi="Times New Roman" w:cs="Times New Roman"/>
          <w:b w:val="0"/>
          <w:bCs w:val="0"/>
        </w:rPr>
      </w:pPr>
      <w:r w:rsidRPr="00EF1B5C">
        <w:rPr>
          <w:rFonts w:ascii="Times New Roman" w:hAnsi="Times New Roman" w:cs="Times New Roman"/>
          <w:b w:val="0"/>
          <w:bCs w:val="0"/>
        </w:rPr>
        <w:t>Maternal Information</w:t>
      </w:r>
    </w:p>
    <w:p w14:paraId="5603FA31" w14:textId="77777777" w:rsidR="00CC14AC" w:rsidRPr="00EF1B5C" w:rsidRDefault="00000000">
      <w:pPr>
        <w:rPr>
          <w:rFonts w:ascii="Times New Roman" w:hAnsi="Times New Roman" w:cs="Times New Roman"/>
        </w:rPr>
      </w:pPr>
      <w:r w:rsidRPr="00EF1B5C">
        <w:rPr>
          <w:rFonts w:ascii="Times New Roman" w:hAnsi="Times New Roman" w:cs="Times New Roman"/>
        </w:rPr>
        <w:t>Instructions to Interviewer:</w:t>
      </w:r>
      <w:r w:rsidRPr="00EF1B5C">
        <w:rPr>
          <w:rFonts w:ascii="Times New Roman" w:hAnsi="Times New Roman" w:cs="Times New Roman"/>
        </w:rPr>
        <w:br/>
        <w:t>Record data as reported or measured.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5"/>
        <w:gridCol w:w="4295"/>
      </w:tblGrid>
      <w:tr w:rsidR="00EF1B5C" w:rsidRPr="00EF1B5C" w14:paraId="4D1E342F" w14:textId="77777777" w:rsidTr="00EF1B5C">
        <w:trPr>
          <w:trHeight w:val="260"/>
        </w:trPr>
        <w:tc>
          <w:tcPr>
            <w:tcW w:w="4295" w:type="dxa"/>
          </w:tcPr>
          <w:p w14:paraId="71A21DB6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  <w:r w:rsidRPr="00EF1B5C">
              <w:rPr>
                <w:rFonts w:ascii="Times New Roman" w:hAnsi="Times New Roman" w:cs="Times New Roman"/>
              </w:rPr>
              <w:lastRenderedPageBreak/>
              <w:t>Variables</w:t>
            </w:r>
          </w:p>
        </w:tc>
        <w:tc>
          <w:tcPr>
            <w:tcW w:w="4295" w:type="dxa"/>
          </w:tcPr>
          <w:p w14:paraId="735ACF3E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  <w:r w:rsidRPr="00EF1B5C">
              <w:rPr>
                <w:rFonts w:ascii="Times New Roman" w:hAnsi="Times New Roman" w:cs="Times New Roman"/>
              </w:rPr>
              <w:t>Mother*</w:t>
            </w:r>
          </w:p>
        </w:tc>
      </w:tr>
      <w:tr w:rsidR="00EF1B5C" w:rsidRPr="00EF1B5C" w14:paraId="6562D47B" w14:textId="77777777" w:rsidTr="00EF1B5C">
        <w:trPr>
          <w:trHeight w:val="532"/>
        </w:trPr>
        <w:tc>
          <w:tcPr>
            <w:tcW w:w="4295" w:type="dxa"/>
          </w:tcPr>
          <w:p w14:paraId="1AC4BBBA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  <w:r w:rsidRPr="00EF1B5C">
              <w:rPr>
                <w:rFonts w:ascii="Times New Roman" w:hAnsi="Times New Roman" w:cs="Times New Roman"/>
              </w:rPr>
              <w:t>Age at the time of child’s birth*</w:t>
            </w:r>
          </w:p>
        </w:tc>
        <w:tc>
          <w:tcPr>
            <w:tcW w:w="4295" w:type="dxa"/>
          </w:tcPr>
          <w:p w14:paraId="0862A172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</w:p>
        </w:tc>
      </w:tr>
      <w:tr w:rsidR="00EF1B5C" w:rsidRPr="00EF1B5C" w14:paraId="1A4DFC23" w14:textId="77777777" w:rsidTr="00EF1B5C">
        <w:trPr>
          <w:trHeight w:val="260"/>
        </w:trPr>
        <w:tc>
          <w:tcPr>
            <w:tcW w:w="4295" w:type="dxa"/>
          </w:tcPr>
          <w:p w14:paraId="1B7E6ACC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  <w:r w:rsidRPr="00EF1B5C">
              <w:rPr>
                <w:rFonts w:ascii="Times New Roman" w:hAnsi="Times New Roman" w:cs="Times New Roman"/>
              </w:rPr>
              <w:t>Occupation*</w:t>
            </w:r>
          </w:p>
        </w:tc>
        <w:tc>
          <w:tcPr>
            <w:tcW w:w="4295" w:type="dxa"/>
          </w:tcPr>
          <w:p w14:paraId="5BD3CE1A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</w:p>
        </w:tc>
      </w:tr>
      <w:tr w:rsidR="00EF1B5C" w:rsidRPr="00EF1B5C" w14:paraId="42A6B355" w14:textId="77777777" w:rsidTr="00EF1B5C">
        <w:trPr>
          <w:trHeight w:val="272"/>
        </w:trPr>
        <w:tc>
          <w:tcPr>
            <w:tcW w:w="4295" w:type="dxa"/>
          </w:tcPr>
          <w:p w14:paraId="3CCE932C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  <w:r w:rsidRPr="00EF1B5C">
              <w:rPr>
                <w:rFonts w:ascii="Times New Roman" w:hAnsi="Times New Roman" w:cs="Times New Roman"/>
              </w:rPr>
              <w:t>Literacy status*</w:t>
            </w:r>
          </w:p>
        </w:tc>
        <w:tc>
          <w:tcPr>
            <w:tcW w:w="4295" w:type="dxa"/>
          </w:tcPr>
          <w:p w14:paraId="5BF0CB43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</w:p>
        </w:tc>
      </w:tr>
      <w:tr w:rsidR="00EF1B5C" w:rsidRPr="00EF1B5C" w14:paraId="1A76C8E6" w14:textId="77777777" w:rsidTr="00EF1B5C">
        <w:trPr>
          <w:trHeight w:val="260"/>
        </w:trPr>
        <w:tc>
          <w:tcPr>
            <w:tcW w:w="4295" w:type="dxa"/>
          </w:tcPr>
          <w:p w14:paraId="103A9B06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  <w:r w:rsidRPr="00EF1B5C">
              <w:rPr>
                <w:rFonts w:ascii="Times New Roman" w:hAnsi="Times New Roman" w:cs="Times New Roman"/>
              </w:rPr>
              <w:t>Weight*</w:t>
            </w:r>
          </w:p>
        </w:tc>
        <w:tc>
          <w:tcPr>
            <w:tcW w:w="4295" w:type="dxa"/>
          </w:tcPr>
          <w:p w14:paraId="3359F22C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</w:p>
        </w:tc>
      </w:tr>
      <w:tr w:rsidR="00EF1B5C" w:rsidRPr="00EF1B5C" w14:paraId="0B369445" w14:textId="77777777" w:rsidTr="00EF1B5C">
        <w:trPr>
          <w:trHeight w:val="260"/>
        </w:trPr>
        <w:tc>
          <w:tcPr>
            <w:tcW w:w="4295" w:type="dxa"/>
          </w:tcPr>
          <w:p w14:paraId="5A05D0A2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  <w:r w:rsidRPr="00EF1B5C">
              <w:rPr>
                <w:rFonts w:ascii="Times New Roman" w:hAnsi="Times New Roman" w:cs="Times New Roman"/>
              </w:rPr>
              <w:t>Height*</w:t>
            </w:r>
          </w:p>
        </w:tc>
        <w:tc>
          <w:tcPr>
            <w:tcW w:w="4295" w:type="dxa"/>
          </w:tcPr>
          <w:p w14:paraId="2C21AFB8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</w:p>
        </w:tc>
      </w:tr>
      <w:tr w:rsidR="00EF1B5C" w:rsidRPr="00EF1B5C" w14:paraId="72945785" w14:textId="77777777" w:rsidTr="00EF1B5C">
        <w:trPr>
          <w:trHeight w:val="272"/>
        </w:trPr>
        <w:tc>
          <w:tcPr>
            <w:tcW w:w="4295" w:type="dxa"/>
          </w:tcPr>
          <w:p w14:paraId="47E2E46C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  <w:r w:rsidRPr="00EF1B5C">
              <w:rPr>
                <w:rFonts w:ascii="Times New Roman" w:hAnsi="Times New Roman" w:cs="Times New Roman"/>
              </w:rPr>
              <w:t>Hemoglobin level</w:t>
            </w:r>
          </w:p>
        </w:tc>
        <w:tc>
          <w:tcPr>
            <w:tcW w:w="4295" w:type="dxa"/>
          </w:tcPr>
          <w:p w14:paraId="6661D667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</w:p>
        </w:tc>
      </w:tr>
      <w:tr w:rsidR="00EF1B5C" w:rsidRPr="00EF1B5C" w14:paraId="51EFAB3F" w14:textId="77777777" w:rsidTr="00EF1B5C">
        <w:trPr>
          <w:trHeight w:val="532"/>
        </w:trPr>
        <w:tc>
          <w:tcPr>
            <w:tcW w:w="4295" w:type="dxa"/>
          </w:tcPr>
          <w:p w14:paraId="3FEE82ED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  <w:r w:rsidRPr="00EF1B5C">
              <w:rPr>
                <w:rFonts w:ascii="Times New Roman" w:hAnsi="Times New Roman" w:cs="Times New Roman"/>
              </w:rPr>
              <w:t>IFA tablets during pregnancy*</w:t>
            </w:r>
          </w:p>
        </w:tc>
        <w:tc>
          <w:tcPr>
            <w:tcW w:w="4295" w:type="dxa"/>
          </w:tcPr>
          <w:p w14:paraId="3C219072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</w:p>
        </w:tc>
      </w:tr>
      <w:tr w:rsidR="00EF1B5C" w:rsidRPr="00EF1B5C" w14:paraId="756F1F70" w14:textId="77777777" w:rsidTr="00EF1B5C">
        <w:trPr>
          <w:trHeight w:val="260"/>
        </w:trPr>
        <w:tc>
          <w:tcPr>
            <w:tcW w:w="4295" w:type="dxa"/>
          </w:tcPr>
          <w:p w14:paraId="72895F15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  <w:r w:rsidRPr="00EF1B5C">
              <w:rPr>
                <w:rFonts w:ascii="Times New Roman" w:hAnsi="Times New Roman" w:cs="Times New Roman"/>
              </w:rPr>
              <w:t>Number of ANC visits*</w:t>
            </w:r>
          </w:p>
        </w:tc>
        <w:tc>
          <w:tcPr>
            <w:tcW w:w="4295" w:type="dxa"/>
          </w:tcPr>
          <w:p w14:paraId="1B11A89C" w14:textId="77777777" w:rsidR="00EF1B5C" w:rsidRPr="00EF1B5C" w:rsidRDefault="00EF1B5C">
            <w:pPr>
              <w:rPr>
                <w:rFonts w:ascii="Times New Roman" w:hAnsi="Times New Roman" w:cs="Times New Roman"/>
              </w:rPr>
            </w:pPr>
          </w:p>
        </w:tc>
      </w:tr>
    </w:tbl>
    <w:p w14:paraId="4315FF27" w14:textId="77777777" w:rsidR="0079702D" w:rsidRPr="00EF1B5C" w:rsidRDefault="0079702D">
      <w:pPr>
        <w:rPr>
          <w:rFonts w:ascii="Times New Roman" w:hAnsi="Times New Roman" w:cs="Times New Roman"/>
        </w:rPr>
      </w:pPr>
    </w:p>
    <w:sectPr w:rsidR="0079702D" w:rsidRPr="00EF1B5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2204585">
    <w:abstractNumId w:val="8"/>
  </w:num>
  <w:num w:numId="2" w16cid:durableId="16389190">
    <w:abstractNumId w:val="6"/>
  </w:num>
  <w:num w:numId="3" w16cid:durableId="1600866311">
    <w:abstractNumId w:val="5"/>
  </w:num>
  <w:num w:numId="4" w16cid:durableId="1867983867">
    <w:abstractNumId w:val="4"/>
  </w:num>
  <w:num w:numId="5" w16cid:durableId="1777410284">
    <w:abstractNumId w:val="7"/>
  </w:num>
  <w:num w:numId="6" w16cid:durableId="264268755">
    <w:abstractNumId w:val="3"/>
  </w:num>
  <w:num w:numId="7" w16cid:durableId="1606379059">
    <w:abstractNumId w:val="2"/>
  </w:num>
  <w:num w:numId="8" w16cid:durableId="1674452780">
    <w:abstractNumId w:val="1"/>
  </w:num>
  <w:num w:numId="9" w16cid:durableId="116400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0F6A"/>
    <w:rsid w:val="0015074B"/>
    <w:rsid w:val="0029639D"/>
    <w:rsid w:val="00326F90"/>
    <w:rsid w:val="0079702D"/>
    <w:rsid w:val="00AA1D8D"/>
    <w:rsid w:val="00B47730"/>
    <w:rsid w:val="00CB0664"/>
    <w:rsid w:val="00CC14AC"/>
    <w:rsid w:val="00EF1B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1A0B50"/>
  <w14:defaultImageDpi w14:val="300"/>
  <w15:docId w15:val="{30D6806E-4DCA-46B0-9D2C-8497E3DB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deshnaoswal1111@gmail.com</cp:lastModifiedBy>
  <cp:revision>2</cp:revision>
  <dcterms:created xsi:type="dcterms:W3CDTF">2025-06-20T11:30:00Z</dcterms:created>
  <dcterms:modified xsi:type="dcterms:W3CDTF">2025-06-20T11:30:00Z</dcterms:modified>
  <cp:category/>
</cp:coreProperties>
</file>