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5C0857" w14:textId="0605D2BE" w:rsidR="00C42D78" w:rsidRPr="00617191" w:rsidRDefault="00C42D78" w:rsidP="00C42D78">
      <w:pPr>
        <w:spacing w:line="360" w:lineRule="auto"/>
        <w:rPr>
          <w:rFonts w:ascii="Times New Roman" w:hAnsi="Times New Roman" w:cs="Times New Roman"/>
          <w:b/>
          <w:bCs/>
          <w:sz w:val="20"/>
          <w:szCs w:val="20"/>
          <w:lang w:val="tr-TR"/>
        </w:rPr>
      </w:pPr>
      <w:proofErr w:type="spellStart"/>
      <w:r w:rsidRPr="00617191">
        <w:rPr>
          <w:rFonts w:ascii="Times New Roman" w:hAnsi="Times New Roman" w:cs="Times New Roman"/>
          <w:b/>
          <w:bCs/>
          <w:sz w:val="20"/>
          <w:szCs w:val="20"/>
          <w:lang w:val="tr-TR"/>
        </w:rPr>
        <w:t>Antibiotic-Related</w:t>
      </w:r>
      <w:proofErr w:type="spellEnd"/>
      <w:r w:rsidRPr="00617191">
        <w:rPr>
          <w:rFonts w:ascii="Times New Roman" w:hAnsi="Times New Roman" w:cs="Times New Roman"/>
          <w:b/>
          <w:bCs/>
          <w:sz w:val="20"/>
          <w:szCs w:val="20"/>
          <w:lang w:val="tr-TR"/>
        </w:rPr>
        <w:t xml:space="preserve"> Knowledge, </w:t>
      </w:r>
      <w:proofErr w:type="spellStart"/>
      <w:r w:rsidRPr="00617191">
        <w:rPr>
          <w:rFonts w:ascii="Times New Roman" w:hAnsi="Times New Roman" w:cs="Times New Roman"/>
          <w:b/>
          <w:bCs/>
          <w:sz w:val="20"/>
          <w:szCs w:val="20"/>
          <w:lang w:val="tr-TR"/>
        </w:rPr>
        <w:t>Attitudes</w:t>
      </w:r>
      <w:proofErr w:type="spellEnd"/>
      <w:r w:rsidRPr="00617191">
        <w:rPr>
          <w:rFonts w:ascii="Times New Roman" w:hAnsi="Times New Roman" w:cs="Times New Roman"/>
          <w:b/>
          <w:bCs/>
          <w:sz w:val="20"/>
          <w:szCs w:val="20"/>
          <w:lang w:val="tr-TR"/>
        </w:rPr>
        <w:t xml:space="preserve">, </w:t>
      </w:r>
      <w:proofErr w:type="spellStart"/>
      <w:r w:rsidRPr="00617191">
        <w:rPr>
          <w:rFonts w:ascii="Times New Roman" w:hAnsi="Times New Roman" w:cs="Times New Roman"/>
          <w:b/>
          <w:bCs/>
          <w:sz w:val="20"/>
          <w:szCs w:val="20"/>
          <w:lang w:val="tr-TR"/>
        </w:rPr>
        <w:t>and</w:t>
      </w:r>
      <w:proofErr w:type="spellEnd"/>
      <w:r w:rsidRPr="00617191">
        <w:rPr>
          <w:rFonts w:ascii="Times New Roman" w:hAnsi="Times New Roman" w:cs="Times New Roman"/>
          <w:b/>
          <w:bCs/>
          <w:sz w:val="20"/>
          <w:szCs w:val="20"/>
          <w:lang w:val="tr-TR"/>
        </w:rPr>
        <w:t xml:space="preserve"> </w:t>
      </w:r>
      <w:proofErr w:type="spellStart"/>
      <w:r w:rsidRPr="00617191">
        <w:rPr>
          <w:rFonts w:ascii="Times New Roman" w:hAnsi="Times New Roman" w:cs="Times New Roman"/>
          <w:b/>
          <w:bCs/>
          <w:sz w:val="20"/>
          <w:szCs w:val="20"/>
          <w:lang w:val="tr-TR"/>
        </w:rPr>
        <w:t>Behaviors</w:t>
      </w:r>
      <w:proofErr w:type="spellEnd"/>
      <w:r w:rsidRPr="00617191">
        <w:rPr>
          <w:rFonts w:ascii="Times New Roman" w:hAnsi="Times New Roman" w:cs="Times New Roman"/>
          <w:b/>
          <w:bCs/>
          <w:sz w:val="20"/>
          <w:szCs w:val="20"/>
          <w:lang w:val="tr-TR"/>
        </w:rPr>
        <w:t xml:space="preserve"> </w:t>
      </w:r>
      <w:proofErr w:type="spellStart"/>
      <w:r w:rsidRPr="00617191">
        <w:rPr>
          <w:rFonts w:ascii="Times New Roman" w:hAnsi="Times New Roman" w:cs="Times New Roman"/>
          <w:b/>
          <w:bCs/>
          <w:sz w:val="20"/>
          <w:szCs w:val="20"/>
          <w:lang w:val="tr-TR"/>
        </w:rPr>
        <w:t>Questionnaire</w:t>
      </w:r>
      <w:proofErr w:type="spellEnd"/>
      <w:r w:rsidRPr="00617191">
        <w:rPr>
          <w:rFonts w:ascii="Times New Roman" w:hAnsi="Times New Roman" w:cs="Times New Roman"/>
          <w:b/>
          <w:bCs/>
          <w:sz w:val="20"/>
          <w:szCs w:val="20"/>
          <w:lang w:val="tr-TR"/>
        </w:rPr>
        <w:t xml:space="preserve"> (English </w:t>
      </w:r>
      <w:proofErr w:type="spellStart"/>
      <w:r w:rsidRPr="00617191">
        <w:rPr>
          <w:rFonts w:ascii="Times New Roman" w:hAnsi="Times New Roman" w:cs="Times New Roman"/>
          <w:b/>
          <w:bCs/>
          <w:sz w:val="20"/>
          <w:szCs w:val="20"/>
          <w:lang w:val="tr-TR"/>
        </w:rPr>
        <w:t>Version</w:t>
      </w:r>
      <w:proofErr w:type="spellEnd"/>
      <w:r w:rsidRPr="00617191">
        <w:rPr>
          <w:rFonts w:ascii="Times New Roman" w:hAnsi="Times New Roman" w:cs="Times New Roman"/>
          <w:b/>
          <w:bCs/>
          <w:sz w:val="20"/>
          <w:szCs w:val="20"/>
          <w:lang w:val="tr-TR"/>
        </w:rPr>
        <w:t>)</w:t>
      </w:r>
    </w:p>
    <w:p w14:paraId="62B0C397" w14:textId="77777777" w:rsidR="0027172C" w:rsidRPr="00C42D78" w:rsidRDefault="00000000" w:rsidP="00C42D78">
      <w:pPr>
        <w:pStyle w:val="ListeNumaras"/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C42D78">
        <w:rPr>
          <w:rFonts w:ascii="Times New Roman" w:hAnsi="Times New Roman" w:cs="Times New Roman"/>
          <w:sz w:val="20"/>
          <w:szCs w:val="20"/>
        </w:rPr>
        <w:t>Antibiotics are effective for viral illnesses such as the common cold or flu.</w:t>
      </w:r>
    </w:p>
    <w:p w14:paraId="324C66E6" w14:textId="77777777" w:rsidR="0027172C" w:rsidRPr="00C42D78" w:rsidRDefault="00000000" w:rsidP="00C42D78">
      <w:pPr>
        <w:pStyle w:val="ListeMaddemi"/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C42D78">
        <w:rPr>
          <w:rFonts w:ascii="Times New Roman" w:hAnsi="Times New Roman" w:cs="Times New Roman"/>
          <w:sz w:val="20"/>
          <w:szCs w:val="20"/>
        </w:rPr>
        <w:t>True</w:t>
      </w:r>
    </w:p>
    <w:p w14:paraId="381466BD" w14:textId="77777777" w:rsidR="0027172C" w:rsidRPr="00C42D78" w:rsidRDefault="00000000" w:rsidP="00C42D78">
      <w:pPr>
        <w:pStyle w:val="ListeMaddemi"/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C42D78">
        <w:rPr>
          <w:rFonts w:ascii="Times New Roman" w:hAnsi="Times New Roman" w:cs="Times New Roman"/>
          <w:sz w:val="20"/>
          <w:szCs w:val="20"/>
        </w:rPr>
        <w:t>False</w:t>
      </w:r>
    </w:p>
    <w:p w14:paraId="01B62AB2" w14:textId="77777777" w:rsidR="0027172C" w:rsidRPr="00C42D78" w:rsidRDefault="00000000" w:rsidP="00C42D78">
      <w:pPr>
        <w:pStyle w:val="ListeMaddemi"/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C42D78">
        <w:rPr>
          <w:rFonts w:ascii="Times New Roman" w:hAnsi="Times New Roman" w:cs="Times New Roman"/>
          <w:sz w:val="20"/>
          <w:szCs w:val="20"/>
        </w:rPr>
        <w:t>I don't know</w:t>
      </w:r>
    </w:p>
    <w:p w14:paraId="44908D76" w14:textId="77777777" w:rsidR="0027172C" w:rsidRPr="00C42D78" w:rsidRDefault="00000000" w:rsidP="00C42D78">
      <w:pPr>
        <w:pStyle w:val="ListeNumaras"/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C42D78">
        <w:rPr>
          <w:rFonts w:ascii="Times New Roman" w:hAnsi="Times New Roman" w:cs="Times New Roman"/>
          <w:sz w:val="20"/>
          <w:szCs w:val="20"/>
        </w:rPr>
        <w:t>In most febrile illnesses, antibiotics are not necessary.</w:t>
      </w:r>
    </w:p>
    <w:p w14:paraId="788FB471" w14:textId="77777777" w:rsidR="0027172C" w:rsidRPr="00C42D78" w:rsidRDefault="00000000" w:rsidP="00C42D78">
      <w:pPr>
        <w:pStyle w:val="ListeMaddemi"/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C42D78">
        <w:rPr>
          <w:rFonts w:ascii="Times New Roman" w:hAnsi="Times New Roman" w:cs="Times New Roman"/>
          <w:sz w:val="20"/>
          <w:szCs w:val="20"/>
        </w:rPr>
        <w:t>True</w:t>
      </w:r>
    </w:p>
    <w:p w14:paraId="3C0A5C52" w14:textId="77777777" w:rsidR="0027172C" w:rsidRPr="00C42D78" w:rsidRDefault="00000000" w:rsidP="00C42D78">
      <w:pPr>
        <w:pStyle w:val="ListeMaddemi"/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C42D78">
        <w:rPr>
          <w:rFonts w:ascii="Times New Roman" w:hAnsi="Times New Roman" w:cs="Times New Roman"/>
          <w:sz w:val="20"/>
          <w:szCs w:val="20"/>
        </w:rPr>
        <w:t>False</w:t>
      </w:r>
    </w:p>
    <w:p w14:paraId="748486A2" w14:textId="77777777" w:rsidR="0027172C" w:rsidRPr="00C42D78" w:rsidRDefault="00000000" w:rsidP="00C42D78">
      <w:pPr>
        <w:pStyle w:val="ListeMaddemi"/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C42D78">
        <w:rPr>
          <w:rFonts w:ascii="Times New Roman" w:hAnsi="Times New Roman" w:cs="Times New Roman"/>
          <w:sz w:val="20"/>
          <w:szCs w:val="20"/>
        </w:rPr>
        <w:t>I don't know</w:t>
      </w:r>
    </w:p>
    <w:p w14:paraId="1B2DF4AF" w14:textId="77777777" w:rsidR="0027172C" w:rsidRPr="00C42D78" w:rsidRDefault="00000000" w:rsidP="00C42D78">
      <w:pPr>
        <w:pStyle w:val="ListeNumaras"/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C42D78">
        <w:rPr>
          <w:rFonts w:ascii="Times New Roman" w:hAnsi="Times New Roman" w:cs="Times New Roman"/>
          <w:sz w:val="20"/>
          <w:szCs w:val="20"/>
        </w:rPr>
        <w:t>Unnecessary use of antibiotics leads to antimicrobial resistance.</w:t>
      </w:r>
    </w:p>
    <w:p w14:paraId="4D108C8E" w14:textId="77777777" w:rsidR="0027172C" w:rsidRPr="00C42D78" w:rsidRDefault="00000000" w:rsidP="00C42D78">
      <w:pPr>
        <w:pStyle w:val="ListeMaddemi"/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C42D78">
        <w:rPr>
          <w:rFonts w:ascii="Times New Roman" w:hAnsi="Times New Roman" w:cs="Times New Roman"/>
          <w:sz w:val="20"/>
          <w:szCs w:val="20"/>
        </w:rPr>
        <w:t>True</w:t>
      </w:r>
    </w:p>
    <w:p w14:paraId="0EECF928" w14:textId="77777777" w:rsidR="0027172C" w:rsidRPr="00C42D78" w:rsidRDefault="00000000" w:rsidP="00C42D78">
      <w:pPr>
        <w:pStyle w:val="ListeMaddemi"/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C42D78">
        <w:rPr>
          <w:rFonts w:ascii="Times New Roman" w:hAnsi="Times New Roman" w:cs="Times New Roman"/>
          <w:sz w:val="20"/>
          <w:szCs w:val="20"/>
        </w:rPr>
        <w:t>False</w:t>
      </w:r>
    </w:p>
    <w:p w14:paraId="341F37A4" w14:textId="77777777" w:rsidR="0027172C" w:rsidRPr="00C42D78" w:rsidRDefault="00000000" w:rsidP="00C42D78">
      <w:pPr>
        <w:pStyle w:val="ListeMaddemi"/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C42D78">
        <w:rPr>
          <w:rFonts w:ascii="Times New Roman" w:hAnsi="Times New Roman" w:cs="Times New Roman"/>
          <w:sz w:val="20"/>
          <w:szCs w:val="20"/>
        </w:rPr>
        <w:t>I don't know</w:t>
      </w:r>
    </w:p>
    <w:p w14:paraId="2CA66CB1" w14:textId="77777777" w:rsidR="0027172C" w:rsidRPr="00C42D78" w:rsidRDefault="00000000" w:rsidP="00C42D78">
      <w:pPr>
        <w:pStyle w:val="ListeNumaras"/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C42D78">
        <w:rPr>
          <w:rFonts w:ascii="Times New Roman" w:hAnsi="Times New Roman" w:cs="Times New Roman"/>
          <w:sz w:val="20"/>
          <w:szCs w:val="20"/>
        </w:rPr>
        <w:t>Antibiotic resistance means that antibiotics become more effective against microbes.</w:t>
      </w:r>
    </w:p>
    <w:p w14:paraId="07A47B2D" w14:textId="77777777" w:rsidR="0027172C" w:rsidRPr="00C42D78" w:rsidRDefault="00000000" w:rsidP="00C42D78">
      <w:pPr>
        <w:pStyle w:val="ListeMaddemi"/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C42D78">
        <w:rPr>
          <w:rFonts w:ascii="Times New Roman" w:hAnsi="Times New Roman" w:cs="Times New Roman"/>
          <w:sz w:val="20"/>
          <w:szCs w:val="20"/>
        </w:rPr>
        <w:t>True</w:t>
      </w:r>
    </w:p>
    <w:p w14:paraId="4C161BA7" w14:textId="77777777" w:rsidR="0027172C" w:rsidRPr="00C42D78" w:rsidRDefault="00000000" w:rsidP="00C42D78">
      <w:pPr>
        <w:pStyle w:val="ListeMaddemi"/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C42D78">
        <w:rPr>
          <w:rFonts w:ascii="Times New Roman" w:hAnsi="Times New Roman" w:cs="Times New Roman"/>
          <w:sz w:val="20"/>
          <w:szCs w:val="20"/>
        </w:rPr>
        <w:t>False</w:t>
      </w:r>
    </w:p>
    <w:p w14:paraId="072FB940" w14:textId="77777777" w:rsidR="0027172C" w:rsidRPr="00C42D78" w:rsidRDefault="00000000" w:rsidP="00C42D78">
      <w:pPr>
        <w:pStyle w:val="ListeMaddemi"/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C42D78">
        <w:rPr>
          <w:rFonts w:ascii="Times New Roman" w:hAnsi="Times New Roman" w:cs="Times New Roman"/>
          <w:sz w:val="20"/>
          <w:szCs w:val="20"/>
        </w:rPr>
        <w:t>I don't know</w:t>
      </w:r>
    </w:p>
    <w:p w14:paraId="4CE28F16" w14:textId="77777777" w:rsidR="0027172C" w:rsidRPr="00C42D78" w:rsidRDefault="00000000" w:rsidP="00C42D78">
      <w:pPr>
        <w:pStyle w:val="ListeNumaras"/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C42D78">
        <w:rPr>
          <w:rFonts w:ascii="Times New Roman" w:hAnsi="Times New Roman" w:cs="Times New Roman"/>
          <w:sz w:val="20"/>
          <w:szCs w:val="20"/>
        </w:rPr>
        <w:t>Using antibiotics without a doctor's prescription can cause serious health problems.</w:t>
      </w:r>
    </w:p>
    <w:p w14:paraId="2A9819BB" w14:textId="77777777" w:rsidR="0027172C" w:rsidRPr="00C42D78" w:rsidRDefault="00000000" w:rsidP="00C42D78">
      <w:pPr>
        <w:pStyle w:val="ListeMaddemi"/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C42D78">
        <w:rPr>
          <w:rFonts w:ascii="Times New Roman" w:hAnsi="Times New Roman" w:cs="Times New Roman"/>
          <w:sz w:val="20"/>
          <w:szCs w:val="20"/>
        </w:rPr>
        <w:t>True</w:t>
      </w:r>
    </w:p>
    <w:p w14:paraId="281FF380" w14:textId="77777777" w:rsidR="0027172C" w:rsidRPr="00C42D78" w:rsidRDefault="00000000" w:rsidP="00C42D78">
      <w:pPr>
        <w:pStyle w:val="ListeMaddemi"/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C42D78">
        <w:rPr>
          <w:rFonts w:ascii="Times New Roman" w:hAnsi="Times New Roman" w:cs="Times New Roman"/>
          <w:sz w:val="20"/>
          <w:szCs w:val="20"/>
        </w:rPr>
        <w:t>False</w:t>
      </w:r>
    </w:p>
    <w:p w14:paraId="6CCD43CC" w14:textId="77777777" w:rsidR="0027172C" w:rsidRPr="00C42D78" w:rsidRDefault="00000000" w:rsidP="00C42D78">
      <w:pPr>
        <w:pStyle w:val="ListeMaddemi"/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C42D78">
        <w:rPr>
          <w:rFonts w:ascii="Times New Roman" w:hAnsi="Times New Roman" w:cs="Times New Roman"/>
          <w:sz w:val="20"/>
          <w:szCs w:val="20"/>
        </w:rPr>
        <w:t>I don't know</w:t>
      </w:r>
    </w:p>
    <w:p w14:paraId="19AEE232" w14:textId="77777777" w:rsidR="0027172C" w:rsidRPr="00C42D78" w:rsidRDefault="00000000" w:rsidP="00C42D78">
      <w:pPr>
        <w:pStyle w:val="ListeNumaras"/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C42D78">
        <w:rPr>
          <w:rFonts w:ascii="Times New Roman" w:hAnsi="Times New Roman" w:cs="Times New Roman"/>
          <w:sz w:val="20"/>
          <w:szCs w:val="20"/>
        </w:rPr>
        <w:t>When I have a fever, I expect the doctor to prescribe antibiotics; if not, I feel disappointed.</w:t>
      </w:r>
    </w:p>
    <w:p w14:paraId="65286005" w14:textId="77777777" w:rsidR="0027172C" w:rsidRPr="00C42D78" w:rsidRDefault="00000000" w:rsidP="00C42D78">
      <w:pPr>
        <w:pStyle w:val="ListeMaddemi"/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C42D78">
        <w:rPr>
          <w:rFonts w:ascii="Times New Roman" w:hAnsi="Times New Roman" w:cs="Times New Roman"/>
          <w:sz w:val="20"/>
          <w:szCs w:val="20"/>
        </w:rPr>
        <w:t>Strongly disagree</w:t>
      </w:r>
    </w:p>
    <w:p w14:paraId="58F88112" w14:textId="77777777" w:rsidR="0027172C" w:rsidRPr="00C42D78" w:rsidRDefault="00000000" w:rsidP="00C42D78">
      <w:pPr>
        <w:pStyle w:val="ListeMaddemi"/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C42D78">
        <w:rPr>
          <w:rFonts w:ascii="Times New Roman" w:hAnsi="Times New Roman" w:cs="Times New Roman"/>
          <w:sz w:val="20"/>
          <w:szCs w:val="20"/>
        </w:rPr>
        <w:t>Disagree</w:t>
      </w:r>
    </w:p>
    <w:p w14:paraId="507C86E6" w14:textId="77777777" w:rsidR="0027172C" w:rsidRPr="00C42D78" w:rsidRDefault="00000000" w:rsidP="00C42D78">
      <w:pPr>
        <w:pStyle w:val="ListeMaddemi"/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C42D78">
        <w:rPr>
          <w:rFonts w:ascii="Times New Roman" w:hAnsi="Times New Roman" w:cs="Times New Roman"/>
          <w:sz w:val="20"/>
          <w:szCs w:val="20"/>
        </w:rPr>
        <w:t>Neutral</w:t>
      </w:r>
    </w:p>
    <w:p w14:paraId="54500CF4" w14:textId="77777777" w:rsidR="0027172C" w:rsidRPr="00C42D78" w:rsidRDefault="00000000" w:rsidP="00C42D78">
      <w:pPr>
        <w:pStyle w:val="ListeMaddemi"/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C42D78">
        <w:rPr>
          <w:rFonts w:ascii="Times New Roman" w:hAnsi="Times New Roman" w:cs="Times New Roman"/>
          <w:sz w:val="20"/>
          <w:szCs w:val="20"/>
        </w:rPr>
        <w:t>Agree</w:t>
      </w:r>
    </w:p>
    <w:p w14:paraId="1E0DDFF5" w14:textId="77777777" w:rsidR="0027172C" w:rsidRPr="00C42D78" w:rsidRDefault="00000000" w:rsidP="00C42D78">
      <w:pPr>
        <w:pStyle w:val="ListeMaddemi"/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C42D78">
        <w:rPr>
          <w:rFonts w:ascii="Times New Roman" w:hAnsi="Times New Roman" w:cs="Times New Roman"/>
          <w:sz w:val="20"/>
          <w:szCs w:val="20"/>
        </w:rPr>
        <w:t>Strongly agree</w:t>
      </w:r>
    </w:p>
    <w:p w14:paraId="30FE88E6" w14:textId="77777777" w:rsidR="00C42D78" w:rsidRDefault="00C42D78" w:rsidP="00C42D78">
      <w:pPr>
        <w:pStyle w:val="ListeNumaras"/>
        <w:numPr>
          <w:ilvl w:val="0"/>
          <w:numId w:val="0"/>
        </w:numPr>
        <w:spacing w:line="360" w:lineRule="auto"/>
        <w:ind w:left="360"/>
        <w:rPr>
          <w:rFonts w:ascii="Times New Roman" w:hAnsi="Times New Roman" w:cs="Times New Roman"/>
          <w:sz w:val="20"/>
          <w:szCs w:val="20"/>
        </w:rPr>
      </w:pPr>
    </w:p>
    <w:p w14:paraId="598DC0A4" w14:textId="77777777" w:rsidR="00C42D78" w:rsidRDefault="00C42D78" w:rsidP="00C42D78">
      <w:pPr>
        <w:pStyle w:val="ListeNumaras"/>
        <w:numPr>
          <w:ilvl w:val="0"/>
          <w:numId w:val="0"/>
        </w:numPr>
        <w:spacing w:line="360" w:lineRule="auto"/>
        <w:ind w:left="360"/>
        <w:rPr>
          <w:rFonts w:ascii="Times New Roman" w:hAnsi="Times New Roman" w:cs="Times New Roman"/>
          <w:sz w:val="20"/>
          <w:szCs w:val="20"/>
        </w:rPr>
      </w:pPr>
    </w:p>
    <w:p w14:paraId="15558263" w14:textId="2FD6ABE8" w:rsidR="0027172C" w:rsidRPr="00C42D78" w:rsidRDefault="00000000" w:rsidP="00C42D78">
      <w:pPr>
        <w:pStyle w:val="ListeNumaras"/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C42D78">
        <w:rPr>
          <w:rFonts w:ascii="Times New Roman" w:hAnsi="Times New Roman" w:cs="Times New Roman"/>
          <w:sz w:val="20"/>
          <w:szCs w:val="20"/>
        </w:rPr>
        <w:lastRenderedPageBreak/>
        <w:t>Using antibiotics without a prescription is safe.</w:t>
      </w:r>
    </w:p>
    <w:p w14:paraId="0C77D547" w14:textId="77777777" w:rsidR="0027172C" w:rsidRPr="00C42D78" w:rsidRDefault="00000000" w:rsidP="00C42D78">
      <w:pPr>
        <w:pStyle w:val="ListeMaddemi"/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C42D78">
        <w:rPr>
          <w:rFonts w:ascii="Times New Roman" w:hAnsi="Times New Roman" w:cs="Times New Roman"/>
          <w:sz w:val="20"/>
          <w:szCs w:val="20"/>
        </w:rPr>
        <w:t>Strongly disagree</w:t>
      </w:r>
    </w:p>
    <w:p w14:paraId="6C3DB8F1" w14:textId="77777777" w:rsidR="0027172C" w:rsidRPr="00C42D78" w:rsidRDefault="00000000" w:rsidP="00C42D78">
      <w:pPr>
        <w:pStyle w:val="ListeMaddemi"/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C42D78">
        <w:rPr>
          <w:rFonts w:ascii="Times New Roman" w:hAnsi="Times New Roman" w:cs="Times New Roman"/>
          <w:sz w:val="20"/>
          <w:szCs w:val="20"/>
        </w:rPr>
        <w:t>Disagree</w:t>
      </w:r>
    </w:p>
    <w:p w14:paraId="16ECDF94" w14:textId="77777777" w:rsidR="0027172C" w:rsidRPr="00C42D78" w:rsidRDefault="00000000" w:rsidP="00C42D78">
      <w:pPr>
        <w:pStyle w:val="ListeMaddemi"/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C42D78">
        <w:rPr>
          <w:rFonts w:ascii="Times New Roman" w:hAnsi="Times New Roman" w:cs="Times New Roman"/>
          <w:sz w:val="20"/>
          <w:szCs w:val="20"/>
        </w:rPr>
        <w:t>Neutral</w:t>
      </w:r>
    </w:p>
    <w:p w14:paraId="1849E525" w14:textId="77777777" w:rsidR="0027172C" w:rsidRPr="00C42D78" w:rsidRDefault="00000000" w:rsidP="00C42D78">
      <w:pPr>
        <w:pStyle w:val="ListeMaddemi"/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C42D78">
        <w:rPr>
          <w:rFonts w:ascii="Times New Roman" w:hAnsi="Times New Roman" w:cs="Times New Roman"/>
          <w:sz w:val="20"/>
          <w:szCs w:val="20"/>
        </w:rPr>
        <w:t>Agree</w:t>
      </w:r>
    </w:p>
    <w:p w14:paraId="65E86EA4" w14:textId="77777777" w:rsidR="0027172C" w:rsidRPr="00C42D78" w:rsidRDefault="00000000" w:rsidP="00C42D78">
      <w:pPr>
        <w:pStyle w:val="ListeMaddemi"/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C42D78">
        <w:rPr>
          <w:rFonts w:ascii="Times New Roman" w:hAnsi="Times New Roman" w:cs="Times New Roman"/>
          <w:sz w:val="20"/>
          <w:szCs w:val="20"/>
        </w:rPr>
        <w:t>Strongly agree</w:t>
      </w:r>
    </w:p>
    <w:p w14:paraId="20E97E3E" w14:textId="77777777" w:rsidR="0027172C" w:rsidRPr="00C42D78" w:rsidRDefault="00000000" w:rsidP="00C42D78">
      <w:pPr>
        <w:pStyle w:val="ListeNumaras"/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C42D78">
        <w:rPr>
          <w:rFonts w:ascii="Times New Roman" w:hAnsi="Times New Roman" w:cs="Times New Roman"/>
          <w:sz w:val="20"/>
          <w:szCs w:val="20"/>
        </w:rPr>
        <w:t>I think antibiotic resistance will be a serious problem in the future.</w:t>
      </w:r>
    </w:p>
    <w:p w14:paraId="389CE33F" w14:textId="77777777" w:rsidR="0027172C" w:rsidRPr="00C42D78" w:rsidRDefault="00000000" w:rsidP="00C42D78">
      <w:pPr>
        <w:pStyle w:val="ListeMaddemi"/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C42D78">
        <w:rPr>
          <w:rFonts w:ascii="Times New Roman" w:hAnsi="Times New Roman" w:cs="Times New Roman"/>
          <w:sz w:val="20"/>
          <w:szCs w:val="20"/>
        </w:rPr>
        <w:t>Strongly disagree</w:t>
      </w:r>
    </w:p>
    <w:p w14:paraId="75C6AFBD" w14:textId="77777777" w:rsidR="0027172C" w:rsidRPr="00C42D78" w:rsidRDefault="00000000" w:rsidP="00C42D78">
      <w:pPr>
        <w:pStyle w:val="ListeMaddemi"/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C42D78">
        <w:rPr>
          <w:rFonts w:ascii="Times New Roman" w:hAnsi="Times New Roman" w:cs="Times New Roman"/>
          <w:sz w:val="20"/>
          <w:szCs w:val="20"/>
        </w:rPr>
        <w:t>Disagree</w:t>
      </w:r>
    </w:p>
    <w:p w14:paraId="6250ED47" w14:textId="77777777" w:rsidR="0027172C" w:rsidRPr="00C42D78" w:rsidRDefault="00000000" w:rsidP="00C42D78">
      <w:pPr>
        <w:pStyle w:val="ListeMaddemi"/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C42D78">
        <w:rPr>
          <w:rFonts w:ascii="Times New Roman" w:hAnsi="Times New Roman" w:cs="Times New Roman"/>
          <w:sz w:val="20"/>
          <w:szCs w:val="20"/>
        </w:rPr>
        <w:t>Neutral</w:t>
      </w:r>
    </w:p>
    <w:p w14:paraId="55ABB44D" w14:textId="77777777" w:rsidR="0027172C" w:rsidRPr="00C42D78" w:rsidRDefault="00000000" w:rsidP="00C42D78">
      <w:pPr>
        <w:pStyle w:val="ListeMaddemi"/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C42D78">
        <w:rPr>
          <w:rFonts w:ascii="Times New Roman" w:hAnsi="Times New Roman" w:cs="Times New Roman"/>
          <w:sz w:val="20"/>
          <w:szCs w:val="20"/>
        </w:rPr>
        <w:t>Agree</w:t>
      </w:r>
    </w:p>
    <w:p w14:paraId="3730E350" w14:textId="77777777" w:rsidR="0027172C" w:rsidRPr="00C42D78" w:rsidRDefault="00000000" w:rsidP="00C42D78">
      <w:pPr>
        <w:pStyle w:val="ListeMaddemi"/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C42D78">
        <w:rPr>
          <w:rFonts w:ascii="Times New Roman" w:hAnsi="Times New Roman" w:cs="Times New Roman"/>
          <w:sz w:val="20"/>
          <w:szCs w:val="20"/>
        </w:rPr>
        <w:t>Strongly agree</w:t>
      </w:r>
    </w:p>
    <w:p w14:paraId="698D38C5" w14:textId="77777777" w:rsidR="0027172C" w:rsidRPr="00C42D78" w:rsidRDefault="00000000" w:rsidP="00C42D78">
      <w:pPr>
        <w:pStyle w:val="ListeNumaras"/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C42D78">
        <w:rPr>
          <w:rFonts w:ascii="Times New Roman" w:hAnsi="Times New Roman" w:cs="Times New Roman"/>
          <w:sz w:val="20"/>
          <w:szCs w:val="20"/>
        </w:rPr>
        <w:t>I believe that unnecessary use of antibiotics can be harmful.</w:t>
      </w:r>
    </w:p>
    <w:p w14:paraId="69C7CD0F" w14:textId="77777777" w:rsidR="0027172C" w:rsidRPr="00C42D78" w:rsidRDefault="00000000" w:rsidP="00C42D78">
      <w:pPr>
        <w:pStyle w:val="ListeMaddemi"/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C42D78">
        <w:rPr>
          <w:rFonts w:ascii="Times New Roman" w:hAnsi="Times New Roman" w:cs="Times New Roman"/>
          <w:sz w:val="20"/>
          <w:szCs w:val="20"/>
        </w:rPr>
        <w:t>Strongly disagree</w:t>
      </w:r>
    </w:p>
    <w:p w14:paraId="31129D14" w14:textId="77777777" w:rsidR="0027172C" w:rsidRPr="00C42D78" w:rsidRDefault="00000000" w:rsidP="00C42D78">
      <w:pPr>
        <w:pStyle w:val="ListeMaddemi"/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C42D78">
        <w:rPr>
          <w:rFonts w:ascii="Times New Roman" w:hAnsi="Times New Roman" w:cs="Times New Roman"/>
          <w:sz w:val="20"/>
          <w:szCs w:val="20"/>
        </w:rPr>
        <w:t>Disagree</w:t>
      </w:r>
    </w:p>
    <w:p w14:paraId="3220DFEF" w14:textId="77777777" w:rsidR="0027172C" w:rsidRPr="00C42D78" w:rsidRDefault="00000000" w:rsidP="00C42D78">
      <w:pPr>
        <w:pStyle w:val="ListeMaddemi"/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C42D78">
        <w:rPr>
          <w:rFonts w:ascii="Times New Roman" w:hAnsi="Times New Roman" w:cs="Times New Roman"/>
          <w:sz w:val="20"/>
          <w:szCs w:val="20"/>
        </w:rPr>
        <w:t>Neutral</w:t>
      </w:r>
    </w:p>
    <w:p w14:paraId="323B9B3B" w14:textId="77777777" w:rsidR="0027172C" w:rsidRPr="00C42D78" w:rsidRDefault="00000000" w:rsidP="00C42D78">
      <w:pPr>
        <w:pStyle w:val="ListeMaddemi"/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C42D78">
        <w:rPr>
          <w:rFonts w:ascii="Times New Roman" w:hAnsi="Times New Roman" w:cs="Times New Roman"/>
          <w:sz w:val="20"/>
          <w:szCs w:val="20"/>
        </w:rPr>
        <w:t>Agree</w:t>
      </w:r>
    </w:p>
    <w:p w14:paraId="33BF043F" w14:textId="77777777" w:rsidR="0027172C" w:rsidRPr="00C42D78" w:rsidRDefault="00000000" w:rsidP="00C42D78">
      <w:pPr>
        <w:pStyle w:val="ListeMaddemi"/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C42D78">
        <w:rPr>
          <w:rFonts w:ascii="Times New Roman" w:hAnsi="Times New Roman" w:cs="Times New Roman"/>
          <w:sz w:val="20"/>
          <w:szCs w:val="20"/>
        </w:rPr>
        <w:t>Strongly agree</w:t>
      </w:r>
    </w:p>
    <w:p w14:paraId="4212A83F" w14:textId="77777777" w:rsidR="0027172C" w:rsidRPr="00C42D78" w:rsidRDefault="00000000" w:rsidP="00C42D78">
      <w:pPr>
        <w:pStyle w:val="ListeNumaras"/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C42D78">
        <w:rPr>
          <w:rFonts w:ascii="Times New Roman" w:hAnsi="Times New Roman" w:cs="Times New Roman"/>
          <w:sz w:val="20"/>
          <w:szCs w:val="20"/>
        </w:rPr>
        <w:t>Even if my symptoms improve, I should complete the antibiotic course as prescribed.</w:t>
      </w:r>
    </w:p>
    <w:p w14:paraId="60CD5E0A" w14:textId="77777777" w:rsidR="0027172C" w:rsidRPr="00C42D78" w:rsidRDefault="00000000" w:rsidP="00C42D78">
      <w:pPr>
        <w:pStyle w:val="ListeMaddemi"/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C42D78">
        <w:rPr>
          <w:rFonts w:ascii="Times New Roman" w:hAnsi="Times New Roman" w:cs="Times New Roman"/>
          <w:sz w:val="20"/>
          <w:szCs w:val="20"/>
        </w:rPr>
        <w:t>Strongly disagree</w:t>
      </w:r>
    </w:p>
    <w:p w14:paraId="419D87B7" w14:textId="77777777" w:rsidR="0027172C" w:rsidRPr="00C42D78" w:rsidRDefault="00000000" w:rsidP="00C42D78">
      <w:pPr>
        <w:pStyle w:val="ListeMaddemi"/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C42D78">
        <w:rPr>
          <w:rFonts w:ascii="Times New Roman" w:hAnsi="Times New Roman" w:cs="Times New Roman"/>
          <w:sz w:val="20"/>
          <w:szCs w:val="20"/>
        </w:rPr>
        <w:t>Disagree</w:t>
      </w:r>
    </w:p>
    <w:p w14:paraId="536C4867" w14:textId="77777777" w:rsidR="0027172C" w:rsidRPr="00C42D78" w:rsidRDefault="00000000" w:rsidP="00C42D78">
      <w:pPr>
        <w:pStyle w:val="ListeMaddemi"/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C42D78">
        <w:rPr>
          <w:rFonts w:ascii="Times New Roman" w:hAnsi="Times New Roman" w:cs="Times New Roman"/>
          <w:sz w:val="20"/>
          <w:szCs w:val="20"/>
        </w:rPr>
        <w:t>Neutral</w:t>
      </w:r>
    </w:p>
    <w:p w14:paraId="7C2277D9" w14:textId="77777777" w:rsidR="0027172C" w:rsidRPr="00C42D78" w:rsidRDefault="00000000" w:rsidP="00C42D78">
      <w:pPr>
        <w:pStyle w:val="ListeMaddemi"/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C42D78">
        <w:rPr>
          <w:rFonts w:ascii="Times New Roman" w:hAnsi="Times New Roman" w:cs="Times New Roman"/>
          <w:sz w:val="20"/>
          <w:szCs w:val="20"/>
        </w:rPr>
        <w:t>Agree</w:t>
      </w:r>
    </w:p>
    <w:p w14:paraId="515CB744" w14:textId="77777777" w:rsidR="0027172C" w:rsidRPr="00C42D78" w:rsidRDefault="00000000" w:rsidP="00C42D78">
      <w:pPr>
        <w:pStyle w:val="ListeMaddemi"/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C42D78">
        <w:rPr>
          <w:rFonts w:ascii="Times New Roman" w:hAnsi="Times New Roman" w:cs="Times New Roman"/>
          <w:sz w:val="20"/>
          <w:szCs w:val="20"/>
        </w:rPr>
        <w:t>Strongly agree</w:t>
      </w:r>
    </w:p>
    <w:p w14:paraId="6CEF9A38" w14:textId="77777777" w:rsidR="0027172C" w:rsidRPr="00C42D78" w:rsidRDefault="00000000" w:rsidP="00C42D78">
      <w:pPr>
        <w:pStyle w:val="ListeNumaras"/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C42D78">
        <w:rPr>
          <w:rFonts w:ascii="Times New Roman" w:hAnsi="Times New Roman" w:cs="Times New Roman"/>
          <w:sz w:val="20"/>
          <w:szCs w:val="20"/>
        </w:rPr>
        <w:t>It is appropriate to keep antibiotics at home “just in case”.</w:t>
      </w:r>
    </w:p>
    <w:p w14:paraId="3EFC5379" w14:textId="77777777" w:rsidR="0027172C" w:rsidRPr="00C42D78" w:rsidRDefault="00000000" w:rsidP="00C42D78">
      <w:pPr>
        <w:pStyle w:val="ListeMaddemi"/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C42D78">
        <w:rPr>
          <w:rFonts w:ascii="Times New Roman" w:hAnsi="Times New Roman" w:cs="Times New Roman"/>
          <w:sz w:val="20"/>
          <w:szCs w:val="20"/>
        </w:rPr>
        <w:t>Strongly disagree</w:t>
      </w:r>
    </w:p>
    <w:p w14:paraId="711B2FFB" w14:textId="77777777" w:rsidR="0027172C" w:rsidRPr="00C42D78" w:rsidRDefault="00000000" w:rsidP="00C42D78">
      <w:pPr>
        <w:pStyle w:val="ListeMaddemi"/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C42D78">
        <w:rPr>
          <w:rFonts w:ascii="Times New Roman" w:hAnsi="Times New Roman" w:cs="Times New Roman"/>
          <w:sz w:val="20"/>
          <w:szCs w:val="20"/>
        </w:rPr>
        <w:t>Disagree</w:t>
      </w:r>
    </w:p>
    <w:p w14:paraId="3B0CA705" w14:textId="77777777" w:rsidR="0027172C" w:rsidRPr="00C42D78" w:rsidRDefault="00000000" w:rsidP="00C42D78">
      <w:pPr>
        <w:pStyle w:val="ListeMaddemi"/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C42D78">
        <w:rPr>
          <w:rFonts w:ascii="Times New Roman" w:hAnsi="Times New Roman" w:cs="Times New Roman"/>
          <w:sz w:val="20"/>
          <w:szCs w:val="20"/>
        </w:rPr>
        <w:t>Neutral</w:t>
      </w:r>
    </w:p>
    <w:p w14:paraId="6F7047F3" w14:textId="77777777" w:rsidR="0027172C" w:rsidRPr="00C42D78" w:rsidRDefault="00000000" w:rsidP="00C42D78">
      <w:pPr>
        <w:pStyle w:val="ListeMaddemi"/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C42D78">
        <w:rPr>
          <w:rFonts w:ascii="Times New Roman" w:hAnsi="Times New Roman" w:cs="Times New Roman"/>
          <w:sz w:val="20"/>
          <w:szCs w:val="20"/>
        </w:rPr>
        <w:t>Agree</w:t>
      </w:r>
    </w:p>
    <w:p w14:paraId="41852D03" w14:textId="77777777" w:rsidR="0027172C" w:rsidRDefault="00000000" w:rsidP="00C42D78">
      <w:pPr>
        <w:pStyle w:val="ListeMaddemi"/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C42D78">
        <w:rPr>
          <w:rFonts w:ascii="Times New Roman" w:hAnsi="Times New Roman" w:cs="Times New Roman"/>
          <w:sz w:val="20"/>
          <w:szCs w:val="20"/>
        </w:rPr>
        <w:t>Strongly agree</w:t>
      </w:r>
    </w:p>
    <w:p w14:paraId="3ECC5E13" w14:textId="77777777" w:rsidR="00C42D78" w:rsidRPr="00C42D78" w:rsidRDefault="00C42D78" w:rsidP="00C42D78">
      <w:pPr>
        <w:pStyle w:val="ListeMaddemi"/>
        <w:numPr>
          <w:ilvl w:val="0"/>
          <w:numId w:val="0"/>
        </w:numPr>
        <w:spacing w:line="360" w:lineRule="auto"/>
        <w:ind w:left="360"/>
        <w:rPr>
          <w:rFonts w:ascii="Times New Roman" w:hAnsi="Times New Roman" w:cs="Times New Roman"/>
          <w:sz w:val="20"/>
          <w:szCs w:val="20"/>
        </w:rPr>
      </w:pPr>
    </w:p>
    <w:p w14:paraId="2D1CB01F" w14:textId="77777777" w:rsidR="0027172C" w:rsidRPr="00C42D78" w:rsidRDefault="00000000" w:rsidP="00C42D78">
      <w:pPr>
        <w:pStyle w:val="ListeNumaras"/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C42D78">
        <w:rPr>
          <w:rFonts w:ascii="Times New Roman" w:hAnsi="Times New Roman" w:cs="Times New Roman"/>
          <w:sz w:val="20"/>
          <w:szCs w:val="20"/>
        </w:rPr>
        <w:lastRenderedPageBreak/>
        <w:t>I have used leftover antibiotics at home later.</w:t>
      </w:r>
    </w:p>
    <w:p w14:paraId="409D5B8B" w14:textId="77777777" w:rsidR="0027172C" w:rsidRPr="00C42D78" w:rsidRDefault="00000000" w:rsidP="00C42D78">
      <w:pPr>
        <w:pStyle w:val="ListeMaddemi"/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C42D78">
        <w:rPr>
          <w:rFonts w:ascii="Times New Roman" w:hAnsi="Times New Roman" w:cs="Times New Roman"/>
          <w:sz w:val="20"/>
          <w:szCs w:val="20"/>
        </w:rPr>
        <w:t>Yes</w:t>
      </w:r>
    </w:p>
    <w:p w14:paraId="6FCDCBDE" w14:textId="77777777" w:rsidR="0027172C" w:rsidRPr="00C42D78" w:rsidRDefault="00000000" w:rsidP="00C42D78">
      <w:pPr>
        <w:pStyle w:val="ListeMaddemi"/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C42D78">
        <w:rPr>
          <w:rFonts w:ascii="Times New Roman" w:hAnsi="Times New Roman" w:cs="Times New Roman"/>
          <w:sz w:val="20"/>
          <w:szCs w:val="20"/>
        </w:rPr>
        <w:t>No</w:t>
      </w:r>
    </w:p>
    <w:p w14:paraId="451304D3" w14:textId="77777777" w:rsidR="0027172C" w:rsidRPr="00C42D78" w:rsidRDefault="00000000" w:rsidP="00C42D78">
      <w:pPr>
        <w:pStyle w:val="ListeNumaras"/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C42D78">
        <w:rPr>
          <w:rFonts w:ascii="Times New Roman" w:hAnsi="Times New Roman" w:cs="Times New Roman"/>
          <w:sz w:val="20"/>
          <w:szCs w:val="20"/>
        </w:rPr>
        <w:t>I have used antibiotics based on someone else’s recommendation (non‑physician).</w:t>
      </w:r>
    </w:p>
    <w:p w14:paraId="05ACF231" w14:textId="77777777" w:rsidR="0027172C" w:rsidRPr="00C42D78" w:rsidRDefault="00000000" w:rsidP="00C42D78">
      <w:pPr>
        <w:pStyle w:val="ListeMaddemi"/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C42D78">
        <w:rPr>
          <w:rFonts w:ascii="Times New Roman" w:hAnsi="Times New Roman" w:cs="Times New Roman"/>
          <w:sz w:val="20"/>
          <w:szCs w:val="20"/>
        </w:rPr>
        <w:t>Yes</w:t>
      </w:r>
    </w:p>
    <w:p w14:paraId="56D3E59E" w14:textId="77777777" w:rsidR="0027172C" w:rsidRPr="00C42D78" w:rsidRDefault="00000000" w:rsidP="00C42D78">
      <w:pPr>
        <w:pStyle w:val="ListeMaddemi"/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C42D78">
        <w:rPr>
          <w:rFonts w:ascii="Times New Roman" w:hAnsi="Times New Roman" w:cs="Times New Roman"/>
          <w:sz w:val="20"/>
          <w:szCs w:val="20"/>
        </w:rPr>
        <w:t>No</w:t>
      </w:r>
    </w:p>
    <w:p w14:paraId="1A1CB17F" w14:textId="77777777" w:rsidR="0027172C" w:rsidRPr="00C42D78" w:rsidRDefault="00000000" w:rsidP="00C42D78">
      <w:pPr>
        <w:pStyle w:val="ListeNumaras"/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C42D78">
        <w:rPr>
          <w:rFonts w:ascii="Times New Roman" w:hAnsi="Times New Roman" w:cs="Times New Roman"/>
          <w:sz w:val="20"/>
          <w:szCs w:val="20"/>
        </w:rPr>
        <w:t>I have stopped antibiotics before completing the course because I felt better.</w:t>
      </w:r>
    </w:p>
    <w:p w14:paraId="59D21978" w14:textId="77777777" w:rsidR="0027172C" w:rsidRPr="00C42D78" w:rsidRDefault="00000000" w:rsidP="00C42D78">
      <w:pPr>
        <w:pStyle w:val="ListeMaddemi"/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C42D78">
        <w:rPr>
          <w:rFonts w:ascii="Times New Roman" w:hAnsi="Times New Roman" w:cs="Times New Roman"/>
          <w:sz w:val="20"/>
          <w:szCs w:val="20"/>
        </w:rPr>
        <w:t>Yes</w:t>
      </w:r>
    </w:p>
    <w:p w14:paraId="6C28039B" w14:textId="77777777" w:rsidR="0027172C" w:rsidRPr="00C42D78" w:rsidRDefault="00000000" w:rsidP="00C42D78">
      <w:pPr>
        <w:pStyle w:val="ListeMaddemi"/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C42D78">
        <w:rPr>
          <w:rFonts w:ascii="Times New Roman" w:hAnsi="Times New Roman" w:cs="Times New Roman"/>
          <w:sz w:val="20"/>
          <w:szCs w:val="20"/>
        </w:rPr>
        <w:t>No</w:t>
      </w:r>
    </w:p>
    <w:p w14:paraId="561F4A8B" w14:textId="77777777" w:rsidR="0027172C" w:rsidRPr="00C42D78" w:rsidRDefault="00000000" w:rsidP="00C42D78">
      <w:pPr>
        <w:pStyle w:val="ListeNumaras"/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C42D78">
        <w:rPr>
          <w:rFonts w:ascii="Times New Roman" w:hAnsi="Times New Roman" w:cs="Times New Roman"/>
          <w:sz w:val="20"/>
          <w:szCs w:val="20"/>
        </w:rPr>
        <w:t>I have used antibiotics for common cold or flu in the past.</w:t>
      </w:r>
    </w:p>
    <w:p w14:paraId="097B8C71" w14:textId="77777777" w:rsidR="0027172C" w:rsidRPr="00C42D78" w:rsidRDefault="00000000" w:rsidP="00C42D78">
      <w:pPr>
        <w:pStyle w:val="ListeMaddemi"/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C42D78">
        <w:rPr>
          <w:rFonts w:ascii="Times New Roman" w:hAnsi="Times New Roman" w:cs="Times New Roman"/>
          <w:sz w:val="20"/>
          <w:szCs w:val="20"/>
        </w:rPr>
        <w:t>Yes</w:t>
      </w:r>
    </w:p>
    <w:p w14:paraId="63C78BA3" w14:textId="77777777" w:rsidR="0027172C" w:rsidRPr="00C42D78" w:rsidRDefault="00000000" w:rsidP="00C42D78">
      <w:pPr>
        <w:pStyle w:val="ListeMaddemi"/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C42D78">
        <w:rPr>
          <w:rFonts w:ascii="Times New Roman" w:hAnsi="Times New Roman" w:cs="Times New Roman"/>
          <w:sz w:val="20"/>
          <w:szCs w:val="20"/>
        </w:rPr>
        <w:t>No</w:t>
      </w:r>
    </w:p>
    <w:p w14:paraId="7944DC14" w14:textId="77777777" w:rsidR="0027172C" w:rsidRPr="00C42D78" w:rsidRDefault="00000000" w:rsidP="00C42D78">
      <w:pPr>
        <w:pStyle w:val="ListeNumaras"/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C42D78">
        <w:rPr>
          <w:rFonts w:ascii="Times New Roman" w:hAnsi="Times New Roman" w:cs="Times New Roman"/>
          <w:sz w:val="20"/>
          <w:szCs w:val="20"/>
        </w:rPr>
        <w:t>I have used antibiotics in a dose or duration different from the prescription.</w:t>
      </w:r>
    </w:p>
    <w:p w14:paraId="61BBF2BC" w14:textId="77777777" w:rsidR="0027172C" w:rsidRPr="00C42D78" w:rsidRDefault="00000000" w:rsidP="00C42D78">
      <w:pPr>
        <w:pStyle w:val="ListeMaddemi"/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C42D78">
        <w:rPr>
          <w:rFonts w:ascii="Times New Roman" w:hAnsi="Times New Roman" w:cs="Times New Roman"/>
          <w:sz w:val="20"/>
          <w:szCs w:val="20"/>
        </w:rPr>
        <w:t>Yes</w:t>
      </w:r>
    </w:p>
    <w:p w14:paraId="025BFFBA" w14:textId="77777777" w:rsidR="0027172C" w:rsidRPr="00C42D78" w:rsidRDefault="00000000" w:rsidP="00C42D78">
      <w:pPr>
        <w:pStyle w:val="ListeMaddemi"/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C42D78">
        <w:rPr>
          <w:rFonts w:ascii="Times New Roman" w:hAnsi="Times New Roman" w:cs="Times New Roman"/>
          <w:sz w:val="20"/>
          <w:szCs w:val="20"/>
        </w:rPr>
        <w:t>No</w:t>
      </w:r>
    </w:p>
    <w:sectPr w:rsidR="0027172C" w:rsidRPr="00C42D78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63121087">
    <w:abstractNumId w:val="8"/>
  </w:num>
  <w:num w:numId="2" w16cid:durableId="1030448336">
    <w:abstractNumId w:val="6"/>
  </w:num>
  <w:num w:numId="3" w16cid:durableId="414403179">
    <w:abstractNumId w:val="5"/>
  </w:num>
  <w:num w:numId="4" w16cid:durableId="1511869123">
    <w:abstractNumId w:val="4"/>
  </w:num>
  <w:num w:numId="5" w16cid:durableId="4407527">
    <w:abstractNumId w:val="7"/>
  </w:num>
  <w:num w:numId="6" w16cid:durableId="793057863">
    <w:abstractNumId w:val="3"/>
  </w:num>
  <w:num w:numId="7" w16cid:durableId="831027793">
    <w:abstractNumId w:val="2"/>
  </w:num>
  <w:num w:numId="8" w16cid:durableId="2123642743">
    <w:abstractNumId w:val="1"/>
  </w:num>
  <w:num w:numId="9" w16cid:durableId="12929059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7172C"/>
    <w:rsid w:val="0029639D"/>
    <w:rsid w:val="00326F90"/>
    <w:rsid w:val="004B3293"/>
    <w:rsid w:val="00617191"/>
    <w:rsid w:val="00AA1D8D"/>
    <w:rsid w:val="00AA472B"/>
    <w:rsid w:val="00B47730"/>
    <w:rsid w:val="00C42D78"/>
    <w:rsid w:val="00CB0664"/>
    <w:rsid w:val="00F864D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F02E552"/>
  <w14:defaultImageDpi w14:val="300"/>
  <w15:docId w15:val="{FB20E456-A603-4351-85F7-D79278A98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257</Words>
  <Characters>1467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1721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MST</cp:lastModifiedBy>
  <cp:revision>4</cp:revision>
  <dcterms:created xsi:type="dcterms:W3CDTF">2025-11-17T08:38:00Z</dcterms:created>
  <dcterms:modified xsi:type="dcterms:W3CDTF">2025-11-17T08:48:00Z</dcterms:modified>
  <cp:category/>
</cp:coreProperties>
</file>