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3435"/>
        <w:gridCol w:w="2943"/>
        <w:gridCol w:w="4537"/>
      </w:tblGrid>
      <w:tr w:rsidR="00B90DC2" w:rsidRPr="00BE5E9B" w:rsidTr="00B90DC2">
        <w:trPr>
          <w:trHeight w:val="2121"/>
          <w:jc w:val="center"/>
        </w:trPr>
        <w:tc>
          <w:tcPr>
            <w:tcW w:w="3435" w:type="dxa"/>
            <w:hideMark/>
          </w:tcPr>
          <w:p w:rsidR="00B90DC2" w:rsidRPr="00BE5E9B" w:rsidRDefault="00B90DC2" w:rsidP="003B1782">
            <w:pPr>
              <w:tabs>
                <w:tab w:val="center" w:pos="4153"/>
                <w:tab w:val="right" w:pos="8306"/>
              </w:tabs>
              <w:bidi/>
              <w:snapToGrid w:val="0"/>
              <w:spacing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BE5E9B">
              <w:rPr>
                <w:rFonts w:cs="Traditional Arabic"/>
                <w:b/>
                <w:bCs/>
                <w:sz w:val="20"/>
                <w:szCs w:val="20"/>
                <w:rtl/>
                <w:lang w:eastAsia="ar-SA"/>
              </w:rPr>
              <w:object w:dxaOrig="2475" w:dyaOrig="12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3.75pt;height:60pt" o:ole="" fillcolor="window">
                  <v:imagedata r:id="rId6" o:title=""/>
                </v:shape>
                <o:OLEObject Type="Embed" ProgID="Word.Picture.8" ShapeID="_x0000_i1025" DrawAspect="Content" ObjectID="_1832758865" r:id="rId7"/>
              </w:object>
            </w:r>
          </w:p>
          <w:p w:rsidR="00B90DC2" w:rsidRPr="00554459" w:rsidRDefault="00B90DC2" w:rsidP="003B1782">
            <w:pPr>
              <w:tabs>
                <w:tab w:val="center" w:pos="4153"/>
                <w:tab w:val="right" w:pos="8306"/>
              </w:tabs>
              <w:bidi/>
              <w:snapToGrid w:val="0"/>
              <w:spacing w:line="240" w:lineRule="auto"/>
              <w:jc w:val="center"/>
              <w:rPr>
                <w:rFonts w:cs="Traditional Arabic"/>
                <w:sz w:val="20"/>
                <w:szCs w:val="32"/>
                <w:lang w:eastAsia="ar-SA"/>
              </w:rPr>
            </w:pPr>
            <w:r w:rsidRPr="0069625B">
              <w:rPr>
                <w:rFonts w:cs="Traditional Arabic" w:hint="cs"/>
                <w:b/>
                <w:bCs/>
                <w:sz w:val="20"/>
                <w:szCs w:val="32"/>
                <w:rtl/>
                <w:lang w:eastAsia="ar-SA"/>
              </w:rPr>
              <w:t>كلية الصيدلة</w:t>
            </w:r>
          </w:p>
        </w:tc>
        <w:tc>
          <w:tcPr>
            <w:tcW w:w="2943" w:type="dxa"/>
            <w:hideMark/>
          </w:tcPr>
          <w:p w:rsidR="00B90DC2" w:rsidRPr="00BE5E9B" w:rsidRDefault="00B90DC2" w:rsidP="003B1782">
            <w:pPr>
              <w:tabs>
                <w:tab w:val="center" w:pos="1748"/>
                <w:tab w:val="right" w:pos="3496"/>
                <w:tab w:val="center" w:pos="4153"/>
                <w:tab w:val="right" w:pos="8306"/>
              </w:tabs>
              <w:bidi/>
              <w:snapToGrid w:val="0"/>
              <w:rPr>
                <w:rFonts w:cs="Traditional Arabic"/>
                <w:sz w:val="20"/>
                <w:szCs w:val="20"/>
                <w:lang w:eastAsia="ar-SA"/>
              </w:rPr>
            </w:pPr>
            <w:r>
              <w:rPr>
                <w:rFonts w:cs="Traditional Arabic"/>
                <w:sz w:val="20"/>
                <w:szCs w:val="20"/>
                <w:lang w:eastAsia="ar-SA"/>
              </w:rPr>
              <w:tab/>
            </w:r>
            <w:r>
              <w:rPr>
                <w:rFonts w:cs="Traditional Arabic"/>
                <w:noProof/>
                <w:sz w:val="20"/>
                <w:szCs w:val="20"/>
              </w:rPr>
              <w:drawing>
                <wp:inline distT="0" distB="0" distL="0" distR="0" wp14:anchorId="2EA2366B" wp14:editId="200E8356">
                  <wp:extent cx="1237615" cy="1196207"/>
                  <wp:effectExtent l="0" t="0" r="635" b="4445"/>
                  <wp:docPr id="5" name="صورة 6" descr="صورة جديد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صورة جديد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174" cy="1203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Traditional Arabic"/>
                <w:sz w:val="20"/>
                <w:szCs w:val="20"/>
                <w:lang w:eastAsia="ar-SA"/>
              </w:rPr>
              <w:tab/>
            </w:r>
          </w:p>
        </w:tc>
        <w:tc>
          <w:tcPr>
            <w:tcW w:w="4537" w:type="dxa"/>
          </w:tcPr>
          <w:p w:rsidR="00B90DC2" w:rsidRPr="00BE5E9B" w:rsidRDefault="00B90DC2" w:rsidP="003B1782">
            <w:pPr>
              <w:tabs>
                <w:tab w:val="center" w:pos="4153"/>
                <w:tab w:val="right" w:pos="8306"/>
              </w:tabs>
              <w:bidi/>
              <w:snapToGrid w:val="0"/>
              <w:rPr>
                <w:rFonts w:cs="Traditional Arabic"/>
                <w:b/>
                <w:bCs/>
                <w:sz w:val="20"/>
                <w:szCs w:val="10"/>
                <w:rtl/>
                <w:lang w:eastAsia="ar-SA"/>
              </w:rPr>
            </w:pPr>
            <w:r>
              <w:rPr>
                <w:rFonts w:cs="Traditional Arabic"/>
                <w:b/>
                <w:bCs/>
                <w:noProof/>
                <w:sz w:val="2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D13343" wp14:editId="5FA873F2">
                      <wp:simplePos x="0" y="0"/>
                      <wp:positionH relativeFrom="column">
                        <wp:posOffset>240410</wp:posOffset>
                      </wp:positionH>
                      <wp:positionV relativeFrom="paragraph">
                        <wp:posOffset>72005</wp:posOffset>
                      </wp:positionV>
                      <wp:extent cx="2562750" cy="1125367"/>
                      <wp:effectExtent l="0" t="0" r="9525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750" cy="112536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90DC2" w:rsidRPr="00DD5776" w:rsidRDefault="00B90DC2" w:rsidP="00B90DC2">
                                  <w:pPr>
                                    <w:spacing w:line="240" w:lineRule="auto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D5776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Syrian Arab republic</w:t>
                                  </w:r>
                                </w:p>
                                <w:p w:rsidR="00B90DC2" w:rsidRPr="00DD5776" w:rsidRDefault="00B90DC2" w:rsidP="00B90DC2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Damascus U</w:t>
                                  </w:r>
                                  <w:r w:rsidRPr="00DD5776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niversity</w:t>
                                  </w:r>
                                </w:p>
                                <w:p w:rsidR="00B90DC2" w:rsidRPr="00A878BD" w:rsidRDefault="00B90DC2" w:rsidP="00B90DC2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Faculty of P</w:t>
                                  </w:r>
                                  <w:r w:rsidRPr="00A878BD">
                                    <w:rPr>
                                      <w:b/>
                                      <w:bCs/>
                                    </w:rPr>
                                    <w:t>harmacy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D133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8.95pt;margin-top:5.65pt;width:201.8pt;height:8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" stroked="f">
                      <v:textbox>
                        <w:txbxContent>
                          <w:p w:rsidR="00B90DC2" w:rsidRPr="00DD5776" w:rsidRDefault="00B90DC2" w:rsidP="00B90DC2">
                            <w:pPr>
                              <w:spacing w:line="24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D57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Syrian Arab republic</w:t>
                            </w:r>
                          </w:p>
                          <w:p w:rsidR="00B90DC2" w:rsidRPr="00DD5776" w:rsidRDefault="00B90DC2" w:rsidP="00B90DC2">
                            <w:p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Damascus U</w:t>
                            </w:r>
                            <w:r w:rsidRPr="00DD57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niversity</w:t>
                            </w:r>
                          </w:p>
                          <w:p w:rsidR="00B90DC2" w:rsidRPr="00A878BD" w:rsidRDefault="00B90DC2" w:rsidP="00B90DC2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Faculty of P</w:t>
                            </w:r>
                            <w:r w:rsidRPr="00A878BD">
                              <w:rPr>
                                <w:b/>
                                <w:bCs/>
                              </w:rPr>
                              <w:t>harmacy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90DC2" w:rsidRPr="00BE5E9B" w:rsidRDefault="00B90DC2" w:rsidP="003B1782">
            <w:pPr>
              <w:tabs>
                <w:tab w:val="center" w:pos="4153"/>
                <w:tab w:val="right" w:pos="8306"/>
              </w:tabs>
              <w:bidi/>
              <w:snapToGrid w:val="0"/>
              <w:rPr>
                <w:rFonts w:cs="Traditional Arabic"/>
                <w:b/>
                <w:bCs/>
                <w:sz w:val="20"/>
                <w:szCs w:val="20"/>
                <w:lang w:eastAsia="ar-SA"/>
              </w:rPr>
            </w:pPr>
          </w:p>
        </w:tc>
      </w:tr>
    </w:tbl>
    <w:p w:rsidR="007E69DE" w:rsidRPr="00D13BA9" w:rsidRDefault="00BC3D47" w:rsidP="00D13BA9">
      <w:pPr>
        <w:pStyle w:val="Heading1"/>
        <w:spacing w:line="480" w:lineRule="auto"/>
        <w:jc w:val="center"/>
        <w:rPr>
          <w:color w:val="auto"/>
        </w:rPr>
      </w:pPr>
      <w:r w:rsidRPr="00D13BA9">
        <w:rPr>
          <w:color w:val="auto"/>
        </w:rPr>
        <w:t>Supplementary File 1</w:t>
      </w:r>
    </w:p>
    <w:p w:rsidR="007E69DE" w:rsidRPr="00D13BA9" w:rsidRDefault="00BC3D47" w:rsidP="00D13BA9">
      <w:pPr>
        <w:spacing w:line="480" w:lineRule="auto"/>
        <w:jc w:val="center"/>
        <w:rPr>
          <w:sz w:val="28"/>
          <w:szCs w:val="28"/>
        </w:rPr>
      </w:pPr>
      <w:r w:rsidRPr="00D13BA9">
        <w:rPr>
          <w:b/>
          <w:sz w:val="28"/>
          <w:szCs w:val="28"/>
        </w:rPr>
        <w:t>Structured Questionnaire Used to Assess Tobacco Use and Sociodemographic Characteristics</w:t>
      </w:r>
      <w:r w:rsidRPr="00D13BA9">
        <w:rPr>
          <w:b/>
          <w:sz w:val="28"/>
          <w:szCs w:val="28"/>
        </w:rPr>
        <w:br/>
        <w:t>Damascus University Blood Center, 2024</w:t>
      </w:r>
    </w:p>
    <w:p w:rsidR="007E69DE" w:rsidRDefault="007E69DE"/>
    <w:p w:rsidR="007E69DE" w:rsidRPr="00D13BA9" w:rsidRDefault="00BC3D47" w:rsidP="00BC3D47">
      <w:pPr>
        <w:pStyle w:val="Heading2"/>
        <w:spacing w:line="480" w:lineRule="auto"/>
        <w:rPr>
          <w:color w:val="auto"/>
        </w:rPr>
      </w:pPr>
      <w:r w:rsidRPr="00D13BA9">
        <w:rPr>
          <w:color w:val="auto"/>
        </w:rPr>
        <w:t>Study Information</w:t>
      </w:r>
    </w:p>
    <w:p w:rsidR="007E69DE" w:rsidRDefault="00BC3D47" w:rsidP="00BC3D47">
      <w:pPr>
        <w:spacing w:line="480" w:lineRule="auto"/>
      </w:pPr>
      <w:r w:rsidRPr="00BC3D47">
        <w:rPr>
          <w:b/>
          <w:bCs/>
        </w:rPr>
        <w:t>Study Title:</w:t>
      </w:r>
      <w:r>
        <w:t xml:space="preserve"> Prevalence, Patterns, and Sociodemographic De</w:t>
      </w:r>
      <w:bookmarkStart w:id="0" w:name="_GoBack"/>
      <w:bookmarkEnd w:id="0"/>
      <w:r>
        <w:t xml:space="preserve">terminants of Cigarette and </w:t>
      </w:r>
      <w:r>
        <w:t xml:space="preserve">Waterpipe Smoking </w:t>
      </w:r>
      <w:proofErr w:type="gramStart"/>
      <w:r>
        <w:t>Among</w:t>
      </w:r>
      <w:proofErr w:type="gramEnd"/>
      <w:r>
        <w:t xml:space="preserve"> Syrian Adults</w:t>
      </w:r>
    </w:p>
    <w:p w:rsidR="007E69DE" w:rsidRDefault="00BC3D47" w:rsidP="00BC3D47">
      <w:pPr>
        <w:spacing w:line="480" w:lineRule="auto"/>
      </w:pPr>
      <w:r w:rsidRPr="00BC3D47">
        <w:rPr>
          <w:b/>
          <w:bCs/>
        </w:rPr>
        <w:t>Study Setting:</w:t>
      </w:r>
      <w:r>
        <w:t xml:space="preserve"> Damascus University Blood Center, Damascus, Syria</w:t>
      </w:r>
    </w:p>
    <w:p w:rsidR="00BC3D47" w:rsidRDefault="00BC3D47" w:rsidP="00BC3D47">
      <w:pPr>
        <w:spacing w:line="480" w:lineRule="auto"/>
      </w:pPr>
      <w:r w:rsidRPr="00BC3D47">
        <w:rPr>
          <w:b/>
          <w:bCs/>
        </w:rPr>
        <w:t>Mode of administration:</w:t>
      </w:r>
      <w:r>
        <w:t xml:space="preserve"> Interviewer-administered, electronic data entry</w:t>
      </w:r>
    </w:p>
    <w:p w:rsidR="007E69DE" w:rsidRDefault="00BC3D47" w:rsidP="00BC3D47">
      <w:pPr>
        <w:spacing w:line="480" w:lineRule="auto"/>
      </w:pPr>
      <w:r w:rsidRPr="00BC3D47">
        <w:rPr>
          <w:b/>
          <w:bCs/>
        </w:rPr>
        <w:t>Data Collection Period:</w:t>
      </w:r>
      <w:r>
        <w:t xml:space="preserve"> January–May 2024</w:t>
      </w:r>
    </w:p>
    <w:p w:rsidR="007E69DE" w:rsidRDefault="00BC3D47">
      <w:r>
        <w:br w:type="page"/>
      </w:r>
    </w:p>
    <w:p w:rsidR="007E69DE" w:rsidRPr="00D13BA9" w:rsidRDefault="00BC3D47">
      <w:pPr>
        <w:pStyle w:val="Heading2"/>
        <w:rPr>
          <w:color w:val="auto"/>
        </w:rPr>
      </w:pPr>
      <w:r w:rsidRPr="00D13BA9">
        <w:rPr>
          <w:color w:val="auto"/>
        </w:rPr>
        <w:lastRenderedPageBreak/>
        <w:t>SECTION A. Sociodemographic Characteristics</w:t>
      </w:r>
    </w:p>
    <w:p w:rsidR="007E69DE" w:rsidRDefault="00BC3D47">
      <w:r>
        <w:t>A1. Age (in completed years): ______ years</w:t>
      </w:r>
    </w:p>
    <w:p w:rsidR="007E69DE" w:rsidRDefault="00BC3D47">
      <w:r>
        <w:t xml:space="preserve">A2. Sex: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Male</w:t>
      </w:r>
      <w:proofErr w:type="gramEnd"/>
      <w:r>
        <w:t xml:space="preserve">    ☐ </w:t>
      </w:r>
      <w:r w:rsidR="00B90DC2">
        <w:t xml:space="preserve"> </w:t>
      </w:r>
      <w:r>
        <w:t>Fe</w:t>
      </w:r>
      <w:r>
        <w:t>male</w:t>
      </w:r>
    </w:p>
    <w:p w:rsidR="007E69DE" w:rsidRDefault="00BC3D47">
      <w:r>
        <w:t xml:space="preserve">A3. Marital Status: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Single</w:t>
      </w:r>
      <w:proofErr w:type="gramEnd"/>
      <w:r>
        <w:t xml:space="preserve">    ☐ </w:t>
      </w:r>
      <w:r w:rsidR="00B90DC2">
        <w:t xml:space="preserve"> </w:t>
      </w:r>
      <w:r>
        <w:t xml:space="preserve">Married    ☐ </w:t>
      </w:r>
      <w:r w:rsidR="00B90DC2">
        <w:t xml:space="preserve"> </w:t>
      </w:r>
      <w:r>
        <w:t xml:space="preserve">Divorced    ☐ </w:t>
      </w:r>
      <w:r w:rsidR="00B90DC2">
        <w:t xml:space="preserve"> </w:t>
      </w:r>
      <w:r>
        <w:t>Widowed</w:t>
      </w:r>
    </w:p>
    <w:p w:rsidR="007E69DE" w:rsidRDefault="00BC3D47">
      <w:r>
        <w:t>A4. Highest Level of Education Completed:</w:t>
      </w:r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Elementary</w:t>
      </w:r>
      <w:proofErr w:type="gramEnd"/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Preparatory</w:t>
      </w:r>
      <w:proofErr w:type="gramEnd"/>
      <w:r>
        <w:t xml:space="preserve"> (Middle school)</w:t>
      </w:r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Secondary</w:t>
      </w:r>
      <w:proofErr w:type="gramEnd"/>
      <w:r>
        <w:t xml:space="preserve"> (High school)</w:t>
      </w:r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University</w:t>
      </w:r>
      <w:proofErr w:type="gramEnd"/>
      <w:r>
        <w:t xml:space="preserve"> degree</w:t>
      </w:r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Other</w:t>
      </w:r>
      <w:proofErr w:type="gramEnd"/>
      <w:r>
        <w:t>: __________</w:t>
      </w:r>
    </w:p>
    <w:p w:rsidR="007E69DE" w:rsidRDefault="00BC3D47">
      <w:r>
        <w:t>A5. Current Occu</w:t>
      </w:r>
      <w:r>
        <w:t>pation:</w:t>
      </w:r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Undergraduate</w:t>
      </w:r>
      <w:proofErr w:type="gramEnd"/>
      <w:r>
        <w:t xml:space="preserve"> student</w:t>
      </w:r>
    </w:p>
    <w:p w:rsidR="007E69DE" w:rsidRDefault="00BC3D47" w:rsidP="00B90DC2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Public</w:t>
      </w:r>
      <w:proofErr w:type="gramEnd"/>
      <w:r>
        <w:t xml:space="preserve"> employee</w:t>
      </w:r>
      <w:r>
        <w:t>/</w:t>
      </w:r>
      <w:r>
        <w:t>clerical</w:t>
      </w:r>
    </w:p>
    <w:p w:rsidR="007E69DE" w:rsidRDefault="00BC3D47" w:rsidP="00B90DC2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Army</w:t>
      </w:r>
      <w:proofErr w:type="gramEnd"/>
      <w:r>
        <w:t>/</w:t>
      </w:r>
      <w:r>
        <w:t>Police</w:t>
      </w:r>
      <w:r>
        <w:t>/</w:t>
      </w:r>
      <w:r>
        <w:t>Security forces</w:t>
      </w:r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Health</w:t>
      </w:r>
      <w:proofErr w:type="gramEnd"/>
      <w:r>
        <w:t xml:space="preserve"> professional</w:t>
      </w:r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Engineer</w:t>
      </w:r>
      <w:proofErr w:type="gramEnd"/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Education</w:t>
      </w:r>
      <w:proofErr w:type="gramEnd"/>
      <w:r>
        <w:t xml:space="preserve"> sector</w:t>
      </w:r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Manual</w:t>
      </w:r>
      <w:proofErr w:type="gramEnd"/>
      <w:r>
        <w:t xml:space="preserve"> worker</w:t>
      </w:r>
    </w:p>
    <w:p w:rsidR="007E69DE" w:rsidRDefault="00BC3D47" w:rsidP="00B90DC2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Unemployed</w:t>
      </w:r>
      <w:proofErr w:type="gramEnd"/>
      <w:r w:rsidR="00B90DC2">
        <w:t xml:space="preserve"> (men and women)</w:t>
      </w:r>
      <w:r>
        <w:t>/</w:t>
      </w:r>
      <w:r>
        <w:t>Housewife</w:t>
      </w:r>
      <w:r w:rsidR="00B90DC2">
        <w:t xml:space="preserve"> (women)</w:t>
      </w:r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Self</w:t>
      </w:r>
      <w:proofErr w:type="gramEnd"/>
      <w:r>
        <w:t>-employed</w:t>
      </w:r>
    </w:p>
    <w:p w:rsidR="007E69DE" w:rsidRDefault="00BC3D47">
      <w:r>
        <w:t xml:space="preserve">   </w:t>
      </w:r>
      <w:proofErr w:type="gramStart"/>
      <w:r>
        <w:t>☐</w:t>
      </w:r>
      <w:r w:rsidR="00B90DC2">
        <w:t xml:space="preserve"> </w:t>
      </w:r>
      <w:r>
        <w:t xml:space="preserve"> Other</w:t>
      </w:r>
      <w:proofErr w:type="gramEnd"/>
      <w:r>
        <w:t>: __________</w:t>
      </w:r>
    </w:p>
    <w:p w:rsidR="007E69DE" w:rsidRDefault="00BC3D47">
      <w:r>
        <w:t xml:space="preserve">A6. Self-reported Monthly Income Level: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Low</w:t>
      </w:r>
      <w:proofErr w:type="gramEnd"/>
      <w:r>
        <w:t xml:space="preserve">    ☐ </w:t>
      </w:r>
      <w:r w:rsidR="00B90DC2">
        <w:t xml:space="preserve"> </w:t>
      </w:r>
      <w:r>
        <w:t xml:space="preserve">Middle    ☐ </w:t>
      </w:r>
      <w:r w:rsidR="00B90DC2">
        <w:t xml:space="preserve"> </w:t>
      </w:r>
      <w:r>
        <w:t>High</w:t>
      </w:r>
    </w:p>
    <w:p w:rsidR="007E69DE" w:rsidRDefault="00BC3D47">
      <w:r>
        <w:br w:type="page"/>
      </w:r>
    </w:p>
    <w:p w:rsidR="007E69DE" w:rsidRPr="00D13BA9" w:rsidRDefault="00BC3D47">
      <w:pPr>
        <w:pStyle w:val="Heading2"/>
        <w:rPr>
          <w:color w:val="auto"/>
        </w:rPr>
      </w:pPr>
      <w:r w:rsidRPr="00D13BA9">
        <w:rPr>
          <w:color w:val="auto"/>
        </w:rPr>
        <w:lastRenderedPageBreak/>
        <w:t>SECTION B. Tobacco Use Status</w:t>
      </w:r>
    </w:p>
    <w:p w:rsidR="007E69DE" w:rsidRDefault="00BC3D47">
      <w:r>
        <w:t>B1. Do you currently smoke any tobacco product? (Daily or non-daily use at the present time)</w:t>
      </w:r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Yes</w:t>
      </w:r>
      <w:proofErr w:type="gramEnd"/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No</w:t>
      </w:r>
      <w:proofErr w:type="gramEnd"/>
      <w:r>
        <w:t xml:space="preserve">  → If No, skip to Section E</w:t>
      </w:r>
    </w:p>
    <w:p w:rsidR="007E69DE" w:rsidRDefault="00BC3D47">
      <w:r>
        <w:br w:type="page"/>
      </w:r>
    </w:p>
    <w:p w:rsidR="007E69DE" w:rsidRPr="00D13BA9" w:rsidRDefault="00BC3D47">
      <w:pPr>
        <w:pStyle w:val="Heading2"/>
        <w:rPr>
          <w:color w:val="auto"/>
        </w:rPr>
      </w:pPr>
      <w:r w:rsidRPr="00D13BA9">
        <w:rPr>
          <w:color w:val="auto"/>
        </w:rPr>
        <w:lastRenderedPageBreak/>
        <w:t xml:space="preserve">SECTION C. Type </w:t>
      </w:r>
      <w:r w:rsidRPr="00D13BA9">
        <w:rPr>
          <w:color w:val="auto"/>
        </w:rPr>
        <w:t>and Pattern of Tobacco Use</w:t>
      </w:r>
    </w:p>
    <w:p w:rsidR="007E69DE" w:rsidRDefault="00BC3D47">
      <w:r>
        <w:t>C1. Which tobacco product(s) do you currently use? (Mark all that apply)</w:t>
      </w:r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Cigarettes</w:t>
      </w:r>
      <w:proofErr w:type="gramEnd"/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proofErr w:type="spellStart"/>
      <w:r>
        <w:t>Waterpipe</w:t>
      </w:r>
      <w:proofErr w:type="spellEnd"/>
      <w:proofErr w:type="gramEnd"/>
      <w:r>
        <w:t xml:space="preserve"> (Shisha / Hookah)</w:t>
      </w:r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Both</w:t>
      </w:r>
      <w:proofErr w:type="gramEnd"/>
      <w:r>
        <w:t xml:space="preserve"> cigarettes and </w:t>
      </w:r>
      <w:proofErr w:type="spellStart"/>
      <w:r>
        <w:t>waterpipe</w:t>
      </w:r>
      <w:proofErr w:type="spellEnd"/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Electronic</w:t>
      </w:r>
      <w:proofErr w:type="gramEnd"/>
      <w:r>
        <w:t xml:space="preserve"> cigarettes</w:t>
      </w:r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Other</w:t>
      </w:r>
      <w:proofErr w:type="gramEnd"/>
      <w:r>
        <w:t>: __________</w:t>
      </w:r>
    </w:p>
    <w:p w:rsidR="007E69DE" w:rsidRDefault="00BC3D47">
      <w:pPr>
        <w:pStyle w:val="Heading3"/>
      </w:pPr>
      <w:r>
        <w:t xml:space="preserve">C2. Cigarette Smoking </w:t>
      </w:r>
      <w:r>
        <w:t>(if applicable)</w:t>
      </w:r>
    </w:p>
    <w:p w:rsidR="007E69DE" w:rsidRDefault="00BC3D47">
      <w:r>
        <w:t>C2a. On average, how many cigarettes do you smoke per day?</w:t>
      </w:r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Less</w:t>
      </w:r>
      <w:proofErr w:type="gramEnd"/>
      <w:r>
        <w:t xml:space="preserve"> than 10 cigarettes</w:t>
      </w:r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10</w:t>
      </w:r>
      <w:proofErr w:type="gramEnd"/>
      <w:r>
        <w:t>–19 cigarettes</w:t>
      </w:r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20</w:t>
      </w:r>
      <w:proofErr w:type="gramEnd"/>
      <w:r>
        <w:t xml:space="preserve"> or more cigarettes</w:t>
      </w:r>
    </w:p>
    <w:p w:rsidR="007E69DE" w:rsidRDefault="00BC3D47">
      <w:r>
        <w:t>C2b. For how many years have you been smoking cigarettes? ______ years</w:t>
      </w:r>
    </w:p>
    <w:p w:rsidR="007E69DE" w:rsidRDefault="00BC3D47">
      <w:pPr>
        <w:pStyle w:val="Heading3"/>
      </w:pPr>
      <w:r>
        <w:t>C3. Waterpipe Smoking (if applic</w:t>
      </w:r>
      <w:r>
        <w:t>able)</w:t>
      </w:r>
    </w:p>
    <w:p w:rsidR="007E69DE" w:rsidRDefault="00BC3D47">
      <w:r>
        <w:t>C3a. How often do you smoke waterpipe?</w:t>
      </w:r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Less</w:t>
      </w:r>
      <w:proofErr w:type="gramEnd"/>
      <w:r>
        <w:t xml:space="preserve"> than once per week</w:t>
      </w:r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1</w:t>
      </w:r>
      <w:proofErr w:type="gramEnd"/>
      <w:r>
        <w:t>–2 times per week</w:t>
      </w:r>
    </w:p>
    <w:p w:rsidR="007E69DE" w:rsidRDefault="00BC3D47" w:rsidP="00B90DC2">
      <w:r>
        <w:t xml:space="preserve">   </w:t>
      </w:r>
      <w:proofErr w:type="gramStart"/>
      <w:r>
        <w:t>☐</w:t>
      </w:r>
      <w:r w:rsidR="00B90DC2">
        <w:t xml:space="preserve">  </w:t>
      </w:r>
      <w:r>
        <w:t>3</w:t>
      </w:r>
      <w:proofErr w:type="gramEnd"/>
      <w:r>
        <w:t>–6 times per week</w:t>
      </w:r>
    </w:p>
    <w:p w:rsidR="007E69DE" w:rsidRDefault="00BC3D47">
      <w:r>
        <w:t xml:space="preserve">  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Daily</w:t>
      </w:r>
      <w:proofErr w:type="gramEnd"/>
    </w:p>
    <w:p w:rsidR="007E69DE" w:rsidRDefault="00BC3D47">
      <w:r>
        <w:t>C3b. For how many years have you been smoking waterpipe? ______ years</w:t>
      </w:r>
    </w:p>
    <w:p w:rsidR="007E69DE" w:rsidRDefault="00BC3D47">
      <w:r>
        <w:br w:type="page"/>
      </w:r>
    </w:p>
    <w:p w:rsidR="007E69DE" w:rsidRPr="00D13BA9" w:rsidRDefault="00BC3D47">
      <w:pPr>
        <w:pStyle w:val="Heading2"/>
        <w:rPr>
          <w:color w:val="auto"/>
        </w:rPr>
      </w:pPr>
      <w:r w:rsidRPr="00D13BA9">
        <w:rPr>
          <w:color w:val="auto"/>
        </w:rPr>
        <w:lastRenderedPageBreak/>
        <w:t>SECTION D. Smoking Initiation</w:t>
      </w:r>
    </w:p>
    <w:p w:rsidR="007E69DE" w:rsidRDefault="00BC3D47">
      <w:r>
        <w:t xml:space="preserve">D1. At what age did </w:t>
      </w:r>
      <w:r>
        <w:t>you first start smoking (any tobacco product)? ______ years</w:t>
      </w:r>
    </w:p>
    <w:p w:rsidR="007E69DE" w:rsidRDefault="00BC3D47">
      <w:r>
        <w:t>OR</w:t>
      </w:r>
    </w:p>
    <w:p w:rsidR="007E69DE" w:rsidRDefault="00BC3D47">
      <w:r>
        <w:t>If exact age is unknown: For how many years have you been smoking? ______ years</w:t>
      </w:r>
    </w:p>
    <w:p w:rsidR="007E69DE" w:rsidRDefault="00BC3D47">
      <w:r>
        <w:br w:type="page"/>
      </w:r>
    </w:p>
    <w:p w:rsidR="007E69DE" w:rsidRPr="00D13BA9" w:rsidRDefault="00BC3D47">
      <w:pPr>
        <w:pStyle w:val="Heading2"/>
        <w:rPr>
          <w:color w:val="auto"/>
        </w:rPr>
      </w:pPr>
      <w:r w:rsidRPr="00D13BA9">
        <w:rPr>
          <w:color w:val="auto"/>
        </w:rPr>
        <w:lastRenderedPageBreak/>
        <w:t>SECTION E. Smoking Context and Environmental Exposure</w:t>
      </w:r>
    </w:p>
    <w:p w:rsidR="007E69DE" w:rsidRDefault="00BC3D47">
      <w:r>
        <w:t>(For current smokers only)</w:t>
      </w:r>
    </w:p>
    <w:p w:rsidR="007E69DE" w:rsidRDefault="00BC3D47">
      <w:r>
        <w:t>E1. Do you smoke inside your h</w:t>
      </w:r>
      <w:r>
        <w:t xml:space="preserve">ome? </w:t>
      </w:r>
      <w:proofErr w:type="gramStart"/>
      <w:r>
        <w:t xml:space="preserve">☐ </w:t>
      </w:r>
      <w:r w:rsidR="00B90DC2">
        <w:t xml:space="preserve"> </w:t>
      </w:r>
      <w:r>
        <w:t>Yes</w:t>
      </w:r>
      <w:proofErr w:type="gramEnd"/>
      <w:r>
        <w:t xml:space="preserve">   </w:t>
      </w:r>
      <w:r w:rsidR="00B90DC2">
        <w:t xml:space="preserve">  </w:t>
      </w:r>
      <w:r>
        <w:t xml:space="preserve"> ☐ </w:t>
      </w:r>
      <w:r w:rsidR="00B90DC2">
        <w:t xml:space="preserve"> </w:t>
      </w:r>
      <w:r>
        <w:t>No</w:t>
      </w:r>
    </w:p>
    <w:p w:rsidR="007E69DE" w:rsidRDefault="00BC3D47">
      <w:r>
        <w:t xml:space="preserve">E2. Do you smoke at your workplace?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Yes</w:t>
      </w:r>
      <w:proofErr w:type="gramEnd"/>
      <w:r>
        <w:t xml:space="preserve">  </w:t>
      </w:r>
      <w:r w:rsidR="00B90DC2">
        <w:t xml:space="preserve">  </w:t>
      </w:r>
      <w:r>
        <w:t xml:space="preserve">  ☐ </w:t>
      </w:r>
      <w:r w:rsidR="00B90DC2">
        <w:t xml:space="preserve"> </w:t>
      </w:r>
      <w:r>
        <w:t xml:space="preserve">No   </w:t>
      </w:r>
      <w:r w:rsidR="00B90DC2">
        <w:t xml:space="preserve">  </w:t>
      </w:r>
      <w:r>
        <w:t xml:space="preserve"> ☐ </w:t>
      </w:r>
      <w:r w:rsidR="00B90DC2">
        <w:t xml:space="preserve"> </w:t>
      </w:r>
      <w:r>
        <w:t>Not applicable</w:t>
      </w:r>
    </w:p>
    <w:p w:rsidR="007E69DE" w:rsidRDefault="00BC3D47">
      <w:r>
        <w:t xml:space="preserve">E3. Does anyone else regularly smoke inside your home?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Yes</w:t>
      </w:r>
      <w:proofErr w:type="gramEnd"/>
      <w:r>
        <w:t xml:space="preserve">   </w:t>
      </w:r>
      <w:r w:rsidR="00B90DC2">
        <w:t xml:space="preserve">  </w:t>
      </w:r>
      <w:r>
        <w:t xml:space="preserve"> ☐ </w:t>
      </w:r>
      <w:r w:rsidR="00B90DC2">
        <w:t xml:space="preserve"> </w:t>
      </w:r>
      <w:r>
        <w:t>No</w:t>
      </w:r>
    </w:p>
    <w:p w:rsidR="007E69DE" w:rsidRDefault="00BC3D47">
      <w:r>
        <w:t xml:space="preserve">E4. Is smoking commonly practiced in your workplace? </w:t>
      </w:r>
      <w:proofErr w:type="gramStart"/>
      <w:r>
        <w:t>☐</w:t>
      </w:r>
      <w:r>
        <w:t xml:space="preserve"> </w:t>
      </w:r>
      <w:r w:rsidR="00B90DC2">
        <w:t xml:space="preserve"> </w:t>
      </w:r>
      <w:r>
        <w:t>Yes</w:t>
      </w:r>
      <w:proofErr w:type="gramEnd"/>
      <w:r>
        <w:t xml:space="preserve"> </w:t>
      </w:r>
      <w:r w:rsidR="00B90DC2">
        <w:t xml:space="preserve">  </w:t>
      </w:r>
      <w:r>
        <w:t xml:space="preserve">   ☐ </w:t>
      </w:r>
      <w:r w:rsidR="00B90DC2">
        <w:t xml:space="preserve"> </w:t>
      </w:r>
      <w:r>
        <w:t xml:space="preserve">No </w:t>
      </w:r>
      <w:r w:rsidR="00B90DC2">
        <w:t xml:space="preserve">  </w:t>
      </w:r>
      <w:r>
        <w:t xml:space="preserve">   ☐ </w:t>
      </w:r>
      <w:r w:rsidR="00B90DC2">
        <w:t xml:space="preserve"> </w:t>
      </w:r>
      <w:r>
        <w:t>Not applicable</w:t>
      </w:r>
    </w:p>
    <w:p w:rsidR="007E69DE" w:rsidRDefault="00BC3D47">
      <w:r>
        <w:br w:type="page"/>
      </w:r>
    </w:p>
    <w:p w:rsidR="007E69DE" w:rsidRPr="00D13BA9" w:rsidRDefault="00BC3D47">
      <w:pPr>
        <w:pStyle w:val="Heading2"/>
        <w:rPr>
          <w:color w:val="auto"/>
        </w:rPr>
      </w:pPr>
      <w:r w:rsidRPr="00D13BA9">
        <w:rPr>
          <w:color w:val="auto"/>
        </w:rPr>
        <w:lastRenderedPageBreak/>
        <w:t>Operation</w:t>
      </w:r>
      <w:r w:rsidRPr="00D13BA9">
        <w:rPr>
          <w:color w:val="auto"/>
        </w:rPr>
        <w:t>al Definitions Used in the Study</w:t>
      </w:r>
    </w:p>
    <w:p w:rsidR="007E69DE" w:rsidRDefault="00BC3D47">
      <w:r>
        <w:t>• Current smoker: Self-reported daily or non-daily use of cigarettes and/or waterpipe at the time of donation.</w:t>
      </w:r>
    </w:p>
    <w:p w:rsidR="007E69DE" w:rsidRDefault="00BC3D47">
      <w:r>
        <w:t>• Exclusive cigarette smoker: Current use of cigarettes only.</w:t>
      </w:r>
    </w:p>
    <w:p w:rsidR="007E69DE" w:rsidRDefault="00BC3D47">
      <w:r>
        <w:t>• Exclusive waterpipe smoker: Current use of water</w:t>
      </w:r>
      <w:r>
        <w:t>pipe only.</w:t>
      </w:r>
    </w:p>
    <w:p w:rsidR="007E69DE" w:rsidRDefault="00BC3D47">
      <w:r>
        <w:t>• Dual user: Current use of both cigarettes and waterpipe.</w:t>
      </w:r>
    </w:p>
    <w:p w:rsidR="007E69DE" w:rsidRDefault="00BC3D47">
      <w:r>
        <w:t>• Smoking intensity (cigarettes): Light (&lt;10/day), Moderate (10–19/day), Heavy (≥20/day).</w:t>
      </w:r>
    </w:p>
    <w:p w:rsidR="007E69DE" w:rsidRDefault="00BC3D47">
      <w:r>
        <w:t>• Early initiation: Initiation before age 18 years.</w:t>
      </w:r>
    </w:p>
    <w:sectPr w:rsidR="007E69DE" w:rsidSect="00B90DC2">
      <w:pgSz w:w="12240" w:h="15840"/>
      <w:pgMar w:top="56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E69DE"/>
    <w:rsid w:val="00AA1D8D"/>
    <w:rsid w:val="00B47730"/>
    <w:rsid w:val="00B90DC2"/>
    <w:rsid w:val="00BC3D47"/>
    <w:rsid w:val="00CB0664"/>
    <w:rsid w:val="00D13BA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  <w15:docId w15:val="{2652B9B3-A61F-48DD-9312-C3967E62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46A3EA-3584-44C0-BE7A-BF14D0F5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3213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Asmahan</cp:lastModifiedBy>
  <cp:revision>2</cp:revision>
  <dcterms:created xsi:type="dcterms:W3CDTF">2026-02-16T12:55:00Z</dcterms:created>
  <dcterms:modified xsi:type="dcterms:W3CDTF">2026-02-16T12:55:00Z</dcterms:modified>
  <cp:category/>
</cp:coreProperties>
</file>