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12F44" w14:textId="77777777" w:rsidR="005D67B2" w:rsidRPr="00AA5027" w:rsidRDefault="00000000">
      <w:pPr>
        <w:pStyle w:val="Title"/>
        <w:jc w:val="center"/>
        <w:rPr>
          <w:rFonts w:ascii="Times New Roman" w:hAnsi="Times New Roman" w:cs="Times New Roman"/>
          <w:color w:val="auto"/>
        </w:rPr>
      </w:pPr>
      <w:r w:rsidRPr="00AA5027">
        <w:rPr>
          <w:rFonts w:ascii="Times New Roman" w:hAnsi="Times New Roman" w:cs="Times New Roman"/>
          <w:color w:val="auto"/>
        </w:rPr>
        <w:t>Hepatitis Stigma Reduction Open Call Submission Form</w:t>
      </w:r>
    </w:p>
    <w:p w14:paraId="3C2C8473" w14:textId="76EB15EB" w:rsidR="005D67B2" w:rsidRPr="00AA5027" w:rsidRDefault="00000000">
      <w:pPr>
        <w:spacing w:after="120"/>
        <w:rPr>
          <w:rFonts w:ascii="Times New Roman" w:hAnsi="Times New Roman" w:cs="Times New Roman"/>
        </w:rPr>
      </w:pPr>
      <w:r w:rsidRPr="00AA5027">
        <w:rPr>
          <w:rFonts w:ascii="Times New Roman" w:hAnsi="Times New Roman" w:cs="Times New Roman"/>
        </w:rPr>
        <w:t xml:space="preserve">Welcome to the submission page for the Hepatitis Stigma Reduction Open Call. We are collecting submissions that can help address misconceptions about people living with viral hepatitis and their families. </w:t>
      </w:r>
      <w:r w:rsidR="00CE11F1" w:rsidRPr="00CE11F1">
        <w:rPr>
          <w:rFonts w:ascii="Times New Roman" w:hAnsi="Times New Roman" w:cs="Times New Roman"/>
        </w:rPr>
        <w:t xml:space="preserve">Please upload your submission and ensure that </w:t>
      </w:r>
      <w:proofErr w:type="gramStart"/>
      <w:r w:rsidR="00CE11F1" w:rsidRPr="00CE11F1">
        <w:rPr>
          <w:rFonts w:ascii="Times New Roman" w:hAnsi="Times New Roman" w:cs="Times New Roman"/>
        </w:rPr>
        <w:t>all of</w:t>
      </w:r>
      <w:proofErr w:type="gramEnd"/>
      <w:r w:rsidR="00CE11F1" w:rsidRPr="00CE11F1">
        <w:rPr>
          <w:rFonts w:ascii="Times New Roman" w:hAnsi="Times New Roman" w:cs="Times New Roman"/>
        </w:rPr>
        <w:t xml:space="preserve"> your team members have completed the </w:t>
      </w:r>
      <w:r w:rsidR="00FE3604">
        <w:rPr>
          <w:rFonts w:ascii="Times New Roman" w:hAnsi="Times New Roman" w:cs="Times New Roman"/>
        </w:rPr>
        <w:t>survey</w:t>
      </w:r>
      <w:r w:rsidR="00CE11F1" w:rsidRPr="00CE11F1">
        <w:rPr>
          <w:rFonts w:ascii="Times New Roman" w:hAnsi="Times New Roman" w:cs="Times New Roman"/>
        </w:rPr>
        <w:t xml:space="preserve">. </w:t>
      </w:r>
      <w:r w:rsidRPr="00AA5027">
        <w:rPr>
          <w:rFonts w:ascii="Times New Roman" w:hAnsi="Times New Roman" w:cs="Times New Roman"/>
        </w:rPr>
        <w:t>If you would like to submit more than one entry, you need to complete this form multiple times and submit each entry separately.</w:t>
      </w:r>
      <w:r w:rsidR="00AA5027">
        <w:rPr>
          <w:rFonts w:ascii="Times New Roman" w:hAnsi="Times New Roman" w:cs="Times New Roman"/>
        </w:rPr>
        <w:t xml:space="preserve"> </w:t>
      </w:r>
      <w:r w:rsidRPr="00AA5027">
        <w:rPr>
          <w:rFonts w:ascii="Times New Roman" w:hAnsi="Times New Roman" w:cs="Times New Roman"/>
        </w:rPr>
        <w:t>If you have already submitted your entry and would like to withdraw it, please contact the coordinator at</w:t>
      </w:r>
      <w:r w:rsidR="00AA5027">
        <w:rPr>
          <w:rFonts w:ascii="Times New Roman" w:hAnsi="Times New Roman" w:cs="Times New Roman"/>
        </w:rPr>
        <w:t xml:space="preserve"> </w:t>
      </w:r>
      <w:hyperlink r:id="rId6" w:history="1">
        <w:r w:rsidR="00AA5027" w:rsidRPr="00A6607B">
          <w:rPr>
            <w:rStyle w:val="Hyperlink"/>
            <w:rFonts w:ascii="Times New Roman" w:hAnsi="Times New Roman" w:cs="Times New Roman"/>
          </w:rPr>
          <w:t>dansgroup2023@outlook.com</w:t>
        </w:r>
      </w:hyperlink>
      <w:r w:rsidRPr="00AA5027">
        <w:rPr>
          <w:rFonts w:ascii="Times New Roman" w:hAnsi="Times New Roman" w:cs="Times New Roman"/>
        </w:rPr>
        <w:t>.</w:t>
      </w:r>
    </w:p>
    <w:p w14:paraId="12E2142F" w14:textId="2E99A891" w:rsidR="005D67B2" w:rsidRPr="00AA5027" w:rsidRDefault="00000000">
      <w:pPr>
        <w:spacing w:after="120"/>
        <w:rPr>
          <w:rFonts w:ascii="Times New Roman" w:hAnsi="Times New Roman" w:cs="Times New Roman"/>
        </w:rPr>
      </w:pPr>
      <w:r w:rsidRPr="00AA5027">
        <w:rPr>
          <w:rFonts w:ascii="Times New Roman" w:hAnsi="Times New Roman" w:cs="Times New Roman"/>
        </w:rPr>
        <w:t xml:space="preserve">This </w:t>
      </w:r>
      <w:r w:rsidR="00FE3604">
        <w:rPr>
          <w:rFonts w:ascii="Times New Roman" w:hAnsi="Times New Roman" w:cs="Times New Roman"/>
        </w:rPr>
        <w:t>survey</w:t>
      </w:r>
      <w:r w:rsidRPr="00AA5027">
        <w:rPr>
          <w:rFonts w:ascii="Times New Roman" w:hAnsi="Times New Roman" w:cs="Times New Roman"/>
        </w:rPr>
        <w:t xml:space="preserve"> includes 16 basic questions and can be completed in a short time.</w:t>
      </w:r>
    </w:p>
    <w:p w14:paraId="062D11D7" w14:textId="77777777"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 How many people are participating in your team? [Single choice] *</w:t>
      </w:r>
    </w:p>
    <w:p w14:paraId="0A121284"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1</w:t>
      </w:r>
    </w:p>
    <w:p w14:paraId="725D0846"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2</w:t>
      </w:r>
    </w:p>
    <w:p w14:paraId="761359B7"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3</w:t>
      </w:r>
    </w:p>
    <w:p w14:paraId="5F65BE16"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4</w:t>
      </w:r>
    </w:p>
    <w:p w14:paraId="5139B1AE" w14:textId="02B19D63" w:rsidR="00CE11F1" w:rsidRPr="00AA5027" w:rsidRDefault="00CE11F1" w:rsidP="00CE11F1">
      <w:pPr>
        <w:spacing w:before="120" w:after="40"/>
        <w:rPr>
          <w:rFonts w:ascii="Times New Roman" w:hAnsi="Times New Roman" w:cs="Times New Roman"/>
        </w:rPr>
      </w:pPr>
      <w:r>
        <w:rPr>
          <w:rFonts w:ascii="Times New Roman" w:hAnsi="Times New Roman" w:cs="Times New Roman"/>
          <w:b/>
        </w:rPr>
        <w:t>2</w:t>
      </w:r>
      <w:r w:rsidRPr="00AA5027">
        <w:rPr>
          <w:rFonts w:ascii="Times New Roman" w:hAnsi="Times New Roman" w:cs="Times New Roman"/>
          <w:b/>
        </w:rPr>
        <w:t xml:space="preserve">. Please enter </w:t>
      </w:r>
      <w:r>
        <w:rPr>
          <w:rFonts w:ascii="Times New Roman" w:hAnsi="Times New Roman" w:cs="Times New Roman"/>
          <w:b/>
        </w:rPr>
        <w:t xml:space="preserve">the name of </w:t>
      </w:r>
      <w:r w:rsidRPr="00AA5027">
        <w:rPr>
          <w:rFonts w:ascii="Times New Roman" w:hAnsi="Times New Roman" w:cs="Times New Roman"/>
          <w:b/>
        </w:rPr>
        <w:t xml:space="preserve">your </w:t>
      </w:r>
      <w:r>
        <w:rPr>
          <w:rFonts w:ascii="Times New Roman" w:hAnsi="Times New Roman" w:cs="Times New Roman"/>
          <w:b/>
        </w:rPr>
        <w:t>submission</w:t>
      </w:r>
      <w:r w:rsidRPr="00AA5027">
        <w:rPr>
          <w:rFonts w:ascii="Times New Roman" w:hAnsi="Times New Roman" w:cs="Times New Roman"/>
          <w:b/>
        </w:rPr>
        <w:t>. [Open-ended] *</w:t>
      </w:r>
    </w:p>
    <w:p w14:paraId="3E973B72" w14:textId="7B2BEEED" w:rsidR="00CE11F1" w:rsidRPr="00CE11F1" w:rsidRDefault="00CE11F1" w:rsidP="00CE11F1">
      <w:pPr>
        <w:spacing w:after="0"/>
        <w:ind w:left="360"/>
        <w:rPr>
          <w:rFonts w:ascii="Times New Roman" w:hAnsi="Times New Roman" w:cs="Times New Roman"/>
        </w:rPr>
      </w:pPr>
      <w:r w:rsidRPr="00AA5027">
        <w:rPr>
          <w:rFonts w:ascii="Times New Roman" w:hAnsi="Times New Roman" w:cs="Times New Roman"/>
        </w:rPr>
        <w:t>_________________________________</w:t>
      </w:r>
    </w:p>
    <w:p w14:paraId="5D3A2E87" w14:textId="69B2832A" w:rsidR="005D67B2" w:rsidRPr="00AA5027" w:rsidRDefault="00CE11F1">
      <w:pPr>
        <w:spacing w:before="120" w:after="40"/>
        <w:rPr>
          <w:rFonts w:ascii="Times New Roman" w:hAnsi="Times New Roman" w:cs="Times New Roman"/>
        </w:rPr>
      </w:pPr>
      <w:r>
        <w:rPr>
          <w:rFonts w:ascii="Times New Roman" w:hAnsi="Times New Roman" w:cs="Times New Roman"/>
          <w:b/>
        </w:rPr>
        <w:t>3</w:t>
      </w:r>
      <w:r w:rsidRPr="00AA5027">
        <w:rPr>
          <w:rFonts w:ascii="Times New Roman" w:hAnsi="Times New Roman" w:cs="Times New Roman"/>
          <w:b/>
        </w:rPr>
        <w:t>. Please enter your phone number. [Open-ended] *</w:t>
      </w:r>
    </w:p>
    <w:p w14:paraId="1C17D766"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_________________________________</w:t>
      </w:r>
    </w:p>
    <w:p w14:paraId="59AF1C2D" w14:textId="5281A1C8" w:rsidR="005D67B2" w:rsidRPr="00AA5027" w:rsidRDefault="00CE11F1">
      <w:pPr>
        <w:spacing w:before="120" w:after="40"/>
        <w:rPr>
          <w:rFonts w:ascii="Times New Roman" w:hAnsi="Times New Roman" w:cs="Times New Roman"/>
        </w:rPr>
      </w:pPr>
      <w:r>
        <w:rPr>
          <w:rFonts w:ascii="Times New Roman" w:hAnsi="Times New Roman" w:cs="Times New Roman"/>
          <w:b/>
        </w:rPr>
        <w:t>4</w:t>
      </w:r>
      <w:r w:rsidRPr="00AA5027">
        <w:rPr>
          <w:rFonts w:ascii="Times New Roman" w:hAnsi="Times New Roman" w:cs="Times New Roman"/>
          <w:b/>
        </w:rPr>
        <w:t>. Please enter your email address. [Open-ended] *</w:t>
      </w:r>
    </w:p>
    <w:p w14:paraId="2DD8C610"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_________________________________</w:t>
      </w:r>
    </w:p>
    <w:p w14:paraId="703313E0" w14:textId="6F845AEF" w:rsidR="005D67B2" w:rsidRPr="00AA5027" w:rsidRDefault="00CE11F1">
      <w:pPr>
        <w:spacing w:before="120" w:after="40"/>
        <w:rPr>
          <w:rFonts w:ascii="Times New Roman" w:hAnsi="Times New Roman" w:cs="Times New Roman"/>
        </w:rPr>
      </w:pPr>
      <w:r>
        <w:rPr>
          <w:rFonts w:ascii="Times New Roman" w:hAnsi="Times New Roman" w:cs="Times New Roman"/>
          <w:b/>
        </w:rPr>
        <w:t>5</w:t>
      </w:r>
      <w:r w:rsidRPr="00AA5027">
        <w:rPr>
          <w:rFonts w:ascii="Times New Roman" w:hAnsi="Times New Roman" w:cs="Times New Roman"/>
          <w:b/>
        </w:rPr>
        <w:t>. What is the creation format of your submission? [Single choice] *</w:t>
      </w:r>
    </w:p>
    <w:p w14:paraId="728E5DD3"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Student-created</w:t>
      </w:r>
    </w:p>
    <w:p w14:paraId="5AB2659B" w14:textId="1791707A"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xml:space="preserve">○ Suggested by </w:t>
      </w:r>
      <w:r w:rsidR="001D7ACE">
        <w:rPr>
          <w:rFonts w:ascii="Times New Roman" w:hAnsi="Times New Roman" w:cs="Times New Roman"/>
        </w:rPr>
        <w:t xml:space="preserve">a </w:t>
      </w:r>
      <w:r w:rsidRPr="00AA5027">
        <w:rPr>
          <w:rFonts w:ascii="Times New Roman" w:hAnsi="Times New Roman" w:cs="Times New Roman"/>
        </w:rPr>
        <w:t>faculty</w:t>
      </w:r>
      <w:r w:rsidR="001D7ACE">
        <w:rPr>
          <w:rFonts w:ascii="Times New Roman" w:hAnsi="Times New Roman" w:cs="Times New Roman"/>
        </w:rPr>
        <w:t xml:space="preserve"> member</w:t>
      </w:r>
    </w:p>
    <w:p w14:paraId="08F0D230" w14:textId="24270C92" w:rsidR="005D67B2" w:rsidRPr="00AA5027" w:rsidRDefault="00CE11F1">
      <w:pPr>
        <w:spacing w:before="120" w:after="40"/>
        <w:rPr>
          <w:rFonts w:ascii="Times New Roman" w:hAnsi="Times New Roman" w:cs="Times New Roman"/>
        </w:rPr>
      </w:pPr>
      <w:r>
        <w:rPr>
          <w:rFonts w:ascii="Times New Roman" w:hAnsi="Times New Roman" w:cs="Times New Roman"/>
          <w:b/>
        </w:rPr>
        <w:t>6</w:t>
      </w:r>
      <w:r w:rsidRPr="00AA5027">
        <w:rPr>
          <w:rFonts w:ascii="Times New Roman" w:hAnsi="Times New Roman" w:cs="Times New Roman"/>
          <w:b/>
        </w:rPr>
        <w:t>. Did any student organization assist you in creating this submission? [Single choice] *</w:t>
      </w:r>
    </w:p>
    <w:p w14:paraId="19BC3DFA"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 please specify: _________________ *</w:t>
      </w:r>
    </w:p>
    <w:p w14:paraId="65A25EAF"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211748A0" w14:textId="46154821" w:rsidR="005D67B2" w:rsidRPr="00AA5027" w:rsidRDefault="00CE11F1">
      <w:pPr>
        <w:spacing w:before="120" w:after="40"/>
        <w:rPr>
          <w:rFonts w:ascii="Times New Roman" w:hAnsi="Times New Roman" w:cs="Times New Roman"/>
        </w:rPr>
      </w:pPr>
      <w:r>
        <w:rPr>
          <w:rFonts w:ascii="Times New Roman" w:hAnsi="Times New Roman" w:cs="Times New Roman"/>
          <w:b/>
        </w:rPr>
        <w:t>7</w:t>
      </w:r>
      <w:r w:rsidRPr="00AA5027">
        <w:rPr>
          <w:rFonts w:ascii="Times New Roman" w:hAnsi="Times New Roman" w:cs="Times New Roman"/>
          <w:b/>
        </w:rPr>
        <w:t>. What is the format of your submission? [Single choice] *</w:t>
      </w:r>
    </w:p>
    <w:p w14:paraId="1549EEEE"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Text material</w:t>
      </w:r>
    </w:p>
    <w:p w14:paraId="505FDAE8"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Comic</w:t>
      </w:r>
    </w:p>
    <w:p w14:paraId="085DC3D6"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Poster</w:t>
      </w:r>
    </w:p>
    <w:p w14:paraId="102E9C25"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Audio</w:t>
      </w:r>
    </w:p>
    <w:p w14:paraId="67290225"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Video</w:t>
      </w:r>
    </w:p>
    <w:p w14:paraId="2B4422F4"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Other; please specify: _________________ *</w:t>
      </w:r>
    </w:p>
    <w:p w14:paraId="6FFDB87D" w14:textId="0A9732B3" w:rsidR="005D67B2" w:rsidRPr="00AA5027" w:rsidRDefault="00CE11F1">
      <w:pPr>
        <w:spacing w:before="120" w:after="40"/>
        <w:rPr>
          <w:rFonts w:ascii="Times New Roman" w:hAnsi="Times New Roman" w:cs="Times New Roman"/>
        </w:rPr>
      </w:pPr>
      <w:r>
        <w:rPr>
          <w:rFonts w:ascii="Times New Roman" w:hAnsi="Times New Roman" w:cs="Times New Roman"/>
          <w:b/>
        </w:rPr>
        <w:t>8</w:t>
      </w:r>
      <w:r w:rsidRPr="00AA5027">
        <w:rPr>
          <w:rFonts w:ascii="Times New Roman" w:hAnsi="Times New Roman" w:cs="Times New Roman"/>
          <w:b/>
        </w:rPr>
        <w:t>. Do you agree that your submission may be used for policy and research purposes without disclosing your personal information? The organizers will seek your consent before use. [Single choice] *</w:t>
      </w:r>
    </w:p>
    <w:p w14:paraId="739B890B"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30E571F1"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6D5109A2" w14:textId="142E3FFB" w:rsidR="005D67B2" w:rsidRPr="00AA5027" w:rsidRDefault="00CE11F1">
      <w:pPr>
        <w:spacing w:before="120" w:after="40"/>
        <w:rPr>
          <w:rFonts w:ascii="Times New Roman" w:hAnsi="Times New Roman" w:cs="Times New Roman"/>
        </w:rPr>
      </w:pPr>
      <w:r>
        <w:rPr>
          <w:rFonts w:ascii="Times New Roman" w:hAnsi="Times New Roman" w:cs="Times New Roman"/>
          <w:b/>
        </w:rPr>
        <w:t>9</w:t>
      </w:r>
      <w:r w:rsidRPr="00AA5027">
        <w:rPr>
          <w:rFonts w:ascii="Times New Roman" w:hAnsi="Times New Roman" w:cs="Times New Roman"/>
          <w:b/>
        </w:rPr>
        <w:t>. Please confirm whether your submission contains information obtained from external sources. If yes, please confirm whether you have provided clear and appropriate source citations. [Single choice] *</w:t>
      </w:r>
    </w:p>
    <w:p w14:paraId="58EB78F2"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5C8BC7BC"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797A5FBE" w14:textId="4A2AE514" w:rsidR="005D67B2" w:rsidRPr="00AA5027" w:rsidRDefault="00CE11F1">
      <w:pPr>
        <w:spacing w:before="120" w:after="40"/>
        <w:rPr>
          <w:rFonts w:ascii="Times New Roman" w:hAnsi="Times New Roman" w:cs="Times New Roman"/>
        </w:rPr>
      </w:pPr>
      <w:r>
        <w:rPr>
          <w:rFonts w:ascii="Times New Roman" w:hAnsi="Times New Roman" w:cs="Times New Roman"/>
          <w:b/>
        </w:rPr>
        <w:lastRenderedPageBreak/>
        <w:t>10</w:t>
      </w:r>
      <w:r w:rsidRPr="00AA5027">
        <w:rPr>
          <w:rFonts w:ascii="Times New Roman" w:hAnsi="Times New Roman" w:cs="Times New Roman"/>
          <w:b/>
        </w:rPr>
        <w:t>. If your submission is selected as a winning entry, the competition organizers will notify you and provide further details, including the form, content, and channels of dissemination. The organizers will not share your submitted entry without your consent. Please confirm: [Single choice] *</w:t>
      </w:r>
    </w:p>
    <w:p w14:paraId="66B8042B"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3C84C11C"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4BF120B2" w14:textId="0AE74992"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1</w:t>
      </w:r>
      <w:r w:rsidRPr="00AA5027">
        <w:rPr>
          <w:rFonts w:ascii="Times New Roman" w:hAnsi="Times New Roman" w:cs="Times New Roman"/>
          <w:b/>
        </w:rPr>
        <w:t>. What is your gender? [Single choice] *</w:t>
      </w:r>
    </w:p>
    <w:p w14:paraId="7C80181D"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Male</w:t>
      </w:r>
    </w:p>
    <w:p w14:paraId="592A0D5D"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Female</w:t>
      </w:r>
    </w:p>
    <w:p w14:paraId="3D4F9A27"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Other; please specify: _________________ *</w:t>
      </w:r>
    </w:p>
    <w:p w14:paraId="31D99D31"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Prefer not to say</w:t>
      </w:r>
    </w:p>
    <w:p w14:paraId="04701E2C" w14:textId="6242164F"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2</w:t>
      </w:r>
      <w:r w:rsidRPr="00AA5027">
        <w:rPr>
          <w:rFonts w:ascii="Times New Roman" w:hAnsi="Times New Roman" w:cs="Times New Roman"/>
          <w:b/>
        </w:rPr>
        <w:t>. What is your age? Please enter a number. [Open-ended] *</w:t>
      </w:r>
    </w:p>
    <w:p w14:paraId="5C422864"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_________________________________</w:t>
      </w:r>
    </w:p>
    <w:p w14:paraId="71147D2F" w14:textId="7BE9C14C"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3</w:t>
      </w:r>
      <w:r w:rsidRPr="00AA5027">
        <w:rPr>
          <w:rFonts w:ascii="Times New Roman" w:hAnsi="Times New Roman" w:cs="Times New Roman"/>
          <w:b/>
        </w:rPr>
        <w:t>. What is your current degree level? [Single choice] *</w:t>
      </w:r>
    </w:p>
    <w:p w14:paraId="3A1373C1"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Bachelor's student</w:t>
      </w:r>
    </w:p>
    <w:p w14:paraId="174C7A5F"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Graduate student</w:t>
      </w:r>
    </w:p>
    <w:p w14:paraId="6BFF5E62" w14:textId="6B27A6B1"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4</w:t>
      </w:r>
      <w:r w:rsidRPr="00AA5027">
        <w:rPr>
          <w:rFonts w:ascii="Times New Roman" w:hAnsi="Times New Roman" w:cs="Times New Roman"/>
          <w:b/>
        </w:rPr>
        <w:t>. Have you had contact with people living with viral hepatitis, including hepatitis B or hepatitis C? [Single choice] *</w:t>
      </w:r>
    </w:p>
    <w:p w14:paraId="3ED4C791"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03F8EA29"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7F3BCA42" w14:textId="157168AC"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5</w:t>
      </w:r>
      <w:r w:rsidRPr="00AA5027">
        <w:rPr>
          <w:rFonts w:ascii="Times New Roman" w:hAnsi="Times New Roman" w:cs="Times New Roman"/>
          <w:b/>
        </w:rPr>
        <w:t>. Do you have family members or friends living with viral hepatitis, including hepatitis B or hepatitis C? [Single choice] *</w:t>
      </w:r>
    </w:p>
    <w:p w14:paraId="33CB3BFD"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16C9360D"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402B3BBB" w14:textId="56110ABF"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6</w:t>
      </w:r>
      <w:r w:rsidRPr="00AA5027">
        <w:rPr>
          <w:rFonts w:ascii="Times New Roman" w:hAnsi="Times New Roman" w:cs="Times New Roman"/>
          <w:b/>
        </w:rPr>
        <w:t>. Have you participated in hepatitis-related volunteer activities or similar activities? [Single choice] *</w:t>
      </w:r>
    </w:p>
    <w:p w14:paraId="559F58D0"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Yes</w:t>
      </w:r>
    </w:p>
    <w:p w14:paraId="5D1F0245"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No</w:t>
      </w:r>
    </w:p>
    <w:p w14:paraId="09A701B0" w14:textId="3E60D76F" w:rsidR="005D67B2" w:rsidRPr="00AA5027" w:rsidRDefault="00000000">
      <w:pPr>
        <w:spacing w:before="120" w:after="40"/>
        <w:rPr>
          <w:rFonts w:ascii="Times New Roman" w:hAnsi="Times New Roman" w:cs="Times New Roman"/>
        </w:rPr>
      </w:pPr>
      <w:r w:rsidRPr="00AA5027">
        <w:rPr>
          <w:rFonts w:ascii="Times New Roman" w:hAnsi="Times New Roman" w:cs="Times New Roman"/>
          <w:b/>
        </w:rPr>
        <w:t>1</w:t>
      </w:r>
      <w:r w:rsidR="00CE11F1">
        <w:rPr>
          <w:rFonts w:ascii="Times New Roman" w:hAnsi="Times New Roman" w:cs="Times New Roman"/>
          <w:b/>
        </w:rPr>
        <w:t>7</w:t>
      </w:r>
      <w:r w:rsidRPr="00AA5027">
        <w:rPr>
          <w:rFonts w:ascii="Times New Roman" w:hAnsi="Times New Roman" w:cs="Times New Roman"/>
          <w:b/>
        </w:rPr>
        <w:t xml:space="preserve">. How did you hear about this </w:t>
      </w:r>
      <w:r w:rsidR="00AA5027">
        <w:rPr>
          <w:rFonts w:ascii="Times New Roman" w:hAnsi="Times New Roman" w:cs="Times New Roman"/>
          <w:b/>
        </w:rPr>
        <w:t>open call</w:t>
      </w:r>
      <w:r w:rsidRPr="00AA5027">
        <w:rPr>
          <w:rFonts w:ascii="Times New Roman" w:hAnsi="Times New Roman" w:cs="Times New Roman"/>
          <w:b/>
        </w:rPr>
        <w:t>? [Single choice] *</w:t>
      </w:r>
    </w:p>
    <w:p w14:paraId="66F870A3"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Word of mouth</w:t>
      </w:r>
    </w:p>
    <w:p w14:paraId="640603CA"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Student organization</w:t>
      </w:r>
    </w:p>
    <w:p w14:paraId="55CC4FC5"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Social media</w:t>
      </w:r>
    </w:p>
    <w:p w14:paraId="1A1D2E48"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Poster</w:t>
      </w:r>
    </w:p>
    <w:p w14:paraId="6C854157" w14:textId="77777777" w:rsidR="005D67B2" w:rsidRPr="00AA5027" w:rsidRDefault="00000000">
      <w:pPr>
        <w:spacing w:after="0"/>
        <w:ind w:left="360"/>
        <w:rPr>
          <w:rFonts w:ascii="Times New Roman" w:hAnsi="Times New Roman" w:cs="Times New Roman"/>
        </w:rPr>
      </w:pPr>
      <w:r w:rsidRPr="00AA5027">
        <w:rPr>
          <w:rFonts w:ascii="Times New Roman" w:hAnsi="Times New Roman" w:cs="Times New Roman"/>
        </w:rPr>
        <w:t>○ Other; please specify: _________________ *</w:t>
      </w:r>
    </w:p>
    <w:sectPr w:rsidR="005D67B2" w:rsidRPr="00AA5027"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11431">
    <w:abstractNumId w:val="8"/>
  </w:num>
  <w:num w:numId="2" w16cid:durableId="1479108165">
    <w:abstractNumId w:val="6"/>
  </w:num>
  <w:num w:numId="3" w16cid:durableId="1859192032">
    <w:abstractNumId w:val="5"/>
  </w:num>
  <w:num w:numId="4" w16cid:durableId="1063526100">
    <w:abstractNumId w:val="4"/>
  </w:num>
  <w:num w:numId="5" w16cid:durableId="231551171">
    <w:abstractNumId w:val="7"/>
  </w:num>
  <w:num w:numId="6" w16cid:durableId="418982659">
    <w:abstractNumId w:val="3"/>
  </w:num>
  <w:num w:numId="7" w16cid:durableId="548959996">
    <w:abstractNumId w:val="2"/>
  </w:num>
  <w:num w:numId="8" w16cid:durableId="939023191">
    <w:abstractNumId w:val="1"/>
  </w:num>
  <w:num w:numId="9" w16cid:durableId="414057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ACE"/>
    <w:rsid w:val="0029639D"/>
    <w:rsid w:val="00326F90"/>
    <w:rsid w:val="005D67B2"/>
    <w:rsid w:val="00AA1D8D"/>
    <w:rsid w:val="00AA5027"/>
    <w:rsid w:val="00B47730"/>
    <w:rsid w:val="00CB0664"/>
    <w:rsid w:val="00CE11F1"/>
    <w:rsid w:val="00FC693F"/>
    <w:rsid w:val="00FE3604"/>
    <w:rsid w:val="00FF1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5A025F"/>
  <w14:defaultImageDpi w14:val="300"/>
  <w15:docId w15:val="{10BBBEC8-D0BF-9245-9868-93A396BD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1F1"/>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A5027"/>
    <w:rPr>
      <w:color w:val="0000FF" w:themeColor="hyperlink"/>
      <w:u w:val="single"/>
    </w:rPr>
  </w:style>
  <w:style w:type="character" w:styleId="UnresolvedMention">
    <w:name w:val="Unresolved Mention"/>
    <w:basedOn w:val="DefaultParagraphFont"/>
    <w:uiPriority w:val="99"/>
    <w:semiHidden/>
    <w:unhideWhenUsed/>
    <w:rsid w:val="00AA5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nsgroup2023@outlook.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Hepatitis Stigma Reduction Open Call Submission Form</vt:lpstr>
    </vt:vector>
  </TitlesOfParts>
  <Manager/>
  <Company/>
  <LinksUpToDate>false</LinksUpToDate>
  <CharactersWithSpaces>3097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Hepatitis Stigma Reduction Open Call Submission Form</dc:title>
  <dc:subject/>
  <dc:creator/>
  <cp:keywords/>
  <dc:description>generated by python-docx</dc:description>
  <cp:lastModifiedBy>Yanqi Wang</cp:lastModifiedBy>
  <cp:revision>4</cp:revision>
  <dcterms:created xsi:type="dcterms:W3CDTF">2013-12-23T23:15:00Z</dcterms:created>
  <dcterms:modified xsi:type="dcterms:W3CDTF">2026-05-04T23:35:00Z</dcterms:modified>
  <cp:category/>
</cp:coreProperties>
</file>