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EF85" w14:textId="092F0726" w:rsidR="00126AE9" w:rsidRDefault="00747EA1" w:rsidP="00A94207">
      <w:pPr>
        <w:pStyle w:val="Heading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Supplemental Table </w:t>
      </w:r>
      <w:r w:rsidR="006E395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t>. Tukey’s Post Hoc ANOVA Comparisons by Race</w:t>
      </w:r>
    </w:p>
    <w:p w14:paraId="569B97A2" w14:textId="77777777" w:rsidR="006E395D" w:rsidRPr="00A94207" w:rsidRDefault="006E395D" w:rsidP="00A94207">
      <w:pPr>
        <w:spacing w:after="0" w:line="240" w:lineRule="auto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350"/>
        <w:gridCol w:w="1440"/>
        <w:gridCol w:w="1440"/>
        <w:gridCol w:w="1440"/>
      </w:tblGrid>
      <w:tr w:rsidR="00E2292E" w:rsidRPr="006E395D" w14:paraId="1F9B2491" w14:textId="77777777" w:rsidTr="00A94207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9A09216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Dependent Variable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0114EDB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Pairwise Comparison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30ADA83" w14:textId="6C32052F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Mean Difference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26D9AD9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Std. Error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1DA5459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FE281D2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</w:tr>
      <w:tr w:rsidR="00E2292E" w:rsidRPr="00E2292E" w14:paraId="7468E3AB" w14:textId="77777777" w:rsidTr="00A94207">
        <w:tc>
          <w:tcPr>
            <w:tcW w:w="1440" w:type="dxa"/>
            <w:tcBorders>
              <w:top w:val="single" w:sz="4" w:space="0" w:color="auto"/>
            </w:tcBorders>
          </w:tcPr>
          <w:p w14:paraId="1DD69FE7" w14:textId="67F842A4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DC1107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2A2BF18" w14:textId="10FAD4C3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8899ED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2A03F0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89EEFF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[0.59, 2.74]</w:t>
            </w:r>
          </w:p>
        </w:tc>
      </w:tr>
      <w:tr w:rsidR="00E2292E" w:rsidRPr="00E2292E" w14:paraId="5E6A1C2D" w14:textId="77777777" w:rsidTr="00A94207">
        <w:tc>
          <w:tcPr>
            <w:tcW w:w="1440" w:type="dxa"/>
          </w:tcPr>
          <w:p w14:paraId="76F30A82" w14:textId="31D09FC8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64E712F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0FCE68D1" w14:textId="5EFAF35C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14:paraId="7C97D56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1440" w:type="dxa"/>
          </w:tcPr>
          <w:p w14:paraId="67E34C4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0.890</w:t>
            </w:r>
          </w:p>
        </w:tc>
        <w:tc>
          <w:tcPr>
            <w:tcW w:w="1440" w:type="dxa"/>
          </w:tcPr>
          <w:p w14:paraId="15F1202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[-0.85, 1.50]</w:t>
            </w:r>
          </w:p>
        </w:tc>
      </w:tr>
      <w:tr w:rsidR="00E2292E" w:rsidRPr="00E2292E" w14:paraId="1FDA688A" w14:textId="77777777" w:rsidTr="00A94207">
        <w:tc>
          <w:tcPr>
            <w:tcW w:w="1440" w:type="dxa"/>
          </w:tcPr>
          <w:p w14:paraId="27C7DF2A" w14:textId="15DC53E7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39C9088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7059EF33" w14:textId="2E8CAD88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1440" w:type="dxa"/>
          </w:tcPr>
          <w:p w14:paraId="453A598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1440" w:type="dxa"/>
          </w:tcPr>
          <w:p w14:paraId="6A89A6B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0.929</w:t>
            </w:r>
          </w:p>
        </w:tc>
        <w:tc>
          <w:tcPr>
            <w:tcW w:w="1440" w:type="dxa"/>
          </w:tcPr>
          <w:p w14:paraId="3DCDEBC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[-1.76, 2.85]</w:t>
            </w:r>
          </w:p>
        </w:tc>
      </w:tr>
      <w:tr w:rsidR="00E2292E" w:rsidRPr="00E2292E" w14:paraId="4F77CA0F" w14:textId="77777777" w:rsidTr="00A94207">
        <w:tc>
          <w:tcPr>
            <w:tcW w:w="1440" w:type="dxa"/>
          </w:tcPr>
          <w:p w14:paraId="18E941AA" w14:textId="409997BF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4788CDD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664D2B42" w14:textId="5449CEBB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-1.34*</w:t>
            </w:r>
          </w:p>
        </w:tc>
        <w:tc>
          <w:tcPr>
            <w:tcW w:w="1440" w:type="dxa"/>
          </w:tcPr>
          <w:p w14:paraId="39817CB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</w:t>
            </w:r>
          </w:p>
        </w:tc>
        <w:tc>
          <w:tcPr>
            <w:tcW w:w="1440" w:type="dxa"/>
          </w:tcPr>
          <w:p w14:paraId="379B188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0.020</w:t>
            </w:r>
          </w:p>
        </w:tc>
        <w:tc>
          <w:tcPr>
            <w:tcW w:w="1440" w:type="dxa"/>
          </w:tcPr>
          <w:p w14:paraId="5407EF6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[-2.53, -0.16]</w:t>
            </w:r>
          </w:p>
        </w:tc>
      </w:tr>
      <w:tr w:rsidR="00E2292E" w:rsidRPr="00E2292E" w14:paraId="7C56DC2C" w14:textId="77777777" w:rsidTr="00A94207">
        <w:tc>
          <w:tcPr>
            <w:tcW w:w="1440" w:type="dxa"/>
          </w:tcPr>
          <w:p w14:paraId="418F8F85" w14:textId="63F8EBBA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3B81B4A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</w:tcPr>
          <w:p w14:paraId="79FBAA74" w14:textId="62D588CE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-1.1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14:paraId="46C70AC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1440" w:type="dxa"/>
          </w:tcPr>
          <w:p w14:paraId="5CF5E1B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0.587</w:t>
            </w:r>
          </w:p>
        </w:tc>
        <w:tc>
          <w:tcPr>
            <w:tcW w:w="1440" w:type="dxa"/>
          </w:tcPr>
          <w:p w14:paraId="5FE2014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[-3.43, 1.18]</w:t>
            </w:r>
          </w:p>
        </w:tc>
      </w:tr>
      <w:tr w:rsidR="00E2292E" w:rsidRPr="00E2292E" w14:paraId="1EF195BB" w14:textId="77777777" w:rsidTr="00A94207">
        <w:tc>
          <w:tcPr>
            <w:tcW w:w="1440" w:type="dxa"/>
          </w:tcPr>
          <w:p w14:paraId="2B4981B7" w14:textId="216396BE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3E021B6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</w:tcPr>
          <w:p w14:paraId="71E1202B" w14:textId="21D37F31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40" w:type="dxa"/>
          </w:tcPr>
          <w:p w14:paraId="649BF9D8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</w:t>
            </w:r>
          </w:p>
        </w:tc>
        <w:tc>
          <w:tcPr>
            <w:tcW w:w="1440" w:type="dxa"/>
          </w:tcPr>
          <w:p w14:paraId="4ECCC6C8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0.995</w:t>
            </w:r>
          </w:p>
        </w:tc>
        <w:tc>
          <w:tcPr>
            <w:tcW w:w="1440" w:type="dxa"/>
          </w:tcPr>
          <w:p w14:paraId="20F2D56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[-2.14, 2.57]</w:t>
            </w:r>
          </w:p>
        </w:tc>
      </w:tr>
      <w:tr w:rsidR="00E2292E" w:rsidRPr="00E2292E" w14:paraId="53866DF7" w14:textId="77777777" w:rsidTr="00A94207">
        <w:tc>
          <w:tcPr>
            <w:tcW w:w="1440" w:type="dxa"/>
          </w:tcPr>
          <w:p w14:paraId="3509DB16" w14:textId="459E178A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56269EA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</w:tcPr>
          <w:p w14:paraId="22A14755" w14:textId="6035179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203A597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1440" w:type="dxa"/>
          </w:tcPr>
          <w:p w14:paraId="79876FB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5BD69E5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[0.73, 2.05]</w:t>
            </w:r>
          </w:p>
        </w:tc>
      </w:tr>
      <w:tr w:rsidR="00E2292E" w:rsidRPr="00E2292E" w14:paraId="7F96758D" w14:textId="77777777" w:rsidTr="00A94207">
        <w:tc>
          <w:tcPr>
            <w:tcW w:w="1440" w:type="dxa"/>
          </w:tcPr>
          <w:p w14:paraId="67357332" w14:textId="7A03B66F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0891368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45E5D26D" w14:textId="4359FBA9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14:paraId="1CC6835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1440" w:type="dxa"/>
          </w:tcPr>
          <w:p w14:paraId="06A8FE4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0.475</w:t>
            </w:r>
          </w:p>
        </w:tc>
        <w:tc>
          <w:tcPr>
            <w:tcW w:w="1440" w:type="dxa"/>
          </w:tcPr>
          <w:p w14:paraId="1C302F62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[-0.32, 1.14]</w:t>
            </w:r>
          </w:p>
        </w:tc>
      </w:tr>
      <w:tr w:rsidR="00E2292E" w:rsidRPr="00E2292E" w14:paraId="38B0917E" w14:textId="77777777" w:rsidTr="00A94207">
        <w:tc>
          <w:tcPr>
            <w:tcW w:w="1440" w:type="dxa"/>
          </w:tcPr>
          <w:p w14:paraId="4A288FD8" w14:textId="30B9FB76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1123216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0BC5D872" w14:textId="2F8D9154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14:paraId="400D475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</w:t>
            </w:r>
          </w:p>
        </w:tc>
        <w:tc>
          <w:tcPr>
            <w:tcW w:w="1440" w:type="dxa"/>
          </w:tcPr>
          <w:p w14:paraId="5876716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0.690</w:t>
            </w:r>
          </w:p>
        </w:tc>
        <w:tc>
          <w:tcPr>
            <w:tcW w:w="1440" w:type="dxa"/>
          </w:tcPr>
          <w:p w14:paraId="52E8667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[-0.82, 2.04]</w:t>
            </w:r>
          </w:p>
        </w:tc>
      </w:tr>
      <w:tr w:rsidR="00E2292E" w:rsidRPr="00E2292E" w14:paraId="654B3AE1" w14:textId="77777777" w:rsidTr="00A94207">
        <w:tc>
          <w:tcPr>
            <w:tcW w:w="1440" w:type="dxa"/>
          </w:tcPr>
          <w:p w14:paraId="68CA5E92" w14:textId="517CBB2B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369AF20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71442BCB" w14:textId="6E186692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-0.98*</w:t>
            </w:r>
          </w:p>
        </w:tc>
        <w:tc>
          <w:tcPr>
            <w:tcW w:w="1440" w:type="dxa"/>
          </w:tcPr>
          <w:p w14:paraId="5F50F37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1440" w:type="dxa"/>
          </w:tcPr>
          <w:p w14:paraId="3F9A266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1440" w:type="dxa"/>
          </w:tcPr>
          <w:p w14:paraId="17C114E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[-1.71, -0.25]</w:t>
            </w:r>
          </w:p>
        </w:tc>
      </w:tr>
      <w:tr w:rsidR="00E2292E" w:rsidRPr="00E2292E" w14:paraId="29C59E95" w14:textId="77777777" w:rsidTr="00A94207">
        <w:tc>
          <w:tcPr>
            <w:tcW w:w="1440" w:type="dxa"/>
          </w:tcPr>
          <w:p w14:paraId="121EB198" w14:textId="65998305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3E8FBE4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</w:tcPr>
          <w:p w14:paraId="2B8299A2" w14:textId="3923E99F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-0.78</w:t>
            </w:r>
          </w:p>
        </w:tc>
        <w:tc>
          <w:tcPr>
            <w:tcW w:w="1440" w:type="dxa"/>
          </w:tcPr>
          <w:p w14:paraId="4C4CA368" w14:textId="1A8209CF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40" w:type="dxa"/>
          </w:tcPr>
          <w:p w14:paraId="3325B88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0.490</w:t>
            </w:r>
          </w:p>
        </w:tc>
        <w:tc>
          <w:tcPr>
            <w:tcW w:w="1440" w:type="dxa"/>
          </w:tcPr>
          <w:p w14:paraId="4924F486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[-2.21, 0.65]</w:t>
            </w:r>
          </w:p>
        </w:tc>
      </w:tr>
      <w:tr w:rsidR="00E2292E" w:rsidRPr="00E2292E" w14:paraId="03BADDCF" w14:textId="77777777" w:rsidTr="00A94207">
        <w:tc>
          <w:tcPr>
            <w:tcW w:w="1440" w:type="dxa"/>
          </w:tcPr>
          <w:p w14:paraId="1D61952B" w14:textId="4C9B283D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43A460B2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</w:tcPr>
          <w:p w14:paraId="141E70D9" w14:textId="31C658E5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1440" w:type="dxa"/>
          </w:tcPr>
          <w:p w14:paraId="6EDBE2B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</w:t>
            </w:r>
          </w:p>
        </w:tc>
        <w:tc>
          <w:tcPr>
            <w:tcW w:w="1440" w:type="dxa"/>
          </w:tcPr>
          <w:p w14:paraId="04945A1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0.985</w:t>
            </w:r>
          </w:p>
        </w:tc>
        <w:tc>
          <w:tcPr>
            <w:tcW w:w="1440" w:type="dxa"/>
          </w:tcPr>
          <w:p w14:paraId="4A50402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[-1.26, 1.66]</w:t>
            </w:r>
          </w:p>
        </w:tc>
      </w:tr>
      <w:tr w:rsidR="00E2292E" w:rsidRPr="00E2292E" w14:paraId="16926294" w14:textId="77777777" w:rsidTr="00A94207">
        <w:tc>
          <w:tcPr>
            <w:tcW w:w="1440" w:type="dxa"/>
          </w:tcPr>
          <w:p w14:paraId="32DC1169" w14:textId="6B276464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3F94C05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</w:tcPr>
          <w:p w14:paraId="48A473BF" w14:textId="214D24C2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2.85*</w:t>
            </w:r>
          </w:p>
        </w:tc>
        <w:tc>
          <w:tcPr>
            <w:tcW w:w="1440" w:type="dxa"/>
          </w:tcPr>
          <w:p w14:paraId="67F9368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</w:t>
            </w:r>
          </w:p>
        </w:tc>
        <w:tc>
          <w:tcPr>
            <w:tcW w:w="1440" w:type="dxa"/>
          </w:tcPr>
          <w:p w14:paraId="5EAEF36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78BD708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[1.83, 3.87]</w:t>
            </w:r>
          </w:p>
        </w:tc>
      </w:tr>
      <w:tr w:rsidR="00E2292E" w:rsidRPr="00E2292E" w14:paraId="6C7A96FC" w14:textId="77777777" w:rsidTr="00A94207">
        <w:tc>
          <w:tcPr>
            <w:tcW w:w="1440" w:type="dxa"/>
          </w:tcPr>
          <w:p w14:paraId="08DC8D87" w14:textId="6A6A71B5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102E2BA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564D03E0" w14:textId="7130FB98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639A854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</w:t>
            </w:r>
          </w:p>
        </w:tc>
        <w:tc>
          <w:tcPr>
            <w:tcW w:w="1440" w:type="dxa"/>
          </w:tcPr>
          <w:p w14:paraId="39F8245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1440" w:type="dxa"/>
          </w:tcPr>
          <w:p w14:paraId="7F975A92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[0.23, 2.47]</w:t>
            </w:r>
          </w:p>
        </w:tc>
      </w:tr>
      <w:tr w:rsidR="00E2292E" w:rsidRPr="00E2292E" w14:paraId="0CF92CB6" w14:textId="77777777" w:rsidTr="00A94207">
        <w:tc>
          <w:tcPr>
            <w:tcW w:w="1440" w:type="dxa"/>
          </w:tcPr>
          <w:p w14:paraId="35FF3CCE" w14:textId="5E75AF26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1BCC7D0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0EE57FB7" w14:textId="7F30D79F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2.81*</w:t>
            </w:r>
          </w:p>
        </w:tc>
        <w:tc>
          <w:tcPr>
            <w:tcW w:w="1440" w:type="dxa"/>
          </w:tcPr>
          <w:p w14:paraId="156140D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</w:t>
            </w:r>
          </w:p>
        </w:tc>
        <w:tc>
          <w:tcPr>
            <w:tcW w:w="1440" w:type="dxa"/>
          </w:tcPr>
          <w:p w14:paraId="4F02064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0.017</w:t>
            </w:r>
          </w:p>
        </w:tc>
        <w:tc>
          <w:tcPr>
            <w:tcW w:w="1440" w:type="dxa"/>
          </w:tcPr>
          <w:p w14:paraId="1BB86B4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[0.36, 5.26]</w:t>
            </w:r>
          </w:p>
        </w:tc>
      </w:tr>
      <w:tr w:rsidR="00E2292E" w:rsidRPr="00E2292E" w14:paraId="0EF09428" w14:textId="77777777" w:rsidTr="00A94207">
        <w:tc>
          <w:tcPr>
            <w:tcW w:w="1440" w:type="dxa"/>
          </w:tcPr>
          <w:p w14:paraId="4E34FD63" w14:textId="531423F6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61E98C7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57BD9DD8" w14:textId="0FCCF410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-1.50*</w:t>
            </w:r>
          </w:p>
        </w:tc>
        <w:tc>
          <w:tcPr>
            <w:tcW w:w="1440" w:type="dxa"/>
          </w:tcPr>
          <w:p w14:paraId="205D5CA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</w:t>
            </w:r>
          </w:p>
        </w:tc>
        <w:tc>
          <w:tcPr>
            <w:tcW w:w="1440" w:type="dxa"/>
          </w:tcPr>
          <w:p w14:paraId="38B8762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1440" w:type="dxa"/>
          </w:tcPr>
          <w:p w14:paraId="179A20F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[-2.62, -0.38]</w:t>
            </w:r>
          </w:p>
        </w:tc>
      </w:tr>
      <w:tr w:rsidR="00E2292E" w:rsidRPr="00E2292E" w14:paraId="3A45625F" w14:textId="77777777" w:rsidTr="00A94207">
        <w:tc>
          <w:tcPr>
            <w:tcW w:w="1440" w:type="dxa"/>
          </w:tcPr>
          <w:p w14:paraId="3E707AE1" w14:textId="13595467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7C26D3F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</w:tcPr>
          <w:p w14:paraId="789F9156" w14:textId="44BBC2AF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1440" w:type="dxa"/>
          </w:tcPr>
          <w:p w14:paraId="1C9776D2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</w:t>
            </w:r>
          </w:p>
        </w:tc>
        <w:tc>
          <w:tcPr>
            <w:tcW w:w="1440" w:type="dxa"/>
          </w:tcPr>
          <w:p w14:paraId="79B6236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440" w:type="dxa"/>
          </w:tcPr>
          <w:p w14:paraId="5B7889A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[-2.41, 2.41]</w:t>
            </w:r>
          </w:p>
        </w:tc>
      </w:tr>
      <w:tr w:rsidR="00E2292E" w:rsidRPr="00E2292E" w14:paraId="7BDCA3F7" w14:textId="77777777" w:rsidTr="00A94207">
        <w:tc>
          <w:tcPr>
            <w:tcW w:w="1440" w:type="dxa"/>
          </w:tcPr>
          <w:p w14:paraId="12DBB1C7" w14:textId="72EAC1BB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Physical Well-Being</w:t>
            </w:r>
          </w:p>
        </w:tc>
        <w:tc>
          <w:tcPr>
            <w:tcW w:w="1440" w:type="dxa"/>
          </w:tcPr>
          <w:p w14:paraId="113FDBE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</w:tcPr>
          <w:p w14:paraId="59E45176" w14:textId="7228883E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1.46</w:t>
            </w:r>
          </w:p>
        </w:tc>
        <w:tc>
          <w:tcPr>
            <w:tcW w:w="1440" w:type="dxa"/>
          </w:tcPr>
          <w:p w14:paraId="2715F136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</w:t>
            </w:r>
          </w:p>
        </w:tc>
        <w:tc>
          <w:tcPr>
            <w:tcW w:w="1440" w:type="dxa"/>
          </w:tcPr>
          <w:p w14:paraId="0FD37A3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0.430</w:t>
            </w:r>
          </w:p>
        </w:tc>
        <w:tc>
          <w:tcPr>
            <w:tcW w:w="1440" w:type="dxa"/>
          </w:tcPr>
          <w:p w14:paraId="3F03478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[-1.04, 3.96]</w:t>
            </w:r>
          </w:p>
        </w:tc>
      </w:tr>
      <w:tr w:rsidR="00E2292E" w:rsidRPr="00E2292E" w14:paraId="1BB5479E" w14:textId="77777777" w:rsidTr="00A94207">
        <w:tc>
          <w:tcPr>
            <w:tcW w:w="1440" w:type="dxa"/>
          </w:tcPr>
          <w:p w14:paraId="5A8B4054" w14:textId="57B4E31A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2B2FAB4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</w:tcPr>
          <w:p w14:paraId="5EC9ED86" w14:textId="432E4CB8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03AA12C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</w:t>
            </w:r>
          </w:p>
        </w:tc>
        <w:tc>
          <w:tcPr>
            <w:tcW w:w="1440" w:type="dxa"/>
          </w:tcPr>
          <w:p w14:paraId="2E9E779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105EB0E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[2.32, 4.96]</w:t>
            </w:r>
          </w:p>
        </w:tc>
      </w:tr>
      <w:tr w:rsidR="00E2292E" w:rsidRPr="00E2292E" w14:paraId="47DE1683" w14:textId="77777777" w:rsidTr="00A94207">
        <w:tc>
          <w:tcPr>
            <w:tcW w:w="1440" w:type="dxa"/>
          </w:tcPr>
          <w:p w14:paraId="148926A2" w14:textId="310D8CBD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6C9BCB1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2FCB6B67" w14:textId="6242108C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1.42</w:t>
            </w:r>
          </w:p>
        </w:tc>
        <w:tc>
          <w:tcPr>
            <w:tcW w:w="1440" w:type="dxa"/>
          </w:tcPr>
          <w:p w14:paraId="29E428D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1440" w:type="dxa"/>
          </w:tcPr>
          <w:p w14:paraId="31003C9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1440" w:type="dxa"/>
          </w:tcPr>
          <w:p w14:paraId="712231D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[-0.03, 2.88]</w:t>
            </w:r>
          </w:p>
        </w:tc>
      </w:tr>
      <w:tr w:rsidR="00E2292E" w:rsidRPr="00E2292E" w14:paraId="6C393BF4" w14:textId="77777777" w:rsidTr="00A94207">
        <w:tc>
          <w:tcPr>
            <w:tcW w:w="1440" w:type="dxa"/>
          </w:tcPr>
          <w:p w14:paraId="2E127589" w14:textId="0A34EF5C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1533C95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7EC097EC" w14:textId="5C88FFCB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3D91403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</w:t>
            </w:r>
          </w:p>
        </w:tc>
        <w:tc>
          <w:tcPr>
            <w:tcW w:w="1440" w:type="dxa"/>
          </w:tcPr>
          <w:p w14:paraId="0858F452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0.033</w:t>
            </w:r>
          </w:p>
        </w:tc>
        <w:tc>
          <w:tcPr>
            <w:tcW w:w="1440" w:type="dxa"/>
          </w:tcPr>
          <w:p w14:paraId="57A190B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[0.18, 5.88]</w:t>
            </w:r>
          </w:p>
        </w:tc>
      </w:tr>
      <w:tr w:rsidR="00E2292E" w:rsidRPr="00E2292E" w14:paraId="2F342EDF" w14:textId="77777777" w:rsidTr="00A94207">
        <w:tc>
          <w:tcPr>
            <w:tcW w:w="1440" w:type="dxa"/>
          </w:tcPr>
          <w:p w14:paraId="6ABDF56D" w14:textId="4E525888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147D451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24D166AB" w14:textId="5AC1F431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105C6EA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1440" w:type="dxa"/>
          </w:tcPr>
          <w:p w14:paraId="450D25C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246E1BF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[-3.68, -0.75]</w:t>
            </w:r>
          </w:p>
        </w:tc>
      </w:tr>
      <w:tr w:rsidR="00E2292E" w:rsidRPr="00E2292E" w14:paraId="39EA0CA9" w14:textId="77777777" w:rsidTr="00A94207">
        <w:tc>
          <w:tcPr>
            <w:tcW w:w="1440" w:type="dxa"/>
          </w:tcPr>
          <w:p w14:paraId="7FF6EDCF" w14:textId="587DF30E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3F0E255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</w:tcPr>
          <w:p w14:paraId="1CBC7B11" w14:textId="5DC1E1A0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-0.61</w:t>
            </w:r>
          </w:p>
        </w:tc>
        <w:tc>
          <w:tcPr>
            <w:tcW w:w="1440" w:type="dxa"/>
          </w:tcPr>
          <w:p w14:paraId="05C9EE9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</w:t>
            </w:r>
          </w:p>
        </w:tc>
        <w:tc>
          <w:tcPr>
            <w:tcW w:w="1440" w:type="dxa"/>
          </w:tcPr>
          <w:p w14:paraId="2ED26E78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0.945</w:t>
            </w:r>
          </w:p>
        </w:tc>
        <w:tc>
          <w:tcPr>
            <w:tcW w:w="1440" w:type="dxa"/>
          </w:tcPr>
          <w:p w14:paraId="59E4CF1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[-3.47, 2.24]</w:t>
            </w:r>
          </w:p>
        </w:tc>
      </w:tr>
      <w:tr w:rsidR="00E2292E" w:rsidRPr="00E2292E" w14:paraId="56F35953" w14:textId="77777777" w:rsidTr="00A94207">
        <w:tc>
          <w:tcPr>
            <w:tcW w:w="1440" w:type="dxa"/>
          </w:tcPr>
          <w:p w14:paraId="62F47EAB" w14:textId="6D89F71C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58AC46B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</w:tcPr>
          <w:p w14:paraId="64214666" w14:textId="71F9B18E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1.60</w:t>
            </w:r>
          </w:p>
        </w:tc>
        <w:tc>
          <w:tcPr>
            <w:tcW w:w="1440" w:type="dxa"/>
          </w:tcPr>
          <w:p w14:paraId="6B969D2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1440" w:type="dxa"/>
          </w:tcPr>
          <w:p w14:paraId="0C18DDA8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0.487</w:t>
            </w:r>
          </w:p>
        </w:tc>
        <w:tc>
          <w:tcPr>
            <w:tcW w:w="1440" w:type="dxa"/>
          </w:tcPr>
          <w:p w14:paraId="30FC37B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[-1.32, 4.52]</w:t>
            </w:r>
          </w:p>
        </w:tc>
      </w:tr>
      <w:tr w:rsidR="00E2292E" w:rsidRPr="00E2292E" w14:paraId="40CB1CC5" w14:textId="77777777" w:rsidTr="00A94207">
        <w:tc>
          <w:tcPr>
            <w:tcW w:w="1440" w:type="dxa"/>
          </w:tcPr>
          <w:p w14:paraId="50B6B52B" w14:textId="393E7228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0C5121A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</w:tcPr>
          <w:p w14:paraId="1F8557F1" w14:textId="131D8D26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2.13*</w:t>
            </w:r>
          </w:p>
        </w:tc>
        <w:tc>
          <w:tcPr>
            <w:tcW w:w="1440" w:type="dxa"/>
          </w:tcPr>
          <w:p w14:paraId="598B829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0.31</w:t>
            </w:r>
          </w:p>
        </w:tc>
        <w:tc>
          <w:tcPr>
            <w:tcW w:w="1440" w:type="dxa"/>
          </w:tcPr>
          <w:p w14:paraId="581D534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78110A7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[1.33, 2.93]</w:t>
            </w:r>
          </w:p>
        </w:tc>
      </w:tr>
      <w:tr w:rsidR="00E2292E" w:rsidRPr="00E2292E" w14:paraId="2945F5FD" w14:textId="77777777" w:rsidTr="00A94207">
        <w:tc>
          <w:tcPr>
            <w:tcW w:w="1440" w:type="dxa"/>
          </w:tcPr>
          <w:p w14:paraId="4B1B8B8E" w14:textId="566EB11B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7AC5A63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0B859D51" w14:textId="0A5B68C2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440" w:type="dxa"/>
          </w:tcPr>
          <w:p w14:paraId="1FF0D51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</w:t>
            </w:r>
          </w:p>
        </w:tc>
        <w:tc>
          <w:tcPr>
            <w:tcW w:w="1440" w:type="dxa"/>
          </w:tcPr>
          <w:p w14:paraId="752C8536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0.295</w:t>
            </w:r>
          </w:p>
        </w:tc>
        <w:tc>
          <w:tcPr>
            <w:tcW w:w="1440" w:type="dxa"/>
          </w:tcPr>
          <w:p w14:paraId="47FF53F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[-0.28, 1.47]</w:t>
            </w:r>
          </w:p>
        </w:tc>
      </w:tr>
      <w:tr w:rsidR="00E2292E" w:rsidRPr="00E2292E" w14:paraId="71EDD8FD" w14:textId="77777777" w:rsidTr="00A94207">
        <w:tc>
          <w:tcPr>
            <w:tcW w:w="1440" w:type="dxa"/>
          </w:tcPr>
          <w:p w14:paraId="7BFAC605" w14:textId="192A2178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5E8BA93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2EE7CFD7" w14:textId="6FCE8E2D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1.21</w:t>
            </w:r>
          </w:p>
        </w:tc>
        <w:tc>
          <w:tcPr>
            <w:tcW w:w="1440" w:type="dxa"/>
          </w:tcPr>
          <w:p w14:paraId="0E1D46A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</w:t>
            </w:r>
          </w:p>
        </w:tc>
        <w:tc>
          <w:tcPr>
            <w:tcW w:w="1440" w:type="dxa"/>
          </w:tcPr>
          <w:p w14:paraId="142CE69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1440" w:type="dxa"/>
          </w:tcPr>
          <w:p w14:paraId="1997DC5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[-0.52, 2.94]</w:t>
            </w:r>
          </w:p>
        </w:tc>
      </w:tr>
      <w:tr w:rsidR="00E2292E" w:rsidRPr="00E2292E" w14:paraId="6263474F" w14:textId="77777777" w:rsidTr="00A94207">
        <w:tc>
          <w:tcPr>
            <w:tcW w:w="1440" w:type="dxa"/>
          </w:tcPr>
          <w:p w14:paraId="4CAA4FC1" w14:textId="7E720247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3CC283E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0D4AA76F" w14:textId="15AE6334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40" w:type="dxa"/>
          </w:tcPr>
          <w:p w14:paraId="04060C7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</w:t>
            </w:r>
          </w:p>
        </w:tc>
        <w:tc>
          <w:tcPr>
            <w:tcW w:w="1440" w:type="dxa"/>
          </w:tcPr>
          <w:p w14:paraId="7719F5F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39FE0DC6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[-2.42, -0.65]</w:t>
            </w:r>
          </w:p>
        </w:tc>
      </w:tr>
      <w:tr w:rsidR="00E2292E" w:rsidRPr="00E2292E" w14:paraId="68EE1FCC" w14:textId="77777777" w:rsidTr="00A94207">
        <w:tc>
          <w:tcPr>
            <w:tcW w:w="1440" w:type="dxa"/>
          </w:tcPr>
          <w:p w14:paraId="15B38E7F" w14:textId="6449B304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246E6E16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</w:tcPr>
          <w:p w14:paraId="3B821490" w14:textId="5E2071D8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-0.92</w:t>
            </w:r>
          </w:p>
        </w:tc>
        <w:tc>
          <w:tcPr>
            <w:tcW w:w="1440" w:type="dxa"/>
          </w:tcPr>
          <w:p w14:paraId="085BB89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</w:t>
            </w:r>
          </w:p>
        </w:tc>
        <w:tc>
          <w:tcPr>
            <w:tcW w:w="1440" w:type="dxa"/>
          </w:tcPr>
          <w:p w14:paraId="41C588B8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0.517</w:t>
            </w:r>
          </w:p>
        </w:tc>
        <w:tc>
          <w:tcPr>
            <w:tcW w:w="1440" w:type="dxa"/>
          </w:tcPr>
          <w:p w14:paraId="521ACB1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[-2.66, 0.81]</w:t>
            </w:r>
          </w:p>
        </w:tc>
      </w:tr>
      <w:tr w:rsidR="00E2292E" w:rsidRPr="00E2292E" w14:paraId="27C2485D" w14:textId="77777777" w:rsidTr="00A94207">
        <w:tc>
          <w:tcPr>
            <w:tcW w:w="1440" w:type="dxa"/>
          </w:tcPr>
          <w:p w14:paraId="1246CB46" w14:textId="26A62C28" w:rsidR="00126AE9" w:rsidRPr="00E2292E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40F1011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</w:tcPr>
          <w:p w14:paraId="78C2AB56" w14:textId="1DBC4EE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</w:t>
            </w:r>
          </w:p>
        </w:tc>
        <w:tc>
          <w:tcPr>
            <w:tcW w:w="1440" w:type="dxa"/>
          </w:tcPr>
          <w:p w14:paraId="5F33EAF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0.68</w:t>
            </w:r>
          </w:p>
        </w:tc>
        <w:tc>
          <w:tcPr>
            <w:tcW w:w="1440" w:type="dxa"/>
          </w:tcPr>
          <w:p w14:paraId="65CAE99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0.806</w:t>
            </w:r>
          </w:p>
        </w:tc>
        <w:tc>
          <w:tcPr>
            <w:tcW w:w="1440" w:type="dxa"/>
          </w:tcPr>
          <w:p w14:paraId="346F2A9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[-1.16, 2.39]</w:t>
            </w:r>
          </w:p>
        </w:tc>
      </w:tr>
      <w:tr w:rsidR="00E2292E" w:rsidRPr="00E2292E" w14:paraId="4B32AEAC" w14:textId="77777777" w:rsidTr="00A94207">
        <w:tc>
          <w:tcPr>
            <w:tcW w:w="1440" w:type="dxa"/>
          </w:tcPr>
          <w:p w14:paraId="635ED94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48C222D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White</w:t>
            </w:r>
          </w:p>
        </w:tc>
        <w:tc>
          <w:tcPr>
            <w:tcW w:w="1350" w:type="dxa"/>
          </w:tcPr>
          <w:p w14:paraId="5ABEF508" w14:textId="5C2BA8D1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-2.96*</w:t>
            </w:r>
          </w:p>
        </w:tc>
        <w:tc>
          <w:tcPr>
            <w:tcW w:w="1440" w:type="dxa"/>
          </w:tcPr>
          <w:p w14:paraId="6ACB21D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</w:t>
            </w:r>
          </w:p>
        </w:tc>
        <w:tc>
          <w:tcPr>
            <w:tcW w:w="1440" w:type="dxa"/>
          </w:tcPr>
          <w:p w14:paraId="0DDD876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06A0358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[-4.80, -1.13]</w:t>
            </w:r>
          </w:p>
        </w:tc>
      </w:tr>
      <w:tr w:rsidR="00E2292E" w:rsidRPr="00E2292E" w14:paraId="276DB907" w14:textId="77777777" w:rsidTr="00A94207">
        <w:tc>
          <w:tcPr>
            <w:tcW w:w="1440" w:type="dxa"/>
          </w:tcPr>
          <w:p w14:paraId="7263D78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7B4FFDC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Asian</w:t>
            </w:r>
          </w:p>
        </w:tc>
        <w:tc>
          <w:tcPr>
            <w:tcW w:w="1350" w:type="dxa"/>
          </w:tcPr>
          <w:p w14:paraId="46C6B94B" w14:textId="11F83CE9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-2.15*</w:t>
            </w:r>
          </w:p>
        </w:tc>
        <w:tc>
          <w:tcPr>
            <w:tcW w:w="1440" w:type="dxa"/>
          </w:tcPr>
          <w:p w14:paraId="50BF468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</w:t>
            </w:r>
          </w:p>
        </w:tc>
        <w:tc>
          <w:tcPr>
            <w:tcW w:w="1440" w:type="dxa"/>
          </w:tcPr>
          <w:p w14:paraId="5502033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0.032</w:t>
            </w:r>
          </w:p>
        </w:tc>
        <w:tc>
          <w:tcPr>
            <w:tcW w:w="1440" w:type="dxa"/>
          </w:tcPr>
          <w:p w14:paraId="4942EC3D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[-4.16, -0.13]</w:t>
            </w:r>
          </w:p>
        </w:tc>
      </w:tr>
      <w:tr w:rsidR="00E2292E" w:rsidRPr="00E2292E" w14:paraId="141D6180" w14:textId="77777777" w:rsidTr="00A94207">
        <w:tc>
          <w:tcPr>
            <w:tcW w:w="1440" w:type="dxa"/>
          </w:tcPr>
          <w:p w14:paraId="3760055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79BA364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Black – Other</w:t>
            </w:r>
          </w:p>
        </w:tc>
        <w:tc>
          <w:tcPr>
            <w:tcW w:w="1350" w:type="dxa"/>
          </w:tcPr>
          <w:p w14:paraId="77C1CAF6" w14:textId="7B456818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-4.88*</w:t>
            </w:r>
          </w:p>
        </w:tc>
        <w:tc>
          <w:tcPr>
            <w:tcW w:w="1440" w:type="dxa"/>
          </w:tcPr>
          <w:p w14:paraId="609438F9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1.54</w:t>
            </w:r>
          </w:p>
        </w:tc>
        <w:tc>
          <w:tcPr>
            <w:tcW w:w="1440" w:type="dxa"/>
          </w:tcPr>
          <w:p w14:paraId="315AA12B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0.009</w:t>
            </w:r>
          </w:p>
        </w:tc>
        <w:tc>
          <w:tcPr>
            <w:tcW w:w="1440" w:type="dxa"/>
          </w:tcPr>
          <w:p w14:paraId="7CE5B9FF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[-8.86, -0.90]</w:t>
            </w:r>
          </w:p>
        </w:tc>
      </w:tr>
      <w:tr w:rsidR="00E2292E" w:rsidRPr="00E2292E" w14:paraId="73C2E7CE" w14:textId="77777777" w:rsidTr="00A94207">
        <w:tc>
          <w:tcPr>
            <w:tcW w:w="1440" w:type="dxa"/>
          </w:tcPr>
          <w:p w14:paraId="46323AB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1002BEA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Asian</w:t>
            </w:r>
          </w:p>
        </w:tc>
        <w:tc>
          <w:tcPr>
            <w:tcW w:w="1350" w:type="dxa"/>
          </w:tcPr>
          <w:p w14:paraId="54587CB5" w14:textId="30B75C6D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-0.82</w:t>
            </w:r>
          </w:p>
        </w:tc>
        <w:tc>
          <w:tcPr>
            <w:tcW w:w="1440" w:type="dxa"/>
          </w:tcPr>
          <w:p w14:paraId="61B51181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</w:t>
            </w:r>
          </w:p>
        </w:tc>
        <w:tc>
          <w:tcPr>
            <w:tcW w:w="1440" w:type="dxa"/>
          </w:tcPr>
          <w:p w14:paraId="7A6D755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0.725</w:t>
            </w:r>
          </w:p>
        </w:tc>
        <w:tc>
          <w:tcPr>
            <w:tcW w:w="1440" w:type="dxa"/>
          </w:tcPr>
          <w:p w14:paraId="543AEDD5" w14:textId="4ED0D0C5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606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E2292E" w:rsidRPr="00E2292E" w14:paraId="17562629" w14:textId="77777777" w:rsidTr="00A94207">
        <w:tc>
          <w:tcPr>
            <w:tcW w:w="1440" w:type="dxa"/>
            <w:tcBorders>
              <w:bottom w:val="single" w:sz="4" w:space="0" w:color="auto"/>
            </w:tcBorders>
          </w:tcPr>
          <w:p w14:paraId="1743CB7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E150DA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 – Other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4E76CA6" w14:textId="0561973F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-1.92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D3FF1A5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2642E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0.598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E04F7C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[-5.91, 2.07]</w:t>
            </w:r>
          </w:p>
        </w:tc>
      </w:tr>
      <w:tr w:rsidR="00E2292E" w:rsidRPr="00E2292E" w14:paraId="5B7382A5" w14:textId="77777777" w:rsidTr="00A94207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F02ABC3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48452E0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Asian – Other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36C1897" w14:textId="0BF3F09B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F8420E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30AEDD4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5529037" w14:textId="77777777" w:rsidR="00126AE9" w:rsidRPr="00E2292E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[-6.81, 1.34]</w:t>
            </w:r>
          </w:p>
        </w:tc>
      </w:tr>
    </w:tbl>
    <w:p w14:paraId="2EEBA781" w14:textId="5E7BE5C6" w:rsidR="00747EA1" w:rsidRPr="00747EA1" w:rsidRDefault="00747EA1" w:rsidP="00A94207">
      <w:pPr>
        <w:spacing w:before="60" w:after="0" w:line="240" w:lineRule="auto"/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ANOVA = analysis of variance;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SCARED 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=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Screen for Child Anxiety Related Emotional Disorders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.</w:t>
      </w:r>
    </w:p>
    <w:p w14:paraId="2858DD40" w14:textId="6D8C0012" w:rsidR="006E395D" w:rsidRDefault="006E395D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0AFA7EA" w14:textId="55FDC7BF" w:rsidR="00126AE9" w:rsidRDefault="00747EA1" w:rsidP="00A94207">
      <w:pPr>
        <w:pStyle w:val="Heading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Supplemental Table </w:t>
      </w:r>
      <w:r w:rsidR="006E395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t>. Tukey’s Post Hoc ANOVA Comparisons by Education</w:t>
      </w:r>
    </w:p>
    <w:p w14:paraId="1105EF5D" w14:textId="77777777" w:rsidR="006E395D" w:rsidRPr="00A94207" w:rsidRDefault="006E395D" w:rsidP="00A94207">
      <w:pPr>
        <w:spacing w:after="0" w:line="240" w:lineRule="auto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1439"/>
        <w:gridCol w:w="1439"/>
        <w:gridCol w:w="1439"/>
        <w:gridCol w:w="1439"/>
        <w:gridCol w:w="1439"/>
      </w:tblGrid>
      <w:tr w:rsidR="00E2292E" w:rsidRPr="006E395D" w14:paraId="4D6A3C58" w14:textId="77777777" w:rsidTr="00A94207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DC977BB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Dependent Variable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0502EB7F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Pairwise Comparison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5C112134" w14:textId="03E4C4FB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Mean Difference 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1833BF54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Std. Error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143FC186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6CEFFA82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</w:tr>
      <w:tr w:rsidR="00402368" w:rsidRPr="00E2292E" w14:paraId="763580F8" w14:textId="77777777" w:rsidTr="00A94207">
        <w:tc>
          <w:tcPr>
            <w:tcW w:w="1445" w:type="dxa"/>
            <w:tcBorders>
              <w:top w:val="single" w:sz="4" w:space="0" w:color="auto"/>
            </w:tcBorders>
          </w:tcPr>
          <w:p w14:paraId="67065DBF" w14:textId="621D5CDB" w:rsidR="00402368" w:rsidRPr="00402368" w:rsidRDefault="00402368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5D5DB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7A474CA3" w14:textId="1B801EE5" w:rsidR="00402368" w:rsidRPr="00E2292E" w:rsidRDefault="00402368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1C540AC5" w14:textId="1BE6DAC2" w:rsidR="00402368" w:rsidRPr="00E2292E" w:rsidRDefault="005D5DBB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-.01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5F2DDD4A" w14:textId="26C74DF3" w:rsidR="00402368" w:rsidRPr="00E2292E" w:rsidRDefault="005D5DBB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.47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7D8F42C9" w14:textId="65A90E87" w:rsidR="00402368" w:rsidRPr="00E2292E" w:rsidRDefault="005D5DBB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7C02103A" w14:textId="2895D99E" w:rsidR="00402368" w:rsidRPr="00E2292E" w:rsidRDefault="005D5DBB" w:rsidP="0040236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1.28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5D5DBB" w:rsidRPr="00E2292E" w14:paraId="7EFE27BF" w14:textId="77777777" w:rsidTr="00997F2B">
        <w:tc>
          <w:tcPr>
            <w:tcW w:w="1445" w:type="dxa"/>
          </w:tcPr>
          <w:p w14:paraId="2675F4F5" w14:textId="1C04E7B6" w:rsidR="005D5DBB" w:rsidRPr="005D5DBB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</w:tcPr>
          <w:p w14:paraId="164319CC" w14:textId="0339E2CC" w:rsidR="005D5DBB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274162D4" w14:textId="0C97DAF3" w:rsidR="005D5DBB" w:rsidRPr="00E2292E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1.52*</w:t>
            </w:r>
          </w:p>
        </w:tc>
        <w:tc>
          <w:tcPr>
            <w:tcW w:w="1439" w:type="dxa"/>
          </w:tcPr>
          <w:p w14:paraId="12792FF1" w14:textId="730D607E" w:rsidR="005D5DBB" w:rsidRPr="00E2292E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0.39</w:t>
            </w:r>
          </w:p>
        </w:tc>
        <w:tc>
          <w:tcPr>
            <w:tcW w:w="1439" w:type="dxa"/>
          </w:tcPr>
          <w:p w14:paraId="4E30EA9F" w14:textId="633BAA4C" w:rsidR="005D5DBB" w:rsidRPr="00E2292E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439" w:type="dxa"/>
          </w:tcPr>
          <w:p w14:paraId="45A5A6D6" w14:textId="03010E70" w:rsidR="005D5DBB" w:rsidRPr="00E2292E" w:rsidRDefault="005D5DBB" w:rsidP="005D5DB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[0.44, 2.61]</w:t>
            </w:r>
          </w:p>
        </w:tc>
      </w:tr>
      <w:tr w:rsidR="006279DB" w:rsidRPr="00E2292E" w14:paraId="0743FFDF" w14:textId="77777777" w:rsidTr="00997F2B">
        <w:tc>
          <w:tcPr>
            <w:tcW w:w="1445" w:type="dxa"/>
          </w:tcPr>
          <w:p w14:paraId="511ED329" w14:textId="20F0BC49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</w:tcPr>
          <w:p w14:paraId="2697A2BD" w14:textId="4E73F89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224AF425" w14:textId="2609F320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2.31</w:t>
            </w:r>
          </w:p>
        </w:tc>
        <w:tc>
          <w:tcPr>
            <w:tcW w:w="1439" w:type="dxa"/>
          </w:tcPr>
          <w:p w14:paraId="3084EDDC" w14:textId="4625573B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439" w:type="dxa"/>
          </w:tcPr>
          <w:p w14:paraId="76A5D029" w14:textId="2021575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.262</w:t>
            </w:r>
          </w:p>
        </w:tc>
        <w:tc>
          <w:tcPr>
            <w:tcW w:w="1439" w:type="dxa"/>
          </w:tcPr>
          <w:p w14:paraId="522F9A6C" w14:textId="382A3F0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.84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5.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2E063B60" w14:textId="77777777" w:rsidTr="00997F2B">
        <w:tc>
          <w:tcPr>
            <w:tcW w:w="1445" w:type="dxa"/>
          </w:tcPr>
          <w:p w14:paraId="4569DE0B" w14:textId="0732765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</w:tcPr>
          <w:p w14:paraId="09782670" w14:textId="35F1F9E9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61675361" w14:textId="4D21178A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1.54*</w:t>
            </w:r>
          </w:p>
        </w:tc>
        <w:tc>
          <w:tcPr>
            <w:tcW w:w="1439" w:type="dxa"/>
          </w:tcPr>
          <w:p w14:paraId="53F68F06" w14:textId="35E7C62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</w:t>
            </w:r>
          </w:p>
        </w:tc>
        <w:tc>
          <w:tcPr>
            <w:tcW w:w="1439" w:type="dxa"/>
          </w:tcPr>
          <w:p w14:paraId="34D9AA67" w14:textId="17A9205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0.019</w:t>
            </w:r>
          </w:p>
        </w:tc>
        <w:tc>
          <w:tcPr>
            <w:tcW w:w="1439" w:type="dxa"/>
          </w:tcPr>
          <w:p w14:paraId="1D6B075D" w14:textId="4E4A1AC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[0.17, 2.91]</w:t>
            </w:r>
          </w:p>
        </w:tc>
      </w:tr>
      <w:tr w:rsidR="006279DB" w:rsidRPr="00E2292E" w14:paraId="4082961C" w14:textId="77777777" w:rsidTr="00997F2B">
        <w:tc>
          <w:tcPr>
            <w:tcW w:w="1445" w:type="dxa"/>
          </w:tcPr>
          <w:p w14:paraId="34EFDB72" w14:textId="62E2C7B1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</w:tcPr>
          <w:p w14:paraId="70C27B2E" w14:textId="3113B12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6FFC7A96" w14:textId="0B5133F1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39" w:type="dxa"/>
          </w:tcPr>
          <w:p w14:paraId="43F7B578" w14:textId="3D7C976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1.19</w:t>
            </w:r>
          </w:p>
        </w:tc>
        <w:tc>
          <w:tcPr>
            <w:tcW w:w="1439" w:type="dxa"/>
          </w:tcPr>
          <w:p w14:paraId="10F98281" w14:textId="6FC8C38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0.289</w:t>
            </w:r>
          </w:p>
        </w:tc>
        <w:tc>
          <w:tcPr>
            <w:tcW w:w="1439" w:type="dxa"/>
          </w:tcPr>
          <w:p w14:paraId="4F105465" w14:textId="79E420AE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[-0.94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5.59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22090496" w14:textId="77777777" w:rsidTr="00997F2B">
        <w:tc>
          <w:tcPr>
            <w:tcW w:w="1445" w:type="dxa"/>
          </w:tcPr>
          <w:p w14:paraId="4E6F964C" w14:textId="779B5F19" w:rsidR="006279DB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39" w:type="dxa"/>
          </w:tcPr>
          <w:p w14:paraId="29E5C9B0" w14:textId="1E9C40D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6F7723E0" w14:textId="6B711EA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39" w:type="dxa"/>
          </w:tcPr>
          <w:p w14:paraId="48A83865" w14:textId="6DB1A14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1.16</w:t>
            </w:r>
          </w:p>
        </w:tc>
        <w:tc>
          <w:tcPr>
            <w:tcW w:w="1439" w:type="dxa"/>
          </w:tcPr>
          <w:p w14:paraId="78884372" w14:textId="52849B2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0.961</w:t>
            </w:r>
          </w:p>
        </w:tc>
        <w:tc>
          <w:tcPr>
            <w:tcW w:w="1439" w:type="dxa"/>
          </w:tcPr>
          <w:p w14:paraId="1E905491" w14:textId="4441CF5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[-3.97,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2.40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75D35" w:rsidRPr="00E2292E" w14:paraId="75A1D209" w14:textId="77777777" w:rsidTr="00997F2B">
        <w:tc>
          <w:tcPr>
            <w:tcW w:w="1445" w:type="dxa"/>
          </w:tcPr>
          <w:p w14:paraId="5AF63EB0" w14:textId="59670FF7" w:rsidR="00D75D35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33CFD4C2" w14:textId="64FB71B6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</w:tcPr>
          <w:p w14:paraId="4721E2C1" w14:textId="37F73B6E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.44</w:t>
            </w:r>
          </w:p>
        </w:tc>
        <w:tc>
          <w:tcPr>
            <w:tcW w:w="1439" w:type="dxa"/>
          </w:tcPr>
          <w:p w14:paraId="7A04DC81" w14:textId="59C4BA02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</w:p>
        </w:tc>
        <w:tc>
          <w:tcPr>
            <w:tcW w:w="1439" w:type="dxa"/>
          </w:tcPr>
          <w:p w14:paraId="278C2B43" w14:textId="0C388F65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.525</w:t>
            </w:r>
          </w:p>
        </w:tc>
        <w:tc>
          <w:tcPr>
            <w:tcW w:w="1439" w:type="dxa"/>
          </w:tcPr>
          <w:p w14:paraId="4764807B" w14:textId="76FACFD6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.34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75D35" w:rsidRPr="00E2292E" w14:paraId="42738E96" w14:textId="77777777" w:rsidTr="00997F2B">
        <w:tc>
          <w:tcPr>
            <w:tcW w:w="1445" w:type="dxa"/>
          </w:tcPr>
          <w:p w14:paraId="2B44068A" w14:textId="61DC57B0" w:rsidR="00D75D35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6BBBB12D" w14:textId="1D463A4C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1A88EB69" w14:textId="3A3C3C1C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1.14</w:t>
            </w:r>
          </w:p>
        </w:tc>
        <w:tc>
          <w:tcPr>
            <w:tcW w:w="1439" w:type="dxa"/>
          </w:tcPr>
          <w:p w14:paraId="11BBC961" w14:textId="59A3999D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.24</w:t>
            </w:r>
          </w:p>
        </w:tc>
        <w:tc>
          <w:tcPr>
            <w:tcW w:w="1439" w:type="dxa"/>
          </w:tcPr>
          <w:p w14:paraId="6C29447C" w14:textId="331E95A9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0635365F" w14:textId="0FDCB457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[.48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1.80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75D35" w:rsidRPr="00E2292E" w14:paraId="76446429" w14:textId="77777777" w:rsidTr="00997F2B">
        <w:tc>
          <w:tcPr>
            <w:tcW w:w="1445" w:type="dxa"/>
          </w:tcPr>
          <w:p w14:paraId="52394D8B" w14:textId="5D1CD66C" w:rsidR="00D75D35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7B60B6EB" w14:textId="2A372DA8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48564504" w14:textId="1D1CFC7D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39" w:type="dxa"/>
          </w:tcPr>
          <w:p w14:paraId="30A276A8" w14:textId="5D233504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.70</w:t>
            </w:r>
          </w:p>
        </w:tc>
        <w:tc>
          <w:tcPr>
            <w:tcW w:w="1439" w:type="dxa"/>
          </w:tcPr>
          <w:p w14:paraId="63AEDA74" w14:textId="67E2FE3E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45FF82A9" w14:textId="674F8FC9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[1.60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5.47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75D35" w:rsidRPr="00E2292E" w14:paraId="5F955444" w14:textId="77777777" w:rsidTr="00997F2B">
        <w:tc>
          <w:tcPr>
            <w:tcW w:w="1445" w:type="dxa"/>
          </w:tcPr>
          <w:p w14:paraId="14922448" w14:textId="365AE51F" w:rsidR="00D75D35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458693CE" w14:textId="21DF5AC7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56E121C6" w14:textId="3C83853E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.69</w:t>
            </w:r>
          </w:p>
        </w:tc>
        <w:tc>
          <w:tcPr>
            <w:tcW w:w="1439" w:type="dxa"/>
          </w:tcPr>
          <w:p w14:paraId="15D97DE7" w14:textId="1A2D503E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.30</w:t>
            </w:r>
          </w:p>
        </w:tc>
        <w:tc>
          <w:tcPr>
            <w:tcW w:w="1439" w:type="dxa"/>
          </w:tcPr>
          <w:p w14:paraId="53BFB9A5" w14:textId="035A9925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.150</w:t>
            </w:r>
          </w:p>
        </w:tc>
        <w:tc>
          <w:tcPr>
            <w:tcW w:w="1439" w:type="dxa"/>
          </w:tcPr>
          <w:p w14:paraId="7D41C7A7" w14:textId="7EF74E7F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 w:rsidR="006C12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.14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6C12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1.52</w:t>
            </w:r>
            <w:r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75D35" w:rsidRPr="00E2292E" w14:paraId="5FF2C924" w14:textId="77777777" w:rsidTr="00997F2B">
        <w:tc>
          <w:tcPr>
            <w:tcW w:w="1445" w:type="dxa"/>
          </w:tcPr>
          <w:p w14:paraId="48FE1364" w14:textId="5814A1B7" w:rsidR="00D75D35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563AD01F" w14:textId="10AA487B" w:rsidR="00D75D35" w:rsidRPr="00E2292E" w:rsidRDefault="00D75D35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294F2B93" w14:textId="2FB042C4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3.09*</w:t>
            </w:r>
          </w:p>
        </w:tc>
        <w:tc>
          <w:tcPr>
            <w:tcW w:w="1439" w:type="dxa"/>
          </w:tcPr>
          <w:p w14:paraId="5D4778F9" w14:textId="3F950250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.73</w:t>
            </w:r>
          </w:p>
        </w:tc>
        <w:tc>
          <w:tcPr>
            <w:tcW w:w="1439" w:type="dxa"/>
          </w:tcPr>
          <w:p w14:paraId="19F8C8BE" w14:textId="51A1B75E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7839E428" w14:textId="045799B4" w:rsidR="00D75D35" w:rsidRPr="00E2292E" w:rsidRDefault="006C122D" w:rsidP="00D75D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[1.09</w:t>
            </w:r>
            <w:r w:rsidR="00D75D35"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5.09</w:t>
            </w:r>
            <w:r w:rsidR="00D75D35" w:rsidRPr="0050621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7E9E8DB5" w14:textId="77777777" w:rsidTr="00997F2B">
        <w:tc>
          <w:tcPr>
            <w:tcW w:w="1445" w:type="dxa"/>
          </w:tcPr>
          <w:p w14:paraId="5CA14020" w14:textId="2A8CBFF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39" w:type="dxa"/>
          </w:tcPr>
          <w:p w14:paraId="3125E9BC" w14:textId="6FAB556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1684B089" w14:textId="10032690" w:rsidR="006279DB" w:rsidRPr="00E2292E" w:rsidRDefault="006C122D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2.40*</w:t>
            </w:r>
          </w:p>
        </w:tc>
        <w:tc>
          <w:tcPr>
            <w:tcW w:w="1439" w:type="dxa"/>
          </w:tcPr>
          <w:p w14:paraId="7B752612" w14:textId="1965E9D1" w:rsidR="006279DB" w:rsidRPr="00E2292E" w:rsidRDefault="006C122D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.71</w:t>
            </w:r>
          </w:p>
        </w:tc>
        <w:tc>
          <w:tcPr>
            <w:tcW w:w="1439" w:type="dxa"/>
          </w:tcPr>
          <w:p w14:paraId="58428A7B" w14:textId="222039F0" w:rsidR="006279DB" w:rsidRPr="00E2292E" w:rsidRDefault="006C122D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.008</w:t>
            </w:r>
          </w:p>
        </w:tc>
        <w:tc>
          <w:tcPr>
            <w:tcW w:w="1439" w:type="dxa"/>
          </w:tcPr>
          <w:p w14:paraId="0BC779F6" w14:textId="04098B1D" w:rsidR="006279DB" w:rsidRPr="00E2292E" w:rsidRDefault="006C122D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[.45</w:t>
            </w:r>
            <w:r w:rsidR="00D75D35"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4.35</w:t>
            </w:r>
            <w:r w:rsidR="00D75D35"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7AAFF205" w14:textId="77777777" w:rsidTr="00997F2B">
        <w:tc>
          <w:tcPr>
            <w:tcW w:w="1445" w:type="dxa"/>
          </w:tcPr>
          <w:p w14:paraId="543726CC" w14:textId="725286C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39" w:type="dxa"/>
          </w:tcPr>
          <w:p w14:paraId="62D835E7" w14:textId="63090C9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</w:tcPr>
          <w:p w14:paraId="1B98B7EF" w14:textId="6D3481E0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1.28*</w:t>
            </w:r>
          </w:p>
        </w:tc>
        <w:tc>
          <w:tcPr>
            <w:tcW w:w="1439" w:type="dxa"/>
          </w:tcPr>
          <w:p w14:paraId="4CD51D92" w14:textId="12674EB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1439" w:type="dxa"/>
          </w:tcPr>
          <w:p w14:paraId="26DC4A66" w14:textId="20444C6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0.035</w:t>
            </w:r>
          </w:p>
        </w:tc>
        <w:tc>
          <w:tcPr>
            <w:tcW w:w="1439" w:type="dxa"/>
          </w:tcPr>
          <w:p w14:paraId="6C1EF528" w14:textId="7733D78B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[0.06, 2.51]</w:t>
            </w:r>
          </w:p>
        </w:tc>
      </w:tr>
      <w:tr w:rsidR="006279DB" w:rsidRPr="00E2292E" w14:paraId="7313D577" w14:textId="77777777" w:rsidTr="00997F2B">
        <w:tc>
          <w:tcPr>
            <w:tcW w:w="1445" w:type="dxa"/>
          </w:tcPr>
          <w:p w14:paraId="7F8F3C3B" w14:textId="1AE0DE51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39" w:type="dxa"/>
          </w:tcPr>
          <w:p w14:paraId="3506A5E2" w14:textId="3FBD95C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5B16B215" w14:textId="6727D0A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39" w:type="dxa"/>
          </w:tcPr>
          <w:p w14:paraId="10BAA773" w14:textId="7D7C7CF1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0.37</w:t>
            </w:r>
          </w:p>
        </w:tc>
        <w:tc>
          <w:tcPr>
            <w:tcW w:w="1439" w:type="dxa"/>
          </w:tcPr>
          <w:p w14:paraId="63B695C1" w14:textId="2BD2276F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6E9C090B" w14:textId="383F86C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[1.77, 3.83]</w:t>
            </w:r>
          </w:p>
        </w:tc>
      </w:tr>
      <w:tr w:rsidR="006279DB" w:rsidRPr="00E2292E" w14:paraId="65C9C64C" w14:textId="77777777" w:rsidTr="00997F2B">
        <w:tc>
          <w:tcPr>
            <w:tcW w:w="1445" w:type="dxa"/>
          </w:tcPr>
          <w:p w14:paraId="706054F3" w14:textId="7822FFC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Physical Well-Being</w:t>
            </w:r>
          </w:p>
        </w:tc>
        <w:tc>
          <w:tcPr>
            <w:tcW w:w="1439" w:type="dxa"/>
          </w:tcPr>
          <w:p w14:paraId="3AA7D335" w14:textId="71BC1E1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535E6581" w14:textId="58DAF7E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1439" w:type="dxa"/>
          </w:tcPr>
          <w:p w14:paraId="6768EA1E" w14:textId="63651E8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439" w:type="dxa"/>
          </w:tcPr>
          <w:p w14:paraId="3EEA5C16" w14:textId="3950F111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841</w:t>
            </w:r>
          </w:p>
        </w:tc>
        <w:tc>
          <w:tcPr>
            <w:tcW w:w="1439" w:type="dxa"/>
          </w:tcPr>
          <w:p w14:paraId="3FDB9401" w14:textId="713CF2B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1.88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4.13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2EA4856E" w14:textId="77777777" w:rsidTr="00997F2B">
        <w:tc>
          <w:tcPr>
            <w:tcW w:w="1445" w:type="dxa"/>
          </w:tcPr>
          <w:p w14:paraId="0906A56A" w14:textId="4A3832A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39" w:type="dxa"/>
          </w:tcPr>
          <w:p w14:paraId="5F047BAB" w14:textId="68FBA77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4A0936BF" w14:textId="1953D9DF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39" w:type="dxa"/>
          </w:tcPr>
          <w:p w14:paraId="5E861F3E" w14:textId="40D9F37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39" w:type="dxa"/>
          </w:tcPr>
          <w:p w14:paraId="5A696FE7" w14:textId="045ED41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439" w:type="dxa"/>
          </w:tcPr>
          <w:p w14:paraId="19F6DDB7" w14:textId="44FB030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[.23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2.80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5380599E" w14:textId="77777777" w:rsidTr="00997F2B">
        <w:tc>
          <w:tcPr>
            <w:tcW w:w="1445" w:type="dxa"/>
          </w:tcPr>
          <w:p w14:paraId="1335EAA8" w14:textId="6CAFA50A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39" w:type="dxa"/>
          </w:tcPr>
          <w:p w14:paraId="1677DC97" w14:textId="295B62C0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0F56511E" w14:textId="31E82BCE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.16</w:t>
            </w:r>
          </w:p>
        </w:tc>
        <w:tc>
          <w:tcPr>
            <w:tcW w:w="1439" w:type="dxa"/>
          </w:tcPr>
          <w:p w14:paraId="7D72B194" w14:textId="32E53F5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439" w:type="dxa"/>
          </w:tcPr>
          <w:p w14:paraId="3413781F" w14:textId="1FBB238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439" w:type="dxa"/>
          </w:tcPr>
          <w:p w14:paraId="69F412C1" w14:textId="694FAE3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3.26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2.95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572DA9BF" w14:textId="77777777" w:rsidTr="00997F2B">
        <w:tc>
          <w:tcPr>
            <w:tcW w:w="1445" w:type="dxa"/>
          </w:tcPr>
          <w:p w14:paraId="2D092B81" w14:textId="30DC481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39" w:type="dxa"/>
          </w:tcPr>
          <w:p w14:paraId="53D6B8CC" w14:textId="0DC6130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6F7C4824" w14:textId="02D43B9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-1.67</w:t>
            </w:r>
          </w:p>
        </w:tc>
        <w:tc>
          <w:tcPr>
            <w:tcW w:w="1439" w:type="dxa"/>
          </w:tcPr>
          <w:p w14:paraId="0DE88BB6" w14:textId="22FE35F2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</w:t>
            </w:r>
          </w:p>
        </w:tc>
        <w:tc>
          <w:tcPr>
            <w:tcW w:w="1439" w:type="dxa"/>
          </w:tcPr>
          <w:p w14:paraId="2D44778C" w14:textId="0D68399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0.553</w:t>
            </w:r>
          </w:p>
        </w:tc>
        <w:tc>
          <w:tcPr>
            <w:tcW w:w="1439" w:type="dxa"/>
          </w:tcPr>
          <w:p w14:paraId="36AAF2B4" w14:textId="72763AEE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[-4.70, 1.36]</w:t>
            </w:r>
          </w:p>
        </w:tc>
      </w:tr>
      <w:tr w:rsidR="00997F2B" w:rsidRPr="00E2292E" w14:paraId="465DA8C3" w14:textId="77777777" w:rsidTr="00997F2B">
        <w:tc>
          <w:tcPr>
            <w:tcW w:w="1445" w:type="dxa"/>
          </w:tcPr>
          <w:p w14:paraId="27164F53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1DEDF61A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</w:tcPr>
          <w:p w14:paraId="4D06F9D8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2.219*</w:t>
            </w:r>
          </w:p>
        </w:tc>
        <w:tc>
          <w:tcPr>
            <w:tcW w:w="1439" w:type="dxa"/>
          </w:tcPr>
          <w:p w14:paraId="1FABA85D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1439" w:type="dxa"/>
          </w:tcPr>
          <w:p w14:paraId="1766C9E9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5D5CA61E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[0.69, 3.75]</w:t>
            </w:r>
          </w:p>
        </w:tc>
      </w:tr>
      <w:tr w:rsidR="00997F2B" w:rsidRPr="00E2292E" w14:paraId="1AF93356" w14:textId="77777777" w:rsidTr="00997F2B">
        <w:tc>
          <w:tcPr>
            <w:tcW w:w="1445" w:type="dxa"/>
          </w:tcPr>
          <w:p w14:paraId="12200ED8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72E62B50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03189AC5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3.862*</w:t>
            </w:r>
          </w:p>
        </w:tc>
        <w:tc>
          <w:tcPr>
            <w:tcW w:w="1439" w:type="dxa"/>
          </w:tcPr>
          <w:p w14:paraId="61F63109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</w:t>
            </w:r>
          </w:p>
        </w:tc>
        <w:tc>
          <w:tcPr>
            <w:tcW w:w="1439" w:type="dxa"/>
          </w:tcPr>
          <w:p w14:paraId="3CC40C53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4819A5C4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[2.56, 5.16]</w:t>
            </w:r>
          </w:p>
        </w:tc>
      </w:tr>
      <w:tr w:rsidR="00997F2B" w:rsidRPr="00E2292E" w14:paraId="1871C7C7" w14:textId="77777777" w:rsidTr="00997F2B">
        <w:tc>
          <w:tcPr>
            <w:tcW w:w="1445" w:type="dxa"/>
          </w:tcPr>
          <w:p w14:paraId="653329A1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76D0F8F3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49EB7EF5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3.72</w:t>
            </w:r>
          </w:p>
        </w:tc>
        <w:tc>
          <w:tcPr>
            <w:tcW w:w="1439" w:type="dxa"/>
          </w:tcPr>
          <w:p w14:paraId="6A72606E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1439" w:type="dxa"/>
          </w:tcPr>
          <w:p w14:paraId="40EA5D96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057</w:t>
            </w:r>
          </w:p>
        </w:tc>
        <w:tc>
          <w:tcPr>
            <w:tcW w:w="1439" w:type="dxa"/>
          </w:tcPr>
          <w:p w14:paraId="7A152678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7.51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997F2B" w:rsidRPr="00E2292E" w14:paraId="2330C26C" w14:textId="77777777" w:rsidTr="00997F2B">
        <w:tc>
          <w:tcPr>
            <w:tcW w:w="1445" w:type="dxa"/>
          </w:tcPr>
          <w:p w14:paraId="6009CC45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72EE6EFF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4025171C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-1.64*</w:t>
            </w:r>
          </w:p>
        </w:tc>
        <w:tc>
          <w:tcPr>
            <w:tcW w:w="1439" w:type="dxa"/>
          </w:tcPr>
          <w:p w14:paraId="69F46B5B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0.59</w:t>
            </w:r>
          </w:p>
        </w:tc>
        <w:tc>
          <w:tcPr>
            <w:tcW w:w="1439" w:type="dxa"/>
          </w:tcPr>
          <w:p w14:paraId="60C76842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0.043</w:t>
            </w:r>
          </w:p>
        </w:tc>
        <w:tc>
          <w:tcPr>
            <w:tcW w:w="1439" w:type="dxa"/>
          </w:tcPr>
          <w:p w14:paraId="5CF7A2E3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3.26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997F2B" w:rsidRPr="00E2292E" w14:paraId="00166E60" w14:textId="77777777" w:rsidTr="00997F2B">
        <w:tc>
          <w:tcPr>
            <w:tcW w:w="1445" w:type="dxa"/>
          </w:tcPr>
          <w:p w14:paraId="209F688D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1E7AAF5C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63A6107F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-1.50</w:t>
            </w:r>
          </w:p>
        </w:tc>
        <w:tc>
          <w:tcPr>
            <w:tcW w:w="1439" w:type="dxa"/>
          </w:tcPr>
          <w:p w14:paraId="74D3BB30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1.42</w:t>
            </w:r>
          </w:p>
        </w:tc>
        <w:tc>
          <w:tcPr>
            <w:tcW w:w="1439" w:type="dxa"/>
          </w:tcPr>
          <w:p w14:paraId="79C12595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0.829</w:t>
            </w:r>
          </w:p>
        </w:tc>
        <w:tc>
          <w:tcPr>
            <w:tcW w:w="1439" w:type="dxa"/>
          </w:tcPr>
          <w:p w14:paraId="01CBBCCB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5.41]</w:t>
            </w:r>
          </w:p>
        </w:tc>
      </w:tr>
      <w:tr w:rsidR="00997F2B" w:rsidRPr="00E2292E" w14:paraId="0BE54CD0" w14:textId="77777777" w:rsidTr="00997F2B">
        <w:tc>
          <w:tcPr>
            <w:tcW w:w="1445" w:type="dxa"/>
          </w:tcPr>
          <w:p w14:paraId="7794F5F2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39" w:type="dxa"/>
          </w:tcPr>
          <w:p w14:paraId="28AC4809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7454453A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.14</w:t>
            </w:r>
          </w:p>
        </w:tc>
        <w:tc>
          <w:tcPr>
            <w:tcW w:w="1439" w:type="dxa"/>
          </w:tcPr>
          <w:p w14:paraId="5FF0B89B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1.39</w:t>
            </w:r>
          </w:p>
        </w:tc>
        <w:tc>
          <w:tcPr>
            <w:tcW w:w="1439" w:type="dxa"/>
          </w:tcPr>
          <w:p w14:paraId="30E6F9C9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439" w:type="dxa"/>
          </w:tcPr>
          <w:p w14:paraId="280967F1" w14:textId="77777777" w:rsidR="00997F2B" w:rsidRPr="00E2292E" w:rsidRDefault="00997F2B" w:rsidP="00135F1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3.68]</w:t>
            </w:r>
          </w:p>
        </w:tc>
      </w:tr>
      <w:tr w:rsidR="006279DB" w:rsidRPr="00E2292E" w14:paraId="77AC371D" w14:textId="77777777" w:rsidTr="00997F2B">
        <w:tc>
          <w:tcPr>
            <w:tcW w:w="1445" w:type="dxa"/>
          </w:tcPr>
          <w:p w14:paraId="7F99E431" w14:textId="5637ED49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 </w:t>
            </w:r>
          </w:p>
        </w:tc>
        <w:tc>
          <w:tcPr>
            <w:tcW w:w="1439" w:type="dxa"/>
          </w:tcPr>
          <w:p w14:paraId="4DD41F0A" w14:textId="0E29237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</w:tcPr>
          <w:p w14:paraId="5DB7AA68" w14:textId="6804083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.55</w:t>
            </w:r>
          </w:p>
        </w:tc>
        <w:tc>
          <w:tcPr>
            <w:tcW w:w="1439" w:type="dxa"/>
          </w:tcPr>
          <w:p w14:paraId="6A114792" w14:textId="792DAAF2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.34</w:t>
            </w:r>
          </w:p>
        </w:tc>
        <w:tc>
          <w:tcPr>
            <w:tcW w:w="1439" w:type="dxa"/>
          </w:tcPr>
          <w:p w14:paraId="33F3AC8B" w14:textId="78BA899A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.492</w:t>
            </w:r>
          </w:p>
        </w:tc>
        <w:tc>
          <w:tcPr>
            <w:tcW w:w="1439" w:type="dxa"/>
          </w:tcPr>
          <w:p w14:paraId="262F17AE" w14:textId="06730E4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-.39, 1.49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2CF770DA" w14:textId="77777777" w:rsidTr="00997F2B">
        <w:tc>
          <w:tcPr>
            <w:tcW w:w="1445" w:type="dxa"/>
          </w:tcPr>
          <w:p w14:paraId="24CB49A0" w14:textId="4011E24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39" w:type="dxa"/>
          </w:tcPr>
          <w:p w14:paraId="25D43CCB" w14:textId="028AE6A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5A2CFE07" w14:textId="76F647DD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</w:t>
            </w:r>
            <w:r w:rsidR="008968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439" w:type="dxa"/>
          </w:tcPr>
          <w:p w14:paraId="0B1A3AEC" w14:textId="612FEC6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439" w:type="dxa"/>
          </w:tcPr>
          <w:p w14:paraId="08532430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789FFE9B" w14:textId="3449AFA3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5F99F839" w14:textId="77777777" w:rsidTr="00997F2B">
        <w:tc>
          <w:tcPr>
            <w:tcW w:w="1445" w:type="dxa"/>
          </w:tcPr>
          <w:p w14:paraId="2BB12E4B" w14:textId="7E7BF32E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39" w:type="dxa"/>
          </w:tcPr>
          <w:p w14:paraId="4749B795" w14:textId="3D16165B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72149BC7" w14:textId="2C90BDA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1439" w:type="dxa"/>
          </w:tcPr>
          <w:p w14:paraId="1BA91A88" w14:textId="068D4D0B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</w:t>
            </w:r>
          </w:p>
        </w:tc>
        <w:tc>
          <w:tcPr>
            <w:tcW w:w="1439" w:type="dxa"/>
          </w:tcPr>
          <w:p w14:paraId="416B82D6" w14:textId="187C6E3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289</w:t>
            </w:r>
          </w:p>
        </w:tc>
        <w:tc>
          <w:tcPr>
            <w:tcW w:w="1439" w:type="dxa"/>
          </w:tcPr>
          <w:p w14:paraId="548724C2" w14:textId="2E0BBC7C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.67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4.01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2E8E3F5B" w14:textId="77777777" w:rsidTr="00997F2B">
        <w:tc>
          <w:tcPr>
            <w:tcW w:w="1445" w:type="dxa"/>
          </w:tcPr>
          <w:p w14:paraId="30D48311" w14:textId="050E755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39" w:type="dxa"/>
          </w:tcPr>
          <w:p w14:paraId="63B4ED47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2EFFAF49" w14:textId="65CE0B3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</w:t>
            </w:r>
            <w:r w:rsidR="008968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39" w:type="dxa"/>
          </w:tcPr>
          <w:p w14:paraId="21F44BFA" w14:textId="75D14AC0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39" w:type="dxa"/>
          </w:tcPr>
          <w:p w14:paraId="34138219" w14:textId="7DBBFB05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6B72CF79" w14:textId="6AF7588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.65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2.66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6DDF906C" w14:textId="77777777" w:rsidTr="00997F2B">
        <w:tc>
          <w:tcPr>
            <w:tcW w:w="1445" w:type="dxa"/>
          </w:tcPr>
          <w:p w14:paraId="22215D34" w14:textId="3A23446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39" w:type="dxa"/>
          </w:tcPr>
          <w:p w14:paraId="750150E1" w14:textId="771B281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4E88C265" w14:textId="5F332F74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39" w:type="dxa"/>
          </w:tcPr>
          <w:p w14:paraId="6F9683DD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</w:t>
            </w:r>
          </w:p>
        </w:tc>
        <w:tc>
          <w:tcPr>
            <w:tcW w:w="1439" w:type="dxa"/>
          </w:tcPr>
          <w:p w14:paraId="7C4DBA0E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0.708</w:t>
            </w:r>
          </w:p>
        </w:tc>
        <w:tc>
          <w:tcPr>
            <w:tcW w:w="1439" w:type="dxa"/>
          </w:tcPr>
          <w:p w14:paraId="4CE7A631" w14:textId="33A63318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1.30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6279DB" w:rsidRPr="00E2292E" w14:paraId="196090B6" w14:textId="77777777" w:rsidTr="00997F2B">
        <w:tc>
          <w:tcPr>
            <w:tcW w:w="1445" w:type="dxa"/>
          </w:tcPr>
          <w:p w14:paraId="34B46B48" w14:textId="0ABFB33B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School Environment </w:t>
            </w:r>
          </w:p>
        </w:tc>
        <w:tc>
          <w:tcPr>
            <w:tcW w:w="1439" w:type="dxa"/>
          </w:tcPr>
          <w:p w14:paraId="08848027" w14:textId="2F007CA6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5E350739" w14:textId="3422D1D2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</w:t>
            </w:r>
            <w:r w:rsidR="008968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39" w:type="dxa"/>
          </w:tcPr>
          <w:p w14:paraId="3362F23F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0.86</w:t>
            </w:r>
          </w:p>
        </w:tc>
        <w:tc>
          <w:tcPr>
            <w:tcW w:w="1439" w:type="dxa"/>
          </w:tcPr>
          <w:p w14:paraId="75F41ADF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1439" w:type="dxa"/>
          </w:tcPr>
          <w:p w14:paraId="30B7E1DC" w14:textId="77777777" w:rsidR="006279DB" w:rsidRPr="00E2292E" w:rsidRDefault="006279DB" w:rsidP="006279D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[-2.91, 1.83]</w:t>
            </w:r>
          </w:p>
        </w:tc>
      </w:tr>
      <w:tr w:rsidR="008968BD" w:rsidRPr="00E2292E" w14:paraId="7701A066" w14:textId="77777777" w:rsidTr="00997F2B">
        <w:tc>
          <w:tcPr>
            <w:tcW w:w="1445" w:type="dxa"/>
          </w:tcPr>
          <w:p w14:paraId="289C5D27" w14:textId="63AA5524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</w:tcPr>
          <w:p w14:paraId="11AE5C24" w14:textId="3DFF7B7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Some College</w:t>
            </w:r>
          </w:p>
        </w:tc>
        <w:tc>
          <w:tcPr>
            <w:tcW w:w="1439" w:type="dxa"/>
          </w:tcPr>
          <w:p w14:paraId="691182AE" w14:textId="7DA2F58A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-.85</w:t>
            </w:r>
          </w:p>
        </w:tc>
        <w:tc>
          <w:tcPr>
            <w:tcW w:w="1439" w:type="dxa"/>
          </w:tcPr>
          <w:p w14:paraId="5FCF307D" w14:textId="5553D7F5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.78</w:t>
            </w:r>
          </w:p>
        </w:tc>
        <w:tc>
          <w:tcPr>
            <w:tcW w:w="1439" w:type="dxa"/>
          </w:tcPr>
          <w:p w14:paraId="2A841F1A" w14:textId="5AD1CDF4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.811</w:t>
            </w:r>
          </w:p>
        </w:tc>
        <w:tc>
          <w:tcPr>
            <w:tcW w:w="1439" w:type="dxa"/>
          </w:tcPr>
          <w:p w14:paraId="29A9ED4E" w14:textId="1C1C660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-.2.98, 1.29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8968BD" w:rsidRPr="00E2292E" w14:paraId="590FB7D9" w14:textId="77777777" w:rsidTr="00997F2B">
        <w:tc>
          <w:tcPr>
            <w:tcW w:w="1445" w:type="dxa"/>
          </w:tcPr>
          <w:p w14:paraId="14736BCF" w14:textId="18913DE4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</w:tcPr>
          <w:p w14:paraId="2AFB9654" w14:textId="0D3035B0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Bachelor’s</w:t>
            </w:r>
          </w:p>
        </w:tc>
        <w:tc>
          <w:tcPr>
            <w:tcW w:w="1439" w:type="dxa"/>
          </w:tcPr>
          <w:p w14:paraId="10C2DBDA" w14:textId="6CAD338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-3.56*</w:t>
            </w:r>
          </w:p>
        </w:tc>
        <w:tc>
          <w:tcPr>
            <w:tcW w:w="1439" w:type="dxa"/>
          </w:tcPr>
          <w:p w14:paraId="1E78EAAD" w14:textId="1BF860C0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.66</w:t>
            </w:r>
          </w:p>
        </w:tc>
        <w:tc>
          <w:tcPr>
            <w:tcW w:w="1439" w:type="dxa"/>
          </w:tcPr>
          <w:p w14:paraId="1FCFB655" w14:textId="182D7EA8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39" w:type="dxa"/>
          </w:tcPr>
          <w:p w14:paraId="7E92994A" w14:textId="07918E55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-5.37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-1.75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8968BD" w:rsidRPr="00E2292E" w14:paraId="17F12224" w14:textId="77777777" w:rsidTr="00997F2B">
        <w:tc>
          <w:tcPr>
            <w:tcW w:w="1445" w:type="dxa"/>
          </w:tcPr>
          <w:p w14:paraId="4B0CE55C" w14:textId="17001851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</w:tcPr>
          <w:p w14:paraId="48C7D8FB" w14:textId="0D884FEC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HS Graduate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</w:tcPr>
          <w:p w14:paraId="35DBF7DD" w14:textId="7478A469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</w:t>
            </w:r>
          </w:p>
        </w:tc>
        <w:tc>
          <w:tcPr>
            <w:tcW w:w="1439" w:type="dxa"/>
          </w:tcPr>
          <w:p w14:paraId="52C0BB97" w14:textId="107301D2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1.93</w:t>
            </w:r>
          </w:p>
        </w:tc>
        <w:tc>
          <w:tcPr>
            <w:tcW w:w="1439" w:type="dxa"/>
          </w:tcPr>
          <w:p w14:paraId="46E975AF" w14:textId="49C64C50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439" w:type="dxa"/>
          </w:tcPr>
          <w:p w14:paraId="05548EA6" w14:textId="0A276481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5.35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8968BD" w:rsidRPr="00E2292E" w14:paraId="405E6CBB" w14:textId="77777777" w:rsidTr="00997F2B">
        <w:tc>
          <w:tcPr>
            <w:tcW w:w="1445" w:type="dxa"/>
          </w:tcPr>
          <w:p w14:paraId="18B77C86" w14:textId="79B18FA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</w:tcPr>
          <w:p w14:paraId="5230D20F" w14:textId="416EBFF0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Bachelor’s</w:t>
            </w:r>
          </w:p>
        </w:tc>
        <w:tc>
          <w:tcPr>
            <w:tcW w:w="1439" w:type="dxa"/>
          </w:tcPr>
          <w:p w14:paraId="35F757D3" w14:textId="1B407C3E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-2.71*</w:t>
            </w:r>
          </w:p>
        </w:tc>
        <w:tc>
          <w:tcPr>
            <w:tcW w:w="1439" w:type="dxa"/>
          </w:tcPr>
          <w:p w14:paraId="6CF11357" w14:textId="5841210F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.82</w:t>
            </w:r>
          </w:p>
        </w:tc>
        <w:tc>
          <w:tcPr>
            <w:tcW w:w="1439" w:type="dxa"/>
          </w:tcPr>
          <w:p w14:paraId="777FDAB3" w14:textId="2A47FF28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.010</w:t>
            </w:r>
          </w:p>
        </w:tc>
        <w:tc>
          <w:tcPr>
            <w:tcW w:w="1439" w:type="dxa"/>
          </w:tcPr>
          <w:p w14:paraId="7EF60D05" w14:textId="7C63A442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[-4.98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-.44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8968BD" w:rsidRPr="00E2292E" w14:paraId="762E8D9B" w14:textId="77777777" w:rsidTr="00A94207">
        <w:tc>
          <w:tcPr>
            <w:tcW w:w="1445" w:type="dxa"/>
            <w:tcBorders>
              <w:bottom w:val="single" w:sz="4" w:space="0" w:color="auto"/>
            </w:tcBorders>
          </w:tcPr>
          <w:p w14:paraId="017E1BC7" w14:textId="2BE0C44C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5DFC4C9A" w14:textId="50C644A9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3138956" w14:textId="5102A0A3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.88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0F8881EF" w14:textId="4652D442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2.00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02ED7190" w14:textId="1D7AF4A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.992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6A2A5C94" w14:textId="34357301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4.62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6.37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8968BD" w:rsidRPr="00E2292E" w14:paraId="60AF2939" w14:textId="77777777" w:rsidTr="00A94207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72FB5D1B" w14:textId="68D76E26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302FC0EE" w14:textId="6144E581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Bachelor’s – Graduate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Degree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3309487F" w14:textId="2547533B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3.59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062F0868" w14:textId="7190080A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1.95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55623035" w14:textId="2DA7EE67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.356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32E04476" w14:textId="56ACECC5" w:rsidR="008968BD" w:rsidRPr="00E2292E" w:rsidRDefault="008968BD" w:rsidP="008968B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1.79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8.96</w:t>
            </w:r>
            <w:r w:rsidRPr="00E229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</w:tbl>
    <w:p w14:paraId="55054BBD" w14:textId="6FE6A033" w:rsidR="00747EA1" w:rsidRPr="00747EA1" w:rsidRDefault="00747EA1" w:rsidP="00747EA1">
      <w:pPr>
        <w:spacing w:before="60" w:after="0" w:line="240" w:lineRule="auto"/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ANOVA = analysis of variance;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SCARED 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=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Screen for Child Anxiety Related Emotional Disorders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.</w:t>
      </w:r>
    </w:p>
    <w:p w14:paraId="4C20B5ED" w14:textId="77777777" w:rsidR="00D75D35" w:rsidRDefault="00D75D35" w:rsidP="00A94207">
      <w:pPr>
        <w:pStyle w:val="Heading1"/>
        <w:keepNext w:val="0"/>
        <w:keepLines w:val="0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6BED7C" w14:textId="77777777" w:rsidR="006E395D" w:rsidRDefault="006E395D" w:rsidP="00A94207">
      <w:pPr>
        <w:spacing w:after="0" w:line="240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B20F966" w14:textId="7A657572" w:rsidR="00126AE9" w:rsidRDefault="00747EA1" w:rsidP="006E395D">
      <w:pPr>
        <w:pStyle w:val="Heading1"/>
        <w:keepNext w:val="0"/>
        <w:keepLines w:val="0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Supplemental Table </w:t>
      </w:r>
      <w:r w:rsidR="006E39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2292E">
        <w:rPr>
          <w:rFonts w:ascii="Times New Roman" w:hAnsi="Times New Roman" w:cs="Times New Roman"/>
          <w:color w:val="000000" w:themeColor="text1"/>
          <w:sz w:val="24"/>
          <w:szCs w:val="24"/>
        </w:rPr>
        <w:t>. Tukey’s Post Hoc ANOVA Comparisons by Household Income</w:t>
      </w:r>
    </w:p>
    <w:p w14:paraId="014E987A" w14:textId="77777777" w:rsidR="006E395D" w:rsidRPr="00A94207" w:rsidRDefault="006E395D" w:rsidP="00A94207">
      <w:pPr>
        <w:spacing w:after="0" w:line="240" w:lineRule="auto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E2292E" w:rsidRPr="006E395D" w14:paraId="75FBDF65" w14:textId="77777777" w:rsidTr="00A94207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B0C9100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Dependent Variable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C2389C4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Pairwise Comparison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68D2BC" w14:textId="21579352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Mean Difference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269486B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Std. Error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C0C0DB6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576B49E" w14:textId="77777777" w:rsidR="00126AE9" w:rsidRPr="00A94207" w:rsidRDefault="00747E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94207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</w:tr>
      <w:tr w:rsidR="00153EBE" w:rsidRPr="006E395D" w14:paraId="5505928F" w14:textId="77777777" w:rsidTr="00A94207">
        <w:tc>
          <w:tcPr>
            <w:tcW w:w="1440" w:type="dxa"/>
            <w:tcBorders>
              <w:top w:val="single" w:sz="4" w:space="0" w:color="auto"/>
            </w:tcBorders>
          </w:tcPr>
          <w:p w14:paraId="5AB62944" w14:textId="64B76F18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959EE0C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A0DFBC2" w14:textId="020E3CC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1.27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57FFA32" w14:textId="233D9949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9AE3D42" w14:textId="16B787D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0.648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C70F8CD" w14:textId="2CD4999D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[-1.28, 3.81]</w:t>
            </w:r>
          </w:p>
        </w:tc>
      </w:tr>
      <w:tr w:rsidR="00153EBE" w:rsidRPr="006E395D" w14:paraId="188CB559" w14:textId="77777777" w:rsidTr="00E2292E">
        <w:tc>
          <w:tcPr>
            <w:tcW w:w="1440" w:type="dxa"/>
          </w:tcPr>
          <w:p w14:paraId="51D459BB" w14:textId="356AD4D1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5A833658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76C8BEE2" w14:textId="606D6692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2.26</w:t>
            </w:r>
          </w:p>
        </w:tc>
        <w:tc>
          <w:tcPr>
            <w:tcW w:w="1440" w:type="dxa"/>
          </w:tcPr>
          <w:p w14:paraId="0E4FDA0B" w14:textId="6004E23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0.93</w:t>
            </w:r>
          </w:p>
        </w:tc>
        <w:tc>
          <w:tcPr>
            <w:tcW w:w="1440" w:type="dxa"/>
          </w:tcPr>
          <w:p w14:paraId="286C87BA" w14:textId="1E87D9C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0.111</w:t>
            </w:r>
          </w:p>
        </w:tc>
        <w:tc>
          <w:tcPr>
            <w:tcW w:w="1440" w:type="dxa"/>
          </w:tcPr>
          <w:p w14:paraId="669FB918" w14:textId="29F9D299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[-0.30, 4.83]</w:t>
            </w:r>
          </w:p>
        </w:tc>
      </w:tr>
      <w:tr w:rsidR="00153EBE" w:rsidRPr="006E395D" w14:paraId="66F356FC" w14:textId="77777777" w:rsidTr="00E2292E">
        <w:tc>
          <w:tcPr>
            <w:tcW w:w="1440" w:type="dxa"/>
          </w:tcPr>
          <w:p w14:paraId="6915D2D3" w14:textId="03610ADD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0545CB09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618ADEB3" w14:textId="21C4DCFB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2.81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78E6F57" w14:textId="76FB7B01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</w:t>
            </w:r>
          </w:p>
        </w:tc>
        <w:tc>
          <w:tcPr>
            <w:tcW w:w="1440" w:type="dxa"/>
          </w:tcPr>
          <w:p w14:paraId="1E522F2E" w14:textId="5B5022EC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0.039</w:t>
            </w:r>
          </w:p>
        </w:tc>
        <w:tc>
          <w:tcPr>
            <w:tcW w:w="1440" w:type="dxa"/>
          </w:tcPr>
          <w:p w14:paraId="51E8B1A1" w14:textId="6F1D98A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[0.09, 5.53]</w:t>
            </w:r>
          </w:p>
        </w:tc>
      </w:tr>
      <w:tr w:rsidR="00153EBE" w:rsidRPr="006E395D" w14:paraId="44B70019" w14:textId="77777777" w:rsidTr="00E2292E">
        <w:tc>
          <w:tcPr>
            <w:tcW w:w="1440" w:type="dxa"/>
          </w:tcPr>
          <w:p w14:paraId="205CF829" w14:textId="08315F7C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29A904FA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5430BA9E" w14:textId="648EBCEE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0.42</w:t>
            </w:r>
          </w:p>
        </w:tc>
        <w:tc>
          <w:tcPr>
            <w:tcW w:w="1440" w:type="dxa"/>
          </w:tcPr>
          <w:p w14:paraId="6C742A65" w14:textId="02EB6FF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1.22</w:t>
            </w:r>
          </w:p>
        </w:tc>
        <w:tc>
          <w:tcPr>
            <w:tcW w:w="1440" w:type="dxa"/>
          </w:tcPr>
          <w:p w14:paraId="3F8B4D37" w14:textId="03106753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0.997</w:t>
            </w:r>
          </w:p>
        </w:tc>
        <w:tc>
          <w:tcPr>
            <w:tcW w:w="1440" w:type="dxa"/>
          </w:tcPr>
          <w:p w14:paraId="5E1E1FCE" w14:textId="6723F266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[-2.93, 3.77]</w:t>
            </w:r>
          </w:p>
        </w:tc>
      </w:tr>
      <w:tr w:rsidR="00153EBE" w:rsidRPr="006E395D" w14:paraId="3E4CCA27" w14:textId="77777777" w:rsidTr="00E2292E">
        <w:tc>
          <w:tcPr>
            <w:tcW w:w="1440" w:type="dxa"/>
          </w:tcPr>
          <w:p w14:paraId="3B8B85E4" w14:textId="5AB90082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729C4841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708CC9F1" w14:textId="1B377F48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440" w:type="dxa"/>
          </w:tcPr>
          <w:p w14:paraId="642C04C8" w14:textId="3B1A9C70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0.39</w:t>
            </w:r>
          </w:p>
        </w:tc>
        <w:tc>
          <w:tcPr>
            <w:tcW w:w="1440" w:type="dxa"/>
          </w:tcPr>
          <w:p w14:paraId="07C04B98" w14:textId="7A2EF745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0.088</w:t>
            </w:r>
          </w:p>
        </w:tc>
        <w:tc>
          <w:tcPr>
            <w:tcW w:w="1440" w:type="dxa"/>
          </w:tcPr>
          <w:p w14:paraId="7720BF03" w14:textId="7BFD7AEF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[-0.09, 2.08]</w:t>
            </w:r>
          </w:p>
        </w:tc>
      </w:tr>
      <w:tr w:rsidR="00153EBE" w:rsidRPr="006E395D" w14:paraId="5008392B" w14:textId="77777777" w:rsidTr="00E2292E">
        <w:tc>
          <w:tcPr>
            <w:tcW w:w="1440" w:type="dxa"/>
          </w:tcPr>
          <w:p w14:paraId="22F421F2" w14:textId="15D21AA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0AC70A59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10E4AC1C" w14:textId="069CD562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FAB755B" w14:textId="49B2CBCB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0.51</w:t>
            </w:r>
          </w:p>
        </w:tc>
        <w:tc>
          <w:tcPr>
            <w:tcW w:w="1440" w:type="dxa"/>
          </w:tcPr>
          <w:p w14:paraId="5FC1ECF6" w14:textId="5EBBE93D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0.024</w:t>
            </w:r>
          </w:p>
        </w:tc>
        <w:tc>
          <w:tcPr>
            <w:tcW w:w="1440" w:type="dxa"/>
          </w:tcPr>
          <w:p w14:paraId="2DAC8F75" w14:textId="32E3F810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[0.13, 2.95]</w:t>
            </w:r>
          </w:p>
        </w:tc>
      </w:tr>
      <w:tr w:rsidR="00153EBE" w:rsidRPr="006E395D" w14:paraId="01EF5A8B" w14:textId="77777777" w:rsidTr="00E2292E">
        <w:tc>
          <w:tcPr>
            <w:tcW w:w="1440" w:type="dxa"/>
          </w:tcPr>
          <w:p w14:paraId="66861344" w14:textId="24C7E5B5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409E0014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0875DA15" w14:textId="7CF06523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-0.85</w:t>
            </w:r>
          </w:p>
        </w:tc>
        <w:tc>
          <w:tcPr>
            <w:tcW w:w="1440" w:type="dxa"/>
          </w:tcPr>
          <w:p w14:paraId="2C3C10CD" w14:textId="11AE7AA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0.88</w:t>
            </w:r>
          </w:p>
        </w:tc>
        <w:tc>
          <w:tcPr>
            <w:tcW w:w="1440" w:type="dxa"/>
          </w:tcPr>
          <w:p w14:paraId="175D52A8" w14:textId="7D79C10E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0.869</w:t>
            </w:r>
          </w:p>
        </w:tc>
        <w:tc>
          <w:tcPr>
            <w:tcW w:w="1440" w:type="dxa"/>
          </w:tcPr>
          <w:p w14:paraId="7238A3C3" w14:textId="4199788F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[-3.27, 1.56]</w:t>
            </w:r>
          </w:p>
        </w:tc>
      </w:tr>
      <w:tr w:rsidR="00153EBE" w:rsidRPr="006E395D" w14:paraId="7AF72CA8" w14:textId="77777777" w:rsidTr="00E2292E">
        <w:tc>
          <w:tcPr>
            <w:tcW w:w="1440" w:type="dxa"/>
          </w:tcPr>
          <w:p w14:paraId="56712CC9" w14:textId="373B5F8C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4ECFEDE4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19E630A0" w14:textId="1C9D114D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0.55</w:t>
            </w:r>
          </w:p>
        </w:tc>
        <w:tc>
          <w:tcPr>
            <w:tcW w:w="1440" w:type="dxa"/>
          </w:tcPr>
          <w:p w14:paraId="2EE43A13" w14:textId="50AD8B31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0.52</w:t>
            </w:r>
          </w:p>
        </w:tc>
        <w:tc>
          <w:tcPr>
            <w:tcW w:w="1440" w:type="dxa"/>
          </w:tcPr>
          <w:p w14:paraId="0494BD7A" w14:textId="52978F09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0.833</w:t>
            </w:r>
          </w:p>
        </w:tc>
        <w:tc>
          <w:tcPr>
            <w:tcW w:w="1440" w:type="dxa"/>
          </w:tcPr>
          <w:p w14:paraId="5935AB3D" w14:textId="44678274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[-0.89, 1.99]</w:t>
            </w:r>
          </w:p>
        </w:tc>
      </w:tr>
      <w:tr w:rsidR="00153EBE" w:rsidRPr="006E395D" w14:paraId="4C4825E3" w14:textId="77777777" w:rsidTr="00E2292E">
        <w:tc>
          <w:tcPr>
            <w:tcW w:w="1440" w:type="dxa"/>
          </w:tcPr>
          <w:p w14:paraId="77791FA4" w14:textId="0ED58946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7CBFC518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</w:tcPr>
          <w:p w14:paraId="63F926EC" w14:textId="1E5373D6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-1.85</w:t>
            </w:r>
          </w:p>
        </w:tc>
        <w:tc>
          <w:tcPr>
            <w:tcW w:w="1440" w:type="dxa"/>
          </w:tcPr>
          <w:p w14:paraId="685719A7" w14:textId="028F9D15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0.88</w:t>
            </w:r>
          </w:p>
        </w:tc>
        <w:tc>
          <w:tcPr>
            <w:tcW w:w="1440" w:type="dxa"/>
          </w:tcPr>
          <w:p w14:paraId="7080076A" w14:textId="2FCB8586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0.228</w:t>
            </w:r>
          </w:p>
        </w:tc>
        <w:tc>
          <w:tcPr>
            <w:tcW w:w="1440" w:type="dxa"/>
          </w:tcPr>
          <w:p w14:paraId="7AA94EFC" w14:textId="31F30BD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[-4.28, .58]</w:t>
            </w:r>
          </w:p>
        </w:tc>
      </w:tr>
      <w:tr w:rsidR="00153EBE" w:rsidRPr="006E395D" w14:paraId="76CCB7DA" w14:textId="77777777" w:rsidTr="00E2292E">
        <w:tc>
          <w:tcPr>
            <w:tcW w:w="1440" w:type="dxa"/>
          </w:tcPr>
          <w:p w14:paraId="06E2578D" w14:textId="662D9B1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Psychological Well-Being</w:t>
            </w:r>
          </w:p>
        </w:tc>
        <w:tc>
          <w:tcPr>
            <w:tcW w:w="1440" w:type="dxa"/>
          </w:tcPr>
          <w:p w14:paraId="344566C8" w14:textId="77777777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</w:tcPr>
          <w:p w14:paraId="6584E716" w14:textId="27F7AB43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-2.39</w:t>
            </w:r>
          </w:p>
        </w:tc>
        <w:tc>
          <w:tcPr>
            <w:tcW w:w="1440" w:type="dxa"/>
          </w:tcPr>
          <w:p w14:paraId="36A22E6E" w14:textId="6371FBC2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0.94</w:t>
            </w:r>
          </w:p>
        </w:tc>
        <w:tc>
          <w:tcPr>
            <w:tcW w:w="1440" w:type="dxa"/>
          </w:tcPr>
          <w:p w14:paraId="06DBF9F9" w14:textId="5A4A376C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0.09</w:t>
            </w:r>
          </w:p>
        </w:tc>
        <w:tc>
          <w:tcPr>
            <w:tcW w:w="1440" w:type="dxa"/>
          </w:tcPr>
          <w:p w14:paraId="401167ED" w14:textId="113FDD9F" w:rsidR="00153EBE" w:rsidRPr="006E395D" w:rsidRDefault="00153EBE" w:rsidP="00153E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[-4.99, .20]</w:t>
            </w:r>
          </w:p>
        </w:tc>
      </w:tr>
      <w:tr w:rsidR="004D0849" w:rsidRPr="006E395D" w14:paraId="58C8B6A0" w14:textId="77777777" w:rsidTr="00E2292E">
        <w:tc>
          <w:tcPr>
            <w:tcW w:w="1440" w:type="dxa"/>
          </w:tcPr>
          <w:p w14:paraId="26B60E59" w14:textId="00E43CC3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3151323E" w14:textId="7777777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</w:tcPr>
          <w:p w14:paraId="13013A0F" w14:textId="554E9DAD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0.86</w:t>
            </w:r>
          </w:p>
        </w:tc>
        <w:tc>
          <w:tcPr>
            <w:tcW w:w="1440" w:type="dxa"/>
          </w:tcPr>
          <w:p w14:paraId="311D1A81" w14:textId="4403D87E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0.57</w:t>
            </w:r>
          </w:p>
        </w:tc>
        <w:tc>
          <w:tcPr>
            <w:tcW w:w="1440" w:type="dxa"/>
          </w:tcPr>
          <w:p w14:paraId="448EA486" w14:textId="2AEF48E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0.562</w:t>
            </w:r>
          </w:p>
        </w:tc>
        <w:tc>
          <w:tcPr>
            <w:tcW w:w="1440" w:type="dxa"/>
          </w:tcPr>
          <w:p w14:paraId="2F4A8478" w14:textId="496C0A5F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[-0.71, 2.43]</w:t>
            </w:r>
          </w:p>
        </w:tc>
      </w:tr>
      <w:tr w:rsidR="004D0849" w:rsidRPr="006E395D" w14:paraId="7EB368CF" w14:textId="77777777" w:rsidTr="00E2292E">
        <w:tc>
          <w:tcPr>
            <w:tcW w:w="1440" w:type="dxa"/>
          </w:tcPr>
          <w:p w14:paraId="2712F975" w14:textId="2A0BAAE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1DF8D579" w14:textId="7777777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6E223FDF" w14:textId="74E9423C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1.31</w:t>
            </w:r>
          </w:p>
        </w:tc>
        <w:tc>
          <w:tcPr>
            <w:tcW w:w="1440" w:type="dxa"/>
          </w:tcPr>
          <w:p w14:paraId="32F941B4" w14:textId="339EF52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0.57</w:t>
            </w:r>
          </w:p>
        </w:tc>
        <w:tc>
          <w:tcPr>
            <w:tcW w:w="1440" w:type="dxa"/>
          </w:tcPr>
          <w:p w14:paraId="1F5A5B41" w14:textId="2FC138CC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0.155</w:t>
            </w:r>
          </w:p>
        </w:tc>
        <w:tc>
          <w:tcPr>
            <w:tcW w:w="1440" w:type="dxa"/>
          </w:tcPr>
          <w:p w14:paraId="686B7D51" w14:textId="007B9928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[-0.27, 2.89]</w:t>
            </w:r>
          </w:p>
        </w:tc>
      </w:tr>
      <w:tr w:rsidR="004D0849" w:rsidRPr="006E395D" w14:paraId="194B845F" w14:textId="77777777" w:rsidTr="00E2292E">
        <w:tc>
          <w:tcPr>
            <w:tcW w:w="1440" w:type="dxa"/>
          </w:tcPr>
          <w:p w14:paraId="43C8CBFA" w14:textId="79A33CD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09461C8D" w14:textId="77777777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61C201D2" w14:textId="5424AD40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2.41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6ACCC2C2" w14:textId="7E822606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0.61</w:t>
            </w:r>
          </w:p>
        </w:tc>
        <w:tc>
          <w:tcPr>
            <w:tcW w:w="1440" w:type="dxa"/>
          </w:tcPr>
          <w:p w14:paraId="4C5874C7" w14:textId="3A0ADDD9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1440" w:type="dxa"/>
          </w:tcPr>
          <w:p w14:paraId="7884CA22" w14:textId="731F0378" w:rsidR="004D0849" w:rsidRPr="006E395D" w:rsidRDefault="004D0849" w:rsidP="004D084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[0.73, 4.08]</w:t>
            </w:r>
          </w:p>
        </w:tc>
      </w:tr>
      <w:tr w:rsidR="00E879C9" w:rsidRPr="006E395D" w14:paraId="6039312B" w14:textId="77777777" w:rsidTr="00E2292E">
        <w:tc>
          <w:tcPr>
            <w:tcW w:w="1440" w:type="dxa"/>
          </w:tcPr>
          <w:p w14:paraId="0121FA52" w14:textId="7735747F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0F8CCC0C" w14:textId="7777777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277C9AF0" w14:textId="74C4ACFE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-0.29</w:t>
            </w:r>
          </w:p>
        </w:tc>
        <w:tc>
          <w:tcPr>
            <w:tcW w:w="1440" w:type="dxa"/>
          </w:tcPr>
          <w:p w14:paraId="7250BF77" w14:textId="382D7D7E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0.75</w:t>
            </w:r>
          </w:p>
        </w:tc>
        <w:tc>
          <w:tcPr>
            <w:tcW w:w="1440" w:type="dxa"/>
          </w:tcPr>
          <w:p w14:paraId="1ECE2B5C" w14:textId="7E68A654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0.995</w:t>
            </w:r>
          </w:p>
        </w:tc>
        <w:tc>
          <w:tcPr>
            <w:tcW w:w="1440" w:type="dxa"/>
          </w:tcPr>
          <w:p w14:paraId="66623286" w14:textId="4B2A62D5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[-2.36, 1.78]</w:t>
            </w:r>
          </w:p>
        </w:tc>
      </w:tr>
      <w:tr w:rsidR="00E879C9" w:rsidRPr="006E395D" w14:paraId="658D433A" w14:textId="77777777" w:rsidTr="00E2292E">
        <w:tc>
          <w:tcPr>
            <w:tcW w:w="1440" w:type="dxa"/>
          </w:tcPr>
          <w:p w14:paraId="0D202D72" w14:textId="53662D51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267C1454" w14:textId="7777777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0124B0E9" w14:textId="0E7C2A21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0.45</w:t>
            </w:r>
          </w:p>
        </w:tc>
        <w:tc>
          <w:tcPr>
            <w:tcW w:w="1440" w:type="dxa"/>
          </w:tcPr>
          <w:p w14:paraId="77A39EAD" w14:textId="4C68FC2E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0.24</w:t>
            </w:r>
          </w:p>
        </w:tc>
        <w:tc>
          <w:tcPr>
            <w:tcW w:w="1440" w:type="dxa"/>
          </w:tcPr>
          <w:p w14:paraId="5B0B505A" w14:textId="3A238C58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0.328</w:t>
            </w:r>
          </w:p>
        </w:tc>
        <w:tc>
          <w:tcPr>
            <w:tcW w:w="1440" w:type="dxa"/>
          </w:tcPr>
          <w:p w14:paraId="5C167B83" w14:textId="436E31C6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[-0.21, 1.11]</w:t>
            </w:r>
          </w:p>
        </w:tc>
      </w:tr>
      <w:tr w:rsidR="00E879C9" w:rsidRPr="006E395D" w14:paraId="20E12FFB" w14:textId="77777777" w:rsidTr="00E2292E">
        <w:tc>
          <w:tcPr>
            <w:tcW w:w="1440" w:type="dxa"/>
          </w:tcPr>
          <w:p w14:paraId="775904D3" w14:textId="2A4A30EA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Peer and Social Support</w:t>
            </w:r>
          </w:p>
        </w:tc>
        <w:tc>
          <w:tcPr>
            <w:tcW w:w="1440" w:type="dxa"/>
          </w:tcPr>
          <w:p w14:paraId="2D1AFD0D" w14:textId="7777777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7F6AB2DC" w14:textId="341CE064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3B5CABA4" w14:textId="715648EC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0.32</w:t>
            </w:r>
          </w:p>
        </w:tc>
        <w:tc>
          <w:tcPr>
            <w:tcW w:w="1440" w:type="dxa"/>
          </w:tcPr>
          <w:p w14:paraId="6D3186DF" w14:textId="4C267084" w:rsidR="00E879C9" w:rsidRPr="006E395D" w:rsidRDefault="00DA40BE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2010001E" w14:textId="6957AAD8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[0.68, 2.42]</w:t>
            </w:r>
          </w:p>
        </w:tc>
      </w:tr>
      <w:tr w:rsidR="00E879C9" w:rsidRPr="006E395D" w14:paraId="3FA0291C" w14:textId="77777777" w:rsidTr="00E2292E">
        <w:tc>
          <w:tcPr>
            <w:tcW w:w="1440" w:type="dxa"/>
          </w:tcPr>
          <w:p w14:paraId="79FA62AF" w14:textId="5F800558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15A8BDC0" w14:textId="7777777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05843111" w14:textId="5EA11C95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-1.15</w:t>
            </w:r>
          </w:p>
        </w:tc>
        <w:tc>
          <w:tcPr>
            <w:tcW w:w="1440" w:type="dxa"/>
          </w:tcPr>
          <w:p w14:paraId="3B5B0323" w14:textId="65D25DF0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0.54</w:t>
            </w:r>
          </w:p>
        </w:tc>
        <w:tc>
          <w:tcPr>
            <w:tcW w:w="1440" w:type="dxa"/>
          </w:tcPr>
          <w:p w14:paraId="2D9424C4" w14:textId="768B6D76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0.214</w:t>
            </w:r>
          </w:p>
        </w:tc>
        <w:tc>
          <w:tcPr>
            <w:tcW w:w="1440" w:type="dxa"/>
          </w:tcPr>
          <w:p w14:paraId="27533EE2" w14:textId="25FC525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[-2.64, .34]</w:t>
            </w:r>
          </w:p>
        </w:tc>
      </w:tr>
      <w:tr w:rsidR="00E879C9" w:rsidRPr="006E395D" w14:paraId="1A4DAFED" w14:textId="77777777" w:rsidTr="00E2292E">
        <w:tc>
          <w:tcPr>
            <w:tcW w:w="1440" w:type="dxa"/>
          </w:tcPr>
          <w:p w14:paraId="7E55FC2C" w14:textId="0ADB8C7F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43B81E7E" w14:textId="7777777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0976A104" w14:textId="18556E87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70BD6BE" w14:textId="207DE276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0.32</w:t>
            </w:r>
          </w:p>
        </w:tc>
        <w:tc>
          <w:tcPr>
            <w:tcW w:w="1440" w:type="dxa"/>
          </w:tcPr>
          <w:p w14:paraId="0C3A0B06" w14:textId="12013281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0.007</w:t>
            </w:r>
          </w:p>
        </w:tc>
        <w:tc>
          <w:tcPr>
            <w:tcW w:w="1440" w:type="dxa"/>
          </w:tcPr>
          <w:p w14:paraId="29C58A0C" w14:textId="06F0D63B" w:rsidR="00E879C9" w:rsidRPr="006E395D" w:rsidRDefault="00E879C9" w:rsidP="00E879C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[0.21, 1.98]</w:t>
            </w:r>
          </w:p>
        </w:tc>
      </w:tr>
      <w:tr w:rsidR="00DA40BE" w:rsidRPr="006E395D" w14:paraId="47C27B81" w14:textId="77777777" w:rsidTr="00E2292E">
        <w:tc>
          <w:tcPr>
            <w:tcW w:w="1440" w:type="dxa"/>
          </w:tcPr>
          <w:p w14:paraId="3162C81A" w14:textId="3C2473F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35A35F58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</w:tcPr>
          <w:p w14:paraId="578D7AE6" w14:textId="14149AD5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-1.60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69B0B1C7" w14:textId="75849D4A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0.54</w:t>
            </w:r>
          </w:p>
        </w:tc>
        <w:tc>
          <w:tcPr>
            <w:tcW w:w="1440" w:type="dxa"/>
          </w:tcPr>
          <w:p w14:paraId="3AA11289" w14:textId="60332283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0.030</w:t>
            </w:r>
          </w:p>
        </w:tc>
        <w:tc>
          <w:tcPr>
            <w:tcW w:w="1440" w:type="dxa"/>
          </w:tcPr>
          <w:p w14:paraId="5050D32E" w14:textId="192C637F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[-3.10, -0.10]</w:t>
            </w:r>
          </w:p>
        </w:tc>
      </w:tr>
      <w:tr w:rsidR="00DA40BE" w:rsidRPr="006E395D" w14:paraId="01F63FA6" w14:textId="77777777" w:rsidTr="00E2292E">
        <w:tc>
          <w:tcPr>
            <w:tcW w:w="1440" w:type="dxa"/>
          </w:tcPr>
          <w:p w14:paraId="0B08DE01" w14:textId="52BE3943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Peer and Social Support</w:t>
            </w:r>
          </w:p>
        </w:tc>
        <w:tc>
          <w:tcPr>
            <w:tcW w:w="1440" w:type="dxa"/>
          </w:tcPr>
          <w:p w14:paraId="6E39938B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</w:tcPr>
          <w:p w14:paraId="31DE2AC4" w14:textId="4A491BFC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-2.70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331B7101" w14:textId="20679B5E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0.58</w:t>
            </w:r>
          </w:p>
        </w:tc>
        <w:tc>
          <w:tcPr>
            <w:tcW w:w="1440" w:type="dxa"/>
          </w:tcPr>
          <w:p w14:paraId="3ECAF7FF" w14:textId="357AB1BE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0B98DA2A" w14:textId="7536ED8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[-4.30, -1.10]</w:t>
            </w:r>
          </w:p>
        </w:tc>
      </w:tr>
      <w:tr w:rsidR="00E45737" w:rsidRPr="006E395D" w14:paraId="423DE2CF" w14:textId="77777777" w:rsidTr="00E2292E">
        <w:tc>
          <w:tcPr>
            <w:tcW w:w="1440" w:type="dxa"/>
          </w:tcPr>
          <w:p w14:paraId="5EF4743B" w14:textId="3DE51905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631BECBA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</w:tcPr>
          <w:p w14:paraId="41557EA0" w14:textId="69D925C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3.38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07E79EEA" w14:textId="68875C99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0.89</w:t>
            </w:r>
          </w:p>
        </w:tc>
        <w:tc>
          <w:tcPr>
            <w:tcW w:w="1440" w:type="dxa"/>
          </w:tcPr>
          <w:p w14:paraId="5BC821DE" w14:textId="18CEC654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0.002</w:t>
            </w:r>
          </w:p>
        </w:tc>
        <w:tc>
          <w:tcPr>
            <w:tcW w:w="1440" w:type="dxa"/>
          </w:tcPr>
          <w:p w14:paraId="27C81798" w14:textId="417E3ADF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[0.93, 5.83]</w:t>
            </w:r>
          </w:p>
        </w:tc>
      </w:tr>
      <w:tr w:rsidR="00E45737" w:rsidRPr="006E395D" w14:paraId="08ABD88E" w14:textId="77777777" w:rsidTr="00E2292E">
        <w:tc>
          <w:tcPr>
            <w:tcW w:w="1440" w:type="dxa"/>
          </w:tcPr>
          <w:p w14:paraId="5B32E8B4" w14:textId="576171DB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4B16227F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2B364B90" w14:textId="0B170FC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4.37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5CFD9C97" w14:textId="136BB822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0.897</w:t>
            </w:r>
          </w:p>
        </w:tc>
        <w:tc>
          <w:tcPr>
            <w:tcW w:w="1440" w:type="dxa"/>
          </w:tcPr>
          <w:p w14:paraId="086D3F6D" w14:textId="6061834C" w:rsidR="00E45737" w:rsidRPr="006E395D" w:rsidRDefault="0056005A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6226E1A8" w14:textId="382E11FB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[1.91, 6.82]</w:t>
            </w:r>
          </w:p>
        </w:tc>
      </w:tr>
      <w:tr w:rsidR="00E45737" w:rsidRPr="006E395D" w14:paraId="24DF7E7A" w14:textId="77777777" w:rsidTr="00E2292E">
        <w:tc>
          <w:tcPr>
            <w:tcW w:w="1440" w:type="dxa"/>
          </w:tcPr>
          <w:p w14:paraId="439F6FFD" w14:textId="209BC958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569823C9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25A1BEEC" w14:textId="70EA0E79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49262299" w14:textId="78FF8048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0.95</w:t>
            </w:r>
          </w:p>
        </w:tc>
        <w:tc>
          <w:tcPr>
            <w:tcW w:w="1440" w:type="dxa"/>
          </w:tcPr>
          <w:p w14:paraId="570A30A1" w14:textId="77BEDDB7" w:rsidR="00E45737" w:rsidRPr="006E395D" w:rsidRDefault="0056005A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3CF883A7" w14:textId="6D9B9B5E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[3.10, 8.31]</w:t>
            </w:r>
          </w:p>
        </w:tc>
      </w:tr>
      <w:tr w:rsidR="00E45737" w:rsidRPr="006E395D" w14:paraId="2DDACACA" w14:textId="77777777" w:rsidTr="00E2292E">
        <w:tc>
          <w:tcPr>
            <w:tcW w:w="1440" w:type="dxa"/>
          </w:tcPr>
          <w:p w14:paraId="2D03DBDF" w14:textId="6373C67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0816D3C8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6EC743FE" w14:textId="3EB36000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1.95</w:t>
            </w:r>
          </w:p>
        </w:tc>
        <w:tc>
          <w:tcPr>
            <w:tcW w:w="1440" w:type="dxa"/>
          </w:tcPr>
          <w:p w14:paraId="6D886B25" w14:textId="1C96C36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1.14</w:t>
            </w:r>
          </w:p>
        </w:tc>
        <w:tc>
          <w:tcPr>
            <w:tcW w:w="1440" w:type="dxa"/>
          </w:tcPr>
          <w:p w14:paraId="25835EA8" w14:textId="796D7C33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0.430</w:t>
            </w:r>
          </w:p>
        </w:tc>
        <w:tc>
          <w:tcPr>
            <w:tcW w:w="1440" w:type="dxa"/>
          </w:tcPr>
          <w:p w14:paraId="3BD32262" w14:textId="3567FAF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[-1.19, 5.09]</w:t>
            </w:r>
          </w:p>
        </w:tc>
      </w:tr>
      <w:tr w:rsidR="00E45737" w:rsidRPr="006E395D" w14:paraId="036F78FA" w14:textId="77777777" w:rsidTr="00E2292E">
        <w:tc>
          <w:tcPr>
            <w:tcW w:w="1440" w:type="dxa"/>
          </w:tcPr>
          <w:p w14:paraId="3DA28245" w14:textId="5EFE357E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1E6C7792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4233E219" w14:textId="7436B815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</w:t>
            </w:r>
          </w:p>
        </w:tc>
        <w:tc>
          <w:tcPr>
            <w:tcW w:w="1440" w:type="dxa"/>
          </w:tcPr>
          <w:p w14:paraId="5B75AC8D" w14:textId="435C3A48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0.38</w:t>
            </w:r>
          </w:p>
        </w:tc>
        <w:tc>
          <w:tcPr>
            <w:tcW w:w="1440" w:type="dxa"/>
          </w:tcPr>
          <w:p w14:paraId="4C698466" w14:textId="4B6348B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0.072</w:t>
            </w:r>
          </w:p>
        </w:tc>
        <w:tc>
          <w:tcPr>
            <w:tcW w:w="1440" w:type="dxa"/>
          </w:tcPr>
          <w:p w14:paraId="07091B78" w14:textId="6B521F8E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[-0.05, 2.03]</w:t>
            </w:r>
          </w:p>
        </w:tc>
      </w:tr>
      <w:tr w:rsidR="00E45737" w:rsidRPr="006E395D" w14:paraId="04D33B1E" w14:textId="77777777" w:rsidTr="00E2292E">
        <w:tc>
          <w:tcPr>
            <w:tcW w:w="1440" w:type="dxa"/>
          </w:tcPr>
          <w:p w14:paraId="6680D301" w14:textId="7DCBEF2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772BB270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62697429" w14:textId="652CAAE5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2.33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029A444E" w14:textId="7DA50D8C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0.49</w:t>
            </w:r>
          </w:p>
        </w:tc>
        <w:tc>
          <w:tcPr>
            <w:tcW w:w="1440" w:type="dxa"/>
          </w:tcPr>
          <w:p w14:paraId="733B1E07" w14:textId="1DE7398E" w:rsidR="00E45737" w:rsidRPr="006E395D" w:rsidRDefault="0056005A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3DFBED81" w14:textId="2654F97C" w:rsidR="00E45737" w:rsidRPr="006E395D" w:rsidRDefault="0056005A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</w:t>
            </w:r>
            <w:r w:rsidR="00E45737"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0.97, 3.68]</w:t>
            </w:r>
          </w:p>
        </w:tc>
      </w:tr>
      <w:tr w:rsidR="0056005A" w:rsidRPr="006E395D" w14:paraId="5E1C202A" w14:textId="77777777" w:rsidTr="00E2292E">
        <w:tc>
          <w:tcPr>
            <w:tcW w:w="1440" w:type="dxa"/>
          </w:tcPr>
          <w:p w14:paraId="368FABCA" w14:textId="710B86AF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40BE3F92" w14:textId="77777777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5D99A00D" w14:textId="7E0D22B8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-1.43</w:t>
            </w:r>
          </w:p>
        </w:tc>
        <w:tc>
          <w:tcPr>
            <w:tcW w:w="1440" w:type="dxa"/>
          </w:tcPr>
          <w:p w14:paraId="699DEEA8" w14:textId="58F9D6A4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0.80</w:t>
            </w:r>
          </w:p>
        </w:tc>
        <w:tc>
          <w:tcPr>
            <w:tcW w:w="1440" w:type="dxa"/>
          </w:tcPr>
          <w:p w14:paraId="6AD99E5C" w14:textId="01C7D9FE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0.39</w:t>
            </w:r>
          </w:p>
        </w:tc>
        <w:tc>
          <w:tcPr>
            <w:tcW w:w="1440" w:type="dxa"/>
          </w:tcPr>
          <w:p w14:paraId="399D2EE0" w14:textId="2B8AED4B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[-3.64, .78]</w:t>
            </w:r>
          </w:p>
        </w:tc>
      </w:tr>
      <w:tr w:rsidR="0056005A" w:rsidRPr="006E395D" w14:paraId="16C4425E" w14:textId="77777777" w:rsidTr="00E2292E">
        <w:tc>
          <w:tcPr>
            <w:tcW w:w="1440" w:type="dxa"/>
          </w:tcPr>
          <w:p w14:paraId="780ACE76" w14:textId="07C3BB83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519F7196" w14:textId="77777777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6CD576E8" w14:textId="7E5FFBFD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1.34</w:t>
            </w:r>
          </w:p>
        </w:tc>
        <w:tc>
          <w:tcPr>
            <w:tcW w:w="1440" w:type="dxa"/>
          </w:tcPr>
          <w:p w14:paraId="543FA64E" w14:textId="43530508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0.50</w:t>
            </w:r>
          </w:p>
        </w:tc>
        <w:tc>
          <w:tcPr>
            <w:tcW w:w="1440" w:type="dxa"/>
          </w:tcPr>
          <w:p w14:paraId="28DBDA20" w14:textId="5747DCB1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0.061</w:t>
            </w:r>
          </w:p>
        </w:tc>
        <w:tc>
          <w:tcPr>
            <w:tcW w:w="1440" w:type="dxa"/>
          </w:tcPr>
          <w:p w14:paraId="154BC4A9" w14:textId="0D65EBD0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[-0.04, 2.71]</w:t>
            </w:r>
          </w:p>
        </w:tc>
      </w:tr>
      <w:tr w:rsidR="0056005A" w:rsidRPr="006E395D" w14:paraId="300B3D22" w14:textId="77777777" w:rsidTr="00E2292E">
        <w:tc>
          <w:tcPr>
            <w:tcW w:w="1440" w:type="dxa"/>
          </w:tcPr>
          <w:p w14:paraId="0232C1C1" w14:textId="6381D6D1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703FC607" w14:textId="77777777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</w:tcPr>
          <w:p w14:paraId="599CEE3C" w14:textId="33C41DF3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-2.42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746C4F95" w14:textId="5ADDA750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0.81</w:t>
            </w:r>
          </w:p>
        </w:tc>
        <w:tc>
          <w:tcPr>
            <w:tcW w:w="1440" w:type="dxa"/>
          </w:tcPr>
          <w:p w14:paraId="7A35F485" w14:textId="3423209D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0.026</w:t>
            </w:r>
          </w:p>
        </w:tc>
        <w:tc>
          <w:tcPr>
            <w:tcW w:w="1440" w:type="dxa"/>
          </w:tcPr>
          <w:p w14:paraId="02F29A04" w14:textId="245E9DC5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[-4.64, -0.19]</w:t>
            </w:r>
          </w:p>
        </w:tc>
      </w:tr>
      <w:tr w:rsidR="0056005A" w:rsidRPr="006E395D" w14:paraId="2171CF0E" w14:textId="77777777" w:rsidTr="00E2292E">
        <w:tc>
          <w:tcPr>
            <w:tcW w:w="1440" w:type="dxa"/>
          </w:tcPr>
          <w:p w14:paraId="3A35053D" w14:textId="31A0322F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Physical Well-Being</w:t>
            </w:r>
          </w:p>
        </w:tc>
        <w:tc>
          <w:tcPr>
            <w:tcW w:w="1440" w:type="dxa"/>
          </w:tcPr>
          <w:p w14:paraId="1F16D55F" w14:textId="77777777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</w:tcPr>
          <w:p w14:paraId="4A0459AE" w14:textId="24BBEB3B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-3.75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3F13C95" w14:textId="75C01122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0.87</w:t>
            </w:r>
          </w:p>
        </w:tc>
        <w:tc>
          <w:tcPr>
            <w:tcW w:w="1440" w:type="dxa"/>
          </w:tcPr>
          <w:p w14:paraId="78ADE7D5" w14:textId="240616A0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42A3D010" w14:textId="77D9964C" w:rsidR="0056005A" w:rsidRPr="006E395D" w:rsidRDefault="0056005A" w:rsidP="005600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[-6.14, -1.37]</w:t>
            </w:r>
          </w:p>
        </w:tc>
      </w:tr>
      <w:tr w:rsidR="00CA16E1" w:rsidRPr="006E395D" w14:paraId="715D57B8" w14:textId="77777777" w:rsidTr="00E2292E">
        <w:tc>
          <w:tcPr>
            <w:tcW w:w="1440" w:type="dxa"/>
          </w:tcPr>
          <w:p w14:paraId="26210C60" w14:textId="41F1A3CA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5CE492DE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</w:tcPr>
          <w:p w14:paraId="47E3403D" w14:textId="107C5AF0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2.47</w:t>
            </w:r>
          </w:p>
        </w:tc>
        <w:tc>
          <w:tcPr>
            <w:tcW w:w="1440" w:type="dxa"/>
          </w:tcPr>
          <w:p w14:paraId="74244C15" w14:textId="1D1BC0CD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1.26</w:t>
            </w:r>
          </w:p>
        </w:tc>
        <w:tc>
          <w:tcPr>
            <w:tcW w:w="1440" w:type="dxa"/>
          </w:tcPr>
          <w:p w14:paraId="2F87BF5C" w14:textId="0479AE69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0.29</w:t>
            </w:r>
          </w:p>
        </w:tc>
        <w:tc>
          <w:tcPr>
            <w:tcW w:w="1440" w:type="dxa"/>
          </w:tcPr>
          <w:p w14:paraId="05C4FE53" w14:textId="68E9B419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[-0.99, 5.93]</w:t>
            </w:r>
          </w:p>
        </w:tc>
      </w:tr>
      <w:tr w:rsidR="00CA16E1" w:rsidRPr="006E395D" w14:paraId="487658E6" w14:textId="77777777" w:rsidTr="00E2292E">
        <w:tc>
          <w:tcPr>
            <w:tcW w:w="1440" w:type="dxa"/>
          </w:tcPr>
          <w:p w14:paraId="24FB1612" w14:textId="26C618C6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Autonomy and Parent Relations </w:t>
            </w:r>
          </w:p>
        </w:tc>
        <w:tc>
          <w:tcPr>
            <w:tcW w:w="1440" w:type="dxa"/>
          </w:tcPr>
          <w:p w14:paraId="4F8A7D7D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0EFD1328" w14:textId="5A610C2D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3.97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1DD4AAD8" w14:textId="581D11B5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1.26</w:t>
            </w:r>
          </w:p>
        </w:tc>
        <w:tc>
          <w:tcPr>
            <w:tcW w:w="1440" w:type="dxa"/>
          </w:tcPr>
          <w:p w14:paraId="02AAD49F" w14:textId="1FA37BD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0.016</w:t>
            </w:r>
          </w:p>
        </w:tc>
        <w:tc>
          <w:tcPr>
            <w:tcW w:w="1440" w:type="dxa"/>
          </w:tcPr>
          <w:p w14:paraId="6EAB9B6B" w14:textId="01453B1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[0.50, 7.45]</w:t>
            </w:r>
          </w:p>
        </w:tc>
      </w:tr>
      <w:tr w:rsidR="00CA16E1" w:rsidRPr="006E395D" w14:paraId="4119B196" w14:textId="77777777" w:rsidTr="00E45737">
        <w:tc>
          <w:tcPr>
            <w:tcW w:w="1440" w:type="dxa"/>
          </w:tcPr>
          <w:p w14:paraId="7F3D5813" w14:textId="5E34B2EF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6F68E003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2566D0BF" w14:textId="60877B8D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5.59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7462FA63" w14:textId="75E3430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1.34</w:t>
            </w:r>
          </w:p>
        </w:tc>
        <w:tc>
          <w:tcPr>
            <w:tcW w:w="1440" w:type="dxa"/>
          </w:tcPr>
          <w:p w14:paraId="142CA15A" w14:textId="791545B9" w:rsidR="00CA16E1" w:rsidRPr="006E395D" w:rsidRDefault="00E45737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0F36B711" w14:textId="4F77E28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[1.89, 9.22]</w:t>
            </w:r>
          </w:p>
        </w:tc>
      </w:tr>
      <w:tr w:rsidR="00CA16E1" w:rsidRPr="006E395D" w14:paraId="39BD4A69" w14:textId="77777777" w:rsidTr="00E2292E">
        <w:tc>
          <w:tcPr>
            <w:tcW w:w="1440" w:type="dxa"/>
          </w:tcPr>
          <w:p w14:paraId="11BE99FE" w14:textId="626988F6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58265839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52137054" w14:textId="768B373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0.89</w:t>
            </w:r>
          </w:p>
        </w:tc>
        <w:tc>
          <w:tcPr>
            <w:tcW w:w="1440" w:type="dxa"/>
          </w:tcPr>
          <w:p w14:paraId="4EC91663" w14:textId="5BBA6FE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1.58</w:t>
            </w:r>
          </w:p>
        </w:tc>
        <w:tc>
          <w:tcPr>
            <w:tcW w:w="1440" w:type="dxa"/>
          </w:tcPr>
          <w:p w14:paraId="136CC5EF" w14:textId="719179E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0.980</w:t>
            </w:r>
          </w:p>
        </w:tc>
        <w:tc>
          <w:tcPr>
            <w:tcW w:w="1440" w:type="dxa"/>
          </w:tcPr>
          <w:p w14:paraId="4EF21FDD" w14:textId="4040729A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[-3.46, 5.23]</w:t>
            </w:r>
          </w:p>
        </w:tc>
      </w:tr>
      <w:tr w:rsidR="00CA16E1" w:rsidRPr="006E395D" w14:paraId="7C32B357" w14:textId="77777777" w:rsidTr="00E2292E">
        <w:tc>
          <w:tcPr>
            <w:tcW w:w="1440" w:type="dxa"/>
          </w:tcPr>
          <w:p w14:paraId="2DDC71EA" w14:textId="071E5D10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7D0AFAB1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29404C97" w14:textId="09CB142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1.51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2C7131A" w14:textId="01A4753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0.50</w:t>
            </w:r>
          </w:p>
        </w:tc>
        <w:tc>
          <w:tcPr>
            <w:tcW w:w="1440" w:type="dxa"/>
          </w:tcPr>
          <w:p w14:paraId="4A34828B" w14:textId="06D5950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0.024</w:t>
            </w:r>
          </w:p>
        </w:tc>
        <w:tc>
          <w:tcPr>
            <w:tcW w:w="1440" w:type="dxa"/>
          </w:tcPr>
          <w:p w14:paraId="5B80EDE1" w14:textId="28B274ED" w:rsidR="00CA16E1" w:rsidRPr="006E395D" w:rsidRDefault="00E45737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</w:t>
            </w:r>
            <w:r w:rsidR="00CA16E1"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0.13,</w:t>
            </w: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 xml:space="preserve"> 2.88]</w:t>
            </w:r>
          </w:p>
        </w:tc>
      </w:tr>
      <w:tr w:rsidR="00E45737" w:rsidRPr="006E395D" w14:paraId="414C2275" w14:textId="77777777" w:rsidTr="00E2292E">
        <w:tc>
          <w:tcPr>
            <w:tcW w:w="1440" w:type="dxa"/>
          </w:tcPr>
          <w:p w14:paraId="4017124F" w14:textId="12093FB6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5026245C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624DB815" w14:textId="1F038FA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3.09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5A9BF596" w14:textId="66AAC56B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0.65</w:t>
            </w:r>
          </w:p>
        </w:tc>
        <w:tc>
          <w:tcPr>
            <w:tcW w:w="1440" w:type="dxa"/>
          </w:tcPr>
          <w:p w14:paraId="2C297447" w14:textId="20576DD4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4D5E9A24" w14:textId="000F0BAC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[1.29, 4.89]</w:t>
            </w:r>
          </w:p>
        </w:tc>
      </w:tr>
      <w:tr w:rsidR="00E45737" w:rsidRPr="006E395D" w14:paraId="39F75786" w14:textId="77777777" w:rsidTr="00E2292E">
        <w:tc>
          <w:tcPr>
            <w:tcW w:w="1440" w:type="dxa"/>
          </w:tcPr>
          <w:p w14:paraId="20D2B201" w14:textId="68FC5B8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4E039F7D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7C0A510D" w14:textId="4E09DD08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-1.58</w:t>
            </w:r>
          </w:p>
        </w:tc>
        <w:tc>
          <w:tcPr>
            <w:tcW w:w="1440" w:type="dxa"/>
          </w:tcPr>
          <w:p w14:paraId="32D46D57" w14:textId="75639886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1.07</w:t>
            </w:r>
          </w:p>
        </w:tc>
        <w:tc>
          <w:tcPr>
            <w:tcW w:w="1440" w:type="dxa"/>
          </w:tcPr>
          <w:p w14:paraId="1A73619F" w14:textId="4E91372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0.577</w:t>
            </w:r>
          </w:p>
        </w:tc>
        <w:tc>
          <w:tcPr>
            <w:tcW w:w="1440" w:type="dxa"/>
          </w:tcPr>
          <w:p w14:paraId="5774E162" w14:textId="1E634391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[-4.52, 1.36]</w:t>
            </w:r>
          </w:p>
        </w:tc>
      </w:tr>
      <w:tr w:rsidR="00E45737" w:rsidRPr="006E395D" w14:paraId="03B51FE9" w14:textId="77777777" w:rsidTr="00E2292E">
        <w:tc>
          <w:tcPr>
            <w:tcW w:w="1440" w:type="dxa"/>
          </w:tcPr>
          <w:p w14:paraId="60E5913C" w14:textId="62858B74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620197AA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72245209" w14:textId="0A5296A3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1.58</w:t>
            </w:r>
          </w:p>
        </w:tc>
        <w:tc>
          <w:tcPr>
            <w:tcW w:w="1440" w:type="dxa"/>
          </w:tcPr>
          <w:p w14:paraId="766C1814" w14:textId="04C16529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0.67</w:t>
            </w:r>
          </w:p>
        </w:tc>
        <w:tc>
          <w:tcPr>
            <w:tcW w:w="1440" w:type="dxa"/>
          </w:tcPr>
          <w:p w14:paraId="2BE4BE5D" w14:textId="0E4C5D7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0.126</w:t>
            </w:r>
          </w:p>
        </w:tc>
        <w:tc>
          <w:tcPr>
            <w:tcW w:w="1440" w:type="dxa"/>
          </w:tcPr>
          <w:p w14:paraId="0167BC72" w14:textId="6D4F1F6E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[-0.25, 3.42]</w:t>
            </w:r>
          </w:p>
        </w:tc>
      </w:tr>
      <w:tr w:rsidR="00E45737" w:rsidRPr="006E395D" w14:paraId="05DF15A2" w14:textId="77777777" w:rsidTr="00E2292E">
        <w:tc>
          <w:tcPr>
            <w:tcW w:w="1440" w:type="dxa"/>
          </w:tcPr>
          <w:p w14:paraId="5695CD7D" w14:textId="1AE46FC9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4BF92151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</w:tcPr>
          <w:p w14:paraId="2F800E0C" w14:textId="6DCBD6E3" w:rsidR="00E45737" w:rsidRPr="006E395D" w:rsidRDefault="00FC615E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-3.09</w:t>
            </w:r>
          </w:p>
        </w:tc>
        <w:tc>
          <w:tcPr>
            <w:tcW w:w="1440" w:type="dxa"/>
          </w:tcPr>
          <w:p w14:paraId="5EA7B23B" w14:textId="520527F4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1.08</w:t>
            </w:r>
          </w:p>
        </w:tc>
        <w:tc>
          <w:tcPr>
            <w:tcW w:w="1440" w:type="dxa"/>
          </w:tcPr>
          <w:p w14:paraId="626D7366" w14:textId="0F1FE9E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0.036</w:t>
            </w:r>
          </w:p>
        </w:tc>
        <w:tc>
          <w:tcPr>
            <w:tcW w:w="1440" w:type="dxa"/>
          </w:tcPr>
          <w:p w14:paraId="1BF0F476" w14:textId="1A0CB7E0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[-6.05, -.13]</w:t>
            </w:r>
          </w:p>
        </w:tc>
      </w:tr>
      <w:tr w:rsidR="00E45737" w:rsidRPr="006E395D" w14:paraId="3CAEA703" w14:textId="77777777" w:rsidTr="00E2292E">
        <w:tc>
          <w:tcPr>
            <w:tcW w:w="1440" w:type="dxa"/>
          </w:tcPr>
          <w:p w14:paraId="5A4D9542" w14:textId="6DCE5544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Autonomy and Parent Relations </w:t>
            </w:r>
          </w:p>
        </w:tc>
        <w:tc>
          <w:tcPr>
            <w:tcW w:w="1440" w:type="dxa"/>
          </w:tcPr>
          <w:p w14:paraId="6D63E1A9" w14:textId="77777777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</w:tcPr>
          <w:p w14:paraId="2BD504AF" w14:textId="61B2DE82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-4.67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62183D2" w14:textId="2D1ACF4A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1.16</w:t>
            </w:r>
          </w:p>
        </w:tc>
        <w:tc>
          <w:tcPr>
            <w:tcW w:w="1440" w:type="dxa"/>
          </w:tcPr>
          <w:p w14:paraId="6ECAC562" w14:textId="6539602D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0.001</w:t>
            </w:r>
          </w:p>
        </w:tc>
        <w:tc>
          <w:tcPr>
            <w:tcW w:w="1440" w:type="dxa"/>
          </w:tcPr>
          <w:p w14:paraId="74034659" w14:textId="1EA8ECB8" w:rsidR="00E45737" w:rsidRPr="006E395D" w:rsidRDefault="00E45737" w:rsidP="00E4573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[-7.85, -1.49]</w:t>
            </w:r>
          </w:p>
        </w:tc>
      </w:tr>
      <w:tr w:rsidR="00E2292E" w:rsidRPr="006E395D" w14:paraId="6D640FF7" w14:textId="77777777" w:rsidTr="00E2292E">
        <w:tc>
          <w:tcPr>
            <w:tcW w:w="1440" w:type="dxa"/>
          </w:tcPr>
          <w:p w14:paraId="134A0079" w14:textId="06A5E825" w:rsidR="00126AE9" w:rsidRPr="006E395D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1900E864" w14:textId="77777777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</w:tcPr>
          <w:p w14:paraId="52E01447" w14:textId="3579837F" w:rsidR="00126AE9" w:rsidRPr="006E395D" w:rsidRDefault="00996A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1.39</w:t>
            </w:r>
          </w:p>
        </w:tc>
        <w:tc>
          <w:tcPr>
            <w:tcW w:w="1440" w:type="dxa"/>
          </w:tcPr>
          <w:p w14:paraId="7976BA5C" w14:textId="0DEB3140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996A5E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440" w:type="dxa"/>
          </w:tcPr>
          <w:p w14:paraId="5AD86211" w14:textId="22A7C97F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996A5E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282</w:t>
            </w:r>
          </w:p>
        </w:tc>
        <w:tc>
          <w:tcPr>
            <w:tcW w:w="1440" w:type="dxa"/>
          </w:tcPr>
          <w:p w14:paraId="3A370FC0" w14:textId="78232E86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</w:t>
            </w:r>
            <w:r w:rsidR="00996A5E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996A5E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3.33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E2292E" w:rsidRPr="006E395D" w14:paraId="34A3EB64" w14:textId="77777777" w:rsidTr="00E2292E">
        <w:tc>
          <w:tcPr>
            <w:tcW w:w="1440" w:type="dxa"/>
          </w:tcPr>
          <w:p w14:paraId="32C5610E" w14:textId="754D177C" w:rsidR="00126AE9" w:rsidRPr="006E395D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59292655" w14:textId="77777777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1AB07953" w14:textId="61B8C809" w:rsidR="00126AE9" w:rsidRPr="006E395D" w:rsidRDefault="00996A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2.08*</w:t>
            </w:r>
          </w:p>
        </w:tc>
        <w:tc>
          <w:tcPr>
            <w:tcW w:w="1440" w:type="dxa"/>
          </w:tcPr>
          <w:p w14:paraId="7F2B34F3" w14:textId="307A4840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996A5E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.71</w:t>
            </w:r>
          </w:p>
        </w:tc>
        <w:tc>
          <w:tcPr>
            <w:tcW w:w="1440" w:type="dxa"/>
          </w:tcPr>
          <w:p w14:paraId="379B3947" w14:textId="45FBA369" w:rsidR="00126AE9" w:rsidRPr="006E395D" w:rsidRDefault="00996A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.030</w:t>
            </w:r>
          </w:p>
        </w:tc>
        <w:tc>
          <w:tcPr>
            <w:tcW w:w="1440" w:type="dxa"/>
          </w:tcPr>
          <w:p w14:paraId="58F11AF4" w14:textId="6C9E0B16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[-0.</w:t>
            </w:r>
            <w:r w:rsidR="006547AF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6547AF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3.33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E2292E" w:rsidRPr="006E395D" w14:paraId="061AA432" w14:textId="77777777" w:rsidTr="00E2292E">
        <w:tc>
          <w:tcPr>
            <w:tcW w:w="1440" w:type="dxa"/>
          </w:tcPr>
          <w:p w14:paraId="0F8A329F" w14:textId="50E7E7BD" w:rsidR="00126AE9" w:rsidRPr="006E395D" w:rsidRDefault="00E2292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43C4C8B1" w14:textId="77777777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6F53FA5A" w14:textId="1F7F2A74" w:rsidR="00126AE9" w:rsidRPr="006E395D" w:rsidRDefault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3.32*</w:t>
            </w:r>
          </w:p>
        </w:tc>
        <w:tc>
          <w:tcPr>
            <w:tcW w:w="1440" w:type="dxa"/>
          </w:tcPr>
          <w:p w14:paraId="03B8368D" w14:textId="3169B00D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90242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440" w:type="dxa"/>
          </w:tcPr>
          <w:p w14:paraId="4D116942" w14:textId="766F0854" w:rsidR="00126AE9" w:rsidRPr="006E395D" w:rsidRDefault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2FFFDEFF" w14:textId="06EAA1D9" w:rsidR="00126AE9" w:rsidRPr="006E395D" w:rsidRDefault="00747EA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</w:t>
            </w:r>
            <w:r w:rsidR="00D90242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1.25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D90242"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5.39</w:t>
            </w: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</w:tr>
      <w:tr w:rsidR="00D90242" w:rsidRPr="006E395D" w14:paraId="547FFA2D" w14:textId="77777777" w:rsidTr="00E2292E">
        <w:tc>
          <w:tcPr>
            <w:tcW w:w="1440" w:type="dxa"/>
          </w:tcPr>
          <w:p w14:paraId="4719D78C" w14:textId="2CA09FA0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456EF757" w14:textId="7777777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4D13AA82" w14:textId="247CF50C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-0.28</w:t>
            </w:r>
          </w:p>
        </w:tc>
        <w:tc>
          <w:tcPr>
            <w:tcW w:w="1440" w:type="dxa"/>
          </w:tcPr>
          <w:p w14:paraId="06811845" w14:textId="4D787EAB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0.91</w:t>
            </w:r>
          </w:p>
        </w:tc>
        <w:tc>
          <w:tcPr>
            <w:tcW w:w="1440" w:type="dxa"/>
          </w:tcPr>
          <w:p w14:paraId="218CB6C8" w14:textId="6304B72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0.998</w:t>
            </w:r>
          </w:p>
        </w:tc>
        <w:tc>
          <w:tcPr>
            <w:tcW w:w="1440" w:type="dxa"/>
          </w:tcPr>
          <w:p w14:paraId="2E4CD479" w14:textId="0775FC3F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[-2.77, 2.22]</w:t>
            </w:r>
          </w:p>
        </w:tc>
      </w:tr>
      <w:tr w:rsidR="00D90242" w:rsidRPr="006E395D" w14:paraId="5CC873E8" w14:textId="77777777" w:rsidTr="00E2292E">
        <w:tc>
          <w:tcPr>
            <w:tcW w:w="1440" w:type="dxa"/>
          </w:tcPr>
          <w:p w14:paraId="4CAD707B" w14:textId="30054C29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34C0FA3F" w14:textId="7777777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6A4D1B60" w14:textId="3F9CA2EE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0.69</w:t>
            </w:r>
          </w:p>
        </w:tc>
        <w:tc>
          <w:tcPr>
            <w:tcW w:w="1440" w:type="dxa"/>
          </w:tcPr>
          <w:p w14:paraId="2B201F92" w14:textId="0F166CF3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0.30</w:t>
            </w:r>
          </w:p>
        </w:tc>
        <w:tc>
          <w:tcPr>
            <w:tcW w:w="1440" w:type="dxa"/>
          </w:tcPr>
          <w:p w14:paraId="0A67FAE2" w14:textId="71304D0D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0.143</w:t>
            </w:r>
          </w:p>
        </w:tc>
        <w:tc>
          <w:tcPr>
            <w:tcW w:w="1440" w:type="dxa"/>
          </w:tcPr>
          <w:p w14:paraId="52107795" w14:textId="6E222D8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[-0.13,1.51]</w:t>
            </w:r>
          </w:p>
        </w:tc>
      </w:tr>
      <w:tr w:rsidR="00D90242" w:rsidRPr="006E395D" w14:paraId="51B5F086" w14:textId="77777777" w:rsidTr="00E2292E">
        <w:tc>
          <w:tcPr>
            <w:tcW w:w="1440" w:type="dxa"/>
          </w:tcPr>
          <w:p w14:paraId="111370E3" w14:textId="13DFB1C8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31DE73A1" w14:textId="7777777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3E06C60C" w14:textId="78921D18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1.93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4E89D0B" w14:textId="585B9AF4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0.39</w:t>
            </w:r>
          </w:p>
        </w:tc>
        <w:tc>
          <w:tcPr>
            <w:tcW w:w="1440" w:type="dxa"/>
          </w:tcPr>
          <w:p w14:paraId="0ADD6AF1" w14:textId="23D4EA67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6B5C5F03" w14:textId="2AF2F833" w:rsidR="00D90242" w:rsidRPr="006E395D" w:rsidRDefault="00D90242" w:rsidP="00D9024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[0.86, 3.00]</w:t>
            </w:r>
          </w:p>
        </w:tc>
      </w:tr>
      <w:tr w:rsidR="00CA16E1" w:rsidRPr="006E395D" w14:paraId="49A7837B" w14:textId="77777777" w:rsidTr="00E2292E">
        <w:tc>
          <w:tcPr>
            <w:tcW w:w="1440" w:type="dxa"/>
          </w:tcPr>
          <w:p w14:paraId="4BD916E0" w14:textId="213DBE6F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624F732D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1D028374" w14:textId="45B179F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-1.67</w:t>
            </w:r>
          </w:p>
        </w:tc>
        <w:tc>
          <w:tcPr>
            <w:tcW w:w="1440" w:type="dxa"/>
          </w:tcPr>
          <w:p w14:paraId="0479C785" w14:textId="43B8A6F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0.64</w:t>
            </w:r>
          </w:p>
        </w:tc>
        <w:tc>
          <w:tcPr>
            <w:tcW w:w="1440" w:type="dxa"/>
          </w:tcPr>
          <w:p w14:paraId="4EE7ECA4" w14:textId="3B8EA700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0.071</w:t>
            </w:r>
          </w:p>
        </w:tc>
        <w:tc>
          <w:tcPr>
            <w:tcW w:w="1440" w:type="dxa"/>
          </w:tcPr>
          <w:p w14:paraId="326E39AE" w14:textId="7B893702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[-3.42,.08]</w:t>
            </w:r>
          </w:p>
        </w:tc>
      </w:tr>
      <w:tr w:rsidR="00CA16E1" w:rsidRPr="006E395D" w14:paraId="1A36E2D9" w14:textId="77777777" w:rsidTr="00E2292E">
        <w:tc>
          <w:tcPr>
            <w:tcW w:w="1440" w:type="dxa"/>
          </w:tcPr>
          <w:p w14:paraId="3A6BD329" w14:textId="45789C5D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School Environment </w:t>
            </w:r>
          </w:p>
        </w:tc>
        <w:tc>
          <w:tcPr>
            <w:tcW w:w="1440" w:type="dxa"/>
          </w:tcPr>
          <w:p w14:paraId="55909EB0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2824BB21" w14:textId="71B48245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242B97C3" w14:textId="23664540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0.40</w:t>
            </w:r>
          </w:p>
        </w:tc>
        <w:tc>
          <w:tcPr>
            <w:tcW w:w="1440" w:type="dxa"/>
          </w:tcPr>
          <w:p w14:paraId="3769E536" w14:textId="509E2DEC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0.017</w:t>
            </w:r>
          </w:p>
        </w:tc>
        <w:tc>
          <w:tcPr>
            <w:tcW w:w="1440" w:type="dxa"/>
          </w:tcPr>
          <w:p w14:paraId="748B2C7E" w14:textId="217D09CC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[0.15, 2.34]</w:t>
            </w:r>
          </w:p>
        </w:tc>
      </w:tr>
      <w:tr w:rsidR="00CA16E1" w:rsidRPr="006E395D" w14:paraId="0837C11F" w14:textId="77777777" w:rsidTr="00E2292E">
        <w:tc>
          <w:tcPr>
            <w:tcW w:w="1440" w:type="dxa"/>
          </w:tcPr>
          <w:p w14:paraId="46A96916" w14:textId="65B46DE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6C314B0E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</w:tcPr>
          <w:p w14:paraId="3A193EAA" w14:textId="284A2F9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-2.35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7585CCDB" w14:textId="410FA61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0.64</w:t>
            </w:r>
          </w:p>
        </w:tc>
        <w:tc>
          <w:tcPr>
            <w:tcW w:w="1440" w:type="dxa"/>
          </w:tcPr>
          <w:p w14:paraId="2910EA3E" w14:textId="21ED510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440" w:type="dxa"/>
          </w:tcPr>
          <w:p w14:paraId="08F70998" w14:textId="4E95531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[-4.12, -0.59]</w:t>
            </w:r>
          </w:p>
        </w:tc>
      </w:tr>
      <w:tr w:rsidR="00CA16E1" w:rsidRPr="006E395D" w14:paraId="27D4AA8C" w14:textId="77777777" w:rsidTr="00E2292E">
        <w:tc>
          <w:tcPr>
            <w:tcW w:w="1440" w:type="dxa"/>
          </w:tcPr>
          <w:p w14:paraId="5DF87EE1" w14:textId="6C0353D1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School Environment </w:t>
            </w:r>
          </w:p>
        </w:tc>
        <w:tc>
          <w:tcPr>
            <w:tcW w:w="1440" w:type="dxa"/>
          </w:tcPr>
          <w:p w14:paraId="2128558E" w14:textId="77777777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</w:tcPr>
          <w:p w14:paraId="2366FDEE" w14:textId="37FB2CBF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-3.60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41286908" w14:textId="55EB44FA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0.69</w:t>
            </w:r>
          </w:p>
        </w:tc>
        <w:tc>
          <w:tcPr>
            <w:tcW w:w="1440" w:type="dxa"/>
          </w:tcPr>
          <w:p w14:paraId="46521C04" w14:textId="39962338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5709A390" w14:textId="73F55DB4" w:rsidR="00CA16E1" w:rsidRPr="006E395D" w:rsidRDefault="00CA16E1" w:rsidP="00CA16E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[-5.49, -1.70]</w:t>
            </w:r>
          </w:p>
        </w:tc>
      </w:tr>
      <w:tr w:rsidR="00DA40BE" w:rsidRPr="006E395D" w14:paraId="2C416525" w14:textId="77777777" w:rsidTr="00E2292E">
        <w:tc>
          <w:tcPr>
            <w:tcW w:w="1440" w:type="dxa"/>
          </w:tcPr>
          <w:p w14:paraId="249F9188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189ECBA0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$50–75K</w:t>
            </w:r>
          </w:p>
        </w:tc>
        <w:tc>
          <w:tcPr>
            <w:tcW w:w="1440" w:type="dxa"/>
          </w:tcPr>
          <w:p w14:paraId="1EF67BF7" w14:textId="0D8C2A51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-3.73</w:t>
            </w:r>
          </w:p>
        </w:tc>
        <w:tc>
          <w:tcPr>
            <w:tcW w:w="1440" w:type="dxa"/>
          </w:tcPr>
          <w:p w14:paraId="70FE671A" w14:textId="37716F12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1.54</w:t>
            </w:r>
          </w:p>
        </w:tc>
        <w:tc>
          <w:tcPr>
            <w:tcW w:w="1440" w:type="dxa"/>
          </w:tcPr>
          <w:p w14:paraId="6AC64F5F" w14:textId="70C80FBE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0.113</w:t>
            </w:r>
          </w:p>
        </w:tc>
        <w:tc>
          <w:tcPr>
            <w:tcW w:w="1440" w:type="dxa"/>
          </w:tcPr>
          <w:p w14:paraId="54DFE42D" w14:textId="3624A154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[-7.97, 0.50]</w:t>
            </w:r>
          </w:p>
        </w:tc>
      </w:tr>
      <w:tr w:rsidR="00DA40BE" w:rsidRPr="006E395D" w14:paraId="63EF5E92" w14:textId="77777777" w:rsidTr="00E2292E">
        <w:tc>
          <w:tcPr>
            <w:tcW w:w="1440" w:type="dxa"/>
          </w:tcPr>
          <w:p w14:paraId="63D20B44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0C070CD8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$75–100K</w:t>
            </w:r>
          </w:p>
        </w:tc>
        <w:tc>
          <w:tcPr>
            <w:tcW w:w="1440" w:type="dxa"/>
          </w:tcPr>
          <w:p w14:paraId="0584657B" w14:textId="67A249F4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-5.70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4335DD33" w14:textId="3CDD82C8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1.55</w:t>
            </w:r>
          </w:p>
        </w:tc>
        <w:tc>
          <w:tcPr>
            <w:tcW w:w="1440" w:type="dxa"/>
          </w:tcPr>
          <w:p w14:paraId="0473CC3E" w14:textId="4CD49543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440" w:type="dxa"/>
          </w:tcPr>
          <w:p w14:paraId="696F0A69" w14:textId="0C996C2A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[-9.96, -1.43]</w:t>
            </w:r>
          </w:p>
        </w:tc>
      </w:tr>
      <w:tr w:rsidR="00DA40BE" w:rsidRPr="006E395D" w14:paraId="3CABB8AE" w14:textId="77777777" w:rsidTr="00E2292E">
        <w:tc>
          <w:tcPr>
            <w:tcW w:w="1440" w:type="dxa"/>
          </w:tcPr>
          <w:p w14:paraId="710BED9D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71A7936C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&gt;$100K</w:t>
            </w:r>
          </w:p>
        </w:tc>
        <w:tc>
          <w:tcPr>
            <w:tcW w:w="1440" w:type="dxa"/>
          </w:tcPr>
          <w:p w14:paraId="44CF8BF2" w14:textId="27748B46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-7.60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6938AA8A" w14:textId="68798623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1.64</w:t>
            </w:r>
          </w:p>
        </w:tc>
        <w:tc>
          <w:tcPr>
            <w:tcW w:w="1440" w:type="dxa"/>
          </w:tcPr>
          <w:p w14:paraId="3DF351FD" w14:textId="781C15B4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3A9D394B" w14:textId="0B45FBB5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[-12.13, -3.08]</w:t>
            </w:r>
          </w:p>
        </w:tc>
      </w:tr>
      <w:tr w:rsidR="00DA40BE" w:rsidRPr="006E395D" w14:paraId="7B731254" w14:textId="77777777" w:rsidTr="00E2292E">
        <w:tc>
          <w:tcPr>
            <w:tcW w:w="1440" w:type="dxa"/>
          </w:tcPr>
          <w:p w14:paraId="22D8BB29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6F90E677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$25K–50K vs Prefer not answer</w:t>
            </w:r>
          </w:p>
        </w:tc>
        <w:tc>
          <w:tcPr>
            <w:tcW w:w="1440" w:type="dxa"/>
          </w:tcPr>
          <w:p w14:paraId="24E64384" w14:textId="6EBCA5A8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-0.57</w:t>
            </w:r>
          </w:p>
        </w:tc>
        <w:tc>
          <w:tcPr>
            <w:tcW w:w="1440" w:type="dxa"/>
          </w:tcPr>
          <w:p w14:paraId="30B8E22A" w14:textId="58EAD3CF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1.98</w:t>
            </w:r>
          </w:p>
        </w:tc>
        <w:tc>
          <w:tcPr>
            <w:tcW w:w="1440" w:type="dxa"/>
          </w:tcPr>
          <w:p w14:paraId="3FC93C7A" w14:textId="3E44BEA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0.998</w:t>
            </w:r>
          </w:p>
        </w:tc>
        <w:tc>
          <w:tcPr>
            <w:tcW w:w="1440" w:type="dxa"/>
          </w:tcPr>
          <w:p w14:paraId="2621D848" w14:textId="2D5616BD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[-6.02, 4.87]</w:t>
            </w:r>
          </w:p>
        </w:tc>
      </w:tr>
      <w:tr w:rsidR="00DA40BE" w:rsidRPr="006E395D" w14:paraId="4C054A39" w14:textId="77777777" w:rsidTr="00E2292E">
        <w:tc>
          <w:tcPr>
            <w:tcW w:w="1440" w:type="dxa"/>
          </w:tcPr>
          <w:p w14:paraId="089307FF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0BA66F46" w14:textId="77777777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$75–100K</w:t>
            </w:r>
          </w:p>
        </w:tc>
        <w:tc>
          <w:tcPr>
            <w:tcW w:w="1440" w:type="dxa"/>
          </w:tcPr>
          <w:p w14:paraId="0B07754C" w14:textId="6E637813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-1.96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382BA62C" w14:textId="044350D2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0.65</w:t>
            </w:r>
          </w:p>
        </w:tc>
        <w:tc>
          <w:tcPr>
            <w:tcW w:w="1440" w:type="dxa"/>
          </w:tcPr>
          <w:p w14:paraId="7D92BD59" w14:textId="45262430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0.022</w:t>
            </w:r>
          </w:p>
        </w:tc>
        <w:tc>
          <w:tcPr>
            <w:tcW w:w="1440" w:type="dxa"/>
          </w:tcPr>
          <w:p w14:paraId="0176F799" w14:textId="63CC0346" w:rsidR="00DA40BE" w:rsidRPr="006E395D" w:rsidRDefault="00DA40BE" w:rsidP="00DA40B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[-3.74, -0.19]</w:t>
            </w:r>
          </w:p>
        </w:tc>
      </w:tr>
      <w:tr w:rsidR="00FC615E" w:rsidRPr="006E395D" w14:paraId="1D58C2E0" w14:textId="77777777" w:rsidTr="00E2292E">
        <w:tc>
          <w:tcPr>
            <w:tcW w:w="1440" w:type="dxa"/>
          </w:tcPr>
          <w:p w14:paraId="01FD5BE8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6FBB8123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&gt;$100K</w:t>
            </w:r>
          </w:p>
        </w:tc>
        <w:tc>
          <w:tcPr>
            <w:tcW w:w="1440" w:type="dxa"/>
          </w:tcPr>
          <w:p w14:paraId="0755FBDB" w14:textId="2FF896D0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-3.87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</w:tcPr>
          <w:p w14:paraId="08ABA667" w14:textId="76C462F6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0.85</w:t>
            </w:r>
          </w:p>
        </w:tc>
        <w:tc>
          <w:tcPr>
            <w:tcW w:w="1440" w:type="dxa"/>
          </w:tcPr>
          <w:p w14:paraId="3C1B667B" w14:textId="3CA05772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</w:tcPr>
          <w:p w14:paraId="023744D8" w14:textId="433011E8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[-6.21, -1.54]</w:t>
            </w:r>
          </w:p>
        </w:tc>
      </w:tr>
      <w:tr w:rsidR="00FC615E" w:rsidRPr="006E395D" w14:paraId="360E7A0F" w14:textId="77777777" w:rsidTr="00E2292E">
        <w:tc>
          <w:tcPr>
            <w:tcW w:w="1440" w:type="dxa"/>
          </w:tcPr>
          <w:p w14:paraId="7138CBE3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2AF2C35E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$50–75K vs Prefer not answer</w:t>
            </w:r>
          </w:p>
        </w:tc>
        <w:tc>
          <w:tcPr>
            <w:tcW w:w="1440" w:type="dxa"/>
          </w:tcPr>
          <w:p w14:paraId="3E3DC963" w14:textId="1CDAD639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3.16</w:t>
            </w:r>
          </w:p>
        </w:tc>
        <w:tc>
          <w:tcPr>
            <w:tcW w:w="1440" w:type="dxa"/>
          </w:tcPr>
          <w:p w14:paraId="6363A571" w14:textId="735B18CB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1.39</w:t>
            </w:r>
          </w:p>
        </w:tc>
        <w:tc>
          <w:tcPr>
            <w:tcW w:w="1440" w:type="dxa"/>
          </w:tcPr>
          <w:p w14:paraId="00CECF06" w14:textId="25B842CE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0.16</w:t>
            </w:r>
          </w:p>
        </w:tc>
        <w:tc>
          <w:tcPr>
            <w:tcW w:w="1440" w:type="dxa"/>
          </w:tcPr>
          <w:p w14:paraId="18E8CD08" w14:textId="78DD9E1F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[-0.67, 6.98]</w:t>
            </w:r>
          </w:p>
        </w:tc>
      </w:tr>
      <w:tr w:rsidR="00FC615E" w:rsidRPr="006E395D" w14:paraId="6E7E1BBB" w14:textId="77777777" w:rsidTr="00E2292E">
        <w:tc>
          <w:tcPr>
            <w:tcW w:w="1440" w:type="dxa"/>
          </w:tcPr>
          <w:p w14:paraId="646D61BC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</w:tcPr>
          <w:p w14:paraId="534B4815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&gt;$100K</w:t>
            </w:r>
          </w:p>
        </w:tc>
        <w:tc>
          <w:tcPr>
            <w:tcW w:w="1440" w:type="dxa"/>
          </w:tcPr>
          <w:p w14:paraId="0A191EDB" w14:textId="1C8D1FDD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-1.91</w:t>
            </w:r>
          </w:p>
        </w:tc>
        <w:tc>
          <w:tcPr>
            <w:tcW w:w="1440" w:type="dxa"/>
          </w:tcPr>
          <w:p w14:paraId="00C16724" w14:textId="669D28A5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0.87</w:t>
            </w:r>
          </w:p>
        </w:tc>
        <w:tc>
          <w:tcPr>
            <w:tcW w:w="1440" w:type="dxa"/>
          </w:tcPr>
          <w:p w14:paraId="169E90AB" w14:textId="3A1BDC1C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0.183</w:t>
            </w:r>
          </w:p>
        </w:tc>
        <w:tc>
          <w:tcPr>
            <w:tcW w:w="1440" w:type="dxa"/>
          </w:tcPr>
          <w:p w14:paraId="5C20B9A0" w14:textId="077F8EAA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[-4.29, 0.48]</w:t>
            </w:r>
          </w:p>
        </w:tc>
      </w:tr>
      <w:tr w:rsidR="00FC615E" w:rsidRPr="006E395D" w14:paraId="18F63222" w14:textId="77777777" w:rsidTr="00A94207">
        <w:tc>
          <w:tcPr>
            <w:tcW w:w="1440" w:type="dxa"/>
            <w:tcBorders>
              <w:bottom w:val="single" w:sz="4" w:space="0" w:color="auto"/>
            </w:tcBorders>
          </w:tcPr>
          <w:p w14:paraId="76FACD0A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98FF6F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$75–100K vs Prefer not answer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8BF01C" w14:textId="196154D2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5.12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873125" w14:textId="2E683D89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754383" w14:textId="4A8BCE80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0.003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ABE828" w14:textId="525D64F4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[1.26, 8.98]</w:t>
            </w:r>
          </w:p>
        </w:tc>
      </w:tr>
      <w:tr w:rsidR="00FC615E" w:rsidRPr="006E395D" w14:paraId="3E213CFA" w14:textId="77777777" w:rsidTr="00A94207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7EDEF89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SCARED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E0B228D" w14:textId="77777777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&gt;$100K vs Prefer not answer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C395583" w14:textId="773D4C3E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7.03</w:t>
            </w:r>
            <w:r w:rsidRPr="006E395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E9257B5" w14:textId="62997B72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F3BA1C7" w14:textId="7FF71ADB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DBA4622" w14:textId="48232FAC" w:rsidR="00FC615E" w:rsidRPr="006E395D" w:rsidRDefault="00FC615E" w:rsidP="00FC61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395D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[2.88, 11.17]</w:t>
            </w:r>
          </w:p>
        </w:tc>
      </w:tr>
    </w:tbl>
    <w:p w14:paraId="5BCCFFD4" w14:textId="33CC3849" w:rsidR="00747EA1" w:rsidRPr="00747EA1" w:rsidRDefault="00747EA1" w:rsidP="00747EA1">
      <w:pPr>
        <w:spacing w:before="60" w:after="0" w:line="240" w:lineRule="auto"/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ANOVA = analysis of variance;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SCARED 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 xml:space="preserve">= </w:t>
      </w:r>
      <w:r w:rsidRPr="00747EA1"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Screen for Child Anxiety Related Emotional Disorders</w:t>
      </w:r>
      <w:r>
        <w:rPr>
          <w:rFonts w:ascii="Times New Roman" w:eastAsiaTheme="majorEastAsia" w:hAnsi="Times New Roman" w:cs="Times New Roman"/>
          <w:color w:val="000000" w:themeColor="text1"/>
          <w:sz w:val="18"/>
          <w:szCs w:val="18"/>
        </w:rPr>
        <w:t>.</w:t>
      </w:r>
    </w:p>
    <w:p w14:paraId="1C2D0642" w14:textId="77777777" w:rsidR="00126AE9" w:rsidRPr="00E2292E" w:rsidRDefault="00126A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48AFB4E" w14:textId="77777777" w:rsidR="00E2292E" w:rsidRPr="00E2292E" w:rsidRDefault="00E229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E2292E" w:rsidRPr="00E2292E" w:rsidSect="00A94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6326954">
    <w:abstractNumId w:val="8"/>
  </w:num>
  <w:num w:numId="2" w16cid:durableId="111631156">
    <w:abstractNumId w:val="6"/>
  </w:num>
  <w:num w:numId="3" w16cid:durableId="2018537676">
    <w:abstractNumId w:val="5"/>
  </w:num>
  <w:num w:numId="4" w16cid:durableId="1974867864">
    <w:abstractNumId w:val="4"/>
  </w:num>
  <w:num w:numId="5" w16cid:durableId="489443065">
    <w:abstractNumId w:val="7"/>
  </w:num>
  <w:num w:numId="6" w16cid:durableId="2043093450">
    <w:abstractNumId w:val="3"/>
  </w:num>
  <w:num w:numId="7" w16cid:durableId="1275016458">
    <w:abstractNumId w:val="2"/>
  </w:num>
  <w:num w:numId="8" w16cid:durableId="458652158">
    <w:abstractNumId w:val="1"/>
  </w:num>
  <w:num w:numId="9" w16cid:durableId="151245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B86"/>
    <w:rsid w:val="00034616"/>
    <w:rsid w:val="0006063C"/>
    <w:rsid w:val="00126AE9"/>
    <w:rsid w:val="00130BEC"/>
    <w:rsid w:val="0015074B"/>
    <w:rsid w:val="00153EBE"/>
    <w:rsid w:val="00153FDE"/>
    <w:rsid w:val="0029639D"/>
    <w:rsid w:val="00326F90"/>
    <w:rsid w:val="003A5897"/>
    <w:rsid w:val="00402368"/>
    <w:rsid w:val="004D0849"/>
    <w:rsid w:val="0051744D"/>
    <w:rsid w:val="0056005A"/>
    <w:rsid w:val="005D5DBB"/>
    <w:rsid w:val="006067E7"/>
    <w:rsid w:val="006279DB"/>
    <w:rsid w:val="006547AF"/>
    <w:rsid w:val="006C122D"/>
    <w:rsid w:val="006E395D"/>
    <w:rsid w:val="00747EA1"/>
    <w:rsid w:val="008968BD"/>
    <w:rsid w:val="00996A5E"/>
    <w:rsid w:val="00997F2B"/>
    <w:rsid w:val="00A94207"/>
    <w:rsid w:val="00AA1D8D"/>
    <w:rsid w:val="00B47730"/>
    <w:rsid w:val="00B51A0F"/>
    <w:rsid w:val="00CA16E1"/>
    <w:rsid w:val="00CB0664"/>
    <w:rsid w:val="00D75D35"/>
    <w:rsid w:val="00D90242"/>
    <w:rsid w:val="00DA40BE"/>
    <w:rsid w:val="00E2292E"/>
    <w:rsid w:val="00E45737"/>
    <w:rsid w:val="00E879C9"/>
    <w:rsid w:val="00F42A28"/>
    <w:rsid w:val="00F44C34"/>
    <w:rsid w:val="00FC615E"/>
    <w:rsid w:val="00FC693F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752857"/>
  <w14:defaultImageDpi w14:val="300"/>
  <w15:docId w15:val="{24F3D5EE-AF22-A74E-85F6-CC90526F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6E395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23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B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B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B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9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Hoffmann</cp:lastModifiedBy>
  <cp:revision>17</cp:revision>
  <dcterms:created xsi:type="dcterms:W3CDTF">2025-08-22T20:43:00Z</dcterms:created>
  <dcterms:modified xsi:type="dcterms:W3CDTF">2025-08-26T17:44:00Z</dcterms:modified>
  <cp:category/>
</cp:coreProperties>
</file>