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4EBD7E" w14:textId="77777777" w:rsidR="00C80CB0" w:rsidRPr="00B16B4B" w:rsidRDefault="00000000" w:rsidP="00B16B4B">
      <w:pPr>
        <w:pStyle w:val="Title"/>
        <w:jc w:val="center"/>
        <w:rPr>
          <w:rFonts w:ascii="Times New Roman" w:hAnsi="Times New Roman" w:cs="Times New Roman"/>
          <w:b/>
          <w:bCs/>
          <w:color w:val="auto"/>
          <w:sz w:val="24"/>
          <w:szCs w:val="24"/>
        </w:rPr>
      </w:pPr>
      <w:r w:rsidRPr="00B16B4B">
        <w:rPr>
          <w:rFonts w:ascii="Times New Roman" w:hAnsi="Times New Roman" w:cs="Times New Roman"/>
          <w:b/>
          <w:bCs/>
          <w:color w:val="auto"/>
          <w:sz w:val="24"/>
          <w:szCs w:val="24"/>
        </w:rPr>
        <w:t>COREQ Checklist</w:t>
      </w:r>
    </w:p>
    <w:p w14:paraId="58C855C7" w14:textId="34F9A954" w:rsidR="00C80CB0" w:rsidRPr="00B16B4B" w:rsidRDefault="00000000">
      <w:pPr>
        <w:rPr>
          <w:rFonts w:ascii="Times New Roman" w:hAnsi="Times New Roman" w:cs="Times New Roman"/>
          <w:sz w:val="24"/>
          <w:szCs w:val="24"/>
        </w:rPr>
      </w:pPr>
      <w:r w:rsidRPr="00B16B4B">
        <w:rPr>
          <w:rFonts w:ascii="Times New Roman" w:hAnsi="Times New Roman" w:cs="Times New Roman"/>
          <w:sz w:val="24"/>
          <w:szCs w:val="24"/>
        </w:rPr>
        <w:t xml:space="preserve">Title of Manuscript: </w:t>
      </w:r>
      <w:r w:rsidR="00AE753F" w:rsidRPr="00AE753F">
        <w:rPr>
          <w:rFonts w:ascii="Times New Roman" w:hAnsi="Times New Roman" w:cs="Times New Roman"/>
          <w:sz w:val="24"/>
          <w:szCs w:val="24"/>
        </w:rPr>
        <w:t>HIV DISCLOSURE AND STIGMA AMONG COUPLES IN MUSLIM COMMUNITIES IN INDONESIA: A QUALITATIVE STUDY</w:t>
      </w:r>
      <w:r w:rsidRPr="00B16B4B">
        <w:rPr>
          <w:rFonts w:ascii="Times New Roman" w:hAnsi="Times New Roman" w:cs="Times New Roman"/>
          <w:sz w:val="24"/>
          <w:szCs w:val="24"/>
        </w:rPr>
        <w:br/>
      </w:r>
      <w:r w:rsidRPr="00B16B4B">
        <w:rPr>
          <w:rFonts w:ascii="Times New Roman" w:hAnsi="Times New Roman" w:cs="Times New Roman"/>
          <w:sz w:val="24"/>
          <w:szCs w:val="24"/>
        </w:rPr>
        <w:br/>
        <w:t>The Consolidated Criteria for Reporting Qualitative Research</w:t>
      </w:r>
      <w:r w:rsidR="002F1C61" w:rsidRPr="00B16B4B">
        <w:rPr>
          <w:rFonts w:ascii="Times New Roman" w:hAnsi="Times New Roman" w:cs="Times New Roman"/>
          <w:sz w:val="24"/>
          <w:szCs w:val="24"/>
        </w:rPr>
        <w:t xml:space="preserve"> (COREQ)</w:t>
      </w:r>
      <w:r w:rsidRPr="00B16B4B">
        <w:rPr>
          <w:rFonts w:ascii="Times New Roman" w:hAnsi="Times New Roman" w:cs="Times New Roman"/>
          <w:sz w:val="24"/>
          <w:szCs w:val="24"/>
        </w:rPr>
        <w:t xml:space="preserve"> checklist includes 32 items across three domains. </w:t>
      </w:r>
    </w:p>
    <w:p w14:paraId="188F8651" w14:textId="77777777" w:rsidR="00C80CB0" w:rsidRPr="00B16B4B" w:rsidRDefault="00000000">
      <w:pPr>
        <w:pStyle w:val="Heading2"/>
        <w:rPr>
          <w:rFonts w:ascii="Times New Roman" w:hAnsi="Times New Roman" w:cs="Times New Roman"/>
          <w:color w:val="auto"/>
          <w:sz w:val="24"/>
          <w:szCs w:val="24"/>
        </w:rPr>
      </w:pPr>
      <w:r w:rsidRPr="00B16B4B">
        <w:rPr>
          <w:rFonts w:ascii="Times New Roman" w:hAnsi="Times New Roman" w:cs="Times New Roman"/>
          <w:color w:val="auto"/>
          <w:sz w:val="24"/>
          <w:szCs w:val="24"/>
        </w:rPr>
        <w:t>Domain 1: Research Team and Reflexivity</w:t>
      </w:r>
    </w:p>
    <w:tbl>
      <w:tblPr>
        <w:tblStyle w:val="TableGrid"/>
        <w:tblW w:w="11907" w:type="dxa"/>
        <w:tblInd w:w="137" w:type="dxa"/>
        <w:tblLook w:val="04A0" w:firstRow="1" w:lastRow="0" w:firstColumn="1" w:lastColumn="0" w:noHBand="0" w:noVBand="1"/>
      </w:tblPr>
      <w:tblGrid>
        <w:gridCol w:w="570"/>
        <w:gridCol w:w="2551"/>
        <w:gridCol w:w="2159"/>
        <w:gridCol w:w="2119"/>
        <w:gridCol w:w="4508"/>
      </w:tblGrid>
      <w:tr w:rsidR="00120FA6" w:rsidRPr="00B16B4B" w14:paraId="58A8CCFE" w14:textId="17603C0C" w:rsidTr="00982C13">
        <w:trPr>
          <w:tblHeader/>
        </w:trPr>
        <w:tc>
          <w:tcPr>
            <w:tcW w:w="570" w:type="dxa"/>
          </w:tcPr>
          <w:p w14:paraId="55208ECB" w14:textId="470C893C" w:rsidR="00120FA6" w:rsidRPr="00B16B4B" w:rsidRDefault="00120FA6">
            <w:pPr>
              <w:rPr>
                <w:rFonts w:ascii="Times New Roman" w:hAnsi="Times New Roman" w:cs="Times New Roman"/>
                <w:b/>
                <w:bCs/>
                <w:sz w:val="24"/>
                <w:szCs w:val="24"/>
              </w:rPr>
            </w:pPr>
            <w:r w:rsidRPr="00B16B4B">
              <w:rPr>
                <w:rFonts w:ascii="Times New Roman" w:hAnsi="Times New Roman" w:cs="Times New Roman"/>
                <w:b/>
                <w:bCs/>
                <w:sz w:val="24"/>
                <w:szCs w:val="24"/>
              </w:rPr>
              <w:t>No.</w:t>
            </w:r>
          </w:p>
        </w:tc>
        <w:tc>
          <w:tcPr>
            <w:tcW w:w="2551" w:type="dxa"/>
          </w:tcPr>
          <w:p w14:paraId="5D12D284" w14:textId="77777777" w:rsidR="00120FA6" w:rsidRPr="00B16B4B" w:rsidRDefault="00120FA6">
            <w:pPr>
              <w:rPr>
                <w:rFonts w:ascii="Times New Roman" w:hAnsi="Times New Roman" w:cs="Times New Roman"/>
                <w:b/>
                <w:bCs/>
                <w:sz w:val="24"/>
                <w:szCs w:val="24"/>
              </w:rPr>
            </w:pPr>
            <w:r w:rsidRPr="00B16B4B">
              <w:rPr>
                <w:rFonts w:ascii="Times New Roman" w:hAnsi="Times New Roman" w:cs="Times New Roman"/>
                <w:b/>
                <w:bCs/>
                <w:sz w:val="24"/>
                <w:szCs w:val="24"/>
              </w:rPr>
              <w:t>Description</w:t>
            </w:r>
          </w:p>
        </w:tc>
        <w:tc>
          <w:tcPr>
            <w:tcW w:w="2159" w:type="dxa"/>
          </w:tcPr>
          <w:p w14:paraId="5E8110E6" w14:textId="382561E0" w:rsidR="00120FA6" w:rsidRPr="00B16B4B" w:rsidRDefault="00120FA6">
            <w:pPr>
              <w:rPr>
                <w:rFonts w:ascii="Times New Roman" w:hAnsi="Times New Roman" w:cs="Times New Roman"/>
                <w:b/>
                <w:bCs/>
                <w:sz w:val="24"/>
                <w:szCs w:val="24"/>
              </w:rPr>
            </w:pPr>
            <w:r w:rsidRPr="00B16B4B">
              <w:rPr>
                <w:rFonts w:ascii="Times New Roman" w:hAnsi="Times New Roman" w:cs="Times New Roman"/>
                <w:b/>
                <w:bCs/>
                <w:sz w:val="24"/>
                <w:szCs w:val="24"/>
              </w:rPr>
              <w:t>Guide/Question</w:t>
            </w:r>
          </w:p>
        </w:tc>
        <w:tc>
          <w:tcPr>
            <w:tcW w:w="2119" w:type="dxa"/>
          </w:tcPr>
          <w:p w14:paraId="7962A6E0" w14:textId="77777777" w:rsidR="00120FA6" w:rsidRPr="00B16B4B" w:rsidRDefault="00120FA6">
            <w:pPr>
              <w:rPr>
                <w:rFonts w:ascii="Times New Roman" w:hAnsi="Times New Roman" w:cs="Times New Roman"/>
                <w:b/>
                <w:bCs/>
                <w:sz w:val="24"/>
                <w:szCs w:val="24"/>
              </w:rPr>
            </w:pPr>
            <w:r w:rsidRPr="00B16B4B">
              <w:rPr>
                <w:rFonts w:ascii="Times New Roman" w:hAnsi="Times New Roman" w:cs="Times New Roman"/>
                <w:b/>
                <w:bCs/>
                <w:sz w:val="24"/>
                <w:szCs w:val="24"/>
              </w:rPr>
              <w:t>Location in Manuscript</w:t>
            </w:r>
          </w:p>
        </w:tc>
        <w:tc>
          <w:tcPr>
            <w:tcW w:w="4508" w:type="dxa"/>
          </w:tcPr>
          <w:p w14:paraId="61EC5413" w14:textId="40223BFE" w:rsidR="00120FA6" w:rsidRPr="00B16B4B" w:rsidRDefault="00982C13">
            <w:pPr>
              <w:rPr>
                <w:rFonts w:ascii="Times New Roman" w:hAnsi="Times New Roman" w:cs="Times New Roman"/>
                <w:b/>
                <w:bCs/>
                <w:sz w:val="24"/>
                <w:szCs w:val="24"/>
              </w:rPr>
            </w:pPr>
            <w:r w:rsidRPr="00B16B4B">
              <w:rPr>
                <w:rFonts w:ascii="Times New Roman" w:hAnsi="Times New Roman" w:cs="Times New Roman"/>
                <w:b/>
                <w:bCs/>
                <w:sz w:val="24"/>
                <w:szCs w:val="24"/>
              </w:rPr>
              <w:t>Note</w:t>
            </w:r>
          </w:p>
        </w:tc>
      </w:tr>
      <w:tr w:rsidR="00120FA6" w:rsidRPr="00B16B4B" w14:paraId="640E8789" w14:textId="42625430" w:rsidTr="00982C13">
        <w:tc>
          <w:tcPr>
            <w:tcW w:w="570" w:type="dxa"/>
          </w:tcPr>
          <w:p w14:paraId="5ECD2295" w14:textId="77777777" w:rsidR="00120FA6" w:rsidRPr="00B16B4B" w:rsidRDefault="00120FA6" w:rsidP="007140E1">
            <w:pPr>
              <w:jc w:val="center"/>
              <w:rPr>
                <w:rFonts w:ascii="Times New Roman" w:hAnsi="Times New Roman" w:cs="Times New Roman"/>
                <w:sz w:val="24"/>
                <w:szCs w:val="24"/>
              </w:rPr>
            </w:pPr>
            <w:r w:rsidRPr="00B16B4B">
              <w:rPr>
                <w:rFonts w:ascii="Times New Roman" w:hAnsi="Times New Roman" w:cs="Times New Roman"/>
                <w:sz w:val="24"/>
                <w:szCs w:val="24"/>
              </w:rPr>
              <w:t>1</w:t>
            </w:r>
          </w:p>
        </w:tc>
        <w:tc>
          <w:tcPr>
            <w:tcW w:w="2551" w:type="dxa"/>
          </w:tcPr>
          <w:p w14:paraId="7EB4A70F" w14:textId="77777777" w:rsidR="00120FA6" w:rsidRPr="00B16B4B" w:rsidRDefault="00120FA6">
            <w:pPr>
              <w:rPr>
                <w:rFonts w:ascii="Times New Roman" w:hAnsi="Times New Roman" w:cs="Times New Roman"/>
                <w:sz w:val="24"/>
                <w:szCs w:val="24"/>
              </w:rPr>
            </w:pPr>
            <w:r w:rsidRPr="00B16B4B">
              <w:rPr>
                <w:rFonts w:ascii="Times New Roman" w:hAnsi="Times New Roman" w:cs="Times New Roman"/>
                <w:sz w:val="24"/>
                <w:szCs w:val="24"/>
              </w:rPr>
              <w:t>Interviewer/facilitator</w:t>
            </w:r>
          </w:p>
        </w:tc>
        <w:tc>
          <w:tcPr>
            <w:tcW w:w="2159" w:type="dxa"/>
          </w:tcPr>
          <w:p w14:paraId="6E526788" w14:textId="4B5E496F" w:rsidR="00120FA6" w:rsidRPr="00B16B4B" w:rsidRDefault="00120FA6">
            <w:pPr>
              <w:rPr>
                <w:rFonts w:ascii="Times New Roman" w:hAnsi="Times New Roman" w:cs="Times New Roman"/>
                <w:sz w:val="24"/>
                <w:szCs w:val="24"/>
              </w:rPr>
            </w:pPr>
            <w:r w:rsidRPr="00B16B4B">
              <w:rPr>
                <w:rFonts w:ascii="Times New Roman" w:hAnsi="Times New Roman" w:cs="Times New Roman"/>
                <w:sz w:val="24"/>
                <w:szCs w:val="24"/>
              </w:rPr>
              <w:t>Which author/s conducted the interview or focus group?</w:t>
            </w:r>
          </w:p>
        </w:tc>
        <w:tc>
          <w:tcPr>
            <w:tcW w:w="2119" w:type="dxa"/>
          </w:tcPr>
          <w:p w14:paraId="28230F4B" w14:textId="559E036B" w:rsidR="00120FA6" w:rsidRPr="00B16B4B" w:rsidRDefault="00120FA6">
            <w:pPr>
              <w:rPr>
                <w:rFonts w:ascii="Times New Roman" w:hAnsi="Times New Roman" w:cs="Times New Roman"/>
                <w:sz w:val="24"/>
                <w:szCs w:val="24"/>
              </w:rPr>
            </w:pPr>
            <w:r w:rsidRPr="00B16B4B">
              <w:rPr>
                <w:rFonts w:ascii="Times New Roman" w:hAnsi="Times New Roman" w:cs="Times New Roman"/>
                <w:sz w:val="24"/>
                <w:szCs w:val="24"/>
              </w:rPr>
              <w:t xml:space="preserve">Methods – </w:t>
            </w:r>
            <w:proofErr w:type="spellStart"/>
            <w:r w:rsidRPr="00B16B4B">
              <w:rPr>
                <w:rFonts w:ascii="Times New Roman" w:hAnsi="Times New Roman" w:cs="Times New Roman"/>
                <w:sz w:val="24"/>
                <w:szCs w:val="24"/>
              </w:rPr>
              <w:t>Reflexity</w:t>
            </w:r>
            <w:proofErr w:type="spellEnd"/>
          </w:p>
        </w:tc>
        <w:tc>
          <w:tcPr>
            <w:tcW w:w="4508" w:type="dxa"/>
          </w:tcPr>
          <w:p w14:paraId="514495DF" w14:textId="665D7A73" w:rsidR="00120FA6" w:rsidRPr="00B16B4B" w:rsidRDefault="00120FA6">
            <w:pPr>
              <w:rPr>
                <w:rFonts w:ascii="Times New Roman" w:hAnsi="Times New Roman" w:cs="Times New Roman"/>
                <w:sz w:val="24"/>
                <w:szCs w:val="24"/>
              </w:rPr>
            </w:pPr>
            <w:r w:rsidRPr="00B16B4B">
              <w:rPr>
                <w:rFonts w:ascii="Times New Roman" w:hAnsi="Times New Roman" w:cs="Times New Roman"/>
                <w:sz w:val="24"/>
                <w:szCs w:val="24"/>
              </w:rPr>
              <w:t>The principal researcher is a married Muslim woman of Buginese ethnicity, trained in public health and HIV prevention….</w:t>
            </w:r>
          </w:p>
        </w:tc>
      </w:tr>
      <w:tr w:rsidR="00120FA6" w:rsidRPr="00B16B4B" w14:paraId="7F9ED04A" w14:textId="4F365D15" w:rsidTr="00982C13">
        <w:tc>
          <w:tcPr>
            <w:tcW w:w="570" w:type="dxa"/>
          </w:tcPr>
          <w:p w14:paraId="1C728410" w14:textId="77777777" w:rsidR="00120FA6" w:rsidRPr="00B16B4B" w:rsidRDefault="00120FA6" w:rsidP="007140E1">
            <w:pPr>
              <w:jc w:val="center"/>
              <w:rPr>
                <w:rFonts w:ascii="Times New Roman" w:hAnsi="Times New Roman" w:cs="Times New Roman"/>
                <w:sz w:val="24"/>
                <w:szCs w:val="24"/>
              </w:rPr>
            </w:pPr>
            <w:r w:rsidRPr="00B16B4B">
              <w:rPr>
                <w:rFonts w:ascii="Times New Roman" w:hAnsi="Times New Roman" w:cs="Times New Roman"/>
                <w:sz w:val="24"/>
                <w:szCs w:val="24"/>
              </w:rPr>
              <w:t>2</w:t>
            </w:r>
          </w:p>
        </w:tc>
        <w:tc>
          <w:tcPr>
            <w:tcW w:w="2551" w:type="dxa"/>
          </w:tcPr>
          <w:p w14:paraId="704125DD" w14:textId="77777777" w:rsidR="00120FA6" w:rsidRPr="00B16B4B" w:rsidRDefault="00120FA6">
            <w:pPr>
              <w:rPr>
                <w:rFonts w:ascii="Times New Roman" w:hAnsi="Times New Roman" w:cs="Times New Roman"/>
                <w:sz w:val="24"/>
                <w:szCs w:val="24"/>
              </w:rPr>
            </w:pPr>
            <w:r w:rsidRPr="00B16B4B">
              <w:rPr>
                <w:rFonts w:ascii="Times New Roman" w:hAnsi="Times New Roman" w:cs="Times New Roman"/>
                <w:sz w:val="24"/>
                <w:szCs w:val="24"/>
              </w:rPr>
              <w:t>Credentials of researcher</w:t>
            </w:r>
          </w:p>
        </w:tc>
        <w:tc>
          <w:tcPr>
            <w:tcW w:w="2159" w:type="dxa"/>
          </w:tcPr>
          <w:p w14:paraId="37659A0F" w14:textId="7260A8B8" w:rsidR="00120FA6" w:rsidRPr="00B16B4B" w:rsidRDefault="00120FA6">
            <w:pPr>
              <w:rPr>
                <w:rFonts w:ascii="Times New Roman" w:hAnsi="Times New Roman" w:cs="Times New Roman"/>
                <w:sz w:val="24"/>
                <w:szCs w:val="24"/>
              </w:rPr>
            </w:pPr>
            <w:r w:rsidRPr="00B16B4B">
              <w:rPr>
                <w:rFonts w:ascii="Times New Roman" w:hAnsi="Times New Roman" w:cs="Times New Roman"/>
                <w:sz w:val="24"/>
                <w:szCs w:val="24"/>
              </w:rPr>
              <w:t>What were the researcher’s credentials? E.g. PhD, MD</w:t>
            </w:r>
          </w:p>
        </w:tc>
        <w:tc>
          <w:tcPr>
            <w:tcW w:w="2119" w:type="dxa"/>
          </w:tcPr>
          <w:p w14:paraId="26254A44" w14:textId="77777777" w:rsidR="00120FA6" w:rsidRPr="00B16B4B" w:rsidRDefault="00120FA6">
            <w:pPr>
              <w:rPr>
                <w:rFonts w:ascii="Times New Roman" w:hAnsi="Times New Roman" w:cs="Times New Roman"/>
                <w:sz w:val="24"/>
                <w:szCs w:val="24"/>
              </w:rPr>
            </w:pPr>
            <w:r w:rsidRPr="00B16B4B">
              <w:rPr>
                <w:rFonts w:ascii="Times New Roman" w:hAnsi="Times New Roman" w:cs="Times New Roman"/>
                <w:sz w:val="24"/>
                <w:szCs w:val="24"/>
              </w:rPr>
              <w:t>Methods – Reflexivity</w:t>
            </w:r>
          </w:p>
        </w:tc>
        <w:tc>
          <w:tcPr>
            <w:tcW w:w="4508" w:type="dxa"/>
          </w:tcPr>
          <w:p w14:paraId="739DDCFF" w14:textId="55EBCEFC" w:rsidR="00120FA6" w:rsidRPr="00B16B4B" w:rsidRDefault="00120FA6">
            <w:pPr>
              <w:rPr>
                <w:rFonts w:ascii="Times New Roman" w:hAnsi="Times New Roman" w:cs="Times New Roman"/>
                <w:sz w:val="24"/>
                <w:szCs w:val="24"/>
              </w:rPr>
            </w:pPr>
            <w:r w:rsidRPr="00B16B4B">
              <w:rPr>
                <w:rFonts w:ascii="Times New Roman" w:hAnsi="Times New Roman" w:cs="Times New Roman"/>
                <w:sz w:val="24"/>
                <w:szCs w:val="24"/>
              </w:rPr>
              <w:t>PhD</w:t>
            </w:r>
          </w:p>
        </w:tc>
      </w:tr>
      <w:tr w:rsidR="00120FA6" w:rsidRPr="00B16B4B" w14:paraId="2F60CE2A" w14:textId="0A3411D5" w:rsidTr="00982C13">
        <w:tc>
          <w:tcPr>
            <w:tcW w:w="570" w:type="dxa"/>
          </w:tcPr>
          <w:p w14:paraId="0AA9B2ED" w14:textId="77777777" w:rsidR="00120FA6" w:rsidRPr="00B16B4B" w:rsidRDefault="00120FA6" w:rsidP="007140E1">
            <w:pPr>
              <w:jc w:val="center"/>
              <w:rPr>
                <w:rFonts w:ascii="Times New Roman" w:hAnsi="Times New Roman" w:cs="Times New Roman"/>
                <w:sz w:val="24"/>
                <w:szCs w:val="24"/>
              </w:rPr>
            </w:pPr>
            <w:r w:rsidRPr="00B16B4B">
              <w:rPr>
                <w:rFonts w:ascii="Times New Roman" w:hAnsi="Times New Roman" w:cs="Times New Roman"/>
                <w:sz w:val="24"/>
                <w:szCs w:val="24"/>
              </w:rPr>
              <w:t>3</w:t>
            </w:r>
          </w:p>
        </w:tc>
        <w:tc>
          <w:tcPr>
            <w:tcW w:w="2551" w:type="dxa"/>
          </w:tcPr>
          <w:p w14:paraId="2B41F44F" w14:textId="77777777" w:rsidR="00120FA6" w:rsidRPr="00B16B4B" w:rsidRDefault="00120FA6">
            <w:pPr>
              <w:rPr>
                <w:rFonts w:ascii="Times New Roman" w:hAnsi="Times New Roman" w:cs="Times New Roman"/>
                <w:sz w:val="24"/>
                <w:szCs w:val="24"/>
              </w:rPr>
            </w:pPr>
            <w:r w:rsidRPr="00B16B4B">
              <w:rPr>
                <w:rFonts w:ascii="Times New Roman" w:hAnsi="Times New Roman" w:cs="Times New Roman"/>
                <w:sz w:val="24"/>
                <w:szCs w:val="24"/>
              </w:rPr>
              <w:t>Occupation of researcher</w:t>
            </w:r>
          </w:p>
        </w:tc>
        <w:tc>
          <w:tcPr>
            <w:tcW w:w="2159" w:type="dxa"/>
          </w:tcPr>
          <w:p w14:paraId="13D3524B" w14:textId="18DC275B" w:rsidR="00120FA6" w:rsidRPr="00B16B4B" w:rsidRDefault="00120FA6">
            <w:pPr>
              <w:rPr>
                <w:rFonts w:ascii="Times New Roman" w:hAnsi="Times New Roman" w:cs="Times New Roman"/>
                <w:sz w:val="24"/>
                <w:szCs w:val="24"/>
              </w:rPr>
            </w:pPr>
            <w:r w:rsidRPr="00B16B4B">
              <w:rPr>
                <w:rFonts w:ascii="Times New Roman" w:hAnsi="Times New Roman" w:cs="Times New Roman"/>
                <w:sz w:val="24"/>
                <w:szCs w:val="24"/>
              </w:rPr>
              <w:t>What was their occupation at the time of the study?</w:t>
            </w:r>
          </w:p>
        </w:tc>
        <w:tc>
          <w:tcPr>
            <w:tcW w:w="2119" w:type="dxa"/>
          </w:tcPr>
          <w:p w14:paraId="4C8898F5" w14:textId="77777777" w:rsidR="00120FA6" w:rsidRPr="00B16B4B" w:rsidRDefault="00120FA6">
            <w:pPr>
              <w:rPr>
                <w:rFonts w:ascii="Times New Roman" w:hAnsi="Times New Roman" w:cs="Times New Roman"/>
                <w:sz w:val="24"/>
                <w:szCs w:val="24"/>
              </w:rPr>
            </w:pPr>
            <w:r w:rsidRPr="00B16B4B">
              <w:rPr>
                <w:rFonts w:ascii="Times New Roman" w:hAnsi="Times New Roman" w:cs="Times New Roman"/>
                <w:sz w:val="24"/>
                <w:szCs w:val="24"/>
              </w:rPr>
              <w:t>Methods – Reflexivity</w:t>
            </w:r>
          </w:p>
        </w:tc>
        <w:tc>
          <w:tcPr>
            <w:tcW w:w="4508" w:type="dxa"/>
          </w:tcPr>
          <w:p w14:paraId="0A9CE123" w14:textId="74D9580D" w:rsidR="00120FA6" w:rsidRPr="00B16B4B" w:rsidRDefault="00120FA6">
            <w:pPr>
              <w:rPr>
                <w:rFonts w:ascii="Times New Roman" w:hAnsi="Times New Roman" w:cs="Times New Roman"/>
                <w:sz w:val="24"/>
                <w:szCs w:val="24"/>
              </w:rPr>
            </w:pPr>
            <w:r w:rsidRPr="00B16B4B">
              <w:rPr>
                <w:rFonts w:ascii="Times New Roman" w:hAnsi="Times New Roman" w:cs="Times New Roman"/>
                <w:sz w:val="24"/>
                <w:szCs w:val="24"/>
              </w:rPr>
              <w:t>PhD Student</w:t>
            </w:r>
          </w:p>
        </w:tc>
      </w:tr>
      <w:tr w:rsidR="00120FA6" w:rsidRPr="00B16B4B" w14:paraId="3CA1137B" w14:textId="3F75BD81" w:rsidTr="00982C13">
        <w:tc>
          <w:tcPr>
            <w:tcW w:w="570" w:type="dxa"/>
          </w:tcPr>
          <w:p w14:paraId="2FD1EEF6" w14:textId="77777777" w:rsidR="00120FA6" w:rsidRPr="00B16B4B" w:rsidRDefault="00120FA6" w:rsidP="007140E1">
            <w:pPr>
              <w:jc w:val="center"/>
              <w:rPr>
                <w:rFonts w:ascii="Times New Roman" w:hAnsi="Times New Roman" w:cs="Times New Roman"/>
                <w:sz w:val="24"/>
                <w:szCs w:val="24"/>
              </w:rPr>
            </w:pPr>
            <w:r w:rsidRPr="00B16B4B">
              <w:rPr>
                <w:rFonts w:ascii="Times New Roman" w:hAnsi="Times New Roman" w:cs="Times New Roman"/>
                <w:sz w:val="24"/>
                <w:szCs w:val="24"/>
              </w:rPr>
              <w:t>4</w:t>
            </w:r>
          </w:p>
        </w:tc>
        <w:tc>
          <w:tcPr>
            <w:tcW w:w="2551" w:type="dxa"/>
          </w:tcPr>
          <w:p w14:paraId="23C914B5" w14:textId="77777777" w:rsidR="00120FA6" w:rsidRPr="00B16B4B" w:rsidRDefault="00120FA6">
            <w:pPr>
              <w:rPr>
                <w:rFonts w:ascii="Times New Roman" w:hAnsi="Times New Roman" w:cs="Times New Roman"/>
                <w:sz w:val="24"/>
                <w:szCs w:val="24"/>
              </w:rPr>
            </w:pPr>
            <w:r w:rsidRPr="00B16B4B">
              <w:rPr>
                <w:rFonts w:ascii="Times New Roman" w:hAnsi="Times New Roman" w:cs="Times New Roman"/>
                <w:sz w:val="24"/>
                <w:szCs w:val="24"/>
              </w:rPr>
              <w:t>Gender of researcher</w:t>
            </w:r>
          </w:p>
        </w:tc>
        <w:tc>
          <w:tcPr>
            <w:tcW w:w="2159" w:type="dxa"/>
          </w:tcPr>
          <w:p w14:paraId="42634337" w14:textId="26B4907A" w:rsidR="00120FA6" w:rsidRPr="00B16B4B" w:rsidRDefault="00120FA6">
            <w:pPr>
              <w:rPr>
                <w:rFonts w:ascii="Times New Roman" w:hAnsi="Times New Roman" w:cs="Times New Roman"/>
                <w:sz w:val="24"/>
                <w:szCs w:val="24"/>
              </w:rPr>
            </w:pPr>
            <w:r w:rsidRPr="00B16B4B">
              <w:rPr>
                <w:rFonts w:ascii="Times New Roman" w:hAnsi="Times New Roman" w:cs="Times New Roman"/>
                <w:sz w:val="24"/>
                <w:szCs w:val="24"/>
              </w:rPr>
              <w:t>Was the researcher male or female?</w:t>
            </w:r>
          </w:p>
        </w:tc>
        <w:tc>
          <w:tcPr>
            <w:tcW w:w="2119" w:type="dxa"/>
          </w:tcPr>
          <w:p w14:paraId="5CC2EA3D" w14:textId="77777777" w:rsidR="00120FA6" w:rsidRPr="00B16B4B" w:rsidRDefault="00120FA6">
            <w:pPr>
              <w:rPr>
                <w:rFonts w:ascii="Times New Roman" w:hAnsi="Times New Roman" w:cs="Times New Roman"/>
                <w:sz w:val="24"/>
                <w:szCs w:val="24"/>
              </w:rPr>
            </w:pPr>
            <w:r w:rsidRPr="00B16B4B">
              <w:rPr>
                <w:rFonts w:ascii="Times New Roman" w:hAnsi="Times New Roman" w:cs="Times New Roman"/>
                <w:sz w:val="24"/>
                <w:szCs w:val="24"/>
              </w:rPr>
              <w:t>Methods – Reflexivity</w:t>
            </w:r>
          </w:p>
        </w:tc>
        <w:tc>
          <w:tcPr>
            <w:tcW w:w="4508" w:type="dxa"/>
          </w:tcPr>
          <w:p w14:paraId="22F3C3C6" w14:textId="7B2CDA69" w:rsidR="00120FA6" w:rsidRPr="00B16B4B" w:rsidRDefault="00120FA6">
            <w:pPr>
              <w:rPr>
                <w:rFonts w:ascii="Times New Roman" w:hAnsi="Times New Roman" w:cs="Times New Roman"/>
                <w:sz w:val="24"/>
                <w:szCs w:val="24"/>
              </w:rPr>
            </w:pPr>
            <w:r w:rsidRPr="00B16B4B">
              <w:rPr>
                <w:rFonts w:ascii="Times New Roman" w:hAnsi="Times New Roman" w:cs="Times New Roman"/>
                <w:sz w:val="24"/>
                <w:szCs w:val="24"/>
              </w:rPr>
              <w:t>Female</w:t>
            </w:r>
          </w:p>
        </w:tc>
      </w:tr>
      <w:tr w:rsidR="00120FA6" w:rsidRPr="00B16B4B" w14:paraId="4244E8AE" w14:textId="7CAA4876" w:rsidTr="00982C13">
        <w:tc>
          <w:tcPr>
            <w:tcW w:w="570" w:type="dxa"/>
          </w:tcPr>
          <w:p w14:paraId="0A75300D" w14:textId="77777777" w:rsidR="00120FA6" w:rsidRPr="00B16B4B" w:rsidRDefault="00120FA6" w:rsidP="007140E1">
            <w:pPr>
              <w:jc w:val="center"/>
              <w:rPr>
                <w:rFonts w:ascii="Times New Roman" w:hAnsi="Times New Roman" w:cs="Times New Roman"/>
                <w:sz w:val="24"/>
                <w:szCs w:val="24"/>
              </w:rPr>
            </w:pPr>
            <w:r w:rsidRPr="00B16B4B">
              <w:rPr>
                <w:rFonts w:ascii="Times New Roman" w:hAnsi="Times New Roman" w:cs="Times New Roman"/>
                <w:sz w:val="24"/>
                <w:szCs w:val="24"/>
              </w:rPr>
              <w:t>5</w:t>
            </w:r>
          </w:p>
        </w:tc>
        <w:tc>
          <w:tcPr>
            <w:tcW w:w="2551" w:type="dxa"/>
          </w:tcPr>
          <w:p w14:paraId="4CC11872" w14:textId="77777777" w:rsidR="00120FA6" w:rsidRPr="00B16B4B" w:rsidRDefault="00120FA6">
            <w:pPr>
              <w:rPr>
                <w:rFonts w:ascii="Times New Roman" w:hAnsi="Times New Roman" w:cs="Times New Roman"/>
                <w:sz w:val="24"/>
                <w:szCs w:val="24"/>
              </w:rPr>
            </w:pPr>
            <w:r w:rsidRPr="00B16B4B">
              <w:rPr>
                <w:rFonts w:ascii="Times New Roman" w:hAnsi="Times New Roman" w:cs="Times New Roman"/>
                <w:sz w:val="24"/>
                <w:szCs w:val="24"/>
              </w:rPr>
              <w:t>Experience and training</w:t>
            </w:r>
          </w:p>
        </w:tc>
        <w:tc>
          <w:tcPr>
            <w:tcW w:w="2159" w:type="dxa"/>
          </w:tcPr>
          <w:p w14:paraId="7A190F46" w14:textId="522F2058" w:rsidR="00120FA6" w:rsidRPr="00B16B4B" w:rsidRDefault="00982C13">
            <w:pPr>
              <w:rPr>
                <w:rFonts w:ascii="Times New Roman" w:hAnsi="Times New Roman" w:cs="Times New Roman"/>
                <w:sz w:val="24"/>
                <w:szCs w:val="24"/>
              </w:rPr>
            </w:pPr>
            <w:r w:rsidRPr="00B16B4B">
              <w:rPr>
                <w:rFonts w:ascii="Times New Roman" w:hAnsi="Times New Roman" w:cs="Times New Roman"/>
                <w:sz w:val="24"/>
                <w:szCs w:val="24"/>
              </w:rPr>
              <w:t>What experience or training did the researcher have?</w:t>
            </w:r>
          </w:p>
        </w:tc>
        <w:tc>
          <w:tcPr>
            <w:tcW w:w="2119" w:type="dxa"/>
          </w:tcPr>
          <w:p w14:paraId="22200AA4" w14:textId="77777777" w:rsidR="00120FA6" w:rsidRPr="00B16B4B" w:rsidRDefault="00120FA6">
            <w:pPr>
              <w:rPr>
                <w:rFonts w:ascii="Times New Roman" w:hAnsi="Times New Roman" w:cs="Times New Roman"/>
                <w:sz w:val="24"/>
                <w:szCs w:val="24"/>
              </w:rPr>
            </w:pPr>
            <w:r w:rsidRPr="00B16B4B">
              <w:rPr>
                <w:rFonts w:ascii="Times New Roman" w:hAnsi="Times New Roman" w:cs="Times New Roman"/>
                <w:sz w:val="24"/>
                <w:szCs w:val="24"/>
              </w:rPr>
              <w:t>Methods – Reflexivity</w:t>
            </w:r>
          </w:p>
        </w:tc>
        <w:tc>
          <w:tcPr>
            <w:tcW w:w="4508" w:type="dxa"/>
          </w:tcPr>
          <w:p w14:paraId="2BAAC64A" w14:textId="65C8629B" w:rsidR="00120FA6" w:rsidRPr="00B16B4B" w:rsidRDefault="00982C13">
            <w:pPr>
              <w:rPr>
                <w:rFonts w:ascii="Times New Roman" w:hAnsi="Times New Roman" w:cs="Times New Roman"/>
                <w:sz w:val="24"/>
                <w:szCs w:val="24"/>
              </w:rPr>
            </w:pPr>
            <w:r w:rsidRPr="00B16B4B">
              <w:rPr>
                <w:rFonts w:ascii="Times New Roman" w:hAnsi="Times New Roman" w:cs="Times New Roman"/>
                <w:sz w:val="24"/>
                <w:szCs w:val="24"/>
              </w:rPr>
              <w:t>Training in qualitative data collection through programs by Indonesian National Narcotics Board (BNN) and the United Nations Office on Drugs and Crime (UNODC).</w:t>
            </w:r>
          </w:p>
        </w:tc>
      </w:tr>
      <w:tr w:rsidR="00120FA6" w:rsidRPr="00B16B4B" w14:paraId="5DD2B06F" w14:textId="5185BC41" w:rsidTr="00982C13">
        <w:tc>
          <w:tcPr>
            <w:tcW w:w="570" w:type="dxa"/>
          </w:tcPr>
          <w:p w14:paraId="689F3067" w14:textId="77777777" w:rsidR="00120FA6" w:rsidRPr="00B16B4B" w:rsidRDefault="00120FA6" w:rsidP="007140E1">
            <w:pPr>
              <w:jc w:val="center"/>
              <w:rPr>
                <w:rFonts w:ascii="Times New Roman" w:hAnsi="Times New Roman" w:cs="Times New Roman"/>
                <w:sz w:val="24"/>
                <w:szCs w:val="24"/>
              </w:rPr>
            </w:pPr>
            <w:r w:rsidRPr="00B16B4B">
              <w:rPr>
                <w:rFonts w:ascii="Times New Roman" w:hAnsi="Times New Roman" w:cs="Times New Roman"/>
                <w:sz w:val="24"/>
                <w:szCs w:val="24"/>
              </w:rPr>
              <w:lastRenderedPageBreak/>
              <w:t>6</w:t>
            </w:r>
          </w:p>
        </w:tc>
        <w:tc>
          <w:tcPr>
            <w:tcW w:w="2551" w:type="dxa"/>
          </w:tcPr>
          <w:p w14:paraId="3E10CD6A" w14:textId="77777777" w:rsidR="00120FA6" w:rsidRPr="00B16B4B" w:rsidRDefault="00120FA6">
            <w:pPr>
              <w:rPr>
                <w:rFonts w:ascii="Times New Roman" w:hAnsi="Times New Roman" w:cs="Times New Roman"/>
                <w:sz w:val="24"/>
                <w:szCs w:val="24"/>
              </w:rPr>
            </w:pPr>
            <w:r w:rsidRPr="00B16B4B">
              <w:rPr>
                <w:rFonts w:ascii="Times New Roman" w:hAnsi="Times New Roman" w:cs="Times New Roman"/>
                <w:sz w:val="24"/>
                <w:szCs w:val="24"/>
              </w:rPr>
              <w:t>Relationship established prior to study</w:t>
            </w:r>
          </w:p>
        </w:tc>
        <w:tc>
          <w:tcPr>
            <w:tcW w:w="2159" w:type="dxa"/>
          </w:tcPr>
          <w:p w14:paraId="7EBEBFCD" w14:textId="5F5C4C09" w:rsidR="00120FA6" w:rsidRPr="00B16B4B" w:rsidRDefault="00982C13">
            <w:pPr>
              <w:rPr>
                <w:rFonts w:ascii="Times New Roman" w:hAnsi="Times New Roman" w:cs="Times New Roman"/>
                <w:sz w:val="24"/>
                <w:szCs w:val="24"/>
              </w:rPr>
            </w:pPr>
            <w:r w:rsidRPr="00B16B4B">
              <w:rPr>
                <w:rFonts w:ascii="Times New Roman" w:hAnsi="Times New Roman" w:cs="Times New Roman"/>
                <w:sz w:val="24"/>
                <w:szCs w:val="24"/>
              </w:rPr>
              <w:t>Was a relationship established prior to study commencement?</w:t>
            </w:r>
          </w:p>
        </w:tc>
        <w:tc>
          <w:tcPr>
            <w:tcW w:w="2119" w:type="dxa"/>
          </w:tcPr>
          <w:p w14:paraId="4BF70048" w14:textId="77777777" w:rsidR="00120FA6" w:rsidRPr="00B16B4B" w:rsidRDefault="00120FA6">
            <w:pPr>
              <w:rPr>
                <w:rFonts w:ascii="Times New Roman" w:hAnsi="Times New Roman" w:cs="Times New Roman"/>
                <w:sz w:val="24"/>
                <w:szCs w:val="24"/>
              </w:rPr>
            </w:pPr>
            <w:r w:rsidRPr="00B16B4B">
              <w:rPr>
                <w:rFonts w:ascii="Times New Roman" w:hAnsi="Times New Roman" w:cs="Times New Roman"/>
                <w:sz w:val="24"/>
                <w:szCs w:val="24"/>
              </w:rPr>
              <w:t>Methods – Reflexivity</w:t>
            </w:r>
          </w:p>
        </w:tc>
        <w:tc>
          <w:tcPr>
            <w:tcW w:w="4508" w:type="dxa"/>
          </w:tcPr>
          <w:p w14:paraId="1293EC5F" w14:textId="5B92867E" w:rsidR="00120FA6" w:rsidRPr="00B16B4B" w:rsidRDefault="00982C13">
            <w:pPr>
              <w:rPr>
                <w:rFonts w:ascii="Times New Roman" w:hAnsi="Times New Roman" w:cs="Times New Roman"/>
                <w:sz w:val="24"/>
                <w:szCs w:val="24"/>
              </w:rPr>
            </w:pPr>
            <w:r w:rsidRPr="00B16B4B">
              <w:rPr>
                <w:rFonts w:ascii="Times New Roman" w:hAnsi="Times New Roman" w:cs="Times New Roman"/>
                <w:sz w:val="24"/>
                <w:szCs w:val="24"/>
              </w:rPr>
              <w:t>Yes. A prior relationship existed between the first author and some participants, especially peer support companions, through previous community-based HIV programs and collaboration within the support foundation. This helped build rapport and trust during the interviews.</w:t>
            </w:r>
          </w:p>
        </w:tc>
      </w:tr>
      <w:tr w:rsidR="00120FA6" w:rsidRPr="00B16B4B" w14:paraId="00B4D898" w14:textId="4FDFBB6C" w:rsidTr="00982C13">
        <w:tc>
          <w:tcPr>
            <w:tcW w:w="570" w:type="dxa"/>
          </w:tcPr>
          <w:p w14:paraId="76C769D6" w14:textId="77777777" w:rsidR="00120FA6" w:rsidRPr="00B16B4B" w:rsidRDefault="00120FA6" w:rsidP="007140E1">
            <w:pPr>
              <w:jc w:val="center"/>
              <w:rPr>
                <w:rFonts w:ascii="Times New Roman" w:hAnsi="Times New Roman" w:cs="Times New Roman"/>
                <w:sz w:val="24"/>
                <w:szCs w:val="24"/>
              </w:rPr>
            </w:pPr>
            <w:r w:rsidRPr="00B16B4B">
              <w:rPr>
                <w:rFonts w:ascii="Times New Roman" w:hAnsi="Times New Roman" w:cs="Times New Roman"/>
                <w:sz w:val="24"/>
                <w:szCs w:val="24"/>
              </w:rPr>
              <w:t>7</w:t>
            </w:r>
          </w:p>
        </w:tc>
        <w:tc>
          <w:tcPr>
            <w:tcW w:w="2551" w:type="dxa"/>
          </w:tcPr>
          <w:p w14:paraId="5B343CF0" w14:textId="77777777" w:rsidR="00120FA6" w:rsidRPr="00B16B4B" w:rsidRDefault="00120FA6">
            <w:pPr>
              <w:rPr>
                <w:rFonts w:ascii="Times New Roman" w:hAnsi="Times New Roman" w:cs="Times New Roman"/>
                <w:sz w:val="24"/>
                <w:szCs w:val="24"/>
              </w:rPr>
            </w:pPr>
            <w:r w:rsidRPr="00B16B4B">
              <w:rPr>
                <w:rFonts w:ascii="Times New Roman" w:hAnsi="Times New Roman" w:cs="Times New Roman"/>
                <w:sz w:val="24"/>
                <w:szCs w:val="24"/>
              </w:rPr>
              <w:t>Participant knowledge of the interviewer</w:t>
            </w:r>
          </w:p>
        </w:tc>
        <w:tc>
          <w:tcPr>
            <w:tcW w:w="2159" w:type="dxa"/>
          </w:tcPr>
          <w:p w14:paraId="4E593698" w14:textId="01E2705B" w:rsidR="00120FA6" w:rsidRPr="00B16B4B" w:rsidRDefault="00982C13">
            <w:pPr>
              <w:rPr>
                <w:rFonts w:ascii="Times New Roman" w:hAnsi="Times New Roman" w:cs="Times New Roman"/>
                <w:sz w:val="24"/>
                <w:szCs w:val="24"/>
              </w:rPr>
            </w:pPr>
            <w:r w:rsidRPr="00B16B4B">
              <w:rPr>
                <w:rFonts w:ascii="Times New Roman" w:hAnsi="Times New Roman" w:cs="Times New Roman"/>
                <w:sz w:val="24"/>
                <w:szCs w:val="24"/>
              </w:rPr>
              <w:t>What did the participants know about the researcher? e.g. personal goals, reasons for doing the research</w:t>
            </w:r>
          </w:p>
        </w:tc>
        <w:tc>
          <w:tcPr>
            <w:tcW w:w="2119" w:type="dxa"/>
          </w:tcPr>
          <w:p w14:paraId="2CF65202" w14:textId="77777777" w:rsidR="00120FA6" w:rsidRPr="00B16B4B" w:rsidRDefault="00120FA6">
            <w:pPr>
              <w:rPr>
                <w:rFonts w:ascii="Times New Roman" w:hAnsi="Times New Roman" w:cs="Times New Roman"/>
                <w:sz w:val="24"/>
                <w:szCs w:val="24"/>
              </w:rPr>
            </w:pPr>
            <w:r w:rsidRPr="00B16B4B">
              <w:rPr>
                <w:rFonts w:ascii="Times New Roman" w:hAnsi="Times New Roman" w:cs="Times New Roman"/>
                <w:sz w:val="24"/>
                <w:szCs w:val="24"/>
              </w:rPr>
              <w:t>Methods – Data Collection</w:t>
            </w:r>
          </w:p>
        </w:tc>
        <w:tc>
          <w:tcPr>
            <w:tcW w:w="4508" w:type="dxa"/>
          </w:tcPr>
          <w:p w14:paraId="5525FFF1" w14:textId="54686483" w:rsidR="00120FA6" w:rsidRPr="00B16B4B" w:rsidRDefault="00982C13">
            <w:pPr>
              <w:rPr>
                <w:rFonts w:ascii="Times New Roman" w:hAnsi="Times New Roman" w:cs="Times New Roman"/>
                <w:sz w:val="24"/>
                <w:szCs w:val="24"/>
              </w:rPr>
            </w:pPr>
            <w:r w:rsidRPr="00B16B4B">
              <w:rPr>
                <w:rFonts w:ascii="Times New Roman" w:hAnsi="Times New Roman" w:cs="Times New Roman"/>
                <w:sz w:val="24"/>
                <w:szCs w:val="24"/>
              </w:rPr>
              <w:t xml:space="preserve">Participants were informed that the researcher was a doctoral student conducting a study on HIV disclosure experiences among Muslim </w:t>
            </w:r>
            <w:proofErr w:type="spellStart"/>
            <w:r w:rsidRPr="00B16B4B">
              <w:rPr>
                <w:rFonts w:ascii="Times New Roman" w:hAnsi="Times New Roman" w:cs="Times New Roman"/>
                <w:sz w:val="24"/>
                <w:szCs w:val="24"/>
              </w:rPr>
              <w:t>serodiscordant</w:t>
            </w:r>
            <w:proofErr w:type="spellEnd"/>
            <w:r w:rsidRPr="00B16B4B">
              <w:rPr>
                <w:rFonts w:ascii="Times New Roman" w:hAnsi="Times New Roman" w:cs="Times New Roman"/>
                <w:sz w:val="24"/>
                <w:szCs w:val="24"/>
              </w:rPr>
              <w:t xml:space="preserve"> couples.</w:t>
            </w:r>
          </w:p>
        </w:tc>
      </w:tr>
      <w:tr w:rsidR="00120FA6" w:rsidRPr="00B16B4B" w14:paraId="587D7355" w14:textId="2DD894FF" w:rsidTr="00982C13">
        <w:tc>
          <w:tcPr>
            <w:tcW w:w="570" w:type="dxa"/>
          </w:tcPr>
          <w:p w14:paraId="34E5E5BC" w14:textId="77777777" w:rsidR="00120FA6" w:rsidRPr="00B16B4B" w:rsidRDefault="00120FA6" w:rsidP="007140E1">
            <w:pPr>
              <w:jc w:val="center"/>
              <w:rPr>
                <w:rFonts w:ascii="Times New Roman" w:hAnsi="Times New Roman" w:cs="Times New Roman"/>
                <w:sz w:val="24"/>
                <w:szCs w:val="24"/>
              </w:rPr>
            </w:pPr>
            <w:r w:rsidRPr="00B16B4B">
              <w:rPr>
                <w:rFonts w:ascii="Times New Roman" w:hAnsi="Times New Roman" w:cs="Times New Roman"/>
                <w:sz w:val="24"/>
                <w:szCs w:val="24"/>
              </w:rPr>
              <w:t>8</w:t>
            </w:r>
          </w:p>
        </w:tc>
        <w:tc>
          <w:tcPr>
            <w:tcW w:w="2551" w:type="dxa"/>
          </w:tcPr>
          <w:p w14:paraId="72AB1EB5" w14:textId="77777777" w:rsidR="00120FA6" w:rsidRPr="00B16B4B" w:rsidRDefault="00120FA6">
            <w:pPr>
              <w:rPr>
                <w:rFonts w:ascii="Times New Roman" w:hAnsi="Times New Roman" w:cs="Times New Roman"/>
                <w:sz w:val="24"/>
                <w:szCs w:val="24"/>
              </w:rPr>
            </w:pPr>
            <w:r w:rsidRPr="00B16B4B">
              <w:rPr>
                <w:rFonts w:ascii="Times New Roman" w:hAnsi="Times New Roman" w:cs="Times New Roman"/>
                <w:sz w:val="24"/>
                <w:szCs w:val="24"/>
              </w:rPr>
              <w:t>Interviewer characteristics (bias, assumptions)</w:t>
            </w:r>
          </w:p>
        </w:tc>
        <w:tc>
          <w:tcPr>
            <w:tcW w:w="2159" w:type="dxa"/>
          </w:tcPr>
          <w:p w14:paraId="6A7703A3" w14:textId="430B27C9" w:rsidR="00120FA6" w:rsidRPr="00B16B4B" w:rsidRDefault="00982C13">
            <w:pPr>
              <w:rPr>
                <w:rFonts w:ascii="Times New Roman" w:hAnsi="Times New Roman" w:cs="Times New Roman"/>
                <w:sz w:val="24"/>
                <w:szCs w:val="24"/>
              </w:rPr>
            </w:pPr>
            <w:r w:rsidRPr="00B16B4B">
              <w:rPr>
                <w:rFonts w:ascii="Times New Roman" w:hAnsi="Times New Roman" w:cs="Times New Roman"/>
                <w:sz w:val="24"/>
                <w:szCs w:val="24"/>
              </w:rPr>
              <w:t>What characteristics were reported about the inter viewer/facilitator? e.g. Bias, assumptions, reasons and interests in the research topic</w:t>
            </w:r>
          </w:p>
        </w:tc>
        <w:tc>
          <w:tcPr>
            <w:tcW w:w="2119" w:type="dxa"/>
          </w:tcPr>
          <w:p w14:paraId="2C231230" w14:textId="77777777" w:rsidR="00120FA6" w:rsidRPr="00B16B4B" w:rsidRDefault="00120FA6">
            <w:pPr>
              <w:rPr>
                <w:rFonts w:ascii="Times New Roman" w:hAnsi="Times New Roman" w:cs="Times New Roman"/>
                <w:sz w:val="24"/>
                <w:szCs w:val="24"/>
              </w:rPr>
            </w:pPr>
            <w:r w:rsidRPr="00B16B4B">
              <w:rPr>
                <w:rFonts w:ascii="Times New Roman" w:hAnsi="Times New Roman" w:cs="Times New Roman"/>
                <w:sz w:val="24"/>
                <w:szCs w:val="24"/>
              </w:rPr>
              <w:t>Methods – Reflexivity</w:t>
            </w:r>
          </w:p>
        </w:tc>
        <w:tc>
          <w:tcPr>
            <w:tcW w:w="4508" w:type="dxa"/>
          </w:tcPr>
          <w:p w14:paraId="68D8C94F" w14:textId="48036D68" w:rsidR="00120FA6" w:rsidRPr="00B16B4B" w:rsidRDefault="00982C13">
            <w:pPr>
              <w:rPr>
                <w:rFonts w:ascii="Times New Roman" w:hAnsi="Times New Roman" w:cs="Times New Roman"/>
                <w:sz w:val="24"/>
                <w:szCs w:val="24"/>
              </w:rPr>
            </w:pPr>
            <w:r w:rsidRPr="00B16B4B">
              <w:rPr>
                <w:rFonts w:ascii="Times New Roman" w:hAnsi="Times New Roman" w:cs="Times New Roman"/>
                <w:sz w:val="24"/>
                <w:szCs w:val="24"/>
              </w:rPr>
              <w:t>The principal researcher is a married Muslim woman of Buginese ethnicity, trained in public health and HIV prevention. Her prior experience working with people living with HIV (PLWH) in South Sulawesi informed her interest in the topic and enhanced her cultural sensitivity during data collection. To minimize personal bias, she maintained an audit trail, engaged in regular reflective discussions with the research team, and consulted academic peers throughout the research process.</w:t>
            </w:r>
          </w:p>
        </w:tc>
      </w:tr>
    </w:tbl>
    <w:p w14:paraId="1272E098" w14:textId="00D3BBF3" w:rsidR="00982C13" w:rsidRPr="00B16B4B" w:rsidRDefault="00982C13">
      <w:pPr>
        <w:pStyle w:val="Heading2"/>
        <w:rPr>
          <w:rFonts w:ascii="Times New Roman" w:hAnsi="Times New Roman" w:cs="Times New Roman"/>
          <w:color w:val="auto"/>
          <w:sz w:val="24"/>
          <w:szCs w:val="24"/>
        </w:rPr>
      </w:pPr>
    </w:p>
    <w:p w14:paraId="55DDFDEB" w14:textId="4062F365" w:rsidR="0097633B" w:rsidRPr="00B16B4B" w:rsidRDefault="0097633B" w:rsidP="0097633B">
      <w:pPr>
        <w:rPr>
          <w:rFonts w:ascii="Times New Roman" w:hAnsi="Times New Roman" w:cs="Times New Roman"/>
          <w:sz w:val="24"/>
          <w:szCs w:val="24"/>
        </w:rPr>
      </w:pPr>
    </w:p>
    <w:p w14:paraId="2F203286" w14:textId="77777777" w:rsidR="0097633B" w:rsidRPr="00B16B4B" w:rsidRDefault="0097633B" w:rsidP="0097633B">
      <w:pPr>
        <w:rPr>
          <w:rFonts w:ascii="Times New Roman" w:hAnsi="Times New Roman" w:cs="Times New Roman"/>
          <w:sz w:val="24"/>
          <w:szCs w:val="24"/>
        </w:rPr>
      </w:pPr>
    </w:p>
    <w:p w14:paraId="5FBE710C" w14:textId="40B59DC8" w:rsidR="00C80CB0" w:rsidRPr="00B16B4B" w:rsidRDefault="00000000">
      <w:pPr>
        <w:pStyle w:val="Heading2"/>
        <w:rPr>
          <w:rFonts w:ascii="Times New Roman" w:hAnsi="Times New Roman" w:cs="Times New Roman"/>
          <w:color w:val="auto"/>
          <w:sz w:val="24"/>
          <w:szCs w:val="24"/>
        </w:rPr>
      </w:pPr>
      <w:r w:rsidRPr="00B16B4B">
        <w:rPr>
          <w:rFonts w:ascii="Times New Roman" w:hAnsi="Times New Roman" w:cs="Times New Roman"/>
          <w:color w:val="auto"/>
          <w:sz w:val="24"/>
          <w:szCs w:val="24"/>
        </w:rPr>
        <w:t>Domain 2: Study Design</w:t>
      </w:r>
    </w:p>
    <w:tbl>
      <w:tblPr>
        <w:tblStyle w:val="TableGrid"/>
        <w:tblW w:w="11930" w:type="dxa"/>
        <w:tblLook w:val="04A0" w:firstRow="1" w:lastRow="0" w:firstColumn="1" w:lastColumn="0" w:noHBand="0" w:noVBand="1"/>
      </w:tblPr>
      <w:tblGrid>
        <w:gridCol w:w="1085"/>
        <w:gridCol w:w="2171"/>
        <w:gridCol w:w="2126"/>
        <w:gridCol w:w="3274"/>
        <w:gridCol w:w="3274"/>
      </w:tblGrid>
      <w:tr w:rsidR="00982C13" w:rsidRPr="00B16B4B" w14:paraId="2F8B4636" w14:textId="08AE867A" w:rsidTr="0097633B">
        <w:trPr>
          <w:tblHeader/>
        </w:trPr>
        <w:tc>
          <w:tcPr>
            <w:tcW w:w="1085" w:type="dxa"/>
          </w:tcPr>
          <w:p w14:paraId="2803CC27" w14:textId="372F06BD" w:rsidR="00982C13" w:rsidRPr="00B16B4B" w:rsidRDefault="00982C13">
            <w:pPr>
              <w:rPr>
                <w:rFonts w:ascii="Times New Roman" w:hAnsi="Times New Roman" w:cs="Times New Roman"/>
                <w:b/>
                <w:bCs/>
                <w:sz w:val="24"/>
                <w:szCs w:val="24"/>
              </w:rPr>
            </w:pPr>
            <w:r w:rsidRPr="00B16B4B">
              <w:rPr>
                <w:rFonts w:ascii="Times New Roman" w:hAnsi="Times New Roman" w:cs="Times New Roman"/>
                <w:b/>
                <w:bCs/>
                <w:sz w:val="24"/>
                <w:szCs w:val="24"/>
              </w:rPr>
              <w:t>No.</w:t>
            </w:r>
          </w:p>
        </w:tc>
        <w:tc>
          <w:tcPr>
            <w:tcW w:w="2171" w:type="dxa"/>
          </w:tcPr>
          <w:p w14:paraId="34BBB222" w14:textId="77777777" w:rsidR="00982C13" w:rsidRPr="00B16B4B" w:rsidRDefault="00982C13">
            <w:pPr>
              <w:rPr>
                <w:rFonts w:ascii="Times New Roman" w:hAnsi="Times New Roman" w:cs="Times New Roman"/>
                <w:b/>
                <w:bCs/>
                <w:sz w:val="24"/>
                <w:szCs w:val="24"/>
              </w:rPr>
            </w:pPr>
            <w:r w:rsidRPr="00B16B4B">
              <w:rPr>
                <w:rFonts w:ascii="Times New Roman" w:hAnsi="Times New Roman" w:cs="Times New Roman"/>
                <w:b/>
                <w:bCs/>
                <w:sz w:val="24"/>
                <w:szCs w:val="24"/>
              </w:rPr>
              <w:t>Description</w:t>
            </w:r>
          </w:p>
        </w:tc>
        <w:tc>
          <w:tcPr>
            <w:tcW w:w="2126" w:type="dxa"/>
          </w:tcPr>
          <w:p w14:paraId="1FADA483" w14:textId="77777777" w:rsidR="00982C13" w:rsidRPr="00B16B4B" w:rsidRDefault="00982C13">
            <w:pPr>
              <w:rPr>
                <w:rFonts w:ascii="Times New Roman" w:hAnsi="Times New Roman" w:cs="Times New Roman"/>
                <w:b/>
                <w:bCs/>
                <w:sz w:val="24"/>
                <w:szCs w:val="24"/>
              </w:rPr>
            </w:pPr>
            <w:r w:rsidRPr="00B16B4B">
              <w:rPr>
                <w:rFonts w:ascii="Times New Roman" w:hAnsi="Times New Roman" w:cs="Times New Roman"/>
                <w:b/>
                <w:bCs/>
                <w:sz w:val="24"/>
                <w:szCs w:val="24"/>
              </w:rPr>
              <w:t>Reported?</w:t>
            </w:r>
          </w:p>
        </w:tc>
        <w:tc>
          <w:tcPr>
            <w:tcW w:w="3274" w:type="dxa"/>
          </w:tcPr>
          <w:p w14:paraId="638CE71E" w14:textId="77777777" w:rsidR="00982C13" w:rsidRPr="00B16B4B" w:rsidRDefault="00982C13">
            <w:pPr>
              <w:rPr>
                <w:rFonts w:ascii="Times New Roman" w:hAnsi="Times New Roman" w:cs="Times New Roman"/>
                <w:b/>
                <w:bCs/>
                <w:sz w:val="24"/>
                <w:szCs w:val="24"/>
              </w:rPr>
            </w:pPr>
            <w:r w:rsidRPr="00B16B4B">
              <w:rPr>
                <w:rFonts w:ascii="Times New Roman" w:hAnsi="Times New Roman" w:cs="Times New Roman"/>
                <w:b/>
                <w:bCs/>
                <w:sz w:val="24"/>
                <w:szCs w:val="24"/>
              </w:rPr>
              <w:t>Location in Manuscript</w:t>
            </w:r>
          </w:p>
        </w:tc>
        <w:tc>
          <w:tcPr>
            <w:tcW w:w="3274" w:type="dxa"/>
          </w:tcPr>
          <w:p w14:paraId="2A69B231" w14:textId="6D4CD25C" w:rsidR="00982C13" w:rsidRPr="00B16B4B" w:rsidRDefault="0097633B">
            <w:pPr>
              <w:rPr>
                <w:rFonts w:ascii="Times New Roman" w:hAnsi="Times New Roman" w:cs="Times New Roman"/>
                <w:b/>
                <w:bCs/>
                <w:sz w:val="24"/>
                <w:szCs w:val="24"/>
              </w:rPr>
            </w:pPr>
            <w:r w:rsidRPr="00B16B4B">
              <w:rPr>
                <w:rFonts w:ascii="Times New Roman" w:hAnsi="Times New Roman" w:cs="Times New Roman"/>
                <w:b/>
                <w:bCs/>
                <w:sz w:val="24"/>
                <w:szCs w:val="24"/>
              </w:rPr>
              <w:t>Notes</w:t>
            </w:r>
          </w:p>
        </w:tc>
      </w:tr>
      <w:tr w:rsidR="00982C13" w:rsidRPr="00B16B4B" w14:paraId="03AFF6C4" w14:textId="33E5BA4C" w:rsidTr="00982C13">
        <w:tc>
          <w:tcPr>
            <w:tcW w:w="1085" w:type="dxa"/>
          </w:tcPr>
          <w:p w14:paraId="0D115711" w14:textId="77777777" w:rsidR="00982C13" w:rsidRPr="00B16B4B" w:rsidRDefault="00982C13" w:rsidP="00976D79">
            <w:pPr>
              <w:jc w:val="center"/>
              <w:rPr>
                <w:rFonts w:ascii="Times New Roman" w:hAnsi="Times New Roman" w:cs="Times New Roman"/>
                <w:sz w:val="24"/>
                <w:szCs w:val="24"/>
              </w:rPr>
            </w:pPr>
            <w:r w:rsidRPr="00B16B4B">
              <w:rPr>
                <w:rFonts w:ascii="Times New Roman" w:hAnsi="Times New Roman" w:cs="Times New Roman"/>
                <w:sz w:val="24"/>
                <w:szCs w:val="24"/>
              </w:rPr>
              <w:t>9</w:t>
            </w:r>
          </w:p>
        </w:tc>
        <w:tc>
          <w:tcPr>
            <w:tcW w:w="2171" w:type="dxa"/>
          </w:tcPr>
          <w:p w14:paraId="6D45EBA8" w14:textId="77777777" w:rsidR="00982C13" w:rsidRPr="00B16B4B" w:rsidRDefault="00982C13">
            <w:pPr>
              <w:rPr>
                <w:rFonts w:ascii="Times New Roman" w:hAnsi="Times New Roman" w:cs="Times New Roman"/>
                <w:sz w:val="24"/>
                <w:szCs w:val="24"/>
              </w:rPr>
            </w:pPr>
            <w:r w:rsidRPr="00B16B4B">
              <w:rPr>
                <w:rFonts w:ascii="Times New Roman" w:hAnsi="Times New Roman" w:cs="Times New Roman"/>
                <w:sz w:val="24"/>
                <w:szCs w:val="24"/>
              </w:rPr>
              <w:t>Methodological orientation and theory</w:t>
            </w:r>
          </w:p>
        </w:tc>
        <w:tc>
          <w:tcPr>
            <w:tcW w:w="2126" w:type="dxa"/>
          </w:tcPr>
          <w:p w14:paraId="2E6E8CFC" w14:textId="34701108" w:rsidR="00982C13" w:rsidRPr="00B16B4B" w:rsidRDefault="00E010ED">
            <w:pPr>
              <w:rPr>
                <w:rFonts w:ascii="Times New Roman" w:hAnsi="Times New Roman" w:cs="Times New Roman"/>
                <w:sz w:val="24"/>
                <w:szCs w:val="24"/>
              </w:rPr>
            </w:pPr>
            <w:r w:rsidRPr="00B16B4B">
              <w:rPr>
                <w:rFonts w:ascii="Times New Roman" w:hAnsi="Times New Roman" w:cs="Times New Roman"/>
                <w:sz w:val="24"/>
                <w:szCs w:val="24"/>
              </w:rPr>
              <w:t>What methodological orientation was stated to underpin the study? e.g. grounded theory, discourse analysis, ethnography, phenomenology, content analysis</w:t>
            </w:r>
          </w:p>
        </w:tc>
        <w:tc>
          <w:tcPr>
            <w:tcW w:w="3274" w:type="dxa"/>
          </w:tcPr>
          <w:p w14:paraId="62236A40" w14:textId="6C8A3CDA" w:rsidR="00982C13" w:rsidRPr="00B16B4B" w:rsidRDefault="00982C13">
            <w:pPr>
              <w:rPr>
                <w:rFonts w:ascii="Times New Roman" w:hAnsi="Times New Roman" w:cs="Times New Roman"/>
                <w:sz w:val="24"/>
                <w:szCs w:val="24"/>
              </w:rPr>
            </w:pPr>
            <w:r w:rsidRPr="00B16B4B">
              <w:rPr>
                <w:rFonts w:ascii="Times New Roman" w:hAnsi="Times New Roman" w:cs="Times New Roman"/>
                <w:sz w:val="24"/>
                <w:szCs w:val="24"/>
              </w:rPr>
              <w:t>Methods – Study Design</w:t>
            </w:r>
          </w:p>
        </w:tc>
        <w:tc>
          <w:tcPr>
            <w:tcW w:w="3274" w:type="dxa"/>
          </w:tcPr>
          <w:p w14:paraId="0F28CDCE" w14:textId="74F5D6FE" w:rsidR="00982C13" w:rsidRPr="00B16B4B" w:rsidRDefault="00E010ED">
            <w:pPr>
              <w:rPr>
                <w:rFonts w:ascii="Times New Roman" w:hAnsi="Times New Roman" w:cs="Times New Roman"/>
                <w:sz w:val="24"/>
                <w:szCs w:val="24"/>
              </w:rPr>
            </w:pPr>
            <w:r w:rsidRPr="00B16B4B">
              <w:rPr>
                <w:rFonts w:ascii="Times New Roman" w:eastAsia="Times New Roman" w:hAnsi="Times New Roman" w:cs="Times New Roman"/>
                <w:sz w:val="24"/>
                <w:szCs w:val="24"/>
              </w:rPr>
              <w:t>Phenomenological design</w:t>
            </w:r>
          </w:p>
        </w:tc>
      </w:tr>
      <w:tr w:rsidR="00982C13" w:rsidRPr="00B16B4B" w14:paraId="69F9B3B6" w14:textId="2B6C034C" w:rsidTr="00982C13">
        <w:tc>
          <w:tcPr>
            <w:tcW w:w="1085" w:type="dxa"/>
          </w:tcPr>
          <w:p w14:paraId="109A64B2" w14:textId="77777777" w:rsidR="00982C13" w:rsidRPr="00B16B4B" w:rsidRDefault="00982C13" w:rsidP="00976D79">
            <w:pPr>
              <w:jc w:val="center"/>
              <w:rPr>
                <w:rFonts w:ascii="Times New Roman" w:hAnsi="Times New Roman" w:cs="Times New Roman"/>
                <w:sz w:val="24"/>
                <w:szCs w:val="24"/>
              </w:rPr>
            </w:pPr>
            <w:r w:rsidRPr="00B16B4B">
              <w:rPr>
                <w:rFonts w:ascii="Times New Roman" w:hAnsi="Times New Roman" w:cs="Times New Roman"/>
                <w:sz w:val="24"/>
                <w:szCs w:val="24"/>
              </w:rPr>
              <w:t>10</w:t>
            </w:r>
          </w:p>
        </w:tc>
        <w:tc>
          <w:tcPr>
            <w:tcW w:w="2171" w:type="dxa"/>
          </w:tcPr>
          <w:p w14:paraId="0E15A994" w14:textId="77777777" w:rsidR="00982C13" w:rsidRPr="00B16B4B" w:rsidRDefault="00982C13">
            <w:pPr>
              <w:rPr>
                <w:rFonts w:ascii="Times New Roman" w:hAnsi="Times New Roman" w:cs="Times New Roman"/>
                <w:sz w:val="24"/>
                <w:szCs w:val="24"/>
              </w:rPr>
            </w:pPr>
            <w:r w:rsidRPr="00B16B4B">
              <w:rPr>
                <w:rFonts w:ascii="Times New Roman" w:hAnsi="Times New Roman" w:cs="Times New Roman"/>
                <w:sz w:val="24"/>
                <w:szCs w:val="24"/>
              </w:rPr>
              <w:t>Sampling method</w:t>
            </w:r>
          </w:p>
        </w:tc>
        <w:tc>
          <w:tcPr>
            <w:tcW w:w="2126" w:type="dxa"/>
          </w:tcPr>
          <w:p w14:paraId="70174CFB" w14:textId="4E28A4D4" w:rsidR="00982C13" w:rsidRPr="00B16B4B" w:rsidRDefault="00F175D7">
            <w:pPr>
              <w:rPr>
                <w:rFonts w:ascii="Times New Roman" w:hAnsi="Times New Roman" w:cs="Times New Roman"/>
                <w:sz w:val="24"/>
                <w:szCs w:val="24"/>
              </w:rPr>
            </w:pPr>
            <w:r w:rsidRPr="00B16B4B">
              <w:rPr>
                <w:rFonts w:ascii="Times New Roman" w:hAnsi="Times New Roman" w:cs="Times New Roman"/>
                <w:sz w:val="24"/>
                <w:szCs w:val="24"/>
              </w:rPr>
              <w:t>How were participants selected? e.g. purposive, convenience, consecutive, snowball</w:t>
            </w:r>
          </w:p>
        </w:tc>
        <w:tc>
          <w:tcPr>
            <w:tcW w:w="3274" w:type="dxa"/>
          </w:tcPr>
          <w:p w14:paraId="48F13E8E" w14:textId="77777777" w:rsidR="00982C13" w:rsidRPr="00B16B4B" w:rsidRDefault="00982C13">
            <w:pPr>
              <w:rPr>
                <w:rFonts w:ascii="Times New Roman" w:hAnsi="Times New Roman" w:cs="Times New Roman"/>
                <w:sz w:val="24"/>
                <w:szCs w:val="24"/>
              </w:rPr>
            </w:pPr>
            <w:r w:rsidRPr="00B16B4B">
              <w:rPr>
                <w:rFonts w:ascii="Times New Roman" w:hAnsi="Times New Roman" w:cs="Times New Roman"/>
                <w:sz w:val="24"/>
                <w:szCs w:val="24"/>
              </w:rPr>
              <w:t>Methods – Participants</w:t>
            </w:r>
          </w:p>
        </w:tc>
        <w:tc>
          <w:tcPr>
            <w:tcW w:w="3274" w:type="dxa"/>
          </w:tcPr>
          <w:p w14:paraId="69C73B92" w14:textId="53585E4D" w:rsidR="00982C13" w:rsidRPr="00B16B4B" w:rsidRDefault="00F175D7">
            <w:pPr>
              <w:rPr>
                <w:rFonts w:ascii="Times New Roman" w:hAnsi="Times New Roman" w:cs="Times New Roman"/>
                <w:sz w:val="24"/>
                <w:szCs w:val="24"/>
              </w:rPr>
            </w:pPr>
            <w:r w:rsidRPr="00B16B4B">
              <w:rPr>
                <w:rFonts w:ascii="Times New Roman" w:eastAsia="Times New Roman" w:hAnsi="Times New Roman" w:cs="Times New Roman"/>
                <w:sz w:val="24"/>
                <w:szCs w:val="24"/>
              </w:rPr>
              <w:t>Purposive sampling</w:t>
            </w:r>
          </w:p>
        </w:tc>
      </w:tr>
      <w:tr w:rsidR="00982C13" w:rsidRPr="00B16B4B" w14:paraId="2B08DD93" w14:textId="1B453C63" w:rsidTr="00982C13">
        <w:tc>
          <w:tcPr>
            <w:tcW w:w="1085" w:type="dxa"/>
          </w:tcPr>
          <w:p w14:paraId="2B703D10" w14:textId="77777777" w:rsidR="00982C13" w:rsidRPr="00B16B4B" w:rsidRDefault="00982C13" w:rsidP="00976D79">
            <w:pPr>
              <w:jc w:val="center"/>
              <w:rPr>
                <w:rFonts w:ascii="Times New Roman" w:hAnsi="Times New Roman" w:cs="Times New Roman"/>
                <w:sz w:val="24"/>
                <w:szCs w:val="24"/>
              </w:rPr>
            </w:pPr>
            <w:r w:rsidRPr="00B16B4B">
              <w:rPr>
                <w:rFonts w:ascii="Times New Roman" w:hAnsi="Times New Roman" w:cs="Times New Roman"/>
                <w:sz w:val="24"/>
                <w:szCs w:val="24"/>
              </w:rPr>
              <w:t>11</w:t>
            </w:r>
          </w:p>
        </w:tc>
        <w:tc>
          <w:tcPr>
            <w:tcW w:w="2171" w:type="dxa"/>
          </w:tcPr>
          <w:p w14:paraId="0BE35087" w14:textId="77777777" w:rsidR="00982C13" w:rsidRPr="00B16B4B" w:rsidRDefault="00982C13">
            <w:pPr>
              <w:rPr>
                <w:rFonts w:ascii="Times New Roman" w:hAnsi="Times New Roman" w:cs="Times New Roman"/>
                <w:sz w:val="24"/>
                <w:szCs w:val="24"/>
              </w:rPr>
            </w:pPr>
            <w:r w:rsidRPr="00B16B4B">
              <w:rPr>
                <w:rFonts w:ascii="Times New Roman" w:hAnsi="Times New Roman" w:cs="Times New Roman"/>
                <w:sz w:val="24"/>
                <w:szCs w:val="24"/>
              </w:rPr>
              <w:t>Method of approach</w:t>
            </w:r>
          </w:p>
        </w:tc>
        <w:tc>
          <w:tcPr>
            <w:tcW w:w="2126" w:type="dxa"/>
          </w:tcPr>
          <w:p w14:paraId="2A9509FC" w14:textId="5D8CEF37" w:rsidR="00982C13" w:rsidRPr="00B16B4B" w:rsidRDefault="00F175D7">
            <w:pPr>
              <w:rPr>
                <w:rFonts w:ascii="Times New Roman" w:hAnsi="Times New Roman" w:cs="Times New Roman"/>
                <w:sz w:val="24"/>
                <w:szCs w:val="24"/>
              </w:rPr>
            </w:pPr>
            <w:r w:rsidRPr="00B16B4B">
              <w:rPr>
                <w:rFonts w:ascii="Times New Roman" w:hAnsi="Times New Roman" w:cs="Times New Roman"/>
                <w:sz w:val="24"/>
                <w:szCs w:val="24"/>
              </w:rPr>
              <w:t>How were participants approached? e.g. face-to-face, telephone, mail, email</w:t>
            </w:r>
          </w:p>
        </w:tc>
        <w:tc>
          <w:tcPr>
            <w:tcW w:w="3274" w:type="dxa"/>
          </w:tcPr>
          <w:p w14:paraId="32ACD234" w14:textId="77777777" w:rsidR="00982C13" w:rsidRPr="00B16B4B" w:rsidRDefault="00982C13">
            <w:pPr>
              <w:rPr>
                <w:rFonts w:ascii="Times New Roman" w:hAnsi="Times New Roman" w:cs="Times New Roman"/>
                <w:sz w:val="24"/>
                <w:szCs w:val="24"/>
              </w:rPr>
            </w:pPr>
            <w:r w:rsidRPr="00B16B4B">
              <w:rPr>
                <w:rFonts w:ascii="Times New Roman" w:hAnsi="Times New Roman" w:cs="Times New Roman"/>
                <w:sz w:val="24"/>
                <w:szCs w:val="24"/>
              </w:rPr>
              <w:t>Methods – Data Collection</w:t>
            </w:r>
          </w:p>
        </w:tc>
        <w:tc>
          <w:tcPr>
            <w:tcW w:w="3274" w:type="dxa"/>
          </w:tcPr>
          <w:p w14:paraId="4A2A6E77" w14:textId="322DD37A" w:rsidR="00982C13" w:rsidRPr="00B16B4B" w:rsidRDefault="00127133">
            <w:pPr>
              <w:rPr>
                <w:rFonts w:ascii="Times New Roman" w:hAnsi="Times New Roman" w:cs="Times New Roman"/>
                <w:sz w:val="24"/>
                <w:szCs w:val="24"/>
              </w:rPr>
            </w:pPr>
            <w:r w:rsidRPr="00B16B4B">
              <w:rPr>
                <w:rFonts w:ascii="Times New Roman" w:hAnsi="Times New Roman" w:cs="Times New Roman"/>
                <w:sz w:val="24"/>
                <w:szCs w:val="24"/>
              </w:rPr>
              <w:t>Face-to-face</w:t>
            </w:r>
          </w:p>
        </w:tc>
      </w:tr>
      <w:tr w:rsidR="00982C13" w:rsidRPr="00B16B4B" w14:paraId="3E92728D" w14:textId="58DCB687" w:rsidTr="00982C13">
        <w:tc>
          <w:tcPr>
            <w:tcW w:w="1085" w:type="dxa"/>
          </w:tcPr>
          <w:p w14:paraId="0E290B39" w14:textId="77777777" w:rsidR="00982C13" w:rsidRPr="00B16B4B" w:rsidRDefault="00982C13" w:rsidP="00976D79">
            <w:pPr>
              <w:jc w:val="center"/>
              <w:rPr>
                <w:rFonts w:ascii="Times New Roman" w:hAnsi="Times New Roman" w:cs="Times New Roman"/>
                <w:sz w:val="24"/>
                <w:szCs w:val="24"/>
              </w:rPr>
            </w:pPr>
            <w:r w:rsidRPr="00B16B4B">
              <w:rPr>
                <w:rFonts w:ascii="Times New Roman" w:hAnsi="Times New Roman" w:cs="Times New Roman"/>
                <w:sz w:val="24"/>
                <w:szCs w:val="24"/>
              </w:rPr>
              <w:t>12</w:t>
            </w:r>
          </w:p>
        </w:tc>
        <w:tc>
          <w:tcPr>
            <w:tcW w:w="2171" w:type="dxa"/>
          </w:tcPr>
          <w:p w14:paraId="57A053BC" w14:textId="77777777" w:rsidR="00982C13" w:rsidRPr="00B16B4B" w:rsidRDefault="00982C13">
            <w:pPr>
              <w:rPr>
                <w:rFonts w:ascii="Times New Roman" w:hAnsi="Times New Roman" w:cs="Times New Roman"/>
                <w:sz w:val="24"/>
                <w:szCs w:val="24"/>
              </w:rPr>
            </w:pPr>
            <w:r w:rsidRPr="00B16B4B">
              <w:rPr>
                <w:rFonts w:ascii="Times New Roman" w:hAnsi="Times New Roman" w:cs="Times New Roman"/>
                <w:sz w:val="24"/>
                <w:szCs w:val="24"/>
              </w:rPr>
              <w:t>Sample size</w:t>
            </w:r>
          </w:p>
        </w:tc>
        <w:tc>
          <w:tcPr>
            <w:tcW w:w="2126" w:type="dxa"/>
          </w:tcPr>
          <w:p w14:paraId="3CB93ED2" w14:textId="4544ED63" w:rsidR="00982C13" w:rsidRPr="00B16B4B" w:rsidRDefault="00127133">
            <w:pPr>
              <w:rPr>
                <w:rFonts w:ascii="Times New Roman" w:hAnsi="Times New Roman" w:cs="Times New Roman"/>
                <w:sz w:val="24"/>
                <w:szCs w:val="24"/>
              </w:rPr>
            </w:pPr>
            <w:r w:rsidRPr="00B16B4B">
              <w:rPr>
                <w:rFonts w:ascii="Times New Roman" w:hAnsi="Times New Roman" w:cs="Times New Roman"/>
                <w:sz w:val="24"/>
                <w:szCs w:val="24"/>
              </w:rPr>
              <w:t>How many participants were in the study?</w:t>
            </w:r>
          </w:p>
        </w:tc>
        <w:tc>
          <w:tcPr>
            <w:tcW w:w="3274" w:type="dxa"/>
          </w:tcPr>
          <w:p w14:paraId="29ABCADE" w14:textId="2FB0DC73" w:rsidR="00982C13" w:rsidRPr="00B16B4B" w:rsidRDefault="00982C13">
            <w:pPr>
              <w:rPr>
                <w:rFonts w:ascii="Times New Roman" w:hAnsi="Times New Roman" w:cs="Times New Roman"/>
                <w:sz w:val="24"/>
                <w:szCs w:val="24"/>
              </w:rPr>
            </w:pPr>
            <w:r w:rsidRPr="00B16B4B">
              <w:rPr>
                <w:rFonts w:ascii="Times New Roman" w:hAnsi="Times New Roman" w:cs="Times New Roman"/>
                <w:sz w:val="24"/>
                <w:szCs w:val="24"/>
              </w:rPr>
              <w:t>Methods – Participants &amp; Tables 1</w:t>
            </w:r>
          </w:p>
        </w:tc>
        <w:tc>
          <w:tcPr>
            <w:tcW w:w="3274" w:type="dxa"/>
          </w:tcPr>
          <w:p w14:paraId="26533714" w14:textId="24DB0A3B" w:rsidR="00982C13" w:rsidRPr="00B16B4B" w:rsidRDefault="00127133">
            <w:pPr>
              <w:rPr>
                <w:rFonts w:ascii="Times New Roman" w:hAnsi="Times New Roman" w:cs="Times New Roman"/>
                <w:sz w:val="24"/>
                <w:szCs w:val="24"/>
              </w:rPr>
            </w:pPr>
            <w:r w:rsidRPr="00B16B4B">
              <w:rPr>
                <w:rFonts w:ascii="Times New Roman" w:eastAsia="Times New Roman" w:hAnsi="Times New Roman" w:cs="Times New Roman"/>
                <w:sz w:val="24"/>
                <w:szCs w:val="24"/>
              </w:rPr>
              <w:t xml:space="preserve">Participants included 14 </w:t>
            </w:r>
            <w:proofErr w:type="spellStart"/>
            <w:r w:rsidRPr="00B16B4B">
              <w:rPr>
                <w:rFonts w:ascii="Times New Roman" w:eastAsia="Times New Roman" w:hAnsi="Times New Roman" w:cs="Times New Roman"/>
                <w:sz w:val="24"/>
                <w:szCs w:val="24"/>
              </w:rPr>
              <w:t>serodiscordant</w:t>
            </w:r>
            <w:proofErr w:type="spellEnd"/>
            <w:r w:rsidRPr="00B16B4B">
              <w:rPr>
                <w:rFonts w:ascii="Times New Roman" w:eastAsia="Times New Roman" w:hAnsi="Times New Roman" w:cs="Times New Roman"/>
                <w:sz w:val="24"/>
                <w:szCs w:val="24"/>
              </w:rPr>
              <w:t xml:space="preserve"> individuals, 14 </w:t>
            </w:r>
            <w:proofErr w:type="spellStart"/>
            <w:r w:rsidRPr="00B16B4B">
              <w:rPr>
                <w:rFonts w:ascii="Times New Roman" w:eastAsia="Times New Roman" w:hAnsi="Times New Roman" w:cs="Times New Roman"/>
                <w:sz w:val="24"/>
                <w:szCs w:val="24"/>
              </w:rPr>
              <w:t>seroconcordant</w:t>
            </w:r>
            <w:proofErr w:type="spellEnd"/>
            <w:r w:rsidRPr="00B16B4B">
              <w:rPr>
                <w:rFonts w:ascii="Times New Roman" w:eastAsia="Times New Roman" w:hAnsi="Times New Roman" w:cs="Times New Roman"/>
                <w:sz w:val="24"/>
                <w:szCs w:val="24"/>
              </w:rPr>
              <w:t xml:space="preserve"> individuals, and </w:t>
            </w:r>
            <w:r w:rsidR="00C033A9">
              <w:rPr>
                <w:rFonts w:ascii="Times New Roman" w:eastAsia="Times New Roman" w:hAnsi="Times New Roman" w:cs="Times New Roman"/>
                <w:sz w:val="24"/>
                <w:szCs w:val="24"/>
              </w:rPr>
              <w:t>7</w:t>
            </w:r>
            <w:r w:rsidRPr="00B16B4B">
              <w:rPr>
                <w:rFonts w:ascii="Times New Roman" w:eastAsia="Times New Roman" w:hAnsi="Times New Roman" w:cs="Times New Roman"/>
                <w:sz w:val="24"/>
                <w:szCs w:val="24"/>
              </w:rPr>
              <w:t xml:space="preserve"> institutional stakeholders</w:t>
            </w:r>
          </w:p>
        </w:tc>
      </w:tr>
      <w:tr w:rsidR="00982C13" w:rsidRPr="00B16B4B" w14:paraId="59021821" w14:textId="6174D288" w:rsidTr="00982C13">
        <w:tc>
          <w:tcPr>
            <w:tcW w:w="1085" w:type="dxa"/>
          </w:tcPr>
          <w:p w14:paraId="13416524" w14:textId="77777777" w:rsidR="00982C13" w:rsidRPr="00B16B4B" w:rsidRDefault="00982C13" w:rsidP="00976D79">
            <w:pPr>
              <w:jc w:val="center"/>
              <w:rPr>
                <w:rFonts w:ascii="Times New Roman" w:hAnsi="Times New Roman" w:cs="Times New Roman"/>
                <w:sz w:val="24"/>
                <w:szCs w:val="24"/>
              </w:rPr>
            </w:pPr>
            <w:r w:rsidRPr="00B16B4B">
              <w:rPr>
                <w:rFonts w:ascii="Times New Roman" w:hAnsi="Times New Roman" w:cs="Times New Roman"/>
                <w:sz w:val="24"/>
                <w:szCs w:val="24"/>
              </w:rPr>
              <w:lastRenderedPageBreak/>
              <w:t>13</w:t>
            </w:r>
          </w:p>
        </w:tc>
        <w:tc>
          <w:tcPr>
            <w:tcW w:w="2171" w:type="dxa"/>
          </w:tcPr>
          <w:p w14:paraId="4ED1C85B" w14:textId="77777777" w:rsidR="00982C13" w:rsidRPr="00B16B4B" w:rsidRDefault="00982C13">
            <w:pPr>
              <w:rPr>
                <w:rFonts w:ascii="Times New Roman" w:hAnsi="Times New Roman" w:cs="Times New Roman"/>
                <w:sz w:val="24"/>
                <w:szCs w:val="24"/>
              </w:rPr>
            </w:pPr>
            <w:r w:rsidRPr="00B16B4B">
              <w:rPr>
                <w:rFonts w:ascii="Times New Roman" w:hAnsi="Times New Roman" w:cs="Times New Roman"/>
                <w:sz w:val="24"/>
                <w:szCs w:val="24"/>
              </w:rPr>
              <w:t>Non-participation</w:t>
            </w:r>
          </w:p>
        </w:tc>
        <w:tc>
          <w:tcPr>
            <w:tcW w:w="2126" w:type="dxa"/>
          </w:tcPr>
          <w:p w14:paraId="61002053" w14:textId="47E6ECFC" w:rsidR="00982C13" w:rsidRPr="00B16B4B" w:rsidRDefault="00127133">
            <w:pPr>
              <w:rPr>
                <w:rFonts w:ascii="Times New Roman" w:hAnsi="Times New Roman" w:cs="Times New Roman"/>
                <w:sz w:val="24"/>
                <w:szCs w:val="24"/>
              </w:rPr>
            </w:pPr>
            <w:r w:rsidRPr="00B16B4B">
              <w:rPr>
                <w:rFonts w:ascii="Times New Roman" w:hAnsi="Times New Roman" w:cs="Times New Roman"/>
                <w:sz w:val="24"/>
                <w:szCs w:val="24"/>
              </w:rPr>
              <w:t>How many people refused to participate or dropped out? Reasons?</w:t>
            </w:r>
          </w:p>
        </w:tc>
        <w:tc>
          <w:tcPr>
            <w:tcW w:w="3274" w:type="dxa"/>
          </w:tcPr>
          <w:p w14:paraId="5CE5051D" w14:textId="26F80D10" w:rsidR="00982C13" w:rsidRPr="00B16B4B" w:rsidRDefault="00982C13">
            <w:pPr>
              <w:rPr>
                <w:rFonts w:ascii="Times New Roman" w:hAnsi="Times New Roman" w:cs="Times New Roman"/>
                <w:sz w:val="24"/>
                <w:szCs w:val="24"/>
              </w:rPr>
            </w:pPr>
            <w:r w:rsidRPr="00B16B4B">
              <w:rPr>
                <w:rFonts w:ascii="Times New Roman" w:hAnsi="Times New Roman" w:cs="Times New Roman"/>
                <w:sz w:val="24"/>
                <w:szCs w:val="24"/>
              </w:rPr>
              <w:t xml:space="preserve">Methods – Participants </w:t>
            </w:r>
          </w:p>
        </w:tc>
        <w:tc>
          <w:tcPr>
            <w:tcW w:w="3274" w:type="dxa"/>
          </w:tcPr>
          <w:p w14:paraId="59BD8432" w14:textId="32FA648B" w:rsidR="00982C13" w:rsidRPr="00B16B4B" w:rsidRDefault="00877CA7">
            <w:pPr>
              <w:rPr>
                <w:rFonts w:ascii="Times New Roman" w:hAnsi="Times New Roman" w:cs="Times New Roman"/>
                <w:sz w:val="24"/>
                <w:szCs w:val="24"/>
              </w:rPr>
            </w:pPr>
            <w:r w:rsidRPr="00B16B4B">
              <w:rPr>
                <w:rFonts w:ascii="Times New Roman" w:eastAsia="Times New Roman" w:hAnsi="Times New Roman" w:cs="Times New Roman"/>
                <w:sz w:val="24"/>
                <w:szCs w:val="24"/>
              </w:rPr>
              <w:t>Two eligible individuals did not take part in the IDI—one declined to participate, and another was unable to attend due to health reasons.</w:t>
            </w:r>
          </w:p>
        </w:tc>
      </w:tr>
      <w:tr w:rsidR="00982C13" w:rsidRPr="00B16B4B" w14:paraId="409CD9E9" w14:textId="5685555E" w:rsidTr="00982C13">
        <w:tc>
          <w:tcPr>
            <w:tcW w:w="1085" w:type="dxa"/>
          </w:tcPr>
          <w:p w14:paraId="406487B9" w14:textId="77777777" w:rsidR="00982C13" w:rsidRPr="00B16B4B" w:rsidRDefault="00982C13" w:rsidP="00976D79">
            <w:pPr>
              <w:jc w:val="center"/>
              <w:rPr>
                <w:rFonts w:ascii="Times New Roman" w:hAnsi="Times New Roman" w:cs="Times New Roman"/>
                <w:sz w:val="24"/>
                <w:szCs w:val="24"/>
              </w:rPr>
            </w:pPr>
            <w:r w:rsidRPr="00B16B4B">
              <w:rPr>
                <w:rFonts w:ascii="Times New Roman" w:hAnsi="Times New Roman" w:cs="Times New Roman"/>
                <w:sz w:val="24"/>
                <w:szCs w:val="24"/>
              </w:rPr>
              <w:t>14</w:t>
            </w:r>
          </w:p>
        </w:tc>
        <w:tc>
          <w:tcPr>
            <w:tcW w:w="2171" w:type="dxa"/>
          </w:tcPr>
          <w:p w14:paraId="6BB7A6F6" w14:textId="77777777" w:rsidR="00982C13" w:rsidRPr="00B16B4B" w:rsidRDefault="00982C13">
            <w:pPr>
              <w:rPr>
                <w:rFonts w:ascii="Times New Roman" w:hAnsi="Times New Roman" w:cs="Times New Roman"/>
                <w:sz w:val="24"/>
                <w:szCs w:val="24"/>
              </w:rPr>
            </w:pPr>
            <w:r w:rsidRPr="00B16B4B">
              <w:rPr>
                <w:rFonts w:ascii="Times New Roman" w:hAnsi="Times New Roman" w:cs="Times New Roman"/>
                <w:sz w:val="24"/>
                <w:szCs w:val="24"/>
              </w:rPr>
              <w:t>Setting of data collection</w:t>
            </w:r>
          </w:p>
        </w:tc>
        <w:tc>
          <w:tcPr>
            <w:tcW w:w="2126" w:type="dxa"/>
          </w:tcPr>
          <w:p w14:paraId="7F8D14A3" w14:textId="354AB30B" w:rsidR="00982C13" w:rsidRPr="00B16B4B" w:rsidRDefault="0097633B">
            <w:pPr>
              <w:rPr>
                <w:rFonts w:ascii="Times New Roman" w:hAnsi="Times New Roman" w:cs="Times New Roman"/>
                <w:sz w:val="24"/>
                <w:szCs w:val="24"/>
              </w:rPr>
            </w:pPr>
            <w:r w:rsidRPr="00B16B4B">
              <w:rPr>
                <w:rFonts w:ascii="Times New Roman" w:hAnsi="Times New Roman" w:cs="Times New Roman"/>
                <w:sz w:val="24"/>
                <w:szCs w:val="24"/>
              </w:rPr>
              <w:t>Where was the data collected? e.g. home, clinic, workplace</w:t>
            </w:r>
          </w:p>
        </w:tc>
        <w:tc>
          <w:tcPr>
            <w:tcW w:w="3274" w:type="dxa"/>
          </w:tcPr>
          <w:p w14:paraId="625DB95C" w14:textId="77777777" w:rsidR="00982C13" w:rsidRPr="00B16B4B" w:rsidRDefault="00982C13">
            <w:pPr>
              <w:rPr>
                <w:rFonts w:ascii="Times New Roman" w:hAnsi="Times New Roman" w:cs="Times New Roman"/>
                <w:sz w:val="24"/>
                <w:szCs w:val="24"/>
              </w:rPr>
            </w:pPr>
            <w:r w:rsidRPr="00B16B4B">
              <w:rPr>
                <w:rFonts w:ascii="Times New Roman" w:hAnsi="Times New Roman" w:cs="Times New Roman"/>
                <w:sz w:val="24"/>
                <w:szCs w:val="24"/>
              </w:rPr>
              <w:t>Methods – Data Collection</w:t>
            </w:r>
          </w:p>
        </w:tc>
        <w:tc>
          <w:tcPr>
            <w:tcW w:w="3274" w:type="dxa"/>
          </w:tcPr>
          <w:p w14:paraId="5428E3DE" w14:textId="76269C23" w:rsidR="00982C13" w:rsidRPr="00B16B4B" w:rsidRDefault="0097633B">
            <w:pPr>
              <w:rPr>
                <w:rFonts w:ascii="Times New Roman" w:hAnsi="Times New Roman" w:cs="Times New Roman"/>
                <w:sz w:val="24"/>
                <w:szCs w:val="24"/>
              </w:rPr>
            </w:pPr>
            <w:r w:rsidRPr="00B16B4B">
              <w:rPr>
                <w:rFonts w:ascii="Times New Roman" w:eastAsia="Times New Roman" w:hAnsi="Times New Roman" w:cs="Times New Roman"/>
                <w:sz w:val="24"/>
                <w:szCs w:val="24"/>
              </w:rPr>
              <w:t>cafés, health centers, homes</w:t>
            </w:r>
          </w:p>
        </w:tc>
      </w:tr>
      <w:tr w:rsidR="00982C13" w:rsidRPr="00B16B4B" w14:paraId="16BADEB8" w14:textId="3FBAAAFE" w:rsidTr="00982C13">
        <w:tc>
          <w:tcPr>
            <w:tcW w:w="1085" w:type="dxa"/>
          </w:tcPr>
          <w:p w14:paraId="5C60912A" w14:textId="77777777" w:rsidR="00982C13" w:rsidRPr="00B16B4B" w:rsidRDefault="00982C13" w:rsidP="00976D79">
            <w:pPr>
              <w:jc w:val="center"/>
              <w:rPr>
                <w:rFonts w:ascii="Times New Roman" w:hAnsi="Times New Roman" w:cs="Times New Roman"/>
                <w:sz w:val="24"/>
                <w:szCs w:val="24"/>
              </w:rPr>
            </w:pPr>
            <w:r w:rsidRPr="00B16B4B">
              <w:rPr>
                <w:rFonts w:ascii="Times New Roman" w:hAnsi="Times New Roman" w:cs="Times New Roman"/>
                <w:sz w:val="24"/>
                <w:szCs w:val="24"/>
              </w:rPr>
              <w:t>15</w:t>
            </w:r>
          </w:p>
        </w:tc>
        <w:tc>
          <w:tcPr>
            <w:tcW w:w="2171" w:type="dxa"/>
          </w:tcPr>
          <w:p w14:paraId="7FADEA12" w14:textId="77777777" w:rsidR="00982C13" w:rsidRPr="00B16B4B" w:rsidRDefault="00982C13">
            <w:pPr>
              <w:rPr>
                <w:rFonts w:ascii="Times New Roman" w:hAnsi="Times New Roman" w:cs="Times New Roman"/>
                <w:sz w:val="24"/>
                <w:szCs w:val="24"/>
              </w:rPr>
            </w:pPr>
            <w:r w:rsidRPr="00B16B4B">
              <w:rPr>
                <w:rFonts w:ascii="Times New Roman" w:hAnsi="Times New Roman" w:cs="Times New Roman"/>
                <w:sz w:val="24"/>
                <w:szCs w:val="24"/>
              </w:rPr>
              <w:t>Presence of non-participants</w:t>
            </w:r>
          </w:p>
        </w:tc>
        <w:tc>
          <w:tcPr>
            <w:tcW w:w="2126" w:type="dxa"/>
          </w:tcPr>
          <w:p w14:paraId="4DF9B15E" w14:textId="4A41FC81" w:rsidR="00982C13" w:rsidRPr="00B16B4B" w:rsidRDefault="0097633B">
            <w:pPr>
              <w:rPr>
                <w:rFonts w:ascii="Times New Roman" w:hAnsi="Times New Roman" w:cs="Times New Roman"/>
                <w:sz w:val="24"/>
                <w:szCs w:val="24"/>
              </w:rPr>
            </w:pPr>
            <w:r w:rsidRPr="00B16B4B">
              <w:rPr>
                <w:rFonts w:ascii="Times New Roman" w:hAnsi="Times New Roman" w:cs="Times New Roman"/>
                <w:sz w:val="24"/>
                <w:szCs w:val="24"/>
              </w:rPr>
              <w:t>Was anyone else present besides the participants and researchers?</w:t>
            </w:r>
          </w:p>
        </w:tc>
        <w:tc>
          <w:tcPr>
            <w:tcW w:w="3274" w:type="dxa"/>
          </w:tcPr>
          <w:p w14:paraId="7F1654A9" w14:textId="77777777" w:rsidR="00982C13" w:rsidRPr="00B16B4B" w:rsidRDefault="00982C13">
            <w:pPr>
              <w:rPr>
                <w:rFonts w:ascii="Times New Roman" w:hAnsi="Times New Roman" w:cs="Times New Roman"/>
                <w:sz w:val="24"/>
                <w:szCs w:val="24"/>
              </w:rPr>
            </w:pPr>
            <w:r w:rsidRPr="00B16B4B">
              <w:rPr>
                <w:rFonts w:ascii="Times New Roman" w:hAnsi="Times New Roman" w:cs="Times New Roman"/>
                <w:sz w:val="24"/>
                <w:szCs w:val="24"/>
              </w:rPr>
              <w:t>Methods – Data Collection</w:t>
            </w:r>
          </w:p>
        </w:tc>
        <w:tc>
          <w:tcPr>
            <w:tcW w:w="3274" w:type="dxa"/>
          </w:tcPr>
          <w:p w14:paraId="773EA8F6" w14:textId="03AA5A05" w:rsidR="00982C13" w:rsidRPr="00B16B4B" w:rsidRDefault="0097633B">
            <w:pPr>
              <w:rPr>
                <w:rFonts w:ascii="Times New Roman" w:hAnsi="Times New Roman" w:cs="Times New Roman"/>
                <w:sz w:val="24"/>
                <w:szCs w:val="24"/>
              </w:rPr>
            </w:pPr>
            <w:r w:rsidRPr="00B16B4B">
              <w:rPr>
                <w:rFonts w:ascii="Times New Roman" w:hAnsi="Times New Roman" w:cs="Times New Roman"/>
                <w:sz w:val="24"/>
                <w:szCs w:val="24"/>
              </w:rPr>
              <w:t>No one else was present during the interviews besides the researcher and the participant. All interviews were conducted in a private setting to ensure confidentiality and comfort.</w:t>
            </w:r>
          </w:p>
        </w:tc>
      </w:tr>
      <w:tr w:rsidR="00982C13" w:rsidRPr="00B16B4B" w14:paraId="6CDC6C7F" w14:textId="39E4EBA4" w:rsidTr="00982C13">
        <w:tc>
          <w:tcPr>
            <w:tcW w:w="1085" w:type="dxa"/>
          </w:tcPr>
          <w:p w14:paraId="19FEEE1F" w14:textId="77777777" w:rsidR="00982C13" w:rsidRPr="00B16B4B" w:rsidRDefault="00982C13">
            <w:pPr>
              <w:rPr>
                <w:rFonts w:ascii="Times New Roman" w:hAnsi="Times New Roman" w:cs="Times New Roman"/>
                <w:sz w:val="24"/>
                <w:szCs w:val="24"/>
              </w:rPr>
            </w:pPr>
            <w:r w:rsidRPr="00B16B4B">
              <w:rPr>
                <w:rFonts w:ascii="Times New Roman" w:hAnsi="Times New Roman" w:cs="Times New Roman"/>
                <w:sz w:val="24"/>
                <w:szCs w:val="24"/>
              </w:rPr>
              <w:t>16</w:t>
            </w:r>
          </w:p>
        </w:tc>
        <w:tc>
          <w:tcPr>
            <w:tcW w:w="2171" w:type="dxa"/>
          </w:tcPr>
          <w:p w14:paraId="6401D45B" w14:textId="77777777" w:rsidR="00982C13" w:rsidRPr="00B16B4B" w:rsidRDefault="00982C13">
            <w:pPr>
              <w:rPr>
                <w:rFonts w:ascii="Times New Roman" w:hAnsi="Times New Roman" w:cs="Times New Roman"/>
                <w:sz w:val="24"/>
                <w:szCs w:val="24"/>
              </w:rPr>
            </w:pPr>
            <w:r w:rsidRPr="00B16B4B">
              <w:rPr>
                <w:rFonts w:ascii="Times New Roman" w:hAnsi="Times New Roman" w:cs="Times New Roman"/>
                <w:sz w:val="24"/>
                <w:szCs w:val="24"/>
              </w:rPr>
              <w:t>Description of sample</w:t>
            </w:r>
          </w:p>
        </w:tc>
        <w:tc>
          <w:tcPr>
            <w:tcW w:w="2126" w:type="dxa"/>
          </w:tcPr>
          <w:p w14:paraId="353C90A2" w14:textId="3A4A99D2" w:rsidR="00982C13" w:rsidRPr="00B16B4B" w:rsidRDefault="0097633B">
            <w:pPr>
              <w:rPr>
                <w:rFonts w:ascii="Times New Roman" w:hAnsi="Times New Roman" w:cs="Times New Roman"/>
                <w:sz w:val="24"/>
                <w:szCs w:val="24"/>
              </w:rPr>
            </w:pPr>
            <w:r w:rsidRPr="00B16B4B">
              <w:rPr>
                <w:rFonts w:ascii="Times New Roman" w:hAnsi="Times New Roman" w:cs="Times New Roman"/>
                <w:sz w:val="24"/>
                <w:szCs w:val="24"/>
              </w:rPr>
              <w:t>What are the important characteristics of the sample? e.g. demographic data, date</w:t>
            </w:r>
          </w:p>
        </w:tc>
        <w:tc>
          <w:tcPr>
            <w:tcW w:w="3274" w:type="dxa"/>
          </w:tcPr>
          <w:p w14:paraId="6F856E11" w14:textId="77777777" w:rsidR="00982C13" w:rsidRPr="00B16B4B" w:rsidRDefault="00982C13">
            <w:pPr>
              <w:rPr>
                <w:rFonts w:ascii="Times New Roman" w:hAnsi="Times New Roman" w:cs="Times New Roman"/>
                <w:sz w:val="24"/>
                <w:szCs w:val="24"/>
              </w:rPr>
            </w:pPr>
            <w:r w:rsidRPr="00B16B4B">
              <w:rPr>
                <w:rFonts w:ascii="Times New Roman" w:hAnsi="Times New Roman" w:cs="Times New Roman"/>
                <w:sz w:val="24"/>
                <w:szCs w:val="24"/>
              </w:rPr>
              <w:t>Results – Participant Characteristics</w:t>
            </w:r>
          </w:p>
        </w:tc>
        <w:tc>
          <w:tcPr>
            <w:tcW w:w="3274" w:type="dxa"/>
          </w:tcPr>
          <w:p w14:paraId="1E30B93D" w14:textId="27F9DF32" w:rsidR="00982C13" w:rsidRPr="00B16B4B" w:rsidRDefault="0097633B">
            <w:pPr>
              <w:rPr>
                <w:rFonts w:ascii="Times New Roman" w:hAnsi="Times New Roman" w:cs="Times New Roman"/>
                <w:sz w:val="24"/>
                <w:szCs w:val="24"/>
              </w:rPr>
            </w:pPr>
            <w:r w:rsidRPr="00B16B4B">
              <w:rPr>
                <w:rFonts w:ascii="Times New Roman" w:hAnsi="Times New Roman" w:cs="Times New Roman"/>
                <w:sz w:val="24"/>
                <w:szCs w:val="24"/>
              </w:rPr>
              <w:t xml:space="preserve">Tabel </w:t>
            </w:r>
            <w:r w:rsidR="00C033A9">
              <w:rPr>
                <w:rFonts w:ascii="Times New Roman" w:hAnsi="Times New Roman" w:cs="Times New Roman"/>
                <w:sz w:val="24"/>
                <w:szCs w:val="24"/>
              </w:rPr>
              <w:t>1</w:t>
            </w:r>
          </w:p>
        </w:tc>
      </w:tr>
    </w:tbl>
    <w:p w14:paraId="5FDA4E85" w14:textId="1D06732A" w:rsidR="00506296" w:rsidRPr="00B16B4B" w:rsidRDefault="00506296">
      <w:pPr>
        <w:pStyle w:val="Heading2"/>
        <w:rPr>
          <w:rFonts w:ascii="Times New Roman" w:hAnsi="Times New Roman" w:cs="Times New Roman"/>
          <w:color w:val="auto"/>
          <w:sz w:val="24"/>
          <w:szCs w:val="24"/>
        </w:rPr>
      </w:pPr>
    </w:p>
    <w:p w14:paraId="1B7CDA44" w14:textId="1FCE2B89" w:rsidR="0097633B" w:rsidRPr="00B16B4B" w:rsidRDefault="0097633B" w:rsidP="0097633B">
      <w:pPr>
        <w:rPr>
          <w:rFonts w:ascii="Times New Roman" w:hAnsi="Times New Roman" w:cs="Times New Roman"/>
          <w:sz w:val="24"/>
          <w:szCs w:val="24"/>
        </w:rPr>
      </w:pPr>
    </w:p>
    <w:p w14:paraId="4368EF86" w14:textId="2222491E" w:rsidR="0097633B" w:rsidRPr="00B16B4B" w:rsidRDefault="0097633B" w:rsidP="0097633B">
      <w:pPr>
        <w:rPr>
          <w:rFonts w:ascii="Times New Roman" w:hAnsi="Times New Roman" w:cs="Times New Roman"/>
          <w:sz w:val="24"/>
          <w:szCs w:val="24"/>
        </w:rPr>
      </w:pPr>
    </w:p>
    <w:p w14:paraId="185BD02E" w14:textId="77777777" w:rsidR="0097633B" w:rsidRPr="00B16B4B" w:rsidRDefault="0097633B" w:rsidP="0097633B">
      <w:pPr>
        <w:rPr>
          <w:rFonts w:ascii="Times New Roman" w:hAnsi="Times New Roman" w:cs="Times New Roman"/>
          <w:sz w:val="24"/>
          <w:szCs w:val="24"/>
        </w:rPr>
      </w:pPr>
    </w:p>
    <w:p w14:paraId="5F3B3ABF" w14:textId="4AA966D1" w:rsidR="00C80CB0" w:rsidRPr="00B16B4B" w:rsidRDefault="00000000">
      <w:pPr>
        <w:pStyle w:val="Heading2"/>
        <w:rPr>
          <w:rFonts w:ascii="Times New Roman" w:hAnsi="Times New Roman" w:cs="Times New Roman"/>
          <w:color w:val="auto"/>
          <w:sz w:val="24"/>
          <w:szCs w:val="24"/>
        </w:rPr>
      </w:pPr>
      <w:r w:rsidRPr="00B16B4B">
        <w:rPr>
          <w:rFonts w:ascii="Times New Roman" w:hAnsi="Times New Roman" w:cs="Times New Roman"/>
          <w:color w:val="auto"/>
          <w:sz w:val="24"/>
          <w:szCs w:val="24"/>
        </w:rPr>
        <w:lastRenderedPageBreak/>
        <w:t>Domain 3: Analysis and Findings</w:t>
      </w:r>
    </w:p>
    <w:tbl>
      <w:tblPr>
        <w:tblStyle w:val="TableGrid"/>
        <w:tblW w:w="11902" w:type="dxa"/>
        <w:tblLook w:val="04A0" w:firstRow="1" w:lastRow="0" w:firstColumn="1" w:lastColumn="0" w:noHBand="0" w:noVBand="1"/>
      </w:tblPr>
      <w:tblGrid>
        <w:gridCol w:w="1101"/>
        <w:gridCol w:w="2155"/>
        <w:gridCol w:w="2126"/>
        <w:gridCol w:w="3260"/>
        <w:gridCol w:w="3260"/>
      </w:tblGrid>
      <w:tr w:rsidR="0097633B" w:rsidRPr="00B16B4B" w14:paraId="479854AC" w14:textId="5FDECC78" w:rsidTr="00B16B4B">
        <w:trPr>
          <w:tblHeader/>
        </w:trPr>
        <w:tc>
          <w:tcPr>
            <w:tcW w:w="1101" w:type="dxa"/>
          </w:tcPr>
          <w:p w14:paraId="7E499FE7" w14:textId="16D0ED07" w:rsidR="0097633B" w:rsidRPr="00B16B4B" w:rsidRDefault="0097633B">
            <w:pPr>
              <w:rPr>
                <w:rFonts w:ascii="Times New Roman" w:hAnsi="Times New Roman" w:cs="Times New Roman"/>
                <w:b/>
                <w:bCs/>
                <w:sz w:val="24"/>
                <w:szCs w:val="24"/>
              </w:rPr>
            </w:pPr>
            <w:r w:rsidRPr="00B16B4B">
              <w:rPr>
                <w:rFonts w:ascii="Times New Roman" w:hAnsi="Times New Roman" w:cs="Times New Roman"/>
                <w:b/>
                <w:bCs/>
                <w:sz w:val="24"/>
                <w:szCs w:val="24"/>
              </w:rPr>
              <w:t>No.</w:t>
            </w:r>
          </w:p>
        </w:tc>
        <w:tc>
          <w:tcPr>
            <w:tcW w:w="2155" w:type="dxa"/>
          </w:tcPr>
          <w:p w14:paraId="69885E0C" w14:textId="77777777" w:rsidR="0097633B" w:rsidRPr="00B16B4B" w:rsidRDefault="0097633B">
            <w:pPr>
              <w:rPr>
                <w:rFonts w:ascii="Times New Roman" w:hAnsi="Times New Roman" w:cs="Times New Roman"/>
                <w:b/>
                <w:bCs/>
                <w:sz w:val="24"/>
                <w:szCs w:val="24"/>
              </w:rPr>
            </w:pPr>
            <w:r w:rsidRPr="00B16B4B">
              <w:rPr>
                <w:rFonts w:ascii="Times New Roman" w:hAnsi="Times New Roman" w:cs="Times New Roman"/>
                <w:b/>
                <w:bCs/>
                <w:sz w:val="24"/>
                <w:szCs w:val="24"/>
              </w:rPr>
              <w:t>Description</w:t>
            </w:r>
          </w:p>
        </w:tc>
        <w:tc>
          <w:tcPr>
            <w:tcW w:w="2126" w:type="dxa"/>
          </w:tcPr>
          <w:p w14:paraId="2F8CD963" w14:textId="77777777" w:rsidR="0097633B" w:rsidRPr="00B16B4B" w:rsidRDefault="0097633B">
            <w:pPr>
              <w:rPr>
                <w:rFonts w:ascii="Times New Roman" w:hAnsi="Times New Roman" w:cs="Times New Roman"/>
                <w:b/>
                <w:bCs/>
                <w:sz w:val="24"/>
                <w:szCs w:val="24"/>
              </w:rPr>
            </w:pPr>
            <w:r w:rsidRPr="00B16B4B">
              <w:rPr>
                <w:rFonts w:ascii="Times New Roman" w:hAnsi="Times New Roman" w:cs="Times New Roman"/>
                <w:b/>
                <w:bCs/>
                <w:sz w:val="24"/>
                <w:szCs w:val="24"/>
              </w:rPr>
              <w:t>Reported?</w:t>
            </w:r>
          </w:p>
        </w:tc>
        <w:tc>
          <w:tcPr>
            <w:tcW w:w="3260" w:type="dxa"/>
          </w:tcPr>
          <w:p w14:paraId="497C7B70" w14:textId="77777777" w:rsidR="0097633B" w:rsidRPr="00B16B4B" w:rsidRDefault="0097633B">
            <w:pPr>
              <w:rPr>
                <w:rFonts w:ascii="Times New Roman" w:hAnsi="Times New Roman" w:cs="Times New Roman"/>
                <w:b/>
                <w:bCs/>
                <w:sz w:val="24"/>
                <w:szCs w:val="24"/>
              </w:rPr>
            </w:pPr>
            <w:r w:rsidRPr="00B16B4B">
              <w:rPr>
                <w:rFonts w:ascii="Times New Roman" w:hAnsi="Times New Roman" w:cs="Times New Roman"/>
                <w:b/>
                <w:bCs/>
                <w:sz w:val="24"/>
                <w:szCs w:val="24"/>
              </w:rPr>
              <w:t>Location in Manuscript</w:t>
            </w:r>
          </w:p>
        </w:tc>
        <w:tc>
          <w:tcPr>
            <w:tcW w:w="3260" w:type="dxa"/>
          </w:tcPr>
          <w:p w14:paraId="0156F782" w14:textId="49C4DA7E" w:rsidR="0097633B" w:rsidRPr="00B16B4B" w:rsidRDefault="00B16B4B">
            <w:pPr>
              <w:rPr>
                <w:rFonts w:ascii="Times New Roman" w:hAnsi="Times New Roman" w:cs="Times New Roman"/>
                <w:b/>
                <w:bCs/>
                <w:sz w:val="24"/>
                <w:szCs w:val="24"/>
              </w:rPr>
            </w:pPr>
            <w:r w:rsidRPr="00B16B4B">
              <w:rPr>
                <w:rFonts w:ascii="Times New Roman" w:hAnsi="Times New Roman" w:cs="Times New Roman"/>
                <w:b/>
                <w:bCs/>
                <w:sz w:val="24"/>
                <w:szCs w:val="24"/>
              </w:rPr>
              <w:t>Notes</w:t>
            </w:r>
          </w:p>
        </w:tc>
      </w:tr>
      <w:tr w:rsidR="0097633B" w:rsidRPr="00B16B4B" w14:paraId="12C78D0F" w14:textId="0061D686" w:rsidTr="0097633B">
        <w:tc>
          <w:tcPr>
            <w:tcW w:w="1101" w:type="dxa"/>
          </w:tcPr>
          <w:p w14:paraId="39F53449" w14:textId="77777777" w:rsidR="0097633B" w:rsidRPr="00B16B4B" w:rsidRDefault="0097633B">
            <w:pPr>
              <w:rPr>
                <w:rFonts w:ascii="Times New Roman" w:hAnsi="Times New Roman" w:cs="Times New Roman"/>
                <w:sz w:val="24"/>
                <w:szCs w:val="24"/>
              </w:rPr>
            </w:pPr>
            <w:r w:rsidRPr="00B16B4B">
              <w:rPr>
                <w:rFonts w:ascii="Times New Roman" w:hAnsi="Times New Roman" w:cs="Times New Roman"/>
                <w:sz w:val="24"/>
                <w:szCs w:val="24"/>
              </w:rPr>
              <w:t>17</w:t>
            </w:r>
          </w:p>
        </w:tc>
        <w:tc>
          <w:tcPr>
            <w:tcW w:w="2155" w:type="dxa"/>
          </w:tcPr>
          <w:p w14:paraId="0EE39A48" w14:textId="77777777" w:rsidR="0097633B" w:rsidRPr="00B16B4B" w:rsidRDefault="0097633B">
            <w:pPr>
              <w:rPr>
                <w:rFonts w:ascii="Times New Roman" w:hAnsi="Times New Roman" w:cs="Times New Roman"/>
                <w:sz w:val="24"/>
                <w:szCs w:val="24"/>
              </w:rPr>
            </w:pPr>
            <w:r w:rsidRPr="00B16B4B">
              <w:rPr>
                <w:rFonts w:ascii="Times New Roman" w:hAnsi="Times New Roman" w:cs="Times New Roman"/>
                <w:sz w:val="24"/>
                <w:szCs w:val="24"/>
              </w:rPr>
              <w:t>Interview guide provided</w:t>
            </w:r>
          </w:p>
        </w:tc>
        <w:tc>
          <w:tcPr>
            <w:tcW w:w="2126" w:type="dxa"/>
          </w:tcPr>
          <w:p w14:paraId="4CA273C1" w14:textId="6A167CD8" w:rsidR="0097633B" w:rsidRPr="00B16B4B" w:rsidRDefault="0097633B">
            <w:pPr>
              <w:rPr>
                <w:rFonts w:ascii="Times New Roman" w:hAnsi="Times New Roman" w:cs="Times New Roman"/>
                <w:sz w:val="24"/>
                <w:szCs w:val="24"/>
              </w:rPr>
            </w:pPr>
            <w:r w:rsidRPr="00B16B4B">
              <w:rPr>
                <w:rFonts w:ascii="Times New Roman" w:hAnsi="Times New Roman" w:cs="Times New Roman"/>
                <w:sz w:val="24"/>
                <w:szCs w:val="24"/>
              </w:rPr>
              <w:t>Were questions, prompts, guides provided by the authors? Was it pilot tested?</w:t>
            </w:r>
          </w:p>
        </w:tc>
        <w:tc>
          <w:tcPr>
            <w:tcW w:w="3260" w:type="dxa"/>
          </w:tcPr>
          <w:p w14:paraId="0F3F846A" w14:textId="77777777" w:rsidR="0097633B" w:rsidRPr="00B16B4B" w:rsidRDefault="0097633B">
            <w:pPr>
              <w:rPr>
                <w:rFonts w:ascii="Times New Roman" w:hAnsi="Times New Roman" w:cs="Times New Roman"/>
                <w:sz w:val="24"/>
                <w:szCs w:val="24"/>
              </w:rPr>
            </w:pPr>
            <w:r w:rsidRPr="00B16B4B">
              <w:rPr>
                <w:rFonts w:ascii="Times New Roman" w:hAnsi="Times New Roman" w:cs="Times New Roman"/>
                <w:sz w:val="24"/>
                <w:szCs w:val="24"/>
              </w:rPr>
              <w:t>Methods – Data Collection</w:t>
            </w:r>
          </w:p>
        </w:tc>
        <w:tc>
          <w:tcPr>
            <w:tcW w:w="3260" w:type="dxa"/>
          </w:tcPr>
          <w:p w14:paraId="446F912C" w14:textId="40064D15" w:rsidR="0097633B" w:rsidRPr="00B16B4B" w:rsidRDefault="00D91FE2">
            <w:pPr>
              <w:rPr>
                <w:rFonts w:ascii="Times New Roman" w:hAnsi="Times New Roman" w:cs="Times New Roman"/>
                <w:sz w:val="24"/>
                <w:szCs w:val="24"/>
              </w:rPr>
            </w:pPr>
            <w:r w:rsidRPr="00D91FE2">
              <w:rPr>
                <w:rFonts w:ascii="Times New Roman" w:eastAsia="Times New Roman" w:hAnsi="Times New Roman" w:cs="Times New Roman"/>
                <w:sz w:val="24"/>
                <w:szCs w:val="24"/>
              </w:rPr>
              <w:t>Semi-structured interview and FGD guides were developed from the literature, reviewed by researchers experienced in HIV and qualitative research, and used flexibly to explore emerging issues.</w:t>
            </w:r>
          </w:p>
        </w:tc>
      </w:tr>
      <w:tr w:rsidR="0097633B" w:rsidRPr="00B16B4B" w14:paraId="27175A57" w14:textId="072116B2" w:rsidTr="0097633B">
        <w:tc>
          <w:tcPr>
            <w:tcW w:w="1101" w:type="dxa"/>
          </w:tcPr>
          <w:p w14:paraId="0C7B34EB" w14:textId="77777777" w:rsidR="0097633B" w:rsidRPr="00B16B4B" w:rsidRDefault="0097633B">
            <w:pPr>
              <w:rPr>
                <w:rFonts w:ascii="Times New Roman" w:hAnsi="Times New Roman" w:cs="Times New Roman"/>
                <w:sz w:val="24"/>
                <w:szCs w:val="24"/>
              </w:rPr>
            </w:pPr>
            <w:r w:rsidRPr="00B16B4B">
              <w:rPr>
                <w:rFonts w:ascii="Times New Roman" w:hAnsi="Times New Roman" w:cs="Times New Roman"/>
                <w:sz w:val="24"/>
                <w:szCs w:val="24"/>
              </w:rPr>
              <w:t>18</w:t>
            </w:r>
          </w:p>
        </w:tc>
        <w:tc>
          <w:tcPr>
            <w:tcW w:w="2155" w:type="dxa"/>
          </w:tcPr>
          <w:p w14:paraId="6DA9E53F" w14:textId="77777777" w:rsidR="0097633B" w:rsidRPr="00B16B4B" w:rsidRDefault="0097633B">
            <w:pPr>
              <w:rPr>
                <w:rFonts w:ascii="Times New Roman" w:hAnsi="Times New Roman" w:cs="Times New Roman"/>
                <w:sz w:val="24"/>
                <w:szCs w:val="24"/>
              </w:rPr>
            </w:pPr>
            <w:r w:rsidRPr="00B16B4B">
              <w:rPr>
                <w:rFonts w:ascii="Times New Roman" w:hAnsi="Times New Roman" w:cs="Times New Roman"/>
                <w:sz w:val="24"/>
                <w:szCs w:val="24"/>
              </w:rPr>
              <w:t>Repeat interviews</w:t>
            </w:r>
          </w:p>
        </w:tc>
        <w:tc>
          <w:tcPr>
            <w:tcW w:w="2126" w:type="dxa"/>
          </w:tcPr>
          <w:p w14:paraId="29CCA5D6" w14:textId="2DB3CEA6" w:rsidR="0097633B" w:rsidRPr="00B16B4B" w:rsidRDefault="0097633B">
            <w:pPr>
              <w:rPr>
                <w:rFonts w:ascii="Times New Roman" w:hAnsi="Times New Roman" w:cs="Times New Roman"/>
                <w:sz w:val="24"/>
                <w:szCs w:val="24"/>
              </w:rPr>
            </w:pPr>
            <w:r w:rsidRPr="00B16B4B">
              <w:rPr>
                <w:rFonts w:ascii="Times New Roman" w:hAnsi="Times New Roman" w:cs="Times New Roman"/>
                <w:sz w:val="24"/>
                <w:szCs w:val="24"/>
              </w:rPr>
              <w:t>Were repeat inter views carried out? If yes, how many?</w:t>
            </w:r>
          </w:p>
        </w:tc>
        <w:tc>
          <w:tcPr>
            <w:tcW w:w="3260" w:type="dxa"/>
          </w:tcPr>
          <w:p w14:paraId="2B02D7A3" w14:textId="46E3FD78" w:rsidR="0097633B" w:rsidRPr="00B16B4B" w:rsidRDefault="0097633B">
            <w:pPr>
              <w:rPr>
                <w:rFonts w:ascii="Times New Roman" w:hAnsi="Times New Roman" w:cs="Times New Roman"/>
                <w:sz w:val="24"/>
                <w:szCs w:val="24"/>
              </w:rPr>
            </w:pPr>
            <w:r w:rsidRPr="00B16B4B">
              <w:rPr>
                <w:rFonts w:ascii="Times New Roman" w:hAnsi="Times New Roman" w:cs="Times New Roman"/>
                <w:sz w:val="24"/>
                <w:szCs w:val="24"/>
              </w:rPr>
              <w:t>Methods – Data Collection</w:t>
            </w:r>
          </w:p>
        </w:tc>
        <w:tc>
          <w:tcPr>
            <w:tcW w:w="3260" w:type="dxa"/>
          </w:tcPr>
          <w:p w14:paraId="1B70603E" w14:textId="7D61FD82" w:rsidR="0097633B" w:rsidRPr="00B16B4B" w:rsidRDefault="00D91FE2">
            <w:pPr>
              <w:rPr>
                <w:rFonts w:ascii="Times New Roman" w:hAnsi="Times New Roman" w:cs="Times New Roman"/>
                <w:sz w:val="24"/>
                <w:szCs w:val="24"/>
              </w:rPr>
            </w:pPr>
            <w:r w:rsidRPr="00D91FE2">
              <w:rPr>
                <w:rFonts w:ascii="Times New Roman" w:eastAsia="Times New Roman" w:hAnsi="Times New Roman" w:cs="Times New Roman"/>
                <w:sz w:val="24"/>
                <w:szCs w:val="24"/>
              </w:rPr>
              <w:t>Three follow-up interviews were conducted with participants from the initial sample to clarify and deepen understanding of issues that could not be fully explored during the first interview</w:t>
            </w:r>
          </w:p>
        </w:tc>
      </w:tr>
      <w:tr w:rsidR="0097633B" w:rsidRPr="00B16B4B" w14:paraId="4C63189A" w14:textId="4128D921" w:rsidTr="0097633B">
        <w:tc>
          <w:tcPr>
            <w:tcW w:w="1101" w:type="dxa"/>
          </w:tcPr>
          <w:p w14:paraId="45F17214" w14:textId="77777777" w:rsidR="0097633B" w:rsidRPr="00B16B4B" w:rsidRDefault="0097633B">
            <w:pPr>
              <w:rPr>
                <w:rFonts w:ascii="Times New Roman" w:hAnsi="Times New Roman" w:cs="Times New Roman"/>
                <w:sz w:val="24"/>
                <w:szCs w:val="24"/>
              </w:rPr>
            </w:pPr>
            <w:r w:rsidRPr="00B16B4B">
              <w:rPr>
                <w:rFonts w:ascii="Times New Roman" w:hAnsi="Times New Roman" w:cs="Times New Roman"/>
                <w:sz w:val="24"/>
                <w:szCs w:val="24"/>
              </w:rPr>
              <w:t>19</w:t>
            </w:r>
          </w:p>
        </w:tc>
        <w:tc>
          <w:tcPr>
            <w:tcW w:w="2155" w:type="dxa"/>
          </w:tcPr>
          <w:p w14:paraId="5AB24520" w14:textId="77777777" w:rsidR="0097633B" w:rsidRPr="00B16B4B" w:rsidRDefault="0097633B">
            <w:pPr>
              <w:rPr>
                <w:rFonts w:ascii="Times New Roman" w:hAnsi="Times New Roman" w:cs="Times New Roman"/>
                <w:sz w:val="24"/>
                <w:szCs w:val="24"/>
              </w:rPr>
            </w:pPr>
            <w:r w:rsidRPr="00B16B4B">
              <w:rPr>
                <w:rFonts w:ascii="Times New Roman" w:hAnsi="Times New Roman" w:cs="Times New Roman"/>
                <w:sz w:val="24"/>
                <w:szCs w:val="24"/>
              </w:rPr>
              <w:t>Audio/visual recording</w:t>
            </w:r>
          </w:p>
        </w:tc>
        <w:tc>
          <w:tcPr>
            <w:tcW w:w="2126" w:type="dxa"/>
          </w:tcPr>
          <w:p w14:paraId="0412D0FE" w14:textId="0274FC38" w:rsidR="0097633B" w:rsidRPr="00B16B4B" w:rsidRDefault="00072CB1">
            <w:pPr>
              <w:rPr>
                <w:rFonts w:ascii="Times New Roman" w:hAnsi="Times New Roman" w:cs="Times New Roman"/>
                <w:sz w:val="24"/>
                <w:szCs w:val="24"/>
              </w:rPr>
            </w:pPr>
            <w:r w:rsidRPr="00B16B4B">
              <w:rPr>
                <w:rFonts w:ascii="Times New Roman" w:hAnsi="Times New Roman" w:cs="Times New Roman"/>
                <w:sz w:val="24"/>
                <w:szCs w:val="24"/>
              </w:rPr>
              <w:t>Did the research use audio or visual recording to collect the data?</w:t>
            </w:r>
          </w:p>
        </w:tc>
        <w:tc>
          <w:tcPr>
            <w:tcW w:w="3260" w:type="dxa"/>
          </w:tcPr>
          <w:p w14:paraId="60E8571F" w14:textId="77777777" w:rsidR="0097633B" w:rsidRPr="00B16B4B" w:rsidRDefault="0097633B">
            <w:pPr>
              <w:rPr>
                <w:rFonts w:ascii="Times New Roman" w:hAnsi="Times New Roman" w:cs="Times New Roman"/>
                <w:sz w:val="24"/>
                <w:szCs w:val="24"/>
              </w:rPr>
            </w:pPr>
            <w:r w:rsidRPr="00B16B4B">
              <w:rPr>
                <w:rFonts w:ascii="Times New Roman" w:hAnsi="Times New Roman" w:cs="Times New Roman"/>
                <w:sz w:val="24"/>
                <w:szCs w:val="24"/>
              </w:rPr>
              <w:t>Methods – Data Collection</w:t>
            </w:r>
          </w:p>
        </w:tc>
        <w:tc>
          <w:tcPr>
            <w:tcW w:w="3260" w:type="dxa"/>
          </w:tcPr>
          <w:p w14:paraId="571EA014" w14:textId="62CED1B2" w:rsidR="0097633B" w:rsidRPr="00B16B4B" w:rsidRDefault="00072CB1">
            <w:pPr>
              <w:rPr>
                <w:rFonts w:ascii="Times New Roman" w:hAnsi="Times New Roman" w:cs="Times New Roman"/>
                <w:sz w:val="24"/>
                <w:szCs w:val="24"/>
              </w:rPr>
            </w:pPr>
            <w:r w:rsidRPr="00B16B4B">
              <w:rPr>
                <w:rFonts w:ascii="Times New Roman" w:eastAsia="Times New Roman" w:hAnsi="Times New Roman" w:cs="Times New Roman"/>
                <w:sz w:val="24"/>
                <w:szCs w:val="24"/>
              </w:rPr>
              <w:t>Audio-recorded with consent, and held in private, informal locations</w:t>
            </w:r>
          </w:p>
        </w:tc>
      </w:tr>
      <w:tr w:rsidR="0097633B" w:rsidRPr="00B16B4B" w14:paraId="0BF4FCF3" w14:textId="4CEFF7FB" w:rsidTr="0097633B">
        <w:tc>
          <w:tcPr>
            <w:tcW w:w="1101" w:type="dxa"/>
          </w:tcPr>
          <w:p w14:paraId="10B3ABB5" w14:textId="77777777" w:rsidR="0097633B" w:rsidRPr="00B16B4B" w:rsidRDefault="0097633B" w:rsidP="008046B5">
            <w:pPr>
              <w:rPr>
                <w:rFonts w:ascii="Times New Roman" w:hAnsi="Times New Roman" w:cs="Times New Roman"/>
                <w:sz w:val="24"/>
                <w:szCs w:val="24"/>
              </w:rPr>
            </w:pPr>
            <w:r w:rsidRPr="00B16B4B">
              <w:rPr>
                <w:rFonts w:ascii="Times New Roman" w:hAnsi="Times New Roman" w:cs="Times New Roman"/>
                <w:sz w:val="24"/>
                <w:szCs w:val="24"/>
              </w:rPr>
              <w:t>20</w:t>
            </w:r>
          </w:p>
        </w:tc>
        <w:tc>
          <w:tcPr>
            <w:tcW w:w="2155" w:type="dxa"/>
          </w:tcPr>
          <w:p w14:paraId="57CEF779" w14:textId="77777777" w:rsidR="0097633B" w:rsidRPr="00B16B4B" w:rsidRDefault="0097633B" w:rsidP="008046B5">
            <w:pPr>
              <w:rPr>
                <w:rFonts w:ascii="Times New Roman" w:hAnsi="Times New Roman" w:cs="Times New Roman"/>
                <w:sz w:val="24"/>
                <w:szCs w:val="24"/>
              </w:rPr>
            </w:pPr>
            <w:r w:rsidRPr="00B16B4B">
              <w:rPr>
                <w:rFonts w:ascii="Times New Roman" w:hAnsi="Times New Roman" w:cs="Times New Roman"/>
                <w:sz w:val="24"/>
                <w:szCs w:val="24"/>
              </w:rPr>
              <w:t>Field notes</w:t>
            </w:r>
          </w:p>
        </w:tc>
        <w:tc>
          <w:tcPr>
            <w:tcW w:w="2126" w:type="dxa"/>
          </w:tcPr>
          <w:p w14:paraId="39F8CA0E" w14:textId="13303856" w:rsidR="0097633B" w:rsidRPr="00B16B4B" w:rsidRDefault="00FC4E15" w:rsidP="008046B5">
            <w:pPr>
              <w:rPr>
                <w:rFonts w:ascii="Times New Roman" w:hAnsi="Times New Roman" w:cs="Times New Roman"/>
                <w:sz w:val="24"/>
                <w:szCs w:val="24"/>
              </w:rPr>
            </w:pPr>
            <w:r w:rsidRPr="00B16B4B">
              <w:rPr>
                <w:rFonts w:ascii="Times New Roman" w:hAnsi="Times New Roman" w:cs="Times New Roman"/>
                <w:sz w:val="24"/>
                <w:szCs w:val="24"/>
              </w:rPr>
              <w:t>Were field notes made during and/or after the interview or focus group?</w:t>
            </w:r>
          </w:p>
        </w:tc>
        <w:tc>
          <w:tcPr>
            <w:tcW w:w="3260" w:type="dxa"/>
          </w:tcPr>
          <w:p w14:paraId="186C408C" w14:textId="0B302C8B" w:rsidR="0097633B" w:rsidRPr="00B16B4B" w:rsidRDefault="0097633B" w:rsidP="008046B5">
            <w:pPr>
              <w:rPr>
                <w:rFonts w:ascii="Times New Roman" w:hAnsi="Times New Roman" w:cs="Times New Roman"/>
                <w:sz w:val="24"/>
                <w:szCs w:val="24"/>
              </w:rPr>
            </w:pPr>
            <w:r w:rsidRPr="00B16B4B">
              <w:rPr>
                <w:rFonts w:ascii="Times New Roman" w:hAnsi="Times New Roman" w:cs="Times New Roman"/>
                <w:sz w:val="24"/>
                <w:szCs w:val="24"/>
              </w:rPr>
              <w:t>Methods – Data Collection</w:t>
            </w:r>
          </w:p>
        </w:tc>
        <w:tc>
          <w:tcPr>
            <w:tcW w:w="3260" w:type="dxa"/>
          </w:tcPr>
          <w:p w14:paraId="2D09346C" w14:textId="3592107C" w:rsidR="0097633B" w:rsidRPr="00B16B4B" w:rsidRDefault="00FC4E15" w:rsidP="008046B5">
            <w:pPr>
              <w:rPr>
                <w:rFonts w:ascii="Times New Roman" w:hAnsi="Times New Roman" w:cs="Times New Roman"/>
                <w:sz w:val="24"/>
                <w:szCs w:val="24"/>
              </w:rPr>
            </w:pPr>
            <w:r w:rsidRPr="00B16B4B">
              <w:rPr>
                <w:rFonts w:ascii="Times New Roman" w:eastAsia="Times New Roman" w:hAnsi="Times New Roman" w:cs="Times New Roman"/>
                <w:sz w:val="24"/>
                <w:szCs w:val="24"/>
              </w:rPr>
              <w:t>Field notes were recorded during and after each session to capture nonverbal cues, setting context, and researcher reflections</w:t>
            </w:r>
          </w:p>
        </w:tc>
      </w:tr>
      <w:tr w:rsidR="0097633B" w:rsidRPr="00B16B4B" w14:paraId="487CB961" w14:textId="552CDDB6" w:rsidTr="0097633B">
        <w:tc>
          <w:tcPr>
            <w:tcW w:w="1101" w:type="dxa"/>
          </w:tcPr>
          <w:p w14:paraId="5098B1B2" w14:textId="77777777" w:rsidR="0097633B" w:rsidRPr="00B16B4B" w:rsidRDefault="0097633B" w:rsidP="008046B5">
            <w:pPr>
              <w:rPr>
                <w:rFonts w:ascii="Times New Roman" w:hAnsi="Times New Roman" w:cs="Times New Roman"/>
                <w:sz w:val="24"/>
                <w:szCs w:val="24"/>
              </w:rPr>
            </w:pPr>
            <w:r w:rsidRPr="00B16B4B">
              <w:rPr>
                <w:rFonts w:ascii="Times New Roman" w:hAnsi="Times New Roman" w:cs="Times New Roman"/>
                <w:sz w:val="24"/>
                <w:szCs w:val="24"/>
              </w:rPr>
              <w:t>21</w:t>
            </w:r>
          </w:p>
        </w:tc>
        <w:tc>
          <w:tcPr>
            <w:tcW w:w="2155" w:type="dxa"/>
          </w:tcPr>
          <w:p w14:paraId="0CE5D514" w14:textId="77777777" w:rsidR="0097633B" w:rsidRPr="00B16B4B" w:rsidRDefault="0097633B" w:rsidP="008046B5">
            <w:pPr>
              <w:rPr>
                <w:rFonts w:ascii="Times New Roman" w:hAnsi="Times New Roman" w:cs="Times New Roman"/>
                <w:sz w:val="24"/>
                <w:szCs w:val="24"/>
              </w:rPr>
            </w:pPr>
            <w:r w:rsidRPr="00B16B4B">
              <w:rPr>
                <w:rFonts w:ascii="Times New Roman" w:hAnsi="Times New Roman" w:cs="Times New Roman"/>
                <w:sz w:val="24"/>
                <w:szCs w:val="24"/>
              </w:rPr>
              <w:t>Duration of interviews</w:t>
            </w:r>
          </w:p>
        </w:tc>
        <w:tc>
          <w:tcPr>
            <w:tcW w:w="2126" w:type="dxa"/>
          </w:tcPr>
          <w:p w14:paraId="682C2AD1" w14:textId="6BBF304A" w:rsidR="0097633B" w:rsidRPr="00B16B4B" w:rsidRDefault="00FC4E15" w:rsidP="008046B5">
            <w:pPr>
              <w:rPr>
                <w:rFonts w:ascii="Times New Roman" w:hAnsi="Times New Roman" w:cs="Times New Roman"/>
                <w:sz w:val="24"/>
                <w:szCs w:val="24"/>
              </w:rPr>
            </w:pPr>
            <w:r w:rsidRPr="00B16B4B">
              <w:rPr>
                <w:rFonts w:ascii="Times New Roman" w:hAnsi="Times New Roman" w:cs="Times New Roman"/>
                <w:sz w:val="24"/>
                <w:szCs w:val="24"/>
              </w:rPr>
              <w:t>What was the duration of the inter views or focus group?</w:t>
            </w:r>
          </w:p>
        </w:tc>
        <w:tc>
          <w:tcPr>
            <w:tcW w:w="3260" w:type="dxa"/>
          </w:tcPr>
          <w:p w14:paraId="017389DE" w14:textId="77777777" w:rsidR="0097633B" w:rsidRPr="00B16B4B" w:rsidRDefault="0097633B" w:rsidP="008046B5">
            <w:pPr>
              <w:rPr>
                <w:rFonts w:ascii="Times New Roman" w:hAnsi="Times New Roman" w:cs="Times New Roman"/>
                <w:sz w:val="24"/>
                <w:szCs w:val="24"/>
              </w:rPr>
            </w:pPr>
            <w:r w:rsidRPr="00B16B4B">
              <w:rPr>
                <w:rFonts w:ascii="Times New Roman" w:hAnsi="Times New Roman" w:cs="Times New Roman"/>
                <w:sz w:val="24"/>
                <w:szCs w:val="24"/>
              </w:rPr>
              <w:t>Methods – Data Collection</w:t>
            </w:r>
          </w:p>
        </w:tc>
        <w:tc>
          <w:tcPr>
            <w:tcW w:w="3260" w:type="dxa"/>
          </w:tcPr>
          <w:p w14:paraId="35427E16" w14:textId="15E3E773" w:rsidR="0097633B" w:rsidRPr="00B16B4B" w:rsidRDefault="00FC4E15" w:rsidP="008046B5">
            <w:pPr>
              <w:rPr>
                <w:rFonts w:ascii="Times New Roman" w:hAnsi="Times New Roman" w:cs="Times New Roman"/>
                <w:sz w:val="24"/>
                <w:szCs w:val="24"/>
              </w:rPr>
            </w:pPr>
            <w:r w:rsidRPr="00B16B4B">
              <w:rPr>
                <w:rFonts w:ascii="Times New Roman" w:eastAsia="Times New Roman" w:hAnsi="Times New Roman" w:cs="Times New Roman"/>
                <w:sz w:val="24"/>
                <w:szCs w:val="24"/>
              </w:rPr>
              <w:t>lasting approximately 45–60 minutes</w:t>
            </w:r>
          </w:p>
        </w:tc>
      </w:tr>
      <w:tr w:rsidR="0097633B" w:rsidRPr="00B16B4B" w14:paraId="141D697C" w14:textId="52EBEC34" w:rsidTr="0097633B">
        <w:tc>
          <w:tcPr>
            <w:tcW w:w="1101" w:type="dxa"/>
          </w:tcPr>
          <w:p w14:paraId="73E08CC3" w14:textId="77777777" w:rsidR="0097633B" w:rsidRPr="00B16B4B" w:rsidRDefault="0097633B" w:rsidP="008046B5">
            <w:pPr>
              <w:rPr>
                <w:rFonts w:ascii="Times New Roman" w:hAnsi="Times New Roman" w:cs="Times New Roman"/>
                <w:sz w:val="24"/>
                <w:szCs w:val="24"/>
              </w:rPr>
            </w:pPr>
            <w:r w:rsidRPr="00B16B4B">
              <w:rPr>
                <w:rFonts w:ascii="Times New Roman" w:hAnsi="Times New Roman" w:cs="Times New Roman"/>
                <w:sz w:val="24"/>
                <w:szCs w:val="24"/>
              </w:rPr>
              <w:lastRenderedPageBreak/>
              <w:t>22</w:t>
            </w:r>
          </w:p>
        </w:tc>
        <w:tc>
          <w:tcPr>
            <w:tcW w:w="2155" w:type="dxa"/>
          </w:tcPr>
          <w:p w14:paraId="088507EF" w14:textId="77777777" w:rsidR="0097633B" w:rsidRPr="00B16B4B" w:rsidRDefault="0097633B" w:rsidP="008046B5">
            <w:pPr>
              <w:rPr>
                <w:rFonts w:ascii="Times New Roman" w:hAnsi="Times New Roman" w:cs="Times New Roman"/>
                <w:sz w:val="24"/>
                <w:szCs w:val="24"/>
              </w:rPr>
            </w:pPr>
            <w:r w:rsidRPr="00B16B4B">
              <w:rPr>
                <w:rFonts w:ascii="Times New Roman" w:hAnsi="Times New Roman" w:cs="Times New Roman"/>
                <w:sz w:val="24"/>
                <w:szCs w:val="24"/>
              </w:rPr>
              <w:t>Data saturation discussed</w:t>
            </w:r>
          </w:p>
        </w:tc>
        <w:tc>
          <w:tcPr>
            <w:tcW w:w="2126" w:type="dxa"/>
          </w:tcPr>
          <w:p w14:paraId="728E0F4C" w14:textId="7F45904B" w:rsidR="0097633B" w:rsidRPr="00B16B4B" w:rsidRDefault="00FC4E15" w:rsidP="008046B5">
            <w:pPr>
              <w:rPr>
                <w:rFonts w:ascii="Times New Roman" w:hAnsi="Times New Roman" w:cs="Times New Roman"/>
                <w:sz w:val="24"/>
                <w:szCs w:val="24"/>
              </w:rPr>
            </w:pPr>
            <w:r w:rsidRPr="00B16B4B">
              <w:rPr>
                <w:rFonts w:ascii="Times New Roman" w:hAnsi="Times New Roman" w:cs="Times New Roman"/>
                <w:sz w:val="24"/>
                <w:szCs w:val="24"/>
              </w:rPr>
              <w:t>Was data saturation discussed?</w:t>
            </w:r>
          </w:p>
        </w:tc>
        <w:tc>
          <w:tcPr>
            <w:tcW w:w="3260" w:type="dxa"/>
          </w:tcPr>
          <w:p w14:paraId="4EEDCEA5" w14:textId="44711F40" w:rsidR="0097633B" w:rsidRPr="00B16B4B" w:rsidRDefault="0097633B" w:rsidP="008046B5">
            <w:pPr>
              <w:rPr>
                <w:rFonts w:ascii="Times New Roman" w:hAnsi="Times New Roman" w:cs="Times New Roman"/>
                <w:sz w:val="24"/>
                <w:szCs w:val="24"/>
              </w:rPr>
            </w:pPr>
            <w:r w:rsidRPr="00B16B4B">
              <w:rPr>
                <w:rFonts w:ascii="Times New Roman" w:hAnsi="Times New Roman" w:cs="Times New Roman"/>
                <w:sz w:val="24"/>
                <w:szCs w:val="24"/>
              </w:rPr>
              <w:t xml:space="preserve">Methods – </w:t>
            </w:r>
            <w:r w:rsidR="00FC4E15" w:rsidRPr="00B16B4B">
              <w:rPr>
                <w:rFonts w:ascii="Times New Roman" w:hAnsi="Times New Roman" w:cs="Times New Roman"/>
                <w:sz w:val="24"/>
                <w:szCs w:val="24"/>
              </w:rPr>
              <w:t>Data Collection and data analysis</w:t>
            </w:r>
          </w:p>
        </w:tc>
        <w:tc>
          <w:tcPr>
            <w:tcW w:w="3260" w:type="dxa"/>
          </w:tcPr>
          <w:p w14:paraId="3FD17B68" w14:textId="4B243BB2" w:rsidR="0097633B" w:rsidRPr="00B16B4B" w:rsidRDefault="00D91FE2" w:rsidP="008046B5">
            <w:pPr>
              <w:rPr>
                <w:rFonts w:ascii="Times New Roman" w:hAnsi="Times New Roman" w:cs="Times New Roman"/>
                <w:sz w:val="24"/>
                <w:szCs w:val="24"/>
              </w:rPr>
            </w:pPr>
            <w:r w:rsidRPr="00D91FE2">
              <w:rPr>
                <w:rFonts w:ascii="Times New Roman" w:hAnsi="Times New Roman" w:cs="Times New Roman"/>
                <w:sz w:val="24"/>
                <w:szCs w:val="24"/>
              </w:rPr>
              <w:t>Sampling continued until thematic sufficiency was reached, indicated by the recurrence of key patterns related to stigma, disclosure, condom use, and relational negotiation.</w:t>
            </w:r>
          </w:p>
        </w:tc>
      </w:tr>
      <w:tr w:rsidR="0097633B" w:rsidRPr="00B16B4B" w14:paraId="229CB78A" w14:textId="62780990" w:rsidTr="0097633B">
        <w:tc>
          <w:tcPr>
            <w:tcW w:w="1101" w:type="dxa"/>
          </w:tcPr>
          <w:p w14:paraId="47646FD8" w14:textId="77777777" w:rsidR="0097633B" w:rsidRPr="00B16B4B" w:rsidRDefault="0097633B" w:rsidP="008046B5">
            <w:pPr>
              <w:rPr>
                <w:rFonts w:ascii="Times New Roman" w:hAnsi="Times New Roman" w:cs="Times New Roman"/>
                <w:sz w:val="24"/>
                <w:szCs w:val="24"/>
              </w:rPr>
            </w:pPr>
            <w:r w:rsidRPr="00B16B4B">
              <w:rPr>
                <w:rFonts w:ascii="Times New Roman" w:hAnsi="Times New Roman" w:cs="Times New Roman"/>
                <w:sz w:val="24"/>
                <w:szCs w:val="24"/>
              </w:rPr>
              <w:t>23</w:t>
            </w:r>
          </w:p>
        </w:tc>
        <w:tc>
          <w:tcPr>
            <w:tcW w:w="2155" w:type="dxa"/>
          </w:tcPr>
          <w:p w14:paraId="73239B57" w14:textId="77777777" w:rsidR="0097633B" w:rsidRPr="00B16B4B" w:rsidRDefault="0097633B" w:rsidP="008046B5">
            <w:pPr>
              <w:rPr>
                <w:rFonts w:ascii="Times New Roman" w:hAnsi="Times New Roman" w:cs="Times New Roman"/>
                <w:sz w:val="24"/>
                <w:szCs w:val="24"/>
              </w:rPr>
            </w:pPr>
            <w:r w:rsidRPr="00B16B4B">
              <w:rPr>
                <w:rFonts w:ascii="Times New Roman" w:hAnsi="Times New Roman" w:cs="Times New Roman"/>
                <w:sz w:val="24"/>
                <w:szCs w:val="24"/>
              </w:rPr>
              <w:t>Transcripts returned to participants</w:t>
            </w:r>
          </w:p>
        </w:tc>
        <w:tc>
          <w:tcPr>
            <w:tcW w:w="2126" w:type="dxa"/>
          </w:tcPr>
          <w:p w14:paraId="380B4BB2" w14:textId="1882F1C8" w:rsidR="0097633B" w:rsidRPr="00B16B4B" w:rsidRDefault="00165179" w:rsidP="008046B5">
            <w:pPr>
              <w:rPr>
                <w:rFonts w:ascii="Times New Roman" w:hAnsi="Times New Roman" w:cs="Times New Roman"/>
                <w:sz w:val="24"/>
                <w:szCs w:val="24"/>
              </w:rPr>
            </w:pPr>
            <w:r w:rsidRPr="00B16B4B">
              <w:rPr>
                <w:rFonts w:ascii="Times New Roman" w:hAnsi="Times New Roman" w:cs="Times New Roman"/>
                <w:sz w:val="24"/>
                <w:szCs w:val="24"/>
              </w:rPr>
              <w:t>Were transcripts returned to participants for comment and/or</w:t>
            </w:r>
          </w:p>
        </w:tc>
        <w:tc>
          <w:tcPr>
            <w:tcW w:w="3260" w:type="dxa"/>
          </w:tcPr>
          <w:p w14:paraId="2463C581" w14:textId="3A4B8E90" w:rsidR="0097633B" w:rsidRPr="00B16B4B" w:rsidRDefault="0097633B" w:rsidP="008046B5">
            <w:pPr>
              <w:rPr>
                <w:rFonts w:ascii="Times New Roman" w:hAnsi="Times New Roman" w:cs="Times New Roman"/>
                <w:sz w:val="24"/>
                <w:szCs w:val="24"/>
              </w:rPr>
            </w:pPr>
            <w:r w:rsidRPr="00B16B4B">
              <w:rPr>
                <w:rFonts w:ascii="Times New Roman" w:hAnsi="Times New Roman" w:cs="Times New Roman"/>
                <w:sz w:val="24"/>
                <w:szCs w:val="24"/>
              </w:rPr>
              <w:t>Methods- Data Analysis</w:t>
            </w:r>
          </w:p>
        </w:tc>
        <w:tc>
          <w:tcPr>
            <w:tcW w:w="3260" w:type="dxa"/>
          </w:tcPr>
          <w:p w14:paraId="3213CFC6" w14:textId="4434ABE5" w:rsidR="0097633B" w:rsidRPr="00B16B4B" w:rsidRDefault="00165179" w:rsidP="008046B5">
            <w:pPr>
              <w:rPr>
                <w:rFonts w:ascii="Times New Roman" w:hAnsi="Times New Roman" w:cs="Times New Roman"/>
                <w:sz w:val="24"/>
                <w:szCs w:val="24"/>
              </w:rPr>
            </w:pPr>
            <w:r w:rsidRPr="00B16B4B">
              <w:rPr>
                <w:rFonts w:ascii="Times New Roman" w:hAnsi="Times New Roman" w:cs="Times New Roman"/>
                <w:sz w:val="24"/>
                <w:szCs w:val="24"/>
              </w:rPr>
              <w:t>Although transcripts were not returned to participants for member checking, the study-maintained credibility through peer debriefing, triangulation, and team-based reflexive discussions.</w:t>
            </w:r>
          </w:p>
        </w:tc>
      </w:tr>
      <w:tr w:rsidR="0097633B" w:rsidRPr="00B16B4B" w14:paraId="320F21D9" w14:textId="3D16BF70" w:rsidTr="0097633B">
        <w:tc>
          <w:tcPr>
            <w:tcW w:w="1101" w:type="dxa"/>
          </w:tcPr>
          <w:p w14:paraId="7139DC28" w14:textId="77777777" w:rsidR="0097633B" w:rsidRPr="00B16B4B" w:rsidRDefault="0097633B" w:rsidP="008046B5">
            <w:pPr>
              <w:rPr>
                <w:rFonts w:ascii="Times New Roman" w:hAnsi="Times New Roman" w:cs="Times New Roman"/>
                <w:sz w:val="24"/>
                <w:szCs w:val="24"/>
              </w:rPr>
            </w:pPr>
            <w:r w:rsidRPr="00B16B4B">
              <w:rPr>
                <w:rFonts w:ascii="Times New Roman" w:hAnsi="Times New Roman" w:cs="Times New Roman"/>
                <w:sz w:val="24"/>
                <w:szCs w:val="24"/>
              </w:rPr>
              <w:t>24</w:t>
            </w:r>
          </w:p>
        </w:tc>
        <w:tc>
          <w:tcPr>
            <w:tcW w:w="2155" w:type="dxa"/>
          </w:tcPr>
          <w:p w14:paraId="53BFDF1E" w14:textId="77777777" w:rsidR="0097633B" w:rsidRPr="00B16B4B" w:rsidRDefault="0097633B" w:rsidP="008046B5">
            <w:pPr>
              <w:rPr>
                <w:rFonts w:ascii="Times New Roman" w:hAnsi="Times New Roman" w:cs="Times New Roman"/>
                <w:sz w:val="24"/>
                <w:szCs w:val="24"/>
              </w:rPr>
            </w:pPr>
            <w:r w:rsidRPr="00B16B4B">
              <w:rPr>
                <w:rFonts w:ascii="Times New Roman" w:hAnsi="Times New Roman" w:cs="Times New Roman"/>
                <w:sz w:val="24"/>
                <w:szCs w:val="24"/>
              </w:rPr>
              <w:t>Number of data coders</w:t>
            </w:r>
          </w:p>
        </w:tc>
        <w:tc>
          <w:tcPr>
            <w:tcW w:w="2126" w:type="dxa"/>
          </w:tcPr>
          <w:p w14:paraId="02DF7405" w14:textId="46B8E4D0" w:rsidR="0097633B" w:rsidRPr="00B16B4B" w:rsidRDefault="00165179" w:rsidP="008046B5">
            <w:pPr>
              <w:rPr>
                <w:rFonts w:ascii="Times New Roman" w:hAnsi="Times New Roman" w:cs="Times New Roman"/>
                <w:sz w:val="24"/>
                <w:szCs w:val="24"/>
              </w:rPr>
            </w:pPr>
            <w:r w:rsidRPr="00B16B4B">
              <w:rPr>
                <w:rFonts w:ascii="Times New Roman" w:hAnsi="Times New Roman" w:cs="Times New Roman"/>
                <w:sz w:val="24"/>
                <w:szCs w:val="24"/>
              </w:rPr>
              <w:t>How many data coders coded the data?</w:t>
            </w:r>
          </w:p>
        </w:tc>
        <w:tc>
          <w:tcPr>
            <w:tcW w:w="3260" w:type="dxa"/>
          </w:tcPr>
          <w:p w14:paraId="5172896E" w14:textId="77777777" w:rsidR="0097633B" w:rsidRPr="00B16B4B" w:rsidRDefault="0097633B" w:rsidP="008046B5">
            <w:pPr>
              <w:rPr>
                <w:rFonts w:ascii="Times New Roman" w:hAnsi="Times New Roman" w:cs="Times New Roman"/>
                <w:sz w:val="24"/>
                <w:szCs w:val="24"/>
              </w:rPr>
            </w:pPr>
            <w:r w:rsidRPr="00B16B4B">
              <w:rPr>
                <w:rFonts w:ascii="Times New Roman" w:hAnsi="Times New Roman" w:cs="Times New Roman"/>
                <w:sz w:val="24"/>
                <w:szCs w:val="24"/>
              </w:rPr>
              <w:t>Methods – Data Analysis</w:t>
            </w:r>
          </w:p>
        </w:tc>
        <w:tc>
          <w:tcPr>
            <w:tcW w:w="3260" w:type="dxa"/>
          </w:tcPr>
          <w:p w14:paraId="7DDFB06D" w14:textId="77777777" w:rsidR="00D91FE2" w:rsidRPr="00D91FE2" w:rsidRDefault="00D91FE2" w:rsidP="00D91FE2">
            <w:pPr>
              <w:rPr>
                <w:rFonts w:ascii="Times New Roman" w:eastAsia="Times New Roman" w:hAnsi="Times New Roman" w:cs="Times New Roman"/>
                <w:sz w:val="24"/>
                <w:szCs w:val="24"/>
              </w:rPr>
            </w:pPr>
            <w:r w:rsidRPr="00D91FE2">
              <w:rPr>
                <w:rFonts w:ascii="Times New Roman" w:eastAsia="Times New Roman" w:hAnsi="Times New Roman" w:cs="Times New Roman"/>
                <w:sz w:val="24"/>
                <w:szCs w:val="24"/>
              </w:rPr>
              <w:t>Two researchers (ESR and SB) independently coded the transcripts and discussed coding decisions collaboratively.</w:t>
            </w:r>
          </w:p>
          <w:p w14:paraId="2CBB03BB" w14:textId="56906E2E" w:rsidR="0097633B" w:rsidRPr="00B16B4B" w:rsidRDefault="0097633B" w:rsidP="008046B5">
            <w:pPr>
              <w:rPr>
                <w:rFonts w:ascii="Times New Roman" w:hAnsi="Times New Roman" w:cs="Times New Roman"/>
                <w:sz w:val="24"/>
                <w:szCs w:val="24"/>
              </w:rPr>
            </w:pPr>
          </w:p>
        </w:tc>
      </w:tr>
      <w:tr w:rsidR="0097633B" w:rsidRPr="00B16B4B" w14:paraId="19CB2848" w14:textId="1D8AE0D2" w:rsidTr="0097633B">
        <w:tc>
          <w:tcPr>
            <w:tcW w:w="1101" w:type="dxa"/>
          </w:tcPr>
          <w:p w14:paraId="099246FF" w14:textId="77777777" w:rsidR="0097633B" w:rsidRPr="00B16B4B" w:rsidRDefault="0097633B" w:rsidP="008046B5">
            <w:pPr>
              <w:rPr>
                <w:rFonts w:ascii="Times New Roman" w:hAnsi="Times New Roman" w:cs="Times New Roman"/>
                <w:sz w:val="24"/>
                <w:szCs w:val="24"/>
              </w:rPr>
            </w:pPr>
            <w:r w:rsidRPr="00B16B4B">
              <w:rPr>
                <w:rFonts w:ascii="Times New Roman" w:hAnsi="Times New Roman" w:cs="Times New Roman"/>
                <w:sz w:val="24"/>
                <w:szCs w:val="24"/>
              </w:rPr>
              <w:t>25</w:t>
            </w:r>
          </w:p>
        </w:tc>
        <w:tc>
          <w:tcPr>
            <w:tcW w:w="2155" w:type="dxa"/>
          </w:tcPr>
          <w:p w14:paraId="4BBA4ADA" w14:textId="77777777" w:rsidR="0097633B" w:rsidRPr="00B16B4B" w:rsidRDefault="0097633B" w:rsidP="008046B5">
            <w:pPr>
              <w:rPr>
                <w:rFonts w:ascii="Times New Roman" w:hAnsi="Times New Roman" w:cs="Times New Roman"/>
                <w:sz w:val="24"/>
                <w:szCs w:val="24"/>
              </w:rPr>
            </w:pPr>
            <w:r w:rsidRPr="00B16B4B">
              <w:rPr>
                <w:rFonts w:ascii="Times New Roman" w:hAnsi="Times New Roman" w:cs="Times New Roman"/>
                <w:sz w:val="24"/>
                <w:szCs w:val="24"/>
              </w:rPr>
              <w:t>Description of coding tree</w:t>
            </w:r>
          </w:p>
        </w:tc>
        <w:tc>
          <w:tcPr>
            <w:tcW w:w="2126" w:type="dxa"/>
          </w:tcPr>
          <w:p w14:paraId="44D65919" w14:textId="73A95589" w:rsidR="0097633B" w:rsidRPr="00B16B4B" w:rsidRDefault="00165179" w:rsidP="008046B5">
            <w:pPr>
              <w:rPr>
                <w:rFonts w:ascii="Times New Roman" w:hAnsi="Times New Roman" w:cs="Times New Roman"/>
                <w:sz w:val="24"/>
                <w:szCs w:val="24"/>
              </w:rPr>
            </w:pPr>
            <w:r w:rsidRPr="00B16B4B">
              <w:rPr>
                <w:rFonts w:ascii="Times New Roman" w:hAnsi="Times New Roman" w:cs="Times New Roman"/>
                <w:sz w:val="24"/>
                <w:szCs w:val="24"/>
              </w:rPr>
              <w:t>Did authors provide a description of the coding tree?</w:t>
            </w:r>
          </w:p>
        </w:tc>
        <w:tc>
          <w:tcPr>
            <w:tcW w:w="3260" w:type="dxa"/>
          </w:tcPr>
          <w:p w14:paraId="6E24EDFE" w14:textId="245D7220" w:rsidR="0097633B" w:rsidRPr="00B16B4B" w:rsidRDefault="0097633B" w:rsidP="008046B5">
            <w:pPr>
              <w:rPr>
                <w:rFonts w:ascii="Times New Roman" w:hAnsi="Times New Roman" w:cs="Times New Roman"/>
                <w:sz w:val="24"/>
                <w:szCs w:val="24"/>
              </w:rPr>
            </w:pPr>
            <w:r w:rsidRPr="00B16B4B">
              <w:rPr>
                <w:rFonts w:ascii="Times New Roman" w:hAnsi="Times New Roman" w:cs="Times New Roman"/>
                <w:sz w:val="24"/>
                <w:szCs w:val="24"/>
              </w:rPr>
              <w:t xml:space="preserve">Results – Thematic Findings </w:t>
            </w:r>
          </w:p>
        </w:tc>
        <w:tc>
          <w:tcPr>
            <w:tcW w:w="3260" w:type="dxa"/>
          </w:tcPr>
          <w:p w14:paraId="73DFA17E" w14:textId="2BE0A9D1" w:rsidR="0097633B" w:rsidRPr="00B16B4B" w:rsidRDefault="00D91FE2" w:rsidP="008046B5">
            <w:pPr>
              <w:rPr>
                <w:rFonts w:ascii="Times New Roman" w:hAnsi="Times New Roman" w:cs="Times New Roman"/>
                <w:sz w:val="24"/>
                <w:szCs w:val="24"/>
              </w:rPr>
            </w:pPr>
            <w:r w:rsidRPr="00D91FE2">
              <w:rPr>
                <w:rFonts w:ascii="Times New Roman" w:hAnsi="Times New Roman" w:cs="Times New Roman"/>
                <w:sz w:val="24"/>
                <w:szCs w:val="24"/>
              </w:rPr>
              <w:t>Codes were iteratively grouped into categories and subsequently developed into themes through collaborative team discussion and interpretation.</w:t>
            </w:r>
          </w:p>
        </w:tc>
      </w:tr>
      <w:tr w:rsidR="0097633B" w:rsidRPr="00B16B4B" w14:paraId="1C0F9BD2" w14:textId="65434A5E" w:rsidTr="0097633B">
        <w:tc>
          <w:tcPr>
            <w:tcW w:w="1101" w:type="dxa"/>
          </w:tcPr>
          <w:p w14:paraId="21D50123" w14:textId="77777777" w:rsidR="0097633B" w:rsidRPr="00B16B4B" w:rsidRDefault="0097633B" w:rsidP="008046B5">
            <w:pPr>
              <w:rPr>
                <w:rFonts w:ascii="Times New Roman" w:hAnsi="Times New Roman" w:cs="Times New Roman"/>
                <w:sz w:val="24"/>
                <w:szCs w:val="24"/>
              </w:rPr>
            </w:pPr>
            <w:r w:rsidRPr="00B16B4B">
              <w:rPr>
                <w:rFonts w:ascii="Times New Roman" w:hAnsi="Times New Roman" w:cs="Times New Roman"/>
                <w:sz w:val="24"/>
                <w:szCs w:val="24"/>
              </w:rPr>
              <w:t>26</w:t>
            </w:r>
          </w:p>
        </w:tc>
        <w:tc>
          <w:tcPr>
            <w:tcW w:w="2155" w:type="dxa"/>
          </w:tcPr>
          <w:p w14:paraId="03997149" w14:textId="77777777" w:rsidR="0097633B" w:rsidRPr="00B16B4B" w:rsidRDefault="0097633B" w:rsidP="008046B5">
            <w:pPr>
              <w:rPr>
                <w:rFonts w:ascii="Times New Roman" w:hAnsi="Times New Roman" w:cs="Times New Roman"/>
                <w:sz w:val="24"/>
                <w:szCs w:val="24"/>
              </w:rPr>
            </w:pPr>
            <w:r w:rsidRPr="00B16B4B">
              <w:rPr>
                <w:rFonts w:ascii="Times New Roman" w:hAnsi="Times New Roman" w:cs="Times New Roman"/>
                <w:sz w:val="24"/>
                <w:szCs w:val="24"/>
              </w:rPr>
              <w:t>Derivation of themes</w:t>
            </w:r>
          </w:p>
        </w:tc>
        <w:tc>
          <w:tcPr>
            <w:tcW w:w="2126" w:type="dxa"/>
          </w:tcPr>
          <w:p w14:paraId="309BC1A1" w14:textId="437527B3" w:rsidR="0097633B" w:rsidRPr="00B16B4B" w:rsidRDefault="007908F9" w:rsidP="008046B5">
            <w:pPr>
              <w:rPr>
                <w:rFonts w:ascii="Times New Roman" w:hAnsi="Times New Roman" w:cs="Times New Roman"/>
                <w:sz w:val="24"/>
                <w:szCs w:val="24"/>
              </w:rPr>
            </w:pPr>
            <w:r w:rsidRPr="00B16B4B">
              <w:rPr>
                <w:rFonts w:ascii="Times New Roman" w:hAnsi="Times New Roman" w:cs="Times New Roman"/>
                <w:sz w:val="24"/>
                <w:szCs w:val="24"/>
              </w:rPr>
              <w:t>Were themes identified in advance or derived from the data?</w:t>
            </w:r>
          </w:p>
        </w:tc>
        <w:tc>
          <w:tcPr>
            <w:tcW w:w="3260" w:type="dxa"/>
          </w:tcPr>
          <w:p w14:paraId="62601B99" w14:textId="77777777" w:rsidR="0097633B" w:rsidRPr="00B16B4B" w:rsidRDefault="0097633B" w:rsidP="008046B5">
            <w:pPr>
              <w:rPr>
                <w:rFonts w:ascii="Times New Roman" w:hAnsi="Times New Roman" w:cs="Times New Roman"/>
                <w:sz w:val="24"/>
                <w:szCs w:val="24"/>
              </w:rPr>
            </w:pPr>
            <w:r w:rsidRPr="00B16B4B">
              <w:rPr>
                <w:rFonts w:ascii="Times New Roman" w:hAnsi="Times New Roman" w:cs="Times New Roman"/>
                <w:sz w:val="24"/>
                <w:szCs w:val="24"/>
              </w:rPr>
              <w:t>Methods – Data Analysis</w:t>
            </w:r>
          </w:p>
        </w:tc>
        <w:tc>
          <w:tcPr>
            <w:tcW w:w="3260" w:type="dxa"/>
          </w:tcPr>
          <w:p w14:paraId="6188F20E" w14:textId="3DA41473" w:rsidR="0097633B" w:rsidRPr="00B16B4B" w:rsidRDefault="00D91FE2" w:rsidP="008046B5">
            <w:pPr>
              <w:rPr>
                <w:rFonts w:ascii="Times New Roman" w:hAnsi="Times New Roman" w:cs="Times New Roman"/>
                <w:sz w:val="24"/>
                <w:szCs w:val="24"/>
              </w:rPr>
            </w:pPr>
            <w:r w:rsidRPr="00D91FE2">
              <w:rPr>
                <w:rFonts w:ascii="Times New Roman" w:hAnsi="Times New Roman" w:cs="Times New Roman"/>
                <w:sz w:val="24"/>
                <w:szCs w:val="24"/>
              </w:rPr>
              <w:t xml:space="preserve">The analysis combined structured coding based on key domains of inquiry with inductive development of </w:t>
            </w:r>
            <w:r w:rsidRPr="00D91FE2">
              <w:rPr>
                <w:rFonts w:ascii="Times New Roman" w:hAnsi="Times New Roman" w:cs="Times New Roman"/>
                <w:sz w:val="24"/>
                <w:szCs w:val="24"/>
              </w:rPr>
              <w:lastRenderedPageBreak/>
              <w:t>themes from participants’ accounts.</w:t>
            </w:r>
          </w:p>
        </w:tc>
      </w:tr>
      <w:tr w:rsidR="0097633B" w:rsidRPr="00B16B4B" w14:paraId="506C5841" w14:textId="5DBAF13B" w:rsidTr="0097633B">
        <w:tc>
          <w:tcPr>
            <w:tcW w:w="1101" w:type="dxa"/>
          </w:tcPr>
          <w:p w14:paraId="1DD97599" w14:textId="77777777" w:rsidR="0097633B" w:rsidRPr="00B16B4B" w:rsidRDefault="0097633B" w:rsidP="008046B5">
            <w:pPr>
              <w:rPr>
                <w:rFonts w:ascii="Times New Roman" w:hAnsi="Times New Roman" w:cs="Times New Roman"/>
                <w:sz w:val="24"/>
                <w:szCs w:val="24"/>
              </w:rPr>
            </w:pPr>
            <w:r w:rsidRPr="00B16B4B">
              <w:rPr>
                <w:rFonts w:ascii="Times New Roman" w:hAnsi="Times New Roman" w:cs="Times New Roman"/>
                <w:sz w:val="24"/>
                <w:szCs w:val="24"/>
              </w:rPr>
              <w:lastRenderedPageBreak/>
              <w:t>27</w:t>
            </w:r>
          </w:p>
        </w:tc>
        <w:tc>
          <w:tcPr>
            <w:tcW w:w="2155" w:type="dxa"/>
          </w:tcPr>
          <w:p w14:paraId="3A812BCD" w14:textId="77777777" w:rsidR="0097633B" w:rsidRPr="00B16B4B" w:rsidRDefault="0097633B" w:rsidP="008046B5">
            <w:pPr>
              <w:rPr>
                <w:rFonts w:ascii="Times New Roman" w:hAnsi="Times New Roman" w:cs="Times New Roman"/>
                <w:sz w:val="24"/>
                <w:szCs w:val="24"/>
              </w:rPr>
            </w:pPr>
            <w:r w:rsidRPr="00B16B4B">
              <w:rPr>
                <w:rFonts w:ascii="Times New Roman" w:hAnsi="Times New Roman" w:cs="Times New Roman"/>
                <w:sz w:val="24"/>
                <w:szCs w:val="24"/>
              </w:rPr>
              <w:t>Software used</w:t>
            </w:r>
          </w:p>
        </w:tc>
        <w:tc>
          <w:tcPr>
            <w:tcW w:w="2126" w:type="dxa"/>
          </w:tcPr>
          <w:p w14:paraId="087A1A50" w14:textId="64F3B551" w:rsidR="0097633B" w:rsidRPr="00B16B4B" w:rsidRDefault="007908F9" w:rsidP="008046B5">
            <w:pPr>
              <w:rPr>
                <w:rFonts w:ascii="Times New Roman" w:hAnsi="Times New Roman" w:cs="Times New Roman"/>
                <w:sz w:val="24"/>
                <w:szCs w:val="24"/>
              </w:rPr>
            </w:pPr>
            <w:r w:rsidRPr="00B16B4B">
              <w:rPr>
                <w:rFonts w:ascii="Times New Roman" w:hAnsi="Times New Roman" w:cs="Times New Roman"/>
                <w:sz w:val="24"/>
                <w:szCs w:val="24"/>
              </w:rPr>
              <w:t>What software, if applicable, was used to manage the data?</w:t>
            </w:r>
          </w:p>
        </w:tc>
        <w:tc>
          <w:tcPr>
            <w:tcW w:w="3260" w:type="dxa"/>
          </w:tcPr>
          <w:p w14:paraId="4F502370" w14:textId="77777777" w:rsidR="0097633B" w:rsidRPr="00B16B4B" w:rsidRDefault="0097633B" w:rsidP="008046B5">
            <w:pPr>
              <w:rPr>
                <w:rFonts w:ascii="Times New Roman" w:hAnsi="Times New Roman" w:cs="Times New Roman"/>
                <w:sz w:val="24"/>
                <w:szCs w:val="24"/>
              </w:rPr>
            </w:pPr>
            <w:r w:rsidRPr="00B16B4B">
              <w:rPr>
                <w:rFonts w:ascii="Times New Roman" w:hAnsi="Times New Roman" w:cs="Times New Roman"/>
                <w:sz w:val="24"/>
                <w:szCs w:val="24"/>
              </w:rPr>
              <w:t>Methods – Manual coding with Excel</w:t>
            </w:r>
          </w:p>
        </w:tc>
        <w:tc>
          <w:tcPr>
            <w:tcW w:w="3260" w:type="dxa"/>
          </w:tcPr>
          <w:p w14:paraId="67C53EB8" w14:textId="3E8CCEB0" w:rsidR="0097633B" w:rsidRPr="00B16B4B" w:rsidRDefault="007908F9" w:rsidP="008046B5">
            <w:pPr>
              <w:rPr>
                <w:rFonts w:ascii="Times New Roman" w:hAnsi="Times New Roman" w:cs="Times New Roman"/>
                <w:sz w:val="24"/>
                <w:szCs w:val="24"/>
              </w:rPr>
            </w:pPr>
            <w:proofErr w:type="spellStart"/>
            <w:r w:rsidRPr="00B16B4B">
              <w:rPr>
                <w:rFonts w:ascii="Times New Roman" w:hAnsi="Times New Roman" w:cs="Times New Roman"/>
                <w:sz w:val="24"/>
                <w:szCs w:val="24"/>
              </w:rPr>
              <w:t>Microsot</w:t>
            </w:r>
            <w:proofErr w:type="spellEnd"/>
            <w:r w:rsidRPr="00B16B4B">
              <w:rPr>
                <w:rFonts w:ascii="Times New Roman" w:hAnsi="Times New Roman" w:cs="Times New Roman"/>
                <w:sz w:val="24"/>
                <w:szCs w:val="24"/>
              </w:rPr>
              <w:t xml:space="preserve"> Excel</w:t>
            </w:r>
          </w:p>
        </w:tc>
      </w:tr>
      <w:tr w:rsidR="0097633B" w:rsidRPr="00B16B4B" w14:paraId="356189BA" w14:textId="15041454" w:rsidTr="0097633B">
        <w:tc>
          <w:tcPr>
            <w:tcW w:w="1101" w:type="dxa"/>
          </w:tcPr>
          <w:p w14:paraId="678283E9" w14:textId="77777777" w:rsidR="0097633B" w:rsidRPr="00B16B4B" w:rsidRDefault="0097633B" w:rsidP="008046B5">
            <w:pPr>
              <w:rPr>
                <w:rFonts w:ascii="Times New Roman" w:hAnsi="Times New Roman" w:cs="Times New Roman"/>
                <w:sz w:val="24"/>
                <w:szCs w:val="24"/>
              </w:rPr>
            </w:pPr>
            <w:r w:rsidRPr="00B16B4B">
              <w:rPr>
                <w:rFonts w:ascii="Times New Roman" w:hAnsi="Times New Roman" w:cs="Times New Roman"/>
                <w:sz w:val="24"/>
                <w:szCs w:val="24"/>
              </w:rPr>
              <w:t>28</w:t>
            </w:r>
          </w:p>
        </w:tc>
        <w:tc>
          <w:tcPr>
            <w:tcW w:w="2155" w:type="dxa"/>
          </w:tcPr>
          <w:p w14:paraId="150B7ABB" w14:textId="77777777" w:rsidR="0097633B" w:rsidRPr="00B16B4B" w:rsidRDefault="0097633B" w:rsidP="008046B5">
            <w:pPr>
              <w:rPr>
                <w:rFonts w:ascii="Times New Roman" w:hAnsi="Times New Roman" w:cs="Times New Roman"/>
                <w:sz w:val="24"/>
                <w:szCs w:val="24"/>
              </w:rPr>
            </w:pPr>
            <w:r w:rsidRPr="00B16B4B">
              <w:rPr>
                <w:rFonts w:ascii="Times New Roman" w:hAnsi="Times New Roman" w:cs="Times New Roman"/>
                <w:sz w:val="24"/>
                <w:szCs w:val="24"/>
              </w:rPr>
              <w:t>Participant checking</w:t>
            </w:r>
          </w:p>
        </w:tc>
        <w:tc>
          <w:tcPr>
            <w:tcW w:w="2126" w:type="dxa"/>
          </w:tcPr>
          <w:p w14:paraId="74701FC9" w14:textId="66832C04" w:rsidR="0097633B" w:rsidRPr="00B16B4B" w:rsidRDefault="009E0B59" w:rsidP="008046B5">
            <w:pPr>
              <w:rPr>
                <w:rFonts w:ascii="Times New Roman" w:hAnsi="Times New Roman" w:cs="Times New Roman"/>
                <w:sz w:val="24"/>
                <w:szCs w:val="24"/>
              </w:rPr>
            </w:pPr>
            <w:r w:rsidRPr="00B16B4B">
              <w:rPr>
                <w:rFonts w:ascii="Times New Roman" w:hAnsi="Times New Roman" w:cs="Times New Roman"/>
                <w:sz w:val="24"/>
                <w:szCs w:val="24"/>
              </w:rPr>
              <w:t>Did participants provide feedback on the findings?</w:t>
            </w:r>
          </w:p>
        </w:tc>
        <w:tc>
          <w:tcPr>
            <w:tcW w:w="3260" w:type="dxa"/>
          </w:tcPr>
          <w:p w14:paraId="0C8069A5" w14:textId="74982CAD" w:rsidR="0097633B" w:rsidRPr="00B16B4B" w:rsidRDefault="0097633B" w:rsidP="008046B5">
            <w:pPr>
              <w:rPr>
                <w:rFonts w:ascii="Times New Roman" w:hAnsi="Times New Roman" w:cs="Times New Roman"/>
                <w:sz w:val="24"/>
                <w:szCs w:val="24"/>
              </w:rPr>
            </w:pPr>
            <w:r w:rsidRPr="00B16B4B">
              <w:rPr>
                <w:rFonts w:ascii="Times New Roman" w:hAnsi="Times New Roman" w:cs="Times New Roman"/>
                <w:sz w:val="24"/>
                <w:szCs w:val="24"/>
              </w:rPr>
              <w:t>Methods- Data Analysis</w:t>
            </w:r>
          </w:p>
        </w:tc>
        <w:tc>
          <w:tcPr>
            <w:tcW w:w="3260" w:type="dxa"/>
          </w:tcPr>
          <w:p w14:paraId="588C9B2D" w14:textId="1755589C" w:rsidR="0097633B" w:rsidRPr="00B16B4B" w:rsidRDefault="009E0B59" w:rsidP="008046B5">
            <w:pPr>
              <w:rPr>
                <w:rFonts w:ascii="Times New Roman" w:hAnsi="Times New Roman" w:cs="Times New Roman"/>
                <w:sz w:val="24"/>
                <w:szCs w:val="24"/>
              </w:rPr>
            </w:pPr>
            <w:r w:rsidRPr="00B16B4B">
              <w:rPr>
                <w:rFonts w:ascii="Times New Roman" w:eastAsia="Times New Roman" w:hAnsi="Times New Roman" w:cs="Times New Roman"/>
                <w:sz w:val="24"/>
                <w:szCs w:val="24"/>
              </w:rPr>
              <w:t>Although transcripts were not returned to participants for member checking, the study-maintained credibility through peer debriefing, triangulation, and team-based reflexive discussions.</w:t>
            </w:r>
          </w:p>
        </w:tc>
      </w:tr>
      <w:tr w:rsidR="0097633B" w:rsidRPr="00B16B4B" w14:paraId="3FE12ECF" w14:textId="252A0430" w:rsidTr="0097633B">
        <w:tc>
          <w:tcPr>
            <w:tcW w:w="1101" w:type="dxa"/>
          </w:tcPr>
          <w:p w14:paraId="79ED738B" w14:textId="77777777" w:rsidR="0097633B" w:rsidRPr="00B16B4B" w:rsidRDefault="0097633B" w:rsidP="008046B5">
            <w:pPr>
              <w:rPr>
                <w:rFonts w:ascii="Times New Roman" w:hAnsi="Times New Roman" w:cs="Times New Roman"/>
                <w:sz w:val="24"/>
                <w:szCs w:val="24"/>
              </w:rPr>
            </w:pPr>
            <w:r w:rsidRPr="00B16B4B">
              <w:rPr>
                <w:rFonts w:ascii="Times New Roman" w:hAnsi="Times New Roman" w:cs="Times New Roman"/>
                <w:sz w:val="24"/>
                <w:szCs w:val="24"/>
              </w:rPr>
              <w:t>29</w:t>
            </w:r>
          </w:p>
        </w:tc>
        <w:tc>
          <w:tcPr>
            <w:tcW w:w="2155" w:type="dxa"/>
          </w:tcPr>
          <w:p w14:paraId="25768692" w14:textId="77777777" w:rsidR="0097633B" w:rsidRPr="00B16B4B" w:rsidRDefault="0097633B" w:rsidP="008046B5">
            <w:pPr>
              <w:rPr>
                <w:rFonts w:ascii="Times New Roman" w:hAnsi="Times New Roman" w:cs="Times New Roman"/>
                <w:sz w:val="24"/>
                <w:szCs w:val="24"/>
              </w:rPr>
            </w:pPr>
            <w:r w:rsidRPr="00B16B4B">
              <w:rPr>
                <w:rFonts w:ascii="Times New Roman" w:hAnsi="Times New Roman" w:cs="Times New Roman"/>
                <w:sz w:val="24"/>
                <w:szCs w:val="24"/>
              </w:rPr>
              <w:t>Quotations presented</w:t>
            </w:r>
          </w:p>
        </w:tc>
        <w:tc>
          <w:tcPr>
            <w:tcW w:w="2126" w:type="dxa"/>
          </w:tcPr>
          <w:p w14:paraId="4F15583E" w14:textId="133CF021" w:rsidR="0097633B" w:rsidRPr="00B16B4B" w:rsidRDefault="009E0B59" w:rsidP="008046B5">
            <w:pPr>
              <w:rPr>
                <w:rFonts w:ascii="Times New Roman" w:hAnsi="Times New Roman" w:cs="Times New Roman"/>
                <w:sz w:val="24"/>
                <w:szCs w:val="24"/>
              </w:rPr>
            </w:pPr>
            <w:r w:rsidRPr="00B16B4B">
              <w:rPr>
                <w:rFonts w:ascii="Times New Roman" w:hAnsi="Times New Roman" w:cs="Times New Roman"/>
                <w:sz w:val="24"/>
                <w:szCs w:val="24"/>
              </w:rPr>
              <w:t>Were participant quotations presented to illustrate the themes/findings? Was each quotation identified? e.g. participant number</w:t>
            </w:r>
          </w:p>
        </w:tc>
        <w:tc>
          <w:tcPr>
            <w:tcW w:w="3260" w:type="dxa"/>
          </w:tcPr>
          <w:p w14:paraId="00E72E20" w14:textId="77777777" w:rsidR="0097633B" w:rsidRPr="00B16B4B" w:rsidRDefault="0097633B" w:rsidP="008046B5">
            <w:pPr>
              <w:rPr>
                <w:rFonts w:ascii="Times New Roman" w:hAnsi="Times New Roman" w:cs="Times New Roman"/>
                <w:sz w:val="24"/>
                <w:szCs w:val="24"/>
              </w:rPr>
            </w:pPr>
            <w:r w:rsidRPr="00B16B4B">
              <w:rPr>
                <w:rFonts w:ascii="Times New Roman" w:hAnsi="Times New Roman" w:cs="Times New Roman"/>
                <w:sz w:val="24"/>
                <w:szCs w:val="24"/>
              </w:rPr>
              <w:t>Results – Sub-themes</w:t>
            </w:r>
          </w:p>
        </w:tc>
        <w:tc>
          <w:tcPr>
            <w:tcW w:w="3260" w:type="dxa"/>
          </w:tcPr>
          <w:p w14:paraId="57EF5C0F" w14:textId="5658ACE7" w:rsidR="0097633B" w:rsidRPr="00B16B4B" w:rsidRDefault="00D91FE2" w:rsidP="008046B5">
            <w:pPr>
              <w:rPr>
                <w:rFonts w:ascii="Times New Roman" w:hAnsi="Times New Roman" w:cs="Times New Roman"/>
                <w:sz w:val="24"/>
                <w:szCs w:val="24"/>
              </w:rPr>
            </w:pPr>
            <w:r w:rsidRPr="00D91FE2">
              <w:rPr>
                <w:rFonts w:ascii="Times New Roman" w:hAnsi="Times New Roman" w:cs="Times New Roman"/>
                <w:sz w:val="24"/>
                <w:szCs w:val="24"/>
              </w:rPr>
              <w:t>Quotations were identified using participant pseudonyms and participant characteristics to protect confidentiality.</w:t>
            </w:r>
          </w:p>
        </w:tc>
      </w:tr>
      <w:tr w:rsidR="0097633B" w:rsidRPr="00B16B4B" w14:paraId="4C9330F5" w14:textId="14AB9540" w:rsidTr="0097633B">
        <w:tc>
          <w:tcPr>
            <w:tcW w:w="1101" w:type="dxa"/>
          </w:tcPr>
          <w:p w14:paraId="3CCD82FB" w14:textId="77777777" w:rsidR="0097633B" w:rsidRPr="00B16B4B" w:rsidRDefault="0097633B" w:rsidP="008046B5">
            <w:pPr>
              <w:rPr>
                <w:rFonts w:ascii="Times New Roman" w:hAnsi="Times New Roman" w:cs="Times New Roman"/>
                <w:sz w:val="24"/>
                <w:szCs w:val="24"/>
              </w:rPr>
            </w:pPr>
            <w:r w:rsidRPr="00B16B4B">
              <w:rPr>
                <w:rFonts w:ascii="Times New Roman" w:hAnsi="Times New Roman" w:cs="Times New Roman"/>
                <w:sz w:val="24"/>
                <w:szCs w:val="24"/>
              </w:rPr>
              <w:t>30</w:t>
            </w:r>
          </w:p>
        </w:tc>
        <w:tc>
          <w:tcPr>
            <w:tcW w:w="2155" w:type="dxa"/>
          </w:tcPr>
          <w:p w14:paraId="3326BCF0" w14:textId="77777777" w:rsidR="0097633B" w:rsidRPr="00B16B4B" w:rsidRDefault="0097633B" w:rsidP="008046B5">
            <w:pPr>
              <w:rPr>
                <w:rFonts w:ascii="Times New Roman" w:hAnsi="Times New Roman" w:cs="Times New Roman"/>
                <w:sz w:val="24"/>
                <w:szCs w:val="24"/>
              </w:rPr>
            </w:pPr>
            <w:r w:rsidRPr="00B16B4B">
              <w:rPr>
                <w:rFonts w:ascii="Times New Roman" w:hAnsi="Times New Roman" w:cs="Times New Roman"/>
                <w:sz w:val="24"/>
                <w:szCs w:val="24"/>
              </w:rPr>
              <w:t>Data and findings consistent</w:t>
            </w:r>
          </w:p>
        </w:tc>
        <w:tc>
          <w:tcPr>
            <w:tcW w:w="2126" w:type="dxa"/>
          </w:tcPr>
          <w:p w14:paraId="702B1049" w14:textId="64CC218C" w:rsidR="0097633B" w:rsidRPr="00B16B4B" w:rsidRDefault="00ED7C9E" w:rsidP="008046B5">
            <w:pPr>
              <w:rPr>
                <w:rFonts w:ascii="Times New Roman" w:hAnsi="Times New Roman" w:cs="Times New Roman"/>
                <w:sz w:val="24"/>
                <w:szCs w:val="24"/>
              </w:rPr>
            </w:pPr>
            <w:r w:rsidRPr="00B16B4B">
              <w:rPr>
                <w:rFonts w:ascii="Times New Roman" w:hAnsi="Times New Roman" w:cs="Times New Roman"/>
                <w:sz w:val="24"/>
                <w:szCs w:val="24"/>
              </w:rPr>
              <w:t>Was there consistency between the data presented and the findings?</w:t>
            </w:r>
          </w:p>
        </w:tc>
        <w:tc>
          <w:tcPr>
            <w:tcW w:w="3260" w:type="dxa"/>
          </w:tcPr>
          <w:p w14:paraId="3F1CBD33" w14:textId="77777777" w:rsidR="0097633B" w:rsidRPr="00B16B4B" w:rsidRDefault="0097633B" w:rsidP="008046B5">
            <w:pPr>
              <w:rPr>
                <w:rFonts w:ascii="Times New Roman" w:hAnsi="Times New Roman" w:cs="Times New Roman"/>
                <w:sz w:val="24"/>
                <w:szCs w:val="24"/>
              </w:rPr>
            </w:pPr>
            <w:r w:rsidRPr="00B16B4B">
              <w:rPr>
                <w:rFonts w:ascii="Times New Roman" w:hAnsi="Times New Roman" w:cs="Times New Roman"/>
                <w:sz w:val="24"/>
                <w:szCs w:val="24"/>
              </w:rPr>
              <w:t>Throughout Results &amp; Discussion</w:t>
            </w:r>
          </w:p>
        </w:tc>
        <w:tc>
          <w:tcPr>
            <w:tcW w:w="3260" w:type="dxa"/>
          </w:tcPr>
          <w:p w14:paraId="15897E03" w14:textId="51317419" w:rsidR="0097633B" w:rsidRPr="00B16B4B" w:rsidRDefault="00B16B4B" w:rsidP="008046B5">
            <w:pPr>
              <w:rPr>
                <w:rFonts w:ascii="Times New Roman" w:hAnsi="Times New Roman" w:cs="Times New Roman"/>
                <w:sz w:val="24"/>
                <w:szCs w:val="24"/>
              </w:rPr>
            </w:pPr>
            <w:r w:rsidRPr="00B16B4B">
              <w:rPr>
                <w:rFonts w:ascii="Times New Roman" w:hAnsi="Times New Roman" w:cs="Times New Roman"/>
                <w:sz w:val="24"/>
                <w:szCs w:val="24"/>
              </w:rPr>
              <w:t>Yes, there was consistency between the data and the findings. Themes were grounded in the data and supported by direct participant quotations, ensuring transparency and credibility of the interpretation</w:t>
            </w:r>
          </w:p>
        </w:tc>
      </w:tr>
      <w:tr w:rsidR="0097633B" w:rsidRPr="00B16B4B" w14:paraId="2585E30E" w14:textId="56B3F0B0" w:rsidTr="0097633B">
        <w:tc>
          <w:tcPr>
            <w:tcW w:w="1101" w:type="dxa"/>
          </w:tcPr>
          <w:p w14:paraId="45CA0244" w14:textId="77777777" w:rsidR="0097633B" w:rsidRPr="00B16B4B" w:rsidRDefault="0097633B" w:rsidP="008046B5">
            <w:pPr>
              <w:rPr>
                <w:rFonts w:ascii="Times New Roman" w:hAnsi="Times New Roman" w:cs="Times New Roman"/>
                <w:sz w:val="24"/>
                <w:szCs w:val="24"/>
              </w:rPr>
            </w:pPr>
            <w:r w:rsidRPr="00B16B4B">
              <w:rPr>
                <w:rFonts w:ascii="Times New Roman" w:hAnsi="Times New Roman" w:cs="Times New Roman"/>
                <w:sz w:val="24"/>
                <w:szCs w:val="24"/>
              </w:rPr>
              <w:lastRenderedPageBreak/>
              <w:t>31</w:t>
            </w:r>
          </w:p>
        </w:tc>
        <w:tc>
          <w:tcPr>
            <w:tcW w:w="2155" w:type="dxa"/>
          </w:tcPr>
          <w:p w14:paraId="71C5CDAE" w14:textId="77777777" w:rsidR="0097633B" w:rsidRPr="00B16B4B" w:rsidRDefault="0097633B" w:rsidP="008046B5">
            <w:pPr>
              <w:rPr>
                <w:rFonts w:ascii="Times New Roman" w:hAnsi="Times New Roman" w:cs="Times New Roman"/>
                <w:sz w:val="24"/>
                <w:szCs w:val="24"/>
              </w:rPr>
            </w:pPr>
            <w:r w:rsidRPr="00B16B4B">
              <w:rPr>
                <w:rFonts w:ascii="Times New Roman" w:hAnsi="Times New Roman" w:cs="Times New Roman"/>
                <w:sz w:val="24"/>
                <w:szCs w:val="24"/>
              </w:rPr>
              <w:t>Clarity of major themes</w:t>
            </w:r>
          </w:p>
        </w:tc>
        <w:tc>
          <w:tcPr>
            <w:tcW w:w="2126" w:type="dxa"/>
          </w:tcPr>
          <w:p w14:paraId="4C708A64" w14:textId="0FD72C0F" w:rsidR="0097633B" w:rsidRPr="00B16B4B" w:rsidRDefault="00B16B4B" w:rsidP="008046B5">
            <w:pPr>
              <w:rPr>
                <w:rFonts w:ascii="Times New Roman" w:hAnsi="Times New Roman" w:cs="Times New Roman"/>
                <w:sz w:val="24"/>
                <w:szCs w:val="24"/>
              </w:rPr>
            </w:pPr>
            <w:r w:rsidRPr="00B16B4B">
              <w:rPr>
                <w:rFonts w:ascii="Times New Roman" w:hAnsi="Times New Roman" w:cs="Times New Roman"/>
                <w:sz w:val="24"/>
                <w:szCs w:val="24"/>
              </w:rPr>
              <w:t>Were major themes clearly presented in the findings?</w:t>
            </w:r>
          </w:p>
        </w:tc>
        <w:tc>
          <w:tcPr>
            <w:tcW w:w="3260" w:type="dxa"/>
          </w:tcPr>
          <w:p w14:paraId="1479F3AD" w14:textId="77777777" w:rsidR="0097633B" w:rsidRPr="00B16B4B" w:rsidRDefault="0097633B" w:rsidP="008046B5">
            <w:pPr>
              <w:rPr>
                <w:rFonts w:ascii="Times New Roman" w:hAnsi="Times New Roman" w:cs="Times New Roman"/>
                <w:sz w:val="24"/>
                <w:szCs w:val="24"/>
              </w:rPr>
            </w:pPr>
            <w:r w:rsidRPr="00B16B4B">
              <w:rPr>
                <w:rFonts w:ascii="Times New Roman" w:hAnsi="Times New Roman" w:cs="Times New Roman"/>
                <w:sz w:val="24"/>
                <w:szCs w:val="24"/>
              </w:rPr>
              <w:t>Results – Thematic Findings</w:t>
            </w:r>
          </w:p>
        </w:tc>
        <w:tc>
          <w:tcPr>
            <w:tcW w:w="3260" w:type="dxa"/>
          </w:tcPr>
          <w:p w14:paraId="5025613C" w14:textId="69F5CF90" w:rsidR="0097633B" w:rsidRPr="00B16B4B" w:rsidRDefault="00B16B4B" w:rsidP="008046B5">
            <w:pPr>
              <w:rPr>
                <w:rFonts w:ascii="Times New Roman" w:hAnsi="Times New Roman" w:cs="Times New Roman"/>
                <w:sz w:val="24"/>
                <w:szCs w:val="24"/>
              </w:rPr>
            </w:pPr>
            <w:r w:rsidRPr="00B16B4B">
              <w:rPr>
                <w:rFonts w:ascii="Times New Roman" w:hAnsi="Times New Roman" w:cs="Times New Roman"/>
                <w:sz w:val="24"/>
                <w:szCs w:val="24"/>
              </w:rPr>
              <w:t>Yes, the major themes were clearly presented in the findings section. Each theme was introduced with a descriptive heading, supported by narrative explanation and illustrative participant quotations</w:t>
            </w:r>
          </w:p>
        </w:tc>
      </w:tr>
      <w:tr w:rsidR="0097633B" w:rsidRPr="00B16B4B" w14:paraId="1ED92B54" w14:textId="451017B5" w:rsidTr="0097633B">
        <w:tc>
          <w:tcPr>
            <w:tcW w:w="1101" w:type="dxa"/>
          </w:tcPr>
          <w:p w14:paraId="1C645433" w14:textId="77777777" w:rsidR="0097633B" w:rsidRPr="00B16B4B" w:rsidRDefault="0097633B" w:rsidP="008046B5">
            <w:pPr>
              <w:rPr>
                <w:rFonts w:ascii="Times New Roman" w:hAnsi="Times New Roman" w:cs="Times New Roman"/>
                <w:sz w:val="24"/>
                <w:szCs w:val="24"/>
              </w:rPr>
            </w:pPr>
            <w:r w:rsidRPr="00B16B4B">
              <w:rPr>
                <w:rFonts w:ascii="Times New Roman" w:hAnsi="Times New Roman" w:cs="Times New Roman"/>
                <w:sz w:val="24"/>
                <w:szCs w:val="24"/>
              </w:rPr>
              <w:t>32</w:t>
            </w:r>
          </w:p>
        </w:tc>
        <w:tc>
          <w:tcPr>
            <w:tcW w:w="2155" w:type="dxa"/>
          </w:tcPr>
          <w:p w14:paraId="4FFEE046" w14:textId="77777777" w:rsidR="0097633B" w:rsidRPr="00B16B4B" w:rsidRDefault="0097633B" w:rsidP="008046B5">
            <w:pPr>
              <w:rPr>
                <w:rFonts w:ascii="Times New Roman" w:hAnsi="Times New Roman" w:cs="Times New Roman"/>
                <w:sz w:val="24"/>
                <w:szCs w:val="24"/>
              </w:rPr>
            </w:pPr>
            <w:r w:rsidRPr="00B16B4B">
              <w:rPr>
                <w:rFonts w:ascii="Times New Roman" w:hAnsi="Times New Roman" w:cs="Times New Roman"/>
                <w:sz w:val="24"/>
                <w:szCs w:val="24"/>
              </w:rPr>
              <w:t>Clarity of minor themes</w:t>
            </w:r>
          </w:p>
        </w:tc>
        <w:tc>
          <w:tcPr>
            <w:tcW w:w="2126" w:type="dxa"/>
          </w:tcPr>
          <w:p w14:paraId="7FEEBCA9" w14:textId="20704DCE" w:rsidR="0097633B" w:rsidRPr="00B16B4B" w:rsidRDefault="00B16B4B" w:rsidP="008046B5">
            <w:pPr>
              <w:rPr>
                <w:rFonts w:ascii="Times New Roman" w:hAnsi="Times New Roman" w:cs="Times New Roman"/>
                <w:sz w:val="24"/>
                <w:szCs w:val="24"/>
              </w:rPr>
            </w:pPr>
            <w:r w:rsidRPr="00B16B4B">
              <w:rPr>
                <w:rFonts w:ascii="Times New Roman" w:hAnsi="Times New Roman" w:cs="Times New Roman"/>
                <w:sz w:val="24"/>
                <w:szCs w:val="24"/>
              </w:rPr>
              <w:t>Is there a description of diverse cases or discussion of minor themes?</w:t>
            </w:r>
          </w:p>
        </w:tc>
        <w:tc>
          <w:tcPr>
            <w:tcW w:w="3260" w:type="dxa"/>
          </w:tcPr>
          <w:p w14:paraId="04C89A6E" w14:textId="77777777" w:rsidR="0097633B" w:rsidRPr="00B16B4B" w:rsidRDefault="0097633B" w:rsidP="008046B5">
            <w:pPr>
              <w:rPr>
                <w:rFonts w:ascii="Times New Roman" w:hAnsi="Times New Roman" w:cs="Times New Roman"/>
                <w:sz w:val="24"/>
                <w:szCs w:val="24"/>
              </w:rPr>
            </w:pPr>
            <w:r w:rsidRPr="00B16B4B">
              <w:rPr>
                <w:rFonts w:ascii="Times New Roman" w:hAnsi="Times New Roman" w:cs="Times New Roman"/>
                <w:sz w:val="24"/>
                <w:szCs w:val="24"/>
              </w:rPr>
              <w:t>Results – Sub-subthemes</w:t>
            </w:r>
          </w:p>
        </w:tc>
        <w:tc>
          <w:tcPr>
            <w:tcW w:w="3260" w:type="dxa"/>
          </w:tcPr>
          <w:p w14:paraId="156A5D96" w14:textId="29597684" w:rsidR="0097633B" w:rsidRPr="00B16B4B" w:rsidRDefault="00B16B4B" w:rsidP="008046B5">
            <w:pPr>
              <w:rPr>
                <w:rFonts w:ascii="Times New Roman" w:hAnsi="Times New Roman" w:cs="Times New Roman"/>
                <w:sz w:val="24"/>
                <w:szCs w:val="24"/>
              </w:rPr>
            </w:pPr>
            <w:r w:rsidRPr="00B16B4B">
              <w:rPr>
                <w:rFonts w:ascii="Times New Roman" w:hAnsi="Times New Roman" w:cs="Times New Roman"/>
                <w:sz w:val="24"/>
                <w:szCs w:val="24"/>
              </w:rPr>
              <w:t>Yes, the findings include a discussion of both major and minor themes, including contrasting perspectives and culturally unique practices. Diverse cases were described to reflect variations in disclosure experiences, coping mechanisms, and religious interpretations among participants</w:t>
            </w:r>
          </w:p>
        </w:tc>
      </w:tr>
    </w:tbl>
    <w:p w14:paraId="0C60064B" w14:textId="5E6B0F03" w:rsidR="001F7DD3" w:rsidRPr="00B16B4B" w:rsidRDefault="001F7DD3">
      <w:pPr>
        <w:rPr>
          <w:rFonts w:ascii="Times New Roman" w:hAnsi="Times New Roman" w:cs="Times New Roman"/>
          <w:sz w:val="24"/>
          <w:szCs w:val="24"/>
        </w:rPr>
      </w:pPr>
    </w:p>
    <w:p w14:paraId="7C3C5E93" w14:textId="7956AC01" w:rsidR="00976D79" w:rsidRPr="00B16B4B" w:rsidRDefault="00976D79">
      <w:pPr>
        <w:rPr>
          <w:rFonts w:ascii="Times New Roman" w:hAnsi="Times New Roman" w:cs="Times New Roman"/>
          <w:sz w:val="24"/>
          <w:szCs w:val="24"/>
        </w:rPr>
      </w:pPr>
    </w:p>
    <w:sectPr w:rsidR="00976D79" w:rsidRPr="00B16B4B" w:rsidSect="00982C13">
      <w:pgSz w:w="15840" w:h="12240" w:orient="landscape"/>
      <w:pgMar w:top="1800" w:right="1440" w:bottom="180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ordia New">
    <w:panose1 w:val="020B0304020202020204"/>
    <w:charset w:val="DE"/>
    <w:family w:val="swiss"/>
    <w:pitch w:val="variable"/>
    <w:sig w:usb0="81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767583408">
    <w:abstractNumId w:val="8"/>
  </w:num>
  <w:num w:numId="2" w16cid:durableId="760417510">
    <w:abstractNumId w:val="6"/>
  </w:num>
  <w:num w:numId="3" w16cid:durableId="340741918">
    <w:abstractNumId w:val="5"/>
  </w:num>
  <w:num w:numId="4" w16cid:durableId="834028309">
    <w:abstractNumId w:val="4"/>
  </w:num>
  <w:num w:numId="5" w16cid:durableId="1243031218">
    <w:abstractNumId w:val="7"/>
  </w:num>
  <w:num w:numId="6" w16cid:durableId="823743436">
    <w:abstractNumId w:val="3"/>
  </w:num>
  <w:num w:numId="7" w16cid:durableId="1518158020">
    <w:abstractNumId w:val="2"/>
  </w:num>
  <w:num w:numId="8" w16cid:durableId="1350985289">
    <w:abstractNumId w:val="1"/>
  </w:num>
  <w:num w:numId="9" w16cid:durableId="2371372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24F6"/>
    <w:rsid w:val="00034616"/>
    <w:rsid w:val="0006063C"/>
    <w:rsid w:val="00072CB1"/>
    <w:rsid w:val="000F1018"/>
    <w:rsid w:val="00120FA6"/>
    <w:rsid w:val="00127133"/>
    <w:rsid w:val="0015074B"/>
    <w:rsid w:val="00165179"/>
    <w:rsid w:val="001748CD"/>
    <w:rsid w:val="001F7DD3"/>
    <w:rsid w:val="00241CCF"/>
    <w:rsid w:val="0029639D"/>
    <w:rsid w:val="002F1C61"/>
    <w:rsid w:val="00326F90"/>
    <w:rsid w:val="003572B4"/>
    <w:rsid w:val="00366F08"/>
    <w:rsid w:val="00383BC6"/>
    <w:rsid w:val="0038569D"/>
    <w:rsid w:val="00506296"/>
    <w:rsid w:val="005269D6"/>
    <w:rsid w:val="005F60BB"/>
    <w:rsid w:val="006313D8"/>
    <w:rsid w:val="00647772"/>
    <w:rsid w:val="006C5CBB"/>
    <w:rsid w:val="007140E1"/>
    <w:rsid w:val="00764F25"/>
    <w:rsid w:val="007908F9"/>
    <w:rsid w:val="008046B5"/>
    <w:rsid w:val="00870B4B"/>
    <w:rsid w:val="00877CA7"/>
    <w:rsid w:val="00927614"/>
    <w:rsid w:val="0097633B"/>
    <w:rsid w:val="00976D79"/>
    <w:rsid w:val="00982C13"/>
    <w:rsid w:val="009E0B59"/>
    <w:rsid w:val="00A35957"/>
    <w:rsid w:val="00A45171"/>
    <w:rsid w:val="00AA1D8D"/>
    <w:rsid w:val="00AD4533"/>
    <w:rsid w:val="00AE753F"/>
    <w:rsid w:val="00AF0B9B"/>
    <w:rsid w:val="00B16B4B"/>
    <w:rsid w:val="00B47730"/>
    <w:rsid w:val="00C033A9"/>
    <w:rsid w:val="00C036DE"/>
    <w:rsid w:val="00C618B4"/>
    <w:rsid w:val="00C80CB0"/>
    <w:rsid w:val="00CB0664"/>
    <w:rsid w:val="00D91FE2"/>
    <w:rsid w:val="00E010ED"/>
    <w:rsid w:val="00E14BC5"/>
    <w:rsid w:val="00E53DA1"/>
    <w:rsid w:val="00E904F7"/>
    <w:rsid w:val="00ED7C9E"/>
    <w:rsid w:val="00F175D7"/>
    <w:rsid w:val="00F514F2"/>
    <w:rsid w:val="00FC4E1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533BD8E"/>
  <w14:defaultImageDpi w14:val="300"/>
  <w15:docId w15:val="{569A2D18-1BA1-403E-84DC-5ED8F067E4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1280</Words>
  <Characters>7299</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8562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Lenovo MS</cp:lastModifiedBy>
  <cp:revision>2</cp:revision>
  <dcterms:created xsi:type="dcterms:W3CDTF">2026-06-09T11:40:00Z</dcterms:created>
  <dcterms:modified xsi:type="dcterms:W3CDTF">2026-06-09T11:40:00Z</dcterms:modified>
  <cp:category/>
</cp:coreProperties>
</file>