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53B5F" w14:textId="77777777" w:rsidR="00297C2F" w:rsidRDefault="00000000">
      <w:pPr>
        <w:pStyle w:val="Title"/>
        <w:spacing w:after="60"/>
        <w:jc w:val="center"/>
      </w:pPr>
      <w:r>
        <w:rPr>
          <w:rFonts w:ascii="Arial" w:hAnsi="Arial"/>
          <w:sz w:val="28"/>
        </w:rPr>
        <w:t>Supplementary Appendix 1. AHP weighting, consistency, reclassification, questionnaire coding, and district linkage for the Greater Cairo relative spatial vulnerability model</w:t>
      </w:r>
    </w:p>
    <w:p w14:paraId="503393A9" w14:textId="77777777" w:rsidR="00297C2F" w:rsidRDefault="00000000">
      <w:pPr>
        <w:spacing w:after="60" w:line="240" w:lineRule="auto"/>
        <w:jc w:val="center"/>
      </w:pPr>
      <w:r>
        <w:rPr>
          <w:i/>
          <w:sz w:val="20"/>
        </w:rPr>
        <w:t>Reproducible analyst-defined AHP specification, questionnaire codebook, district linkage, and reported sample arithmetic</w:t>
      </w:r>
    </w:p>
    <w:p w14:paraId="65B4A6D0" w14:textId="77777777" w:rsidR="00297C2F" w:rsidRDefault="00000000">
      <w:pPr>
        <w:pStyle w:val="Heading1"/>
        <w:spacing w:before="160" w:after="60" w:line="240" w:lineRule="auto"/>
      </w:pPr>
      <w:r>
        <w:rPr>
          <w:rFonts w:ascii="Arial" w:hAnsi="Arial"/>
          <w:sz w:val="23"/>
        </w:rPr>
        <w:t>Purpose and analytical specification</w:t>
      </w:r>
    </w:p>
    <w:p w14:paraId="5E707365" w14:textId="77777777" w:rsidR="00297C2F" w:rsidRDefault="00000000">
      <w:pPr>
        <w:spacing w:after="60" w:line="240" w:lineRule="auto"/>
      </w:pPr>
      <w:r>
        <w:rPr>
          <w:sz w:val="19"/>
        </w:rPr>
        <w:t>This appendix defines the AHP hierarchy, reciprocal pairwise matrices, criterion weights, consistency statistics, five domain weighting scenarios, the 1 to 8 GIS reclassification procedure, the questionnaire coding specification, and the residential district risk linkage. Every displayed AHP weight set totals 100 percent, and every matrix for which a consistency ratio is defined satisfies CR below 0.10.</w:t>
      </w:r>
    </w:p>
    <w:p w14:paraId="1B07D0DF" w14:textId="77777777" w:rsidR="00297C2F" w:rsidRDefault="00000000">
      <w:pPr>
        <w:spacing w:after="60" w:line="240" w:lineRule="auto"/>
      </w:pPr>
      <w:r>
        <w:t>Analytical status  The displayed matrices form an analyst-constructed, deterministic AHP specification derived from the stated indicator hierarchy and target priorities. Their consistency ratios assess internal mathematical coherence and are not estimates of inter-expert agreement.</w:t>
      </w:r>
    </w:p>
    <w:p w14:paraId="15E4B310" w14:textId="77777777" w:rsidR="00297C2F" w:rsidRDefault="00000000">
      <w:pPr>
        <w:pStyle w:val="Heading1"/>
        <w:spacing w:before="160" w:after="60" w:line="240" w:lineRule="auto"/>
      </w:pPr>
      <w:r>
        <w:rPr>
          <w:rFonts w:ascii="Arial" w:hAnsi="Arial"/>
          <w:sz w:val="23"/>
        </w:rPr>
        <w:t>Important scale distinction</w:t>
      </w:r>
    </w:p>
    <w:p w14:paraId="01B61B32" w14:textId="77777777" w:rsidR="00297C2F" w:rsidRDefault="00000000">
      <w:pPr>
        <w:spacing w:after="60" w:line="240" w:lineRule="auto"/>
      </w:pPr>
      <w:r>
        <w:t>AHP judgments use the standard reciprocal 1 to 9 Saaty scale. Map layers use a separate 1 to 8 ordinal vulnerability scale after min max normalization. The scales serve different purposes and are not combined. The specified matrices use intensities no larger than 5, together with their reciprocals.</w:t>
      </w:r>
    </w:p>
    <w:p w14:paraId="423E1159" w14:textId="77777777" w:rsidR="00297C2F" w:rsidRDefault="00000000">
      <w:pPr>
        <w:pStyle w:val="Heading1"/>
        <w:spacing w:before="160" w:after="60" w:line="240" w:lineRule="auto"/>
      </w:pPr>
      <w:r>
        <w:rPr>
          <w:rFonts w:ascii="Arial" w:hAnsi="Arial"/>
          <w:sz w:val="23"/>
        </w:rPr>
        <w:t>Equal weight integration of the four domain scores</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621"/>
        <w:gridCol w:w="2201"/>
        <w:gridCol w:w="2201"/>
        <w:gridCol w:w="2201"/>
        <w:gridCol w:w="2201"/>
        <w:gridCol w:w="2831"/>
      </w:tblGrid>
      <w:tr w:rsidR="00297C2F" w14:paraId="3682B4FD" w14:textId="77777777">
        <w:trPr>
          <w:cantSplit/>
          <w:tblHeader/>
          <w:jc w:val="center"/>
        </w:trPr>
        <w:tc>
          <w:tcPr>
            <w:tcW w:w="26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2C6869" w14:textId="77777777" w:rsidR="00297C2F" w:rsidRDefault="00000000">
            <w:pPr>
              <w:spacing w:after="0" w:line="240" w:lineRule="auto"/>
              <w:jc w:val="center"/>
            </w:pPr>
            <w:r>
              <w:rPr>
                <w:b/>
                <w:sz w:val="15"/>
              </w:rPr>
              <w:t>Domain</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AE7642" w14:textId="77777777" w:rsidR="00297C2F" w:rsidRDefault="00000000">
            <w:pPr>
              <w:spacing w:after="0" w:line="240" w:lineRule="auto"/>
              <w:jc w:val="center"/>
            </w:pPr>
            <w:r>
              <w:rPr>
                <w:b/>
                <w:sz w:val="15"/>
              </w:rPr>
              <w:t>SOC</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BFBB452" w14:textId="77777777" w:rsidR="00297C2F" w:rsidRDefault="00000000">
            <w:pPr>
              <w:spacing w:after="0" w:line="240" w:lineRule="auto"/>
              <w:jc w:val="center"/>
            </w:pPr>
            <w:r>
              <w:rPr>
                <w:b/>
                <w:sz w:val="15"/>
              </w:rPr>
              <w:t>RES</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241684E" w14:textId="77777777" w:rsidR="00297C2F" w:rsidRDefault="00000000">
            <w:pPr>
              <w:spacing w:after="0" w:line="240" w:lineRule="auto"/>
              <w:jc w:val="center"/>
            </w:pPr>
            <w:r>
              <w:rPr>
                <w:b/>
                <w:sz w:val="15"/>
              </w:rPr>
              <w:t>ENV</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24B7338" w14:textId="77777777" w:rsidR="00297C2F" w:rsidRDefault="00000000">
            <w:pPr>
              <w:spacing w:after="0" w:line="240" w:lineRule="auto"/>
              <w:jc w:val="center"/>
            </w:pPr>
            <w:r>
              <w:rPr>
                <w:b/>
                <w:sz w:val="15"/>
              </w:rPr>
              <w:t>PHY</w:t>
            </w:r>
          </w:p>
        </w:tc>
        <w:tc>
          <w:tcPr>
            <w:tcW w:w="283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9000FD" w14:textId="77777777" w:rsidR="00297C2F" w:rsidRDefault="00000000">
            <w:pPr>
              <w:spacing w:after="0" w:line="240" w:lineRule="auto"/>
              <w:jc w:val="center"/>
            </w:pPr>
            <w:r>
              <w:rPr>
                <w:b/>
                <w:sz w:val="15"/>
              </w:rPr>
              <w:t>Weight percent</w:t>
            </w:r>
          </w:p>
        </w:tc>
      </w:tr>
      <w:tr w:rsidR="00297C2F" w14:paraId="0A054A41" w14:textId="77777777">
        <w:trPr>
          <w:cantSplit/>
          <w:jc w:val="center"/>
        </w:trPr>
        <w:tc>
          <w:tcPr>
            <w:tcW w:w="26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F6627E6" w14:textId="77777777" w:rsidR="00297C2F" w:rsidRDefault="00000000">
            <w:pPr>
              <w:spacing w:after="0" w:line="240" w:lineRule="auto"/>
              <w:jc w:val="center"/>
            </w:pPr>
            <w:r>
              <w:rPr>
                <w:sz w:val="15"/>
              </w:rPr>
              <w:t>SOC</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D15822A" w14:textId="77777777" w:rsidR="00297C2F" w:rsidRDefault="00000000">
            <w:pPr>
              <w:spacing w:after="0" w:line="240" w:lineRule="auto"/>
              <w:jc w:val="center"/>
            </w:pPr>
            <w:r>
              <w:rPr>
                <w:sz w:val="15"/>
              </w:rPr>
              <w:t>1</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D2F5667" w14:textId="77777777" w:rsidR="00297C2F" w:rsidRDefault="00000000">
            <w:pPr>
              <w:spacing w:after="0" w:line="240" w:lineRule="auto"/>
              <w:jc w:val="center"/>
            </w:pPr>
            <w:r>
              <w:rPr>
                <w:sz w:val="15"/>
              </w:rPr>
              <w:t>1</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C12A2C1" w14:textId="77777777" w:rsidR="00297C2F" w:rsidRDefault="00000000">
            <w:pPr>
              <w:spacing w:after="0" w:line="240" w:lineRule="auto"/>
              <w:jc w:val="center"/>
            </w:pPr>
            <w:r>
              <w:rPr>
                <w:sz w:val="15"/>
              </w:rPr>
              <w:t>1</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FAB12F" w14:textId="77777777" w:rsidR="00297C2F" w:rsidRDefault="00000000">
            <w:pPr>
              <w:spacing w:after="0" w:line="240" w:lineRule="auto"/>
              <w:jc w:val="center"/>
            </w:pPr>
            <w:r>
              <w:rPr>
                <w:sz w:val="15"/>
              </w:rPr>
              <w:t>1</w:t>
            </w:r>
          </w:p>
        </w:tc>
        <w:tc>
          <w:tcPr>
            <w:tcW w:w="283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6C47A5" w14:textId="77777777" w:rsidR="00297C2F" w:rsidRDefault="00000000">
            <w:pPr>
              <w:spacing w:after="0" w:line="240" w:lineRule="auto"/>
              <w:jc w:val="center"/>
            </w:pPr>
            <w:r>
              <w:rPr>
                <w:sz w:val="15"/>
              </w:rPr>
              <w:t>25.00</w:t>
            </w:r>
          </w:p>
        </w:tc>
      </w:tr>
      <w:tr w:rsidR="00297C2F" w14:paraId="69D996E1" w14:textId="77777777">
        <w:trPr>
          <w:cantSplit/>
          <w:jc w:val="center"/>
        </w:trPr>
        <w:tc>
          <w:tcPr>
            <w:tcW w:w="26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7FE53C4" w14:textId="77777777" w:rsidR="00297C2F" w:rsidRDefault="00000000">
            <w:pPr>
              <w:spacing w:after="0" w:line="240" w:lineRule="auto"/>
              <w:jc w:val="center"/>
            </w:pPr>
            <w:r>
              <w:rPr>
                <w:sz w:val="15"/>
              </w:rPr>
              <w:t>RES</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2E049DD" w14:textId="77777777" w:rsidR="00297C2F" w:rsidRDefault="00000000">
            <w:pPr>
              <w:spacing w:after="0" w:line="240" w:lineRule="auto"/>
              <w:jc w:val="center"/>
            </w:pPr>
            <w:r>
              <w:rPr>
                <w:sz w:val="15"/>
              </w:rPr>
              <w:t>1</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17E7DF3" w14:textId="77777777" w:rsidR="00297C2F" w:rsidRDefault="00000000">
            <w:pPr>
              <w:spacing w:after="0" w:line="240" w:lineRule="auto"/>
              <w:jc w:val="center"/>
            </w:pPr>
            <w:r>
              <w:rPr>
                <w:sz w:val="15"/>
              </w:rPr>
              <w:t>1</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B2A4DF" w14:textId="77777777" w:rsidR="00297C2F" w:rsidRDefault="00000000">
            <w:pPr>
              <w:spacing w:after="0" w:line="240" w:lineRule="auto"/>
              <w:jc w:val="center"/>
            </w:pPr>
            <w:r>
              <w:rPr>
                <w:sz w:val="15"/>
              </w:rPr>
              <w:t>1</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C6BF7CC" w14:textId="77777777" w:rsidR="00297C2F" w:rsidRDefault="00000000">
            <w:pPr>
              <w:spacing w:after="0" w:line="240" w:lineRule="auto"/>
              <w:jc w:val="center"/>
            </w:pPr>
            <w:r>
              <w:rPr>
                <w:sz w:val="15"/>
              </w:rPr>
              <w:t>1</w:t>
            </w:r>
          </w:p>
        </w:tc>
        <w:tc>
          <w:tcPr>
            <w:tcW w:w="283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50E1F74" w14:textId="77777777" w:rsidR="00297C2F" w:rsidRDefault="00000000">
            <w:pPr>
              <w:spacing w:after="0" w:line="240" w:lineRule="auto"/>
              <w:jc w:val="center"/>
            </w:pPr>
            <w:r>
              <w:rPr>
                <w:sz w:val="15"/>
              </w:rPr>
              <w:t>25.00</w:t>
            </w:r>
          </w:p>
        </w:tc>
      </w:tr>
      <w:tr w:rsidR="00297C2F" w14:paraId="5FFF8777" w14:textId="77777777">
        <w:trPr>
          <w:cantSplit/>
          <w:jc w:val="center"/>
        </w:trPr>
        <w:tc>
          <w:tcPr>
            <w:tcW w:w="26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B7E2B99" w14:textId="77777777" w:rsidR="00297C2F" w:rsidRDefault="00000000">
            <w:pPr>
              <w:spacing w:after="0" w:line="240" w:lineRule="auto"/>
              <w:jc w:val="center"/>
            </w:pPr>
            <w:r>
              <w:rPr>
                <w:sz w:val="15"/>
              </w:rPr>
              <w:t>ENV</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25B8213" w14:textId="77777777" w:rsidR="00297C2F" w:rsidRDefault="00000000">
            <w:pPr>
              <w:spacing w:after="0" w:line="240" w:lineRule="auto"/>
              <w:jc w:val="center"/>
            </w:pPr>
            <w:r>
              <w:rPr>
                <w:sz w:val="15"/>
              </w:rPr>
              <w:t>1</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B99BF2F" w14:textId="77777777" w:rsidR="00297C2F" w:rsidRDefault="00000000">
            <w:pPr>
              <w:spacing w:after="0" w:line="240" w:lineRule="auto"/>
              <w:jc w:val="center"/>
            </w:pPr>
            <w:r>
              <w:rPr>
                <w:sz w:val="15"/>
              </w:rPr>
              <w:t>1</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4485554" w14:textId="77777777" w:rsidR="00297C2F" w:rsidRDefault="00000000">
            <w:pPr>
              <w:spacing w:after="0" w:line="240" w:lineRule="auto"/>
              <w:jc w:val="center"/>
            </w:pPr>
            <w:r>
              <w:rPr>
                <w:sz w:val="15"/>
              </w:rPr>
              <w:t>1</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5FE3688" w14:textId="77777777" w:rsidR="00297C2F" w:rsidRDefault="00000000">
            <w:pPr>
              <w:spacing w:after="0" w:line="240" w:lineRule="auto"/>
              <w:jc w:val="center"/>
            </w:pPr>
            <w:r>
              <w:rPr>
                <w:sz w:val="15"/>
              </w:rPr>
              <w:t>1</w:t>
            </w:r>
          </w:p>
        </w:tc>
        <w:tc>
          <w:tcPr>
            <w:tcW w:w="283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47ED008" w14:textId="77777777" w:rsidR="00297C2F" w:rsidRDefault="00000000">
            <w:pPr>
              <w:spacing w:after="0" w:line="240" w:lineRule="auto"/>
              <w:jc w:val="center"/>
            </w:pPr>
            <w:r>
              <w:rPr>
                <w:sz w:val="15"/>
              </w:rPr>
              <w:t>25.00</w:t>
            </w:r>
          </w:p>
        </w:tc>
      </w:tr>
      <w:tr w:rsidR="00297C2F" w14:paraId="4C6323E9" w14:textId="77777777">
        <w:trPr>
          <w:cantSplit/>
          <w:jc w:val="center"/>
        </w:trPr>
        <w:tc>
          <w:tcPr>
            <w:tcW w:w="26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8FCC1C9" w14:textId="77777777" w:rsidR="00297C2F" w:rsidRDefault="00000000">
            <w:pPr>
              <w:spacing w:after="0" w:line="240" w:lineRule="auto"/>
              <w:jc w:val="center"/>
            </w:pPr>
            <w:r>
              <w:rPr>
                <w:sz w:val="15"/>
              </w:rPr>
              <w:t>PHY</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A328E4" w14:textId="77777777" w:rsidR="00297C2F" w:rsidRDefault="00000000">
            <w:pPr>
              <w:spacing w:after="0" w:line="240" w:lineRule="auto"/>
              <w:jc w:val="center"/>
            </w:pPr>
            <w:r>
              <w:rPr>
                <w:sz w:val="15"/>
              </w:rPr>
              <w:t>1</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56489BE" w14:textId="77777777" w:rsidR="00297C2F" w:rsidRDefault="00000000">
            <w:pPr>
              <w:spacing w:after="0" w:line="240" w:lineRule="auto"/>
              <w:jc w:val="center"/>
            </w:pPr>
            <w:r>
              <w:rPr>
                <w:sz w:val="15"/>
              </w:rPr>
              <w:t>1</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D0532D6" w14:textId="77777777" w:rsidR="00297C2F" w:rsidRDefault="00000000">
            <w:pPr>
              <w:spacing w:after="0" w:line="240" w:lineRule="auto"/>
              <w:jc w:val="center"/>
            </w:pPr>
            <w:r>
              <w:rPr>
                <w:sz w:val="15"/>
              </w:rPr>
              <w:t>1</w:t>
            </w:r>
          </w:p>
        </w:tc>
        <w:tc>
          <w:tcPr>
            <w:tcW w:w="22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B7C1C67" w14:textId="77777777" w:rsidR="00297C2F" w:rsidRDefault="00000000">
            <w:pPr>
              <w:spacing w:after="0" w:line="240" w:lineRule="auto"/>
              <w:jc w:val="center"/>
            </w:pPr>
            <w:r>
              <w:rPr>
                <w:sz w:val="15"/>
              </w:rPr>
              <w:t>1</w:t>
            </w:r>
          </w:p>
        </w:tc>
        <w:tc>
          <w:tcPr>
            <w:tcW w:w="283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35A5B08" w14:textId="77777777" w:rsidR="00297C2F" w:rsidRDefault="00000000">
            <w:pPr>
              <w:spacing w:after="0" w:line="240" w:lineRule="auto"/>
              <w:jc w:val="center"/>
            </w:pPr>
            <w:r>
              <w:rPr>
                <w:sz w:val="15"/>
              </w:rPr>
              <w:t>25.00</w:t>
            </w:r>
          </w:p>
        </w:tc>
      </w:tr>
    </w:tbl>
    <w:p w14:paraId="126591F7" w14:textId="77777777" w:rsidR="00297C2F" w:rsidRDefault="00297C2F">
      <w:pPr>
        <w:spacing w:after="60" w:line="240" w:lineRule="auto"/>
      </w:pPr>
    </w:p>
    <w:p w14:paraId="5D9D6EEB" w14:textId="77777777" w:rsidR="00297C2F" w:rsidRDefault="00000000">
      <w:pPr>
        <w:spacing w:after="60" w:line="240" w:lineRule="auto"/>
      </w:pPr>
      <w:r>
        <w:rPr>
          <w:sz w:val="19"/>
        </w:rPr>
        <w:t>The four domain weights sum to 100.00 percent. For this all ones matrix, lambda max = 4.0000, CI = 0.0000, RI = 0.90, and CR = 0.0000.</w:t>
      </w:r>
    </w:p>
    <w:p w14:paraId="7BB5246E" w14:textId="77777777" w:rsidR="00297C2F" w:rsidRDefault="00000000">
      <w:pPr>
        <w:pStyle w:val="Heading1"/>
        <w:spacing w:before="160" w:after="60" w:line="240" w:lineRule="auto"/>
      </w:pPr>
      <w:r>
        <w:rPr>
          <w:rFonts w:ascii="Arial" w:hAnsi="Arial"/>
          <w:sz w:val="23"/>
        </w:rPr>
        <w:t>Five predefined domain weighting scenarios</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386"/>
        <w:gridCol w:w="1958"/>
        <w:gridCol w:w="1958"/>
        <w:gridCol w:w="1958"/>
        <w:gridCol w:w="1958"/>
        <w:gridCol w:w="2038"/>
      </w:tblGrid>
      <w:tr w:rsidR="00297C2F" w14:paraId="7E85B636" w14:textId="77777777">
        <w:trPr>
          <w:cantSplit/>
          <w:tblHeader/>
          <w:jc w:val="center"/>
        </w:trPr>
        <w:tc>
          <w:tcPr>
            <w:tcW w:w="438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4381D9" w14:textId="77777777" w:rsidR="00297C2F" w:rsidRDefault="00000000">
            <w:pPr>
              <w:spacing w:after="0" w:line="240" w:lineRule="auto"/>
              <w:jc w:val="center"/>
            </w:pPr>
            <w:r>
              <w:rPr>
                <w:b/>
                <w:sz w:val="15"/>
              </w:rPr>
              <w:t>Scenario</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D965A2" w14:textId="77777777" w:rsidR="00297C2F" w:rsidRDefault="00000000">
            <w:pPr>
              <w:spacing w:after="0" w:line="240" w:lineRule="auto"/>
              <w:jc w:val="center"/>
            </w:pPr>
            <w:r>
              <w:rPr>
                <w:b/>
                <w:sz w:val="15"/>
              </w:rPr>
              <w:t>SOC percent</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E1CBECF" w14:textId="77777777" w:rsidR="00297C2F" w:rsidRDefault="00000000">
            <w:pPr>
              <w:spacing w:after="0" w:line="240" w:lineRule="auto"/>
              <w:jc w:val="center"/>
            </w:pPr>
            <w:r>
              <w:rPr>
                <w:b/>
                <w:sz w:val="15"/>
              </w:rPr>
              <w:t>RES percent</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FD0E591" w14:textId="77777777" w:rsidR="00297C2F" w:rsidRDefault="00000000">
            <w:pPr>
              <w:spacing w:after="0" w:line="240" w:lineRule="auto"/>
              <w:jc w:val="center"/>
            </w:pPr>
            <w:r>
              <w:rPr>
                <w:b/>
                <w:sz w:val="15"/>
              </w:rPr>
              <w:t>ENV percent</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C03A167" w14:textId="77777777" w:rsidR="00297C2F" w:rsidRDefault="00000000">
            <w:pPr>
              <w:spacing w:after="0" w:line="240" w:lineRule="auto"/>
              <w:jc w:val="center"/>
            </w:pPr>
            <w:r>
              <w:rPr>
                <w:b/>
                <w:sz w:val="15"/>
              </w:rPr>
              <w:t>PHY percent</w:t>
            </w:r>
          </w:p>
        </w:tc>
        <w:tc>
          <w:tcPr>
            <w:tcW w:w="20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253A8F6" w14:textId="77777777" w:rsidR="00297C2F" w:rsidRDefault="00000000">
            <w:pPr>
              <w:spacing w:after="0" w:line="240" w:lineRule="auto"/>
              <w:jc w:val="center"/>
            </w:pPr>
            <w:r>
              <w:rPr>
                <w:b/>
                <w:sz w:val="15"/>
              </w:rPr>
              <w:t>Total percent</w:t>
            </w:r>
          </w:p>
        </w:tc>
      </w:tr>
      <w:tr w:rsidR="00297C2F" w14:paraId="007C0EF2" w14:textId="77777777">
        <w:trPr>
          <w:cantSplit/>
          <w:jc w:val="center"/>
        </w:trPr>
        <w:tc>
          <w:tcPr>
            <w:tcW w:w="438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AC3571" w14:textId="77777777" w:rsidR="00297C2F" w:rsidRDefault="00000000">
            <w:pPr>
              <w:spacing w:after="0" w:line="240" w:lineRule="auto"/>
            </w:pPr>
            <w:r>
              <w:rPr>
                <w:sz w:val="15"/>
              </w:rPr>
              <w:t>Socioeconomic priority</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B8B2BC1" w14:textId="77777777" w:rsidR="00297C2F" w:rsidRDefault="00000000">
            <w:pPr>
              <w:spacing w:after="0" w:line="240" w:lineRule="auto"/>
              <w:jc w:val="center"/>
            </w:pPr>
            <w:r>
              <w:rPr>
                <w:sz w:val="15"/>
              </w:rPr>
              <w:t>40.00</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51A870B" w14:textId="77777777" w:rsidR="00297C2F" w:rsidRDefault="00000000">
            <w:pPr>
              <w:spacing w:after="0" w:line="240" w:lineRule="auto"/>
              <w:jc w:val="center"/>
            </w:pPr>
            <w:r>
              <w:rPr>
                <w:sz w:val="15"/>
              </w:rPr>
              <w:t>20.00</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5BB9B9E" w14:textId="77777777" w:rsidR="00297C2F" w:rsidRDefault="00000000">
            <w:pPr>
              <w:spacing w:after="0" w:line="240" w:lineRule="auto"/>
              <w:jc w:val="center"/>
            </w:pPr>
            <w:r>
              <w:rPr>
                <w:sz w:val="15"/>
              </w:rPr>
              <w:t>20.00</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4DE872" w14:textId="77777777" w:rsidR="00297C2F" w:rsidRDefault="00000000">
            <w:pPr>
              <w:spacing w:after="0" w:line="240" w:lineRule="auto"/>
              <w:jc w:val="center"/>
            </w:pPr>
            <w:r>
              <w:rPr>
                <w:sz w:val="15"/>
              </w:rPr>
              <w:t>20.00</w:t>
            </w:r>
          </w:p>
        </w:tc>
        <w:tc>
          <w:tcPr>
            <w:tcW w:w="20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CDB348D" w14:textId="77777777" w:rsidR="00297C2F" w:rsidRDefault="00000000">
            <w:pPr>
              <w:spacing w:after="0" w:line="240" w:lineRule="auto"/>
              <w:jc w:val="center"/>
            </w:pPr>
            <w:r>
              <w:rPr>
                <w:sz w:val="15"/>
              </w:rPr>
              <w:t>100.00</w:t>
            </w:r>
          </w:p>
        </w:tc>
      </w:tr>
      <w:tr w:rsidR="00297C2F" w14:paraId="4A877A16" w14:textId="77777777">
        <w:trPr>
          <w:cantSplit/>
          <w:jc w:val="center"/>
        </w:trPr>
        <w:tc>
          <w:tcPr>
            <w:tcW w:w="438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25607FF" w14:textId="77777777" w:rsidR="00297C2F" w:rsidRDefault="00000000">
            <w:pPr>
              <w:spacing w:after="0" w:line="240" w:lineRule="auto"/>
            </w:pPr>
            <w:r>
              <w:rPr>
                <w:sz w:val="15"/>
              </w:rPr>
              <w:t>Residential priority</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97D9050" w14:textId="77777777" w:rsidR="00297C2F" w:rsidRDefault="00000000">
            <w:pPr>
              <w:spacing w:after="0" w:line="240" w:lineRule="auto"/>
              <w:jc w:val="center"/>
            </w:pPr>
            <w:r>
              <w:rPr>
                <w:sz w:val="15"/>
              </w:rPr>
              <w:t>20.00</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11627C3" w14:textId="77777777" w:rsidR="00297C2F" w:rsidRDefault="00000000">
            <w:pPr>
              <w:spacing w:after="0" w:line="240" w:lineRule="auto"/>
              <w:jc w:val="center"/>
            </w:pPr>
            <w:r>
              <w:rPr>
                <w:sz w:val="15"/>
              </w:rPr>
              <w:t>40.00</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A004C1A" w14:textId="77777777" w:rsidR="00297C2F" w:rsidRDefault="00000000">
            <w:pPr>
              <w:spacing w:after="0" w:line="240" w:lineRule="auto"/>
              <w:jc w:val="center"/>
            </w:pPr>
            <w:r>
              <w:rPr>
                <w:sz w:val="15"/>
              </w:rPr>
              <w:t>20.00</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87464F3" w14:textId="77777777" w:rsidR="00297C2F" w:rsidRDefault="00000000">
            <w:pPr>
              <w:spacing w:after="0" w:line="240" w:lineRule="auto"/>
              <w:jc w:val="center"/>
            </w:pPr>
            <w:r>
              <w:rPr>
                <w:sz w:val="15"/>
              </w:rPr>
              <w:t>20.00</w:t>
            </w:r>
          </w:p>
        </w:tc>
        <w:tc>
          <w:tcPr>
            <w:tcW w:w="20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51A083" w14:textId="77777777" w:rsidR="00297C2F" w:rsidRDefault="00000000">
            <w:pPr>
              <w:spacing w:after="0" w:line="240" w:lineRule="auto"/>
              <w:jc w:val="center"/>
            </w:pPr>
            <w:r>
              <w:rPr>
                <w:sz w:val="15"/>
              </w:rPr>
              <w:t>100.00</w:t>
            </w:r>
          </w:p>
        </w:tc>
      </w:tr>
      <w:tr w:rsidR="00297C2F" w14:paraId="2ACA2885" w14:textId="77777777">
        <w:trPr>
          <w:cantSplit/>
          <w:jc w:val="center"/>
        </w:trPr>
        <w:tc>
          <w:tcPr>
            <w:tcW w:w="438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A63762F" w14:textId="77777777" w:rsidR="00297C2F" w:rsidRDefault="00000000">
            <w:pPr>
              <w:spacing w:after="0" w:line="240" w:lineRule="auto"/>
            </w:pPr>
            <w:r>
              <w:rPr>
                <w:sz w:val="15"/>
              </w:rPr>
              <w:t>Environmental priority</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4B9BAE5" w14:textId="77777777" w:rsidR="00297C2F" w:rsidRDefault="00000000">
            <w:pPr>
              <w:spacing w:after="0" w:line="240" w:lineRule="auto"/>
              <w:jc w:val="center"/>
            </w:pPr>
            <w:r>
              <w:rPr>
                <w:sz w:val="15"/>
              </w:rPr>
              <w:t>20.00</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443CA85" w14:textId="77777777" w:rsidR="00297C2F" w:rsidRDefault="00000000">
            <w:pPr>
              <w:spacing w:after="0" w:line="240" w:lineRule="auto"/>
              <w:jc w:val="center"/>
            </w:pPr>
            <w:r>
              <w:rPr>
                <w:sz w:val="15"/>
              </w:rPr>
              <w:t>20.00</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BD164C" w14:textId="77777777" w:rsidR="00297C2F" w:rsidRDefault="00000000">
            <w:pPr>
              <w:spacing w:after="0" w:line="240" w:lineRule="auto"/>
              <w:jc w:val="center"/>
            </w:pPr>
            <w:r>
              <w:rPr>
                <w:sz w:val="15"/>
              </w:rPr>
              <w:t>40.00</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C0D547A" w14:textId="77777777" w:rsidR="00297C2F" w:rsidRDefault="00000000">
            <w:pPr>
              <w:spacing w:after="0" w:line="240" w:lineRule="auto"/>
              <w:jc w:val="center"/>
            </w:pPr>
            <w:r>
              <w:rPr>
                <w:sz w:val="15"/>
              </w:rPr>
              <w:t>20.00</w:t>
            </w:r>
          </w:p>
        </w:tc>
        <w:tc>
          <w:tcPr>
            <w:tcW w:w="20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66E9155" w14:textId="77777777" w:rsidR="00297C2F" w:rsidRDefault="00000000">
            <w:pPr>
              <w:spacing w:after="0" w:line="240" w:lineRule="auto"/>
              <w:jc w:val="center"/>
            </w:pPr>
            <w:r>
              <w:rPr>
                <w:sz w:val="15"/>
              </w:rPr>
              <w:t>100.00</w:t>
            </w:r>
          </w:p>
        </w:tc>
      </w:tr>
      <w:tr w:rsidR="00297C2F" w14:paraId="58EAB6BC" w14:textId="77777777">
        <w:trPr>
          <w:cantSplit/>
          <w:jc w:val="center"/>
        </w:trPr>
        <w:tc>
          <w:tcPr>
            <w:tcW w:w="438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8814A76" w14:textId="77777777" w:rsidR="00297C2F" w:rsidRDefault="00000000">
            <w:pPr>
              <w:spacing w:after="0" w:line="240" w:lineRule="auto"/>
            </w:pPr>
            <w:r>
              <w:rPr>
                <w:sz w:val="15"/>
              </w:rPr>
              <w:t>Physical priority</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3126A09" w14:textId="77777777" w:rsidR="00297C2F" w:rsidRDefault="00000000">
            <w:pPr>
              <w:spacing w:after="0" w:line="240" w:lineRule="auto"/>
              <w:jc w:val="center"/>
            </w:pPr>
            <w:r>
              <w:rPr>
                <w:sz w:val="15"/>
              </w:rPr>
              <w:t>20.00</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47A9496" w14:textId="77777777" w:rsidR="00297C2F" w:rsidRDefault="00000000">
            <w:pPr>
              <w:spacing w:after="0" w:line="240" w:lineRule="auto"/>
              <w:jc w:val="center"/>
            </w:pPr>
            <w:r>
              <w:rPr>
                <w:sz w:val="15"/>
              </w:rPr>
              <w:t>20.00</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DA33CFA" w14:textId="77777777" w:rsidR="00297C2F" w:rsidRDefault="00000000">
            <w:pPr>
              <w:spacing w:after="0" w:line="240" w:lineRule="auto"/>
              <w:jc w:val="center"/>
            </w:pPr>
            <w:r>
              <w:rPr>
                <w:sz w:val="15"/>
              </w:rPr>
              <w:t>20.00</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A66FE64" w14:textId="77777777" w:rsidR="00297C2F" w:rsidRDefault="00000000">
            <w:pPr>
              <w:spacing w:after="0" w:line="240" w:lineRule="auto"/>
              <w:jc w:val="center"/>
            </w:pPr>
            <w:r>
              <w:rPr>
                <w:sz w:val="15"/>
              </w:rPr>
              <w:t>40.00</w:t>
            </w:r>
          </w:p>
        </w:tc>
        <w:tc>
          <w:tcPr>
            <w:tcW w:w="20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C3A0550" w14:textId="77777777" w:rsidR="00297C2F" w:rsidRDefault="00000000">
            <w:pPr>
              <w:spacing w:after="0" w:line="240" w:lineRule="auto"/>
              <w:jc w:val="center"/>
            </w:pPr>
            <w:r>
              <w:rPr>
                <w:sz w:val="15"/>
              </w:rPr>
              <w:t>100.00</w:t>
            </w:r>
          </w:p>
        </w:tc>
      </w:tr>
      <w:tr w:rsidR="00297C2F" w14:paraId="0E010B7D" w14:textId="77777777">
        <w:trPr>
          <w:cantSplit/>
          <w:jc w:val="center"/>
        </w:trPr>
        <w:tc>
          <w:tcPr>
            <w:tcW w:w="438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F71410F" w14:textId="77777777" w:rsidR="00297C2F" w:rsidRDefault="00000000">
            <w:pPr>
              <w:spacing w:after="0" w:line="240" w:lineRule="auto"/>
            </w:pPr>
            <w:r>
              <w:rPr>
                <w:sz w:val="15"/>
              </w:rPr>
              <w:t>Equal weight</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6D9B277" w14:textId="77777777" w:rsidR="00297C2F" w:rsidRDefault="00000000">
            <w:pPr>
              <w:spacing w:after="0" w:line="240" w:lineRule="auto"/>
              <w:jc w:val="center"/>
            </w:pPr>
            <w:r>
              <w:rPr>
                <w:sz w:val="15"/>
              </w:rPr>
              <w:t>25.00</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8A06D27" w14:textId="77777777" w:rsidR="00297C2F" w:rsidRDefault="00000000">
            <w:pPr>
              <w:spacing w:after="0" w:line="240" w:lineRule="auto"/>
              <w:jc w:val="center"/>
            </w:pPr>
            <w:r>
              <w:rPr>
                <w:sz w:val="15"/>
              </w:rPr>
              <w:t>25.00</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D8836A0" w14:textId="77777777" w:rsidR="00297C2F" w:rsidRDefault="00000000">
            <w:pPr>
              <w:spacing w:after="0" w:line="240" w:lineRule="auto"/>
              <w:jc w:val="center"/>
            </w:pPr>
            <w:r>
              <w:rPr>
                <w:sz w:val="15"/>
              </w:rPr>
              <w:t>25.00</w:t>
            </w:r>
          </w:p>
        </w:tc>
        <w:tc>
          <w:tcPr>
            <w:tcW w:w="19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DA48093" w14:textId="77777777" w:rsidR="00297C2F" w:rsidRDefault="00000000">
            <w:pPr>
              <w:spacing w:after="0" w:line="240" w:lineRule="auto"/>
              <w:jc w:val="center"/>
            </w:pPr>
            <w:r>
              <w:rPr>
                <w:sz w:val="15"/>
              </w:rPr>
              <w:t>25.00</w:t>
            </w:r>
          </w:p>
        </w:tc>
        <w:tc>
          <w:tcPr>
            <w:tcW w:w="20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AE5692F" w14:textId="77777777" w:rsidR="00297C2F" w:rsidRDefault="00000000">
            <w:pPr>
              <w:spacing w:after="0" w:line="240" w:lineRule="auto"/>
              <w:jc w:val="center"/>
            </w:pPr>
            <w:r>
              <w:rPr>
                <w:sz w:val="15"/>
              </w:rPr>
              <w:t>100.00</w:t>
            </w:r>
          </w:p>
        </w:tc>
      </w:tr>
    </w:tbl>
    <w:p w14:paraId="592284F6" w14:textId="77777777" w:rsidR="00297C2F" w:rsidRDefault="00297C2F">
      <w:pPr>
        <w:spacing w:after="60" w:line="240" w:lineRule="auto"/>
      </w:pPr>
    </w:p>
    <w:p w14:paraId="1C53C74F" w14:textId="77777777" w:rsidR="00297C2F" w:rsidRDefault="00000000">
      <w:pPr>
        <w:spacing w:after="60" w:line="240" w:lineRule="auto"/>
      </w:pPr>
      <w:r>
        <w:t>Each priority scenario assigns 40 percent to the focal domain and 20 percent to each remaining domain. The equal scenario assigns 25 percent to every domain. All five scenario vectors total 100 percent.</w:t>
      </w:r>
    </w:p>
    <w:p w14:paraId="5511D16D" w14:textId="77777777" w:rsidR="00297C2F" w:rsidRDefault="00000000">
      <w:pPr>
        <w:spacing w:after="60" w:line="240" w:lineRule="auto"/>
      </w:pPr>
      <w:r>
        <w:rPr>
          <w:sz w:val="19"/>
        </w:rPr>
        <w:br w:type="page"/>
      </w:r>
    </w:p>
    <w:p w14:paraId="279C377D" w14:textId="77777777" w:rsidR="00297C2F" w:rsidRDefault="00000000">
      <w:pPr>
        <w:pStyle w:val="Heading1"/>
        <w:spacing w:before="160" w:after="60" w:line="240" w:lineRule="auto"/>
      </w:pPr>
      <w:r>
        <w:rPr>
          <w:rFonts w:ascii="Arial" w:hAnsi="Arial"/>
          <w:sz w:val="23"/>
        </w:rPr>
        <w:lastRenderedPageBreak/>
        <w:t>Calculation procedure</w:t>
      </w:r>
    </w:p>
    <w:p w14:paraId="2F0977AD" w14:textId="77777777" w:rsidR="00297C2F" w:rsidRDefault="00000000">
      <w:pPr>
        <w:spacing w:after="60" w:line="240" w:lineRule="auto"/>
        <w:ind w:left="317" w:hanging="259"/>
      </w:pPr>
      <w:r>
        <w:rPr>
          <w:b/>
          <w:sz w:val="19"/>
        </w:rPr>
        <w:t xml:space="preserve">1. </w:t>
      </w:r>
      <w:r>
        <w:rPr>
          <w:sz w:val="19"/>
        </w:rPr>
        <w:t>Define the hierarchy as goal, domains, environmental subgroups, and individual criteria.</w:t>
      </w:r>
    </w:p>
    <w:p w14:paraId="1940E358" w14:textId="77777777" w:rsidR="00297C2F" w:rsidRDefault="00000000">
      <w:pPr>
        <w:spacing w:after="60" w:line="240" w:lineRule="auto"/>
        <w:ind w:left="317" w:hanging="259"/>
      </w:pPr>
      <w:r>
        <w:rPr>
          <w:b/>
          <w:sz w:val="19"/>
        </w:rPr>
        <w:t xml:space="preserve">2. </w:t>
      </w:r>
      <w:r>
        <w:rPr>
          <w:sz w:val="19"/>
        </w:rPr>
        <w:t>Orient every criterion so that a larger standardized score always represents greater vulnerability.</w:t>
      </w:r>
    </w:p>
    <w:p w14:paraId="695E62FC" w14:textId="77777777" w:rsidR="00297C2F" w:rsidRDefault="00000000">
      <w:pPr>
        <w:spacing w:after="60" w:line="240" w:lineRule="auto"/>
        <w:ind w:left="317" w:hanging="259"/>
      </w:pPr>
      <w:r>
        <w:t>3. Define the pairwise priorities for every node, construct the positive reciprocal matrices, and preserve the same specification across all scenarios.</w:t>
      </w:r>
    </w:p>
    <w:p w14:paraId="65084A57" w14:textId="77777777" w:rsidR="00297C2F" w:rsidRDefault="00000000">
      <w:pPr>
        <w:spacing w:after="60" w:line="240" w:lineRule="auto"/>
        <w:ind w:left="317" w:hanging="259"/>
      </w:pPr>
      <w:r>
        <w:rPr>
          <w:b/>
          <w:sz w:val="19"/>
        </w:rPr>
        <w:t xml:space="preserve">4. </w:t>
      </w:r>
      <w:r>
        <w:rPr>
          <w:sz w:val="19"/>
        </w:rPr>
        <w:t>Construct a positive reciprocal matrix A, where aji equals 1 divided by aij and every diagonal entry equals 1.</w:t>
      </w:r>
    </w:p>
    <w:p w14:paraId="0A18E1EC" w14:textId="77777777" w:rsidR="00297C2F" w:rsidRDefault="00000000">
      <w:pPr>
        <w:spacing w:after="60" w:line="240" w:lineRule="auto"/>
        <w:ind w:left="317" w:hanging="259"/>
      </w:pPr>
      <w:r>
        <w:rPr>
          <w:b/>
          <w:sz w:val="19"/>
        </w:rPr>
        <w:t xml:space="preserve">5. </w:t>
      </w:r>
      <w:r>
        <w:rPr>
          <w:sz w:val="19"/>
        </w:rPr>
        <w:t>Derive the normalized principal right eigenvector w from A w equals lambda max times w.</w:t>
      </w:r>
    </w:p>
    <w:p w14:paraId="779FC6F0" w14:textId="77777777" w:rsidR="00297C2F" w:rsidRDefault="00000000">
      <w:pPr>
        <w:spacing w:after="60" w:line="240" w:lineRule="auto"/>
        <w:ind w:left="317" w:hanging="259"/>
      </w:pPr>
      <w:r>
        <w:t>6. Calculate CI = (lambda max - n) / (n - 1), then calculate CR = CI / RI for the matrix order n.</w:t>
      </w:r>
    </w:p>
    <w:p w14:paraId="479FEBD5" w14:textId="77777777" w:rsidR="00297C2F" w:rsidRDefault="00000000">
      <w:pPr>
        <w:spacing w:after="60" w:line="240" w:lineRule="auto"/>
        <w:ind w:left="317" w:hanging="259"/>
      </w:pPr>
      <w:r>
        <w:rPr>
          <w:b/>
          <w:sz w:val="19"/>
        </w:rPr>
        <w:t xml:space="preserve">7. </w:t>
      </w:r>
      <w:r>
        <w:rPr>
          <w:sz w:val="19"/>
        </w:rPr>
        <w:t>Accept the matrix when CR is below 0.10; otherwise review the judgments that produce the largest inconsistency.</w:t>
      </w:r>
    </w:p>
    <w:p w14:paraId="5D2733F4" w14:textId="77777777" w:rsidR="00297C2F" w:rsidRDefault="00000000">
      <w:pPr>
        <w:spacing w:after="60" w:line="240" w:lineRule="auto"/>
        <w:ind w:left="317" w:hanging="259"/>
      </w:pPr>
      <w:r>
        <w:rPr>
          <w:b/>
          <w:sz w:val="19"/>
        </w:rPr>
        <w:t xml:space="preserve">8. </w:t>
      </w:r>
      <w:r>
        <w:rPr>
          <w:sz w:val="19"/>
        </w:rPr>
        <w:t>Transform each GIS layer to the 1 to 8 ordinal scale, then calculate each domain score as the sum of wi times si.</w:t>
      </w:r>
    </w:p>
    <w:p w14:paraId="4400EEDB" w14:textId="77777777" w:rsidR="00297C2F" w:rsidRDefault="00000000">
      <w:pPr>
        <w:spacing w:after="60" w:line="240" w:lineRule="auto"/>
        <w:ind w:left="317" w:hanging="259"/>
      </w:pPr>
      <w:r>
        <w:rPr>
          <w:b/>
          <w:sz w:val="19"/>
        </w:rPr>
        <w:t xml:space="preserve">9. </w:t>
      </w:r>
      <w:r>
        <w:rPr>
          <w:sz w:val="19"/>
        </w:rPr>
        <w:t>Combine the four domain scores at 25 percent each for the equal weight scenario and audit every weight total.</w:t>
      </w:r>
    </w:p>
    <w:p w14:paraId="72D831E1" w14:textId="77777777" w:rsidR="00297C2F" w:rsidRDefault="00000000">
      <w:pPr>
        <w:pStyle w:val="Heading1"/>
        <w:spacing w:before="160" w:after="60" w:line="240" w:lineRule="auto"/>
      </w:pPr>
      <w:r>
        <w:rPr>
          <w:rFonts w:ascii="Arial" w:hAnsi="Arial"/>
          <w:sz w:val="23"/>
        </w:rPr>
        <w:t>AHP judgment scale</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213"/>
        <w:gridCol w:w="3943"/>
        <w:gridCol w:w="9100"/>
      </w:tblGrid>
      <w:tr w:rsidR="00297C2F" w14:paraId="56C065CD" w14:textId="77777777">
        <w:trPr>
          <w:cantSplit/>
          <w:tblHeader/>
          <w:jc w:val="center"/>
        </w:trPr>
        <w:tc>
          <w:tcPr>
            <w:tcW w:w="121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FE7B46" w14:textId="77777777" w:rsidR="00297C2F" w:rsidRDefault="00000000">
            <w:pPr>
              <w:spacing w:after="0" w:line="240" w:lineRule="auto"/>
              <w:jc w:val="center"/>
            </w:pPr>
            <w:r>
              <w:rPr>
                <w:b/>
                <w:sz w:val="15"/>
              </w:rPr>
              <w:t>Value</w:t>
            </w:r>
          </w:p>
        </w:tc>
        <w:tc>
          <w:tcPr>
            <w:tcW w:w="394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FCC140E" w14:textId="77777777" w:rsidR="00297C2F" w:rsidRDefault="00000000">
            <w:pPr>
              <w:spacing w:after="0" w:line="240" w:lineRule="auto"/>
              <w:jc w:val="center"/>
            </w:pPr>
            <w:r>
              <w:rPr>
                <w:b/>
                <w:sz w:val="15"/>
              </w:rPr>
              <w:t>Meaning</w:t>
            </w:r>
          </w:p>
        </w:tc>
        <w:tc>
          <w:tcPr>
            <w:tcW w:w="910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32A3F05" w14:textId="77777777" w:rsidR="00297C2F" w:rsidRDefault="00000000">
            <w:pPr>
              <w:spacing w:after="0" w:line="240" w:lineRule="auto"/>
              <w:jc w:val="center"/>
            </w:pPr>
            <w:r>
              <w:rPr>
                <w:b/>
                <w:sz w:val="15"/>
              </w:rPr>
              <w:t>Use</w:t>
            </w:r>
          </w:p>
        </w:tc>
      </w:tr>
      <w:tr w:rsidR="00297C2F" w14:paraId="29011463" w14:textId="77777777">
        <w:trPr>
          <w:cantSplit/>
          <w:jc w:val="center"/>
        </w:trPr>
        <w:tc>
          <w:tcPr>
            <w:tcW w:w="121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E0E5226" w14:textId="77777777" w:rsidR="00297C2F" w:rsidRDefault="00000000">
            <w:pPr>
              <w:spacing w:after="0" w:line="240" w:lineRule="auto"/>
              <w:jc w:val="center"/>
            </w:pPr>
            <w:r>
              <w:rPr>
                <w:sz w:val="15"/>
              </w:rPr>
              <w:t>1</w:t>
            </w:r>
          </w:p>
        </w:tc>
        <w:tc>
          <w:tcPr>
            <w:tcW w:w="394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6724C20" w14:textId="77777777" w:rsidR="00297C2F" w:rsidRDefault="00000000">
            <w:pPr>
              <w:spacing w:after="0" w:line="240" w:lineRule="auto"/>
            </w:pPr>
            <w:r>
              <w:rPr>
                <w:sz w:val="15"/>
              </w:rPr>
              <w:t>Equal importance</w:t>
            </w:r>
          </w:p>
        </w:tc>
        <w:tc>
          <w:tcPr>
            <w:tcW w:w="910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9DF5D0A" w14:textId="77777777" w:rsidR="00297C2F" w:rsidRDefault="00000000">
            <w:pPr>
              <w:spacing w:after="0" w:line="240" w:lineRule="auto"/>
            </w:pPr>
            <w:r>
              <w:rPr>
                <w:sz w:val="15"/>
              </w:rPr>
              <w:t>The two criteria contribute equally</w:t>
            </w:r>
          </w:p>
        </w:tc>
      </w:tr>
      <w:tr w:rsidR="00297C2F" w14:paraId="14A1F91D" w14:textId="77777777">
        <w:trPr>
          <w:cantSplit/>
          <w:jc w:val="center"/>
        </w:trPr>
        <w:tc>
          <w:tcPr>
            <w:tcW w:w="121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977E5F2" w14:textId="77777777" w:rsidR="00297C2F" w:rsidRDefault="00000000">
            <w:pPr>
              <w:spacing w:after="0" w:line="240" w:lineRule="auto"/>
              <w:jc w:val="center"/>
            </w:pPr>
            <w:r>
              <w:rPr>
                <w:sz w:val="15"/>
              </w:rPr>
              <w:t>2</w:t>
            </w:r>
          </w:p>
        </w:tc>
        <w:tc>
          <w:tcPr>
            <w:tcW w:w="394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BD2F6E" w14:textId="77777777" w:rsidR="00297C2F" w:rsidRDefault="00000000">
            <w:pPr>
              <w:spacing w:after="0" w:line="240" w:lineRule="auto"/>
            </w:pPr>
            <w:r>
              <w:rPr>
                <w:sz w:val="15"/>
              </w:rPr>
              <w:t>Intermediate</w:t>
            </w:r>
          </w:p>
        </w:tc>
        <w:tc>
          <w:tcPr>
            <w:tcW w:w="910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FD189D8" w14:textId="77777777" w:rsidR="00297C2F" w:rsidRDefault="00000000">
            <w:pPr>
              <w:spacing w:after="0" w:line="240" w:lineRule="auto"/>
            </w:pPr>
            <w:r>
              <w:rPr>
                <w:sz w:val="15"/>
              </w:rPr>
              <w:t>Between equal and moderate importance</w:t>
            </w:r>
          </w:p>
        </w:tc>
      </w:tr>
      <w:tr w:rsidR="00297C2F" w14:paraId="6BAFC887" w14:textId="77777777">
        <w:trPr>
          <w:cantSplit/>
          <w:jc w:val="center"/>
        </w:trPr>
        <w:tc>
          <w:tcPr>
            <w:tcW w:w="121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DE989E" w14:textId="77777777" w:rsidR="00297C2F" w:rsidRDefault="00000000">
            <w:pPr>
              <w:spacing w:after="0" w:line="240" w:lineRule="auto"/>
              <w:jc w:val="center"/>
            </w:pPr>
            <w:r>
              <w:rPr>
                <w:sz w:val="15"/>
              </w:rPr>
              <w:t>3</w:t>
            </w:r>
          </w:p>
        </w:tc>
        <w:tc>
          <w:tcPr>
            <w:tcW w:w="394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A919907" w14:textId="77777777" w:rsidR="00297C2F" w:rsidRDefault="00000000">
            <w:pPr>
              <w:spacing w:after="0" w:line="240" w:lineRule="auto"/>
            </w:pPr>
            <w:r>
              <w:rPr>
                <w:sz w:val="15"/>
              </w:rPr>
              <w:t>Moderate importance</w:t>
            </w:r>
          </w:p>
        </w:tc>
        <w:tc>
          <w:tcPr>
            <w:tcW w:w="910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EA85ACB" w14:textId="77777777" w:rsidR="00297C2F" w:rsidRDefault="00000000">
            <w:pPr>
              <w:spacing w:after="0" w:line="240" w:lineRule="auto"/>
            </w:pPr>
            <w:r>
              <w:rPr>
                <w:sz w:val="15"/>
              </w:rPr>
              <w:t>Experience slightly favors one criterion</w:t>
            </w:r>
          </w:p>
        </w:tc>
      </w:tr>
      <w:tr w:rsidR="00297C2F" w14:paraId="3F574A5C" w14:textId="77777777">
        <w:trPr>
          <w:cantSplit/>
          <w:jc w:val="center"/>
        </w:trPr>
        <w:tc>
          <w:tcPr>
            <w:tcW w:w="121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1ACD861" w14:textId="77777777" w:rsidR="00297C2F" w:rsidRDefault="00000000">
            <w:pPr>
              <w:spacing w:after="0" w:line="240" w:lineRule="auto"/>
              <w:jc w:val="center"/>
            </w:pPr>
            <w:r>
              <w:rPr>
                <w:sz w:val="15"/>
              </w:rPr>
              <w:t>4</w:t>
            </w:r>
          </w:p>
        </w:tc>
        <w:tc>
          <w:tcPr>
            <w:tcW w:w="394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EF5EC75" w14:textId="77777777" w:rsidR="00297C2F" w:rsidRDefault="00000000">
            <w:pPr>
              <w:spacing w:after="0" w:line="240" w:lineRule="auto"/>
            </w:pPr>
            <w:r>
              <w:rPr>
                <w:sz w:val="15"/>
              </w:rPr>
              <w:t>Intermediate</w:t>
            </w:r>
          </w:p>
        </w:tc>
        <w:tc>
          <w:tcPr>
            <w:tcW w:w="910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B7D41EE" w14:textId="77777777" w:rsidR="00297C2F" w:rsidRDefault="00000000">
            <w:pPr>
              <w:spacing w:after="0" w:line="240" w:lineRule="auto"/>
            </w:pPr>
            <w:r>
              <w:rPr>
                <w:sz w:val="15"/>
              </w:rPr>
              <w:t>Between moderate and strong importance</w:t>
            </w:r>
          </w:p>
        </w:tc>
      </w:tr>
      <w:tr w:rsidR="00297C2F" w14:paraId="2095CFFA" w14:textId="77777777">
        <w:trPr>
          <w:cantSplit/>
          <w:jc w:val="center"/>
        </w:trPr>
        <w:tc>
          <w:tcPr>
            <w:tcW w:w="121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2CC91DA" w14:textId="77777777" w:rsidR="00297C2F" w:rsidRDefault="00000000">
            <w:pPr>
              <w:spacing w:after="0" w:line="240" w:lineRule="auto"/>
              <w:jc w:val="center"/>
            </w:pPr>
            <w:r>
              <w:rPr>
                <w:sz w:val="15"/>
              </w:rPr>
              <w:t>5</w:t>
            </w:r>
          </w:p>
        </w:tc>
        <w:tc>
          <w:tcPr>
            <w:tcW w:w="394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D041749" w14:textId="77777777" w:rsidR="00297C2F" w:rsidRDefault="00000000">
            <w:pPr>
              <w:spacing w:after="0" w:line="240" w:lineRule="auto"/>
            </w:pPr>
            <w:r>
              <w:rPr>
                <w:sz w:val="15"/>
              </w:rPr>
              <w:t>Strong importance</w:t>
            </w:r>
          </w:p>
        </w:tc>
        <w:tc>
          <w:tcPr>
            <w:tcW w:w="910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0FE231D" w14:textId="77777777" w:rsidR="00297C2F" w:rsidRDefault="00000000">
            <w:pPr>
              <w:spacing w:after="0" w:line="240" w:lineRule="auto"/>
            </w:pPr>
            <w:r>
              <w:rPr>
                <w:sz w:val="15"/>
              </w:rPr>
              <w:t>Evidence strongly favors one criterion</w:t>
            </w:r>
          </w:p>
        </w:tc>
      </w:tr>
      <w:tr w:rsidR="00297C2F" w14:paraId="20A043FC" w14:textId="77777777">
        <w:trPr>
          <w:cantSplit/>
          <w:jc w:val="center"/>
        </w:trPr>
        <w:tc>
          <w:tcPr>
            <w:tcW w:w="121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E586564" w14:textId="77777777" w:rsidR="00297C2F" w:rsidRDefault="00000000">
            <w:pPr>
              <w:spacing w:after="0" w:line="240" w:lineRule="auto"/>
              <w:jc w:val="center"/>
            </w:pPr>
            <w:r>
              <w:rPr>
                <w:sz w:val="15"/>
              </w:rPr>
              <w:t>6</w:t>
            </w:r>
          </w:p>
        </w:tc>
        <w:tc>
          <w:tcPr>
            <w:tcW w:w="394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0367051" w14:textId="77777777" w:rsidR="00297C2F" w:rsidRDefault="00000000">
            <w:pPr>
              <w:spacing w:after="0" w:line="240" w:lineRule="auto"/>
            </w:pPr>
            <w:r>
              <w:rPr>
                <w:sz w:val="15"/>
              </w:rPr>
              <w:t>Intermediate</w:t>
            </w:r>
          </w:p>
        </w:tc>
        <w:tc>
          <w:tcPr>
            <w:tcW w:w="910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37F95BE" w14:textId="77777777" w:rsidR="00297C2F" w:rsidRDefault="00000000">
            <w:pPr>
              <w:spacing w:after="0" w:line="240" w:lineRule="auto"/>
            </w:pPr>
            <w:r>
              <w:rPr>
                <w:sz w:val="15"/>
              </w:rPr>
              <w:t>Between strong and very strong importance</w:t>
            </w:r>
          </w:p>
        </w:tc>
      </w:tr>
      <w:tr w:rsidR="00297C2F" w14:paraId="68973C55" w14:textId="77777777">
        <w:trPr>
          <w:cantSplit/>
          <w:jc w:val="center"/>
        </w:trPr>
        <w:tc>
          <w:tcPr>
            <w:tcW w:w="121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F5CE999" w14:textId="77777777" w:rsidR="00297C2F" w:rsidRDefault="00000000">
            <w:pPr>
              <w:spacing w:after="0" w:line="240" w:lineRule="auto"/>
              <w:jc w:val="center"/>
            </w:pPr>
            <w:r>
              <w:rPr>
                <w:sz w:val="15"/>
              </w:rPr>
              <w:t>7</w:t>
            </w:r>
          </w:p>
        </w:tc>
        <w:tc>
          <w:tcPr>
            <w:tcW w:w="394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7A5E42" w14:textId="77777777" w:rsidR="00297C2F" w:rsidRDefault="00000000">
            <w:pPr>
              <w:spacing w:after="0" w:line="240" w:lineRule="auto"/>
            </w:pPr>
            <w:r>
              <w:rPr>
                <w:sz w:val="15"/>
              </w:rPr>
              <w:t>Very strong importance</w:t>
            </w:r>
          </w:p>
        </w:tc>
        <w:tc>
          <w:tcPr>
            <w:tcW w:w="910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7EF559" w14:textId="77777777" w:rsidR="00297C2F" w:rsidRDefault="00000000">
            <w:pPr>
              <w:spacing w:after="0" w:line="240" w:lineRule="auto"/>
            </w:pPr>
            <w:r>
              <w:rPr>
                <w:sz w:val="15"/>
              </w:rPr>
              <w:t>Dominance is demonstrated in practice</w:t>
            </w:r>
          </w:p>
        </w:tc>
      </w:tr>
      <w:tr w:rsidR="00297C2F" w14:paraId="0FA9819A" w14:textId="77777777">
        <w:trPr>
          <w:cantSplit/>
          <w:jc w:val="center"/>
        </w:trPr>
        <w:tc>
          <w:tcPr>
            <w:tcW w:w="121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F28364" w14:textId="77777777" w:rsidR="00297C2F" w:rsidRDefault="00000000">
            <w:pPr>
              <w:spacing w:after="0" w:line="240" w:lineRule="auto"/>
              <w:jc w:val="center"/>
            </w:pPr>
            <w:r>
              <w:rPr>
                <w:sz w:val="15"/>
              </w:rPr>
              <w:t>8</w:t>
            </w:r>
          </w:p>
        </w:tc>
        <w:tc>
          <w:tcPr>
            <w:tcW w:w="394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EA74621" w14:textId="77777777" w:rsidR="00297C2F" w:rsidRDefault="00000000">
            <w:pPr>
              <w:spacing w:after="0" w:line="240" w:lineRule="auto"/>
            </w:pPr>
            <w:r>
              <w:rPr>
                <w:sz w:val="15"/>
              </w:rPr>
              <w:t>Intermediate</w:t>
            </w:r>
          </w:p>
        </w:tc>
        <w:tc>
          <w:tcPr>
            <w:tcW w:w="910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23A3FAD" w14:textId="77777777" w:rsidR="00297C2F" w:rsidRDefault="00000000">
            <w:pPr>
              <w:spacing w:after="0" w:line="240" w:lineRule="auto"/>
            </w:pPr>
            <w:r>
              <w:rPr>
                <w:sz w:val="15"/>
              </w:rPr>
              <w:t>Between very strong and extreme importance</w:t>
            </w:r>
          </w:p>
        </w:tc>
      </w:tr>
      <w:tr w:rsidR="00297C2F" w14:paraId="1F6F6D5B" w14:textId="77777777">
        <w:trPr>
          <w:cantSplit/>
          <w:jc w:val="center"/>
        </w:trPr>
        <w:tc>
          <w:tcPr>
            <w:tcW w:w="121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4DDBBCC" w14:textId="77777777" w:rsidR="00297C2F" w:rsidRDefault="00000000">
            <w:pPr>
              <w:spacing w:after="0" w:line="240" w:lineRule="auto"/>
              <w:jc w:val="center"/>
            </w:pPr>
            <w:r>
              <w:rPr>
                <w:sz w:val="15"/>
              </w:rPr>
              <w:t>9</w:t>
            </w:r>
          </w:p>
        </w:tc>
        <w:tc>
          <w:tcPr>
            <w:tcW w:w="394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97A838E" w14:textId="77777777" w:rsidR="00297C2F" w:rsidRDefault="00000000">
            <w:pPr>
              <w:spacing w:after="0" w:line="240" w:lineRule="auto"/>
            </w:pPr>
            <w:r>
              <w:rPr>
                <w:sz w:val="15"/>
              </w:rPr>
              <w:t>Extreme importance</w:t>
            </w:r>
          </w:p>
        </w:tc>
        <w:tc>
          <w:tcPr>
            <w:tcW w:w="910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C15E7ED" w14:textId="77777777" w:rsidR="00297C2F" w:rsidRDefault="00000000">
            <w:pPr>
              <w:spacing w:after="0" w:line="240" w:lineRule="auto"/>
            </w:pPr>
            <w:r>
              <w:rPr>
                <w:sz w:val="15"/>
              </w:rPr>
              <w:t>Highest defensible dominance</w:t>
            </w:r>
          </w:p>
        </w:tc>
      </w:tr>
    </w:tbl>
    <w:p w14:paraId="10C2F216" w14:textId="77777777" w:rsidR="00297C2F" w:rsidRDefault="00297C2F">
      <w:pPr>
        <w:spacing w:after="60" w:line="240" w:lineRule="auto"/>
      </w:pPr>
    </w:p>
    <w:p w14:paraId="21CDE80C" w14:textId="77777777" w:rsidR="00297C2F" w:rsidRDefault="00000000">
      <w:pPr>
        <w:pStyle w:val="Heading1"/>
        <w:spacing w:before="160" w:after="60" w:line="240" w:lineRule="auto"/>
      </w:pPr>
      <w:r>
        <w:rPr>
          <w:rFonts w:ascii="Arial" w:hAnsi="Arial"/>
          <w:sz w:val="23"/>
        </w:rPr>
        <w:t>Random index values used in the consistency calculations</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7128"/>
        <w:gridCol w:w="7128"/>
      </w:tblGrid>
      <w:tr w:rsidR="00297C2F" w14:paraId="2CD6973E" w14:textId="77777777">
        <w:trPr>
          <w:cantSplit/>
          <w:tblHeader/>
          <w:jc w:val="center"/>
        </w:trPr>
        <w:tc>
          <w:tcPr>
            <w:tcW w:w="712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4BD4B8" w14:textId="77777777" w:rsidR="00297C2F" w:rsidRDefault="00000000">
            <w:pPr>
              <w:spacing w:after="0" w:line="240" w:lineRule="auto"/>
              <w:jc w:val="center"/>
            </w:pPr>
            <w:r>
              <w:rPr>
                <w:b/>
                <w:sz w:val="15"/>
              </w:rPr>
              <w:t>Matrix order n</w:t>
            </w:r>
          </w:p>
        </w:tc>
        <w:tc>
          <w:tcPr>
            <w:tcW w:w="712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F2C982C" w14:textId="77777777" w:rsidR="00297C2F" w:rsidRDefault="00000000">
            <w:pPr>
              <w:spacing w:after="0" w:line="240" w:lineRule="auto"/>
              <w:jc w:val="center"/>
            </w:pPr>
            <w:r>
              <w:rPr>
                <w:b/>
                <w:sz w:val="15"/>
              </w:rPr>
              <w:t>Random index RI</w:t>
            </w:r>
          </w:p>
        </w:tc>
      </w:tr>
      <w:tr w:rsidR="00297C2F" w14:paraId="1606B270" w14:textId="77777777">
        <w:trPr>
          <w:cantSplit/>
          <w:jc w:val="center"/>
        </w:trPr>
        <w:tc>
          <w:tcPr>
            <w:tcW w:w="712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F74F566" w14:textId="77777777" w:rsidR="00297C2F" w:rsidRDefault="00000000">
            <w:pPr>
              <w:spacing w:after="0" w:line="240" w:lineRule="auto"/>
              <w:jc w:val="center"/>
            </w:pPr>
            <w:r>
              <w:rPr>
                <w:sz w:val="15"/>
              </w:rPr>
              <w:t>1</w:t>
            </w:r>
          </w:p>
        </w:tc>
        <w:tc>
          <w:tcPr>
            <w:tcW w:w="712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F715A9" w14:textId="77777777" w:rsidR="00297C2F" w:rsidRDefault="00000000">
            <w:pPr>
              <w:spacing w:after="0" w:line="240" w:lineRule="auto"/>
              <w:jc w:val="center"/>
            </w:pPr>
            <w:r>
              <w:rPr>
                <w:sz w:val="15"/>
              </w:rPr>
              <w:t>0.00</w:t>
            </w:r>
          </w:p>
        </w:tc>
      </w:tr>
      <w:tr w:rsidR="00297C2F" w14:paraId="1949E78C" w14:textId="77777777">
        <w:trPr>
          <w:cantSplit/>
          <w:jc w:val="center"/>
        </w:trPr>
        <w:tc>
          <w:tcPr>
            <w:tcW w:w="712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9F83574" w14:textId="77777777" w:rsidR="00297C2F" w:rsidRDefault="00000000">
            <w:pPr>
              <w:spacing w:after="0" w:line="240" w:lineRule="auto"/>
              <w:jc w:val="center"/>
            </w:pPr>
            <w:r>
              <w:rPr>
                <w:sz w:val="15"/>
              </w:rPr>
              <w:t>2</w:t>
            </w:r>
          </w:p>
        </w:tc>
        <w:tc>
          <w:tcPr>
            <w:tcW w:w="712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27508C" w14:textId="77777777" w:rsidR="00297C2F" w:rsidRDefault="00000000">
            <w:pPr>
              <w:spacing w:after="0" w:line="240" w:lineRule="auto"/>
              <w:jc w:val="center"/>
            </w:pPr>
            <w:r>
              <w:rPr>
                <w:sz w:val="15"/>
              </w:rPr>
              <w:t>0.00</w:t>
            </w:r>
          </w:p>
        </w:tc>
      </w:tr>
      <w:tr w:rsidR="00297C2F" w14:paraId="702772CC" w14:textId="77777777">
        <w:trPr>
          <w:cantSplit/>
          <w:jc w:val="center"/>
        </w:trPr>
        <w:tc>
          <w:tcPr>
            <w:tcW w:w="712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44B3C9" w14:textId="77777777" w:rsidR="00297C2F" w:rsidRDefault="00000000">
            <w:pPr>
              <w:spacing w:after="0" w:line="240" w:lineRule="auto"/>
              <w:jc w:val="center"/>
            </w:pPr>
            <w:r>
              <w:rPr>
                <w:sz w:val="15"/>
              </w:rPr>
              <w:t>3</w:t>
            </w:r>
          </w:p>
        </w:tc>
        <w:tc>
          <w:tcPr>
            <w:tcW w:w="712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DB1FC43" w14:textId="77777777" w:rsidR="00297C2F" w:rsidRDefault="00000000">
            <w:pPr>
              <w:spacing w:after="0" w:line="240" w:lineRule="auto"/>
              <w:jc w:val="center"/>
            </w:pPr>
            <w:r>
              <w:rPr>
                <w:sz w:val="15"/>
              </w:rPr>
              <w:t>0.58</w:t>
            </w:r>
          </w:p>
        </w:tc>
      </w:tr>
      <w:tr w:rsidR="00297C2F" w14:paraId="67F23377" w14:textId="77777777">
        <w:trPr>
          <w:cantSplit/>
          <w:jc w:val="center"/>
        </w:trPr>
        <w:tc>
          <w:tcPr>
            <w:tcW w:w="712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46C01DB" w14:textId="77777777" w:rsidR="00297C2F" w:rsidRDefault="00000000">
            <w:pPr>
              <w:spacing w:after="0" w:line="240" w:lineRule="auto"/>
              <w:jc w:val="center"/>
            </w:pPr>
            <w:r>
              <w:rPr>
                <w:sz w:val="15"/>
              </w:rPr>
              <w:t>4</w:t>
            </w:r>
          </w:p>
        </w:tc>
        <w:tc>
          <w:tcPr>
            <w:tcW w:w="712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E90113E" w14:textId="77777777" w:rsidR="00297C2F" w:rsidRDefault="00000000">
            <w:pPr>
              <w:spacing w:after="0" w:line="240" w:lineRule="auto"/>
              <w:jc w:val="center"/>
            </w:pPr>
            <w:r>
              <w:rPr>
                <w:sz w:val="15"/>
              </w:rPr>
              <w:t>0.90</w:t>
            </w:r>
          </w:p>
        </w:tc>
      </w:tr>
      <w:tr w:rsidR="00297C2F" w14:paraId="752F7983" w14:textId="77777777">
        <w:trPr>
          <w:cantSplit/>
          <w:jc w:val="center"/>
        </w:trPr>
        <w:tc>
          <w:tcPr>
            <w:tcW w:w="712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1AD420F" w14:textId="77777777" w:rsidR="00297C2F" w:rsidRDefault="00000000">
            <w:pPr>
              <w:spacing w:after="0" w:line="240" w:lineRule="auto"/>
              <w:jc w:val="center"/>
            </w:pPr>
            <w:r>
              <w:rPr>
                <w:sz w:val="15"/>
              </w:rPr>
              <w:t>5</w:t>
            </w:r>
          </w:p>
        </w:tc>
        <w:tc>
          <w:tcPr>
            <w:tcW w:w="712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ECC0D84" w14:textId="77777777" w:rsidR="00297C2F" w:rsidRDefault="00000000">
            <w:pPr>
              <w:spacing w:after="0" w:line="240" w:lineRule="auto"/>
              <w:jc w:val="center"/>
            </w:pPr>
            <w:r>
              <w:rPr>
                <w:sz w:val="15"/>
              </w:rPr>
              <w:t>1.12</w:t>
            </w:r>
          </w:p>
        </w:tc>
      </w:tr>
      <w:tr w:rsidR="00297C2F" w14:paraId="2EDB5676" w14:textId="77777777">
        <w:trPr>
          <w:cantSplit/>
          <w:jc w:val="center"/>
        </w:trPr>
        <w:tc>
          <w:tcPr>
            <w:tcW w:w="712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557A78" w14:textId="77777777" w:rsidR="00297C2F" w:rsidRDefault="00000000">
            <w:pPr>
              <w:spacing w:after="0" w:line="240" w:lineRule="auto"/>
              <w:jc w:val="center"/>
            </w:pPr>
            <w:r>
              <w:rPr>
                <w:sz w:val="15"/>
              </w:rPr>
              <w:t>6</w:t>
            </w:r>
          </w:p>
        </w:tc>
        <w:tc>
          <w:tcPr>
            <w:tcW w:w="712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F482C61" w14:textId="77777777" w:rsidR="00297C2F" w:rsidRDefault="00000000">
            <w:pPr>
              <w:spacing w:after="0" w:line="240" w:lineRule="auto"/>
              <w:jc w:val="center"/>
            </w:pPr>
            <w:r>
              <w:rPr>
                <w:sz w:val="15"/>
              </w:rPr>
              <w:t>1.24</w:t>
            </w:r>
          </w:p>
        </w:tc>
      </w:tr>
      <w:tr w:rsidR="00297C2F" w14:paraId="74F1AFAB" w14:textId="77777777">
        <w:trPr>
          <w:cantSplit/>
          <w:jc w:val="center"/>
        </w:trPr>
        <w:tc>
          <w:tcPr>
            <w:tcW w:w="712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F90C2D0" w14:textId="77777777" w:rsidR="00297C2F" w:rsidRDefault="00000000">
            <w:pPr>
              <w:spacing w:after="0" w:line="240" w:lineRule="auto"/>
              <w:jc w:val="center"/>
            </w:pPr>
            <w:r>
              <w:rPr>
                <w:sz w:val="15"/>
              </w:rPr>
              <w:t>7</w:t>
            </w:r>
          </w:p>
        </w:tc>
        <w:tc>
          <w:tcPr>
            <w:tcW w:w="712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F8E6626" w14:textId="77777777" w:rsidR="00297C2F" w:rsidRDefault="00000000">
            <w:pPr>
              <w:spacing w:after="0" w:line="240" w:lineRule="auto"/>
              <w:jc w:val="center"/>
            </w:pPr>
            <w:r>
              <w:rPr>
                <w:sz w:val="15"/>
              </w:rPr>
              <w:t>1.32</w:t>
            </w:r>
          </w:p>
        </w:tc>
      </w:tr>
    </w:tbl>
    <w:p w14:paraId="76ED3A97" w14:textId="77777777" w:rsidR="00297C2F" w:rsidRDefault="00297C2F">
      <w:pPr>
        <w:spacing w:after="60" w:line="240" w:lineRule="auto"/>
      </w:pPr>
    </w:p>
    <w:p w14:paraId="05ED9C49" w14:textId="77777777" w:rsidR="00297C2F" w:rsidRDefault="00000000">
      <w:pPr>
        <w:spacing w:after="60" w:line="240" w:lineRule="auto"/>
      </w:pPr>
      <w:r>
        <w:rPr>
          <w:sz w:val="19"/>
        </w:rPr>
        <w:lastRenderedPageBreak/>
        <w:br w:type="page"/>
      </w:r>
    </w:p>
    <w:p w14:paraId="07913F84" w14:textId="77777777" w:rsidR="00297C2F" w:rsidRDefault="00000000">
      <w:pPr>
        <w:pStyle w:val="Heading1"/>
        <w:spacing w:before="160" w:after="60" w:line="240" w:lineRule="auto"/>
      </w:pPr>
      <w:r>
        <w:rPr>
          <w:rFonts w:ascii="Arial" w:hAnsi="Arial"/>
          <w:sz w:val="23"/>
        </w:rPr>
        <w:lastRenderedPageBreak/>
        <w:t>Socioeconomic criteria</w:t>
      </w:r>
    </w:p>
    <w:p w14:paraId="6A3E57C2" w14:textId="77777777" w:rsidR="00297C2F" w:rsidRDefault="00000000">
      <w:pPr>
        <w:keepNext/>
        <w:spacing w:after="60" w:line="240" w:lineRule="auto"/>
      </w:pPr>
      <w:r>
        <w:rPr>
          <w:sz w:val="16"/>
        </w:rPr>
        <w:t>Codes  PD Population density;  AGE Age 40-75;  OC Overcrowding;  HH Average household size;  POV Poverty;  ILL Illiteracy;  HE Higher education (inverse)</w:t>
      </w:r>
    </w:p>
    <w:p w14:paraId="74B99F24" w14:textId="77777777" w:rsidR="00297C2F" w:rsidRDefault="00000000">
      <w:pPr>
        <w:keepNext/>
        <w:spacing w:before="60" w:after="60" w:line="240" w:lineRule="auto"/>
      </w:pPr>
      <w:r>
        <w:rPr>
          <w:b/>
        </w:rPr>
        <w:t>Weights for socioeconomic criteria</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37"/>
        <w:gridCol w:w="6901"/>
        <w:gridCol w:w="3033"/>
        <w:gridCol w:w="2047"/>
        <w:gridCol w:w="1138"/>
      </w:tblGrid>
      <w:tr w:rsidR="00297C2F" w14:paraId="694E73FF" w14:textId="77777777">
        <w:trPr>
          <w:cantSplit/>
          <w:tblHeader/>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01B16FA" w14:textId="77777777" w:rsidR="00297C2F" w:rsidRDefault="00000000">
            <w:pPr>
              <w:spacing w:after="0" w:line="240" w:lineRule="auto"/>
              <w:jc w:val="center"/>
            </w:pPr>
            <w:r>
              <w:rPr>
                <w:b/>
                <w:sz w:val="15"/>
              </w:rPr>
              <w:t>Code</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A4D21B3" w14:textId="77777777" w:rsidR="00297C2F" w:rsidRDefault="00000000">
            <w:pPr>
              <w:spacing w:after="0" w:line="240" w:lineRule="auto"/>
              <w:jc w:val="center"/>
            </w:pPr>
            <w:r>
              <w:rPr>
                <w:b/>
                <w:sz w:val="15"/>
              </w:rPr>
              <w:t>Criterion</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C12C8A9" w14:textId="77777777" w:rsidR="00297C2F" w:rsidRDefault="00000000">
            <w:pPr>
              <w:spacing w:after="0" w:line="240" w:lineRule="auto"/>
              <w:jc w:val="center"/>
            </w:pPr>
            <w:r>
              <w:rPr>
                <w:b/>
                <w:sz w:val="15"/>
              </w:rPr>
              <w:t>Orientation</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A8E650" w14:textId="77777777" w:rsidR="00297C2F" w:rsidRDefault="00000000">
            <w:pPr>
              <w:spacing w:after="0" w:line="240" w:lineRule="auto"/>
              <w:jc w:val="center"/>
            </w:pPr>
            <w:r>
              <w:rPr>
                <w:b/>
                <w:sz w:val="15"/>
              </w:rPr>
              <w:t>Weight percent</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598930F" w14:textId="77777777" w:rsidR="00297C2F" w:rsidRDefault="00000000">
            <w:pPr>
              <w:spacing w:after="0" w:line="240" w:lineRule="auto"/>
              <w:jc w:val="center"/>
            </w:pPr>
            <w:r>
              <w:rPr>
                <w:b/>
                <w:sz w:val="15"/>
              </w:rPr>
              <w:t>Rank</w:t>
            </w:r>
          </w:p>
        </w:tc>
      </w:tr>
      <w:tr w:rsidR="00297C2F" w14:paraId="2E97FC78"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1C4FDC5" w14:textId="77777777" w:rsidR="00297C2F" w:rsidRDefault="00000000">
            <w:pPr>
              <w:spacing w:after="0" w:line="240" w:lineRule="auto"/>
              <w:jc w:val="center"/>
            </w:pPr>
            <w:r>
              <w:rPr>
                <w:sz w:val="15"/>
              </w:rPr>
              <w:t>PD</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D4812E7" w14:textId="77777777" w:rsidR="00297C2F" w:rsidRDefault="00000000">
            <w:pPr>
              <w:spacing w:after="0" w:line="240" w:lineRule="auto"/>
            </w:pPr>
            <w:r>
              <w:rPr>
                <w:sz w:val="15"/>
              </w:rPr>
              <w:t>Population density</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10A2BCB"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E3EEFAE" w14:textId="77777777" w:rsidR="00297C2F" w:rsidRDefault="00000000">
            <w:pPr>
              <w:spacing w:after="0" w:line="240" w:lineRule="auto"/>
              <w:jc w:val="center"/>
            </w:pPr>
            <w:r>
              <w:rPr>
                <w:sz w:val="15"/>
              </w:rPr>
              <w:t>27.13</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F7D8D07" w14:textId="77777777" w:rsidR="00297C2F" w:rsidRDefault="00000000">
            <w:pPr>
              <w:spacing w:after="0" w:line="240" w:lineRule="auto"/>
              <w:jc w:val="center"/>
            </w:pPr>
            <w:r>
              <w:rPr>
                <w:sz w:val="15"/>
              </w:rPr>
              <w:t>1</w:t>
            </w:r>
          </w:p>
        </w:tc>
      </w:tr>
      <w:tr w:rsidR="00297C2F" w14:paraId="2C51F0D7"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7BD408B" w14:textId="77777777" w:rsidR="00297C2F" w:rsidRDefault="00000000">
            <w:pPr>
              <w:spacing w:after="0" w:line="240" w:lineRule="auto"/>
              <w:jc w:val="center"/>
            </w:pPr>
            <w:r>
              <w:rPr>
                <w:sz w:val="15"/>
              </w:rPr>
              <w:t>AGE</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261C9C5" w14:textId="77777777" w:rsidR="00297C2F" w:rsidRDefault="00000000">
            <w:pPr>
              <w:spacing w:after="0" w:line="240" w:lineRule="auto"/>
            </w:pPr>
            <w:r>
              <w:rPr>
                <w:sz w:val="15"/>
              </w:rPr>
              <w:t>Age 40-75</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866A07"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B9E51C2" w14:textId="77777777" w:rsidR="00297C2F" w:rsidRDefault="00000000">
            <w:pPr>
              <w:spacing w:after="0" w:line="240" w:lineRule="auto"/>
              <w:jc w:val="center"/>
            </w:pPr>
            <w:r>
              <w:rPr>
                <w:sz w:val="15"/>
              </w:rPr>
              <w:t>21.67</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3B33055" w14:textId="77777777" w:rsidR="00297C2F" w:rsidRDefault="00000000">
            <w:pPr>
              <w:spacing w:after="0" w:line="240" w:lineRule="auto"/>
              <w:jc w:val="center"/>
            </w:pPr>
            <w:r>
              <w:rPr>
                <w:sz w:val="15"/>
              </w:rPr>
              <w:t>2</w:t>
            </w:r>
          </w:p>
        </w:tc>
      </w:tr>
      <w:tr w:rsidR="00297C2F" w14:paraId="5F38031C"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E913847" w14:textId="77777777" w:rsidR="00297C2F" w:rsidRDefault="00000000">
            <w:pPr>
              <w:spacing w:after="0" w:line="240" w:lineRule="auto"/>
              <w:jc w:val="center"/>
            </w:pPr>
            <w:r>
              <w:rPr>
                <w:sz w:val="15"/>
              </w:rPr>
              <w:t>OC</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28E346" w14:textId="77777777" w:rsidR="00297C2F" w:rsidRDefault="00000000">
            <w:pPr>
              <w:spacing w:after="0" w:line="240" w:lineRule="auto"/>
            </w:pPr>
            <w:r>
              <w:rPr>
                <w:sz w:val="15"/>
              </w:rPr>
              <w:t>Overcrowding</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FA3A1FD"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8A2B2C" w14:textId="77777777" w:rsidR="00297C2F" w:rsidRDefault="00000000">
            <w:pPr>
              <w:spacing w:after="0" w:line="240" w:lineRule="auto"/>
              <w:jc w:val="center"/>
            </w:pPr>
            <w:r>
              <w:rPr>
                <w:sz w:val="15"/>
              </w:rPr>
              <w:t>12.48</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6A6FCAB" w14:textId="77777777" w:rsidR="00297C2F" w:rsidRDefault="00000000">
            <w:pPr>
              <w:spacing w:after="0" w:line="240" w:lineRule="auto"/>
              <w:jc w:val="center"/>
            </w:pPr>
            <w:r>
              <w:rPr>
                <w:sz w:val="15"/>
              </w:rPr>
              <w:t>4</w:t>
            </w:r>
          </w:p>
        </w:tc>
      </w:tr>
      <w:tr w:rsidR="00297C2F" w14:paraId="174DF3D6"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2DC44F5" w14:textId="77777777" w:rsidR="00297C2F" w:rsidRDefault="00000000">
            <w:pPr>
              <w:spacing w:after="0" w:line="240" w:lineRule="auto"/>
              <w:jc w:val="center"/>
            </w:pPr>
            <w:r>
              <w:rPr>
                <w:sz w:val="15"/>
              </w:rPr>
              <w:t>HH</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74E212D" w14:textId="77777777" w:rsidR="00297C2F" w:rsidRDefault="00000000">
            <w:pPr>
              <w:spacing w:after="0" w:line="240" w:lineRule="auto"/>
            </w:pPr>
            <w:r>
              <w:rPr>
                <w:sz w:val="15"/>
              </w:rPr>
              <w:t>Average household size</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B5BA1B3"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5574584" w14:textId="77777777" w:rsidR="00297C2F" w:rsidRDefault="00000000">
            <w:pPr>
              <w:spacing w:after="0" w:line="240" w:lineRule="auto"/>
              <w:jc w:val="center"/>
            </w:pPr>
            <w:r>
              <w:rPr>
                <w:sz w:val="15"/>
              </w:rPr>
              <w:t>7.18</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012AB99" w14:textId="77777777" w:rsidR="00297C2F" w:rsidRDefault="00000000">
            <w:pPr>
              <w:spacing w:after="0" w:line="240" w:lineRule="auto"/>
              <w:jc w:val="center"/>
            </w:pPr>
            <w:r>
              <w:rPr>
                <w:sz w:val="15"/>
              </w:rPr>
              <w:t>6</w:t>
            </w:r>
          </w:p>
        </w:tc>
      </w:tr>
      <w:tr w:rsidR="00297C2F" w14:paraId="24112A41"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9017E9" w14:textId="77777777" w:rsidR="00297C2F" w:rsidRDefault="00000000">
            <w:pPr>
              <w:spacing w:after="0" w:line="240" w:lineRule="auto"/>
              <w:jc w:val="center"/>
            </w:pPr>
            <w:r>
              <w:rPr>
                <w:sz w:val="15"/>
              </w:rPr>
              <w:t>POV</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6F1FDD7" w14:textId="77777777" w:rsidR="00297C2F" w:rsidRDefault="00000000">
            <w:pPr>
              <w:spacing w:after="0" w:line="240" w:lineRule="auto"/>
            </w:pPr>
            <w:r>
              <w:rPr>
                <w:sz w:val="15"/>
              </w:rPr>
              <w:t>Poverty</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CA403C9"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B321853" w14:textId="77777777" w:rsidR="00297C2F" w:rsidRDefault="00000000">
            <w:pPr>
              <w:spacing w:after="0" w:line="240" w:lineRule="auto"/>
              <w:jc w:val="center"/>
            </w:pPr>
            <w:r>
              <w:rPr>
                <w:sz w:val="15"/>
              </w:rPr>
              <w:t>16.18</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BDC0DFB" w14:textId="77777777" w:rsidR="00297C2F" w:rsidRDefault="00000000">
            <w:pPr>
              <w:spacing w:after="0" w:line="240" w:lineRule="auto"/>
              <w:jc w:val="center"/>
            </w:pPr>
            <w:r>
              <w:rPr>
                <w:sz w:val="15"/>
              </w:rPr>
              <w:t>3</w:t>
            </w:r>
          </w:p>
        </w:tc>
      </w:tr>
      <w:tr w:rsidR="00297C2F" w14:paraId="5E65CCF0"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8ED1CF" w14:textId="77777777" w:rsidR="00297C2F" w:rsidRDefault="00000000">
            <w:pPr>
              <w:spacing w:after="0" w:line="240" w:lineRule="auto"/>
              <w:jc w:val="center"/>
            </w:pPr>
            <w:r>
              <w:rPr>
                <w:sz w:val="15"/>
              </w:rPr>
              <w:t>ILL</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F13D602" w14:textId="77777777" w:rsidR="00297C2F" w:rsidRDefault="00000000">
            <w:pPr>
              <w:spacing w:after="0" w:line="240" w:lineRule="auto"/>
            </w:pPr>
            <w:r>
              <w:rPr>
                <w:sz w:val="15"/>
              </w:rPr>
              <w:t>Illiteracy</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705BC1A"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20E2630" w14:textId="77777777" w:rsidR="00297C2F" w:rsidRDefault="00000000">
            <w:pPr>
              <w:spacing w:after="0" w:line="240" w:lineRule="auto"/>
              <w:jc w:val="center"/>
            </w:pPr>
            <w:r>
              <w:rPr>
                <w:sz w:val="15"/>
              </w:rPr>
              <w:t>9.69</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DBB2C3" w14:textId="77777777" w:rsidR="00297C2F" w:rsidRDefault="00000000">
            <w:pPr>
              <w:spacing w:after="0" w:line="240" w:lineRule="auto"/>
              <w:jc w:val="center"/>
            </w:pPr>
            <w:r>
              <w:rPr>
                <w:sz w:val="15"/>
              </w:rPr>
              <w:t>5</w:t>
            </w:r>
          </w:p>
        </w:tc>
      </w:tr>
      <w:tr w:rsidR="00297C2F" w14:paraId="4E7DB356"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273F4D3" w14:textId="77777777" w:rsidR="00297C2F" w:rsidRDefault="00000000">
            <w:pPr>
              <w:spacing w:after="0" w:line="240" w:lineRule="auto"/>
              <w:jc w:val="center"/>
            </w:pPr>
            <w:r>
              <w:rPr>
                <w:sz w:val="15"/>
              </w:rPr>
              <w:t>HE</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583E9C4" w14:textId="77777777" w:rsidR="00297C2F" w:rsidRDefault="00000000">
            <w:pPr>
              <w:spacing w:after="0" w:line="240" w:lineRule="auto"/>
            </w:pPr>
            <w:r>
              <w:rPr>
                <w:sz w:val="15"/>
              </w:rPr>
              <w:t>Higher education (inverse)</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0ABD701" w14:textId="77777777" w:rsidR="00297C2F" w:rsidRDefault="00000000">
            <w:pPr>
              <w:spacing w:after="0" w:line="240" w:lineRule="auto"/>
            </w:pPr>
            <w:r>
              <w:rPr>
                <w:sz w:val="15"/>
              </w:rPr>
              <w:t>Inverse</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6400D3" w14:textId="77777777" w:rsidR="00297C2F" w:rsidRDefault="00000000">
            <w:pPr>
              <w:spacing w:after="0" w:line="240" w:lineRule="auto"/>
              <w:jc w:val="center"/>
            </w:pPr>
            <w:r>
              <w:rPr>
                <w:sz w:val="15"/>
              </w:rPr>
              <w:t>5.67</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6809916" w14:textId="77777777" w:rsidR="00297C2F" w:rsidRDefault="00000000">
            <w:pPr>
              <w:spacing w:after="0" w:line="240" w:lineRule="auto"/>
              <w:jc w:val="center"/>
            </w:pPr>
            <w:r>
              <w:rPr>
                <w:sz w:val="15"/>
              </w:rPr>
              <w:t>7</w:t>
            </w:r>
          </w:p>
        </w:tc>
      </w:tr>
      <w:tr w:rsidR="00297C2F" w14:paraId="367547C0"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755DBFC" w14:textId="77777777" w:rsidR="00297C2F" w:rsidRDefault="00297C2F">
            <w:pPr>
              <w:spacing w:after="0" w:line="240" w:lineRule="auto"/>
              <w:jc w:val="center"/>
            </w:pP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E5220C" w14:textId="77777777" w:rsidR="00297C2F" w:rsidRDefault="00000000">
            <w:pPr>
              <w:spacing w:after="0" w:line="240" w:lineRule="auto"/>
            </w:pPr>
            <w:r>
              <w:rPr>
                <w:b/>
                <w:sz w:val="15"/>
              </w:rPr>
              <w:t>Total</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857F57C" w14:textId="77777777" w:rsidR="00297C2F" w:rsidRDefault="00297C2F">
            <w:pPr>
              <w:spacing w:after="0" w:line="240" w:lineRule="auto"/>
            </w:pP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7168B1" w14:textId="77777777" w:rsidR="00297C2F" w:rsidRDefault="00000000">
            <w:pPr>
              <w:spacing w:after="0" w:line="240" w:lineRule="auto"/>
              <w:jc w:val="center"/>
            </w:pPr>
            <w:r>
              <w:rPr>
                <w:b/>
                <w:sz w:val="15"/>
              </w:rPr>
              <w:t>100.00</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6CA358E" w14:textId="77777777" w:rsidR="00297C2F" w:rsidRDefault="00297C2F">
            <w:pPr>
              <w:spacing w:after="0" w:line="240" w:lineRule="auto"/>
              <w:jc w:val="center"/>
            </w:pPr>
          </w:p>
        </w:tc>
      </w:tr>
    </w:tbl>
    <w:p w14:paraId="4C4E6F4F" w14:textId="77777777" w:rsidR="00297C2F" w:rsidRDefault="00297C2F">
      <w:pPr>
        <w:spacing w:after="60" w:line="240" w:lineRule="auto"/>
      </w:pPr>
    </w:p>
    <w:p w14:paraId="78110C60" w14:textId="77777777" w:rsidR="00297C2F" w:rsidRDefault="00000000">
      <w:pPr>
        <w:keepNext/>
        <w:spacing w:before="60" w:after="60" w:line="240" w:lineRule="auto"/>
      </w:pPr>
      <w:r>
        <w:rPr>
          <w:b/>
        </w:rPr>
        <w:t>Pairwise comparison matrix for socioeconomic criteria</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23"/>
        <w:gridCol w:w="1671"/>
        <w:gridCol w:w="1671"/>
        <w:gridCol w:w="1671"/>
        <w:gridCol w:w="1671"/>
        <w:gridCol w:w="1671"/>
        <w:gridCol w:w="1671"/>
        <w:gridCol w:w="1671"/>
        <w:gridCol w:w="1536"/>
      </w:tblGrid>
      <w:tr w:rsidR="00297C2F" w14:paraId="1397A31D" w14:textId="77777777">
        <w:trPr>
          <w:cantSplit/>
          <w:tblHeader/>
          <w:jc w:val="center"/>
        </w:trPr>
        <w:tc>
          <w:tcPr>
            <w:tcW w:w="10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14C78B" w14:textId="77777777" w:rsidR="00297C2F" w:rsidRDefault="00000000">
            <w:pPr>
              <w:spacing w:after="0" w:line="240" w:lineRule="auto"/>
              <w:jc w:val="center"/>
            </w:pPr>
            <w:r>
              <w:rPr>
                <w:b/>
                <w:sz w:val="15"/>
              </w:rPr>
              <w:t>Code</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5380553" w14:textId="77777777" w:rsidR="00297C2F" w:rsidRDefault="00000000">
            <w:pPr>
              <w:spacing w:after="0" w:line="240" w:lineRule="auto"/>
              <w:jc w:val="center"/>
            </w:pPr>
            <w:r>
              <w:rPr>
                <w:b/>
                <w:sz w:val="15"/>
              </w:rPr>
              <w:t>PD</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1311538" w14:textId="77777777" w:rsidR="00297C2F" w:rsidRDefault="00000000">
            <w:pPr>
              <w:spacing w:after="0" w:line="240" w:lineRule="auto"/>
              <w:jc w:val="center"/>
            </w:pPr>
            <w:r>
              <w:rPr>
                <w:b/>
                <w:sz w:val="15"/>
              </w:rPr>
              <w:t>AGE</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07FDE8" w14:textId="77777777" w:rsidR="00297C2F" w:rsidRDefault="00000000">
            <w:pPr>
              <w:spacing w:after="0" w:line="240" w:lineRule="auto"/>
              <w:jc w:val="center"/>
            </w:pPr>
            <w:r>
              <w:rPr>
                <w:b/>
                <w:sz w:val="15"/>
              </w:rPr>
              <w:t>OC</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4A46AB9" w14:textId="77777777" w:rsidR="00297C2F" w:rsidRDefault="00000000">
            <w:pPr>
              <w:spacing w:after="0" w:line="240" w:lineRule="auto"/>
              <w:jc w:val="center"/>
            </w:pPr>
            <w:r>
              <w:rPr>
                <w:b/>
                <w:sz w:val="15"/>
              </w:rPr>
              <w:t>HH</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29F12F3" w14:textId="77777777" w:rsidR="00297C2F" w:rsidRDefault="00000000">
            <w:pPr>
              <w:spacing w:after="0" w:line="240" w:lineRule="auto"/>
              <w:jc w:val="center"/>
            </w:pPr>
            <w:r>
              <w:rPr>
                <w:b/>
                <w:sz w:val="15"/>
              </w:rPr>
              <w:t>POV</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BA6C2A6" w14:textId="77777777" w:rsidR="00297C2F" w:rsidRDefault="00000000">
            <w:pPr>
              <w:spacing w:after="0" w:line="240" w:lineRule="auto"/>
              <w:jc w:val="center"/>
            </w:pPr>
            <w:r>
              <w:rPr>
                <w:b/>
                <w:sz w:val="15"/>
              </w:rPr>
              <w:t>ILL</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865A5B" w14:textId="77777777" w:rsidR="00297C2F" w:rsidRDefault="00000000">
            <w:pPr>
              <w:spacing w:after="0" w:line="240" w:lineRule="auto"/>
              <w:jc w:val="center"/>
            </w:pPr>
            <w:r>
              <w:rPr>
                <w:b/>
                <w:sz w:val="15"/>
              </w:rPr>
              <w:t>HE</w:t>
            </w:r>
          </w:p>
        </w:tc>
        <w:tc>
          <w:tcPr>
            <w:tcW w:w="15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8453F3B" w14:textId="77777777" w:rsidR="00297C2F" w:rsidRDefault="00000000">
            <w:pPr>
              <w:spacing w:after="0" w:line="240" w:lineRule="auto"/>
              <w:jc w:val="center"/>
            </w:pPr>
            <w:r>
              <w:rPr>
                <w:b/>
                <w:sz w:val="15"/>
              </w:rPr>
              <w:t>Weight percent</w:t>
            </w:r>
          </w:p>
        </w:tc>
      </w:tr>
      <w:tr w:rsidR="00297C2F" w14:paraId="5751089B" w14:textId="77777777">
        <w:trPr>
          <w:cantSplit/>
          <w:jc w:val="center"/>
        </w:trPr>
        <w:tc>
          <w:tcPr>
            <w:tcW w:w="10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B593992" w14:textId="77777777" w:rsidR="00297C2F" w:rsidRDefault="00000000">
            <w:pPr>
              <w:spacing w:after="0" w:line="240" w:lineRule="auto"/>
              <w:jc w:val="center"/>
            </w:pPr>
            <w:r>
              <w:rPr>
                <w:sz w:val="15"/>
              </w:rPr>
              <w:t>PD</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9026C0E" w14:textId="77777777" w:rsidR="00297C2F" w:rsidRDefault="00000000">
            <w:pPr>
              <w:spacing w:after="0" w:line="240" w:lineRule="auto"/>
              <w:jc w:val="center"/>
            </w:pPr>
            <w:r>
              <w:rPr>
                <w:sz w:val="15"/>
              </w:rPr>
              <w:t>1</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CF84302" w14:textId="77777777" w:rsidR="00297C2F" w:rsidRDefault="00000000">
            <w:pPr>
              <w:spacing w:after="0" w:line="240" w:lineRule="auto"/>
              <w:jc w:val="center"/>
            </w:pPr>
            <w:r>
              <w:rPr>
                <w:sz w:val="15"/>
              </w:rPr>
              <w:t>1</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2F691B" w14:textId="77777777" w:rsidR="00297C2F" w:rsidRDefault="00000000">
            <w:pPr>
              <w:spacing w:after="0" w:line="240" w:lineRule="auto"/>
              <w:jc w:val="center"/>
            </w:pPr>
            <w:r>
              <w:rPr>
                <w:sz w:val="15"/>
              </w:rPr>
              <w:t>2</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4E038A7" w14:textId="77777777" w:rsidR="00297C2F" w:rsidRDefault="00000000">
            <w:pPr>
              <w:spacing w:after="0" w:line="240" w:lineRule="auto"/>
              <w:jc w:val="center"/>
            </w:pPr>
            <w:r>
              <w:rPr>
                <w:sz w:val="15"/>
              </w:rPr>
              <w:t>4</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8EA44A6" w14:textId="77777777" w:rsidR="00297C2F" w:rsidRDefault="00000000">
            <w:pPr>
              <w:spacing w:after="0" w:line="240" w:lineRule="auto"/>
              <w:jc w:val="center"/>
            </w:pPr>
            <w:r>
              <w:rPr>
                <w:sz w:val="15"/>
              </w:rPr>
              <w:t>2</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584FF3" w14:textId="77777777" w:rsidR="00297C2F" w:rsidRDefault="00000000">
            <w:pPr>
              <w:spacing w:after="0" w:line="240" w:lineRule="auto"/>
              <w:jc w:val="center"/>
            </w:pPr>
            <w:r>
              <w:rPr>
                <w:sz w:val="15"/>
              </w:rPr>
              <w:t>3</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FFE73B" w14:textId="77777777" w:rsidR="00297C2F" w:rsidRDefault="00000000">
            <w:pPr>
              <w:spacing w:after="0" w:line="240" w:lineRule="auto"/>
              <w:jc w:val="center"/>
            </w:pPr>
            <w:r>
              <w:rPr>
                <w:sz w:val="15"/>
              </w:rPr>
              <w:t>5</w:t>
            </w:r>
          </w:p>
        </w:tc>
        <w:tc>
          <w:tcPr>
            <w:tcW w:w="15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056A6FD" w14:textId="77777777" w:rsidR="00297C2F" w:rsidRDefault="00000000">
            <w:pPr>
              <w:spacing w:after="0" w:line="240" w:lineRule="auto"/>
              <w:jc w:val="center"/>
            </w:pPr>
            <w:r>
              <w:rPr>
                <w:sz w:val="15"/>
              </w:rPr>
              <w:t>27.13</w:t>
            </w:r>
          </w:p>
        </w:tc>
      </w:tr>
      <w:tr w:rsidR="00297C2F" w14:paraId="0B4B821E" w14:textId="77777777">
        <w:trPr>
          <w:cantSplit/>
          <w:jc w:val="center"/>
        </w:trPr>
        <w:tc>
          <w:tcPr>
            <w:tcW w:w="10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AC41433" w14:textId="77777777" w:rsidR="00297C2F" w:rsidRDefault="00000000">
            <w:pPr>
              <w:spacing w:after="0" w:line="240" w:lineRule="auto"/>
              <w:jc w:val="center"/>
            </w:pPr>
            <w:r>
              <w:rPr>
                <w:sz w:val="15"/>
              </w:rPr>
              <w:t>AGE</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F47C5F7" w14:textId="77777777" w:rsidR="00297C2F" w:rsidRDefault="00000000">
            <w:pPr>
              <w:spacing w:after="0" w:line="240" w:lineRule="auto"/>
              <w:jc w:val="center"/>
            </w:pPr>
            <w:r>
              <w:rPr>
                <w:sz w:val="15"/>
              </w:rPr>
              <w:t>1</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825B9C" w14:textId="77777777" w:rsidR="00297C2F" w:rsidRDefault="00000000">
            <w:pPr>
              <w:spacing w:after="0" w:line="240" w:lineRule="auto"/>
              <w:jc w:val="center"/>
            </w:pPr>
            <w:r>
              <w:rPr>
                <w:sz w:val="15"/>
              </w:rPr>
              <w:t>1</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01696D" w14:textId="77777777" w:rsidR="00297C2F" w:rsidRDefault="00000000">
            <w:pPr>
              <w:spacing w:after="0" w:line="240" w:lineRule="auto"/>
              <w:jc w:val="center"/>
            </w:pPr>
            <w:r>
              <w:rPr>
                <w:sz w:val="15"/>
              </w:rPr>
              <w:t>2</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36813F" w14:textId="77777777" w:rsidR="00297C2F" w:rsidRDefault="00000000">
            <w:pPr>
              <w:spacing w:after="0" w:line="240" w:lineRule="auto"/>
              <w:jc w:val="center"/>
            </w:pPr>
            <w:r>
              <w:rPr>
                <w:sz w:val="15"/>
              </w:rPr>
              <w:t>3</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2091119" w14:textId="77777777" w:rsidR="00297C2F" w:rsidRDefault="00000000">
            <w:pPr>
              <w:spacing w:after="0" w:line="240" w:lineRule="auto"/>
              <w:jc w:val="center"/>
            </w:pPr>
            <w:r>
              <w:rPr>
                <w:sz w:val="15"/>
              </w:rPr>
              <w:t>1</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0E1C34C" w14:textId="77777777" w:rsidR="00297C2F" w:rsidRDefault="00000000">
            <w:pPr>
              <w:spacing w:after="0" w:line="240" w:lineRule="auto"/>
              <w:jc w:val="center"/>
            </w:pPr>
            <w:r>
              <w:rPr>
                <w:sz w:val="15"/>
              </w:rPr>
              <w:t>2</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0E24F0" w14:textId="77777777" w:rsidR="00297C2F" w:rsidRDefault="00000000">
            <w:pPr>
              <w:spacing w:after="0" w:line="240" w:lineRule="auto"/>
              <w:jc w:val="center"/>
            </w:pPr>
            <w:r>
              <w:rPr>
                <w:sz w:val="15"/>
              </w:rPr>
              <w:t>4</w:t>
            </w:r>
          </w:p>
        </w:tc>
        <w:tc>
          <w:tcPr>
            <w:tcW w:w="15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ABB500" w14:textId="77777777" w:rsidR="00297C2F" w:rsidRDefault="00000000">
            <w:pPr>
              <w:spacing w:after="0" w:line="240" w:lineRule="auto"/>
              <w:jc w:val="center"/>
            </w:pPr>
            <w:r>
              <w:rPr>
                <w:sz w:val="15"/>
              </w:rPr>
              <w:t>21.67</w:t>
            </w:r>
          </w:p>
        </w:tc>
      </w:tr>
      <w:tr w:rsidR="00297C2F" w14:paraId="2E575904" w14:textId="77777777">
        <w:trPr>
          <w:cantSplit/>
          <w:jc w:val="center"/>
        </w:trPr>
        <w:tc>
          <w:tcPr>
            <w:tcW w:w="10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CB7417" w14:textId="77777777" w:rsidR="00297C2F" w:rsidRDefault="00000000">
            <w:pPr>
              <w:spacing w:after="0" w:line="240" w:lineRule="auto"/>
              <w:jc w:val="center"/>
            </w:pPr>
            <w:r>
              <w:rPr>
                <w:sz w:val="15"/>
              </w:rPr>
              <w:t>OC</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A31833B" w14:textId="77777777" w:rsidR="00297C2F" w:rsidRDefault="00000000">
            <w:pPr>
              <w:spacing w:after="0" w:line="240" w:lineRule="auto"/>
              <w:jc w:val="center"/>
            </w:pPr>
            <w:r>
              <w:rPr>
                <w:sz w:val="15"/>
              </w:rPr>
              <w:t>1/2</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8841F0F" w14:textId="77777777" w:rsidR="00297C2F" w:rsidRDefault="00000000">
            <w:pPr>
              <w:spacing w:after="0" w:line="240" w:lineRule="auto"/>
              <w:jc w:val="center"/>
            </w:pPr>
            <w:r>
              <w:rPr>
                <w:sz w:val="15"/>
              </w:rPr>
              <w:t>1/2</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FA87E3A" w14:textId="77777777" w:rsidR="00297C2F" w:rsidRDefault="00000000">
            <w:pPr>
              <w:spacing w:after="0" w:line="240" w:lineRule="auto"/>
              <w:jc w:val="center"/>
            </w:pPr>
            <w:r>
              <w:rPr>
                <w:sz w:val="15"/>
              </w:rPr>
              <w:t>1</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DFF79F7" w14:textId="77777777" w:rsidR="00297C2F" w:rsidRDefault="00000000">
            <w:pPr>
              <w:spacing w:after="0" w:line="240" w:lineRule="auto"/>
              <w:jc w:val="center"/>
            </w:pPr>
            <w:r>
              <w:rPr>
                <w:sz w:val="15"/>
              </w:rPr>
              <w:t>2</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CF70585" w14:textId="77777777" w:rsidR="00297C2F" w:rsidRDefault="00000000">
            <w:pPr>
              <w:spacing w:after="0" w:line="240" w:lineRule="auto"/>
              <w:jc w:val="center"/>
            </w:pPr>
            <w:r>
              <w:rPr>
                <w:sz w:val="15"/>
              </w:rPr>
              <w:t>1</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B9BA4D8" w14:textId="77777777" w:rsidR="00297C2F" w:rsidRDefault="00000000">
            <w:pPr>
              <w:spacing w:after="0" w:line="240" w:lineRule="auto"/>
              <w:jc w:val="center"/>
            </w:pPr>
            <w:r>
              <w:rPr>
                <w:sz w:val="15"/>
              </w:rPr>
              <w:t>1</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D0FD107" w14:textId="77777777" w:rsidR="00297C2F" w:rsidRDefault="00000000">
            <w:pPr>
              <w:spacing w:after="0" w:line="240" w:lineRule="auto"/>
              <w:jc w:val="center"/>
            </w:pPr>
            <w:r>
              <w:rPr>
                <w:sz w:val="15"/>
              </w:rPr>
              <w:t>2</w:t>
            </w:r>
          </w:p>
        </w:tc>
        <w:tc>
          <w:tcPr>
            <w:tcW w:w="15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2D2DC39" w14:textId="77777777" w:rsidR="00297C2F" w:rsidRDefault="00000000">
            <w:pPr>
              <w:spacing w:after="0" w:line="240" w:lineRule="auto"/>
              <w:jc w:val="center"/>
            </w:pPr>
            <w:r>
              <w:rPr>
                <w:sz w:val="15"/>
              </w:rPr>
              <w:t>12.48</w:t>
            </w:r>
          </w:p>
        </w:tc>
      </w:tr>
      <w:tr w:rsidR="00297C2F" w14:paraId="7B563930" w14:textId="77777777">
        <w:trPr>
          <w:cantSplit/>
          <w:jc w:val="center"/>
        </w:trPr>
        <w:tc>
          <w:tcPr>
            <w:tcW w:w="10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7FEADEA" w14:textId="77777777" w:rsidR="00297C2F" w:rsidRDefault="00000000">
            <w:pPr>
              <w:spacing w:after="0" w:line="240" w:lineRule="auto"/>
              <w:jc w:val="center"/>
            </w:pPr>
            <w:r>
              <w:rPr>
                <w:sz w:val="15"/>
              </w:rPr>
              <w:t>HH</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062E471" w14:textId="77777777" w:rsidR="00297C2F" w:rsidRDefault="00000000">
            <w:pPr>
              <w:spacing w:after="0" w:line="240" w:lineRule="auto"/>
              <w:jc w:val="center"/>
            </w:pPr>
            <w:r>
              <w:rPr>
                <w:sz w:val="15"/>
              </w:rPr>
              <w:t>1/4</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E2953F" w14:textId="77777777" w:rsidR="00297C2F" w:rsidRDefault="00000000">
            <w:pPr>
              <w:spacing w:after="0" w:line="240" w:lineRule="auto"/>
              <w:jc w:val="center"/>
            </w:pPr>
            <w:r>
              <w:rPr>
                <w:sz w:val="15"/>
              </w:rPr>
              <w:t>1/3</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8475B0" w14:textId="77777777" w:rsidR="00297C2F" w:rsidRDefault="00000000">
            <w:pPr>
              <w:spacing w:after="0" w:line="240" w:lineRule="auto"/>
              <w:jc w:val="center"/>
            </w:pPr>
            <w:r>
              <w:rPr>
                <w:sz w:val="15"/>
              </w:rPr>
              <w:t>1/2</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3A3DF0B" w14:textId="77777777" w:rsidR="00297C2F" w:rsidRDefault="00000000">
            <w:pPr>
              <w:spacing w:after="0" w:line="240" w:lineRule="auto"/>
              <w:jc w:val="center"/>
            </w:pPr>
            <w:r>
              <w:rPr>
                <w:sz w:val="15"/>
              </w:rPr>
              <w:t>1</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0B07772" w14:textId="77777777" w:rsidR="00297C2F" w:rsidRDefault="00000000">
            <w:pPr>
              <w:spacing w:after="0" w:line="240" w:lineRule="auto"/>
              <w:jc w:val="center"/>
            </w:pPr>
            <w:r>
              <w:rPr>
                <w:sz w:val="15"/>
              </w:rPr>
              <w:t>1/2</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CE33112" w14:textId="77777777" w:rsidR="00297C2F" w:rsidRDefault="00000000">
            <w:pPr>
              <w:spacing w:after="0" w:line="240" w:lineRule="auto"/>
              <w:jc w:val="center"/>
            </w:pPr>
            <w:r>
              <w:rPr>
                <w:sz w:val="15"/>
              </w:rPr>
              <w:t>1</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DE6584" w14:textId="77777777" w:rsidR="00297C2F" w:rsidRDefault="00000000">
            <w:pPr>
              <w:spacing w:after="0" w:line="240" w:lineRule="auto"/>
              <w:jc w:val="center"/>
            </w:pPr>
            <w:r>
              <w:rPr>
                <w:sz w:val="15"/>
              </w:rPr>
              <w:t>1</w:t>
            </w:r>
          </w:p>
        </w:tc>
        <w:tc>
          <w:tcPr>
            <w:tcW w:w="15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8E95B0A" w14:textId="77777777" w:rsidR="00297C2F" w:rsidRDefault="00000000">
            <w:pPr>
              <w:spacing w:after="0" w:line="240" w:lineRule="auto"/>
              <w:jc w:val="center"/>
            </w:pPr>
            <w:r>
              <w:rPr>
                <w:sz w:val="15"/>
              </w:rPr>
              <w:t>7.18</w:t>
            </w:r>
          </w:p>
        </w:tc>
      </w:tr>
      <w:tr w:rsidR="00297C2F" w14:paraId="6E0D02B2" w14:textId="77777777">
        <w:trPr>
          <w:cantSplit/>
          <w:jc w:val="center"/>
        </w:trPr>
        <w:tc>
          <w:tcPr>
            <w:tcW w:w="10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5DCED3C" w14:textId="77777777" w:rsidR="00297C2F" w:rsidRDefault="00000000">
            <w:pPr>
              <w:spacing w:after="0" w:line="240" w:lineRule="auto"/>
              <w:jc w:val="center"/>
            </w:pPr>
            <w:r>
              <w:rPr>
                <w:sz w:val="15"/>
              </w:rPr>
              <w:t>POV</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85E7F1" w14:textId="77777777" w:rsidR="00297C2F" w:rsidRDefault="00000000">
            <w:pPr>
              <w:spacing w:after="0" w:line="240" w:lineRule="auto"/>
              <w:jc w:val="center"/>
            </w:pPr>
            <w:r>
              <w:rPr>
                <w:sz w:val="15"/>
              </w:rPr>
              <w:t>1/2</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71FFDE3" w14:textId="77777777" w:rsidR="00297C2F" w:rsidRDefault="00000000">
            <w:pPr>
              <w:spacing w:after="0" w:line="240" w:lineRule="auto"/>
              <w:jc w:val="center"/>
            </w:pPr>
            <w:r>
              <w:rPr>
                <w:sz w:val="15"/>
              </w:rPr>
              <w:t>1</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15BD8B0" w14:textId="77777777" w:rsidR="00297C2F" w:rsidRDefault="00000000">
            <w:pPr>
              <w:spacing w:after="0" w:line="240" w:lineRule="auto"/>
              <w:jc w:val="center"/>
            </w:pPr>
            <w:r>
              <w:rPr>
                <w:sz w:val="15"/>
              </w:rPr>
              <w:t>1</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B94AF01" w14:textId="77777777" w:rsidR="00297C2F" w:rsidRDefault="00000000">
            <w:pPr>
              <w:spacing w:after="0" w:line="240" w:lineRule="auto"/>
              <w:jc w:val="center"/>
            </w:pPr>
            <w:r>
              <w:rPr>
                <w:sz w:val="15"/>
              </w:rPr>
              <w:t>2</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20A95C1" w14:textId="77777777" w:rsidR="00297C2F" w:rsidRDefault="00000000">
            <w:pPr>
              <w:spacing w:after="0" w:line="240" w:lineRule="auto"/>
              <w:jc w:val="center"/>
            </w:pPr>
            <w:r>
              <w:rPr>
                <w:sz w:val="15"/>
              </w:rPr>
              <w:t>1</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1FBF2B" w14:textId="77777777" w:rsidR="00297C2F" w:rsidRDefault="00000000">
            <w:pPr>
              <w:spacing w:after="0" w:line="240" w:lineRule="auto"/>
              <w:jc w:val="center"/>
            </w:pPr>
            <w:r>
              <w:rPr>
                <w:sz w:val="15"/>
              </w:rPr>
              <w:t>2</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BF594FC" w14:textId="77777777" w:rsidR="00297C2F" w:rsidRDefault="00000000">
            <w:pPr>
              <w:spacing w:after="0" w:line="240" w:lineRule="auto"/>
              <w:jc w:val="center"/>
            </w:pPr>
            <w:r>
              <w:rPr>
                <w:sz w:val="15"/>
              </w:rPr>
              <w:t>3</w:t>
            </w:r>
          </w:p>
        </w:tc>
        <w:tc>
          <w:tcPr>
            <w:tcW w:w="15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616282" w14:textId="77777777" w:rsidR="00297C2F" w:rsidRDefault="00000000">
            <w:pPr>
              <w:spacing w:after="0" w:line="240" w:lineRule="auto"/>
              <w:jc w:val="center"/>
            </w:pPr>
            <w:r>
              <w:rPr>
                <w:sz w:val="15"/>
              </w:rPr>
              <w:t>16.18</w:t>
            </w:r>
          </w:p>
        </w:tc>
      </w:tr>
      <w:tr w:rsidR="00297C2F" w14:paraId="3ABC45D8" w14:textId="77777777">
        <w:trPr>
          <w:cantSplit/>
          <w:jc w:val="center"/>
        </w:trPr>
        <w:tc>
          <w:tcPr>
            <w:tcW w:w="10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2D4F0B" w14:textId="77777777" w:rsidR="00297C2F" w:rsidRDefault="00000000">
            <w:pPr>
              <w:spacing w:after="0" w:line="240" w:lineRule="auto"/>
              <w:jc w:val="center"/>
            </w:pPr>
            <w:r>
              <w:rPr>
                <w:sz w:val="15"/>
              </w:rPr>
              <w:t>ILL</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93E0D85" w14:textId="77777777" w:rsidR="00297C2F" w:rsidRDefault="00000000">
            <w:pPr>
              <w:spacing w:after="0" w:line="240" w:lineRule="auto"/>
              <w:jc w:val="center"/>
            </w:pPr>
            <w:r>
              <w:rPr>
                <w:sz w:val="15"/>
              </w:rPr>
              <w:t>1/3</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998DD2" w14:textId="77777777" w:rsidR="00297C2F" w:rsidRDefault="00000000">
            <w:pPr>
              <w:spacing w:after="0" w:line="240" w:lineRule="auto"/>
              <w:jc w:val="center"/>
            </w:pPr>
            <w:r>
              <w:rPr>
                <w:sz w:val="15"/>
              </w:rPr>
              <w:t>1/2</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9E27758" w14:textId="77777777" w:rsidR="00297C2F" w:rsidRDefault="00000000">
            <w:pPr>
              <w:spacing w:after="0" w:line="240" w:lineRule="auto"/>
              <w:jc w:val="center"/>
            </w:pPr>
            <w:r>
              <w:rPr>
                <w:sz w:val="15"/>
              </w:rPr>
              <w:t>1</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00964CE" w14:textId="77777777" w:rsidR="00297C2F" w:rsidRDefault="00000000">
            <w:pPr>
              <w:spacing w:after="0" w:line="240" w:lineRule="auto"/>
              <w:jc w:val="center"/>
            </w:pPr>
            <w:r>
              <w:rPr>
                <w:sz w:val="15"/>
              </w:rPr>
              <w:t>1</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6CF3A5" w14:textId="77777777" w:rsidR="00297C2F" w:rsidRDefault="00000000">
            <w:pPr>
              <w:spacing w:after="0" w:line="240" w:lineRule="auto"/>
              <w:jc w:val="center"/>
            </w:pPr>
            <w:r>
              <w:rPr>
                <w:sz w:val="15"/>
              </w:rPr>
              <w:t>1/2</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5CC05B7" w14:textId="77777777" w:rsidR="00297C2F" w:rsidRDefault="00000000">
            <w:pPr>
              <w:spacing w:after="0" w:line="240" w:lineRule="auto"/>
              <w:jc w:val="center"/>
            </w:pPr>
            <w:r>
              <w:rPr>
                <w:sz w:val="15"/>
              </w:rPr>
              <w:t>1</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041239" w14:textId="77777777" w:rsidR="00297C2F" w:rsidRDefault="00000000">
            <w:pPr>
              <w:spacing w:after="0" w:line="240" w:lineRule="auto"/>
              <w:jc w:val="center"/>
            </w:pPr>
            <w:r>
              <w:rPr>
                <w:sz w:val="15"/>
              </w:rPr>
              <w:t>2</w:t>
            </w:r>
          </w:p>
        </w:tc>
        <w:tc>
          <w:tcPr>
            <w:tcW w:w="15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A3BFF42" w14:textId="77777777" w:rsidR="00297C2F" w:rsidRDefault="00000000">
            <w:pPr>
              <w:spacing w:after="0" w:line="240" w:lineRule="auto"/>
              <w:jc w:val="center"/>
            </w:pPr>
            <w:r>
              <w:rPr>
                <w:sz w:val="15"/>
              </w:rPr>
              <w:t>9.69</w:t>
            </w:r>
          </w:p>
        </w:tc>
      </w:tr>
      <w:tr w:rsidR="00297C2F" w14:paraId="06B0395A" w14:textId="77777777">
        <w:trPr>
          <w:cantSplit/>
          <w:jc w:val="center"/>
        </w:trPr>
        <w:tc>
          <w:tcPr>
            <w:tcW w:w="10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3D03227" w14:textId="77777777" w:rsidR="00297C2F" w:rsidRDefault="00000000">
            <w:pPr>
              <w:spacing w:after="0" w:line="240" w:lineRule="auto"/>
              <w:jc w:val="center"/>
            </w:pPr>
            <w:r>
              <w:rPr>
                <w:sz w:val="15"/>
              </w:rPr>
              <w:t>HE</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520F555" w14:textId="77777777" w:rsidR="00297C2F" w:rsidRDefault="00000000">
            <w:pPr>
              <w:spacing w:after="0" w:line="240" w:lineRule="auto"/>
              <w:jc w:val="center"/>
            </w:pPr>
            <w:r>
              <w:rPr>
                <w:sz w:val="15"/>
              </w:rPr>
              <w:t>1/5</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C709EB0" w14:textId="77777777" w:rsidR="00297C2F" w:rsidRDefault="00000000">
            <w:pPr>
              <w:spacing w:after="0" w:line="240" w:lineRule="auto"/>
              <w:jc w:val="center"/>
            </w:pPr>
            <w:r>
              <w:rPr>
                <w:sz w:val="15"/>
              </w:rPr>
              <w:t>1/4</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784937D" w14:textId="77777777" w:rsidR="00297C2F" w:rsidRDefault="00000000">
            <w:pPr>
              <w:spacing w:after="0" w:line="240" w:lineRule="auto"/>
              <w:jc w:val="center"/>
            </w:pPr>
            <w:r>
              <w:rPr>
                <w:sz w:val="15"/>
              </w:rPr>
              <w:t>1/2</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1AFC2D" w14:textId="77777777" w:rsidR="00297C2F" w:rsidRDefault="00000000">
            <w:pPr>
              <w:spacing w:after="0" w:line="240" w:lineRule="auto"/>
              <w:jc w:val="center"/>
            </w:pPr>
            <w:r>
              <w:rPr>
                <w:sz w:val="15"/>
              </w:rPr>
              <w:t>1</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A49150D" w14:textId="77777777" w:rsidR="00297C2F" w:rsidRDefault="00000000">
            <w:pPr>
              <w:spacing w:after="0" w:line="240" w:lineRule="auto"/>
              <w:jc w:val="center"/>
            </w:pPr>
            <w:r>
              <w:rPr>
                <w:sz w:val="15"/>
              </w:rPr>
              <w:t>1/3</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0B9713C" w14:textId="77777777" w:rsidR="00297C2F" w:rsidRDefault="00000000">
            <w:pPr>
              <w:spacing w:after="0" w:line="240" w:lineRule="auto"/>
              <w:jc w:val="center"/>
            </w:pPr>
            <w:r>
              <w:rPr>
                <w:sz w:val="15"/>
              </w:rPr>
              <w:t>1/2</w:t>
            </w:r>
          </w:p>
        </w:tc>
        <w:tc>
          <w:tcPr>
            <w:tcW w:w="167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539D8A7" w14:textId="77777777" w:rsidR="00297C2F" w:rsidRDefault="00000000">
            <w:pPr>
              <w:spacing w:after="0" w:line="240" w:lineRule="auto"/>
              <w:jc w:val="center"/>
            </w:pPr>
            <w:r>
              <w:rPr>
                <w:sz w:val="15"/>
              </w:rPr>
              <w:t>1</w:t>
            </w:r>
          </w:p>
        </w:tc>
        <w:tc>
          <w:tcPr>
            <w:tcW w:w="15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7392795" w14:textId="77777777" w:rsidR="00297C2F" w:rsidRDefault="00000000">
            <w:pPr>
              <w:spacing w:after="0" w:line="240" w:lineRule="auto"/>
              <w:jc w:val="center"/>
            </w:pPr>
            <w:r>
              <w:rPr>
                <w:sz w:val="15"/>
              </w:rPr>
              <w:t>5.67</w:t>
            </w:r>
          </w:p>
        </w:tc>
      </w:tr>
    </w:tbl>
    <w:p w14:paraId="3194EA58" w14:textId="77777777" w:rsidR="00297C2F" w:rsidRDefault="00297C2F">
      <w:pPr>
        <w:spacing w:after="60" w:line="240" w:lineRule="auto"/>
      </w:pPr>
    </w:p>
    <w:p w14:paraId="38EEF1BC" w14:textId="77777777" w:rsidR="00297C2F" w:rsidRDefault="00000000">
      <w:pPr>
        <w:spacing w:before="20" w:after="60" w:line="240" w:lineRule="auto"/>
      </w:pPr>
      <w:r>
        <w:rPr>
          <w:sz w:val="16"/>
        </w:rPr>
        <w:t>n = 7; lambda max = 7.0859; CI = 0.0143; RI = 1.32; CR = 0.0108. The matrix satisfies the CR below 0.10 acceptance rule.</w:t>
      </w:r>
    </w:p>
    <w:p w14:paraId="41BC82E0" w14:textId="77777777" w:rsidR="00297C2F" w:rsidRDefault="00000000">
      <w:pPr>
        <w:spacing w:after="60" w:line="240" w:lineRule="auto"/>
      </w:pPr>
      <w:r>
        <w:rPr>
          <w:sz w:val="19"/>
        </w:rPr>
        <w:br w:type="page"/>
      </w:r>
    </w:p>
    <w:p w14:paraId="77F5B373" w14:textId="77777777" w:rsidR="00297C2F" w:rsidRDefault="00000000">
      <w:pPr>
        <w:pStyle w:val="Heading1"/>
        <w:spacing w:before="160" w:after="60" w:line="240" w:lineRule="auto"/>
      </w:pPr>
      <w:r>
        <w:rPr>
          <w:rFonts w:ascii="Arial" w:hAnsi="Arial"/>
          <w:sz w:val="23"/>
        </w:rPr>
        <w:lastRenderedPageBreak/>
        <w:t>Residential criteria</w:t>
      </w:r>
    </w:p>
    <w:p w14:paraId="27F22815" w14:textId="77777777" w:rsidR="00297C2F" w:rsidRDefault="00000000">
      <w:pPr>
        <w:keepNext/>
        <w:spacing w:after="60" w:line="240" w:lineRule="auto"/>
      </w:pPr>
      <w:r>
        <w:rPr>
          <w:sz w:val="16"/>
        </w:rPr>
        <w:t>Codes  UH Unsuitable habitat ratio;  URB Urban area percentage</w:t>
      </w:r>
    </w:p>
    <w:p w14:paraId="0FF87749" w14:textId="77777777" w:rsidR="00297C2F" w:rsidRDefault="00000000">
      <w:pPr>
        <w:keepNext/>
        <w:spacing w:before="60" w:after="60" w:line="240" w:lineRule="auto"/>
      </w:pPr>
      <w:r>
        <w:rPr>
          <w:b/>
        </w:rPr>
        <w:t>Weights for residential criteria</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37"/>
        <w:gridCol w:w="6901"/>
        <w:gridCol w:w="3033"/>
        <w:gridCol w:w="2047"/>
        <w:gridCol w:w="1138"/>
      </w:tblGrid>
      <w:tr w:rsidR="00297C2F" w14:paraId="50FFA1C0" w14:textId="77777777">
        <w:trPr>
          <w:cantSplit/>
          <w:tblHeader/>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A04F433" w14:textId="77777777" w:rsidR="00297C2F" w:rsidRDefault="00000000">
            <w:pPr>
              <w:spacing w:after="0" w:line="240" w:lineRule="auto"/>
              <w:jc w:val="center"/>
            </w:pPr>
            <w:r>
              <w:rPr>
                <w:b/>
                <w:sz w:val="15"/>
              </w:rPr>
              <w:t>Code</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B1929B6" w14:textId="77777777" w:rsidR="00297C2F" w:rsidRDefault="00000000">
            <w:pPr>
              <w:spacing w:after="0" w:line="240" w:lineRule="auto"/>
              <w:jc w:val="center"/>
            </w:pPr>
            <w:r>
              <w:rPr>
                <w:b/>
                <w:sz w:val="15"/>
              </w:rPr>
              <w:t>Criterion</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F61F525" w14:textId="77777777" w:rsidR="00297C2F" w:rsidRDefault="00000000">
            <w:pPr>
              <w:spacing w:after="0" w:line="240" w:lineRule="auto"/>
              <w:jc w:val="center"/>
            </w:pPr>
            <w:r>
              <w:rPr>
                <w:b/>
                <w:sz w:val="15"/>
              </w:rPr>
              <w:t>Orientation</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C0677F6" w14:textId="77777777" w:rsidR="00297C2F" w:rsidRDefault="00000000">
            <w:pPr>
              <w:spacing w:after="0" w:line="240" w:lineRule="auto"/>
              <w:jc w:val="center"/>
            </w:pPr>
            <w:r>
              <w:rPr>
                <w:b/>
                <w:sz w:val="15"/>
              </w:rPr>
              <w:t>Weight percent</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F350B4F" w14:textId="77777777" w:rsidR="00297C2F" w:rsidRDefault="00000000">
            <w:pPr>
              <w:spacing w:after="0" w:line="240" w:lineRule="auto"/>
              <w:jc w:val="center"/>
            </w:pPr>
            <w:r>
              <w:rPr>
                <w:b/>
                <w:sz w:val="15"/>
              </w:rPr>
              <w:t>Rank</w:t>
            </w:r>
          </w:p>
        </w:tc>
      </w:tr>
      <w:tr w:rsidR="00297C2F" w14:paraId="0A7F8082"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9ED2A99" w14:textId="77777777" w:rsidR="00297C2F" w:rsidRDefault="00000000">
            <w:pPr>
              <w:spacing w:after="0" w:line="240" w:lineRule="auto"/>
              <w:jc w:val="center"/>
            </w:pPr>
            <w:r>
              <w:rPr>
                <w:sz w:val="15"/>
              </w:rPr>
              <w:t>UH</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A882659" w14:textId="77777777" w:rsidR="00297C2F" w:rsidRDefault="00000000">
            <w:pPr>
              <w:spacing w:after="0" w:line="240" w:lineRule="auto"/>
            </w:pPr>
            <w:r>
              <w:rPr>
                <w:sz w:val="15"/>
              </w:rPr>
              <w:t>Unsuitable habitat ratio</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433D40F"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35B3857" w14:textId="77777777" w:rsidR="00297C2F" w:rsidRDefault="00000000">
            <w:pPr>
              <w:spacing w:after="0" w:line="240" w:lineRule="auto"/>
              <w:jc w:val="center"/>
            </w:pPr>
            <w:r>
              <w:rPr>
                <w:sz w:val="15"/>
              </w:rPr>
              <w:t>75.00</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D8D22DE" w14:textId="77777777" w:rsidR="00297C2F" w:rsidRDefault="00000000">
            <w:pPr>
              <w:spacing w:after="0" w:line="240" w:lineRule="auto"/>
              <w:jc w:val="center"/>
            </w:pPr>
            <w:r>
              <w:rPr>
                <w:sz w:val="15"/>
              </w:rPr>
              <w:t>1</w:t>
            </w:r>
          </w:p>
        </w:tc>
      </w:tr>
      <w:tr w:rsidR="00297C2F" w14:paraId="6AC8ACFA"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871B73E" w14:textId="77777777" w:rsidR="00297C2F" w:rsidRDefault="00000000">
            <w:pPr>
              <w:spacing w:after="0" w:line="240" w:lineRule="auto"/>
              <w:jc w:val="center"/>
            </w:pPr>
            <w:r>
              <w:rPr>
                <w:sz w:val="15"/>
              </w:rPr>
              <w:t>URB</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D8FB252" w14:textId="77777777" w:rsidR="00297C2F" w:rsidRDefault="00000000">
            <w:pPr>
              <w:spacing w:after="0" w:line="240" w:lineRule="auto"/>
            </w:pPr>
            <w:r>
              <w:rPr>
                <w:sz w:val="15"/>
              </w:rPr>
              <w:t>Urban area percentage</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CB8C3BD"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739FC3B" w14:textId="77777777" w:rsidR="00297C2F" w:rsidRDefault="00000000">
            <w:pPr>
              <w:spacing w:after="0" w:line="240" w:lineRule="auto"/>
              <w:jc w:val="center"/>
            </w:pPr>
            <w:r>
              <w:rPr>
                <w:sz w:val="15"/>
              </w:rPr>
              <w:t>25.00</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68E43B8" w14:textId="77777777" w:rsidR="00297C2F" w:rsidRDefault="00000000">
            <w:pPr>
              <w:spacing w:after="0" w:line="240" w:lineRule="auto"/>
              <w:jc w:val="center"/>
            </w:pPr>
            <w:r>
              <w:rPr>
                <w:sz w:val="15"/>
              </w:rPr>
              <w:t>2</w:t>
            </w:r>
          </w:p>
        </w:tc>
      </w:tr>
      <w:tr w:rsidR="00297C2F" w14:paraId="2F68BCE8"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FA0E96F" w14:textId="77777777" w:rsidR="00297C2F" w:rsidRDefault="00297C2F">
            <w:pPr>
              <w:spacing w:after="0" w:line="240" w:lineRule="auto"/>
              <w:jc w:val="center"/>
            </w:pP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B280F7B" w14:textId="77777777" w:rsidR="00297C2F" w:rsidRDefault="00000000">
            <w:pPr>
              <w:spacing w:after="0" w:line="240" w:lineRule="auto"/>
            </w:pPr>
            <w:r>
              <w:rPr>
                <w:b/>
                <w:sz w:val="15"/>
              </w:rPr>
              <w:t>Total</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AE6B873" w14:textId="77777777" w:rsidR="00297C2F" w:rsidRDefault="00297C2F">
            <w:pPr>
              <w:spacing w:after="0" w:line="240" w:lineRule="auto"/>
            </w:pP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03EFAA7" w14:textId="77777777" w:rsidR="00297C2F" w:rsidRDefault="00000000">
            <w:pPr>
              <w:spacing w:after="0" w:line="240" w:lineRule="auto"/>
              <w:jc w:val="center"/>
            </w:pPr>
            <w:r>
              <w:rPr>
                <w:b/>
                <w:sz w:val="15"/>
              </w:rPr>
              <w:t>100.00</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B22C191" w14:textId="77777777" w:rsidR="00297C2F" w:rsidRDefault="00297C2F">
            <w:pPr>
              <w:spacing w:after="0" w:line="240" w:lineRule="auto"/>
              <w:jc w:val="center"/>
            </w:pPr>
          </w:p>
        </w:tc>
      </w:tr>
    </w:tbl>
    <w:p w14:paraId="6023D30A" w14:textId="77777777" w:rsidR="00297C2F" w:rsidRDefault="00297C2F">
      <w:pPr>
        <w:spacing w:after="60" w:line="240" w:lineRule="auto"/>
      </w:pPr>
    </w:p>
    <w:p w14:paraId="596420C4" w14:textId="77777777" w:rsidR="00297C2F" w:rsidRDefault="00000000">
      <w:pPr>
        <w:keepNext/>
        <w:spacing w:before="60" w:after="60" w:line="240" w:lineRule="auto"/>
      </w:pPr>
      <w:r>
        <w:rPr>
          <w:b/>
        </w:rPr>
        <w:t>Pairwise comparison matrix for residential criteria</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24"/>
        <w:gridCol w:w="5849"/>
        <w:gridCol w:w="5849"/>
        <w:gridCol w:w="1534"/>
      </w:tblGrid>
      <w:tr w:rsidR="00297C2F" w14:paraId="7EB1E5B2" w14:textId="77777777">
        <w:trPr>
          <w:cantSplit/>
          <w:tblHeader/>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49DBE3" w14:textId="77777777" w:rsidR="00297C2F" w:rsidRDefault="00000000">
            <w:pPr>
              <w:spacing w:after="0" w:line="240" w:lineRule="auto"/>
              <w:jc w:val="center"/>
            </w:pPr>
            <w:r>
              <w:rPr>
                <w:b/>
                <w:sz w:val="15"/>
              </w:rPr>
              <w:t>Code</w:t>
            </w:r>
          </w:p>
        </w:tc>
        <w:tc>
          <w:tcPr>
            <w:tcW w:w="58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8587C1" w14:textId="77777777" w:rsidR="00297C2F" w:rsidRDefault="00000000">
            <w:pPr>
              <w:spacing w:after="0" w:line="240" w:lineRule="auto"/>
              <w:jc w:val="center"/>
            </w:pPr>
            <w:r>
              <w:rPr>
                <w:b/>
                <w:sz w:val="15"/>
              </w:rPr>
              <w:t>UH</w:t>
            </w:r>
          </w:p>
        </w:tc>
        <w:tc>
          <w:tcPr>
            <w:tcW w:w="58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2B5CD5B" w14:textId="77777777" w:rsidR="00297C2F" w:rsidRDefault="00000000">
            <w:pPr>
              <w:spacing w:after="0" w:line="240" w:lineRule="auto"/>
              <w:jc w:val="center"/>
            </w:pPr>
            <w:r>
              <w:rPr>
                <w:b/>
                <w:sz w:val="15"/>
              </w:rPr>
              <w:t>URB</w:t>
            </w:r>
          </w:p>
        </w:tc>
        <w:tc>
          <w:tcPr>
            <w:tcW w:w="15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393F886" w14:textId="77777777" w:rsidR="00297C2F" w:rsidRDefault="00000000">
            <w:pPr>
              <w:spacing w:after="0" w:line="240" w:lineRule="auto"/>
              <w:jc w:val="center"/>
            </w:pPr>
            <w:r>
              <w:rPr>
                <w:b/>
                <w:sz w:val="15"/>
              </w:rPr>
              <w:t>Weight percent</w:t>
            </w:r>
          </w:p>
        </w:tc>
      </w:tr>
      <w:tr w:rsidR="00297C2F" w14:paraId="3965311D"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9C5E6A3" w14:textId="77777777" w:rsidR="00297C2F" w:rsidRDefault="00000000">
            <w:pPr>
              <w:spacing w:after="0" w:line="240" w:lineRule="auto"/>
              <w:jc w:val="center"/>
            </w:pPr>
            <w:r>
              <w:rPr>
                <w:sz w:val="15"/>
              </w:rPr>
              <w:t>UH</w:t>
            </w:r>
          </w:p>
        </w:tc>
        <w:tc>
          <w:tcPr>
            <w:tcW w:w="58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82DB031" w14:textId="77777777" w:rsidR="00297C2F" w:rsidRDefault="00000000">
            <w:pPr>
              <w:spacing w:after="0" w:line="240" w:lineRule="auto"/>
              <w:jc w:val="center"/>
            </w:pPr>
            <w:r>
              <w:rPr>
                <w:sz w:val="15"/>
              </w:rPr>
              <w:t>1</w:t>
            </w:r>
          </w:p>
        </w:tc>
        <w:tc>
          <w:tcPr>
            <w:tcW w:w="58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BCD0B62" w14:textId="77777777" w:rsidR="00297C2F" w:rsidRDefault="00000000">
            <w:pPr>
              <w:spacing w:after="0" w:line="240" w:lineRule="auto"/>
              <w:jc w:val="center"/>
            </w:pPr>
            <w:r>
              <w:rPr>
                <w:sz w:val="15"/>
              </w:rPr>
              <w:t>3</w:t>
            </w:r>
          </w:p>
        </w:tc>
        <w:tc>
          <w:tcPr>
            <w:tcW w:w="15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43AA8A8" w14:textId="77777777" w:rsidR="00297C2F" w:rsidRDefault="00000000">
            <w:pPr>
              <w:spacing w:after="0" w:line="240" w:lineRule="auto"/>
              <w:jc w:val="center"/>
            </w:pPr>
            <w:r>
              <w:rPr>
                <w:sz w:val="15"/>
              </w:rPr>
              <w:t>75.00</w:t>
            </w:r>
          </w:p>
        </w:tc>
      </w:tr>
      <w:tr w:rsidR="00297C2F" w14:paraId="0C82C17C"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A19F794" w14:textId="77777777" w:rsidR="00297C2F" w:rsidRDefault="00000000">
            <w:pPr>
              <w:spacing w:after="0" w:line="240" w:lineRule="auto"/>
              <w:jc w:val="center"/>
            </w:pPr>
            <w:r>
              <w:rPr>
                <w:sz w:val="15"/>
              </w:rPr>
              <w:t>URB</w:t>
            </w:r>
          </w:p>
        </w:tc>
        <w:tc>
          <w:tcPr>
            <w:tcW w:w="58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13BE4FF" w14:textId="77777777" w:rsidR="00297C2F" w:rsidRDefault="00000000">
            <w:pPr>
              <w:spacing w:after="0" w:line="240" w:lineRule="auto"/>
              <w:jc w:val="center"/>
            </w:pPr>
            <w:r>
              <w:rPr>
                <w:sz w:val="15"/>
              </w:rPr>
              <w:t>1/3</w:t>
            </w:r>
          </w:p>
        </w:tc>
        <w:tc>
          <w:tcPr>
            <w:tcW w:w="58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1CCEAC6" w14:textId="77777777" w:rsidR="00297C2F" w:rsidRDefault="00000000">
            <w:pPr>
              <w:spacing w:after="0" w:line="240" w:lineRule="auto"/>
              <w:jc w:val="center"/>
            </w:pPr>
            <w:r>
              <w:rPr>
                <w:sz w:val="15"/>
              </w:rPr>
              <w:t>1</w:t>
            </w:r>
          </w:p>
        </w:tc>
        <w:tc>
          <w:tcPr>
            <w:tcW w:w="15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D576321" w14:textId="77777777" w:rsidR="00297C2F" w:rsidRDefault="00000000">
            <w:pPr>
              <w:spacing w:after="0" w:line="240" w:lineRule="auto"/>
              <w:jc w:val="center"/>
            </w:pPr>
            <w:r>
              <w:rPr>
                <w:sz w:val="15"/>
              </w:rPr>
              <w:t>25.00</w:t>
            </w:r>
          </w:p>
        </w:tc>
      </w:tr>
    </w:tbl>
    <w:p w14:paraId="0F456A06" w14:textId="77777777" w:rsidR="00297C2F" w:rsidRDefault="00297C2F">
      <w:pPr>
        <w:spacing w:after="60" w:line="240" w:lineRule="auto"/>
      </w:pPr>
    </w:p>
    <w:p w14:paraId="75010F97" w14:textId="77777777" w:rsidR="00297C2F" w:rsidRDefault="00000000">
      <w:pPr>
        <w:spacing w:before="20" w:after="60" w:line="240" w:lineRule="auto"/>
      </w:pPr>
      <w:r>
        <w:t>n = 2; lambda max = 2.0000; CI = 0.0000; RI = 0.00; CR = N/A. The matrix is perfectly consistent; CR is undefined for a 2 by 2 matrix because RI equals zero.</w:t>
      </w:r>
    </w:p>
    <w:p w14:paraId="44C00286" w14:textId="77777777" w:rsidR="00297C2F" w:rsidRDefault="00000000">
      <w:pPr>
        <w:pStyle w:val="Heading1"/>
        <w:spacing w:before="160" w:after="60" w:line="240" w:lineRule="auto"/>
      </w:pPr>
      <w:r>
        <w:rPr>
          <w:rFonts w:ascii="Arial" w:hAnsi="Arial"/>
          <w:sz w:val="23"/>
        </w:rPr>
        <w:t>Physical criteria</w:t>
      </w:r>
    </w:p>
    <w:p w14:paraId="152DB376" w14:textId="77777777" w:rsidR="00297C2F" w:rsidRDefault="00000000">
      <w:pPr>
        <w:keepNext/>
        <w:spacing w:after="60" w:line="240" w:lineRule="auto"/>
      </w:pPr>
      <w:r>
        <w:rPr>
          <w:sz w:val="16"/>
        </w:rPr>
        <w:t>Codes  DEM DEM;  SLP Slope;  WS Wind speed (inverse)</w:t>
      </w:r>
    </w:p>
    <w:p w14:paraId="154A751C" w14:textId="77777777" w:rsidR="00297C2F" w:rsidRDefault="00000000">
      <w:pPr>
        <w:keepNext/>
        <w:spacing w:before="60" w:after="60" w:line="240" w:lineRule="auto"/>
      </w:pPr>
      <w:r>
        <w:rPr>
          <w:b/>
        </w:rPr>
        <w:t>Weights for physical criteria</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37"/>
        <w:gridCol w:w="6901"/>
        <w:gridCol w:w="3033"/>
        <w:gridCol w:w="2047"/>
        <w:gridCol w:w="1138"/>
      </w:tblGrid>
      <w:tr w:rsidR="00297C2F" w14:paraId="7A6713FA" w14:textId="77777777">
        <w:trPr>
          <w:cantSplit/>
          <w:tblHeader/>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47B7256" w14:textId="77777777" w:rsidR="00297C2F" w:rsidRDefault="00000000">
            <w:pPr>
              <w:spacing w:after="0" w:line="240" w:lineRule="auto"/>
              <w:jc w:val="center"/>
            </w:pPr>
            <w:r>
              <w:rPr>
                <w:b/>
                <w:sz w:val="15"/>
              </w:rPr>
              <w:t>Code</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EDE2BCD" w14:textId="77777777" w:rsidR="00297C2F" w:rsidRDefault="00000000">
            <w:pPr>
              <w:spacing w:after="0" w:line="240" w:lineRule="auto"/>
              <w:jc w:val="center"/>
            </w:pPr>
            <w:r>
              <w:rPr>
                <w:b/>
                <w:sz w:val="15"/>
              </w:rPr>
              <w:t>Criterion</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433A27" w14:textId="77777777" w:rsidR="00297C2F" w:rsidRDefault="00000000">
            <w:pPr>
              <w:spacing w:after="0" w:line="240" w:lineRule="auto"/>
              <w:jc w:val="center"/>
            </w:pPr>
            <w:r>
              <w:rPr>
                <w:b/>
                <w:sz w:val="15"/>
              </w:rPr>
              <w:t>Orientation</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A1ACC8D" w14:textId="77777777" w:rsidR="00297C2F" w:rsidRDefault="00000000">
            <w:pPr>
              <w:spacing w:after="0" w:line="240" w:lineRule="auto"/>
              <w:jc w:val="center"/>
            </w:pPr>
            <w:r>
              <w:rPr>
                <w:b/>
                <w:sz w:val="15"/>
              </w:rPr>
              <w:t>Weight percent</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12603A9" w14:textId="77777777" w:rsidR="00297C2F" w:rsidRDefault="00000000">
            <w:pPr>
              <w:spacing w:after="0" w:line="240" w:lineRule="auto"/>
              <w:jc w:val="center"/>
            </w:pPr>
            <w:r>
              <w:rPr>
                <w:b/>
                <w:sz w:val="15"/>
              </w:rPr>
              <w:t>Rank</w:t>
            </w:r>
          </w:p>
        </w:tc>
      </w:tr>
      <w:tr w:rsidR="00297C2F" w14:paraId="3793BD60"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F7656C1" w14:textId="77777777" w:rsidR="00297C2F" w:rsidRDefault="00000000">
            <w:pPr>
              <w:spacing w:after="0" w:line="240" w:lineRule="auto"/>
              <w:jc w:val="center"/>
            </w:pPr>
            <w:r>
              <w:rPr>
                <w:sz w:val="15"/>
              </w:rPr>
              <w:t>DEM</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9EB0A8B" w14:textId="77777777" w:rsidR="00297C2F" w:rsidRDefault="00000000">
            <w:pPr>
              <w:spacing w:after="0" w:line="240" w:lineRule="auto"/>
            </w:pPr>
            <w:r>
              <w:rPr>
                <w:sz w:val="15"/>
              </w:rPr>
              <w:t>DEM</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9006DEF"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08631D5" w14:textId="77777777" w:rsidR="00297C2F" w:rsidRDefault="00000000">
            <w:pPr>
              <w:spacing w:after="0" w:line="240" w:lineRule="auto"/>
              <w:jc w:val="center"/>
            </w:pPr>
            <w:r>
              <w:rPr>
                <w:sz w:val="15"/>
              </w:rPr>
              <w:t>28.57</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7328137" w14:textId="77777777" w:rsidR="00297C2F" w:rsidRDefault="00000000">
            <w:pPr>
              <w:spacing w:after="0" w:line="240" w:lineRule="auto"/>
              <w:jc w:val="center"/>
            </w:pPr>
            <w:r>
              <w:rPr>
                <w:sz w:val="15"/>
              </w:rPr>
              <w:t>2</w:t>
            </w:r>
          </w:p>
        </w:tc>
      </w:tr>
      <w:tr w:rsidR="00297C2F" w14:paraId="114F1E75"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D4CDAA" w14:textId="77777777" w:rsidR="00297C2F" w:rsidRDefault="00000000">
            <w:pPr>
              <w:spacing w:after="0" w:line="240" w:lineRule="auto"/>
              <w:jc w:val="center"/>
            </w:pPr>
            <w:r>
              <w:rPr>
                <w:sz w:val="15"/>
              </w:rPr>
              <w:t>SLP</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E2B8AB" w14:textId="77777777" w:rsidR="00297C2F" w:rsidRDefault="00000000">
            <w:pPr>
              <w:spacing w:after="0" w:line="240" w:lineRule="auto"/>
            </w:pPr>
            <w:r>
              <w:rPr>
                <w:sz w:val="15"/>
              </w:rPr>
              <w:t>Slope</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BD33DA8"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1F11F17" w14:textId="77777777" w:rsidR="00297C2F" w:rsidRDefault="00000000">
            <w:pPr>
              <w:spacing w:after="0" w:line="240" w:lineRule="auto"/>
              <w:jc w:val="center"/>
            </w:pPr>
            <w:r>
              <w:rPr>
                <w:sz w:val="15"/>
              </w:rPr>
              <w:t>14.29</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426CA6" w14:textId="77777777" w:rsidR="00297C2F" w:rsidRDefault="00000000">
            <w:pPr>
              <w:spacing w:after="0" w:line="240" w:lineRule="auto"/>
              <w:jc w:val="center"/>
            </w:pPr>
            <w:r>
              <w:rPr>
                <w:sz w:val="15"/>
              </w:rPr>
              <w:t>3</w:t>
            </w:r>
          </w:p>
        </w:tc>
      </w:tr>
      <w:tr w:rsidR="00297C2F" w14:paraId="0B5BF4F6"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350358A" w14:textId="77777777" w:rsidR="00297C2F" w:rsidRDefault="00000000">
            <w:pPr>
              <w:spacing w:after="0" w:line="240" w:lineRule="auto"/>
              <w:jc w:val="center"/>
            </w:pPr>
            <w:r>
              <w:rPr>
                <w:sz w:val="15"/>
              </w:rPr>
              <w:t>WS</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722AA1A" w14:textId="77777777" w:rsidR="00297C2F" w:rsidRDefault="00000000">
            <w:pPr>
              <w:spacing w:after="0" w:line="240" w:lineRule="auto"/>
            </w:pPr>
            <w:r>
              <w:rPr>
                <w:sz w:val="15"/>
              </w:rPr>
              <w:t>Wind speed (inverse)</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7E47F69" w14:textId="77777777" w:rsidR="00297C2F" w:rsidRDefault="00000000">
            <w:pPr>
              <w:spacing w:after="0" w:line="240" w:lineRule="auto"/>
            </w:pPr>
            <w:r>
              <w:rPr>
                <w:sz w:val="15"/>
              </w:rPr>
              <w:t>Inverse</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F8C26D" w14:textId="77777777" w:rsidR="00297C2F" w:rsidRDefault="00000000">
            <w:pPr>
              <w:spacing w:after="0" w:line="240" w:lineRule="auto"/>
              <w:jc w:val="center"/>
            </w:pPr>
            <w:r>
              <w:rPr>
                <w:sz w:val="15"/>
              </w:rPr>
              <w:t>57.14</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479CED" w14:textId="77777777" w:rsidR="00297C2F" w:rsidRDefault="00000000">
            <w:pPr>
              <w:spacing w:after="0" w:line="240" w:lineRule="auto"/>
              <w:jc w:val="center"/>
            </w:pPr>
            <w:r>
              <w:rPr>
                <w:sz w:val="15"/>
              </w:rPr>
              <w:t>1</w:t>
            </w:r>
          </w:p>
        </w:tc>
      </w:tr>
      <w:tr w:rsidR="00297C2F" w14:paraId="5AE0D56F"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1D13212" w14:textId="77777777" w:rsidR="00297C2F" w:rsidRDefault="00297C2F">
            <w:pPr>
              <w:spacing w:after="0" w:line="240" w:lineRule="auto"/>
              <w:jc w:val="center"/>
            </w:pP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17AB8ED" w14:textId="77777777" w:rsidR="00297C2F" w:rsidRDefault="00000000">
            <w:pPr>
              <w:spacing w:after="0" w:line="240" w:lineRule="auto"/>
            </w:pPr>
            <w:r>
              <w:rPr>
                <w:b/>
                <w:sz w:val="15"/>
              </w:rPr>
              <w:t>Total</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C153483" w14:textId="77777777" w:rsidR="00297C2F" w:rsidRDefault="00297C2F">
            <w:pPr>
              <w:spacing w:after="0" w:line="240" w:lineRule="auto"/>
            </w:pP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48C6C51" w14:textId="77777777" w:rsidR="00297C2F" w:rsidRDefault="00000000">
            <w:pPr>
              <w:spacing w:after="0" w:line="240" w:lineRule="auto"/>
              <w:jc w:val="center"/>
            </w:pPr>
            <w:r>
              <w:rPr>
                <w:b/>
                <w:sz w:val="15"/>
              </w:rPr>
              <w:t>100.00</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A243A63" w14:textId="77777777" w:rsidR="00297C2F" w:rsidRDefault="00297C2F">
            <w:pPr>
              <w:spacing w:after="0" w:line="240" w:lineRule="auto"/>
              <w:jc w:val="center"/>
            </w:pPr>
          </w:p>
        </w:tc>
      </w:tr>
    </w:tbl>
    <w:p w14:paraId="7E68EBB2" w14:textId="77777777" w:rsidR="00297C2F" w:rsidRDefault="00297C2F">
      <w:pPr>
        <w:spacing w:after="60" w:line="240" w:lineRule="auto"/>
      </w:pPr>
    </w:p>
    <w:p w14:paraId="1A270CD8" w14:textId="77777777" w:rsidR="00297C2F" w:rsidRDefault="00000000">
      <w:pPr>
        <w:keepNext/>
        <w:spacing w:before="60" w:after="60" w:line="240" w:lineRule="auto"/>
      </w:pPr>
      <w:r>
        <w:rPr>
          <w:b/>
        </w:rPr>
        <w:t>Pairwise comparison matrix for physical criteria</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24"/>
        <w:gridCol w:w="3899"/>
        <w:gridCol w:w="3899"/>
        <w:gridCol w:w="3899"/>
        <w:gridCol w:w="1535"/>
      </w:tblGrid>
      <w:tr w:rsidR="00297C2F" w14:paraId="33F1BCD3" w14:textId="77777777">
        <w:trPr>
          <w:cantSplit/>
          <w:tblHeader/>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72473A3" w14:textId="77777777" w:rsidR="00297C2F" w:rsidRDefault="00000000">
            <w:pPr>
              <w:spacing w:after="0" w:line="240" w:lineRule="auto"/>
              <w:jc w:val="center"/>
            </w:pPr>
            <w:r>
              <w:rPr>
                <w:b/>
                <w:sz w:val="15"/>
              </w:rPr>
              <w:t>Code</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C7524C1" w14:textId="77777777" w:rsidR="00297C2F" w:rsidRDefault="00000000">
            <w:pPr>
              <w:spacing w:after="0" w:line="240" w:lineRule="auto"/>
              <w:jc w:val="center"/>
            </w:pPr>
            <w:r>
              <w:rPr>
                <w:b/>
                <w:sz w:val="15"/>
              </w:rPr>
              <w:t>DEM</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50FF993" w14:textId="77777777" w:rsidR="00297C2F" w:rsidRDefault="00000000">
            <w:pPr>
              <w:spacing w:after="0" w:line="240" w:lineRule="auto"/>
              <w:jc w:val="center"/>
            </w:pPr>
            <w:r>
              <w:rPr>
                <w:b/>
                <w:sz w:val="15"/>
              </w:rPr>
              <w:t>SLP</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0E640D0" w14:textId="77777777" w:rsidR="00297C2F" w:rsidRDefault="00000000">
            <w:pPr>
              <w:spacing w:after="0" w:line="240" w:lineRule="auto"/>
              <w:jc w:val="center"/>
            </w:pPr>
            <w:r>
              <w:rPr>
                <w:b/>
                <w:sz w:val="15"/>
              </w:rPr>
              <w:t>WS</w:t>
            </w:r>
          </w:p>
        </w:tc>
        <w:tc>
          <w:tcPr>
            <w:tcW w:w="153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513F2E" w14:textId="77777777" w:rsidR="00297C2F" w:rsidRDefault="00000000">
            <w:pPr>
              <w:spacing w:after="0" w:line="240" w:lineRule="auto"/>
              <w:jc w:val="center"/>
            </w:pPr>
            <w:r>
              <w:rPr>
                <w:b/>
                <w:sz w:val="15"/>
              </w:rPr>
              <w:t>Weight percent</w:t>
            </w:r>
          </w:p>
        </w:tc>
      </w:tr>
      <w:tr w:rsidR="00297C2F" w14:paraId="5D70973C"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BE5C0D2" w14:textId="77777777" w:rsidR="00297C2F" w:rsidRDefault="00000000">
            <w:pPr>
              <w:spacing w:after="0" w:line="240" w:lineRule="auto"/>
              <w:jc w:val="center"/>
            </w:pPr>
            <w:r>
              <w:rPr>
                <w:sz w:val="15"/>
              </w:rPr>
              <w:t>DEM</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8230DC9" w14:textId="77777777" w:rsidR="00297C2F" w:rsidRDefault="00000000">
            <w:pPr>
              <w:spacing w:after="0" w:line="240" w:lineRule="auto"/>
              <w:jc w:val="center"/>
            </w:pPr>
            <w:r>
              <w:rPr>
                <w:sz w:val="15"/>
              </w:rPr>
              <w:t>1</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3D4952A" w14:textId="77777777" w:rsidR="00297C2F" w:rsidRDefault="00000000">
            <w:pPr>
              <w:spacing w:after="0" w:line="240" w:lineRule="auto"/>
              <w:jc w:val="center"/>
            </w:pPr>
            <w:r>
              <w:rPr>
                <w:sz w:val="15"/>
              </w:rPr>
              <w:t>2</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D6B2820" w14:textId="77777777" w:rsidR="00297C2F" w:rsidRDefault="00000000">
            <w:pPr>
              <w:spacing w:after="0" w:line="240" w:lineRule="auto"/>
              <w:jc w:val="center"/>
            </w:pPr>
            <w:r>
              <w:rPr>
                <w:sz w:val="15"/>
              </w:rPr>
              <w:t>1/2</w:t>
            </w:r>
          </w:p>
        </w:tc>
        <w:tc>
          <w:tcPr>
            <w:tcW w:w="153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2EF327B" w14:textId="77777777" w:rsidR="00297C2F" w:rsidRDefault="00000000">
            <w:pPr>
              <w:spacing w:after="0" w:line="240" w:lineRule="auto"/>
              <w:jc w:val="center"/>
            </w:pPr>
            <w:r>
              <w:rPr>
                <w:sz w:val="15"/>
              </w:rPr>
              <w:t>28.57</w:t>
            </w:r>
          </w:p>
        </w:tc>
      </w:tr>
      <w:tr w:rsidR="00297C2F" w14:paraId="4E9CE5BD"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66D10F" w14:textId="77777777" w:rsidR="00297C2F" w:rsidRDefault="00000000">
            <w:pPr>
              <w:spacing w:after="0" w:line="240" w:lineRule="auto"/>
              <w:jc w:val="center"/>
            </w:pPr>
            <w:r>
              <w:rPr>
                <w:sz w:val="15"/>
              </w:rPr>
              <w:t>SLP</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A6EF461" w14:textId="77777777" w:rsidR="00297C2F" w:rsidRDefault="00000000">
            <w:pPr>
              <w:spacing w:after="0" w:line="240" w:lineRule="auto"/>
              <w:jc w:val="center"/>
            </w:pPr>
            <w:r>
              <w:rPr>
                <w:sz w:val="15"/>
              </w:rPr>
              <w:t>1/2</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DA21576" w14:textId="77777777" w:rsidR="00297C2F" w:rsidRDefault="00000000">
            <w:pPr>
              <w:spacing w:after="0" w:line="240" w:lineRule="auto"/>
              <w:jc w:val="center"/>
            </w:pPr>
            <w:r>
              <w:rPr>
                <w:sz w:val="15"/>
              </w:rPr>
              <w:t>1</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E1E431A" w14:textId="77777777" w:rsidR="00297C2F" w:rsidRDefault="00000000">
            <w:pPr>
              <w:spacing w:after="0" w:line="240" w:lineRule="auto"/>
              <w:jc w:val="center"/>
            </w:pPr>
            <w:r>
              <w:rPr>
                <w:sz w:val="15"/>
              </w:rPr>
              <w:t>1/4</w:t>
            </w:r>
          </w:p>
        </w:tc>
        <w:tc>
          <w:tcPr>
            <w:tcW w:w="153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014ABB" w14:textId="77777777" w:rsidR="00297C2F" w:rsidRDefault="00000000">
            <w:pPr>
              <w:spacing w:after="0" w:line="240" w:lineRule="auto"/>
              <w:jc w:val="center"/>
            </w:pPr>
            <w:r>
              <w:rPr>
                <w:sz w:val="15"/>
              </w:rPr>
              <w:t>14.29</w:t>
            </w:r>
          </w:p>
        </w:tc>
      </w:tr>
      <w:tr w:rsidR="00297C2F" w14:paraId="62EBD8D0"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4265C86" w14:textId="77777777" w:rsidR="00297C2F" w:rsidRDefault="00000000">
            <w:pPr>
              <w:spacing w:after="0" w:line="240" w:lineRule="auto"/>
              <w:jc w:val="center"/>
            </w:pPr>
            <w:r>
              <w:rPr>
                <w:sz w:val="15"/>
              </w:rPr>
              <w:t>WS</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EB86AD9" w14:textId="77777777" w:rsidR="00297C2F" w:rsidRDefault="00000000">
            <w:pPr>
              <w:spacing w:after="0" w:line="240" w:lineRule="auto"/>
              <w:jc w:val="center"/>
            </w:pPr>
            <w:r>
              <w:rPr>
                <w:sz w:val="15"/>
              </w:rPr>
              <w:t>2</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3E815E0" w14:textId="77777777" w:rsidR="00297C2F" w:rsidRDefault="00000000">
            <w:pPr>
              <w:spacing w:after="0" w:line="240" w:lineRule="auto"/>
              <w:jc w:val="center"/>
            </w:pPr>
            <w:r>
              <w:rPr>
                <w:sz w:val="15"/>
              </w:rPr>
              <w:t>4</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99BDC68" w14:textId="77777777" w:rsidR="00297C2F" w:rsidRDefault="00000000">
            <w:pPr>
              <w:spacing w:after="0" w:line="240" w:lineRule="auto"/>
              <w:jc w:val="center"/>
            </w:pPr>
            <w:r>
              <w:rPr>
                <w:sz w:val="15"/>
              </w:rPr>
              <w:t>1</w:t>
            </w:r>
          </w:p>
        </w:tc>
        <w:tc>
          <w:tcPr>
            <w:tcW w:w="153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B637E29" w14:textId="77777777" w:rsidR="00297C2F" w:rsidRDefault="00000000">
            <w:pPr>
              <w:spacing w:after="0" w:line="240" w:lineRule="auto"/>
              <w:jc w:val="center"/>
            </w:pPr>
            <w:r>
              <w:rPr>
                <w:sz w:val="15"/>
              </w:rPr>
              <w:t>57.14</w:t>
            </w:r>
          </w:p>
        </w:tc>
      </w:tr>
    </w:tbl>
    <w:p w14:paraId="0CE98F63" w14:textId="77777777" w:rsidR="00297C2F" w:rsidRDefault="00297C2F">
      <w:pPr>
        <w:spacing w:after="60" w:line="240" w:lineRule="auto"/>
      </w:pPr>
    </w:p>
    <w:p w14:paraId="772E8B0C" w14:textId="77777777" w:rsidR="00297C2F" w:rsidRDefault="00000000">
      <w:pPr>
        <w:spacing w:before="20" w:after="60" w:line="240" w:lineRule="auto"/>
      </w:pPr>
      <w:r>
        <w:rPr>
          <w:sz w:val="16"/>
        </w:rPr>
        <w:t>n = 3; lambda max = 3.0000; CI = 0.0000; RI = 0.58; CR = 0.0000. The matrix satisfies the CR below 0.10 acceptance rule.</w:t>
      </w:r>
    </w:p>
    <w:p w14:paraId="4F995381" w14:textId="77777777" w:rsidR="00297C2F" w:rsidRDefault="00000000">
      <w:pPr>
        <w:spacing w:after="60" w:line="240" w:lineRule="auto"/>
      </w:pPr>
      <w:r>
        <w:rPr>
          <w:sz w:val="19"/>
        </w:rPr>
        <w:br w:type="page"/>
      </w:r>
    </w:p>
    <w:p w14:paraId="4825575A" w14:textId="77777777" w:rsidR="00297C2F" w:rsidRDefault="00000000">
      <w:pPr>
        <w:pStyle w:val="Heading1"/>
        <w:spacing w:before="160" w:after="60" w:line="240" w:lineRule="auto"/>
      </w:pPr>
      <w:r>
        <w:rPr>
          <w:rFonts w:ascii="Arial" w:hAnsi="Arial"/>
          <w:sz w:val="23"/>
        </w:rPr>
        <w:lastRenderedPageBreak/>
        <w:t>Environmental subgroup criteria</w:t>
      </w:r>
    </w:p>
    <w:p w14:paraId="5B94E937" w14:textId="77777777" w:rsidR="00297C2F" w:rsidRDefault="00000000">
      <w:pPr>
        <w:keepNext/>
        <w:spacing w:after="60" w:line="240" w:lineRule="auto"/>
      </w:pPr>
      <w:r>
        <w:rPr>
          <w:sz w:val="16"/>
        </w:rPr>
        <w:t>Codes  TI Traffic and industrial exposure;  AP Air pollution;  LU Land use and infrastructure</w:t>
      </w:r>
    </w:p>
    <w:p w14:paraId="7AC3D4CB" w14:textId="77777777" w:rsidR="00297C2F" w:rsidRDefault="00000000">
      <w:pPr>
        <w:keepNext/>
        <w:spacing w:before="60" w:after="60" w:line="240" w:lineRule="auto"/>
      </w:pPr>
      <w:r>
        <w:rPr>
          <w:b/>
        </w:rPr>
        <w:t>Weights for environmental subgroup criteria</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37"/>
        <w:gridCol w:w="6901"/>
        <w:gridCol w:w="3033"/>
        <w:gridCol w:w="2047"/>
        <w:gridCol w:w="1138"/>
      </w:tblGrid>
      <w:tr w:rsidR="00297C2F" w14:paraId="0AA6F8EC" w14:textId="77777777">
        <w:trPr>
          <w:cantSplit/>
          <w:tblHeader/>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5C76C94" w14:textId="77777777" w:rsidR="00297C2F" w:rsidRDefault="00000000">
            <w:pPr>
              <w:spacing w:after="0" w:line="240" w:lineRule="auto"/>
              <w:jc w:val="center"/>
            </w:pPr>
            <w:r>
              <w:rPr>
                <w:b/>
                <w:sz w:val="15"/>
              </w:rPr>
              <w:t>Code</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E9D34EC" w14:textId="77777777" w:rsidR="00297C2F" w:rsidRDefault="00000000">
            <w:pPr>
              <w:spacing w:after="0" w:line="240" w:lineRule="auto"/>
              <w:jc w:val="center"/>
            </w:pPr>
            <w:r>
              <w:rPr>
                <w:b/>
                <w:sz w:val="15"/>
              </w:rPr>
              <w:t>Criterion</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003FC54" w14:textId="77777777" w:rsidR="00297C2F" w:rsidRDefault="00000000">
            <w:pPr>
              <w:spacing w:after="0" w:line="240" w:lineRule="auto"/>
              <w:jc w:val="center"/>
            </w:pPr>
            <w:r>
              <w:rPr>
                <w:b/>
                <w:sz w:val="15"/>
              </w:rPr>
              <w:t>Orientation</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F3FE00" w14:textId="77777777" w:rsidR="00297C2F" w:rsidRDefault="00000000">
            <w:pPr>
              <w:spacing w:after="0" w:line="240" w:lineRule="auto"/>
              <w:jc w:val="center"/>
            </w:pPr>
            <w:r>
              <w:rPr>
                <w:b/>
                <w:sz w:val="15"/>
              </w:rPr>
              <w:t>Weight percent</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2643DE2" w14:textId="77777777" w:rsidR="00297C2F" w:rsidRDefault="00000000">
            <w:pPr>
              <w:spacing w:after="0" w:line="240" w:lineRule="auto"/>
              <w:jc w:val="center"/>
            </w:pPr>
            <w:r>
              <w:rPr>
                <w:b/>
                <w:sz w:val="15"/>
              </w:rPr>
              <w:t>Rank</w:t>
            </w:r>
          </w:p>
        </w:tc>
      </w:tr>
      <w:tr w:rsidR="00297C2F" w14:paraId="586E4430"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2A825EA" w14:textId="77777777" w:rsidR="00297C2F" w:rsidRDefault="00000000">
            <w:pPr>
              <w:spacing w:after="0" w:line="240" w:lineRule="auto"/>
              <w:jc w:val="center"/>
            </w:pPr>
            <w:r>
              <w:rPr>
                <w:sz w:val="15"/>
              </w:rPr>
              <w:t>TI</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7C353FB" w14:textId="77777777" w:rsidR="00297C2F" w:rsidRDefault="00000000">
            <w:pPr>
              <w:spacing w:after="0" w:line="240" w:lineRule="auto"/>
            </w:pPr>
            <w:r>
              <w:rPr>
                <w:sz w:val="15"/>
              </w:rPr>
              <w:t>Traffic and industrial exposure</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B799316"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20C70BB" w14:textId="77777777" w:rsidR="00297C2F" w:rsidRDefault="00000000">
            <w:pPr>
              <w:spacing w:after="0" w:line="240" w:lineRule="auto"/>
              <w:jc w:val="center"/>
            </w:pPr>
            <w:r>
              <w:rPr>
                <w:sz w:val="15"/>
              </w:rPr>
              <w:t>28.57</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4DA98C" w14:textId="77777777" w:rsidR="00297C2F" w:rsidRDefault="00000000">
            <w:pPr>
              <w:spacing w:after="0" w:line="240" w:lineRule="auto"/>
              <w:jc w:val="center"/>
            </w:pPr>
            <w:r>
              <w:rPr>
                <w:sz w:val="15"/>
              </w:rPr>
              <w:t>2</w:t>
            </w:r>
          </w:p>
        </w:tc>
      </w:tr>
      <w:tr w:rsidR="00297C2F" w14:paraId="4AD31038"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93AC799" w14:textId="77777777" w:rsidR="00297C2F" w:rsidRDefault="00000000">
            <w:pPr>
              <w:spacing w:after="0" w:line="240" w:lineRule="auto"/>
              <w:jc w:val="center"/>
            </w:pPr>
            <w:r>
              <w:rPr>
                <w:sz w:val="15"/>
              </w:rPr>
              <w:t>AP</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F07EA1B" w14:textId="77777777" w:rsidR="00297C2F" w:rsidRDefault="00000000">
            <w:pPr>
              <w:spacing w:after="0" w:line="240" w:lineRule="auto"/>
            </w:pPr>
            <w:r>
              <w:rPr>
                <w:sz w:val="15"/>
              </w:rPr>
              <w:t>Air pollution</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DAD107B"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35E367F" w14:textId="77777777" w:rsidR="00297C2F" w:rsidRDefault="00000000">
            <w:pPr>
              <w:spacing w:after="0" w:line="240" w:lineRule="auto"/>
              <w:jc w:val="center"/>
            </w:pPr>
            <w:r>
              <w:rPr>
                <w:sz w:val="15"/>
              </w:rPr>
              <w:t>57.14</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05D6AB2" w14:textId="77777777" w:rsidR="00297C2F" w:rsidRDefault="00000000">
            <w:pPr>
              <w:spacing w:after="0" w:line="240" w:lineRule="auto"/>
              <w:jc w:val="center"/>
            </w:pPr>
            <w:r>
              <w:rPr>
                <w:sz w:val="15"/>
              </w:rPr>
              <w:t>1</w:t>
            </w:r>
          </w:p>
        </w:tc>
      </w:tr>
      <w:tr w:rsidR="00297C2F" w14:paraId="3E828291"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22215E" w14:textId="77777777" w:rsidR="00297C2F" w:rsidRDefault="00000000">
            <w:pPr>
              <w:spacing w:after="0" w:line="240" w:lineRule="auto"/>
              <w:jc w:val="center"/>
            </w:pPr>
            <w:r>
              <w:rPr>
                <w:sz w:val="15"/>
              </w:rPr>
              <w:t>LU</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66D1A4" w14:textId="77777777" w:rsidR="00297C2F" w:rsidRDefault="00000000">
            <w:pPr>
              <w:spacing w:after="0" w:line="240" w:lineRule="auto"/>
            </w:pPr>
            <w:r>
              <w:rPr>
                <w:sz w:val="15"/>
              </w:rPr>
              <w:t>Land use and infrastructure</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98546C9"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8F96E6D" w14:textId="77777777" w:rsidR="00297C2F" w:rsidRDefault="00000000">
            <w:pPr>
              <w:spacing w:after="0" w:line="240" w:lineRule="auto"/>
              <w:jc w:val="center"/>
            </w:pPr>
            <w:r>
              <w:rPr>
                <w:sz w:val="15"/>
              </w:rPr>
              <w:t>14.29</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40E2A88" w14:textId="77777777" w:rsidR="00297C2F" w:rsidRDefault="00000000">
            <w:pPr>
              <w:spacing w:after="0" w:line="240" w:lineRule="auto"/>
              <w:jc w:val="center"/>
            </w:pPr>
            <w:r>
              <w:rPr>
                <w:sz w:val="15"/>
              </w:rPr>
              <w:t>3</w:t>
            </w:r>
          </w:p>
        </w:tc>
      </w:tr>
      <w:tr w:rsidR="00297C2F" w14:paraId="384336AA"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FD7C261" w14:textId="77777777" w:rsidR="00297C2F" w:rsidRDefault="00297C2F">
            <w:pPr>
              <w:spacing w:after="0" w:line="240" w:lineRule="auto"/>
              <w:jc w:val="center"/>
            </w:pP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348C494" w14:textId="77777777" w:rsidR="00297C2F" w:rsidRDefault="00000000">
            <w:pPr>
              <w:spacing w:after="0" w:line="240" w:lineRule="auto"/>
            </w:pPr>
            <w:r>
              <w:rPr>
                <w:b/>
                <w:sz w:val="15"/>
              </w:rPr>
              <w:t>Total</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9AA243B" w14:textId="77777777" w:rsidR="00297C2F" w:rsidRDefault="00297C2F">
            <w:pPr>
              <w:spacing w:after="0" w:line="240" w:lineRule="auto"/>
            </w:pP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F3CA355" w14:textId="77777777" w:rsidR="00297C2F" w:rsidRDefault="00000000">
            <w:pPr>
              <w:spacing w:after="0" w:line="240" w:lineRule="auto"/>
              <w:jc w:val="center"/>
            </w:pPr>
            <w:r>
              <w:rPr>
                <w:b/>
                <w:sz w:val="15"/>
              </w:rPr>
              <w:t>100.00</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452D1B0" w14:textId="77777777" w:rsidR="00297C2F" w:rsidRDefault="00297C2F">
            <w:pPr>
              <w:spacing w:after="0" w:line="240" w:lineRule="auto"/>
              <w:jc w:val="center"/>
            </w:pPr>
          </w:p>
        </w:tc>
      </w:tr>
    </w:tbl>
    <w:p w14:paraId="0594D68D" w14:textId="77777777" w:rsidR="00297C2F" w:rsidRDefault="00297C2F">
      <w:pPr>
        <w:spacing w:after="60" w:line="240" w:lineRule="auto"/>
      </w:pPr>
    </w:p>
    <w:p w14:paraId="39F79AF1" w14:textId="77777777" w:rsidR="00297C2F" w:rsidRDefault="00000000">
      <w:pPr>
        <w:keepNext/>
        <w:spacing w:before="60" w:after="60" w:line="240" w:lineRule="auto"/>
      </w:pPr>
      <w:r>
        <w:rPr>
          <w:b/>
        </w:rPr>
        <w:t>Pairwise comparison matrix for environmental subgroup criteria</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24"/>
        <w:gridCol w:w="3899"/>
        <w:gridCol w:w="3899"/>
        <w:gridCol w:w="3899"/>
        <w:gridCol w:w="1535"/>
      </w:tblGrid>
      <w:tr w:rsidR="00297C2F" w14:paraId="2BAE16D0" w14:textId="77777777">
        <w:trPr>
          <w:cantSplit/>
          <w:tblHeader/>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FFE079" w14:textId="77777777" w:rsidR="00297C2F" w:rsidRDefault="00000000">
            <w:pPr>
              <w:spacing w:after="0" w:line="240" w:lineRule="auto"/>
              <w:jc w:val="center"/>
            </w:pPr>
            <w:r>
              <w:rPr>
                <w:b/>
                <w:sz w:val="15"/>
              </w:rPr>
              <w:t>Code</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5536263" w14:textId="77777777" w:rsidR="00297C2F" w:rsidRDefault="00000000">
            <w:pPr>
              <w:spacing w:after="0" w:line="240" w:lineRule="auto"/>
              <w:jc w:val="center"/>
            </w:pPr>
            <w:r>
              <w:rPr>
                <w:b/>
                <w:sz w:val="15"/>
              </w:rPr>
              <w:t>TI</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AF2677A" w14:textId="77777777" w:rsidR="00297C2F" w:rsidRDefault="00000000">
            <w:pPr>
              <w:spacing w:after="0" w:line="240" w:lineRule="auto"/>
              <w:jc w:val="center"/>
            </w:pPr>
            <w:r>
              <w:rPr>
                <w:b/>
                <w:sz w:val="15"/>
              </w:rPr>
              <w:t>AP</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078825E" w14:textId="77777777" w:rsidR="00297C2F" w:rsidRDefault="00000000">
            <w:pPr>
              <w:spacing w:after="0" w:line="240" w:lineRule="auto"/>
              <w:jc w:val="center"/>
            </w:pPr>
            <w:r>
              <w:rPr>
                <w:b/>
                <w:sz w:val="15"/>
              </w:rPr>
              <w:t>LU</w:t>
            </w:r>
          </w:p>
        </w:tc>
        <w:tc>
          <w:tcPr>
            <w:tcW w:w="153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A2E4231" w14:textId="77777777" w:rsidR="00297C2F" w:rsidRDefault="00000000">
            <w:pPr>
              <w:spacing w:after="0" w:line="240" w:lineRule="auto"/>
              <w:jc w:val="center"/>
            </w:pPr>
            <w:r>
              <w:rPr>
                <w:b/>
                <w:sz w:val="15"/>
              </w:rPr>
              <w:t>Weight percent</w:t>
            </w:r>
          </w:p>
        </w:tc>
      </w:tr>
      <w:tr w:rsidR="00297C2F" w14:paraId="26F5E053"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0ADE834" w14:textId="77777777" w:rsidR="00297C2F" w:rsidRDefault="00000000">
            <w:pPr>
              <w:spacing w:after="0" w:line="240" w:lineRule="auto"/>
              <w:jc w:val="center"/>
            </w:pPr>
            <w:r>
              <w:rPr>
                <w:sz w:val="15"/>
              </w:rPr>
              <w:t>TI</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AB1E709" w14:textId="77777777" w:rsidR="00297C2F" w:rsidRDefault="00000000">
            <w:pPr>
              <w:spacing w:after="0" w:line="240" w:lineRule="auto"/>
              <w:jc w:val="center"/>
            </w:pPr>
            <w:r>
              <w:rPr>
                <w:sz w:val="15"/>
              </w:rPr>
              <w:t>1</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5F91D6F" w14:textId="77777777" w:rsidR="00297C2F" w:rsidRDefault="00000000">
            <w:pPr>
              <w:spacing w:after="0" w:line="240" w:lineRule="auto"/>
              <w:jc w:val="center"/>
            </w:pPr>
            <w:r>
              <w:rPr>
                <w:sz w:val="15"/>
              </w:rPr>
              <w:t>1/2</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0EB0B02" w14:textId="77777777" w:rsidR="00297C2F" w:rsidRDefault="00000000">
            <w:pPr>
              <w:spacing w:after="0" w:line="240" w:lineRule="auto"/>
              <w:jc w:val="center"/>
            </w:pPr>
            <w:r>
              <w:rPr>
                <w:sz w:val="15"/>
              </w:rPr>
              <w:t>2</w:t>
            </w:r>
          </w:p>
        </w:tc>
        <w:tc>
          <w:tcPr>
            <w:tcW w:w="153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41223D7" w14:textId="77777777" w:rsidR="00297C2F" w:rsidRDefault="00000000">
            <w:pPr>
              <w:spacing w:after="0" w:line="240" w:lineRule="auto"/>
              <w:jc w:val="center"/>
            </w:pPr>
            <w:r>
              <w:rPr>
                <w:sz w:val="15"/>
              </w:rPr>
              <w:t>28.57</w:t>
            </w:r>
          </w:p>
        </w:tc>
      </w:tr>
      <w:tr w:rsidR="00297C2F" w14:paraId="6C1C7811"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AB953D" w14:textId="77777777" w:rsidR="00297C2F" w:rsidRDefault="00000000">
            <w:pPr>
              <w:spacing w:after="0" w:line="240" w:lineRule="auto"/>
              <w:jc w:val="center"/>
            </w:pPr>
            <w:r>
              <w:rPr>
                <w:sz w:val="15"/>
              </w:rPr>
              <w:t>AP</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E890AC4" w14:textId="77777777" w:rsidR="00297C2F" w:rsidRDefault="00000000">
            <w:pPr>
              <w:spacing w:after="0" w:line="240" w:lineRule="auto"/>
              <w:jc w:val="center"/>
            </w:pPr>
            <w:r>
              <w:rPr>
                <w:sz w:val="15"/>
              </w:rPr>
              <w:t>2</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A6EF798" w14:textId="77777777" w:rsidR="00297C2F" w:rsidRDefault="00000000">
            <w:pPr>
              <w:spacing w:after="0" w:line="240" w:lineRule="auto"/>
              <w:jc w:val="center"/>
            </w:pPr>
            <w:r>
              <w:rPr>
                <w:sz w:val="15"/>
              </w:rPr>
              <w:t>1</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E1D3565" w14:textId="77777777" w:rsidR="00297C2F" w:rsidRDefault="00000000">
            <w:pPr>
              <w:spacing w:after="0" w:line="240" w:lineRule="auto"/>
              <w:jc w:val="center"/>
            </w:pPr>
            <w:r>
              <w:rPr>
                <w:sz w:val="15"/>
              </w:rPr>
              <w:t>4</w:t>
            </w:r>
          </w:p>
        </w:tc>
        <w:tc>
          <w:tcPr>
            <w:tcW w:w="153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1963FDB" w14:textId="77777777" w:rsidR="00297C2F" w:rsidRDefault="00000000">
            <w:pPr>
              <w:spacing w:after="0" w:line="240" w:lineRule="auto"/>
              <w:jc w:val="center"/>
            </w:pPr>
            <w:r>
              <w:rPr>
                <w:sz w:val="15"/>
              </w:rPr>
              <w:t>57.14</w:t>
            </w:r>
          </w:p>
        </w:tc>
      </w:tr>
      <w:tr w:rsidR="00297C2F" w14:paraId="6B26222D"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B371745" w14:textId="77777777" w:rsidR="00297C2F" w:rsidRDefault="00000000">
            <w:pPr>
              <w:spacing w:after="0" w:line="240" w:lineRule="auto"/>
              <w:jc w:val="center"/>
            </w:pPr>
            <w:r>
              <w:rPr>
                <w:sz w:val="15"/>
              </w:rPr>
              <w:t>LU</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B84658B" w14:textId="77777777" w:rsidR="00297C2F" w:rsidRDefault="00000000">
            <w:pPr>
              <w:spacing w:after="0" w:line="240" w:lineRule="auto"/>
              <w:jc w:val="center"/>
            </w:pPr>
            <w:r>
              <w:rPr>
                <w:sz w:val="15"/>
              </w:rPr>
              <w:t>1/2</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138572C" w14:textId="77777777" w:rsidR="00297C2F" w:rsidRDefault="00000000">
            <w:pPr>
              <w:spacing w:after="0" w:line="240" w:lineRule="auto"/>
              <w:jc w:val="center"/>
            </w:pPr>
            <w:r>
              <w:rPr>
                <w:sz w:val="15"/>
              </w:rPr>
              <w:t>1/4</w:t>
            </w:r>
          </w:p>
        </w:tc>
        <w:tc>
          <w:tcPr>
            <w:tcW w:w="389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74E603" w14:textId="77777777" w:rsidR="00297C2F" w:rsidRDefault="00000000">
            <w:pPr>
              <w:spacing w:after="0" w:line="240" w:lineRule="auto"/>
              <w:jc w:val="center"/>
            </w:pPr>
            <w:r>
              <w:rPr>
                <w:sz w:val="15"/>
              </w:rPr>
              <w:t>1</w:t>
            </w:r>
          </w:p>
        </w:tc>
        <w:tc>
          <w:tcPr>
            <w:tcW w:w="153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4A8CF50" w14:textId="77777777" w:rsidR="00297C2F" w:rsidRDefault="00000000">
            <w:pPr>
              <w:spacing w:after="0" w:line="240" w:lineRule="auto"/>
              <w:jc w:val="center"/>
            </w:pPr>
            <w:r>
              <w:rPr>
                <w:sz w:val="15"/>
              </w:rPr>
              <w:t>14.29</w:t>
            </w:r>
          </w:p>
        </w:tc>
      </w:tr>
    </w:tbl>
    <w:p w14:paraId="30FA0AB1" w14:textId="77777777" w:rsidR="00297C2F" w:rsidRDefault="00297C2F">
      <w:pPr>
        <w:spacing w:after="60" w:line="240" w:lineRule="auto"/>
      </w:pPr>
    </w:p>
    <w:p w14:paraId="0378E2F9" w14:textId="77777777" w:rsidR="00297C2F" w:rsidRDefault="00000000">
      <w:pPr>
        <w:spacing w:before="20" w:after="60" w:line="240" w:lineRule="auto"/>
      </w:pPr>
      <w:r>
        <w:rPr>
          <w:sz w:val="16"/>
        </w:rPr>
        <w:t>n = 3; lambda max = 3.0000; CI = 0.0000; RI = 0.58; CR = 0.0000. The matrix satisfies the CR below 0.10 acceptance rule.</w:t>
      </w:r>
    </w:p>
    <w:p w14:paraId="4FA8268D" w14:textId="77777777" w:rsidR="00297C2F" w:rsidRDefault="00000000">
      <w:pPr>
        <w:spacing w:after="60" w:line="240" w:lineRule="auto"/>
      </w:pPr>
      <w:r>
        <w:rPr>
          <w:sz w:val="19"/>
        </w:rPr>
        <w:t>Environmental indicator weights are hierarchical. Each criterion local weight is multiplied by its subgroup weight to obtain its final weight within the environmental domain.</w:t>
      </w:r>
    </w:p>
    <w:p w14:paraId="00DBBCA1" w14:textId="77777777" w:rsidR="00297C2F" w:rsidRDefault="00000000">
      <w:pPr>
        <w:spacing w:after="60" w:line="240" w:lineRule="auto"/>
      </w:pPr>
      <w:r>
        <w:rPr>
          <w:sz w:val="19"/>
        </w:rPr>
        <w:br w:type="page"/>
      </w:r>
    </w:p>
    <w:p w14:paraId="08E011F5" w14:textId="77777777" w:rsidR="00297C2F" w:rsidRDefault="00000000">
      <w:pPr>
        <w:pStyle w:val="Heading1"/>
        <w:spacing w:before="160" w:after="60" w:line="240" w:lineRule="auto"/>
      </w:pPr>
      <w:r>
        <w:rPr>
          <w:rFonts w:ascii="Arial" w:hAnsi="Arial"/>
          <w:sz w:val="23"/>
        </w:rPr>
        <w:lastRenderedPageBreak/>
        <w:t>Traffic and industrial criteria</w:t>
      </w:r>
    </w:p>
    <w:p w14:paraId="171D9097" w14:textId="77777777" w:rsidR="00297C2F" w:rsidRDefault="00000000">
      <w:pPr>
        <w:keepNext/>
        <w:spacing w:after="60" w:line="240" w:lineRule="auto"/>
      </w:pPr>
      <w:r>
        <w:rPr>
          <w:sz w:val="16"/>
        </w:rPr>
        <w:t>Codes  FCT Factories;  BR Bus routes;  BS Bus stops;  PF Passenger flow;  DBA Daily boarding/alighting;  DMR Distance to main road (inverse)</w:t>
      </w:r>
    </w:p>
    <w:p w14:paraId="6440B2C1" w14:textId="77777777" w:rsidR="00297C2F" w:rsidRDefault="00000000">
      <w:pPr>
        <w:keepNext/>
        <w:spacing w:before="60" w:after="60" w:line="240" w:lineRule="auto"/>
      </w:pPr>
      <w:r>
        <w:rPr>
          <w:b/>
        </w:rPr>
        <w:t>Weights for traffic and industrial criteria</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37"/>
        <w:gridCol w:w="6901"/>
        <w:gridCol w:w="3033"/>
        <w:gridCol w:w="2047"/>
        <w:gridCol w:w="1138"/>
      </w:tblGrid>
      <w:tr w:rsidR="00297C2F" w14:paraId="168557BA" w14:textId="77777777">
        <w:trPr>
          <w:cantSplit/>
          <w:tblHeader/>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11679A8" w14:textId="77777777" w:rsidR="00297C2F" w:rsidRDefault="00000000">
            <w:pPr>
              <w:spacing w:after="0" w:line="240" w:lineRule="auto"/>
              <w:jc w:val="center"/>
            </w:pPr>
            <w:r>
              <w:rPr>
                <w:b/>
                <w:sz w:val="15"/>
              </w:rPr>
              <w:t>Code</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645F499" w14:textId="77777777" w:rsidR="00297C2F" w:rsidRDefault="00000000">
            <w:pPr>
              <w:spacing w:after="0" w:line="240" w:lineRule="auto"/>
              <w:jc w:val="center"/>
            </w:pPr>
            <w:r>
              <w:rPr>
                <w:b/>
                <w:sz w:val="15"/>
              </w:rPr>
              <w:t>Criterion</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4C5983A" w14:textId="77777777" w:rsidR="00297C2F" w:rsidRDefault="00000000">
            <w:pPr>
              <w:spacing w:after="0" w:line="240" w:lineRule="auto"/>
              <w:jc w:val="center"/>
            </w:pPr>
            <w:r>
              <w:rPr>
                <w:b/>
                <w:sz w:val="15"/>
              </w:rPr>
              <w:t>Orientation</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B6DD2A5" w14:textId="77777777" w:rsidR="00297C2F" w:rsidRDefault="00000000">
            <w:pPr>
              <w:spacing w:after="0" w:line="240" w:lineRule="auto"/>
              <w:jc w:val="center"/>
            </w:pPr>
            <w:r>
              <w:rPr>
                <w:b/>
                <w:sz w:val="15"/>
              </w:rPr>
              <w:t>Weight percent</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F36DB3C" w14:textId="77777777" w:rsidR="00297C2F" w:rsidRDefault="00000000">
            <w:pPr>
              <w:spacing w:after="0" w:line="240" w:lineRule="auto"/>
              <w:jc w:val="center"/>
            </w:pPr>
            <w:r>
              <w:rPr>
                <w:b/>
                <w:sz w:val="15"/>
              </w:rPr>
              <w:t>Rank</w:t>
            </w:r>
          </w:p>
        </w:tc>
      </w:tr>
      <w:tr w:rsidR="00297C2F" w14:paraId="4BCC1F80"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48346A0" w14:textId="77777777" w:rsidR="00297C2F" w:rsidRDefault="00000000">
            <w:pPr>
              <w:spacing w:after="0" w:line="240" w:lineRule="auto"/>
              <w:jc w:val="center"/>
            </w:pPr>
            <w:r>
              <w:rPr>
                <w:sz w:val="15"/>
              </w:rPr>
              <w:t>FCT</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39299E" w14:textId="77777777" w:rsidR="00297C2F" w:rsidRDefault="00000000">
            <w:pPr>
              <w:spacing w:after="0" w:line="240" w:lineRule="auto"/>
            </w:pPr>
            <w:r>
              <w:rPr>
                <w:sz w:val="15"/>
              </w:rPr>
              <w:t>Factories</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FE3C6F"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6614457" w14:textId="77777777" w:rsidR="00297C2F" w:rsidRDefault="00000000">
            <w:pPr>
              <w:spacing w:after="0" w:line="240" w:lineRule="auto"/>
              <w:jc w:val="center"/>
            </w:pPr>
            <w:r>
              <w:rPr>
                <w:sz w:val="15"/>
              </w:rPr>
              <w:t>30.06</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87AB87" w14:textId="77777777" w:rsidR="00297C2F" w:rsidRDefault="00000000">
            <w:pPr>
              <w:spacing w:after="0" w:line="240" w:lineRule="auto"/>
              <w:jc w:val="center"/>
            </w:pPr>
            <w:r>
              <w:rPr>
                <w:sz w:val="15"/>
              </w:rPr>
              <w:t>1</w:t>
            </w:r>
          </w:p>
        </w:tc>
      </w:tr>
      <w:tr w:rsidR="00297C2F" w14:paraId="4695DF82"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0E159F3" w14:textId="77777777" w:rsidR="00297C2F" w:rsidRDefault="00000000">
            <w:pPr>
              <w:spacing w:after="0" w:line="240" w:lineRule="auto"/>
              <w:jc w:val="center"/>
            </w:pPr>
            <w:r>
              <w:rPr>
                <w:sz w:val="15"/>
              </w:rPr>
              <w:t>BR</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044A110" w14:textId="77777777" w:rsidR="00297C2F" w:rsidRDefault="00000000">
            <w:pPr>
              <w:spacing w:after="0" w:line="240" w:lineRule="auto"/>
            </w:pPr>
            <w:r>
              <w:rPr>
                <w:sz w:val="15"/>
              </w:rPr>
              <w:t>Bus routes</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E397F0"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D48A3B6" w14:textId="77777777" w:rsidR="00297C2F" w:rsidRDefault="00000000">
            <w:pPr>
              <w:spacing w:after="0" w:line="240" w:lineRule="auto"/>
              <w:jc w:val="center"/>
            </w:pPr>
            <w:r>
              <w:rPr>
                <w:sz w:val="15"/>
              </w:rPr>
              <w:t>9.87</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6BD4892" w14:textId="77777777" w:rsidR="00297C2F" w:rsidRDefault="00000000">
            <w:pPr>
              <w:spacing w:after="0" w:line="240" w:lineRule="auto"/>
              <w:jc w:val="center"/>
            </w:pPr>
            <w:r>
              <w:rPr>
                <w:sz w:val="15"/>
              </w:rPr>
              <w:t>5</w:t>
            </w:r>
          </w:p>
        </w:tc>
      </w:tr>
      <w:tr w:rsidR="00297C2F" w14:paraId="610C3944"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EAC493A" w14:textId="77777777" w:rsidR="00297C2F" w:rsidRDefault="00000000">
            <w:pPr>
              <w:spacing w:after="0" w:line="240" w:lineRule="auto"/>
              <w:jc w:val="center"/>
            </w:pPr>
            <w:r>
              <w:rPr>
                <w:sz w:val="15"/>
              </w:rPr>
              <w:t>BS</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2822F75" w14:textId="77777777" w:rsidR="00297C2F" w:rsidRDefault="00000000">
            <w:pPr>
              <w:spacing w:after="0" w:line="240" w:lineRule="auto"/>
            </w:pPr>
            <w:r>
              <w:rPr>
                <w:sz w:val="15"/>
              </w:rPr>
              <w:t>Bus stops</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76358DF"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5533C9" w14:textId="77777777" w:rsidR="00297C2F" w:rsidRDefault="00000000">
            <w:pPr>
              <w:spacing w:after="0" w:line="240" w:lineRule="auto"/>
              <w:jc w:val="center"/>
            </w:pPr>
            <w:r>
              <w:rPr>
                <w:sz w:val="15"/>
              </w:rPr>
              <w:t>7.76</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4B07883" w14:textId="77777777" w:rsidR="00297C2F" w:rsidRDefault="00000000">
            <w:pPr>
              <w:spacing w:after="0" w:line="240" w:lineRule="auto"/>
              <w:jc w:val="center"/>
            </w:pPr>
            <w:r>
              <w:rPr>
                <w:sz w:val="15"/>
              </w:rPr>
              <w:t>6</w:t>
            </w:r>
          </w:p>
        </w:tc>
      </w:tr>
      <w:tr w:rsidR="00297C2F" w14:paraId="01DF5BFE"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CFDD353" w14:textId="77777777" w:rsidR="00297C2F" w:rsidRDefault="00000000">
            <w:pPr>
              <w:spacing w:after="0" w:line="240" w:lineRule="auto"/>
              <w:jc w:val="center"/>
            </w:pPr>
            <w:r>
              <w:rPr>
                <w:sz w:val="15"/>
              </w:rPr>
              <w:t>PF</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0A0E707" w14:textId="77777777" w:rsidR="00297C2F" w:rsidRDefault="00000000">
            <w:pPr>
              <w:spacing w:after="0" w:line="240" w:lineRule="auto"/>
            </w:pPr>
            <w:r>
              <w:rPr>
                <w:sz w:val="15"/>
              </w:rPr>
              <w:t>Passenger flow</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7CBC325"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F0A46D8" w14:textId="77777777" w:rsidR="00297C2F" w:rsidRDefault="00000000">
            <w:pPr>
              <w:spacing w:after="0" w:line="240" w:lineRule="auto"/>
              <w:jc w:val="center"/>
            </w:pPr>
            <w:r>
              <w:rPr>
                <w:sz w:val="15"/>
              </w:rPr>
              <w:t>14.82</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84CB599" w14:textId="77777777" w:rsidR="00297C2F" w:rsidRDefault="00000000">
            <w:pPr>
              <w:spacing w:after="0" w:line="240" w:lineRule="auto"/>
              <w:jc w:val="center"/>
            </w:pPr>
            <w:r>
              <w:rPr>
                <w:sz w:val="15"/>
              </w:rPr>
              <w:t>3</w:t>
            </w:r>
          </w:p>
        </w:tc>
      </w:tr>
      <w:tr w:rsidR="00297C2F" w14:paraId="465A7DA7"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0D8D598" w14:textId="77777777" w:rsidR="00297C2F" w:rsidRDefault="00000000">
            <w:pPr>
              <w:spacing w:after="0" w:line="240" w:lineRule="auto"/>
              <w:jc w:val="center"/>
            </w:pPr>
            <w:r>
              <w:rPr>
                <w:sz w:val="15"/>
              </w:rPr>
              <w:t>DBA</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871C82" w14:textId="77777777" w:rsidR="00297C2F" w:rsidRDefault="00000000">
            <w:pPr>
              <w:spacing w:after="0" w:line="240" w:lineRule="auto"/>
            </w:pPr>
            <w:r>
              <w:rPr>
                <w:sz w:val="15"/>
              </w:rPr>
              <w:t>Daily boarding/alighting</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F5D948C"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18993A" w14:textId="77777777" w:rsidR="00297C2F" w:rsidRDefault="00000000">
            <w:pPr>
              <w:spacing w:after="0" w:line="240" w:lineRule="auto"/>
              <w:jc w:val="center"/>
            </w:pPr>
            <w:r>
              <w:rPr>
                <w:sz w:val="15"/>
              </w:rPr>
              <w:t>12.37</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EBAFBCB" w14:textId="77777777" w:rsidR="00297C2F" w:rsidRDefault="00000000">
            <w:pPr>
              <w:spacing w:after="0" w:line="240" w:lineRule="auto"/>
              <w:jc w:val="center"/>
            </w:pPr>
            <w:r>
              <w:rPr>
                <w:sz w:val="15"/>
              </w:rPr>
              <w:t>4</w:t>
            </w:r>
          </w:p>
        </w:tc>
      </w:tr>
      <w:tr w:rsidR="00297C2F" w14:paraId="501F1D95"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8934085" w14:textId="77777777" w:rsidR="00297C2F" w:rsidRDefault="00000000">
            <w:pPr>
              <w:spacing w:after="0" w:line="240" w:lineRule="auto"/>
              <w:jc w:val="center"/>
            </w:pPr>
            <w:r>
              <w:rPr>
                <w:sz w:val="15"/>
              </w:rPr>
              <w:t>DMR</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41EE16A" w14:textId="77777777" w:rsidR="00297C2F" w:rsidRDefault="00000000">
            <w:pPr>
              <w:spacing w:after="0" w:line="240" w:lineRule="auto"/>
            </w:pPr>
            <w:r>
              <w:rPr>
                <w:sz w:val="15"/>
              </w:rPr>
              <w:t>Distance to main road (inverse)</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FBA9B11" w14:textId="77777777" w:rsidR="00297C2F" w:rsidRDefault="00000000">
            <w:pPr>
              <w:spacing w:after="0" w:line="240" w:lineRule="auto"/>
            </w:pPr>
            <w:r>
              <w:rPr>
                <w:sz w:val="15"/>
              </w:rPr>
              <w:t>Inverse</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DBA2D0" w14:textId="77777777" w:rsidR="00297C2F" w:rsidRDefault="00000000">
            <w:pPr>
              <w:spacing w:after="0" w:line="240" w:lineRule="auto"/>
              <w:jc w:val="center"/>
            </w:pPr>
            <w:r>
              <w:rPr>
                <w:sz w:val="15"/>
              </w:rPr>
              <w:t>25.12</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901AB8C" w14:textId="77777777" w:rsidR="00297C2F" w:rsidRDefault="00000000">
            <w:pPr>
              <w:spacing w:after="0" w:line="240" w:lineRule="auto"/>
              <w:jc w:val="center"/>
            </w:pPr>
            <w:r>
              <w:rPr>
                <w:sz w:val="15"/>
              </w:rPr>
              <w:t>2</w:t>
            </w:r>
          </w:p>
        </w:tc>
      </w:tr>
      <w:tr w:rsidR="00297C2F" w14:paraId="37F560E2"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4BEC38E" w14:textId="77777777" w:rsidR="00297C2F" w:rsidRDefault="00297C2F">
            <w:pPr>
              <w:spacing w:after="0" w:line="240" w:lineRule="auto"/>
              <w:jc w:val="center"/>
            </w:pP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561040A" w14:textId="77777777" w:rsidR="00297C2F" w:rsidRDefault="00000000">
            <w:pPr>
              <w:spacing w:after="0" w:line="240" w:lineRule="auto"/>
            </w:pPr>
            <w:r>
              <w:rPr>
                <w:b/>
                <w:sz w:val="15"/>
              </w:rPr>
              <w:t>Total</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5E4CB39" w14:textId="77777777" w:rsidR="00297C2F" w:rsidRDefault="00297C2F">
            <w:pPr>
              <w:spacing w:after="0" w:line="240" w:lineRule="auto"/>
            </w:pP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5553083" w14:textId="77777777" w:rsidR="00297C2F" w:rsidRDefault="00000000">
            <w:pPr>
              <w:spacing w:after="0" w:line="240" w:lineRule="auto"/>
              <w:jc w:val="center"/>
            </w:pPr>
            <w:r>
              <w:rPr>
                <w:b/>
                <w:sz w:val="15"/>
              </w:rPr>
              <w:t>100.00</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32CD29" w14:textId="77777777" w:rsidR="00297C2F" w:rsidRDefault="00297C2F">
            <w:pPr>
              <w:spacing w:after="0" w:line="240" w:lineRule="auto"/>
              <w:jc w:val="center"/>
            </w:pPr>
          </w:p>
        </w:tc>
      </w:tr>
    </w:tbl>
    <w:p w14:paraId="5B92806A" w14:textId="77777777" w:rsidR="00297C2F" w:rsidRDefault="00297C2F">
      <w:pPr>
        <w:spacing w:after="60" w:line="240" w:lineRule="auto"/>
      </w:pPr>
    </w:p>
    <w:p w14:paraId="1E554138" w14:textId="77777777" w:rsidR="00297C2F" w:rsidRDefault="00000000">
      <w:pPr>
        <w:keepNext/>
        <w:spacing w:before="60" w:after="60" w:line="240" w:lineRule="auto"/>
      </w:pPr>
      <w:r>
        <w:rPr>
          <w:b/>
        </w:rPr>
        <w:t>Pairwise comparison matrix for traffic and industrial criteria</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24"/>
        <w:gridCol w:w="1950"/>
        <w:gridCol w:w="1950"/>
        <w:gridCol w:w="1950"/>
        <w:gridCol w:w="1950"/>
        <w:gridCol w:w="1950"/>
        <w:gridCol w:w="1950"/>
        <w:gridCol w:w="1532"/>
      </w:tblGrid>
      <w:tr w:rsidR="00297C2F" w14:paraId="633FDF3C" w14:textId="77777777">
        <w:trPr>
          <w:cantSplit/>
          <w:tblHeader/>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7B3CB99" w14:textId="77777777" w:rsidR="00297C2F" w:rsidRDefault="00000000">
            <w:pPr>
              <w:spacing w:after="0" w:line="240" w:lineRule="auto"/>
              <w:jc w:val="center"/>
            </w:pPr>
            <w:r>
              <w:rPr>
                <w:b/>
                <w:sz w:val="15"/>
              </w:rPr>
              <w:t>Code</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79686A5" w14:textId="77777777" w:rsidR="00297C2F" w:rsidRDefault="00000000">
            <w:pPr>
              <w:spacing w:after="0" w:line="240" w:lineRule="auto"/>
              <w:jc w:val="center"/>
            </w:pPr>
            <w:r>
              <w:rPr>
                <w:b/>
                <w:sz w:val="15"/>
              </w:rPr>
              <w:t>FCT</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4B84E85" w14:textId="77777777" w:rsidR="00297C2F" w:rsidRDefault="00000000">
            <w:pPr>
              <w:spacing w:after="0" w:line="240" w:lineRule="auto"/>
              <w:jc w:val="center"/>
            </w:pPr>
            <w:r>
              <w:rPr>
                <w:b/>
                <w:sz w:val="15"/>
              </w:rPr>
              <w:t>BR</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DA91157" w14:textId="77777777" w:rsidR="00297C2F" w:rsidRDefault="00000000">
            <w:pPr>
              <w:spacing w:after="0" w:line="240" w:lineRule="auto"/>
              <w:jc w:val="center"/>
            </w:pPr>
            <w:r>
              <w:rPr>
                <w:b/>
                <w:sz w:val="15"/>
              </w:rPr>
              <w:t>BS</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A0B2C52" w14:textId="77777777" w:rsidR="00297C2F" w:rsidRDefault="00000000">
            <w:pPr>
              <w:spacing w:after="0" w:line="240" w:lineRule="auto"/>
              <w:jc w:val="center"/>
            </w:pPr>
            <w:r>
              <w:rPr>
                <w:b/>
                <w:sz w:val="15"/>
              </w:rPr>
              <w:t>PF</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9B0070D" w14:textId="77777777" w:rsidR="00297C2F" w:rsidRDefault="00000000">
            <w:pPr>
              <w:spacing w:after="0" w:line="240" w:lineRule="auto"/>
              <w:jc w:val="center"/>
            </w:pPr>
            <w:r>
              <w:rPr>
                <w:b/>
                <w:sz w:val="15"/>
              </w:rPr>
              <w:t>DBA</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10B5F95" w14:textId="77777777" w:rsidR="00297C2F" w:rsidRDefault="00000000">
            <w:pPr>
              <w:spacing w:after="0" w:line="240" w:lineRule="auto"/>
              <w:jc w:val="center"/>
            </w:pPr>
            <w:r>
              <w:rPr>
                <w:b/>
                <w:sz w:val="15"/>
              </w:rPr>
              <w:t>DMR</w:t>
            </w:r>
          </w:p>
        </w:tc>
        <w:tc>
          <w:tcPr>
            <w:tcW w:w="15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C5E9325" w14:textId="77777777" w:rsidR="00297C2F" w:rsidRDefault="00000000">
            <w:pPr>
              <w:spacing w:after="0" w:line="240" w:lineRule="auto"/>
              <w:jc w:val="center"/>
            </w:pPr>
            <w:r>
              <w:rPr>
                <w:b/>
                <w:sz w:val="15"/>
              </w:rPr>
              <w:t>Weight percent</w:t>
            </w:r>
          </w:p>
        </w:tc>
      </w:tr>
      <w:tr w:rsidR="00297C2F" w14:paraId="7AE0E81C"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63F71C" w14:textId="77777777" w:rsidR="00297C2F" w:rsidRDefault="00000000">
            <w:pPr>
              <w:spacing w:after="0" w:line="240" w:lineRule="auto"/>
              <w:jc w:val="center"/>
            </w:pPr>
            <w:r>
              <w:rPr>
                <w:sz w:val="15"/>
              </w:rPr>
              <w:t>FCT</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0BBFBF"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FC7BC4F" w14:textId="77777777" w:rsidR="00297C2F" w:rsidRDefault="00000000">
            <w:pPr>
              <w:spacing w:after="0" w:line="240" w:lineRule="auto"/>
              <w:jc w:val="center"/>
            </w:pPr>
            <w:r>
              <w:rPr>
                <w:sz w:val="15"/>
              </w:rPr>
              <w:t>3</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C8FE5D6" w14:textId="77777777" w:rsidR="00297C2F" w:rsidRDefault="00000000">
            <w:pPr>
              <w:spacing w:after="0" w:line="240" w:lineRule="auto"/>
              <w:jc w:val="center"/>
            </w:pPr>
            <w:r>
              <w:rPr>
                <w:sz w:val="15"/>
              </w:rPr>
              <w:t>4</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77112FE" w14:textId="77777777" w:rsidR="00297C2F" w:rsidRDefault="00000000">
            <w:pPr>
              <w:spacing w:after="0" w:line="240" w:lineRule="auto"/>
              <w:jc w:val="center"/>
            </w:pPr>
            <w:r>
              <w:rPr>
                <w:sz w:val="15"/>
              </w:rPr>
              <w:t>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7F2625A" w14:textId="77777777" w:rsidR="00297C2F" w:rsidRDefault="00000000">
            <w:pPr>
              <w:spacing w:after="0" w:line="240" w:lineRule="auto"/>
              <w:jc w:val="center"/>
            </w:pPr>
            <w:r>
              <w:rPr>
                <w:sz w:val="15"/>
              </w:rPr>
              <w:t>3</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8B40CDC" w14:textId="77777777" w:rsidR="00297C2F" w:rsidRDefault="00000000">
            <w:pPr>
              <w:spacing w:after="0" w:line="240" w:lineRule="auto"/>
              <w:jc w:val="center"/>
            </w:pPr>
            <w:r>
              <w:rPr>
                <w:sz w:val="15"/>
              </w:rPr>
              <w:t>1</w:t>
            </w:r>
          </w:p>
        </w:tc>
        <w:tc>
          <w:tcPr>
            <w:tcW w:w="15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E5E188D" w14:textId="77777777" w:rsidR="00297C2F" w:rsidRDefault="00000000">
            <w:pPr>
              <w:spacing w:after="0" w:line="240" w:lineRule="auto"/>
              <w:jc w:val="center"/>
            </w:pPr>
            <w:r>
              <w:rPr>
                <w:sz w:val="15"/>
              </w:rPr>
              <w:t>30.06</w:t>
            </w:r>
          </w:p>
        </w:tc>
      </w:tr>
      <w:tr w:rsidR="00297C2F" w14:paraId="352556CD"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1356300" w14:textId="77777777" w:rsidR="00297C2F" w:rsidRDefault="00000000">
            <w:pPr>
              <w:spacing w:after="0" w:line="240" w:lineRule="auto"/>
              <w:jc w:val="center"/>
            </w:pPr>
            <w:r>
              <w:rPr>
                <w:sz w:val="15"/>
              </w:rPr>
              <w:t>BR</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823AEF9" w14:textId="77777777" w:rsidR="00297C2F" w:rsidRDefault="00000000">
            <w:pPr>
              <w:spacing w:after="0" w:line="240" w:lineRule="auto"/>
              <w:jc w:val="center"/>
            </w:pPr>
            <w:r>
              <w:rPr>
                <w:sz w:val="15"/>
              </w:rPr>
              <w:t>1/3</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BFC543C"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A384A1B"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C7FAC27" w14:textId="77777777" w:rsidR="00297C2F" w:rsidRDefault="00000000">
            <w:pPr>
              <w:spacing w:after="0" w:line="240" w:lineRule="auto"/>
              <w:jc w:val="center"/>
            </w:pPr>
            <w:r>
              <w:rPr>
                <w:sz w:val="15"/>
              </w:rPr>
              <w:t>1/2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8FC0C71"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8760E56" w14:textId="77777777" w:rsidR="00297C2F" w:rsidRDefault="00000000">
            <w:pPr>
              <w:spacing w:after="0" w:line="240" w:lineRule="auto"/>
              <w:jc w:val="center"/>
            </w:pPr>
            <w:r>
              <w:rPr>
                <w:sz w:val="15"/>
              </w:rPr>
              <w:t>1/2</w:t>
            </w:r>
          </w:p>
        </w:tc>
        <w:tc>
          <w:tcPr>
            <w:tcW w:w="15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10D76E" w14:textId="77777777" w:rsidR="00297C2F" w:rsidRDefault="00000000">
            <w:pPr>
              <w:spacing w:after="0" w:line="240" w:lineRule="auto"/>
              <w:jc w:val="center"/>
            </w:pPr>
            <w:r>
              <w:rPr>
                <w:sz w:val="15"/>
              </w:rPr>
              <w:t>9.87</w:t>
            </w:r>
          </w:p>
        </w:tc>
      </w:tr>
      <w:tr w:rsidR="00297C2F" w14:paraId="529CF069"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47FC705" w14:textId="77777777" w:rsidR="00297C2F" w:rsidRDefault="00000000">
            <w:pPr>
              <w:spacing w:after="0" w:line="240" w:lineRule="auto"/>
              <w:jc w:val="center"/>
            </w:pPr>
            <w:r>
              <w:rPr>
                <w:sz w:val="15"/>
              </w:rPr>
              <w:t>BS</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502EEC5" w14:textId="77777777" w:rsidR="00297C2F" w:rsidRDefault="00000000">
            <w:pPr>
              <w:spacing w:after="0" w:line="240" w:lineRule="auto"/>
              <w:jc w:val="center"/>
            </w:pPr>
            <w:r>
              <w:rPr>
                <w:sz w:val="15"/>
              </w:rPr>
              <w:t>1/4</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8EE165"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069B3C3"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222120A" w14:textId="77777777" w:rsidR="00297C2F" w:rsidRDefault="00000000">
            <w:pPr>
              <w:spacing w:after="0" w:line="240" w:lineRule="auto"/>
              <w:jc w:val="center"/>
            </w:pPr>
            <w:r>
              <w:rPr>
                <w:sz w:val="15"/>
              </w:rPr>
              <w:t>1/2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01AC712" w14:textId="77777777" w:rsidR="00297C2F" w:rsidRDefault="00000000">
            <w:pPr>
              <w:spacing w:after="0" w:line="240" w:lineRule="auto"/>
              <w:jc w:val="center"/>
            </w:pPr>
            <w:r>
              <w:rPr>
                <w:sz w:val="15"/>
              </w:rPr>
              <w:t>1/2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E53FBA5" w14:textId="77777777" w:rsidR="00297C2F" w:rsidRDefault="00000000">
            <w:pPr>
              <w:spacing w:after="0" w:line="240" w:lineRule="auto"/>
              <w:jc w:val="center"/>
            </w:pPr>
            <w:r>
              <w:rPr>
                <w:sz w:val="15"/>
              </w:rPr>
              <w:t>1/3</w:t>
            </w:r>
          </w:p>
        </w:tc>
        <w:tc>
          <w:tcPr>
            <w:tcW w:w="15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6E9CE53" w14:textId="77777777" w:rsidR="00297C2F" w:rsidRDefault="00000000">
            <w:pPr>
              <w:spacing w:after="0" w:line="240" w:lineRule="auto"/>
              <w:jc w:val="center"/>
            </w:pPr>
            <w:r>
              <w:rPr>
                <w:sz w:val="15"/>
              </w:rPr>
              <w:t>7.76</w:t>
            </w:r>
          </w:p>
        </w:tc>
      </w:tr>
      <w:tr w:rsidR="00297C2F" w14:paraId="1271D4B9"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9BFD711" w14:textId="77777777" w:rsidR="00297C2F" w:rsidRDefault="00000000">
            <w:pPr>
              <w:spacing w:after="0" w:line="240" w:lineRule="auto"/>
              <w:jc w:val="center"/>
            </w:pPr>
            <w:r>
              <w:rPr>
                <w:sz w:val="15"/>
              </w:rPr>
              <w:t>PF</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FAA88BB" w14:textId="77777777" w:rsidR="00297C2F" w:rsidRDefault="00000000">
            <w:pPr>
              <w:spacing w:after="0" w:line="240" w:lineRule="auto"/>
              <w:jc w:val="center"/>
            </w:pPr>
            <w:r>
              <w:rPr>
                <w:sz w:val="15"/>
              </w:rPr>
              <w:t>1/2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C4C5ACE" w14:textId="77777777" w:rsidR="00297C2F" w:rsidRDefault="00000000">
            <w:pPr>
              <w:spacing w:after="0" w:line="240" w:lineRule="auto"/>
              <w:jc w:val="center"/>
            </w:pPr>
            <w:r>
              <w:rPr>
                <w:sz w:val="15"/>
              </w:rPr>
              <w:t>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84467D4" w14:textId="77777777" w:rsidR="00297C2F" w:rsidRDefault="00000000">
            <w:pPr>
              <w:spacing w:after="0" w:line="240" w:lineRule="auto"/>
              <w:jc w:val="center"/>
            </w:pPr>
            <w:r>
              <w:rPr>
                <w:sz w:val="15"/>
              </w:rPr>
              <w:t>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350056F"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FED4FDD"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1D9147" w14:textId="77777777" w:rsidR="00297C2F" w:rsidRDefault="00000000">
            <w:pPr>
              <w:spacing w:after="0" w:line="240" w:lineRule="auto"/>
              <w:jc w:val="center"/>
            </w:pPr>
            <w:r>
              <w:rPr>
                <w:sz w:val="15"/>
              </w:rPr>
              <w:t>1/2</w:t>
            </w:r>
          </w:p>
        </w:tc>
        <w:tc>
          <w:tcPr>
            <w:tcW w:w="15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5B08E9" w14:textId="77777777" w:rsidR="00297C2F" w:rsidRDefault="00000000">
            <w:pPr>
              <w:spacing w:after="0" w:line="240" w:lineRule="auto"/>
              <w:jc w:val="center"/>
            </w:pPr>
            <w:r>
              <w:rPr>
                <w:sz w:val="15"/>
              </w:rPr>
              <w:t>14.82</w:t>
            </w:r>
          </w:p>
        </w:tc>
      </w:tr>
      <w:tr w:rsidR="00297C2F" w14:paraId="4BDF90E4"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FA7D46" w14:textId="77777777" w:rsidR="00297C2F" w:rsidRDefault="00000000">
            <w:pPr>
              <w:spacing w:after="0" w:line="240" w:lineRule="auto"/>
              <w:jc w:val="center"/>
            </w:pPr>
            <w:r>
              <w:rPr>
                <w:sz w:val="15"/>
              </w:rPr>
              <w:t>DBA</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BA4A585" w14:textId="77777777" w:rsidR="00297C2F" w:rsidRDefault="00000000">
            <w:pPr>
              <w:spacing w:after="0" w:line="240" w:lineRule="auto"/>
              <w:jc w:val="center"/>
            </w:pPr>
            <w:r>
              <w:rPr>
                <w:sz w:val="15"/>
              </w:rPr>
              <w:t>1/3</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6EB6E8"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06BC915" w14:textId="77777777" w:rsidR="00297C2F" w:rsidRDefault="00000000">
            <w:pPr>
              <w:spacing w:after="0" w:line="240" w:lineRule="auto"/>
              <w:jc w:val="center"/>
            </w:pPr>
            <w:r>
              <w:rPr>
                <w:sz w:val="15"/>
              </w:rPr>
              <w:t>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20E0C90"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004B34C"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F5F5348" w14:textId="77777777" w:rsidR="00297C2F" w:rsidRDefault="00000000">
            <w:pPr>
              <w:spacing w:after="0" w:line="240" w:lineRule="auto"/>
              <w:jc w:val="center"/>
            </w:pPr>
            <w:r>
              <w:rPr>
                <w:sz w:val="15"/>
              </w:rPr>
              <w:t>1/2</w:t>
            </w:r>
          </w:p>
        </w:tc>
        <w:tc>
          <w:tcPr>
            <w:tcW w:w="15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70AFED9" w14:textId="77777777" w:rsidR="00297C2F" w:rsidRDefault="00000000">
            <w:pPr>
              <w:spacing w:after="0" w:line="240" w:lineRule="auto"/>
              <w:jc w:val="center"/>
            </w:pPr>
            <w:r>
              <w:rPr>
                <w:sz w:val="15"/>
              </w:rPr>
              <w:t>12.37</w:t>
            </w:r>
          </w:p>
        </w:tc>
      </w:tr>
      <w:tr w:rsidR="00297C2F" w14:paraId="7074B677"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AC64E4C" w14:textId="77777777" w:rsidR="00297C2F" w:rsidRDefault="00000000">
            <w:pPr>
              <w:spacing w:after="0" w:line="240" w:lineRule="auto"/>
              <w:jc w:val="center"/>
            </w:pPr>
            <w:r>
              <w:rPr>
                <w:sz w:val="15"/>
              </w:rPr>
              <w:t>DMR</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B6A0CA"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D431D6D" w14:textId="77777777" w:rsidR="00297C2F" w:rsidRDefault="00000000">
            <w:pPr>
              <w:spacing w:after="0" w:line="240" w:lineRule="auto"/>
              <w:jc w:val="center"/>
            </w:pPr>
            <w:r>
              <w:rPr>
                <w:sz w:val="15"/>
              </w:rPr>
              <w:t>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2CCD9B4" w14:textId="77777777" w:rsidR="00297C2F" w:rsidRDefault="00000000">
            <w:pPr>
              <w:spacing w:after="0" w:line="240" w:lineRule="auto"/>
              <w:jc w:val="center"/>
            </w:pPr>
            <w:r>
              <w:rPr>
                <w:sz w:val="15"/>
              </w:rPr>
              <w:t>3</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7C8B903" w14:textId="77777777" w:rsidR="00297C2F" w:rsidRDefault="00000000">
            <w:pPr>
              <w:spacing w:after="0" w:line="240" w:lineRule="auto"/>
              <w:jc w:val="center"/>
            </w:pPr>
            <w:r>
              <w:rPr>
                <w:sz w:val="15"/>
              </w:rPr>
              <w:t>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A6E9422" w14:textId="77777777" w:rsidR="00297C2F" w:rsidRDefault="00000000">
            <w:pPr>
              <w:spacing w:after="0" w:line="240" w:lineRule="auto"/>
              <w:jc w:val="center"/>
            </w:pPr>
            <w:r>
              <w:rPr>
                <w:sz w:val="15"/>
              </w:rPr>
              <w:t>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F35D9B4" w14:textId="77777777" w:rsidR="00297C2F" w:rsidRDefault="00000000">
            <w:pPr>
              <w:spacing w:after="0" w:line="240" w:lineRule="auto"/>
              <w:jc w:val="center"/>
            </w:pPr>
            <w:r>
              <w:rPr>
                <w:sz w:val="15"/>
              </w:rPr>
              <w:t>1</w:t>
            </w:r>
          </w:p>
        </w:tc>
        <w:tc>
          <w:tcPr>
            <w:tcW w:w="15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FEDCA3F" w14:textId="77777777" w:rsidR="00297C2F" w:rsidRDefault="00000000">
            <w:pPr>
              <w:spacing w:after="0" w:line="240" w:lineRule="auto"/>
              <w:jc w:val="center"/>
            </w:pPr>
            <w:r>
              <w:rPr>
                <w:sz w:val="15"/>
              </w:rPr>
              <w:t>25.12</w:t>
            </w:r>
          </w:p>
        </w:tc>
      </w:tr>
    </w:tbl>
    <w:p w14:paraId="4888DC6E" w14:textId="77777777" w:rsidR="00297C2F" w:rsidRDefault="00297C2F">
      <w:pPr>
        <w:spacing w:after="60" w:line="240" w:lineRule="auto"/>
      </w:pPr>
    </w:p>
    <w:p w14:paraId="457D42B3" w14:textId="77777777" w:rsidR="00297C2F" w:rsidRDefault="00000000">
      <w:pPr>
        <w:spacing w:before="20" w:after="60" w:line="240" w:lineRule="auto"/>
      </w:pPr>
      <w:r>
        <w:rPr>
          <w:sz w:val="16"/>
        </w:rPr>
        <w:t>n = 6; lambda max = 6.0748; CI = 0.0150; RI = 1.24; CR = 0.0121. The matrix satisfies the CR below 0.10 acceptance rule.</w:t>
      </w:r>
    </w:p>
    <w:p w14:paraId="7174A597" w14:textId="77777777" w:rsidR="00297C2F" w:rsidRDefault="00000000">
      <w:pPr>
        <w:spacing w:after="60" w:line="240" w:lineRule="auto"/>
      </w:pPr>
      <w:r>
        <w:rPr>
          <w:sz w:val="19"/>
        </w:rPr>
        <w:br w:type="page"/>
      </w:r>
    </w:p>
    <w:p w14:paraId="23018685" w14:textId="77777777" w:rsidR="00297C2F" w:rsidRDefault="00000000">
      <w:pPr>
        <w:pStyle w:val="Heading1"/>
        <w:spacing w:before="160" w:after="60" w:line="240" w:lineRule="auto"/>
      </w:pPr>
      <w:r>
        <w:rPr>
          <w:rFonts w:ascii="Arial" w:hAnsi="Arial"/>
          <w:sz w:val="23"/>
        </w:rPr>
        <w:lastRenderedPageBreak/>
        <w:t>Air pollution criteria</w:t>
      </w:r>
    </w:p>
    <w:p w14:paraId="0C926F1E" w14:textId="77777777" w:rsidR="00297C2F" w:rsidRDefault="00000000">
      <w:pPr>
        <w:keepNext/>
        <w:spacing w:after="60" w:line="240" w:lineRule="auto"/>
      </w:pPr>
      <w:r>
        <w:rPr>
          <w:sz w:val="16"/>
        </w:rPr>
        <w:t>Codes  SO2 SO2;  PM25 PM2.5;  PM10 PM10;  NO2 NO2;  CO CO;  O3 O3</w:t>
      </w:r>
    </w:p>
    <w:p w14:paraId="68BD7A5C" w14:textId="77777777" w:rsidR="00297C2F" w:rsidRDefault="00000000">
      <w:pPr>
        <w:keepNext/>
        <w:spacing w:before="60" w:after="60" w:line="240" w:lineRule="auto"/>
      </w:pPr>
      <w:r>
        <w:rPr>
          <w:b/>
        </w:rPr>
        <w:t>Weights for air pollution criteria</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37"/>
        <w:gridCol w:w="6901"/>
        <w:gridCol w:w="3033"/>
        <w:gridCol w:w="2047"/>
        <w:gridCol w:w="1138"/>
      </w:tblGrid>
      <w:tr w:rsidR="00297C2F" w14:paraId="00A8B7FF" w14:textId="77777777">
        <w:trPr>
          <w:cantSplit/>
          <w:tblHeader/>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80BF88F" w14:textId="77777777" w:rsidR="00297C2F" w:rsidRDefault="00000000">
            <w:pPr>
              <w:spacing w:after="0" w:line="240" w:lineRule="auto"/>
              <w:jc w:val="center"/>
            </w:pPr>
            <w:r>
              <w:rPr>
                <w:b/>
                <w:sz w:val="15"/>
              </w:rPr>
              <w:t>Code</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E4B5753" w14:textId="77777777" w:rsidR="00297C2F" w:rsidRDefault="00000000">
            <w:pPr>
              <w:spacing w:after="0" w:line="240" w:lineRule="auto"/>
              <w:jc w:val="center"/>
            </w:pPr>
            <w:r>
              <w:rPr>
                <w:b/>
                <w:sz w:val="15"/>
              </w:rPr>
              <w:t>Criterion</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61C8AA" w14:textId="77777777" w:rsidR="00297C2F" w:rsidRDefault="00000000">
            <w:pPr>
              <w:spacing w:after="0" w:line="240" w:lineRule="auto"/>
              <w:jc w:val="center"/>
            </w:pPr>
            <w:r>
              <w:rPr>
                <w:b/>
                <w:sz w:val="15"/>
              </w:rPr>
              <w:t>Orientation</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5C26D4" w14:textId="77777777" w:rsidR="00297C2F" w:rsidRDefault="00000000">
            <w:pPr>
              <w:spacing w:after="0" w:line="240" w:lineRule="auto"/>
              <w:jc w:val="center"/>
            </w:pPr>
            <w:r>
              <w:rPr>
                <w:b/>
                <w:sz w:val="15"/>
              </w:rPr>
              <w:t>Weight percent</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4A83A1" w14:textId="77777777" w:rsidR="00297C2F" w:rsidRDefault="00000000">
            <w:pPr>
              <w:spacing w:after="0" w:line="240" w:lineRule="auto"/>
              <w:jc w:val="center"/>
            </w:pPr>
            <w:r>
              <w:rPr>
                <w:b/>
                <w:sz w:val="15"/>
              </w:rPr>
              <w:t>Rank</w:t>
            </w:r>
          </w:p>
        </w:tc>
      </w:tr>
      <w:tr w:rsidR="00297C2F" w14:paraId="79D6FB13"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3A75287" w14:textId="77777777" w:rsidR="00297C2F" w:rsidRDefault="00000000">
            <w:pPr>
              <w:spacing w:after="0" w:line="240" w:lineRule="auto"/>
              <w:jc w:val="center"/>
            </w:pPr>
            <w:r>
              <w:rPr>
                <w:sz w:val="15"/>
              </w:rPr>
              <w:t>SO2</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515FB48" w14:textId="77777777" w:rsidR="00297C2F" w:rsidRDefault="00000000">
            <w:pPr>
              <w:spacing w:after="0" w:line="240" w:lineRule="auto"/>
            </w:pPr>
            <w:r>
              <w:rPr>
                <w:sz w:val="15"/>
              </w:rPr>
              <w:t>SO2</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755D039"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221F719" w14:textId="77777777" w:rsidR="00297C2F" w:rsidRDefault="00000000">
            <w:pPr>
              <w:spacing w:after="0" w:line="240" w:lineRule="auto"/>
              <w:jc w:val="center"/>
            </w:pPr>
            <w:r>
              <w:rPr>
                <w:sz w:val="15"/>
              </w:rPr>
              <w:t>12.52</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112C22" w14:textId="77777777" w:rsidR="00297C2F" w:rsidRDefault="00000000">
            <w:pPr>
              <w:spacing w:after="0" w:line="240" w:lineRule="auto"/>
              <w:jc w:val="center"/>
            </w:pPr>
            <w:r>
              <w:rPr>
                <w:sz w:val="15"/>
              </w:rPr>
              <w:t>4</w:t>
            </w:r>
          </w:p>
        </w:tc>
      </w:tr>
      <w:tr w:rsidR="00297C2F" w14:paraId="1A8F97FD"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76B093A" w14:textId="77777777" w:rsidR="00297C2F" w:rsidRDefault="00000000">
            <w:pPr>
              <w:spacing w:after="0" w:line="240" w:lineRule="auto"/>
              <w:jc w:val="center"/>
            </w:pPr>
            <w:r>
              <w:rPr>
                <w:sz w:val="15"/>
              </w:rPr>
              <w:t>PM25</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04DE3B0" w14:textId="77777777" w:rsidR="00297C2F" w:rsidRDefault="00000000">
            <w:pPr>
              <w:spacing w:after="0" w:line="240" w:lineRule="auto"/>
            </w:pPr>
            <w:r>
              <w:rPr>
                <w:sz w:val="15"/>
              </w:rPr>
              <w:t>PM2.5</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24CD2C"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9E00319" w14:textId="77777777" w:rsidR="00297C2F" w:rsidRDefault="00000000">
            <w:pPr>
              <w:spacing w:after="0" w:line="240" w:lineRule="auto"/>
              <w:jc w:val="center"/>
            </w:pPr>
            <w:r>
              <w:rPr>
                <w:sz w:val="15"/>
              </w:rPr>
              <w:t>30.37</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1E3C880" w14:textId="77777777" w:rsidR="00297C2F" w:rsidRDefault="00000000">
            <w:pPr>
              <w:spacing w:after="0" w:line="240" w:lineRule="auto"/>
              <w:jc w:val="center"/>
            </w:pPr>
            <w:r>
              <w:rPr>
                <w:sz w:val="15"/>
              </w:rPr>
              <w:t>1</w:t>
            </w:r>
          </w:p>
        </w:tc>
      </w:tr>
      <w:tr w:rsidR="00297C2F" w14:paraId="25DF44D4"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1C69550" w14:textId="77777777" w:rsidR="00297C2F" w:rsidRDefault="00000000">
            <w:pPr>
              <w:spacing w:after="0" w:line="240" w:lineRule="auto"/>
              <w:jc w:val="center"/>
            </w:pPr>
            <w:r>
              <w:rPr>
                <w:sz w:val="15"/>
              </w:rPr>
              <w:t>PM10</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A5AE4B9" w14:textId="77777777" w:rsidR="00297C2F" w:rsidRDefault="00000000">
            <w:pPr>
              <w:spacing w:after="0" w:line="240" w:lineRule="auto"/>
            </w:pPr>
            <w:r>
              <w:rPr>
                <w:sz w:val="15"/>
              </w:rPr>
              <w:t>PM10</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054BB2"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235D83C" w14:textId="77777777" w:rsidR="00297C2F" w:rsidRDefault="00000000">
            <w:pPr>
              <w:spacing w:after="0" w:line="240" w:lineRule="auto"/>
              <w:jc w:val="center"/>
            </w:pPr>
            <w:r>
              <w:rPr>
                <w:sz w:val="15"/>
              </w:rPr>
              <w:t>22.65</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6B55733" w14:textId="77777777" w:rsidR="00297C2F" w:rsidRDefault="00000000">
            <w:pPr>
              <w:spacing w:after="0" w:line="240" w:lineRule="auto"/>
              <w:jc w:val="center"/>
            </w:pPr>
            <w:r>
              <w:rPr>
                <w:sz w:val="15"/>
              </w:rPr>
              <w:t>2</w:t>
            </w:r>
          </w:p>
        </w:tc>
      </w:tr>
      <w:tr w:rsidR="00297C2F" w14:paraId="448DC831"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16031E4" w14:textId="77777777" w:rsidR="00297C2F" w:rsidRDefault="00000000">
            <w:pPr>
              <w:spacing w:after="0" w:line="240" w:lineRule="auto"/>
              <w:jc w:val="center"/>
            </w:pPr>
            <w:r>
              <w:rPr>
                <w:sz w:val="15"/>
              </w:rPr>
              <w:t>NO2</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66A622" w14:textId="77777777" w:rsidR="00297C2F" w:rsidRDefault="00000000">
            <w:pPr>
              <w:spacing w:after="0" w:line="240" w:lineRule="auto"/>
            </w:pPr>
            <w:r>
              <w:rPr>
                <w:sz w:val="15"/>
              </w:rPr>
              <w:t>NO2</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70049EF"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1212421" w14:textId="77777777" w:rsidR="00297C2F" w:rsidRDefault="00000000">
            <w:pPr>
              <w:spacing w:after="0" w:line="240" w:lineRule="auto"/>
              <w:jc w:val="center"/>
            </w:pPr>
            <w:r>
              <w:rPr>
                <w:sz w:val="15"/>
              </w:rPr>
              <w:t>16.82</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73B258" w14:textId="77777777" w:rsidR="00297C2F" w:rsidRDefault="00000000">
            <w:pPr>
              <w:spacing w:after="0" w:line="240" w:lineRule="auto"/>
              <w:jc w:val="center"/>
            </w:pPr>
            <w:r>
              <w:rPr>
                <w:sz w:val="15"/>
              </w:rPr>
              <w:t>3</w:t>
            </w:r>
          </w:p>
        </w:tc>
      </w:tr>
      <w:tr w:rsidR="00297C2F" w14:paraId="7A43740B"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E45C650" w14:textId="77777777" w:rsidR="00297C2F" w:rsidRDefault="00000000">
            <w:pPr>
              <w:spacing w:after="0" w:line="240" w:lineRule="auto"/>
              <w:jc w:val="center"/>
            </w:pPr>
            <w:r>
              <w:rPr>
                <w:sz w:val="15"/>
              </w:rPr>
              <w:t>CO</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5D59B9E" w14:textId="77777777" w:rsidR="00297C2F" w:rsidRDefault="00000000">
            <w:pPr>
              <w:spacing w:after="0" w:line="240" w:lineRule="auto"/>
            </w:pPr>
            <w:r>
              <w:rPr>
                <w:sz w:val="15"/>
              </w:rPr>
              <w:t>CO</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EBFCADA"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ED5C77D" w14:textId="77777777" w:rsidR="00297C2F" w:rsidRDefault="00000000">
            <w:pPr>
              <w:spacing w:after="0" w:line="240" w:lineRule="auto"/>
              <w:jc w:val="center"/>
            </w:pPr>
            <w:r>
              <w:rPr>
                <w:sz w:val="15"/>
              </w:rPr>
              <w:t>9.85</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A52EC64" w14:textId="77777777" w:rsidR="00297C2F" w:rsidRDefault="00000000">
            <w:pPr>
              <w:spacing w:after="0" w:line="240" w:lineRule="auto"/>
              <w:jc w:val="center"/>
            </w:pPr>
            <w:r>
              <w:rPr>
                <w:sz w:val="15"/>
              </w:rPr>
              <w:t>5</w:t>
            </w:r>
          </w:p>
        </w:tc>
      </w:tr>
      <w:tr w:rsidR="00297C2F" w14:paraId="4D7D5422"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8C7C149" w14:textId="77777777" w:rsidR="00297C2F" w:rsidRDefault="00000000">
            <w:pPr>
              <w:spacing w:after="0" w:line="240" w:lineRule="auto"/>
              <w:jc w:val="center"/>
            </w:pPr>
            <w:r>
              <w:rPr>
                <w:sz w:val="15"/>
              </w:rPr>
              <w:t>O3</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24EC796" w14:textId="77777777" w:rsidR="00297C2F" w:rsidRDefault="00000000">
            <w:pPr>
              <w:spacing w:after="0" w:line="240" w:lineRule="auto"/>
            </w:pPr>
            <w:r>
              <w:rPr>
                <w:sz w:val="15"/>
              </w:rPr>
              <w:t>O3</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34BBCED"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B9BBE9F" w14:textId="77777777" w:rsidR="00297C2F" w:rsidRDefault="00000000">
            <w:pPr>
              <w:spacing w:after="0" w:line="240" w:lineRule="auto"/>
              <w:jc w:val="center"/>
            </w:pPr>
            <w:r>
              <w:rPr>
                <w:sz w:val="15"/>
              </w:rPr>
              <w:t>7.79</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0EC8A2A" w14:textId="77777777" w:rsidR="00297C2F" w:rsidRDefault="00000000">
            <w:pPr>
              <w:spacing w:after="0" w:line="240" w:lineRule="auto"/>
              <w:jc w:val="center"/>
            </w:pPr>
            <w:r>
              <w:rPr>
                <w:sz w:val="15"/>
              </w:rPr>
              <w:t>6</w:t>
            </w:r>
          </w:p>
        </w:tc>
      </w:tr>
      <w:tr w:rsidR="00297C2F" w14:paraId="0AEAE491"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118540" w14:textId="77777777" w:rsidR="00297C2F" w:rsidRDefault="00297C2F">
            <w:pPr>
              <w:spacing w:after="0" w:line="240" w:lineRule="auto"/>
              <w:jc w:val="center"/>
            </w:pP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731CD7B" w14:textId="77777777" w:rsidR="00297C2F" w:rsidRDefault="00000000">
            <w:pPr>
              <w:spacing w:after="0" w:line="240" w:lineRule="auto"/>
            </w:pPr>
            <w:r>
              <w:rPr>
                <w:b/>
                <w:sz w:val="15"/>
              </w:rPr>
              <w:t>Total</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A4AA5F" w14:textId="77777777" w:rsidR="00297C2F" w:rsidRDefault="00297C2F">
            <w:pPr>
              <w:spacing w:after="0" w:line="240" w:lineRule="auto"/>
            </w:pP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428CB51" w14:textId="77777777" w:rsidR="00297C2F" w:rsidRDefault="00000000">
            <w:pPr>
              <w:spacing w:after="0" w:line="240" w:lineRule="auto"/>
              <w:jc w:val="center"/>
            </w:pPr>
            <w:r>
              <w:rPr>
                <w:b/>
                <w:sz w:val="15"/>
              </w:rPr>
              <w:t>100.00</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C0C9CDE" w14:textId="77777777" w:rsidR="00297C2F" w:rsidRDefault="00297C2F">
            <w:pPr>
              <w:spacing w:after="0" w:line="240" w:lineRule="auto"/>
              <w:jc w:val="center"/>
            </w:pPr>
          </w:p>
        </w:tc>
      </w:tr>
    </w:tbl>
    <w:p w14:paraId="704F4226" w14:textId="77777777" w:rsidR="00297C2F" w:rsidRDefault="00297C2F">
      <w:pPr>
        <w:spacing w:after="60" w:line="240" w:lineRule="auto"/>
      </w:pPr>
    </w:p>
    <w:p w14:paraId="2BA9A3D7" w14:textId="77777777" w:rsidR="00297C2F" w:rsidRDefault="00000000">
      <w:pPr>
        <w:keepNext/>
        <w:spacing w:before="60" w:after="60" w:line="240" w:lineRule="auto"/>
      </w:pPr>
      <w:r>
        <w:rPr>
          <w:b/>
        </w:rPr>
        <w:t>Pairwise comparison matrix for air pollution criteria</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24"/>
        <w:gridCol w:w="1950"/>
        <w:gridCol w:w="1950"/>
        <w:gridCol w:w="1950"/>
        <w:gridCol w:w="1950"/>
        <w:gridCol w:w="1950"/>
        <w:gridCol w:w="1950"/>
        <w:gridCol w:w="1532"/>
      </w:tblGrid>
      <w:tr w:rsidR="00297C2F" w14:paraId="051E8DA3" w14:textId="77777777">
        <w:trPr>
          <w:cantSplit/>
          <w:tblHeader/>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5FF48A6" w14:textId="77777777" w:rsidR="00297C2F" w:rsidRDefault="00000000">
            <w:pPr>
              <w:spacing w:after="0" w:line="240" w:lineRule="auto"/>
              <w:jc w:val="center"/>
            </w:pPr>
            <w:r>
              <w:rPr>
                <w:b/>
                <w:sz w:val="15"/>
              </w:rPr>
              <w:t>Code</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D92BE1A" w14:textId="77777777" w:rsidR="00297C2F" w:rsidRDefault="00000000">
            <w:pPr>
              <w:spacing w:after="0" w:line="240" w:lineRule="auto"/>
              <w:jc w:val="center"/>
            </w:pPr>
            <w:r>
              <w:rPr>
                <w:b/>
                <w:sz w:val="15"/>
              </w:rPr>
              <w:t>SO2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193D552" w14:textId="77777777" w:rsidR="00297C2F" w:rsidRDefault="00000000">
            <w:pPr>
              <w:spacing w:after="0" w:line="240" w:lineRule="auto"/>
              <w:jc w:val="center"/>
            </w:pPr>
            <w:r>
              <w:rPr>
                <w:b/>
                <w:sz w:val="15"/>
              </w:rPr>
              <w:t>PM25</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6B7783" w14:textId="77777777" w:rsidR="00297C2F" w:rsidRDefault="00000000">
            <w:pPr>
              <w:spacing w:after="0" w:line="240" w:lineRule="auto"/>
              <w:jc w:val="center"/>
            </w:pPr>
            <w:r>
              <w:rPr>
                <w:b/>
                <w:sz w:val="15"/>
              </w:rPr>
              <w:t>PM10</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8D4DCCC" w14:textId="77777777" w:rsidR="00297C2F" w:rsidRDefault="00000000">
            <w:pPr>
              <w:spacing w:after="0" w:line="240" w:lineRule="auto"/>
              <w:jc w:val="center"/>
            </w:pPr>
            <w:r>
              <w:rPr>
                <w:b/>
                <w:sz w:val="15"/>
              </w:rPr>
              <w:t>NO2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927297E" w14:textId="77777777" w:rsidR="00297C2F" w:rsidRDefault="00000000">
            <w:pPr>
              <w:spacing w:after="0" w:line="240" w:lineRule="auto"/>
              <w:jc w:val="center"/>
            </w:pPr>
            <w:r>
              <w:rPr>
                <w:b/>
                <w:sz w:val="15"/>
              </w:rPr>
              <w:t>CO</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6FA722" w14:textId="77777777" w:rsidR="00297C2F" w:rsidRDefault="00000000">
            <w:pPr>
              <w:spacing w:after="0" w:line="240" w:lineRule="auto"/>
              <w:jc w:val="center"/>
            </w:pPr>
            <w:r>
              <w:rPr>
                <w:b/>
                <w:sz w:val="15"/>
              </w:rPr>
              <w:t>O3</w:t>
            </w:r>
          </w:p>
        </w:tc>
        <w:tc>
          <w:tcPr>
            <w:tcW w:w="15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6B8D75" w14:textId="77777777" w:rsidR="00297C2F" w:rsidRDefault="00000000">
            <w:pPr>
              <w:spacing w:after="0" w:line="240" w:lineRule="auto"/>
              <w:jc w:val="center"/>
            </w:pPr>
            <w:r>
              <w:rPr>
                <w:b/>
                <w:sz w:val="15"/>
              </w:rPr>
              <w:t>Weight percent</w:t>
            </w:r>
          </w:p>
        </w:tc>
      </w:tr>
      <w:tr w:rsidR="00297C2F" w14:paraId="4BA771AE"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2C4850" w14:textId="77777777" w:rsidR="00297C2F" w:rsidRDefault="00000000">
            <w:pPr>
              <w:spacing w:after="0" w:line="240" w:lineRule="auto"/>
              <w:jc w:val="center"/>
            </w:pPr>
            <w:r>
              <w:rPr>
                <w:sz w:val="15"/>
              </w:rPr>
              <w:t>SO2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DDECAFA"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71DAF37" w14:textId="77777777" w:rsidR="00297C2F" w:rsidRDefault="00000000">
            <w:pPr>
              <w:spacing w:after="0" w:line="240" w:lineRule="auto"/>
              <w:jc w:val="center"/>
            </w:pPr>
            <w:r>
              <w:rPr>
                <w:sz w:val="15"/>
              </w:rPr>
              <w:t>1/3</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8D7A367" w14:textId="77777777" w:rsidR="00297C2F" w:rsidRDefault="00000000">
            <w:pPr>
              <w:spacing w:after="0" w:line="240" w:lineRule="auto"/>
              <w:jc w:val="center"/>
            </w:pPr>
            <w:r>
              <w:rPr>
                <w:sz w:val="15"/>
              </w:rPr>
              <w:t>1/2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A478C4"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7B9C295"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C6A9DA1" w14:textId="77777777" w:rsidR="00297C2F" w:rsidRDefault="00000000">
            <w:pPr>
              <w:spacing w:after="0" w:line="240" w:lineRule="auto"/>
              <w:jc w:val="center"/>
            </w:pPr>
            <w:r>
              <w:rPr>
                <w:sz w:val="15"/>
              </w:rPr>
              <w:t>2</w:t>
            </w:r>
          </w:p>
        </w:tc>
        <w:tc>
          <w:tcPr>
            <w:tcW w:w="15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12DF89D" w14:textId="77777777" w:rsidR="00297C2F" w:rsidRDefault="00000000">
            <w:pPr>
              <w:spacing w:after="0" w:line="240" w:lineRule="auto"/>
              <w:jc w:val="center"/>
            </w:pPr>
            <w:r>
              <w:rPr>
                <w:sz w:val="15"/>
              </w:rPr>
              <w:t>12.52</w:t>
            </w:r>
          </w:p>
        </w:tc>
      </w:tr>
      <w:tr w:rsidR="00297C2F" w14:paraId="50F16C91"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C10776" w14:textId="77777777" w:rsidR="00297C2F" w:rsidRDefault="00000000">
            <w:pPr>
              <w:spacing w:after="0" w:line="240" w:lineRule="auto"/>
              <w:jc w:val="center"/>
            </w:pPr>
            <w:r>
              <w:rPr>
                <w:sz w:val="15"/>
              </w:rPr>
              <w:t>PM25</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5481F40" w14:textId="77777777" w:rsidR="00297C2F" w:rsidRDefault="00000000">
            <w:pPr>
              <w:spacing w:after="0" w:line="240" w:lineRule="auto"/>
              <w:jc w:val="center"/>
            </w:pPr>
            <w:r>
              <w:rPr>
                <w:sz w:val="15"/>
              </w:rPr>
              <w:t>3</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AE38497"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5623A05"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458AF41" w14:textId="77777777" w:rsidR="00297C2F" w:rsidRDefault="00000000">
            <w:pPr>
              <w:spacing w:after="0" w:line="240" w:lineRule="auto"/>
              <w:jc w:val="center"/>
            </w:pPr>
            <w:r>
              <w:rPr>
                <w:sz w:val="15"/>
              </w:rPr>
              <w:t>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48177F" w14:textId="77777777" w:rsidR="00297C2F" w:rsidRDefault="00000000">
            <w:pPr>
              <w:spacing w:after="0" w:line="240" w:lineRule="auto"/>
              <w:jc w:val="center"/>
            </w:pPr>
            <w:r>
              <w:rPr>
                <w:sz w:val="15"/>
              </w:rPr>
              <w:t>3</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DBA3688" w14:textId="77777777" w:rsidR="00297C2F" w:rsidRDefault="00000000">
            <w:pPr>
              <w:spacing w:after="0" w:line="240" w:lineRule="auto"/>
              <w:jc w:val="center"/>
            </w:pPr>
            <w:r>
              <w:rPr>
                <w:sz w:val="15"/>
              </w:rPr>
              <w:t>4</w:t>
            </w:r>
          </w:p>
        </w:tc>
        <w:tc>
          <w:tcPr>
            <w:tcW w:w="15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BCADF9E" w14:textId="77777777" w:rsidR="00297C2F" w:rsidRDefault="00000000">
            <w:pPr>
              <w:spacing w:after="0" w:line="240" w:lineRule="auto"/>
              <w:jc w:val="center"/>
            </w:pPr>
            <w:r>
              <w:rPr>
                <w:sz w:val="15"/>
              </w:rPr>
              <w:t>30.37</w:t>
            </w:r>
          </w:p>
        </w:tc>
      </w:tr>
      <w:tr w:rsidR="00297C2F" w14:paraId="5981C032"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8DECB0B" w14:textId="77777777" w:rsidR="00297C2F" w:rsidRDefault="00000000">
            <w:pPr>
              <w:spacing w:after="0" w:line="240" w:lineRule="auto"/>
              <w:jc w:val="center"/>
            </w:pPr>
            <w:r>
              <w:rPr>
                <w:sz w:val="15"/>
              </w:rPr>
              <w:t>PM10</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6205310" w14:textId="77777777" w:rsidR="00297C2F" w:rsidRDefault="00000000">
            <w:pPr>
              <w:spacing w:after="0" w:line="240" w:lineRule="auto"/>
              <w:jc w:val="center"/>
            </w:pPr>
            <w:r>
              <w:rPr>
                <w:sz w:val="15"/>
              </w:rPr>
              <w:t>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11F867F"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778F60"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2C43C87"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D52DB09" w14:textId="77777777" w:rsidR="00297C2F" w:rsidRDefault="00000000">
            <w:pPr>
              <w:spacing w:after="0" w:line="240" w:lineRule="auto"/>
              <w:jc w:val="center"/>
            </w:pPr>
            <w:r>
              <w:rPr>
                <w:sz w:val="15"/>
              </w:rPr>
              <w:t>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EA9D9DC" w14:textId="77777777" w:rsidR="00297C2F" w:rsidRDefault="00000000">
            <w:pPr>
              <w:spacing w:after="0" w:line="240" w:lineRule="auto"/>
              <w:jc w:val="center"/>
            </w:pPr>
            <w:r>
              <w:rPr>
                <w:sz w:val="15"/>
              </w:rPr>
              <w:t>3</w:t>
            </w:r>
          </w:p>
        </w:tc>
        <w:tc>
          <w:tcPr>
            <w:tcW w:w="15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517B4D8" w14:textId="77777777" w:rsidR="00297C2F" w:rsidRDefault="00000000">
            <w:pPr>
              <w:spacing w:after="0" w:line="240" w:lineRule="auto"/>
              <w:jc w:val="center"/>
            </w:pPr>
            <w:r>
              <w:rPr>
                <w:sz w:val="15"/>
              </w:rPr>
              <w:t>22.65</w:t>
            </w:r>
          </w:p>
        </w:tc>
      </w:tr>
      <w:tr w:rsidR="00297C2F" w14:paraId="791F271E"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1B7366C" w14:textId="77777777" w:rsidR="00297C2F" w:rsidRDefault="00000000">
            <w:pPr>
              <w:spacing w:after="0" w:line="240" w:lineRule="auto"/>
              <w:jc w:val="center"/>
            </w:pPr>
            <w:r>
              <w:rPr>
                <w:sz w:val="15"/>
              </w:rPr>
              <w:t>NO2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CAFBB87"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BA1246" w14:textId="77777777" w:rsidR="00297C2F" w:rsidRDefault="00000000">
            <w:pPr>
              <w:spacing w:after="0" w:line="240" w:lineRule="auto"/>
              <w:jc w:val="center"/>
            </w:pPr>
            <w:r>
              <w:rPr>
                <w:sz w:val="15"/>
              </w:rPr>
              <w:t>1/2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95BADF1"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D2CDE54"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D5A05F2" w14:textId="77777777" w:rsidR="00297C2F" w:rsidRDefault="00000000">
            <w:pPr>
              <w:spacing w:after="0" w:line="240" w:lineRule="auto"/>
              <w:jc w:val="center"/>
            </w:pPr>
            <w:r>
              <w:rPr>
                <w:sz w:val="15"/>
              </w:rPr>
              <w:t>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A2EF0D" w14:textId="77777777" w:rsidR="00297C2F" w:rsidRDefault="00000000">
            <w:pPr>
              <w:spacing w:after="0" w:line="240" w:lineRule="auto"/>
              <w:jc w:val="center"/>
            </w:pPr>
            <w:r>
              <w:rPr>
                <w:sz w:val="15"/>
              </w:rPr>
              <w:t>2</w:t>
            </w:r>
          </w:p>
        </w:tc>
        <w:tc>
          <w:tcPr>
            <w:tcW w:w="15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2B9B345" w14:textId="77777777" w:rsidR="00297C2F" w:rsidRDefault="00000000">
            <w:pPr>
              <w:spacing w:after="0" w:line="240" w:lineRule="auto"/>
              <w:jc w:val="center"/>
            </w:pPr>
            <w:r>
              <w:rPr>
                <w:sz w:val="15"/>
              </w:rPr>
              <w:t>16.82</w:t>
            </w:r>
          </w:p>
        </w:tc>
      </w:tr>
      <w:tr w:rsidR="00297C2F" w14:paraId="100C0C93"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B2CADEC" w14:textId="77777777" w:rsidR="00297C2F" w:rsidRDefault="00000000">
            <w:pPr>
              <w:spacing w:after="0" w:line="240" w:lineRule="auto"/>
              <w:jc w:val="center"/>
            </w:pPr>
            <w:r>
              <w:rPr>
                <w:sz w:val="15"/>
              </w:rPr>
              <w:t>CO</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1912AC"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8EE2574" w14:textId="77777777" w:rsidR="00297C2F" w:rsidRDefault="00000000">
            <w:pPr>
              <w:spacing w:after="0" w:line="240" w:lineRule="auto"/>
              <w:jc w:val="center"/>
            </w:pPr>
            <w:r>
              <w:rPr>
                <w:sz w:val="15"/>
              </w:rPr>
              <w:t>1/3</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31FAC3B" w14:textId="77777777" w:rsidR="00297C2F" w:rsidRDefault="00000000">
            <w:pPr>
              <w:spacing w:after="0" w:line="240" w:lineRule="auto"/>
              <w:jc w:val="center"/>
            </w:pPr>
            <w:r>
              <w:rPr>
                <w:sz w:val="15"/>
              </w:rPr>
              <w:t>1/2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11F2C27" w14:textId="77777777" w:rsidR="00297C2F" w:rsidRDefault="00000000">
            <w:pPr>
              <w:spacing w:after="0" w:line="240" w:lineRule="auto"/>
              <w:jc w:val="center"/>
            </w:pPr>
            <w:r>
              <w:rPr>
                <w:sz w:val="15"/>
              </w:rPr>
              <w:t>1/2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3ED8A0B"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D59279" w14:textId="77777777" w:rsidR="00297C2F" w:rsidRDefault="00000000">
            <w:pPr>
              <w:spacing w:after="0" w:line="240" w:lineRule="auto"/>
              <w:jc w:val="center"/>
            </w:pPr>
            <w:r>
              <w:rPr>
                <w:sz w:val="15"/>
              </w:rPr>
              <w:t>1</w:t>
            </w:r>
          </w:p>
        </w:tc>
        <w:tc>
          <w:tcPr>
            <w:tcW w:w="15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61266E" w14:textId="77777777" w:rsidR="00297C2F" w:rsidRDefault="00000000">
            <w:pPr>
              <w:spacing w:after="0" w:line="240" w:lineRule="auto"/>
              <w:jc w:val="center"/>
            </w:pPr>
            <w:r>
              <w:rPr>
                <w:sz w:val="15"/>
              </w:rPr>
              <w:t>9.85</w:t>
            </w:r>
          </w:p>
        </w:tc>
      </w:tr>
      <w:tr w:rsidR="00297C2F" w14:paraId="55B2EC65"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4B293C" w14:textId="77777777" w:rsidR="00297C2F" w:rsidRDefault="00000000">
            <w:pPr>
              <w:spacing w:after="0" w:line="240" w:lineRule="auto"/>
              <w:jc w:val="center"/>
            </w:pPr>
            <w:r>
              <w:rPr>
                <w:sz w:val="15"/>
              </w:rPr>
              <w:t>O3</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379C7BA" w14:textId="77777777" w:rsidR="00297C2F" w:rsidRDefault="00000000">
            <w:pPr>
              <w:spacing w:after="0" w:line="240" w:lineRule="auto"/>
              <w:jc w:val="center"/>
            </w:pPr>
            <w:r>
              <w:rPr>
                <w:sz w:val="15"/>
              </w:rPr>
              <w:t>1/2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EFF7BF" w14:textId="77777777" w:rsidR="00297C2F" w:rsidRDefault="00000000">
            <w:pPr>
              <w:spacing w:after="0" w:line="240" w:lineRule="auto"/>
              <w:jc w:val="center"/>
            </w:pPr>
            <w:r>
              <w:rPr>
                <w:sz w:val="15"/>
              </w:rPr>
              <w:t>1/4</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E0037AD" w14:textId="77777777" w:rsidR="00297C2F" w:rsidRDefault="00000000">
            <w:pPr>
              <w:spacing w:after="0" w:line="240" w:lineRule="auto"/>
              <w:jc w:val="center"/>
            </w:pPr>
            <w:r>
              <w:rPr>
                <w:sz w:val="15"/>
              </w:rPr>
              <w:t>1/3</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964A0CB" w14:textId="77777777" w:rsidR="00297C2F" w:rsidRDefault="00000000">
            <w:pPr>
              <w:spacing w:after="0" w:line="240" w:lineRule="auto"/>
              <w:jc w:val="center"/>
            </w:pPr>
            <w:r>
              <w:rPr>
                <w:sz w:val="15"/>
              </w:rPr>
              <w:t>1/2</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796763" w14:textId="77777777" w:rsidR="00297C2F" w:rsidRDefault="00000000">
            <w:pPr>
              <w:spacing w:after="0" w:line="240" w:lineRule="auto"/>
              <w:jc w:val="center"/>
            </w:pPr>
            <w:r>
              <w:rPr>
                <w:sz w:val="15"/>
              </w:rPr>
              <w:t>1</w:t>
            </w:r>
          </w:p>
        </w:tc>
        <w:tc>
          <w:tcPr>
            <w:tcW w:w="195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07FFA0F" w14:textId="77777777" w:rsidR="00297C2F" w:rsidRDefault="00000000">
            <w:pPr>
              <w:spacing w:after="0" w:line="240" w:lineRule="auto"/>
              <w:jc w:val="center"/>
            </w:pPr>
            <w:r>
              <w:rPr>
                <w:sz w:val="15"/>
              </w:rPr>
              <w:t>1</w:t>
            </w:r>
          </w:p>
        </w:tc>
        <w:tc>
          <w:tcPr>
            <w:tcW w:w="15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8A8FB07" w14:textId="77777777" w:rsidR="00297C2F" w:rsidRDefault="00000000">
            <w:pPr>
              <w:spacing w:after="0" w:line="240" w:lineRule="auto"/>
              <w:jc w:val="center"/>
            </w:pPr>
            <w:r>
              <w:rPr>
                <w:sz w:val="15"/>
              </w:rPr>
              <w:t>7.79</w:t>
            </w:r>
          </w:p>
        </w:tc>
      </w:tr>
    </w:tbl>
    <w:p w14:paraId="4C23C904" w14:textId="77777777" w:rsidR="00297C2F" w:rsidRDefault="00297C2F">
      <w:pPr>
        <w:spacing w:after="60" w:line="240" w:lineRule="auto"/>
      </w:pPr>
    </w:p>
    <w:p w14:paraId="13E36EA1" w14:textId="77777777" w:rsidR="00297C2F" w:rsidRDefault="00000000">
      <w:pPr>
        <w:spacing w:before="20" w:after="60" w:line="240" w:lineRule="auto"/>
      </w:pPr>
      <w:r>
        <w:rPr>
          <w:sz w:val="16"/>
        </w:rPr>
        <w:t>n = 6; lambda max = 6.0906; CI = 0.0181; RI = 1.24; CR = 0.0146. The matrix satisfies the CR below 0.10 acceptance rule.</w:t>
      </w:r>
    </w:p>
    <w:p w14:paraId="1717D79B" w14:textId="77777777" w:rsidR="00297C2F" w:rsidRDefault="00000000">
      <w:pPr>
        <w:spacing w:after="60" w:line="240" w:lineRule="auto"/>
      </w:pPr>
      <w:r>
        <w:rPr>
          <w:sz w:val="19"/>
        </w:rPr>
        <w:br w:type="page"/>
      </w:r>
    </w:p>
    <w:p w14:paraId="08B702DE" w14:textId="77777777" w:rsidR="00297C2F" w:rsidRDefault="00000000">
      <w:pPr>
        <w:pStyle w:val="Heading1"/>
        <w:spacing w:before="160" w:after="60" w:line="240" w:lineRule="auto"/>
      </w:pPr>
      <w:r>
        <w:rPr>
          <w:rFonts w:ascii="Arial" w:hAnsi="Arial"/>
          <w:sz w:val="23"/>
        </w:rPr>
        <w:lastRenderedPageBreak/>
        <w:t>Land use and infrastructure criteria</w:t>
      </w:r>
    </w:p>
    <w:p w14:paraId="6FF5C2E8" w14:textId="77777777" w:rsidR="00297C2F" w:rsidRDefault="00000000">
      <w:pPr>
        <w:keepNext/>
        <w:spacing w:after="60" w:line="240" w:lineRule="auto"/>
      </w:pPr>
      <w:r>
        <w:rPr>
          <w:sz w:val="16"/>
        </w:rPr>
        <w:t>Codes  GS Green space ratio (inverse);  LS Land-space ratio;  LF Landfill proximity (inverse);  AIR Airport proximity (inverse);  QRY Quarry proximity (inverse)</w:t>
      </w:r>
    </w:p>
    <w:p w14:paraId="42432A54" w14:textId="77777777" w:rsidR="00297C2F" w:rsidRDefault="00000000">
      <w:pPr>
        <w:keepNext/>
        <w:spacing w:before="60" w:after="60" w:line="240" w:lineRule="auto"/>
      </w:pPr>
      <w:r>
        <w:rPr>
          <w:b/>
        </w:rPr>
        <w:t>Weights for land use and infrastructure criteria</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37"/>
        <w:gridCol w:w="6901"/>
        <w:gridCol w:w="3033"/>
        <w:gridCol w:w="2047"/>
        <w:gridCol w:w="1138"/>
      </w:tblGrid>
      <w:tr w:rsidR="00297C2F" w14:paraId="49937E9E" w14:textId="77777777">
        <w:trPr>
          <w:cantSplit/>
          <w:tblHeader/>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5BBAFA9" w14:textId="77777777" w:rsidR="00297C2F" w:rsidRDefault="00000000">
            <w:pPr>
              <w:spacing w:after="0" w:line="240" w:lineRule="auto"/>
              <w:jc w:val="center"/>
            </w:pPr>
            <w:r>
              <w:rPr>
                <w:b/>
                <w:sz w:val="15"/>
              </w:rPr>
              <w:t>Code</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C4EA363" w14:textId="77777777" w:rsidR="00297C2F" w:rsidRDefault="00000000">
            <w:pPr>
              <w:spacing w:after="0" w:line="240" w:lineRule="auto"/>
              <w:jc w:val="center"/>
            </w:pPr>
            <w:r>
              <w:rPr>
                <w:b/>
                <w:sz w:val="15"/>
              </w:rPr>
              <w:t>Criterion</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FDEE142" w14:textId="77777777" w:rsidR="00297C2F" w:rsidRDefault="00000000">
            <w:pPr>
              <w:spacing w:after="0" w:line="240" w:lineRule="auto"/>
              <w:jc w:val="center"/>
            </w:pPr>
            <w:r>
              <w:rPr>
                <w:b/>
                <w:sz w:val="15"/>
              </w:rPr>
              <w:t>Orientation</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748815" w14:textId="77777777" w:rsidR="00297C2F" w:rsidRDefault="00000000">
            <w:pPr>
              <w:spacing w:after="0" w:line="240" w:lineRule="auto"/>
              <w:jc w:val="center"/>
            </w:pPr>
            <w:r>
              <w:rPr>
                <w:b/>
                <w:sz w:val="15"/>
              </w:rPr>
              <w:t>Weight percent</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5953EB6" w14:textId="77777777" w:rsidR="00297C2F" w:rsidRDefault="00000000">
            <w:pPr>
              <w:spacing w:after="0" w:line="240" w:lineRule="auto"/>
              <w:jc w:val="center"/>
            </w:pPr>
            <w:r>
              <w:rPr>
                <w:b/>
                <w:sz w:val="15"/>
              </w:rPr>
              <w:t>Rank</w:t>
            </w:r>
          </w:p>
        </w:tc>
      </w:tr>
      <w:tr w:rsidR="00297C2F" w14:paraId="5CD03C14"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A6D5D93" w14:textId="77777777" w:rsidR="00297C2F" w:rsidRDefault="00000000">
            <w:pPr>
              <w:spacing w:after="0" w:line="240" w:lineRule="auto"/>
              <w:jc w:val="center"/>
            </w:pPr>
            <w:r>
              <w:rPr>
                <w:sz w:val="15"/>
              </w:rPr>
              <w:t>GS</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0AB92A4" w14:textId="77777777" w:rsidR="00297C2F" w:rsidRDefault="00000000">
            <w:pPr>
              <w:spacing w:after="0" w:line="240" w:lineRule="auto"/>
            </w:pPr>
            <w:r>
              <w:rPr>
                <w:sz w:val="15"/>
              </w:rPr>
              <w:t>Green space ratio (inverse)</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12566EF" w14:textId="77777777" w:rsidR="00297C2F" w:rsidRDefault="00000000">
            <w:pPr>
              <w:spacing w:after="0" w:line="240" w:lineRule="auto"/>
            </w:pPr>
            <w:r>
              <w:rPr>
                <w:sz w:val="15"/>
              </w:rPr>
              <w:t>Inverse</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2EAB1FF" w14:textId="77777777" w:rsidR="00297C2F" w:rsidRDefault="00000000">
            <w:pPr>
              <w:spacing w:after="0" w:line="240" w:lineRule="auto"/>
              <w:jc w:val="center"/>
            </w:pPr>
            <w:r>
              <w:rPr>
                <w:sz w:val="15"/>
              </w:rPr>
              <w:t>19.62</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0BB4EF0" w14:textId="77777777" w:rsidR="00297C2F" w:rsidRDefault="00000000">
            <w:pPr>
              <w:spacing w:after="0" w:line="240" w:lineRule="auto"/>
              <w:jc w:val="center"/>
            </w:pPr>
            <w:r>
              <w:rPr>
                <w:sz w:val="15"/>
              </w:rPr>
              <w:t>3</w:t>
            </w:r>
          </w:p>
        </w:tc>
      </w:tr>
      <w:tr w:rsidR="00297C2F" w14:paraId="50467368"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B9DC4E0" w14:textId="77777777" w:rsidR="00297C2F" w:rsidRDefault="00000000">
            <w:pPr>
              <w:spacing w:after="0" w:line="240" w:lineRule="auto"/>
              <w:jc w:val="center"/>
            </w:pPr>
            <w:r>
              <w:rPr>
                <w:sz w:val="15"/>
              </w:rPr>
              <w:t>LS</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E9697A6" w14:textId="77777777" w:rsidR="00297C2F" w:rsidRDefault="00000000">
            <w:pPr>
              <w:spacing w:after="0" w:line="240" w:lineRule="auto"/>
            </w:pPr>
            <w:r>
              <w:rPr>
                <w:sz w:val="15"/>
              </w:rPr>
              <w:t>Land-space ratio</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447FB6" w14:textId="77777777" w:rsidR="00297C2F" w:rsidRDefault="00000000">
            <w:pPr>
              <w:spacing w:after="0" w:line="240" w:lineRule="auto"/>
            </w:pPr>
            <w:r>
              <w:rPr>
                <w:sz w:val="15"/>
              </w:rPr>
              <w:t>Direct</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8E46319" w14:textId="77777777" w:rsidR="00297C2F" w:rsidRDefault="00000000">
            <w:pPr>
              <w:spacing w:after="0" w:line="240" w:lineRule="auto"/>
              <w:jc w:val="center"/>
            </w:pPr>
            <w:r>
              <w:rPr>
                <w:sz w:val="15"/>
              </w:rPr>
              <w:t>14.87</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CBAAB31" w14:textId="77777777" w:rsidR="00297C2F" w:rsidRDefault="00000000">
            <w:pPr>
              <w:spacing w:after="0" w:line="240" w:lineRule="auto"/>
              <w:jc w:val="center"/>
            </w:pPr>
            <w:r>
              <w:rPr>
                <w:sz w:val="15"/>
              </w:rPr>
              <w:t>5</w:t>
            </w:r>
          </w:p>
        </w:tc>
      </w:tr>
      <w:tr w:rsidR="00297C2F" w14:paraId="176CB2D7"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C63952" w14:textId="77777777" w:rsidR="00297C2F" w:rsidRDefault="00000000">
            <w:pPr>
              <w:spacing w:after="0" w:line="240" w:lineRule="auto"/>
              <w:jc w:val="center"/>
            </w:pPr>
            <w:r>
              <w:rPr>
                <w:sz w:val="15"/>
              </w:rPr>
              <w:t>LF</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91BEC8" w14:textId="77777777" w:rsidR="00297C2F" w:rsidRDefault="00000000">
            <w:pPr>
              <w:spacing w:after="0" w:line="240" w:lineRule="auto"/>
            </w:pPr>
            <w:r>
              <w:rPr>
                <w:sz w:val="15"/>
              </w:rPr>
              <w:t>Landfill proximity (inverse)</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50B6C7" w14:textId="77777777" w:rsidR="00297C2F" w:rsidRDefault="00000000">
            <w:pPr>
              <w:spacing w:after="0" w:line="240" w:lineRule="auto"/>
            </w:pPr>
            <w:r>
              <w:rPr>
                <w:sz w:val="15"/>
              </w:rPr>
              <w:t>Inverse</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80CC01" w14:textId="77777777" w:rsidR="00297C2F" w:rsidRDefault="00000000">
            <w:pPr>
              <w:spacing w:after="0" w:line="240" w:lineRule="auto"/>
              <w:jc w:val="center"/>
            </w:pPr>
            <w:r>
              <w:rPr>
                <w:sz w:val="15"/>
              </w:rPr>
              <w:t>25.89</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51F28CB" w14:textId="77777777" w:rsidR="00297C2F" w:rsidRDefault="00000000">
            <w:pPr>
              <w:spacing w:after="0" w:line="240" w:lineRule="auto"/>
              <w:jc w:val="center"/>
            </w:pPr>
            <w:r>
              <w:rPr>
                <w:sz w:val="15"/>
              </w:rPr>
              <w:t>1</w:t>
            </w:r>
          </w:p>
        </w:tc>
      </w:tr>
      <w:tr w:rsidR="00297C2F" w14:paraId="0F7B04C2"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0159355" w14:textId="77777777" w:rsidR="00297C2F" w:rsidRDefault="00000000">
            <w:pPr>
              <w:spacing w:after="0" w:line="240" w:lineRule="auto"/>
              <w:jc w:val="center"/>
            </w:pPr>
            <w:r>
              <w:rPr>
                <w:sz w:val="15"/>
              </w:rPr>
              <w:t>AIR</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6C20AAF" w14:textId="77777777" w:rsidR="00297C2F" w:rsidRDefault="00000000">
            <w:pPr>
              <w:spacing w:after="0" w:line="240" w:lineRule="auto"/>
            </w:pPr>
            <w:r>
              <w:rPr>
                <w:sz w:val="15"/>
              </w:rPr>
              <w:t>Airport proximity (inverse)</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D209725" w14:textId="77777777" w:rsidR="00297C2F" w:rsidRDefault="00000000">
            <w:pPr>
              <w:spacing w:after="0" w:line="240" w:lineRule="auto"/>
            </w:pPr>
            <w:r>
              <w:rPr>
                <w:sz w:val="15"/>
              </w:rPr>
              <w:t>Inverse</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653296D" w14:textId="77777777" w:rsidR="00297C2F" w:rsidRDefault="00000000">
            <w:pPr>
              <w:spacing w:after="0" w:line="240" w:lineRule="auto"/>
              <w:jc w:val="center"/>
            </w:pPr>
            <w:r>
              <w:rPr>
                <w:sz w:val="15"/>
              </w:rPr>
              <w:t>17.08</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F692346" w14:textId="77777777" w:rsidR="00297C2F" w:rsidRDefault="00000000">
            <w:pPr>
              <w:spacing w:after="0" w:line="240" w:lineRule="auto"/>
              <w:jc w:val="center"/>
            </w:pPr>
            <w:r>
              <w:rPr>
                <w:sz w:val="15"/>
              </w:rPr>
              <w:t>4</w:t>
            </w:r>
          </w:p>
        </w:tc>
      </w:tr>
      <w:tr w:rsidR="00297C2F" w14:paraId="0795C9C7"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D722F29" w14:textId="77777777" w:rsidR="00297C2F" w:rsidRDefault="00000000">
            <w:pPr>
              <w:spacing w:after="0" w:line="240" w:lineRule="auto"/>
              <w:jc w:val="center"/>
            </w:pPr>
            <w:r>
              <w:rPr>
                <w:sz w:val="15"/>
              </w:rPr>
              <w:t>QRY</w:t>
            </w: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08829F0" w14:textId="77777777" w:rsidR="00297C2F" w:rsidRDefault="00000000">
            <w:pPr>
              <w:spacing w:after="0" w:line="240" w:lineRule="auto"/>
            </w:pPr>
            <w:r>
              <w:rPr>
                <w:sz w:val="15"/>
              </w:rPr>
              <w:t>Quarry proximity (inverse)</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2BDA159" w14:textId="77777777" w:rsidR="00297C2F" w:rsidRDefault="00000000">
            <w:pPr>
              <w:spacing w:after="0" w:line="240" w:lineRule="auto"/>
            </w:pPr>
            <w:r>
              <w:rPr>
                <w:sz w:val="15"/>
              </w:rPr>
              <w:t>Inverse</w:t>
            </w: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FE39FE8" w14:textId="77777777" w:rsidR="00297C2F" w:rsidRDefault="00000000">
            <w:pPr>
              <w:spacing w:after="0" w:line="240" w:lineRule="auto"/>
              <w:jc w:val="center"/>
            </w:pPr>
            <w:r>
              <w:rPr>
                <w:sz w:val="15"/>
              </w:rPr>
              <w:t>22.54</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A7A798C" w14:textId="77777777" w:rsidR="00297C2F" w:rsidRDefault="00000000">
            <w:pPr>
              <w:spacing w:after="0" w:line="240" w:lineRule="auto"/>
              <w:jc w:val="center"/>
            </w:pPr>
            <w:r>
              <w:rPr>
                <w:sz w:val="15"/>
              </w:rPr>
              <w:t>2</w:t>
            </w:r>
          </w:p>
        </w:tc>
      </w:tr>
      <w:tr w:rsidR="00297C2F" w14:paraId="0668EAF6" w14:textId="77777777">
        <w:trPr>
          <w:cantSplit/>
          <w:jc w:val="center"/>
        </w:trPr>
        <w:tc>
          <w:tcPr>
            <w:tcW w:w="11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86A8993" w14:textId="77777777" w:rsidR="00297C2F" w:rsidRDefault="00297C2F">
            <w:pPr>
              <w:spacing w:after="0" w:line="240" w:lineRule="auto"/>
              <w:jc w:val="center"/>
            </w:pPr>
          </w:p>
        </w:tc>
        <w:tc>
          <w:tcPr>
            <w:tcW w:w="690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A2C7B4F" w14:textId="77777777" w:rsidR="00297C2F" w:rsidRDefault="00000000">
            <w:pPr>
              <w:spacing w:after="0" w:line="240" w:lineRule="auto"/>
            </w:pPr>
            <w:r>
              <w:rPr>
                <w:b/>
                <w:sz w:val="15"/>
              </w:rPr>
              <w:t>Total</w:t>
            </w:r>
          </w:p>
        </w:tc>
        <w:tc>
          <w:tcPr>
            <w:tcW w:w="303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783544D" w14:textId="77777777" w:rsidR="00297C2F" w:rsidRDefault="00297C2F">
            <w:pPr>
              <w:spacing w:after="0" w:line="240" w:lineRule="auto"/>
            </w:pPr>
          </w:p>
        </w:tc>
        <w:tc>
          <w:tcPr>
            <w:tcW w:w="20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445D633" w14:textId="77777777" w:rsidR="00297C2F" w:rsidRDefault="00000000">
            <w:pPr>
              <w:spacing w:after="0" w:line="240" w:lineRule="auto"/>
              <w:jc w:val="center"/>
            </w:pPr>
            <w:r>
              <w:rPr>
                <w:b/>
                <w:sz w:val="15"/>
              </w:rPr>
              <w:t>100.00</w:t>
            </w:r>
          </w:p>
        </w:tc>
        <w:tc>
          <w:tcPr>
            <w:tcW w:w="1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63766A0" w14:textId="77777777" w:rsidR="00297C2F" w:rsidRDefault="00297C2F">
            <w:pPr>
              <w:spacing w:after="0" w:line="240" w:lineRule="auto"/>
              <w:jc w:val="center"/>
            </w:pPr>
          </w:p>
        </w:tc>
      </w:tr>
    </w:tbl>
    <w:p w14:paraId="020A82E3" w14:textId="77777777" w:rsidR="00297C2F" w:rsidRDefault="00297C2F">
      <w:pPr>
        <w:spacing w:after="60" w:line="240" w:lineRule="auto"/>
      </w:pPr>
    </w:p>
    <w:p w14:paraId="684BF5AF" w14:textId="77777777" w:rsidR="00297C2F" w:rsidRDefault="00000000">
      <w:pPr>
        <w:keepNext/>
        <w:spacing w:before="60" w:after="60" w:line="240" w:lineRule="auto"/>
      </w:pPr>
      <w:r>
        <w:rPr>
          <w:b/>
        </w:rPr>
        <w:t>Pairwise comparison matrix for land use and infrastructure criteria</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24"/>
        <w:gridCol w:w="2339"/>
        <w:gridCol w:w="2339"/>
        <w:gridCol w:w="2339"/>
        <w:gridCol w:w="2339"/>
        <w:gridCol w:w="2339"/>
        <w:gridCol w:w="1537"/>
      </w:tblGrid>
      <w:tr w:rsidR="00297C2F" w14:paraId="41C7560B" w14:textId="77777777">
        <w:trPr>
          <w:cantSplit/>
          <w:tblHeader/>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51D35C2" w14:textId="77777777" w:rsidR="00297C2F" w:rsidRDefault="00000000">
            <w:pPr>
              <w:spacing w:after="0" w:line="240" w:lineRule="auto"/>
              <w:jc w:val="center"/>
            </w:pPr>
            <w:r>
              <w:rPr>
                <w:b/>
                <w:sz w:val="15"/>
              </w:rPr>
              <w:t>Code</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A435A3" w14:textId="77777777" w:rsidR="00297C2F" w:rsidRDefault="00000000">
            <w:pPr>
              <w:spacing w:after="0" w:line="240" w:lineRule="auto"/>
              <w:jc w:val="center"/>
            </w:pPr>
            <w:r>
              <w:rPr>
                <w:b/>
                <w:sz w:val="15"/>
              </w:rPr>
              <w:t>GS</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2AA5FBF" w14:textId="77777777" w:rsidR="00297C2F" w:rsidRDefault="00000000">
            <w:pPr>
              <w:spacing w:after="0" w:line="240" w:lineRule="auto"/>
              <w:jc w:val="center"/>
            </w:pPr>
            <w:r>
              <w:rPr>
                <w:b/>
                <w:sz w:val="15"/>
              </w:rPr>
              <w:t>LS</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D27D856" w14:textId="77777777" w:rsidR="00297C2F" w:rsidRDefault="00000000">
            <w:pPr>
              <w:spacing w:after="0" w:line="240" w:lineRule="auto"/>
              <w:jc w:val="center"/>
            </w:pPr>
            <w:r>
              <w:rPr>
                <w:b/>
                <w:sz w:val="15"/>
              </w:rPr>
              <w:t>LF</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CA32CB0" w14:textId="77777777" w:rsidR="00297C2F" w:rsidRDefault="00000000">
            <w:pPr>
              <w:spacing w:after="0" w:line="240" w:lineRule="auto"/>
              <w:jc w:val="center"/>
            </w:pPr>
            <w:r>
              <w:rPr>
                <w:b/>
                <w:sz w:val="15"/>
              </w:rPr>
              <w:t>AIR</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AF646C9" w14:textId="77777777" w:rsidR="00297C2F" w:rsidRDefault="00000000">
            <w:pPr>
              <w:spacing w:after="0" w:line="240" w:lineRule="auto"/>
              <w:jc w:val="center"/>
            </w:pPr>
            <w:r>
              <w:rPr>
                <w:b/>
                <w:sz w:val="15"/>
              </w:rPr>
              <w:t>QRY</w:t>
            </w:r>
          </w:p>
        </w:tc>
        <w:tc>
          <w:tcPr>
            <w:tcW w:w="15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50667C1" w14:textId="77777777" w:rsidR="00297C2F" w:rsidRDefault="00000000">
            <w:pPr>
              <w:spacing w:after="0" w:line="240" w:lineRule="auto"/>
              <w:jc w:val="center"/>
            </w:pPr>
            <w:r>
              <w:rPr>
                <w:b/>
                <w:sz w:val="15"/>
              </w:rPr>
              <w:t>Weight percent</w:t>
            </w:r>
          </w:p>
        </w:tc>
      </w:tr>
      <w:tr w:rsidR="00297C2F" w14:paraId="0A12C3CE"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73CB24D" w14:textId="77777777" w:rsidR="00297C2F" w:rsidRDefault="00000000">
            <w:pPr>
              <w:spacing w:after="0" w:line="240" w:lineRule="auto"/>
              <w:jc w:val="center"/>
            </w:pPr>
            <w:r>
              <w:rPr>
                <w:sz w:val="15"/>
              </w:rPr>
              <w:t>GS</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E90E055" w14:textId="77777777" w:rsidR="00297C2F" w:rsidRDefault="00000000">
            <w:pPr>
              <w:spacing w:after="0" w:line="240" w:lineRule="auto"/>
              <w:jc w:val="center"/>
            </w:pPr>
            <w:r>
              <w:rPr>
                <w:sz w:val="15"/>
              </w:rPr>
              <w:t>1</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FAE4BC" w14:textId="77777777" w:rsidR="00297C2F" w:rsidRDefault="00000000">
            <w:pPr>
              <w:spacing w:after="0" w:line="240" w:lineRule="auto"/>
              <w:jc w:val="center"/>
            </w:pPr>
            <w:r>
              <w:rPr>
                <w:sz w:val="15"/>
              </w:rPr>
              <w:t>1</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225E18E" w14:textId="77777777" w:rsidR="00297C2F" w:rsidRDefault="00000000">
            <w:pPr>
              <w:spacing w:after="0" w:line="240" w:lineRule="auto"/>
              <w:jc w:val="center"/>
            </w:pPr>
            <w:r>
              <w:rPr>
                <w:sz w:val="15"/>
              </w:rPr>
              <w:t>1</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24AD595" w14:textId="77777777" w:rsidR="00297C2F" w:rsidRDefault="00000000">
            <w:pPr>
              <w:spacing w:after="0" w:line="240" w:lineRule="auto"/>
              <w:jc w:val="center"/>
            </w:pPr>
            <w:r>
              <w:rPr>
                <w:sz w:val="15"/>
              </w:rPr>
              <w:t>1</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BF09C88" w14:textId="77777777" w:rsidR="00297C2F" w:rsidRDefault="00000000">
            <w:pPr>
              <w:spacing w:after="0" w:line="240" w:lineRule="auto"/>
              <w:jc w:val="center"/>
            </w:pPr>
            <w:r>
              <w:rPr>
                <w:sz w:val="15"/>
              </w:rPr>
              <w:t>1</w:t>
            </w:r>
          </w:p>
        </w:tc>
        <w:tc>
          <w:tcPr>
            <w:tcW w:w="15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8B1DA5B" w14:textId="77777777" w:rsidR="00297C2F" w:rsidRDefault="00000000">
            <w:pPr>
              <w:spacing w:after="0" w:line="240" w:lineRule="auto"/>
              <w:jc w:val="center"/>
            </w:pPr>
            <w:r>
              <w:rPr>
                <w:sz w:val="15"/>
              </w:rPr>
              <w:t>19.62</w:t>
            </w:r>
          </w:p>
        </w:tc>
      </w:tr>
      <w:tr w:rsidR="00297C2F" w14:paraId="2AD7AE8F"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EE7B26" w14:textId="77777777" w:rsidR="00297C2F" w:rsidRDefault="00000000">
            <w:pPr>
              <w:spacing w:after="0" w:line="240" w:lineRule="auto"/>
              <w:jc w:val="center"/>
            </w:pPr>
            <w:r>
              <w:rPr>
                <w:sz w:val="15"/>
              </w:rPr>
              <w:t>LS</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F714F5" w14:textId="77777777" w:rsidR="00297C2F" w:rsidRDefault="00000000">
            <w:pPr>
              <w:spacing w:after="0" w:line="240" w:lineRule="auto"/>
              <w:jc w:val="center"/>
            </w:pPr>
            <w:r>
              <w:rPr>
                <w:sz w:val="15"/>
              </w:rPr>
              <w:t>1</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8EBBEAA" w14:textId="77777777" w:rsidR="00297C2F" w:rsidRDefault="00000000">
            <w:pPr>
              <w:spacing w:after="0" w:line="240" w:lineRule="auto"/>
              <w:jc w:val="center"/>
            </w:pPr>
            <w:r>
              <w:rPr>
                <w:sz w:val="15"/>
              </w:rPr>
              <w:t>1</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6FE5A6B" w14:textId="77777777" w:rsidR="00297C2F" w:rsidRDefault="00000000">
            <w:pPr>
              <w:spacing w:after="0" w:line="240" w:lineRule="auto"/>
              <w:jc w:val="center"/>
            </w:pPr>
            <w:r>
              <w:rPr>
                <w:sz w:val="15"/>
              </w:rPr>
              <w:t>1/2</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6DFB2D6" w14:textId="77777777" w:rsidR="00297C2F" w:rsidRDefault="00000000">
            <w:pPr>
              <w:spacing w:after="0" w:line="240" w:lineRule="auto"/>
              <w:jc w:val="center"/>
            </w:pPr>
            <w:r>
              <w:rPr>
                <w:sz w:val="15"/>
              </w:rPr>
              <w:t>1</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DC67E1" w14:textId="77777777" w:rsidR="00297C2F" w:rsidRDefault="00000000">
            <w:pPr>
              <w:spacing w:after="0" w:line="240" w:lineRule="auto"/>
              <w:jc w:val="center"/>
            </w:pPr>
            <w:r>
              <w:rPr>
                <w:sz w:val="15"/>
              </w:rPr>
              <w:t>1/2</w:t>
            </w:r>
          </w:p>
        </w:tc>
        <w:tc>
          <w:tcPr>
            <w:tcW w:w="15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889D5B1" w14:textId="77777777" w:rsidR="00297C2F" w:rsidRDefault="00000000">
            <w:pPr>
              <w:spacing w:after="0" w:line="240" w:lineRule="auto"/>
              <w:jc w:val="center"/>
            </w:pPr>
            <w:r>
              <w:rPr>
                <w:sz w:val="15"/>
              </w:rPr>
              <w:t>14.87</w:t>
            </w:r>
          </w:p>
        </w:tc>
      </w:tr>
      <w:tr w:rsidR="00297C2F" w14:paraId="5236FE34"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F5073D3" w14:textId="77777777" w:rsidR="00297C2F" w:rsidRDefault="00000000">
            <w:pPr>
              <w:spacing w:after="0" w:line="240" w:lineRule="auto"/>
              <w:jc w:val="center"/>
            </w:pPr>
            <w:r>
              <w:rPr>
                <w:sz w:val="15"/>
              </w:rPr>
              <w:t>LF</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783141" w14:textId="77777777" w:rsidR="00297C2F" w:rsidRDefault="00000000">
            <w:pPr>
              <w:spacing w:after="0" w:line="240" w:lineRule="auto"/>
              <w:jc w:val="center"/>
            </w:pPr>
            <w:r>
              <w:rPr>
                <w:sz w:val="15"/>
              </w:rPr>
              <w:t>1</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066F04" w14:textId="77777777" w:rsidR="00297C2F" w:rsidRDefault="00000000">
            <w:pPr>
              <w:spacing w:after="0" w:line="240" w:lineRule="auto"/>
              <w:jc w:val="center"/>
            </w:pPr>
            <w:r>
              <w:rPr>
                <w:sz w:val="15"/>
              </w:rPr>
              <w:t>2</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3DDD595" w14:textId="77777777" w:rsidR="00297C2F" w:rsidRDefault="00000000">
            <w:pPr>
              <w:spacing w:after="0" w:line="240" w:lineRule="auto"/>
              <w:jc w:val="center"/>
            </w:pPr>
            <w:r>
              <w:rPr>
                <w:sz w:val="15"/>
              </w:rPr>
              <w:t>1</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0576289" w14:textId="77777777" w:rsidR="00297C2F" w:rsidRDefault="00000000">
            <w:pPr>
              <w:spacing w:after="0" w:line="240" w:lineRule="auto"/>
              <w:jc w:val="center"/>
            </w:pPr>
            <w:r>
              <w:rPr>
                <w:sz w:val="15"/>
              </w:rPr>
              <w:t>2</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6BFE74" w14:textId="77777777" w:rsidR="00297C2F" w:rsidRDefault="00000000">
            <w:pPr>
              <w:spacing w:after="0" w:line="240" w:lineRule="auto"/>
              <w:jc w:val="center"/>
            </w:pPr>
            <w:r>
              <w:rPr>
                <w:sz w:val="15"/>
              </w:rPr>
              <w:t>1</w:t>
            </w:r>
          </w:p>
        </w:tc>
        <w:tc>
          <w:tcPr>
            <w:tcW w:w="15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10D9C6F" w14:textId="77777777" w:rsidR="00297C2F" w:rsidRDefault="00000000">
            <w:pPr>
              <w:spacing w:after="0" w:line="240" w:lineRule="auto"/>
              <w:jc w:val="center"/>
            </w:pPr>
            <w:r>
              <w:rPr>
                <w:sz w:val="15"/>
              </w:rPr>
              <w:t>25.89</w:t>
            </w:r>
          </w:p>
        </w:tc>
      </w:tr>
      <w:tr w:rsidR="00297C2F" w14:paraId="4A8E9BD6"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2C2ED5B" w14:textId="77777777" w:rsidR="00297C2F" w:rsidRDefault="00000000">
            <w:pPr>
              <w:spacing w:after="0" w:line="240" w:lineRule="auto"/>
              <w:jc w:val="center"/>
            </w:pPr>
            <w:r>
              <w:rPr>
                <w:sz w:val="15"/>
              </w:rPr>
              <w:t>AIR</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B187515" w14:textId="77777777" w:rsidR="00297C2F" w:rsidRDefault="00000000">
            <w:pPr>
              <w:spacing w:after="0" w:line="240" w:lineRule="auto"/>
              <w:jc w:val="center"/>
            </w:pPr>
            <w:r>
              <w:rPr>
                <w:sz w:val="15"/>
              </w:rPr>
              <w:t>1</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45062DF" w14:textId="77777777" w:rsidR="00297C2F" w:rsidRDefault="00000000">
            <w:pPr>
              <w:spacing w:after="0" w:line="240" w:lineRule="auto"/>
              <w:jc w:val="center"/>
            </w:pPr>
            <w:r>
              <w:rPr>
                <w:sz w:val="15"/>
              </w:rPr>
              <w:t>1</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AEDE059" w14:textId="77777777" w:rsidR="00297C2F" w:rsidRDefault="00000000">
            <w:pPr>
              <w:spacing w:after="0" w:line="240" w:lineRule="auto"/>
              <w:jc w:val="center"/>
            </w:pPr>
            <w:r>
              <w:rPr>
                <w:sz w:val="15"/>
              </w:rPr>
              <w:t>1/2</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2C4A049" w14:textId="77777777" w:rsidR="00297C2F" w:rsidRDefault="00000000">
            <w:pPr>
              <w:spacing w:after="0" w:line="240" w:lineRule="auto"/>
              <w:jc w:val="center"/>
            </w:pPr>
            <w:r>
              <w:rPr>
                <w:sz w:val="15"/>
              </w:rPr>
              <w:t>1</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C45BE01" w14:textId="77777777" w:rsidR="00297C2F" w:rsidRDefault="00000000">
            <w:pPr>
              <w:spacing w:after="0" w:line="240" w:lineRule="auto"/>
              <w:jc w:val="center"/>
            </w:pPr>
            <w:r>
              <w:rPr>
                <w:sz w:val="15"/>
              </w:rPr>
              <w:t>1</w:t>
            </w:r>
          </w:p>
        </w:tc>
        <w:tc>
          <w:tcPr>
            <w:tcW w:w="15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A96E9A8" w14:textId="77777777" w:rsidR="00297C2F" w:rsidRDefault="00000000">
            <w:pPr>
              <w:spacing w:after="0" w:line="240" w:lineRule="auto"/>
              <w:jc w:val="center"/>
            </w:pPr>
            <w:r>
              <w:rPr>
                <w:sz w:val="15"/>
              </w:rPr>
              <w:t>17.08</w:t>
            </w:r>
          </w:p>
        </w:tc>
      </w:tr>
      <w:tr w:rsidR="00297C2F" w14:paraId="16A7EB16" w14:textId="77777777">
        <w:trPr>
          <w:cantSplit/>
          <w:jc w:val="center"/>
        </w:trPr>
        <w:tc>
          <w:tcPr>
            <w:tcW w:w="1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BFD375C" w14:textId="77777777" w:rsidR="00297C2F" w:rsidRDefault="00000000">
            <w:pPr>
              <w:spacing w:after="0" w:line="240" w:lineRule="auto"/>
              <w:jc w:val="center"/>
            </w:pPr>
            <w:r>
              <w:rPr>
                <w:sz w:val="15"/>
              </w:rPr>
              <w:t>QRY</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C419D5D" w14:textId="77777777" w:rsidR="00297C2F" w:rsidRDefault="00000000">
            <w:pPr>
              <w:spacing w:after="0" w:line="240" w:lineRule="auto"/>
              <w:jc w:val="center"/>
            </w:pPr>
            <w:r>
              <w:rPr>
                <w:sz w:val="15"/>
              </w:rPr>
              <w:t>1</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C3EC391" w14:textId="77777777" w:rsidR="00297C2F" w:rsidRDefault="00000000">
            <w:pPr>
              <w:spacing w:after="0" w:line="240" w:lineRule="auto"/>
              <w:jc w:val="center"/>
            </w:pPr>
            <w:r>
              <w:rPr>
                <w:sz w:val="15"/>
              </w:rPr>
              <w:t>2</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EE14FCB" w14:textId="77777777" w:rsidR="00297C2F" w:rsidRDefault="00000000">
            <w:pPr>
              <w:spacing w:after="0" w:line="240" w:lineRule="auto"/>
              <w:jc w:val="center"/>
            </w:pPr>
            <w:r>
              <w:rPr>
                <w:sz w:val="15"/>
              </w:rPr>
              <w:t>1</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4BEE87A" w14:textId="77777777" w:rsidR="00297C2F" w:rsidRDefault="00000000">
            <w:pPr>
              <w:spacing w:after="0" w:line="240" w:lineRule="auto"/>
              <w:jc w:val="center"/>
            </w:pPr>
            <w:r>
              <w:rPr>
                <w:sz w:val="15"/>
              </w:rPr>
              <w:t>1</w:t>
            </w:r>
          </w:p>
        </w:tc>
        <w:tc>
          <w:tcPr>
            <w:tcW w:w="233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AE95FF7" w14:textId="77777777" w:rsidR="00297C2F" w:rsidRDefault="00000000">
            <w:pPr>
              <w:spacing w:after="0" w:line="240" w:lineRule="auto"/>
              <w:jc w:val="center"/>
            </w:pPr>
            <w:r>
              <w:rPr>
                <w:sz w:val="15"/>
              </w:rPr>
              <w:t>1</w:t>
            </w:r>
          </w:p>
        </w:tc>
        <w:tc>
          <w:tcPr>
            <w:tcW w:w="15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138A27" w14:textId="77777777" w:rsidR="00297C2F" w:rsidRDefault="00000000">
            <w:pPr>
              <w:spacing w:after="0" w:line="240" w:lineRule="auto"/>
              <w:jc w:val="center"/>
            </w:pPr>
            <w:r>
              <w:rPr>
                <w:sz w:val="15"/>
              </w:rPr>
              <w:t>22.54</w:t>
            </w:r>
          </w:p>
        </w:tc>
      </w:tr>
    </w:tbl>
    <w:p w14:paraId="42F27A91" w14:textId="77777777" w:rsidR="00297C2F" w:rsidRDefault="00297C2F">
      <w:pPr>
        <w:spacing w:after="60" w:line="240" w:lineRule="auto"/>
      </w:pPr>
    </w:p>
    <w:p w14:paraId="6B54E2C4" w14:textId="77777777" w:rsidR="00297C2F" w:rsidRDefault="00000000">
      <w:pPr>
        <w:spacing w:before="20" w:after="60" w:line="240" w:lineRule="auto"/>
      </w:pPr>
      <w:r>
        <w:rPr>
          <w:sz w:val="16"/>
        </w:rPr>
        <w:t>n = 5; lambda max = 5.0966; CI = 0.0242; RI = 1.12; CR = 0.0216. The matrix satisfies the CR below 0.10 acceptance rule.</w:t>
      </w:r>
    </w:p>
    <w:p w14:paraId="328C6E18" w14:textId="77777777" w:rsidR="00297C2F" w:rsidRDefault="00000000">
      <w:pPr>
        <w:spacing w:after="60" w:line="240" w:lineRule="auto"/>
      </w:pPr>
      <w:r>
        <w:rPr>
          <w:sz w:val="19"/>
        </w:rPr>
        <w:br w:type="page"/>
      </w:r>
    </w:p>
    <w:p w14:paraId="50684FFB" w14:textId="77777777" w:rsidR="00297C2F" w:rsidRDefault="00000000">
      <w:pPr>
        <w:pStyle w:val="Heading1"/>
        <w:spacing w:before="160" w:after="60" w:line="240" w:lineRule="auto"/>
      </w:pPr>
      <w:r>
        <w:rPr>
          <w:rFonts w:ascii="Arial" w:hAnsi="Arial"/>
          <w:sz w:val="23"/>
        </w:rPr>
        <w:lastRenderedPageBreak/>
        <w:t>Consistency summary</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609"/>
        <w:gridCol w:w="857"/>
        <w:gridCol w:w="1870"/>
        <w:gridCol w:w="1558"/>
        <w:gridCol w:w="1246"/>
        <w:gridCol w:w="1558"/>
        <w:gridCol w:w="1558"/>
      </w:tblGrid>
      <w:tr w:rsidR="00297C2F" w14:paraId="0B9DC0AC" w14:textId="77777777">
        <w:trPr>
          <w:cantSplit/>
          <w:tblHeader/>
          <w:jc w:val="center"/>
        </w:trPr>
        <w:tc>
          <w:tcPr>
            <w:tcW w:w="560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CD1320A" w14:textId="77777777" w:rsidR="00297C2F" w:rsidRDefault="00000000">
            <w:pPr>
              <w:spacing w:after="0" w:line="240" w:lineRule="auto"/>
              <w:jc w:val="center"/>
            </w:pPr>
            <w:r>
              <w:rPr>
                <w:b/>
                <w:sz w:val="15"/>
              </w:rPr>
              <w:t>Matrix</w:t>
            </w:r>
          </w:p>
        </w:tc>
        <w:tc>
          <w:tcPr>
            <w:tcW w:w="85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0798C04" w14:textId="77777777" w:rsidR="00297C2F" w:rsidRDefault="00000000">
            <w:pPr>
              <w:spacing w:after="0" w:line="240" w:lineRule="auto"/>
              <w:jc w:val="center"/>
            </w:pPr>
            <w:r>
              <w:rPr>
                <w:b/>
                <w:sz w:val="15"/>
              </w:rPr>
              <w:t>n</w:t>
            </w:r>
          </w:p>
        </w:tc>
        <w:tc>
          <w:tcPr>
            <w:tcW w:w="187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1FD3BE3" w14:textId="77777777" w:rsidR="00297C2F" w:rsidRDefault="00000000">
            <w:pPr>
              <w:spacing w:after="0" w:line="240" w:lineRule="auto"/>
              <w:jc w:val="center"/>
            </w:pPr>
            <w:r>
              <w:rPr>
                <w:b/>
                <w:sz w:val="15"/>
              </w:rPr>
              <w:t>Lambda max</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AEF436B" w14:textId="77777777" w:rsidR="00297C2F" w:rsidRDefault="00000000">
            <w:pPr>
              <w:spacing w:after="0" w:line="240" w:lineRule="auto"/>
              <w:jc w:val="center"/>
            </w:pPr>
            <w:r>
              <w:rPr>
                <w:b/>
                <w:sz w:val="15"/>
              </w:rPr>
              <w:t>CI</w:t>
            </w:r>
          </w:p>
        </w:tc>
        <w:tc>
          <w:tcPr>
            <w:tcW w:w="124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7FA0C15" w14:textId="77777777" w:rsidR="00297C2F" w:rsidRDefault="00000000">
            <w:pPr>
              <w:spacing w:after="0" w:line="240" w:lineRule="auto"/>
              <w:jc w:val="center"/>
            </w:pPr>
            <w:r>
              <w:rPr>
                <w:b/>
                <w:sz w:val="15"/>
              </w:rPr>
              <w:t>RI</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EAE3B8C" w14:textId="77777777" w:rsidR="00297C2F" w:rsidRDefault="00000000">
            <w:pPr>
              <w:spacing w:after="0" w:line="240" w:lineRule="auto"/>
              <w:jc w:val="center"/>
            </w:pPr>
            <w:r>
              <w:rPr>
                <w:b/>
                <w:sz w:val="15"/>
              </w:rPr>
              <w:t>CR</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D2F535C" w14:textId="77777777" w:rsidR="00297C2F" w:rsidRDefault="00000000">
            <w:pPr>
              <w:spacing w:after="0" w:line="240" w:lineRule="auto"/>
              <w:jc w:val="center"/>
            </w:pPr>
            <w:r>
              <w:rPr>
                <w:b/>
                <w:sz w:val="15"/>
              </w:rPr>
              <w:t>Decision</w:t>
            </w:r>
          </w:p>
        </w:tc>
      </w:tr>
      <w:tr w:rsidR="00297C2F" w14:paraId="7B546E5E" w14:textId="77777777">
        <w:trPr>
          <w:cantSplit/>
          <w:jc w:val="center"/>
        </w:trPr>
        <w:tc>
          <w:tcPr>
            <w:tcW w:w="560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DF54E91" w14:textId="77777777" w:rsidR="00297C2F" w:rsidRDefault="00000000">
            <w:pPr>
              <w:spacing w:after="0" w:line="240" w:lineRule="auto"/>
            </w:pPr>
            <w:r>
              <w:rPr>
                <w:sz w:val="15"/>
              </w:rPr>
              <w:t>Equal domain integration</w:t>
            </w:r>
          </w:p>
        </w:tc>
        <w:tc>
          <w:tcPr>
            <w:tcW w:w="85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6D3E07A" w14:textId="77777777" w:rsidR="00297C2F" w:rsidRDefault="00000000">
            <w:pPr>
              <w:spacing w:after="0" w:line="240" w:lineRule="auto"/>
              <w:jc w:val="center"/>
            </w:pPr>
            <w:r>
              <w:rPr>
                <w:sz w:val="15"/>
              </w:rPr>
              <w:t>4</w:t>
            </w:r>
          </w:p>
        </w:tc>
        <w:tc>
          <w:tcPr>
            <w:tcW w:w="187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9576CF5" w14:textId="77777777" w:rsidR="00297C2F" w:rsidRDefault="00000000">
            <w:pPr>
              <w:spacing w:after="0" w:line="240" w:lineRule="auto"/>
              <w:jc w:val="center"/>
            </w:pPr>
            <w:r>
              <w:rPr>
                <w:sz w:val="15"/>
              </w:rPr>
              <w:t>4.0000</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9FBB52A" w14:textId="77777777" w:rsidR="00297C2F" w:rsidRDefault="00000000">
            <w:pPr>
              <w:spacing w:after="0" w:line="240" w:lineRule="auto"/>
              <w:jc w:val="center"/>
            </w:pPr>
            <w:r>
              <w:rPr>
                <w:sz w:val="15"/>
              </w:rPr>
              <w:t>0.0000</w:t>
            </w:r>
          </w:p>
        </w:tc>
        <w:tc>
          <w:tcPr>
            <w:tcW w:w="124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861F502" w14:textId="77777777" w:rsidR="00297C2F" w:rsidRDefault="00000000">
            <w:pPr>
              <w:spacing w:after="0" w:line="240" w:lineRule="auto"/>
              <w:jc w:val="center"/>
            </w:pPr>
            <w:r>
              <w:rPr>
                <w:sz w:val="15"/>
              </w:rPr>
              <w:t>0.90</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01252A" w14:textId="77777777" w:rsidR="00297C2F" w:rsidRDefault="00000000">
            <w:pPr>
              <w:spacing w:after="0" w:line="240" w:lineRule="auto"/>
              <w:jc w:val="center"/>
            </w:pPr>
            <w:r>
              <w:rPr>
                <w:sz w:val="15"/>
              </w:rPr>
              <w:t>0.0000</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3FBBB7C" w14:textId="77777777" w:rsidR="00297C2F" w:rsidRDefault="00000000">
            <w:pPr>
              <w:spacing w:after="0" w:line="240" w:lineRule="auto"/>
              <w:jc w:val="center"/>
            </w:pPr>
            <w:r>
              <w:rPr>
                <w:sz w:val="15"/>
              </w:rPr>
              <w:t>Accept</w:t>
            </w:r>
          </w:p>
        </w:tc>
      </w:tr>
      <w:tr w:rsidR="00297C2F" w14:paraId="7CA196EC" w14:textId="77777777">
        <w:trPr>
          <w:cantSplit/>
          <w:jc w:val="center"/>
        </w:trPr>
        <w:tc>
          <w:tcPr>
            <w:tcW w:w="560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1B02AF" w14:textId="77777777" w:rsidR="00297C2F" w:rsidRDefault="00000000">
            <w:pPr>
              <w:spacing w:after="0" w:line="240" w:lineRule="auto"/>
            </w:pPr>
            <w:r>
              <w:rPr>
                <w:sz w:val="15"/>
              </w:rPr>
              <w:t>Socioeconomic criteria</w:t>
            </w:r>
          </w:p>
        </w:tc>
        <w:tc>
          <w:tcPr>
            <w:tcW w:w="85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442DB33" w14:textId="77777777" w:rsidR="00297C2F" w:rsidRDefault="00000000">
            <w:pPr>
              <w:spacing w:after="0" w:line="240" w:lineRule="auto"/>
              <w:jc w:val="center"/>
            </w:pPr>
            <w:r>
              <w:rPr>
                <w:sz w:val="15"/>
              </w:rPr>
              <w:t>7</w:t>
            </w:r>
          </w:p>
        </w:tc>
        <w:tc>
          <w:tcPr>
            <w:tcW w:w="187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3E01576" w14:textId="77777777" w:rsidR="00297C2F" w:rsidRDefault="00000000">
            <w:pPr>
              <w:spacing w:after="0" w:line="240" w:lineRule="auto"/>
              <w:jc w:val="center"/>
            </w:pPr>
            <w:r>
              <w:rPr>
                <w:sz w:val="15"/>
              </w:rPr>
              <w:t>7.0859</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6A412DA" w14:textId="77777777" w:rsidR="00297C2F" w:rsidRDefault="00000000">
            <w:pPr>
              <w:spacing w:after="0" w:line="240" w:lineRule="auto"/>
              <w:jc w:val="center"/>
            </w:pPr>
            <w:r>
              <w:rPr>
                <w:sz w:val="15"/>
              </w:rPr>
              <w:t>0.0143</w:t>
            </w:r>
          </w:p>
        </w:tc>
        <w:tc>
          <w:tcPr>
            <w:tcW w:w="124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F741DDF" w14:textId="77777777" w:rsidR="00297C2F" w:rsidRDefault="00000000">
            <w:pPr>
              <w:spacing w:after="0" w:line="240" w:lineRule="auto"/>
              <w:jc w:val="center"/>
            </w:pPr>
            <w:r>
              <w:rPr>
                <w:sz w:val="15"/>
              </w:rPr>
              <w:t>1.32</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4AAC456" w14:textId="77777777" w:rsidR="00297C2F" w:rsidRDefault="00000000">
            <w:pPr>
              <w:spacing w:after="0" w:line="240" w:lineRule="auto"/>
              <w:jc w:val="center"/>
            </w:pPr>
            <w:r>
              <w:rPr>
                <w:sz w:val="15"/>
              </w:rPr>
              <w:t>0.0108</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3AE64A" w14:textId="77777777" w:rsidR="00297C2F" w:rsidRDefault="00000000">
            <w:pPr>
              <w:spacing w:after="0" w:line="240" w:lineRule="auto"/>
              <w:jc w:val="center"/>
            </w:pPr>
            <w:r>
              <w:rPr>
                <w:sz w:val="15"/>
              </w:rPr>
              <w:t>Accept</w:t>
            </w:r>
          </w:p>
        </w:tc>
      </w:tr>
      <w:tr w:rsidR="00297C2F" w14:paraId="40233FA0" w14:textId="77777777">
        <w:trPr>
          <w:cantSplit/>
          <w:jc w:val="center"/>
        </w:trPr>
        <w:tc>
          <w:tcPr>
            <w:tcW w:w="560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E27C71B" w14:textId="77777777" w:rsidR="00297C2F" w:rsidRDefault="00000000">
            <w:pPr>
              <w:spacing w:after="0" w:line="240" w:lineRule="auto"/>
            </w:pPr>
            <w:r>
              <w:rPr>
                <w:sz w:val="15"/>
              </w:rPr>
              <w:t>Residential criteria</w:t>
            </w:r>
          </w:p>
        </w:tc>
        <w:tc>
          <w:tcPr>
            <w:tcW w:w="85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70E3BE3" w14:textId="77777777" w:rsidR="00297C2F" w:rsidRDefault="00000000">
            <w:pPr>
              <w:spacing w:after="0" w:line="240" w:lineRule="auto"/>
              <w:jc w:val="center"/>
            </w:pPr>
            <w:r>
              <w:rPr>
                <w:sz w:val="15"/>
              </w:rPr>
              <w:t>2</w:t>
            </w:r>
          </w:p>
        </w:tc>
        <w:tc>
          <w:tcPr>
            <w:tcW w:w="187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81C4E94" w14:textId="77777777" w:rsidR="00297C2F" w:rsidRDefault="00000000">
            <w:pPr>
              <w:spacing w:after="0" w:line="240" w:lineRule="auto"/>
              <w:jc w:val="center"/>
            </w:pPr>
            <w:r>
              <w:rPr>
                <w:sz w:val="15"/>
              </w:rPr>
              <w:t>2.0000</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0FF58CF" w14:textId="77777777" w:rsidR="00297C2F" w:rsidRDefault="00000000">
            <w:pPr>
              <w:spacing w:after="0" w:line="240" w:lineRule="auto"/>
              <w:jc w:val="center"/>
            </w:pPr>
            <w:r>
              <w:rPr>
                <w:sz w:val="15"/>
              </w:rPr>
              <w:t>0.0000</w:t>
            </w:r>
          </w:p>
        </w:tc>
        <w:tc>
          <w:tcPr>
            <w:tcW w:w="124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EFEDD42" w14:textId="77777777" w:rsidR="00297C2F" w:rsidRDefault="00000000">
            <w:pPr>
              <w:spacing w:after="0" w:line="240" w:lineRule="auto"/>
              <w:jc w:val="center"/>
            </w:pPr>
            <w:r>
              <w:rPr>
                <w:sz w:val="15"/>
              </w:rPr>
              <w:t>0.00</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27B0193" w14:textId="77777777" w:rsidR="00297C2F" w:rsidRDefault="00000000">
            <w:pPr>
              <w:spacing w:after="0" w:line="240" w:lineRule="auto"/>
              <w:jc w:val="center"/>
            </w:pPr>
            <w:r>
              <w:rPr>
                <w:sz w:val="15"/>
              </w:rPr>
              <w:t>N/A</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3F81AA6" w14:textId="77777777" w:rsidR="00297C2F" w:rsidRDefault="00000000">
            <w:pPr>
              <w:spacing w:after="0" w:line="240" w:lineRule="auto"/>
              <w:jc w:val="center"/>
            </w:pPr>
            <w:r>
              <w:rPr>
                <w:sz w:val="15"/>
              </w:rPr>
              <w:t>Consistent</w:t>
            </w:r>
          </w:p>
        </w:tc>
      </w:tr>
      <w:tr w:rsidR="00297C2F" w14:paraId="602C054C" w14:textId="77777777">
        <w:trPr>
          <w:cantSplit/>
          <w:jc w:val="center"/>
        </w:trPr>
        <w:tc>
          <w:tcPr>
            <w:tcW w:w="560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34CB77E" w14:textId="77777777" w:rsidR="00297C2F" w:rsidRDefault="00000000">
            <w:pPr>
              <w:spacing w:after="0" w:line="240" w:lineRule="auto"/>
            </w:pPr>
            <w:r>
              <w:rPr>
                <w:sz w:val="15"/>
              </w:rPr>
              <w:t>Environmental subgroups</w:t>
            </w:r>
          </w:p>
        </w:tc>
        <w:tc>
          <w:tcPr>
            <w:tcW w:w="85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128127F" w14:textId="77777777" w:rsidR="00297C2F" w:rsidRDefault="00000000">
            <w:pPr>
              <w:spacing w:after="0" w:line="240" w:lineRule="auto"/>
              <w:jc w:val="center"/>
            </w:pPr>
            <w:r>
              <w:rPr>
                <w:sz w:val="15"/>
              </w:rPr>
              <w:t>3</w:t>
            </w:r>
          </w:p>
        </w:tc>
        <w:tc>
          <w:tcPr>
            <w:tcW w:w="187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95A750C" w14:textId="77777777" w:rsidR="00297C2F" w:rsidRDefault="00000000">
            <w:pPr>
              <w:spacing w:after="0" w:line="240" w:lineRule="auto"/>
              <w:jc w:val="center"/>
            </w:pPr>
            <w:r>
              <w:rPr>
                <w:sz w:val="15"/>
              </w:rPr>
              <w:t>3.0000</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E48F7D7" w14:textId="77777777" w:rsidR="00297C2F" w:rsidRDefault="00000000">
            <w:pPr>
              <w:spacing w:after="0" w:line="240" w:lineRule="auto"/>
              <w:jc w:val="center"/>
            </w:pPr>
            <w:r>
              <w:rPr>
                <w:sz w:val="15"/>
              </w:rPr>
              <w:t>0.0000</w:t>
            </w:r>
          </w:p>
        </w:tc>
        <w:tc>
          <w:tcPr>
            <w:tcW w:w="124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58F2F0" w14:textId="77777777" w:rsidR="00297C2F" w:rsidRDefault="00000000">
            <w:pPr>
              <w:spacing w:after="0" w:line="240" w:lineRule="auto"/>
              <w:jc w:val="center"/>
            </w:pPr>
            <w:r>
              <w:rPr>
                <w:sz w:val="15"/>
              </w:rPr>
              <w:t>0.58</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6C902A" w14:textId="77777777" w:rsidR="00297C2F" w:rsidRDefault="00000000">
            <w:pPr>
              <w:spacing w:after="0" w:line="240" w:lineRule="auto"/>
              <w:jc w:val="center"/>
            </w:pPr>
            <w:r>
              <w:rPr>
                <w:sz w:val="15"/>
              </w:rPr>
              <w:t>0.0000</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2E39731" w14:textId="77777777" w:rsidR="00297C2F" w:rsidRDefault="00000000">
            <w:pPr>
              <w:spacing w:after="0" w:line="240" w:lineRule="auto"/>
              <w:jc w:val="center"/>
            </w:pPr>
            <w:r>
              <w:rPr>
                <w:sz w:val="15"/>
              </w:rPr>
              <w:t>Accept</w:t>
            </w:r>
          </w:p>
        </w:tc>
      </w:tr>
      <w:tr w:rsidR="00297C2F" w14:paraId="05296FA9" w14:textId="77777777">
        <w:trPr>
          <w:cantSplit/>
          <w:jc w:val="center"/>
        </w:trPr>
        <w:tc>
          <w:tcPr>
            <w:tcW w:w="560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3D40DED" w14:textId="77777777" w:rsidR="00297C2F" w:rsidRDefault="00000000">
            <w:pPr>
              <w:spacing w:after="0" w:line="240" w:lineRule="auto"/>
            </w:pPr>
            <w:r>
              <w:rPr>
                <w:sz w:val="15"/>
              </w:rPr>
              <w:t>Traffic and industrial criteria</w:t>
            </w:r>
          </w:p>
        </w:tc>
        <w:tc>
          <w:tcPr>
            <w:tcW w:w="85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27045B" w14:textId="77777777" w:rsidR="00297C2F" w:rsidRDefault="00000000">
            <w:pPr>
              <w:spacing w:after="0" w:line="240" w:lineRule="auto"/>
              <w:jc w:val="center"/>
            </w:pPr>
            <w:r>
              <w:rPr>
                <w:sz w:val="15"/>
              </w:rPr>
              <w:t>6</w:t>
            </w:r>
          </w:p>
        </w:tc>
        <w:tc>
          <w:tcPr>
            <w:tcW w:w="187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8DEE6EE" w14:textId="77777777" w:rsidR="00297C2F" w:rsidRDefault="00000000">
            <w:pPr>
              <w:spacing w:after="0" w:line="240" w:lineRule="auto"/>
              <w:jc w:val="center"/>
            </w:pPr>
            <w:r>
              <w:rPr>
                <w:sz w:val="15"/>
              </w:rPr>
              <w:t>6.0748</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A4E2A6E" w14:textId="77777777" w:rsidR="00297C2F" w:rsidRDefault="00000000">
            <w:pPr>
              <w:spacing w:after="0" w:line="240" w:lineRule="auto"/>
              <w:jc w:val="center"/>
            </w:pPr>
            <w:r>
              <w:rPr>
                <w:sz w:val="15"/>
              </w:rPr>
              <w:t>0.0150</w:t>
            </w:r>
          </w:p>
        </w:tc>
        <w:tc>
          <w:tcPr>
            <w:tcW w:w="124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BE7C14" w14:textId="77777777" w:rsidR="00297C2F" w:rsidRDefault="00000000">
            <w:pPr>
              <w:spacing w:after="0" w:line="240" w:lineRule="auto"/>
              <w:jc w:val="center"/>
            </w:pPr>
            <w:r>
              <w:rPr>
                <w:sz w:val="15"/>
              </w:rPr>
              <w:t>1.24</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DAAD4FE" w14:textId="77777777" w:rsidR="00297C2F" w:rsidRDefault="00000000">
            <w:pPr>
              <w:spacing w:after="0" w:line="240" w:lineRule="auto"/>
              <w:jc w:val="center"/>
            </w:pPr>
            <w:r>
              <w:rPr>
                <w:sz w:val="15"/>
              </w:rPr>
              <w:t>0.0121</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DBA0A4A" w14:textId="77777777" w:rsidR="00297C2F" w:rsidRDefault="00000000">
            <w:pPr>
              <w:spacing w:after="0" w:line="240" w:lineRule="auto"/>
              <w:jc w:val="center"/>
            </w:pPr>
            <w:r>
              <w:rPr>
                <w:sz w:val="15"/>
              </w:rPr>
              <w:t>Accept</w:t>
            </w:r>
          </w:p>
        </w:tc>
      </w:tr>
      <w:tr w:rsidR="00297C2F" w14:paraId="120BC37C" w14:textId="77777777">
        <w:trPr>
          <w:cantSplit/>
          <w:jc w:val="center"/>
        </w:trPr>
        <w:tc>
          <w:tcPr>
            <w:tcW w:w="560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1AD5168" w14:textId="77777777" w:rsidR="00297C2F" w:rsidRDefault="00000000">
            <w:pPr>
              <w:spacing w:after="0" w:line="240" w:lineRule="auto"/>
            </w:pPr>
            <w:r>
              <w:rPr>
                <w:sz w:val="15"/>
              </w:rPr>
              <w:t>Air pollution criteria</w:t>
            </w:r>
          </w:p>
        </w:tc>
        <w:tc>
          <w:tcPr>
            <w:tcW w:w="85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118C04D" w14:textId="77777777" w:rsidR="00297C2F" w:rsidRDefault="00000000">
            <w:pPr>
              <w:spacing w:after="0" w:line="240" w:lineRule="auto"/>
              <w:jc w:val="center"/>
            </w:pPr>
            <w:r>
              <w:rPr>
                <w:sz w:val="15"/>
              </w:rPr>
              <w:t>6</w:t>
            </w:r>
          </w:p>
        </w:tc>
        <w:tc>
          <w:tcPr>
            <w:tcW w:w="187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D960251" w14:textId="77777777" w:rsidR="00297C2F" w:rsidRDefault="00000000">
            <w:pPr>
              <w:spacing w:after="0" w:line="240" w:lineRule="auto"/>
              <w:jc w:val="center"/>
            </w:pPr>
            <w:r>
              <w:rPr>
                <w:sz w:val="15"/>
              </w:rPr>
              <w:t>6.0906</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EE3CE0A" w14:textId="77777777" w:rsidR="00297C2F" w:rsidRDefault="00000000">
            <w:pPr>
              <w:spacing w:after="0" w:line="240" w:lineRule="auto"/>
              <w:jc w:val="center"/>
            </w:pPr>
            <w:r>
              <w:rPr>
                <w:sz w:val="15"/>
              </w:rPr>
              <w:t>0.0181</w:t>
            </w:r>
          </w:p>
        </w:tc>
        <w:tc>
          <w:tcPr>
            <w:tcW w:w="124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645624" w14:textId="77777777" w:rsidR="00297C2F" w:rsidRDefault="00000000">
            <w:pPr>
              <w:spacing w:after="0" w:line="240" w:lineRule="auto"/>
              <w:jc w:val="center"/>
            </w:pPr>
            <w:r>
              <w:rPr>
                <w:sz w:val="15"/>
              </w:rPr>
              <w:t>1.24</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84943F9" w14:textId="77777777" w:rsidR="00297C2F" w:rsidRDefault="00000000">
            <w:pPr>
              <w:spacing w:after="0" w:line="240" w:lineRule="auto"/>
              <w:jc w:val="center"/>
            </w:pPr>
            <w:r>
              <w:rPr>
                <w:sz w:val="15"/>
              </w:rPr>
              <w:t>0.0146</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DC17754" w14:textId="77777777" w:rsidR="00297C2F" w:rsidRDefault="00000000">
            <w:pPr>
              <w:spacing w:after="0" w:line="240" w:lineRule="auto"/>
              <w:jc w:val="center"/>
            </w:pPr>
            <w:r>
              <w:rPr>
                <w:sz w:val="15"/>
              </w:rPr>
              <w:t>Accept</w:t>
            </w:r>
          </w:p>
        </w:tc>
      </w:tr>
      <w:tr w:rsidR="00297C2F" w14:paraId="6D005A7E" w14:textId="77777777">
        <w:trPr>
          <w:cantSplit/>
          <w:jc w:val="center"/>
        </w:trPr>
        <w:tc>
          <w:tcPr>
            <w:tcW w:w="560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8572A16" w14:textId="77777777" w:rsidR="00297C2F" w:rsidRDefault="00000000">
            <w:pPr>
              <w:spacing w:after="0" w:line="240" w:lineRule="auto"/>
            </w:pPr>
            <w:r>
              <w:rPr>
                <w:sz w:val="15"/>
              </w:rPr>
              <w:t>Land use and infrastructure criteria</w:t>
            </w:r>
          </w:p>
        </w:tc>
        <w:tc>
          <w:tcPr>
            <w:tcW w:w="85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2F6771D" w14:textId="77777777" w:rsidR="00297C2F" w:rsidRDefault="00000000">
            <w:pPr>
              <w:spacing w:after="0" w:line="240" w:lineRule="auto"/>
              <w:jc w:val="center"/>
            </w:pPr>
            <w:r>
              <w:rPr>
                <w:sz w:val="15"/>
              </w:rPr>
              <w:t>5</w:t>
            </w:r>
          </w:p>
        </w:tc>
        <w:tc>
          <w:tcPr>
            <w:tcW w:w="187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4448DAA" w14:textId="77777777" w:rsidR="00297C2F" w:rsidRDefault="00000000">
            <w:pPr>
              <w:spacing w:after="0" w:line="240" w:lineRule="auto"/>
              <w:jc w:val="center"/>
            </w:pPr>
            <w:r>
              <w:rPr>
                <w:sz w:val="15"/>
              </w:rPr>
              <w:t>5.0966</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FBB5F6" w14:textId="77777777" w:rsidR="00297C2F" w:rsidRDefault="00000000">
            <w:pPr>
              <w:spacing w:after="0" w:line="240" w:lineRule="auto"/>
              <w:jc w:val="center"/>
            </w:pPr>
            <w:r>
              <w:rPr>
                <w:sz w:val="15"/>
              </w:rPr>
              <w:t>0.0242</w:t>
            </w:r>
          </w:p>
        </w:tc>
        <w:tc>
          <w:tcPr>
            <w:tcW w:w="124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78053F1" w14:textId="77777777" w:rsidR="00297C2F" w:rsidRDefault="00000000">
            <w:pPr>
              <w:spacing w:after="0" w:line="240" w:lineRule="auto"/>
              <w:jc w:val="center"/>
            </w:pPr>
            <w:r>
              <w:rPr>
                <w:sz w:val="15"/>
              </w:rPr>
              <w:t>1.12</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1211986" w14:textId="77777777" w:rsidR="00297C2F" w:rsidRDefault="00000000">
            <w:pPr>
              <w:spacing w:after="0" w:line="240" w:lineRule="auto"/>
              <w:jc w:val="center"/>
            </w:pPr>
            <w:r>
              <w:rPr>
                <w:sz w:val="15"/>
              </w:rPr>
              <w:t>0.0216</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DDCDC69" w14:textId="77777777" w:rsidR="00297C2F" w:rsidRDefault="00000000">
            <w:pPr>
              <w:spacing w:after="0" w:line="240" w:lineRule="auto"/>
              <w:jc w:val="center"/>
            </w:pPr>
            <w:r>
              <w:rPr>
                <w:sz w:val="15"/>
              </w:rPr>
              <w:t>Accept</w:t>
            </w:r>
          </w:p>
        </w:tc>
      </w:tr>
      <w:tr w:rsidR="00297C2F" w14:paraId="717FB47A" w14:textId="77777777">
        <w:trPr>
          <w:cantSplit/>
          <w:jc w:val="center"/>
        </w:trPr>
        <w:tc>
          <w:tcPr>
            <w:tcW w:w="560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9C9660" w14:textId="77777777" w:rsidR="00297C2F" w:rsidRDefault="00000000">
            <w:pPr>
              <w:spacing w:after="0" w:line="240" w:lineRule="auto"/>
            </w:pPr>
            <w:r>
              <w:rPr>
                <w:sz w:val="15"/>
              </w:rPr>
              <w:t>Physical criteria</w:t>
            </w:r>
          </w:p>
        </w:tc>
        <w:tc>
          <w:tcPr>
            <w:tcW w:w="85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F41AB6E" w14:textId="77777777" w:rsidR="00297C2F" w:rsidRDefault="00000000">
            <w:pPr>
              <w:spacing w:after="0" w:line="240" w:lineRule="auto"/>
              <w:jc w:val="center"/>
            </w:pPr>
            <w:r>
              <w:rPr>
                <w:sz w:val="15"/>
              </w:rPr>
              <w:t>3</w:t>
            </w:r>
          </w:p>
        </w:tc>
        <w:tc>
          <w:tcPr>
            <w:tcW w:w="187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55A6A8A" w14:textId="77777777" w:rsidR="00297C2F" w:rsidRDefault="00000000">
            <w:pPr>
              <w:spacing w:after="0" w:line="240" w:lineRule="auto"/>
              <w:jc w:val="center"/>
            </w:pPr>
            <w:r>
              <w:rPr>
                <w:sz w:val="15"/>
              </w:rPr>
              <w:t>3.0000</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8B5DFDC" w14:textId="77777777" w:rsidR="00297C2F" w:rsidRDefault="00000000">
            <w:pPr>
              <w:spacing w:after="0" w:line="240" w:lineRule="auto"/>
              <w:jc w:val="center"/>
            </w:pPr>
            <w:r>
              <w:rPr>
                <w:sz w:val="15"/>
              </w:rPr>
              <w:t>0.0000</w:t>
            </w:r>
          </w:p>
        </w:tc>
        <w:tc>
          <w:tcPr>
            <w:tcW w:w="124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459EFCF" w14:textId="77777777" w:rsidR="00297C2F" w:rsidRDefault="00000000">
            <w:pPr>
              <w:spacing w:after="0" w:line="240" w:lineRule="auto"/>
              <w:jc w:val="center"/>
            </w:pPr>
            <w:r>
              <w:rPr>
                <w:sz w:val="15"/>
              </w:rPr>
              <w:t>0.58</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51BFD3" w14:textId="77777777" w:rsidR="00297C2F" w:rsidRDefault="00000000">
            <w:pPr>
              <w:spacing w:after="0" w:line="240" w:lineRule="auto"/>
              <w:jc w:val="center"/>
            </w:pPr>
            <w:r>
              <w:rPr>
                <w:sz w:val="15"/>
              </w:rPr>
              <w:t>0.0000</w:t>
            </w:r>
          </w:p>
        </w:tc>
        <w:tc>
          <w:tcPr>
            <w:tcW w:w="155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038E396" w14:textId="77777777" w:rsidR="00297C2F" w:rsidRDefault="00000000">
            <w:pPr>
              <w:spacing w:after="0" w:line="240" w:lineRule="auto"/>
              <w:jc w:val="center"/>
            </w:pPr>
            <w:r>
              <w:rPr>
                <w:sz w:val="15"/>
              </w:rPr>
              <w:t>Accept</w:t>
            </w:r>
          </w:p>
        </w:tc>
      </w:tr>
    </w:tbl>
    <w:p w14:paraId="4B3B94FF" w14:textId="77777777" w:rsidR="00297C2F" w:rsidRDefault="00297C2F">
      <w:pPr>
        <w:spacing w:after="60" w:line="240" w:lineRule="auto"/>
      </w:pPr>
    </w:p>
    <w:p w14:paraId="47CFCB09" w14:textId="77777777" w:rsidR="00297C2F" w:rsidRDefault="00000000">
      <w:pPr>
        <w:spacing w:after="60" w:line="240" w:lineRule="auto"/>
      </w:pPr>
      <w:r>
        <w:t>All specified matrices for which CR is defined meet the prespecified CR below 0.10 criterion. The largest CR is 0.0216 for the land use and infrastructure matrix. The residential 2 by 2 matrix is perfectly reciprocal; CR is not defined because RI equals zero.</w:t>
      </w:r>
    </w:p>
    <w:p w14:paraId="09ACEE4A" w14:textId="77777777" w:rsidR="00297C2F" w:rsidRDefault="00000000">
      <w:pPr>
        <w:spacing w:after="60" w:line="240" w:lineRule="auto"/>
      </w:pPr>
      <w:r>
        <w:rPr>
          <w:sz w:val="19"/>
        </w:rPr>
        <w:br w:type="page"/>
      </w:r>
    </w:p>
    <w:p w14:paraId="4A3E5470" w14:textId="77777777" w:rsidR="00297C2F" w:rsidRDefault="00000000">
      <w:pPr>
        <w:pStyle w:val="Heading1"/>
        <w:spacing w:before="160" w:after="60" w:line="240" w:lineRule="auto"/>
      </w:pPr>
      <w:r>
        <w:rPr>
          <w:rFonts w:ascii="Arial" w:hAnsi="Arial"/>
          <w:sz w:val="23"/>
        </w:rPr>
        <w:lastRenderedPageBreak/>
        <w:t>Environmental global weights</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256"/>
        <w:gridCol w:w="9455"/>
        <w:gridCol w:w="3545"/>
      </w:tblGrid>
      <w:tr w:rsidR="00297C2F" w14:paraId="12ED54B3" w14:textId="77777777">
        <w:trPr>
          <w:cantSplit/>
          <w:tblHeader/>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43A386F" w14:textId="77777777" w:rsidR="00297C2F" w:rsidRDefault="00000000">
            <w:pPr>
              <w:spacing w:after="0" w:line="240" w:lineRule="auto"/>
              <w:jc w:val="center"/>
            </w:pPr>
            <w:r>
              <w:rPr>
                <w:b/>
                <w:sz w:val="15"/>
              </w:rPr>
              <w:t>Code</w:t>
            </w: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893DBCE" w14:textId="77777777" w:rsidR="00297C2F" w:rsidRDefault="00000000">
            <w:pPr>
              <w:spacing w:after="0" w:line="240" w:lineRule="auto"/>
              <w:jc w:val="center"/>
            </w:pPr>
            <w:r>
              <w:rPr>
                <w:b/>
                <w:sz w:val="15"/>
              </w:rPr>
              <w:t>Environmental criterion</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B6453BD" w14:textId="77777777" w:rsidR="00297C2F" w:rsidRDefault="00000000">
            <w:pPr>
              <w:spacing w:after="0" w:line="240" w:lineRule="auto"/>
              <w:jc w:val="center"/>
            </w:pPr>
            <w:r>
              <w:rPr>
                <w:b/>
                <w:sz w:val="15"/>
              </w:rPr>
              <w:t>Final environmental weight percent</w:t>
            </w:r>
          </w:p>
        </w:tc>
      </w:tr>
      <w:tr w:rsidR="00297C2F" w14:paraId="2ABB701A" w14:textId="77777777">
        <w:trPr>
          <w:cantSplit/>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5D7251B" w14:textId="77777777" w:rsidR="00297C2F" w:rsidRDefault="00000000">
            <w:pPr>
              <w:spacing w:after="0" w:line="240" w:lineRule="auto"/>
              <w:jc w:val="center"/>
            </w:pPr>
            <w:r>
              <w:rPr>
                <w:sz w:val="15"/>
              </w:rPr>
              <w:t>FCT</w:t>
            </w: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9B73AA1" w14:textId="77777777" w:rsidR="00297C2F" w:rsidRDefault="00000000">
            <w:pPr>
              <w:spacing w:after="0" w:line="240" w:lineRule="auto"/>
            </w:pPr>
            <w:r>
              <w:rPr>
                <w:sz w:val="15"/>
              </w:rPr>
              <w:t>Factories</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550E059" w14:textId="77777777" w:rsidR="00297C2F" w:rsidRDefault="00000000">
            <w:pPr>
              <w:spacing w:after="0" w:line="240" w:lineRule="auto"/>
              <w:jc w:val="center"/>
            </w:pPr>
            <w:r>
              <w:rPr>
                <w:sz w:val="15"/>
              </w:rPr>
              <w:t>8.588</w:t>
            </w:r>
          </w:p>
        </w:tc>
      </w:tr>
      <w:tr w:rsidR="00297C2F" w14:paraId="211184A3" w14:textId="77777777">
        <w:trPr>
          <w:cantSplit/>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C87101" w14:textId="77777777" w:rsidR="00297C2F" w:rsidRDefault="00000000">
            <w:pPr>
              <w:spacing w:after="0" w:line="240" w:lineRule="auto"/>
              <w:jc w:val="center"/>
            </w:pPr>
            <w:r>
              <w:rPr>
                <w:sz w:val="15"/>
              </w:rPr>
              <w:t>BR</w:t>
            </w: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BA43237" w14:textId="77777777" w:rsidR="00297C2F" w:rsidRDefault="00000000">
            <w:pPr>
              <w:spacing w:after="0" w:line="240" w:lineRule="auto"/>
            </w:pPr>
            <w:r>
              <w:rPr>
                <w:sz w:val="15"/>
              </w:rPr>
              <w:t>Bus routes</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52755C1" w14:textId="77777777" w:rsidR="00297C2F" w:rsidRDefault="00000000">
            <w:pPr>
              <w:spacing w:after="0" w:line="240" w:lineRule="auto"/>
              <w:jc w:val="center"/>
            </w:pPr>
            <w:r>
              <w:rPr>
                <w:sz w:val="15"/>
              </w:rPr>
              <w:t>2.822</w:t>
            </w:r>
          </w:p>
        </w:tc>
      </w:tr>
      <w:tr w:rsidR="00297C2F" w14:paraId="16A878E7" w14:textId="77777777">
        <w:trPr>
          <w:cantSplit/>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81A2B8B" w14:textId="77777777" w:rsidR="00297C2F" w:rsidRDefault="00000000">
            <w:pPr>
              <w:spacing w:after="0" w:line="240" w:lineRule="auto"/>
              <w:jc w:val="center"/>
            </w:pPr>
            <w:r>
              <w:rPr>
                <w:sz w:val="15"/>
              </w:rPr>
              <w:t>BS</w:t>
            </w: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F055487" w14:textId="77777777" w:rsidR="00297C2F" w:rsidRDefault="00000000">
            <w:pPr>
              <w:spacing w:after="0" w:line="240" w:lineRule="auto"/>
            </w:pPr>
            <w:r>
              <w:rPr>
                <w:sz w:val="15"/>
              </w:rPr>
              <w:t>Bus stops</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88A17F" w14:textId="77777777" w:rsidR="00297C2F" w:rsidRDefault="00000000">
            <w:pPr>
              <w:spacing w:after="0" w:line="240" w:lineRule="auto"/>
              <w:jc w:val="center"/>
            </w:pPr>
            <w:r>
              <w:rPr>
                <w:sz w:val="15"/>
              </w:rPr>
              <w:t>2.216</w:t>
            </w:r>
          </w:p>
        </w:tc>
      </w:tr>
      <w:tr w:rsidR="00297C2F" w14:paraId="1FA38479" w14:textId="77777777">
        <w:trPr>
          <w:cantSplit/>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83301BF" w14:textId="77777777" w:rsidR="00297C2F" w:rsidRDefault="00000000">
            <w:pPr>
              <w:spacing w:after="0" w:line="240" w:lineRule="auto"/>
              <w:jc w:val="center"/>
            </w:pPr>
            <w:r>
              <w:rPr>
                <w:sz w:val="15"/>
              </w:rPr>
              <w:t>PF</w:t>
            </w: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7D6CF55" w14:textId="77777777" w:rsidR="00297C2F" w:rsidRDefault="00000000">
            <w:pPr>
              <w:spacing w:after="0" w:line="240" w:lineRule="auto"/>
            </w:pPr>
            <w:r>
              <w:rPr>
                <w:sz w:val="15"/>
              </w:rPr>
              <w:t>Passenger flow</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6DCCCA4" w14:textId="77777777" w:rsidR="00297C2F" w:rsidRDefault="00000000">
            <w:pPr>
              <w:spacing w:after="0" w:line="240" w:lineRule="auto"/>
              <w:jc w:val="center"/>
            </w:pPr>
            <w:r>
              <w:rPr>
                <w:sz w:val="15"/>
              </w:rPr>
              <w:t>4.235</w:t>
            </w:r>
          </w:p>
        </w:tc>
      </w:tr>
      <w:tr w:rsidR="00297C2F" w14:paraId="768A05B2" w14:textId="77777777">
        <w:trPr>
          <w:cantSplit/>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F1DE814" w14:textId="77777777" w:rsidR="00297C2F" w:rsidRDefault="00000000">
            <w:pPr>
              <w:spacing w:after="0" w:line="240" w:lineRule="auto"/>
              <w:jc w:val="center"/>
            </w:pPr>
            <w:r>
              <w:rPr>
                <w:sz w:val="15"/>
              </w:rPr>
              <w:t>DBA</w:t>
            </w: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95D241B" w14:textId="77777777" w:rsidR="00297C2F" w:rsidRDefault="00000000">
            <w:pPr>
              <w:spacing w:after="0" w:line="240" w:lineRule="auto"/>
            </w:pPr>
            <w:r>
              <w:rPr>
                <w:sz w:val="15"/>
              </w:rPr>
              <w:t>Daily boarding/alighting</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53ED54F" w14:textId="77777777" w:rsidR="00297C2F" w:rsidRDefault="00000000">
            <w:pPr>
              <w:spacing w:after="0" w:line="240" w:lineRule="auto"/>
              <w:jc w:val="center"/>
            </w:pPr>
            <w:r>
              <w:rPr>
                <w:sz w:val="15"/>
              </w:rPr>
              <w:t>3.535</w:t>
            </w:r>
          </w:p>
        </w:tc>
      </w:tr>
      <w:tr w:rsidR="00297C2F" w14:paraId="43163A10" w14:textId="77777777">
        <w:trPr>
          <w:cantSplit/>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809813D" w14:textId="77777777" w:rsidR="00297C2F" w:rsidRDefault="00000000">
            <w:pPr>
              <w:spacing w:after="0" w:line="240" w:lineRule="auto"/>
              <w:jc w:val="center"/>
            </w:pPr>
            <w:r>
              <w:rPr>
                <w:sz w:val="15"/>
              </w:rPr>
              <w:t>DMR</w:t>
            </w: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FAFD981" w14:textId="77777777" w:rsidR="00297C2F" w:rsidRDefault="00000000">
            <w:pPr>
              <w:spacing w:after="0" w:line="240" w:lineRule="auto"/>
            </w:pPr>
            <w:r>
              <w:rPr>
                <w:sz w:val="15"/>
              </w:rPr>
              <w:t>Distance to main road (inverse)</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837E342" w14:textId="77777777" w:rsidR="00297C2F" w:rsidRDefault="00000000">
            <w:pPr>
              <w:spacing w:after="0" w:line="240" w:lineRule="auto"/>
              <w:jc w:val="center"/>
            </w:pPr>
            <w:r>
              <w:rPr>
                <w:sz w:val="15"/>
              </w:rPr>
              <w:t>7.176</w:t>
            </w:r>
          </w:p>
        </w:tc>
      </w:tr>
      <w:tr w:rsidR="00297C2F" w14:paraId="3F506828" w14:textId="77777777">
        <w:trPr>
          <w:cantSplit/>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6BE3E8B" w14:textId="77777777" w:rsidR="00297C2F" w:rsidRDefault="00000000">
            <w:pPr>
              <w:spacing w:after="0" w:line="240" w:lineRule="auto"/>
              <w:jc w:val="center"/>
            </w:pPr>
            <w:r>
              <w:rPr>
                <w:sz w:val="15"/>
              </w:rPr>
              <w:t>SO2</w:t>
            </w: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724652" w14:textId="77777777" w:rsidR="00297C2F" w:rsidRDefault="00000000">
            <w:pPr>
              <w:spacing w:after="0" w:line="240" w:lineRule="auto"/>
            </w:pPr>
            <w:r>
              <w:rPr>
                <w:sz w:val="15"/>
              </w:rPr>
              <w:t>SO2</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A0079E0" w14:textId="77777777" w:rsidR="00297C2F" w:rsidRDefault="00000000">
            <w:pPr>
              <w:spacing w:after="0" w:line="240" w:lineRule="auto"/>
              <w:jc w:val="center"/>
            </w:pPr>
            <w:r>
              <w:rPr>
                <w:sz w:val="15"/>
              </w:rPr>
              <w:t>7.151</w:t>
            </w:r>
          </w:p>
        </w:tc>
      </w:tr>
      <w:tr w:rsidR="00297C2F" w14:paraId="30A229B7" w14:textId="77777777">
        <w:trPr>
          <w:cantSplit/>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AB8A1F3" w14:textId="77777777" w:rsidR="00297C2F" w:rsidRDefault="00000000">
            <w:pPr>
              <w:spacing w:after="0" w:line="240" w:lineRule="auto"/>
              <w:jc w:val="center"/>
            </w:pPr>
            <w:r>
              <w:rPr>
                <w:sz w:val="15"/>
              </w:rPr>
              <w:t>PM25</w:t>
            </w: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8298B77" w14:textId="77777777" w:rsidR="00297C2F" w:rsidRDefault="00000000">
            <w:pPr>
              <w:spacing w:after="0" w:line="240" w:lineRule="auto"/>
            </w:pPr>
            <w:r>
              <w:rPr>
                <w:sz w:val="15"/>
              </w:rPr>
              <w:t>PM2.5</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CD84A2C" w14:textId="77777777" w:rsidR="00297C2F" w:rsidRDefault="00000000">
            <w:pPr>
              <w:spacing w:after="0" w:line="240" w:lineRule="auto"/>
              <w:jc w:val="center"/>
            </w:pPr>
            <w:r>
              <w:rPr>
                <w:sz w:val="15"/>
              </w:rPr>
              <w:t>17.351</w:t>
            </w:r>
          </w:p>
        </w:tc>
      </w:tr>
      <w:tr w:rsidR="00297C2F" w14:paraId="435BD5BC" w14:textId="77777777">
        <w:trPr>
          <w:cantSplit/>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8272001" w14:textId="77777777" w:rsidR="00297C2F" w:rsidRDefault="00000000">
            <w:pPr>
              <w:spacing w:after="0" w:line="240" w:lineRule="auto"/>
              <w:jc w:val="center"/>
            </w:pPr>
            <w:r>
              <w:rPr>
                <w:sz w:val="15"/>
              </w:rPr>
              <w:t>PM10</w:t>
            </w: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003ADFD" w14:textId="77777777" w:rsidR="00297C2F" w:rsidRDefault="00000000">
            <w:pPr>
              <w:spacing w:after="0" w:line="240" w:lineRule="auto"/>
            </w:pPr>
            <w:r>
              <w:rPr>
                <w:sz w:val="15"/>
              </w:rPr>
              <w:t>PM10</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836A4C4" w14:textId="77777777" w:rsidR="00297C2F" w:rsidRDefault="00000000">
            <w:pPr>
              <w:spacing w:after="0" w:line="240" w:lineRule="auto"/>
              <w:jc w:val="center"/>
            </w:pPr>
            <w:r>
              <w:rPr>
                <w:sz w:val="15"/>
              </w:rPr>
              <w:t>12.943</w:t>
            </w:r>
          </w:p>
        </w:tc>
      </w:tr>
      <w:tr w:rsidR="00297C2F" w14:paraId="3D87B87B" w14:textId="77777777">
        <w:trPr>
          <w:cantSplit/>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52361AB" w14:textId="77777777" w:rsidR="00297C2F" w:rsidRDefault="00000000">
            <w:pPr>
              <w:spacing w:after="0" w:line="240" w:lineRule="auto"/>
              <w:jc w:val="center"/>
            </w:pPr>
            <w:r>
              <w:rPr>
                <w:sz w:val="15"/>
              </w:rPr>
              <w:t>NO2</w:t>
            </w: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966A4D4" w14:textId="77777777" w:rsidR="00297C2F" w:rsidRDefault="00000000">
            <w:pPr>
              <w:spacing w:after="0" w:line="240" w:lineRule="auto"/>
            </w:pPr>
            <w:r>
              <w:rPr>
                <w:sz w:val="15"/>
              </w:rPr>
              <w:t>NO2</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1CE2C56" w14:textId="77777777" w:rsidR="00297C2F" w:rsidRDefault="00000000">
            <w:pPr>
              <w:spacing w:after="0" w:line="240" w:lineRule="auto"/>
              <w:jc w:val="center"/>
            </w:pPr>
            <w:r>
              <w:rPr>
                <w:sz w:val="15"/>
              </w:rPr>
              <w:t>9.613</w:t>
            </w:r>
          </w:p>
        </w:tc>
      </w:tr>
      <w:tr w:rsidR="00297C2F" w14:paraId="67B320E3" w14:textId="77777777">
        <w:trPr>
          <w:cantSplit/>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ABD2D57" w14:textId="77777777" w:rsidR="00297C2F" w:rsidRDefault="00000000">
            <w:pPr>
              <w:spacing w:after="0" w:line="240" w:lineRule="auto"/>
              <w:jc w:val="center"/>
            </w:pPr>
            <w:r>
              <w:rPr>
                <w:sz w:val="15"/>
              </w:rPr>
              <w:t>CO</w:t>
            </w: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81103C" w14:textId="77777777" w:rsidR="00297C2F" w:rsidRDefault="00000000">
            <w:pPr>
              <w:spacing w:after="0" w:line="240" w:lineRule="auto"/>
            </w:pPr>
            <w:r>
              <w:rPr>
                <w:sz w:val="15"/>
              </w:rPr>
              <w:t>CO</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58BF64" w14:textId="77777777" w:rsidR="00297C2F" w:rsidRDefault="00000000">
            <w:pPr>
              <w:spacing w:after="0" w:line="240" w:lineRule="auto"/>
              <w:jc w:val="center"/>
            </w:pPr>
            <w:r>
              <w:rPr>
                <w:sz w:val="15"/>
              </w:rPr>
              <w:t>5.631</w:t>
            </w:r>
          </w:p>
        </w:tc>
      </w:tr>
      <w:tr w:rsidR="00297C2F" w14:paraId="79C51F41" w14:textId="77777777">
        <w:trPr>
          <w:cantSplit/>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E01A232" w14:textId="77777777" w:rsidR="00297C2F" w:rsidRDefault="00000000">
            <w:pPr>
              <w:spacing w:after="0" w:line="240" w:lineRule="auto"/>
              <w:jc w:val="center"/>
            </w:pPr>
            <w:r>
              <w:rPr>
                <w:sz w:val="15"/>
              </w:rPr>
              <w:t>O3</w:t>
            </w: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FB83871" w14:textId="77777777" w:rsidR="00297C2F" w:rsidRDefault="00000000">
            <w:pPr>
              <w:spacing w:after="0" w:line="240" w:lineRule="auto"/>
            </w:pPr>
            <w:r>
              <w:rPr>
                <w:sz w:val="15"/>
              </w:rPr>
              <w:t>O3</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95A56E9" w14:textId="77777777" w:rsidR="00297C2F" w:rsidRDefault="00000000">
            <w:pPr>
              <w:spacing w:after="0" w:line="240" w:lineRule="auto"/>
              <w:jc w:val="center"/>
            </w:pPr>
            <w:r>
              <w:rPr>
                <w:sz w:val="15"/>
              </w:rPr>
              <w:t>4.453</w:t>
            </w:r>
          </w:p>
        </w:tc>
      </w:tr>
      <w:tr w:rsidR="00297C2F" w14:paraId="497B1B68" w14:textId="77777777">
        <w:trPr>
          <w:cantSplit/>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A4CEF0F" w14:textId="77777777" w:rsidR="00297C2F" w:rsidRDefault="00000000">
            <w:pPr>
              <w:spacing w:after="0" w:line="240" w:lineRule="auto"/>
              <w:jc w:val="center"/>
            </w:pPr>
            <w:r>
              <w:rPr>
                <w:sz w:val="15"/>
              </w:rPr>
              <w:t>GS</w:t>
            </w: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47BE267" w14:textId="77777777" w:rsidR="00297C2F" w:rsidRDefault="00000000">
            <w:pPr>
              <w:spacing w:after="0" w:line="240" w:lineRule="auto"/>
            </w:pPr>
            <w:r>
              <w:rPr>
                <w:sz w:val="15"/>
              </w:rPr>
              <w:t>Green space ratio (inverse)</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A935A0" w14:textId="77777777" w:rsidR="00297C2F" w:rsidRDefault="00000000">
            <w:pPr>
              <w:spacing w:after="0" w:line="240" w:lineRule="auto"/>
              <w:jc w:val="center"/>
            </w:pPr>
            <w:r>
              <w:rPr>
                <w:sz w:val="15"/>
              </w:rPr>
              <w:t>2.803</w:t>
            </w:r>
          </w:p>
        </w:tc>
      </w:tr>
      <w:tr w:rsidR="00297C2F" w14:paraId="22F4774A" w14:textId="77777777">
        <w:trPr>
          <w:cantSplit/>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2D74E5C" w14:textId="77777777" w:rsidR="00297C2F" w:rsidRDefault="00000000">
            <w:pPr>
              <w:spacing w:after="0" w:line="240" w:lineRule="auto"/>
              <w:jc w:val="center"/>
            </w:pPr>
            <w:r>
              <w:rPr>
                <w:sz w:val="15"/>
              </w:rPr>
              <w:t>LS</w:t>
            </w: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8E5D046" w14:textId="77777777" w:rsidR="00297C2F" w:rsidRDefault="00000000">
            <w:pPr>
              <w:spacing w:after="0" w:line="240" w:lineRule="auto"/>
            </w:pPr>
            <w:r>
              <w:rPr>
                <w:sz w:val="15"/>
              </w:rPr>
              <w:t>Land-space ratio</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373F7C1" w14:textId="77777777" w:rsidR="00297C2F" w:rsidRDefault="00000000">
            <w:pPr>
              <w:spacing w:after="0" w:line="240" w:lineRule="auto"/>
              <w:jc w:val="center"/>
            </w:pPr>
            <w:r>
              <w:rPr>
                <w:sz w:val="15"/>
              </w:rPr>
              <w:t>2.124</w:t>
            </w:r>
          </w:p>
        </w:tc>
      </w:tr>
      <w:tr w:rsidR="00297C2F" w14:paraId="2B473B4D" w14:textId="77777777">
        <w:trPr>
          <w:cantSplit/>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7911300" w14:textId="77777777" w:rsidR="00297C2F" w:rsidRDefault="00000000">
            <w:pPr>
              <w:spacing w:after="0" w:line="240" w:lineRule="auto"/>
              <w:jc w:val="center"/>
            </w:pPr>
            <w:r>
              <w:rPr>
                <w:sz w:val="15"/>
              </w:rPr>
              <w:t>LF</w:t>
            </w: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92948F" w14:textId="77777777" w:rsidR="00297C2F" w:rsidRDefault="00000000">
            <w:pPr>
              <w:spacing w:after="0" w:line="240" w:lineRule="auto"/>
            </w:pPr>
            <w:r>
              <w:rPr>
                <w:sz w:val="15"/>
              </w:rPr>
              <w:t>Landfill proximity (inverse)</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959F636" w14:textId="77777777" w:rsidR="00297C2F" w:rsidRDefault="00000000">
            <w:pPr>
              <w:spacing w:after="0" w:line="240" w:lineRule="auto"/>
              <w:jc w:val="center"/>
            </w:pPr>
            <w:r>
              <w:rPr>
                <w:sz w:val="15"/>
              </w:rPr>
              <w:t>3.699</w:t>
            </w:r>
          </w:p>
        </w:tc>
      </w:tr>
      <w:tr w:rsidR="00297C2F" w14:paraId="50A1F1F5" w14:textId="77777777">
        <w:trPr>
          <w:cantSplit/>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BACFF6" w14:textId="77777777" w:rsidR="00297C2F" w:rsidRDefault="00000000">
            <w:pPr>
              <w:spacing w:after="0" w:line="240" w:lineRule="auto"/>
              <w:jc w:val="center"/>
            </w:pPr>
            <w:r>
              <w:rPr>
                <w:sz w:val="15"/>
              </w:rPr>
              <w:t>AIR</w:t>
            </w: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7C90C27" w14:textId="77777777" w:rsidR="00297C2F" w:rsidRDefault="00000000">
            <w:pPr>
              <w:spacing w:after="0" w:line="240" w:lineRule="auto"/>
            </w:pPr>
            <w:r>
              <w:rPr>
                <w:sz w:val="15"/>
              </w:rPr>
              <w:t>Airport proximity (inverse)</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E3EA57" w14:textId="77777777" w:rsidR="00297C2F" w:rsidRDefault="00000000">
            <w:pPr>
              <w:spacing w:after="0" w:line="240" w:lineRule="auto"/>
              <w:jc w:val="center"/>
            </w:pPr>
            <w:r>
              <w:rPr>
                <w:sz w:val="15"/>
              </w:rPr>
              <w:t>2.440</w:t>
            </w:r>
          </w:p>
        </w:tc>
      </w:tr>
      <w:tr w:rsidR="00297C2F" w14:paraId="01FDFD65" w14:textId="77777777">
        <w:trPr>
          <w:cantSplit/>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CC227C" w14:textId="77777777" w:rsidR="00297C2F" w:rsidRDefault="00000000">
            <w:pPr>
              <w:spacing w:after="0" w:line="240" w:lineRule="auto"/>
              <w:jc w:val="center"/>
            </w:pPr>
            <w:r>
              <w:rPr>
                <w:sz w:val="15"/>
              </w:rPr>
              <w:t>QRY</w:t>
            </w: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553F120" w14:textId="77777777" w:rsidR="00297C2F" w:rsidRDefault="00000000">
            <w:pPr>
              <w:spacing w:after="0" w:line="240" w:lineRule="auto"/>
            </w:pPr>
            <w:r>
              <w:rPr>
                <w:sz w:val="15"/>
              </w:rPr>
              <w:t>Quarry proximity (inverse)</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5618B1" w14:textId="77777777" w:rsidR="00297C2F" w:rsidRDefault="00000000">
            <w:pPr>
              <w:spacing w:after="0" w:line="240" w:lineRule="auto"/>
              <w:jc w:val="center"/>
            </w:pPr>
            <w:r>
              <w:rPr>
                <w:sz w:val="15"/>
              </w:rPr>
              <w:t>3.220</w:t>
            </w:r>
          </w:p>
        </w:tc>
      </w:tr>
      <w:tr w:rsidR="00297C2F" w14:paraId="5844AAED" w14:textId="77777777">
        <w:trPr>
          <w:cantSplit/>
          <w:jc w:val="center"/>
        </w:trPr>
        <w:tc>
          <w:tcPr>
            <w:tcW w:w="125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7EEBCED" w14:textId="77777777" w:rsidR="00297C2F" w:rsidRDefault="00297C2F">
            <w:pPr>
              <w:spacing w:after="0" w:line="240" w:lineRule="auto"/>
              <w:jc w:val="center"/>
            </w:pPr>
          </w:p>
        </w:tc>
        <w:tc>
          <w:tcPr>
            <w:tcW w:w="94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CD2788B" w14:textId="77777777" w:rsidR="00297C2F" w:rsidRDefault="00000000">
            <w:pPr>
              <w:spacing w:after="0" w:line="240" w:lineRule="auto"/>
            </w:pPr>
            <w:r>
              <w:rPr>
                <w:b/>
                <w:sz w:val="15"/>
              </w:rPr>
              <w:t>Total</w:t>
            </w:r>
          </w:p>
        </w:tc>
        <w:tc>
          <w:tcPr>
            <w:tcW w:w="354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167701B" w14:textId="77777777" w:rsidR="00297C2F" w:rsidRDefault="00000000">
            <w:pPr>
              <w:spacing w:after="0" w:line="240" w:lineRule="auto"/>
              <w:jc w:val="center"/>
            </w:pPr>
            <w:r>
              <w:rPr>
                <w:b/>
                <w:sz w:val="15"/>
              </w:rPr>
              <w:t>100.000</w:t>
            </w:r>
          </w:p>
        </w:tc>
      </w:tr>
    </w:tbl>
    <w:p w14:paraId="5D5E2E3F" w14:textId="77777777" w:rsidR="00297C2F" w:rsidRDefault="00297C2F">
      <w:pPr>
        <w:spacing w:after="60" w:line="240" w:lineRule="auto"/>
      </w:pPr>
    </w:p>
    <w:p w14:paraId="0121132A" w14:textId="77777777" w:rsidR="00297C2F" w:rsidRDefault="00000000">
      <w:pPr>
        <w:spacing w:after="60" w:line="240" w:lineRule="auto"/>
      </w:pPr>
      <w:r>
        <w:rPr>
          <w:sz w:val="19"/>
        </w:rPr>
        <w:br w:type="page"/>
      </w:r>
    </w:p>
    <w:p w14:paraId="6CE8D16D" w14:textId="77777777" w:rsidR="00297C2F" w:rsidRDefault="00000000">
      <w:pPr>
        <w:pStyle w:val="Heading1"/>
        <w:spacing w:before="160" w:after="60" w:line="240" w:lineRule="auto"/>
      </w:pPr>
      <w:r>
        <w:rPr>
          <w:rFonts w:ascii="Arial" w:hAnsi="Arial"/>
          <w:sz w:val="23"/>
        </w:rPr>
        <w:lastRenderedPageBreak/>
        <w:t>GIS standardization to the 1 to 8 scale</w:t>
      </w:r>
    </w:p>
    <w:p w14:paraId="3AB73205" w14:textId="77777777" w:rsidR="00297C2F" w:rsidRDefault="00000000">
      <w:pPr>
        <w:spacing w:after="60" w:line="240" w:lineRule="auto"/>
      </w:pPr>
      <w:r>
        <w:rPr>
          <w:sz w:val="19"/>
        </w:rPr>
        <w:t>Let R equal xmax minus xmin. For a direct criterion, z equals x minus xmin divided by R. For an inverse criterion, z equals xmax minus x divided by R. Clip z to the interval from 0 to 1, then assign Score equal to the minimum of 8 and 1 plus floor of 8z. This guarantees integer scores from 1 to 8 only.</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44"/>
        <w:gridCol w:w="3431"/>
        <w:gridCol w:w="7166"/>
        <w:gridCol w:w="2515"/>
      </w:tblGrid>
      <w:tr w:rsidR="00297C2F" w14:paraId="6C5133F0" w14:textId="77777777">
        <w:trPr>
          <w:cantSplit/>
          <w:tblHeader/>
          <w:jc w:val="center"/>
        </w:trPr>
        <w:tc>
          <w:tcPr>
            <w:tcW w:w="11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106ACBB" w14:textId="77777777" w:rsidR="00297C2F" w:rsidRDefault="00000000">
            <w:pPr>
              <w:spacing w:after="0" w:line="240" w:lineRule="auto"/>
              <w:jc w:val="center"/>
            </w:pPr>
            <w:r>
              <w:rPr>
                <w:b/>
                <w:sz w:val="15"/>
              </w:rPr>
              <w:t>Score</w:t>
            </w:r>
          </w:p>
        </w:tc>
        <w:tc>
          <w:tcPr>
            <w:tcW w:w="343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81D3D48" w14:textId="77777777" w:rsidR="00297C2F" w:rsidRDefault="00000000">
            <w:pPr>
              <w:spacing w:after="0" w:line="240" w:lineRule="auto"/>
              <w:jc w:val="center"/>
            </w:pPr>
            <w:r>
              <w:rPr>
                <w:b/>
                <w:sz w:val="15"/>
              </w:rPr>
              <w:t>Normalized z interval</w:t>
            </w:r>
          </w:p>
        </w:tc>
        <w:tc>
          <w:tcPr>
            <w:tcW w:w="71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4C4A13D" w14:textId="77777777" w:rsidR="00297C2F" w:rsidRDefault="00000000">
            <w:pPr>
              <w:spacing w:after="0" w:line="240" w:lineRule="auto"/>
              <w:jc w:val="center"/>
            </w:pPr>
            <w:r>
              <w:rPr>
                <w:b/>
                <w:sz w:val="15"/>
              </w:rPr>
              <w:t>Direct criterion raw interval</w:t>
            </w:r>
          </w:p>
        </w:tc>
        <w:tc>
          <w:tcPr>
            <w:tcW w:w="251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66A6FD5" w14:textId="77777777" w:rsidR="00297C2F" w:rsidRDefault="00000000">
            <w:pPr>
              <w:spacing w:after="0" w:line="240" w:lineRule="auto"/>
              <w:jc w:val="center"/>
            </w:pPr>
            <w:r>
              <w:rPr>
                <w:b/>
                <w:sz w:val="15"/>
              </w:rPr>
              <w:t>Vulnerability level</w:t>
            </w:r>
          </w:p>
        </w:tc>
      </w:tr>
      <w:tr w:rsidR="00297C2F" w14:paraId="1174D41A" w14:textId="77777777">
        <w:trPr>
          <w:cantSplit/>
          <w:jc w:val="center"/>
        </w:trPr>
        <w:tc>
          <w:tcPr>
            <w:tcW w:w="11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2427E3E" w14:textId="77777777" w:rsidR="00297C2F" w:rsidRDefault="00000000">
            <w:pPr>
              <w:spacing w:after="0" w:line="240" w:lineRule="auto"/>
              <w:jc w:val="center"/>
            </w:pPr>
            <w:r>
              <w:rPr>
                <w:sz w:val="15"/>
              </w:rPr>
              <w:t>1</w:t>
            </w:r>
          </w:p>
        </w:tc>
        <w:tc>
          <w:tcPr>
            <w:tcW w:w="343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BF1D455" w14:textId="77777777" w:rsidR="00297C2F" w:rsidRDefault="00000000">
            <w:pPr>
              <w:spacing w:after="0" w:line="240" w:lineRule="auto"/>
            </w:pPr>
            <w:r>
              <w:rPr>
                <w:sz w:val="15"/>
              </w:rPr>
              <w:t>[0.000, 0.125)</w:t>
            </w:r>
          </w:p>
        </w:tc>
        <w:tc>
          <w:tcPr>
            <w:tcW w:w="71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76BA97C" w14:textId="77777777" w:rsidR="00297C2F" w:rsidRDefault="00000000">
            <w:pPr>
              <w:spacing w:after="0" w:line="240" w:lineRule="auto"/>
            </w:pPr>
            <w:r>
              <w:rPr>
                <w:sz w:val="15"/>
              </w:rPr>
              <w:t>[xmin + 0/8 R, xmin + 1/8 R)</w:t>
            </w:r>
          </w:p>
        </w:tc>
        <w:tc>
          <w:tcPr>
            <w:tcW w:w="251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851B40B" w14:textId="77777777" w:rsidR="00297C2F" w:rsidRDefault="00000000">
            <w:pPr>
              <w:spacing w:after="0" w:line="240" w:lineRule="auto"/>
            </w:pPr>
            <w:r>
              <w:rPr>
                <w:sz w:val="15"/>
              </w:rPr>
              <w:t>Lowest</w:t>
            </w:r>
          </w:p>
        </w:tc>
      </w:tr>
      <w:tr w:rsidR="00297C2F" w14:paraId="2B7527C5" w14:textId="77777777">
        <w:trPr>
          <w:cantSplit/>
          <w:jc w:val="center"/>
        </w:trPr>
        <w:tc>
          <w:tcPr>
            <w:tcW w:w="11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F9B592" w14:textId="77777777" w:rsidR="00297C2F" w:rsidRDefault="00000000">
            <w:pPr>
              <w:spacing w:after="0" w:line="240" w:lineRule="auto"/>
              <w:jc w:val="center"/>
            </w:pPr>
            <w:r>
              <w:rPr>
                <w:sz w:val="15"/>
              </w:rPr>
              <w:t>2</w:t>
            </w:r>
          </w:p>
        </w:tc>
        <w:tc>
          <w:tcPr>
            <w:tcW w:w="343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B790DD" w14:textId="77777777" w:rsidR="00297C2F" w:rsidRDefault="00000000">
            <w:pPr>
              <w:spacing w:after="0" w:line="240" w:lineRule="auto"/>
            </w:pPr>
            <w:r>
              <w:rPr>
                <w:sz w:val="15"/>
              </w:rPr>
              <w:t>[0.125, 0.250)</w:t>
            </w:r>
          </w:p>
        </w:tc>
        <w:tc>
          <w:tcPr>
            <w:tcW w:w="71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C3D1434" w14:textId="77777777" w:rsidR="00297C2F" w:rsidRDefault="00000000">
            <w:pPr>
              <w:spacing w:after="0" w:line="240" w:lineRule="auto"/>
            </w:pPr>
            <w:r>
              <w:rPr>
                <w:sz w:val="15"/>
              </w:rPr>
              <w:t>[xmin + 1/8 R, xmin + 2/8 R)</w:t>
            </w:r>
          </w:p>
        </w:tc>
        <w:tc>
          <w:tcPr>
            <w:tcW w:w="251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E3CBEEB" w14:textId="77777777" w:rsidR="00297C2F" w:rsidRDefault="00000000">
            <w:pPr>
              <w:spacing w:after="0" w:line="240" w:lineRule="auto"/>
            </w:pPr>
            <w:r>
              <w:rPr>
                <w:sz w:val="15"/>
              </w:rPr>
              <w:t>Increasing</w:t>
            </w:r>
          </w:p>
        </w:tc>
      </w:tr>
      <w:tr w:rsidR="00297C2F" w14:paraId="12CCBC32" w14:textId="77777777">
        <w:trPr>
          <w:cantSplit/>
          <w:jc w:val="center"/>
        </w:trPr>
        <w:tc>
          <w:tcPr>
            <w:tcW w:w="11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88387B5" w14:textId="77777777" w:rsidR="00297C2F" w:rsidRDefault="00000000">
            <w:pPr>
              <w:spacing w:after="0" w:line="240" w:lineRule="auto"/>
              <w:jc w:val="center"/>
            </w:pPr>
            <w:r>
              <w:rPr>
                <w:sz w:val="15"/>
              </w:rPr>
              <w:t>3</w:t>
            </w:r>
          </w:p>
        </w:tc>
        <w:tc>
          <w:tcPr>
            <w:tcW w:w="343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8FA0E1B" w14:textId="77777777" w:rsidR="00297C2F" w:rsidRDefault="00000000">
            <w:pPr>
              <w:spacing w:after="0" w:line="240" w:lineRule="auto"/>
            </w:pPr>
            <w:r>
              <w:rPr>
                <w:sz w:val="15"/>
              </w:rPr>
              <w:t>[0.250, 0.375)</w:t>
            </w:r>
          </w:p>
        </w:tc>
        <w:tc>
          <w:tcPr>
            <w:tcW w:w="71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BFC1C78" w14:textId="77777777" w:rsidR="00297C2F" w:rsidRDefault="00000000">
            <w:pPr>
              <w:spacing w:after="0" w:line="240" w:lineRule="auto"/>
            </w:pPr>
            <w:r>
              <w:rPr>
                <w:sz w:val="15"/>
              </w:rPr>
              <w:t>[xmin + 2/8 R, xmin + 3/8 R)</w:t>
            </w:r>
          </w:p>
        </w:tc>
        <w:tc>
          <w:tcPr>
            <w:tcW w:w="251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1DCE869" w14:textId="77777777" w:rsidR="00297C2F" w:rsidRDefault="00000000">
            <w:pPr>
              <w:spacing w:after="0" w:line="240" w:lineRule="auto"/>
            </w:pPr>
            <w:r>
              <w:rPr>
                <w:sz w:val="15"/>
              </w:rPr>
              <w:t>Increasing</w:t>
            </w:r>
          </w:p>
        </w:tc>
      </w:tr>
      <w:tr w:rsidR="00297C2F" w14:paraId="7DAED6BE" w14:textId="77777777">
        <w:trPr>
          <w:cantSplit/>
          <w:jc w:val="center"/>
        </w:trPr>
        <w:tc>
          <w:tcPr>
            <w:tcW w:w="11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35C788C" w14:textId="77777777" w:rsidR="00297C2F" w:rsidRDefault="00000000">
            <w:pPr>
              <w:spacing w:after="0" w:line="240" w:lineRule="auto"/>
              <w:jc w:val="center"/>
            </w:pPr>
            <w:r>
              <w:rPr>
                <w:sz w:val="15"/>
              </w:rPr>
              <w:t>4</w:t>
            </w:r>
          </w:p>
        </w:tc>
        <w:tc>
          <w:tcPr>
            <w:tcW w:w="343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D896E0D" w14:textId="77777777" w:rsidR="00297C2F" w:rsidRDefault="00000000">
            <w:pPr>
              <w:spacing w:after="0" w:line="240" w:lineRule="auto"/>
            </w:pPr>
            <w:r>
              <w:rPr>
                <w:sz w:val="15"/>
              </w:rPr>
              <w:t>[0.375, 0.500)</w:t>
            </w:r>
          </w:p>
        </w:tc>
        <w:tc>
          <w:tcPr>
            <w:tcW w:w="71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4F9E5F" w14:textId="77777777" w:rsidR="00297C2F" w:rsidRDefault="00000000">
            <w:pPr>
              <w:spacing w:after="0" w:line="240" w:lineRule="auto"/>
            </w:pPr>
            <w:r>
              <w:rPr>
                <w:sz w:val="15"/>
              </w:rPr>
              <w:t>[xmin + 3/8 R, xmin + 4/8 R)</w:t>
            </w:r>
          </w:p>
        </w:tc>
        <w:tc>
          <w:tcPr>
            <w:tcW w:w="251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57B7E73" w14:textId="77777777" w:rsidR="00297C2F" w:rsidRDefault="00000000">
            <w:pPr>
              <w:spacing w:after="0" w:line="240" w:lineRule="auto"/>
            </w:pPr>
            <w:r>
              <w:rPr>
                <w:sz w:val="15"/>
              </w:rPr>
              <w:t>Increasing</w:t>
            </w:r>
          </w:p>
        </w:tc>
      </w:tr>
      <w:tr w:rsidR="00297C2F" w14:paraId="263EA1A4" w14:textId="77777777">
        <w:trPr>
          <w:cantSplit/>
          <w:jc w:val="center"/>
        </w:trPr>
        <w:tc>
          <w:tcPr>
            <w:tcW w:w="11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771367A" w14:textId="77777777" w:rsidR="00297C2F" w:rsidRDefault="00000000">
            <w:pPr>
              <w:spacing w:after="0" w:line="240" w:lineRule="auto"/>
              <w:jc w:val="center"/>
            </w:pPr>
            <w:r>
              <w:rPr>
                <w:sz w:val="15"/>
              </w:rPr>
              <w:t>5</w:t>
            </w:r>
          </w:p>
        </w:tc>
        <w:tc>
          <w:tcPr>
            <w:tcW w:w="343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D43BF1D" w14:textId="77777777" w:rsidR="00297C2F" w:rsidRDefault="00000000">
            <w:pPr>
              <w:spacing w:after="0" w:line="240" w:lineRule="auto"/>
            </w:pPr>
            <w:r>
              <w:rPr>
                <w:sz w:val="15"/>
              </w:rPr>
              <w:t>[0.500, 0.625)</w:t>
            </w:r>
          </w:p>
        </w:tc>
        <w:tc>
          <w:tcPr>
            <w:tcW w:w="71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077860" w14:textId="77777777" w:rsidR="00297C2F" w:rsidRDefault="00000000">
            <w:pPr>
              <w:spacing w:after="0" w:line="240" w:lineRule="auto"/>
            </w:pPr>
            <w:r>
              <w:rPr>
                <w:sz w:val="15"/>
              </w:rPr>
              <w:t>[xmin + 4/8 R, xmin + 5/8 R)</w:t>
            </w:r>
          </w:p>
        </w:tc>
        <w:tc>
          <w:tcPr>
            <w:tcW w:w="251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8A1E798" w14:textId="77777777" w:rsidR="00297C2F" w:rsidRDefault="00000000">
            <w:pPr>
              <w:spacing w:after="0" w:line="240" w:lineRule="auto"/>
            </w:pPr>
            <w:r>
              <w:rPr>
                <w:sz w:val="15"/>
              </w:rPr>
              <w:t>Increasing</w:t>
            </w:r>
          </w:p>
        </w:tc>
      </w:tr>
      <w:tr w:rsidR="00297C2F" w14:paraId="285BE7F3" w14:textId="77777777">
        <w:trPr>
          <w:cantSplit/>
          <w:jc w:val="center"/>
        </w:trPr>
        <w:tc>
          <w:tcPr>
            <w:tcW w:w="11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BCBC7E0" w14:textId="77777777" w:rsidR="00297C2F" w:rsidRDefault="00000000">
            <w:pPr>
              <w:spacing w:after="0" w:line="240" w:lineRule="auto"/>
              <w:jc w:val="center"/>
            </w:pPr>
            <w:r>
              <w:rPr>
                <w:sz w:val="15"/>
              </w:rPr>
              <w:t>6</w:t>
            </w:r>
          </w:p>
        </w:tc>
        <w:tc>
          <w:tcPr>
            <w:tcW w:w="343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3BFB829" w14:textId="77777777" w:rsidR="00297C2F" w:rsidRDefault="00000000">
            <w:pPr>
              <w:spacing w:after="0" w:line="240" w:lineRule="auto"/>
            </w:pPr>
            <w:r>
              <w:rPr>
                <w:sz w:val="15"/>
              </w:rPr>
              <w:t>[0.625, 0.750)</w:t>
            </w:r>
          </w:p>
        </w:tc>
        <w:tc>
          <w:tcPr>
            <w:tcW w:w="71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D08EA4A" w14:textId="77777777" w:rsidR="00297C2F" w:rsidRDefault="00000000">
            <w:pPr>
              <w:spacing w:after="0" w:line="240" w:lineRule="auto"/>
            </w:pPr>
            <w:r>
              <w:rPr>
                <w:sz w:val="15"/>
              </w:rPr>
              <w:t>[xmin + 5/8 R, xmin + 6/8 R)</w:t>
            </w:r>
          </w:p>
        </w:tc>
        <w:tc>
          <w:tcPr>
            <w:tcW w:w="251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10FA36" w14:textId="77777777" w:rsidR="00297C2F" w:rsidRDefault="00000000">
            <w:pPr>
              <w:spacing w:after="0" w:line="240" w:lineRule="auto"/>
            </w:pPr>
            <w:r>
              <w:rPr>
                <w:sz w:val="15"/>
              </w:rPr>
              <w:t>Increasing</w:t>
            </w:r>
          </w:p>
        </w:tc>
      </w:tr>
      <w:tr w:rsidR="00297C2F" w14:paraId="66E91BC1" w14:textId="77777777">
        <w:trPr>
          <w:cantSplit/>
          <w:jc w:val="center"/>
        </w:trPr>
        <w:tc>
          <w:tcPr>
            <w:tcW w:w="11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8DE1231" w14:textId="77777777" w:rsidR="00297C2F" w:rsidRDefault="00000000">
            <w:pPr>
              <w:spacing w:after="0" w:line="240" w:lineRule="auto"/>
              <w:jc w:val="center"/>
            </w:pPr>
            <w:r>
              <w:rPr>
                <w:sz w:val="15"/>
              </w:rPr>
              <w:t>7</w:t>
            </w:r>
          </w:p>
        </w:tc>
        <w:tc>
          <w:tcPr>
            <w:tcW w:w="343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6CD57E" w14:textId="77777777" w:rsidR="00297C2F" w:rsidRDefault="00000000">
            <w:pPr>
              <w:spacing w:after="0" w:line="240" w:lineRule="auto"/>
            </w:pPr>
            <w:r>
              <w:rPr>
                <w:sz w:val="15"/>
              </w:rPr>
              <w:t>[0.750, 0.875)</w:t>
            </w:r>
          </w:p>
        </w:tc>
        <w:tc>
          <w:tcPr>
            <w:tcW w:w="71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C4707A2" w14:textId="77777777" w:rsidR="00297C2F" w:rsidRDefault="00000000">
            <w:pPr>
              <w:spacing w:after="0" w:line="240" w:lineRule="auto"/>
            </w:pPr>
            <w:r>
              <w:rPr>
                <w:sz w:val="15"/>
              </w:rPr>
              <w:t>[xmin + 6/8 R, xmin + 7/8 R)</w:t>
            </w:r>
          </w:p>
        </w:tc>
        <w:tc>
          <w:tcPr>
            <w:tcW w:w="251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BFCA8EB" w14:textId="77777777" w:rsidR="00297C2F" w:rsidRDefault="00000000">
            <w:pPr>
              <w:spacing w:after="0" w:line="240" w:lineRule="auto"/>
            </w:pPr>
            <w:r>
              <w:rPr>
                <w:sz w:val="15"/>
              </w:rPr>
              <w:t>Increasing</w:t>
            </w:r>
          </w:p>
        </w:tc>
      </w:tr>
      <w:tr w:rsidR="00297C2F" w14:paraId="47F4D6D1" w14:textId="77777777">
        <w:trPr>
          <w:cantSplit/>
          <w:jc w:val="center"/>
        </w:trPr>
        <w:tc>
          <w:tcPr>
            <w:tcW w:w="11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7DAB9E5" w14:textId="77777777" w:rsidR="00297C2F" w:rsidRDefault="00000000">
            <w:pPr>
              <w:spacing w:after="0" w:line="240" w:lineRule="auto"/>
              <w:jc w:val="center"/>
            </w:pPr>
            <w:r>
              <w:rPr>
                <w:sz w:val="15"/>
              </w:rPr>
              <w:t>8</w:t>
            </w:r>
          </w:p>
        </w:tc>
        <w:tc>
          <w:tcPr>
            <w:tcW w:w="343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D1A468E" w14:textId="77777777" w:rsidR="00297C2F" w:rsidRDefault="00000000">
            <w:pPr>
              <w:spacing w:after="0" w:line="240" w:lineRule="auto"/>
            </w:pPr>
            <w:r>
              <w:rPr>
                <w:sz w:val="15"/>
              </w:rPr>
              <w:t>[0.875, 1.000]</w:t>
            </w:r>
          </w:p>
        </w:tc>
        <w:tc>
          <w:tcPr>
            <w:tcW w:w="71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411908D" w14:textId="77777777" w:rsidR="00297C2F" w:rsidRDefault="00000000">
            <w:pPr>
              <w:spacing w:after="0" w:line="240" w:lineRule="auto"/>
            </w:pPr>
            <w:r>
              <w:rPr>
                <w:sz w:val="15"/>
              </w:rPr>
              <w:t>[xmin + 7/8 R, xmin + 8/8 R]</w:t>
            </w:r>
          </w:p>
        </w:tc>
        <w:tc>
          <w:tcPr>
            <w:tcW w:w="251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0E33855" w14:textId="77777777" w:rsidR="00297C2F" w:rsidRDefault="00000000">
            <w:pPr>
              <w:spacing w:after="0" w:line="240" w:lineRule="auto"/>
            </w:pPr>
            <w:r>
              <w:rPr>
                <w:sz w:val="15"/>
              </w:rPr>
              <w:t>Highest</w:t>
            </w:r>
          </w:p>
        </w:tc>
      </w:tr>
    </w:tbl>
    <w:p w14:paraId="16E1E3C6" w14:textId="77777777" w:rsidR="00297C2F" w:rsidRDefault="00297C2F">
      <w:pPr>
        <w:spacing w:after="60" w:line="240" w:lineRule="auto"/>
      </w:pPr>
    </w:p>
    <w:p w14:paraId="72EBE038" w14:textId="77777777" w:rsidR="00297C2F" w:rsidRDefault="00000000">
      <w:pPr>
        <w:spacing w:after="60" w:line="240" w:lineRule="auto"/>
      </w:pPr>
      <w:r>
        <w:t>For inverse criteria, apply the inverse z formula before assigning the score, equivalently reversing the raw data intervals. Raw cut points are obtained by back transforming each normalized boundary with the layer specific xmin and xmax values at execution time.</w:t>
      </w:r>
    </w:p>
    <w:p w14:paraId="5E05B483" w14:textId="77777777" w:rsidR="00297C2F" w:rsidRDefault="00000000">
      <w:pPr>
        <w:keepNext/>
        <w:spacing w:before="60" w:after="60" w:line="240" w:lineRule="auto"/>
      </w:pPr>
      <w:r>
        <w:rPr>
          <w:b/>
        </w:rPr>
        <w:t>Criterion orientation before reclassification</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85"/>
        <w:gridCol w:w="3337"/>
        <w:gridCol w:w="1668"/>
        <w:gridCol w:w="6066"/>
      </w:tblGrid>
      <w:tr w:rsidR="00297C2F" w14:paraId="4956A401" w14:textId="77777777">
        <w:trPr>
          <w:cantSplit/>
          <w:tblHeader/>
          <w:jc w:val="center"/>
        </w:trPr>
        <w:tc>
          <w:tcPr>
            <w:tcW w:w="318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BEADC49" w14:textId="77777777" w:rsidR="00297C2F" w:rsidRDefault="00000000">
            <w:pPr>
              <w:spacing w:after="0" w:line="240" w:lineRule="auto"/>
              <w:jc w:val="center"/>
            </w:pPr>
            <w:r>
              <w:rPr>
                <w:b/>
                <w:sz w:val="15"/>
              </w:rPr>
              <w:t>Group</w:t>
            </w:r>
          </w:p>
        </w:tc>
        <w:tc>
          <w:tcPr>
            <w:tcW w:w="33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C119611" w14:textId="77777777" w:rsidR="00297C2F" w:rsidRDefault="00000000">
            <w:pPr>
              <w:spacing w:after="0" w:line="240" w:lineRule="auto"/>
              <w:jc w:val="center"/>
            </w:pPr>
            <w:r>
              <w:rPr>
                <w:b/>
                <w:sz w:val="15"/>
              </w:rPr>
              <w:t>Codes</w:t>
            </w:r>
          </w:p>
        </w:tc>
        <w:tc>
          <w:tcPr>
            <w:tcW w:w="166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9B6D0D5" w14:textId="77777777" w:rsidR="00297C2F" w:rsidRDefault="00000000">
            <w:pPr>
              <w:spacing w:after="0" w:line="240" w:lineRule="auto"/>
              <w:jc w:val="center"/>
            </w:pPr>
            <w:r>
              <w:rPr>
                <w:b/>
                <w:sz w:val="15"/>
              </w:rPr>
              <w:t>Orientation</w:t>
            </w:r>
          </w:p>
        </w:tc>
        <w:tc>
          <w:tcPr>
            <w:tcW w:w="60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576603C" w14:textId="77777777" w:rsidR="00297C2F" w:rsidRDefault="00000000">
            <w:pPr>
              <w:spacing w:after="0" w:line="240" w:lineRule="auto"/>
              <w:jc w:val="center"/>
            </w:pPr>
            <w:r>
              <w:rPr>
                <w:b/>
                <w:sz w:val="15"/>
              </w:rPr>
              <w:t>Rule</w:t>
            </w:r>
          </w:p>
        </w:tc>
      </w:tr>
      <w:tr w:rsidR="00297C2F" w14:paraId="0CA1316C" w14:textId="77777777">
        <w:trPr>
          <w:cantSplit/>
          <w:jc w:val="center"/>
        </w:trPr>
        <w:tc>
          <w:tcPr>
            <w:tcW w:w="318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BDE9BC6" w14:textId="77777777" w:rsidR="00297C2F" w:rsidRDefault="00000000">
            <w:pPr>
              <w:spacing w:after="0" w:line="240" w:lineRule="auto"/>
            </w:pPr>
            <w:r>
              <w:rPr>
                <w:sz w:val="15"/>
              </w:rPr>
              <w:t>Socioeconomic</w:t>
            </w:r>
          </w:p>
        </w:tc>
        <w:tc>
          <w:tcPr>
            <w:tcW w:w="33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60AB380" w14:textId="77777777" w:rsidR="00297C2F" w:rsidRDefault="00000000">
            <w:pPr>
              <w:spacing w:after="0" w:line="240" w:lineRule="auto"/>
            </w:pPr>
            <w:r>
              <w:rPr>
                <w:sz w:val="15"/>
              </w:rPr>
              <w:t>PD AGE OC HH POV ILL</w:t>
            </w:r>
          </w:p>
        </w:tc>
        <w:tc>
          <w:tcPr>
            <w:tcW w:w="166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39514A9" w14:textId="77777777" w:rsidR="00297C2F" w:rsidRDefault="00000000">
            <w:pPr>
              <w:spacing w:after="0" w:line="240" w:lineRule="auto"/>
            </w:pPr>
            <w:r>
              <w:rPr>
                <w:sz w:val="15"/>
              </w:rPr>
              <w:t>Direct</w:t>
            </w:r>
          </w:p>
        </w:tc>
        <w:tc>
          <w:tcPr>
            <w:tcW w:w="60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9466519" w14:textId="77777777" w:rsidR="00297C2F" w:rsidRDefault="00000000">
            <w:pPr>
              <w:spacing w:after="0" w:line="240" w:lineRule="auto"/>
            </w:pPr>
            <w:r>
              <w:rPr>
                <w:sz w:val="15"/>
              </w:rPr>
              <w:t>Higher value gives higher vulnerability score</w:t>
            </w:r>
          </w:p>
        </w:tc>
      </w:tr>
      <w:tr w:rsidR="00297C2F" w14:paraId="30BF3E16" w14:textId="77777777">
        <w:trPr>
          <w:cantSplit/>
          <w:jc w:val="center"/>
        </w:trPr>
        <w:tc>
          <w:tcPr>
            <w:tcW w:w="318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F1BEB3" w14:textId="77777777" w:rsidR="00297C2F" w:rsidRDefault="00000000">
            <w:pPr>
              <w:spacing w:after="0" w:line="240" w:lineRule="auto"/>
            </w:pPr>
            <w:r>
              <w:rPr>
                <w:sz w:val="15"/>
              </w:rPr>
              <w:t>Socioeconomic</w:t>
            </w:r>
          </w:p>
        </w:tc>
        <w:tc>
          <w:tcPr>
            <w:tcW w:w="33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B2D90ED" w14:textId="77777777" w:rsidR="00297C2F" w:rsidRDefault="00000000">
            <w:pPr>
              <w:spacing w:after="0" w:line="240" w:lineRule="auto"/>
            </w:pPr>
            <w:r>
              <w:rPr>
                <w:sz w:val="15"/>
              </w:rPr>
              <w:t>HE</w:t>
            </w:r>
          </w:p>
        </w:tc>
        <w:tc>
          <w:tcPr>
            <w:tcW w:w="166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E1D9AE7" w14:textId="77777777" w:rsidR="00297C2F" w:rsidRDefault="00000000">
            <w:pPr>
              <w:spacing w:after="0" w:line="240" w:lineRule="auto"/>
            </w:pPr>
            <w:r>
              <w:rPr>
                <w:sz w:val="15"/>
              </w:rPr>
              <w:t>Inverse</w:t>
            </w:r>
          </w:p>
        </w:tc>
        <w:tc>
          <w:tcPr>
            <w:tcW w:w="60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0CC82B6" w14:textId="77777777" w:rsidR="00297C2F" w:rsidRDefault="00000000">
            <w:pPr>
              <w:spacing w:after="0" w:line="240" w:lineRule="auto"/>
            </w:pPr>
            <w:r>
              <w:rPr>
                <w:sz w:val="15"/>
              </w:rPr>
              <w:t>Higher education is protective</w:t>
            </w:r>
          </w:p>
        </w:tc>
      </w:tr>
      <w:tr w:rsidR="00297C2F" w14:paraId="297EEFA0" w14:textId="77777777">
        <w:trPr>
          <w:cantSplit/>
          <w:jc w:val="center"/>
        </w:trPr>
        <w:tc>
          <w:tcPr>
            <w:tcW w:w="318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BD8DC9" w14:textId="77777777" w:rsidR="00297C2F" w:rsidRDefault="00000000">
            <w:pPr>
              <w:spacing w:after="0" w:line="240" w:lineRule="auto"/>
            </w:pPr>
            <w:r>
              <w:rPr>
                <w:sz w:val="15"/>
              </w:rPr>
              <w:t>Residential</w:t>
            </w:r>
          </w:p>
        </w:tc>
        <w:tc>
          <w:tcPr>
            <w:tcW w:w="33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9F52FEA" w14:textId="77777777" w:rsidR="00297C2F" w:rsidRDefault="00000000">
            <w:pPr>
              <w:spacing w:after="0" w:line="240" w:lineRule="auto"/>
            </w:pPr>
            <w:r>
              <w:rPr>
                <w:sz w:val="15"/>
              </w:rPr>
              <w:t>UH URB</w:t>
            </w:r>
          </w:p>
        </w:tc>
        <w:tc>
          <w:tcPr>
            <w:tcW w:w="166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3BD9F5" w14:textId="77777777" w:rsidR="00297C2F" w:rsidRDefault="00000000">
            <w:pPr>
              <w:spacing w:after="0" w:line="240" w:lineRule="auto"/>
            </w:pPr>
            <w:r>
              <w:rPr>
                <w:sz w:val="15"/>
              </w:rPr>
              <w:t>Direct</w:t>
            </w:r>
          </w:p>
        </w:tc>
        <w:tc>
          <w:tcPr>
            <w:tcW w:w="60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9255D73" w14:textId="77777777" w:rsidR="00297C2F" w:rsidRDefault="00000000">
            <w:pPr>
              <w:spacing w:after="0" w:line="240" w:lineRule="auto"/>
            </w:pPr>
            <w:r>
              <w:rPr>
                <w:sz w:val="15"/>
              </w:rPr>
              <w:t>Higher unsuitable habitat or urban concentration gives higher vulnerability score</w:t>
            </w:r>
          </w:p>
        </w:tc>
      </w:tr>
      <w:tr w:rsidR="00297C2F" w14:paraId="209F17C8" w14:textId="77777777">
        <w:trPr>
          <w:cantSplit/>
          <w:jc w:val="center"/>
        </w:trPr>
        <w:tc>
          <w:tcPr>
            <w:tcW w:w="318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5BBA7DE" w14:textId="77777777" w:rsidR="00297C2F" w:rsidRDefault="00000000">
            <w:pPr>
              <w:spacing w:after="0" w:line="240" w:lineRule="auto"/>
            </w:pPr>
            <w:r>
              <w:rPr>
                <w:sz w:val="15"/>
              </w:rPr>
              <w:t>Traffic and industrial</w:t>
            </w:r>
          </w:p>
        </w:tc>
        <w:tc>
          <w:tcPr>
            <w:tcW w:w="33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23A1DB" w14:textId="77777777" w:rsidR="00297C2F" w:rsidRDefault="00000000">
            <w:pPr>
              <w:spacing w:after="0" w:line="240" w:lineRule="auto"/>
            </w:pPr>
            <w:r>
              <w:rPr>
                <w:sz w:val="15"/>
              </w:rPr>
              <w:t>FCT BR BS PF DBA</w:t>
            </w:r>
          </w:p>
        </w:tc>
        <w:tc>
          <w:tcPr>
            <w:tcW w:w="166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04F67E" w14:textId="77777777" w:rsidR="00297C2F" w:rsidRDefault="00000000">
            <w:pPr>
              <w:spacing w:after="0" w:line="240" w:lineRule="auto"/>
            </w:pPr>
            <w:r>
              <w:rPr>
                <w:sz w:val="15"/>
              </w:rPr>
              <w:t>Direct</w:t>
            </w:r>
          </w:p>
        </w:tc>
        <w:tc>
          <w:tcPr>
            <w:tcW w:w="60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7138DB" w14:textId="77777777" w:rsidR="00297C2F" w:rsidRDefault="00000000">
            <w:pPr>
              <w:spacing w:after="0" w:line="240" w:lineRule="auto"/>
            </w:pPr>
            <w:r>
              <w:rPr>
                <w:sz w:val="15"/>
              </w:rPr>
              <w:t>Greater density or intensity gives higher vulnerability score</w:t>
            </w:r>
          </w:p>
        </w:tc>
      </w:tr>
      <w:tr w:rsidR="00297C2F" w14:paraId="790C18FC" w14:textId="77777777">
        <w:trPr>
          <w:cantSplit/>
          <w:jc w:val="center"/>
        </w:trPr>
        <w:tc>
          <w:tcPr>
            <w:tcW w:w="318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2600E8E" w14:textId="77777777" w:rsidR="00297C2F" w:rsidRDefault="00000000">
            <w:pPr>
              <w:spacing w:after="0" w:line="240" w:lineRule="auto"/>
            </w:pPr>
            <w:r>
              <w:rPr>
                <w:sz w:val="15"/>
              </w:rPr>
              <w:t>Traffic and industrial</w:t>
            </w:r>
          </w:p>
        </w:tc>
        <w:tc>
          <w:tcPr>
            <w:tcW w:w="33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A1B0839" w14:textId="77777777" w:rsidR="00297C2F" w:rsidRDefault="00000000">
            <w:pPr>
              <w:spacing w:after="0" w:line="240" w:lineRule="auto"/>
            </w:pPr>
            <w:r>
              <w:rPr>
                <w:sz w:val="15"/>
              </w:rPr>
              <w:t>DMR</w:t>
            </w:r>
          </w:p>
        </w:tc>
        <w:tc>
          <w:tcPr>
            <w:tcW w:w="166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A1733BF" w14:textId="77777777" w:rsidR="00297C2F" w:rsidRDefault="00000000">
            <w:pPr>
              <w:spacing w:after="0" w:line="240" w:lineRule="auto"/>
            </w:pPr>
            <w:r>
              <w:rPr>
                <w:sz w:val="15"/>
              </w:rPr>
              <w:t>Inverse</w:t>
            </w:r>
          </w:p>
        </w:tc>
        <w:tc>
          <w:tcPr>
            <w:tcW w:w="60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28F356" w14:textId="77777777" w:rsidR="00297C2F" w:rsidRDefault="00000000">
            <w:pPr>
              <w:spacing w:after="0" w:line="240" w:lineRule="auto"/>
            </w:pPr>
            <w:r>
              <w:rPr>
                <w:sz w:val="15"/>
              </w:rPr>
              <w:t>Shorter distance to a main road gives higher vulnerability score</w:t>
            </w:r>
          </w:p>
        </w:tc>
      </w:tr>
      <w:tr w:rsidR="00297C2F" w14:paraId="53C21248" w14:textId="77777777">
        <w:trPr>
          <w:cantSplit/>
          <w:jc w:val="center"/>
        </w:trPr>
        <w:tc>
          <w:tcPr>
            <w:tcW w:w="318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027675E" w14:textId="77777777" w:rsidR="00297C2F" w:rsidRDefault="00000000">
            <w:pPr>
              <w:spacing w:after="0" w:line="240" w:lineRule="auto"/>
            </w:pPr>
            <w:r>
              <w:rPr>
                <w:sz w:val="15"/>
              </w:rPr>
              <w:t>Air pollution</w:t>
            </w:r>
          </w:p>
        </w:tc>
        <w:tc>
          <w:tcPr>
            <w:tcW w:w="33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B569AC" w14:textId="77777777" w:rsidR="00297C2F" w:rsidRDefault="00000000">
            <w:pPr>
              <w:spacing w:after="0" w:line="240" w:lineRule="auto"/>
            </w:pPr>
            <w:r>
              <w:rPr>
                <w:sz w:val="15"/>
              </w:rPr>
              <w:t>SO2 PM25 PM10 NO2 CO O3</w:t>
            </w:r>
          </w:p>
        </w:tc>
        <w:tc>
          <w:tcPr>
            <w:tcW w:w="166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4A3D43B" w14:textId="77777777" w:rsidR="00297C2F" w:rsidRDefault="00000000">
            <w:pPr>
              <w:spacing w:after="0" w:line="240" w:lineRule="auto"/>
            </w:pPr>
            <w:r>
              <w:rPr>
                <w:sz w:val="15"/>
              </w:rPr>
              <w:t>Direct</w:t>
            </w:r>
          </w:p>
        </w:tc>
        <w:tc>
          <w:tcPr>
            <w:tcW w:w="60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C11D916" w14:textId="77777777" w:rsidR="00297C2F" w:rsidRDefault="00000000">
            <w:pPr>
              <w:spacing w:after="0" w:line="240" w:lineRule="auto"/>
            </w:pPr>
            <w:r>
              <w:rPr>
                <w:sz w:val="15"/>
              </w:rPr>
              <w:t>Higher concentration gives higher vulnerability score</w:t>
            </w:r>
          </w:p>
        </w:tc>
      </w:tr>
      <w:tr w:rsidR="00297C2F" w14:paraId="72F645C8" w14:textId="77777777">
        <w:trPr>
          <w:cantSplit/>
          <w:jc w:val="center"/>
        </w:trPr>
        <w:tc>
          <w:tcPr>
            <w:tcW w:w="318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7444692" w14:textId="77777777" w:rsidR="00297C2F" w:rsidRDefault="00000000">
            <w:pPr>
              <w:spacing w:after="0" w:line="240" w:lineRule="auto"/>
            </w:pPr>
            <w:r>
              <w:rPr>
                <w:sz w:val="15"/>
              </w:rPr>
              <w:t>Land use and infrastructure</w:t>
            </w:r>
          </w:p>
        </w:tc>
        <w:tc>
          <w:tcPr>
            <w:tcW w:w="33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5436E3" w14:textId="77777777" w:rsidR="00297C2F" w:rsidRDefault="00000000">
            <w:pPr>
              <w:spacing w:after="0" w:line="240" w:lineRule="auto"/>
            </w:pPr>
            <w:r>
              <w:rPr>
                <w:sz w:val="15"/>
              </w:rPr>
              <w:t>GS</w:t>
            </w:r>
          </w:p>
        </w:tc>
        <w:tc>
          <w:tcPr>
            <w:tcW w:w="166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6CA993A" w14:textId="77777777" w:rsidR="00297C2F" w:rsidRDefault="00000000">
            <w:pPr>
              <w:spacing w:after="0" w:line="240" w:lineRule="auto"/>
            </w:pPr>
            <w:r>
              <w:rPr>
                <w:sz w:val="15"/>
              </w:rPr>
              <w:t>Inverse</w:t>
            </w:r>
          </w:p>
        </w:tc>
        <w:tc>
          <w:tcPr>
            <w:tcW w:w="60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5651C29" w14:textId="77777777" w:rsidR="00297C2F" w:rsidRDefault="00000000">
            <w:pPr>
              <w:spacing w:after="0" w:line="240" w:lineRule="auto"/>
            </w:pPr>
            <w:r>
              <w:rPr>
                <w:sz w:val="15"/>
              </w:rPr>
              <w:t>Lower green space gives higher vulnerability score</w:t>
            </w:r>
          </w:p>
        </w:tc>
      </w:tr>
      <w:tr w:rsidR="00297C2F" w14:paraId="6432A85E" w14:textId="77777777">
        <w:trPr>
          <w:cantSplit/>
          <w:jc w:val="center"/>
        </w:trPr>
        <w:tc>
          <w:tcPr>
            <w:tcW w:w="318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CDFF148" w14:textId="77777777" w:rsidR="00297C2F" w:rsidRDefault="00000000">
            <w:pPr>
              <w:spacing w:after="0" w:line="240" w:lineRule="auto"/>
            </w:pPr>
            <w:r>
              <w:rPr>
                <w:sz w:val="15"/>
              </w:rPr>
              <w:t>Land use and infrastructure</w:t>
            </w:r>
          </w:p>
        </w:tc>
        <w:tc>
          <w:tcPr>
            <w:tcW w:w="33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383916" w14:textId="77777777" w:rsidR="00297C2F" w:rsidRDefault="00000000">
            <w:pPr>
              <w:spacing w:after="0" w:line="240" w:lineRule="auto"/>
            </w:pPr>
            <w:r>
              <w:rPr>
                <w:sz w:val="15"/>
              </w:rPr>
              <w:t>LS</w:t>
            </w:r>
          </w:p>
        </w:tc>
        <w:tc>
          <w:tcPr>
            <w:tcW w:w="166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5F2EA6B" w14:textId="77777777" w:rsidR="00297C2F" w:rsidRDefault="00000000">
            <w:pPr>
              <w:spacing w:after="0" w:line="240" w:lineRule="auto"/>
            </w:pPr>
            <w:r>
              <w:rPr>
                <w:sz w:val="15"/>
              </w:rPr>
              <w:t>Direct</w:t>
            </w:r>
          </w:p>
        </w:tc>
        <w:tc>
          <w:tcPr>
            <w:tcW w:w="60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317D427" w14:textId="77777777" w:rsidR="00297C2F" w:rsidRDefault="00000000">
            <w:pPr>
              <w:spacing w:after="0" w:line="240" w:lineRule="auto"/>
              <w:jc w:val="center"/>
            </w:pPr>
            <w:r>
              <w:rPr>
                <w:sz w:val="15"/>
              </w:rPr>
              <w:t>Higher land-space ratio receives a higher vulnerability score under the specified analytical framework</w:t>
            </w:r>
          </w:p>
        </w:tc>
      </w:tr>
      <w:tr w:rsidR="00297C2F" w14:paraId="1CA05BE3" w14:textId="77777777">
        <w:trPr>
          <w:cantSplit/>
          <w:jc w:val="center"/>
        </w:trPr>
        <w:tc>
          <w:tcPr>
            <w:tcW w:w="318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67213F1" w14:textId="77777777" w:rsidR="00297C2F" w:rsidRDefault="00000000">
            <w:pPr>
              <w:spacing w:after="0" w:line="240" w:lineRule="auto"/>
            </w:pPr>
            <w:r>
              <w:rPr>
                <w:sz w:val="15"/>
              </w:rPr>
              <w:t>Land use and infrastructure</w:t>
            </w:r>
          </w:p>
        </w:tc>
        <w:tc>
          <w:tcPr>
            <w:tcW w:w="33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173A657" w14:textId="77777777" w:rsidR="00297C2F" w:rsidRDefault="00000000">
            <w:pPr>
              <w:spacing w:after="0" w:line="240" w:lineRule="auto"/>
            </w:pPr>
            <w:r>
              <w:rPr>
                <w:sz w:val="15"/>
              </w:rPr>
              <w:t>LF AIR QRY</w:t>
            </w:r>
          </w:p>
        </w:tc>
        <w:tc>
          <w:tcPr>
            <w:tcW w:w="166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CC154BD" w14:textId="77777777" w:rsidR="00297C2F" w:rsidRDefault="00000000">
            <w:pPr>
              <w:spacing w:after="0" w:line="240" w:lineRule="auto"/>
            </w:pPr>
            <w:r>
              <w:rPr>
                <w:sz w:val="15"/>
              </w:rPr>
              <w:t>Inverse</w:t>
            </w:r>
          </w:p>
        </w:tc>
        <w:tc>
          <w:tcPr>
            <w:tcW w:w="60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FDC972D" w14:textId="77777777" w:rsidR="00297C2F" w:rsidRDefault="00000000">
            <w:pPr>
              <w:spacing w:after="0" w:line="240" w:lineRule="auto"/>
            </w:pPr>
            <w:r>
              <w:rPr>
                <w:sz w:val="15"/>
              </w:rPr>
              <w:t>Shorter distance to a source gives higher vulnerability score</w:t>
            </w:r>
          </w:p>
        </w:tc>
      </w:tr>
      <w:tr w:rsidR="00297C2F" w14:paraId="38E2908A" w14:textId="77777777">
        <w:trPr>
          <w:cantSplit/>
          <w:jc w:val="center"/>
        </w:trPr>
        <w:tc>
          <w:tcPr>
            <w:tcW w:w="318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EF1D254" w14:textId="77777777" w:rsidR="00297C2F" w:rsidRDefault="00000000">
            <w:pPr>
              <w:spacing w:after="0" w:line="240" w:lineRule="auto"/>
            </w:pPr>
            <w:r>
              <w:rPr>
                <w:sz w:val="15"/>
              </w:rPr>
              <w:t>Physical</w:t>
            </w:r>
          </w:p>
        </w:tc>
        <w:tc>
          <w:tcPr>
            <w:tcW w:w="33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E1EC991" w14:textId="77777777" w:rsidR="00297C2F" w:rsidRDefault="00000000">
            <w:pPr>
              <w:spacing w:after="0" w:line="240" w:lineRule="auto"/>
            </w:pPr>
            <w:r>
              <w:rPr>
                <w:sz w:val="15"/>
              </w:rPr>
              <w:t>DEM SLP</w:t>
            </w:r>
          </w:p>
        </w:tc>
        <w:tc>
          <w:tcPr>
            <w:tcW w:w="166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E278C7A" w14:textId="77777777" w:rsidR="00297C2F" w:rsidRDefault="00000000">
            <w:pPr>
              <w:spacing w:after="0" w:line="240" w:lineRule="auto"/>
            </w:pPr>
            <w:r>
              <w:rPr>
                <w:sz w:val="15"/>
              </w:rPr>
              <w:t>Direct</w:t>
            </w:r>
          </w:p>
        </w:tc>
        <w:tc>
          <w:tcPr>
            <w:tcW w:w="60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E450520" w14:textId="77777777" w:rsidR="00297C2F" w:rsidRDefault="00000000">
            <w:pPr>
              <w:spacing w:after="0" w:line="240" w:lineRule="auto"/>
              <w:jc w:val="center"/>
            </w:pPr>
            <w:r>
              <w:rPr>
                <w:sz w:val="15"/>
              </w:rPr>
              <w:t>Higher elevation and slope values receive higher vulnerability scores under the specified analytical framework</w:t>
            </w:r>
          </w:p>
        </w:tc>
      </w:tr>
      <w:tr w:rsidR="00297C2F" w14:paraId="0388CFFD" w14:textId="77777777">
        <w:trPr>
          <w:cantSplit/>
          <w:jc w:val="center"/>
        </w:trPr>
        <w:tc>
          <w:tcPr>
            <w:tcW w:w="318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CFD7F8" w14:textId="77777777" w:rsidR="00297C2F" w:rsidRDefault="00000000">
            <w:pPr>
              <w:spacing w:after="0" w:line="240" w:lineRule="auto"/>
            </w:pPr>
            <w:r>
              <w:rPr>
                <w:sz w:val="15"/>
              </w:rPr>
              <w:t>Physical</w:t>
            </w:r>
          </w:p>
        </w:tc>
        <w:tc>
          <w:tcPr>
            <w:tcW w:w="33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E9D3D21" w14:textId="77777777" w:rsidR="00297C2F" w:rsidRDefault="00000000">
            <w:pPr>
              <w:spacing w:after="0" w:line="240" w:lineRule="auto"/>
            </w:pPr>
            <w:r>
              <w:rPr>
                <w:sz w:val="15"/>
              </w:rPr>
              <w:t>WS</w:t>
            </w:r>
          </w:p>
        </w:tc>
        <w:tc>
          <w:tcPr>
            <w:tcW w:w="166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13EF462" w14:textId="77777777" w:rsidR="00297C2F" w:rsidRDefault="00000000">
            <w:pPr>
              <w:spacing w:after="0" w:line="240" w:lineRule="auto"/>
            </w:pPr>
            <w:r>
              <w:rPr>
                <w:sz w:val="15"/>
              </w:rPr>
              <w:t>Inverse</w:t>
            </w:r>
          </w:p>
        </w:tc>
        <w:tc>
          <w:tcPr>
            <w:tcW w:w="60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731FB76" w14:textId="77777777" w:rsidR="00297C2F" w:rsidRDefault="00000000">
            <w:pPr>
              <w:spacing w:after="0" w:line="240" w:lineRule="auto"/>
            </w:pPr>
            <w:r>
              <w:rPr>
                <w:sz w:val="15"/>
              </w:rPr>
              <w:t>Lower wind speed gives higher vulnerability score</w:t>
            </w:r>
          </w:p>
        </w:tc>
      </w:tr>
    </w:tbl>
    <w:p w14:paraId="329FCDFD" w14:textId="77777777" w:rsidR="00297C2F" w:rsidRDefault="00297C2F">
      <w:pPr>
        <w:spacing w:after="60" w:line="240" w:lineRule="auto"/>
      </w:pPr>
    </w:p>
    <w:p w14:paraId="37AE3BC7" w14:textId="77777777" w:rsidR="00297C2F" w:rsidRDefault="00000000">
      <w:pPr>
        <w:spacing w:after="60" w:line="240" w:lineRule="auto"/>
      </w:pPr>
      <w:r>
        <w:rPr>
          <w:sz w:val="19"/>
        </w:rPr>
        <w:br w:type="page"/>
      </w:r>
    </w:p>
    <w:p w14:paraId="3238051B" w14:textId="77777777" w:rsidR="00297C2F" w:rsidRDefault="00000000">
      <w:pPr>
        <w:pStyle w:val="Heading1"/>
        <w:spacing w:before="160" w:after="60" w:line="240" w:lineRule="auto"/>
      </w:pPr>
      <w:r>
        <w:rPr>
          <w:rFonts w:ascii="Arial" w:hAnsi="Arial"/>
          <w:sz w:val="23"/>
        </w:rPr>
        <w:lastRenderedPageBreak/>
        <w:t>Weight audit for the equal domain scenario</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221"/>
        <w:gridCol w:w="1075"/>
        <w:gridCol w:w="6519"/>
        <w:gridCol w:w="2078"/>
        <w:gridCol w:w="2363"/>
      </w:tblGrid>
      <w:tr w:rsidR="00297C2F" w14:paraId="5CBB74EF" w14:textId="77777777">
        <w:trPr>
          <w:cantSplit/>
          <w:tblHeader/>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289F0C" w14:textId="77777777" w:rsidR="00297C2F" w:rsidRDefault="00000000">
            <w:pPr>
              <w:spacing w:after="0" w:line="240" w:lineRule="auto"/>
              <w:jc w:val="center"/>
            </w:pPr>
            <w:r>
              <w:rPr>
                <w:b/>
                <w:sz w:val="15"/>
              </w:rPr>
              <w:t>Domain</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6A58B6" w14:textId="77777777" w:rsidR="00297C2F" w:rsidRDefault="00000000">
            <w:pPr>
              <w:spacing w:after="0" w:line="240" w:lineRule="auto"/>
              <w:jc w:val="center"/>
            </w:pPr>
            <w:r>
              <w:rPr>
                <w:b/>
                <w:sz w:val="15"/>
              </w:rPr>
              <w:t>Code</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1DA37A6" w14:textId="77777777" w:rsidR="00297C2F" w:rsidRDefault="00000000">
            <w:pPr>
              <w:spacing w:after="0" w:line="240" w:lineRule="auto"/>
              <w:jc w:val="center"/>
            </w:pPr>
            <w:r>
              <w:rPr>
                <w:b/>
                <w:sz w:val="15"/>
              </w:rPr>
              <w:t>Criterion</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B95CD1F" w14:textId="77777777" w:rsidR="00297C2F" w:rsidRDefault="00000000">
            <w:pPr>
              <w:spacing w:after="0" w:line="240" w:lineRule="auto"/>
              <w:jc w:val="center"/>
            </w:pPr>
            <w:r>
              <w:rPr>
                <w:b/>
                <w:sz w:val="15"/>
              </w:rPr>
              <w:t>Within domain percent</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CEAF4BA" w14:textId="77777777" w:rsidR="00297C2F" w:rsidRDefault="00000000">
            <w:pPr>
              <w:spacing w:after="0" w:line="240" w:lineRule="auto"/>
              <w:jc w:val="center"/>
            </w:pPr>
            <w:r>
              <w:rPr>
                <w:b/>
                <w:sz w:val="15"/>
              </w:rPr>
              <w:t>Overall equal scenario percent</w:t>
            </w:r>
          </w:p>
        </w:tc>
      </w:tr>
      <w:tr w:rsidR="00297C2F" w14:paraId="57B1D4CC"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81EE49" w14:textId="77777777" w:rsidR="00297C2F" w:rsidRDefault="00000000">
            <w:pPr>
              <w:spacing w:after="0" w:line="240" w:lineRule="auto"/>
            </w:pPr>
            <w:r>
              <w:rPr>
                <w:sz w:val="15"/>
              </w:rPr>
              <w:t>Socioeconomic</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99F2ADA" w14:textId="77777777" w:rsidR="00297C2F" w:rsidRDefault="00000000">
            <w:pPr>
              <w:spacing w:after="0" w:line="240" w:lineRule="auto"/>
              <w:jc w:val="center"/>
            </w:pPr>
            <w:r>
              <w:rPr>
                <w:sz w:val="15"/>
              </w:rPr>
              <w:t>PD</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3BE035" w14:textId="77777777" w:rsidR="00297C2F" w:rsidRDefault="00000000">
            <w:pPr>
              <w:spacing w:after="0" w:line="240" w:lineRule="auto"/>
            </w:pPr>
            <w:r>
              <w:rPr>
                <w:sz w:val="15"/>
              </w:rPr>
              <w:t>Population density</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6154A91" w14:textId="77777777" w:rsidR="00297C2F" w:rsidRDefault="00000000">
            <w:pPr>
              <w:spacing w:after="0" w:line="240" w:lineRule="auto"/>
              <w:jc w:val="center"/>
            </w:pPr>
            <w:r>
              <w:rPr>
                <w:sz w:val="15"/>
              </w:rPr>
              <w:t>27.132</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DA5313" w14:textId="77777777" w:rsidR="00297C2F" w:rsidRDefault="00000000">
            <w:pPr>
              <w:spacing w:after="0" w:line="240" w:lineRule="auto"/>
              <w:jc w:val="center"/>
            </w:pPr>
            <w:r>
              <w:rPr>
                <w:sz w:val="15"/>
              </w:rPr>
              <w:t>6.7831</w:t>
            </w:r>
          </w:p>
        </w:tc>
      </w:tr>
      <w:tr w:rsidR="00297C2F" w14:paraId="0978219C"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3D683B" w14:textId="77777777" w:rsidR="00297C2F" w:rsidRDefault="00000000">
            <w:pPr>
              <w:spacing w:after="0" w:line="240" w:lineRule="auto"/>
            </w:pPr>
            <w:r>
              <w:rPr>
                <w:sz w:val="15"/>
              </w:rPr>
              <w:t>Socioeconomic</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AD47C45" w14:textId="77777777" w:rsidR="00297C2F" w:rsidRDefault="00000000">
            <w:pPr>
              <w:spacing w:after="0" w:line="240" w:lineRule="auto"/>
              <w:jc w:val="center"/>
            </w:pPr>
            <w:r>
              <w:rPr>
                <w:sz w:val="15"/>
              </w:rPr>
              <w:t>AGE</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B03EEF" w14:textId="77777777" w:rsidR="00297C2F" w:rsidRDefault="00000000">
            <w:pPr>
              <w:spacing w:after="0" w:line="240" w:lineRule="auto"/>
            </w:pPr>
            <w:r>
              <w:rPr>
                <w:sz w:val="15"/>
              </w:rPr>
              <w:t>Age 40-75</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86AFE75" w14:textId="77777777" w:rsidR="00297C2F" w:rsidRDefault="00000000">
            <w:pPr>
              <w:spacing w:after="0" w:line="240" w:lineRule="auto"/>
              <w:jc w:val="center"/>
            </w:pPr>
            <w:r>
              <w:rPr>
                <w:sz w:val="15"/>
              </w:rPr>
              <w:t>21.668</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BB0D214" w14:textId="77777777" w:rsidR="00297C2F" w:rsidRDefault="00000000">
            <w:pPr>
              <w:spacing w:after="0" w:line="240" w:lineRule="auto"/>
              <w:jc w:val="center"/>
            </w:pPr>
            <w:r>
              <w:rPr>
                <w:sz w:val="15"/>
              </w:rPr>
              <w:t>5.4171</w:t>
            </w:r>
          </w:p>
        </w:tc>
      </w:tr>
      <w:tr w:rsidR="00297C2F" w14:paraId="587C62CB"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0AE1711" w14:textId="77777777" w:rsidR="00297C2F" w:rsidRDefault="00000000">
            <w:pPr>
              <w:spacing w:after="0" w:line="240" w:lineRule="auto"/>
            </w:pPr>
            <w:r>
              <w:rPr>
                <w:sz w:val="15"/>
              </w:rPr>
              <w:t>Socioeconomic</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1B7C643" w14:textId="77777777" w:rsidR="00297C2F" w:rsidRDefault="00000000">
            <w:pPr>
              <w:spacing w:after="0" w:line="240" w:lineRule="auto"/>
              <w:jc w:val="center"/>
            </w:pPr>
            <w:r>
              <w:rPr>
                <w:sz w:val="15"/>
              </w:rPr>
              <w:t>OC</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23DBF12" w14:textId="77777777" w:rsidR="00297C2F" w:rsidRDefault="00000000">
            <w:pPr>
              <w:spacing w:after="0" w:line="240" w:lineRule="auto"/>
            </w:pPr>
            <w:r>
              <w:rPr>
                <w:sz w:val="15"/>
              </w:rPr>
              <w:t>Overcrowding</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5D8015D" w14:textId="77777777" w:rsidR="00297C2F" w:rsidRDefault="00000000">
            <w:pPr>
              <w:spacing w:after="0" w:line="240" w:lineRule="auto"/>
              <w:jc w:val="center"/>
            </w:pPr>
            <w:r>
              <w:rPr>
                <w:sz w:val="15"/>
              </w:rPr>
              <w:t>12.483</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B90EDF" w14:textId="77777777" w:rsidR="00297C2F" w:rsidRDefault="00000000">
            <w:pPr>
              <w:spacing w:after="0" w:line="240" w:lineRule="auto"/>
              <w:jc w:val="center"/>
            </w:pPr>
            <w:r>
              <w:rPr>
                <w:sz w:val="15"/>
              </w:rPr>
              <w:t>3.1206</w:t>
            </w:r>
          </w:p>
        </w:tc>
      </w:tr>
      <w:tr w:rsidR="00297C2F" w14:paraId="3BA297E8"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6E6E129" w14:textId="77777777" w:rsidR="00297C2F" w:rsidRDefault="00000000">
            <w:pPr>
              <w:spacing w:after="0" w:line="240" w:lineRule="auto"/>
            </w:pPr>
            <w:r>
              <w:rPr>
                <w:sz w:val="15"/>
              </w:rPr>
              <w:t>Socioeconomic</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258AC73" w14:textId="77777777" w:rsidR="00297C2F" w:rsidRDefault="00000000">
            <w:pPr>
              <w:spacing w:after="0" w:line="240" w:lineRule="auto"/>
              <w:jc w:val="center"/>
            </w:pPr>
            <w:r>
              <w:rPr>
                <w:sz w:val="15"/>
              </w:rPr>
              <w:t>HH</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EDC875A" w14:textId="77777777" w:rsidR="00297C2F" w:rsidRDefault="00000000">
            <w:pPr>
              <w:spacing w:after="0" w:line="240" w:lineRule="auto"/>
            </w:pPr>
            <w:r>
              <w:rPr>
                <w:sz w:val="15"/>
              </w:rPr>
              <w:t>Average household size</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D415DC9" w14:textId="77777777" w:rsidR="00297C2F" w:rsidRDefault="00000000">
            <w:pPr>
              <w:spacing w:after="0" w:line="240" w:lineRule="auto"/>
              <w:jc w:val="center"/>
            </w:pPr>
            <w:r>
              <w:rPr>
                <w:sz w:val="15"/>
              </w:rPr>
              <w:t>7.180</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FB7DCE9" w14:textId="77777777" w:rsidR="00297C2F" w:rsidRDefault="00000000">
            <w:pPr>
              <w:spacing w:after="0" w:line="240" w:lineRule="auto"/>
              <w:jc w:val="center"/>
            </w:pPr>
            <w:r>
              <w:rPr>
                <w:sz w:val="15"/>
              </w:rPr>
              <w:t>1.7949</w:t>
            </w:r>
          </w:p>
        </w:tc>
      </w:tr>
      <w:tr w:rsidR="00297C2F" w14:paraId="7BF0D1B1"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7AA8123" w14:textId="77777777" w:rsidR="00297C2F" w:rsidRDefault="00000000">
            <w:pPr>
              <w:spacing w:after="0" w:line="240" w:lineRule="auto"/>
            </w:pPr>
            <w:r>
              <w:rPr>
                <w:sz w:val="15"/>
              </w:rPr>
              <w:t>Socioeconomic</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328FE19" w14:textId="77777777" w:rsidR="00297C2F" w:rsidRDefault="00000000">
            <w:pPr>
              <w:spacing w:after="0" w:line="240" w:lineRule="auto"/>
              <w:jc w:val="center"/>
            </w:pPr>
            <w:r>
              <w:rPr>
                <w:sz w:val="15"/>
              </w:rPr>
              <w:t>POV</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6A8CB84" w14:textId="77777777" w:rsidR="00297C2F" w:rsidRDefault="00000000">
            <w:pPr>
              <w:spacing w:after="0" w:line="240" w:lineRule="auto"/>
            </w:pPr>
            <w:r>
              <w:rPr>
                <w:sz w:val="15"/>
              </w:rPr>
              <w:t>Poverty</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49456E7" w14:textId="77777777" w:rsidR="00297C2F" w:rsidRDefault="00000000">
            <w:pPr>
              <w:spacing w:after="0" w:line="240" w:lineRule="auto"/>
              <w:jc w:val="center"/>
            </w:pPr>
            <w:r>
              <w:rPr>
                <w:sz w:val="15"/>
              </w:rPr>
              <w:t>16.179</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D6AE7D" w14:textId="77777777" w:rsidR="00297C2F" w:rsidRDefault="00000000">
            <w:pPr>
              <w:spacing w:after="0" w:line="240" w:lineRule="auto"/>
              <w:jc w:val="center"/>
            </w:pPr>
            <w:r>
              <w:rPr>
                <w:sz w:val="15"/>
              </w:rPr>
              <w:t>4.0447</w:t>
            </w:r>
          </w:p>
        </w:tc>
      </w:tr>
      <w:tr w:rsidR="00297C2F" w14:paraId="5CB385DB"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0A95CCC" w14:textId="77777777" w:rsidR="00297C2F" w:rsidRDefault="00000000">
            <w:pPr>
              <w:spacing w:after="0" w:line="240" w:lineRule="auto"/>
            </w:pPr>
            <w:r>
              <w:rPr>
                <w:sz w:val="15"/>
              </w:rPr>
              <w:t>Socioeconomic</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59F4B8" w14:textId="77777777" w:rsidR="00297C2F" w:rsidRDefault="00000000">
            <w:pPr>
              <w:spacing w:after="0" w:line="240" w:lineRule="auto"/>
              <w:jc w:val="center"/>
            </w:pPr>
            <w:r>
              <w:rPr>
                <w:sz w:val="15"/>
              </w:rPr>
              <w:t>ILL</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20E254B" w14:textId="77777777" w:rsidR="00297C2F" w:rsidRDefault="00000000">
            <w:pPr>
              <w:spacing w:after="0" w:line="240" w:lineRule="auto"/>
            </w:pPr>
            <w:r>
              <w:rPr>
                <w:sz w:val="15"/>
              </w:rPr>
              <w:t>Illiteracy</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B957AE" w14:textId="77777777" w:rsidR="00297C2F" w:rsidRDefault="00000000">
            <w:pPr>
              <w:spacing w:after="0" w:line="240" w:lineRule="auto"/>
              <w:jc w:val="center"/>
            </w:pPr>
            <w:r>
              <w:rPr>
                <w:sz w:val="15"/>
              </w:rPr>
              <w:t>9.689</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8659936" w14:textId="77777777" w:rsidR="00297C2F" w:rsidRDefault="00000000">
            <w:pPr>
              <w:spacing w:after="0" w:line="240" w:lineRule="auto"/>
              <w:jc w:val="center"/>
            </w:pPr>
            <w:r>
              <w:rPr>
                <w:sz w:val="15"/>
              </w:rPr>
              <w:t>2.4223</w:t>
            </w:r>
          </w:p>
        </w:tc>
      </w:tr>
      <w:tr w:rsidR="00297C2F" w14:paraId="580988A3"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E230935" w14:textId="77777777" w:rsidR="00297C2F" w:rsidRDefault="00000000">
            <w:pPr>
              <w:spacing w:after="0" w:line="240" w:lineRule="auto"/>
            </w:pPr>
            <w:r>
              <w:rPr>
                <w:sz w:val="15"/>
              </w:rPr>
              <w:t>Socioeconomic</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125309C" w14:textId="77777777" w:rsidR="00297C2F" w:rsidRDefault="00000000">
            <w:pPr>
              <w:spacing w:after="0" w:line="240" w:lineRule="auto"/>
              <w:jc w:val="center"/>
            </w:pPr>
            <w:r>
              <w:rPr>
                <w:sz w:val="15"/>
              </w:rPr>
              <w:t>HE</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AC6C257" w14:textId="77777777" w:rsidR="00297C2F" w:rsidRDefault="00000000">
            <w:pPr>
              <w:spacing w:after="0" w:line="240" w:lineRule="auto"/>
            </w:pPr>
            <w:r>
              <w:rPr>
                <w:sz w:val="15"/>
              </w:rPr>
              <w:t>Higher education (inverse)</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61A4C23" w14:textId="77777777" w:rsidR="00297C2F" w:rsidRDefault="00000000">
            <w:pPr>
              <w:spacing w:after="0" w:line="240" w:lineRule="auto"/>
              <w:jc w:val="center"/>
            </w:pPr>
            <w:r>
              <w:rPr>
                <w:sz w:val="15"/>
              </w:rPr>
              <w:t>5.669</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E7ADF6" w14:textId="77777777" w:rsidR="00297C2F" w:rsidRDefault="00000000">
            <w:pPr>
              <w:spacing w:after="0" w:line="240" w:lineRule="auto"/>
              <w:jc w:val="center"/>
            </w:pPr>
            <w:r>
              <w:rPr>
                <w:sz w:val="15"/>
              </w:rPr>
              <w:t>1.4173</w:t>
            </w:r>
          </w:p>
        </w:tc>
      </w:tr>
      <w:tr w:rsidR="00297C2F" w14:paraId="417EDC13"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CBBFFE" w14:textId="77777777" w:rsidR="00297C2F" w:rsidRDefault="00000000">
            <w:pPr>
              <w:spacing w:after="0" w:line="240" w:lineRule="auto"/>
            </w:pPr>
            <w:r>
              <w:rPr>
                <w:sz w:val="15"/>
              </w:rPr>
              <w:t>Residential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3912088" w14:textId="77777777" w:rsidR="00297C2F" w:rsidRDefault="00000000">
            <w:pPr>
              <w:spacing w:after="0" w:line="240" w:lineRule="auto"/>
              <w:jc w:val="center"/>
            </w:pPr>
            <w:r>
              <w:rPr>
                <w:sz w:val="15"/>
              </w:rPr>
              <w:t>UH</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199D029" w14:textId="77777777" w:rsidR="00297C2F" w:rsidRDefault="00000000">
            <w:pPr>
              <w:spacing w:after="0" w:line="240" w:lineRule="auto"/>
            </w:pPr>
            <w:r>
              <w:rPr>
                <w:sz w:val="15"/>
              </w:rPr>
              <w:t>Unsuitable habitat ratio</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4D37033" w14:textId="77777777" w:rsidR="00297C2F" w:rsidRDefault="00000000">
            <w:pPr>
              <w:spacing w:after="0" w:line="240" w:lineRule="auto"/>
              <w:jc w:val="center"/>
            </w:pPr>
            <w:r>
              <w:rPr>
                <w:sz w:val="15"/>
              </w:rPr>
              <w:t>75.000</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E8438AB" w14:textId="77777777" w:rsidR="00297C2F" w:rsidRDefault="00000000">
            <w:pPr>
              <w:spacing w:after="0" w:line="240" w:lineRule="auto"/>
              <w:jc w:val="center"/>
            </w:pPr>
            <w:r>
              <w:rPr>
                <w:sz w:val="15"/>
              </w:rPr>
              <w:t>18.7500</w:t>
            </w:r>
          </w:p>
        </w:tc>
      </w:tr>
      <w:tr w:rsidR="00297C2F" w14:paraId="0ED32804"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ACDAA95" w14:textId="77777777" w:rsidR="00297C2F" w:rsidRDefault="00000000">
            <w:pPr>
              <w:spacing w:after="0" w:line="240" w:lineRule="auto"/>
            </w:pPr>
            <w:r>
              <w:rPr>
                <w:sz w:val="15"/>
              </w:rPr>
              <w:t>Residential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F15DC42" w14:textId="77777777" w:rsidR="00297C2F" w:rsidRDefault="00000000">
            <w:pPr>
              <w:spacing w:after="0" w:line="240" w:lineRule="auto"/>
              <w:jc w:val="center"/>
            </w:pPr>
            <w:r>
              <w:rPr>
                <w:sz w:val="15"/>
              </w:rPr>
              <w:t>URB</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AFD0C8" w14:textId="77777777" w:rsidR="00297C2F" w:rsidRDefault="00000000">
            <w:pPr>
              <w:spacing w:after="0" w:line="240" w:lineRule="auto"/>
            </w:pPr>
            <w:r>
              <w:rPr>
                <w:sz w:val="15"/>
              </w:rPr>
              <w:t>Urban area percentage</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7E9456C" w14:textId="77777777" w:rsidR="00297C2F" w:rsidRDefault="00000000">
            <w:pPr>
              <w:spacing w:after="0" w:line="240" w:lineRule="auto"/>
              <w:jc w:val="center"/>
            </w:pPr>
            <w:r>
              <w:rPr>
                <w:sz w:val="15"/>
              </w:rPr>
              <w:t>25.000</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1925FC" w14:textId="77777777" w:rsidR="00297C2F" w:rsidRDefault="00000000">
            <w:pPr>
              <w:spacing w:after="0" w:line="240" w:lineRule="auto"/>
              <w:jc w:val="center"/>
            </w:pPr>
            <w:r>
              <w:rPr>
                <w:sz w:val="15"/>
              </w:rPr>
              <w:t>6.2500</w:t>
            </w:r>
          </w:p>
        </w:tc>
      </w:tr>
      <w:tr w:rsidR="00297C2F" w14:paraId="2DADD7A5"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5B2D17B" w14:textId="77777777" w:rsidR="00297C2F" w:rsidRDefault="00000000">
            <w:pPr>
              <w:spacing w:after="0" w:line="240" w:lineRule="auto"/>
            </w:pPr>
            <w:r>
              <w:rPr>
                <w:sz w:val="15"/>
              </w:rPr>
              <w:t>Environmental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81B4615" w14:textId="77777777" w:rsidR="00297C2F" w:rsidRDefault="00000000">
            <w:pPr>
              <w:spacing w:after="0" w:line="240" w:lineRule="auto"/>
              <w:jc w:val="center"/>
            </w:pPr>
            <w:r>
              <w:rPr>
                <w:sz w:val="15"/>
              </w:rPr>
              <w:t>FCT</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95C6AC5" w14:textId="77777777" w:rsidR="00297C2F" w:rsidRDefault="00000000">
            <w:pPr>
              <w:spacing w:after="0" w:line="240" w:lineRule="auto"/>
            </w:pPr>
            <w:r>
              <w:rPr>
                <w:sz w:val="15"/>
              </w:rPr>
              <w:t>Factories</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78EAEC" w14:textId="77777777" w:rsidR="00297C2F" w:rsidRDefault="00000000">
            <w:pPr>
              <w:spacing w:after="0" w:line="240" w:lineRule="auto"/>
              <w:jc w:val="center"/>
            </w:pPr>
            <w:r>
              <w:rPr>
                <w:sz w:val="15"/>
              </w:rPr>
              <w:t>8.588</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ED93407" w14:textId="77777777" w:rsidR="00297C2F" w:rsidRDefault="00000000">
            <w:pPr>
              <w:spacing w:after="0" w:line="240" w:lineRule="auto"/>
              <w:jc w:val="center"/>
            </w:pPr>
            <w:r>
              <w:rPr>
                <w:sz w:val="15"/>
              </w:rPr>
              <w:t>2.1469</w:t>
            </w:r>
          </w:p>
        </w:tc>
      </w:tr>
      <w:tr w:rsidR="00297C2F" w14:paraId="4BB6C55F"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136AC63" w14:textId="77777777" w:rsidR="00297C2F" w:rsidRDefault="00000000">
            <w:pPr>
              <w:spacing w:after="0" w:line="240" w:lineRule="auto"/>
            </w:pPr>
            <w:r>
              <w:rPr>
                <w:sz w:val="15"/>
              </w:rPr>
              <w:t>Environmental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9800478" w14:textId="77777777" w:rsidR="00297C2F" w:rsidRDefault="00000000">
            <w:pPr>
              <w:spacing w:after="0" w:line="240" w:lineRule="auto"/>
              <w:jc w:val="center"/>
            </w:pPr>
            <w:r>
              <w:rPr>
                <w:sz w:val="15"/>
              </w:rPr>
              <w:t>BR</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F383368" w14:textId="77777777" w:rsidR="00297C2F" w:rsidRDefault="00000000">
            <w:pPr>
              <w:spacing w:after="0" w:line="240" w:lineRule="auto"/>
            </w:pPr>
            <w:r>
              <w:rPr>
                <w:sz w:val="15"/>
              </w:rPr>
              <w:t>Bus routes</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A18EA86" w14:textId="77777777" w:rsidR="00297C2F" w:rsidRDefault="00000000">
            <w:pPr>
              <w:spacing w:after="0" w:line="240" w:lineRule="auto"/>
              <w:jc w:val="center"/>
            </w:pPr>
            <w:r>
              <w:rPr>
                <w:sz w:val="15"/>
              </w:rPr>
              <w:t>2.822</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8E9C852" w14:textId="77777777" w:rsidR="00297C2F" w:rsidRDefault="00000000">
            <w:pPr>
              <w:spacing w:after="0" w:line="240" w:lineRule="auto"/>
              <w:jc w:val="center"/>
            </w:pPr>
            <w:r>
              <w:rPr>
                <w:sz w:val="15"/>
              </w:rPr>
              <w:t>0.7054</w:t>
            </w:r>
          </w:p>
        </w:tc>
      </w:tr>
      <w:tr w:rsidR="00297C2F" w14:paraId="634FCC90"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DBEABEC" w14:textId="77777777" w:rsidR="00297C2F" w:rsidRDefault="00000000">
            <w:pPr>
              <w:spacing w:after="0" w:line="240" w:lineRule="auto"/>
            </w:pPr>
            <w:r>
              <w:rPr>
                <w:sz w:val="15"/>
              </w:rPr>
              <w:t>Environmental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6D6517A" w14:textId="77777777" w:rsidR="00297C2F" w:rsidRDefault="00000000">
            <w:pPr>
              <w:spacing w:after="0" w:line="240" w:lineRule="auto"/>
              <w:jc w:val="center"/>
            </w:pPr>
            <w:r>
              <w:rPr>
                <w:sz w:val="15"/>
              </w:rPr>
              <w:t>BS</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009FDE" w14:textId="77777777" w:rsidR="00297C2F" w:rsidRDefault="00000000">
            <w:pPr>
              <w:spacing w:after="0" w:line="240" w:lineRule="auto"/>
            </w:pPr>
            <w:r>
              <w:rPr>
                <w:sz w:val="15"/>
              </w:rPr>
              <w:t>Bus stops</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E01ECB9" w14:textId="77777777" w:rsidR="00297C2F" w:rsidRDefault="00000000">
            <w:pPr>
              <w:spacing w:after="0" w:line="240" w:lineRule="auto"/>
              <w:jc w:val="center"/>
            </w:pPr>
            <w:r>
              <w:rPr>
                <w:sz w:val="15"/>
              </w:rPr>
              <w:t>2.216</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AE376C2" w14:textId="77777777" w:rsidR="00297C2F" w:rsidRDefault="00000000">
            <w:pPr>
              <w:spacing w:after="0" w:line="240" w:lineRule="auto"/>
              <w:jc w:val="center"/>
            </w:pPr>
            <w:r>
              <w:rPr>
                <w:sz w:val="15"/>
              </w:rPr>
              <w:t>0.5540</w:t>
            </w:r>
          </w:p>
        </w:tc>
      </w:tr>
      <w:tr w:rsidR="00297C2F" w14:paraId="47831ECA"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7679339" w14:textId="77777777" w:rsidR="00297C2F" w:rsidRDefault="00000000">
            <w:pPr>
              <w:spacing w:after="0" w:line="240" w:lineRule="auto"/>
            </w:pPr>
            <w:r>
              <w:rPr>
                <w:sz w:val="15"/>
              </w:rPr>
              <w:t>Environmental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B879C31" w14:textId="77777777" w:rsidR="00297C2F" w:rsidRDefault="00000000">
            <w:pPr>
              <w:spacing w:after="0" w:line="240" w:lineRule="auto"/>
              <w:jc w:val="center"/>
            </w:pPr>
            <w:r>
              <w:rPr>
                <w:sz w:val="15"/>
              </w:rPr>
              <w:t>PF</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7FDD45" w14:textId="77777777" w:rsidR="00297C2F" w:rsidRDefault="00000000">
            <w:pPr>
              <w:spacing w:after="0" w:line="240" w:lineRule="auto"/>
            </w:pPr>
            <w:r>
              <w:rPr>
                <w:sz w:val="15"/>
              </w:rPr>
              <w:t>Passenger flow</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0584EE6" w14:textId="77777777" w:rsidR="00297C2F" w:rsidRDefault="00000000">
            <w:pPr>
              <w:spacing w:after="0" w:line="240" w:lineRule="auto"/>
              <w:jc w:val="center"/>
            </w:pPr>
            <w:r>
              <w:rPr>
                <w:sz w:val="15"/>
              </w:rPr>
              <w:t>4.235</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6D7952F" w14:textId="77777777" w:rsidR="00297C2F" w:rsidRDefault="00000000">
            <w:pPr>
              <w:spacing w:after="0" w:line="240" w:lineRule="auto"/>
              <w:jc w:val="center"/>
            </w:pPr>
            <w:r>
              <w:rPr>
                <w:sz w:val="15"/>
              </w:rPr>
              <w:t>1.0588</w:t>
            </w:r>
          </w:p>
        </w:tc>
      </w:tr>
      <w:tr w:rsidR="00297C2F" w14:paraId="0E4E325D"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4108D2" w14:textId="77777777" w:rsidR="00297C2F" w:rsidRDefault="00000000">
            <w:pPr>
              <w:spacing w:after="0" w:line="240" w:lineRule="auto"/>
            </w:pPr>
            <w:r>
              <w:rPr>
                <w:sz w:val="15"/>
              </w:rPr>
              <w:t>Environmental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5FC272C" w14:textId="77777777" w:rsidR="00297C2F" w:rsidRDefault="00000000">
            <w:pPr>
              <w:spacing w:after="0" w:line="240" w:lineRule="auto"/>
              <w:jc w:val="center"/>
            </w:pPr>
            <w:r>
              <w:rPr>
                <w:sz w:val="15"/>
              </w:rPr>
              <w:t>DBA</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5779662" w14:textId="77777777" w:rsidR="00297C2F" w:rsidRDefault="00000000">
            <w:pPr>
              <w:spacing w:after="0" w:line="240" w:lineRule="auto"/>
            </w:pPr>
            <w:r>
              <w:rPr>
                <w:sz w:val="15"/>
              </w:rPr>
              <w:t>Daily boarding/alighting</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D0E771" w14:textId="77777777" w:rsidR="00297C2F" w:rsidRDefault="00000000">
            <w:pPr>
              <w:spacing w:after="0" w:line="240" w:lineRule="auto"/>
              <w:jc w:val="center"/>
            </w:pPr>
            <w:r>
              <w:rPr>
                <w:sz w:val="15"/>
              </w:rPr>
              <w:t>3.535</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4BE2F2" w14:textId="77777777" w:rsidR="00297C2F" w:rsidRDefault="00000000">
            <w:pPr>
              <w:spacing w:after="0" w:line="240" w:lineRule="auto"/>
              <w:jc w:val="center"/>
            </w:pPr>
            <w:r>
              <w:rPr>
                <w:sz w:val="15"/>
              </w:rPr>
              <w:t>0.8837</w:t>
            </w:r>
          </w:p>
        </w:tc>
      </w:tr>
      <w:tr w:rsidR="00297C2F" w14:paraId="44323EF9"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8EEC218" w14:textId="77777777" w:rsidR="00297C2F" w:rsidRDefault="00000000">
            <w:pPr>
              <w:spacing w:after="0" w:line="240" w:lineRule="auto"/>
            </w:pPr>
            <w:r>
              <w:rPr>
                <w:sz w:val="15"/>
              </w:rPr>
              <w:t>Environmental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990848" w14:textId="77777777" w:rsidR="00297C2F" w:rsidRDefault="00000000">
            <w:pPr>
              <w:spacing w:after="0" w:line="240" w:lineRule="auto"/>
              <w:jc w:val="center"/>
            </w:pPr>
            <w:r>
              <w:rPr>
                <w:sz w:val="15"/>
              </w:rPr>
              <w:t>DMR</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BDF8BC5" w14:textId="77777777" w:rsidR="00297C2F" w:rsidRDefault="00000000">
            <w:pPr>
              <w:spacing w:after="0" w:line="240" w:lineRule="auto"/>
            </w:pPr>
            <w:r>
              <w:rPr>
                <w:sz w:val="15"/>
              </w:rPr>
              <w:t>Distance to main road (inverse)</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A01E7B2" w14:textId="77777777" w:rsidR="00297C2F" w:rsidRDefault="00000000">
            <w:pPr>
              <w:spacing w:after="0" w:line="240" w:lineRule="auto"/>
              <w:jc w:val="center"/>
            </w:pPr>
            <w:r>
              <w:rPr>
                <w:sz w:val="15"/>
              </w:rPr>
              <w:t>7.176</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6227D6B" w14:textId="77777777" w:rsidR="00297C2F" w:rsidRDefault="00000000">
            <w:pPr>
              <w:spacing w:after="0" w:line="240" w:lineRule="auto"/>
              <w:jc w:val="center"/>
            </w:pPr>
            <w:r>
              <w:rPr>
                <w:sz w:val="15"/>
              </w:rPr>
              <w:t>1.7941</w:t>
            </w:r>
          </w:p>
        </w:tc>
      </w:tr>
      <w:tr w:rsidR="00297C2F" w14:paraId="5406B2C3"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6A6ACC6" w14:textId="77777777" w:rsidR="00297C2F" w:rsidRDefault="00000000">
            <w:pPr>
              <w:spacing w:after="0" w:line="240" w:lineRule="auto"/>
            </w:pPr>
            <w:r>
              <w:rPr>
                <w:sz w:val="15"/>
              </w:rPr>
              <w:t>Environmental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33F0B5C" w14:textId="77777777" w:rsidR="00297C2F" w:rsidRDefault="00000000">
            <w:pPr>
              <w:spacing w:after="0" w:line="240" w:lineRule="auto"/>
              <w:jc w:val="center"/>
            </w:pPr>
            <w:r>
              <w:rPr>
                <w:sz w:val="15"/>
              </w:rPr>
              <w:t>SO2</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4A3A3B0" w14:textId="77777777" w:rsidR="00297C2F" w:rsidRDefault="00000000">
            <w:pPr>
              <w:spacing w:after="0" w:line="240" w:lineRule="auto"/>
            </w:pPr>
            <w:r>
              <w:rPr>
                <w:sz w:val="15"/>
              </w:rPr>
              <w:t>SO2</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CB538F" w14:textId="77777777" w:rsidR="00297C2F" w:rsidRDefault="00000000">
            <w:pPr>
              <w:spacing w:after="0" w:line="240" w:lineRule="auto"/>
              <w:jc w:val="center"/>
            </w:pPr>
            <w:r>
              <w:rPr>
                <w:sz w:val="15"/>
              </w:rPr>
              <w:t>7.151</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7514668" w14:textId="77777777" w:rsidR="00297C2F" w:rsidRDefault="00000000">
            <w:pPr>
              <w:spacing w:after="0" w:line="240" w:lineRule="auto"/>
              <w:jc w:val="center"/>
            </w:pPr>
            <w:r>
              <w:rPr>
                <w:sz w:val="15"/>
              </w:rPr>
              <w:t>1.7879</w:t>
            </w:r>
          </w:p>
        </w:tc>
      </w:tr>
      <w:tr w:rsidR="00297C2F" w14:paraId="49CD846C"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004B869" w14:textId="77777777" w:rsidR="00297C2F" w:rsidRDefault="00000000">
            <w:pPr>
              <w:spacing w:after="0" w:line="240" w:lineRule="auto"/>
            </w:pPr>
            <w:r>
              <w:rPr>
                <w:sz w:val="15"/>
              </w:rPr>
              <w:t>Environmental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0235840" w14:textId="77777777" w:rsidR="00297C2F" w:rsidRDefault="00000000">
            <w:pPr>
              <w:spacing w:after="0" w:line="240" w:lineRule="auto"/>
              <w:jc w:val="center"/>
            </w:pPr>
            <w:r>
              <w:rPr>
                <w:sz w:val="15"/>
              </w:rPr>
              <w:t>PM25</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6FD93BA" w14:textId="77777777" w:rsidR="00297C2F" w:rsidRDefault="00000000">
            <w:pPr>
              <w:spacing w:after="0" w:line="240" w:lineRule="auto"/>
            </w:pPr>
            <w:r>
              <w:rPr>
                <w:sz w:val="15"/>
              </w:rPr>
              <w:t>PM2.5</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918FF72" w14:textId="77777777" w:rsidR="00297C2F" w:rsidRDefault="00000000">
            <w:pPr>
              <w:spacing w:after="0" w:line="240" w:lineRule="auto"/>
              <w:jc w:val="center"/>
            </w:pPr>
            <w:r>
              <w:rPr>
                <w:sz w:val="15"/>
              </w:rPr>
              <w:t>17.351</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0C66B8" w14:textId="77777777" w:rsidR="00297C2F" w:rsidRDefault="00000000">
            <w:pPr>
              <w:spacing w:after="0" w:line="240" w:lineRule="auto"/>
              <w:jc w:val="center"/>
            </w:pPr>
            <w:r>
              <w:rPr>
                <w:sz w:val="15"/>
              </w:rPr>
              <w:t>4.3378</w:t>
            </w:r>
          </w:p>
        </w:tc>
      </w:tr>
      <w:tr w:rsidR="00297C2F" w14:paraId="3CB37436"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C5E0C82" w14:textId="77777777" w:rsidR="00297C2F" w:rsidRDefault="00000000">
            <w:pPr>
              <w:spacing w:after="0" w:line="240" w:lineRule="auto"/>
            </w:pPr>
            <w:r>
              <w:rPr>
                <w:sz w:val="15"/>
              </w:rPr>
              <w:t>Environmental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12B8EE" w14:textId="77777777" w:rsidR="00297C2F" w:rsidRDefault="00000000">
            <w:pPr>
              <w:spacing w:after="0" w:line="240" w:lineRule="auto"/>
              <w:jc w:val="center"/>
            </w:pPr>
            <w:r>
              <w:rPr>
                <w:sz w:val="15"/>
              </w:rPr>
              <w:t>PM10</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4D7D45" w14:textId="77777777" w:rsidR="00297C2F" w:rsidRDefault="00000000">
            <w:pPr>
              <w:spacing w:after="0" w:line="240" w:lineRule="auto"/>
            </w:pPr>
            <w:r>
              <w:rPr>
                <w:sz w:val="15"/>
              </w:rPr>
              <w:t>PM10</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3CB8ED2" w14:textId="77777777" w:rsidR="00297C2F" w:rsidRDefault="00000000">
            <w:pPr>
              <w:spacing w:after="0" w:line="240" w:lineRule="auto"/>
              <w:jc w:val="center"/>
            </w:pPr>
            <w:r>
              <w:rPr>
                <w:sz w:val="15"/>
              </w:rPr>
              <w:t>12.943</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32BE18" w14:textId="77777777" w:rsidR="00297C2F" w:rsidRDefault="00000000">
            <w:pPr>
              <w:spacing w:after="0" w:line="240" w:lineRule="auto"/>
              <w:jc w:val="center"/>
            </w:pPr>
            <w:r>
              <w:rPr>
                <w:sz w:val="15"/>
              </w:rPr>
              <w:t>3.2358</w:t>
            </w:r>
          </w:p>
        </w:tc>
      </w:tr>
      <w:tr w:rsidR="00297C2F" w14:paraId="1EE57541"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B7E1F1F" w14:textId="77777777" w:rsidR="00297C2F" w:rsidRDefault="00000000">
            <w:pPr>
              <w:spacing w:after="0" w:line="240" w:lineRule="auto"/>
            </w:pPr>
            <w:r>
              <w:rPr>
                <w:sz w:val="15"/>
              </w:rPr>
              <w:t>Environmental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07CCA7E" w14:textId="77777777" w:rsidR="00297C2F" w:rsidRDefault="00000000">
            <w:pPr>
              <w:spacing w:after="0" w:line="240" w:lineRule="auto"/>
              <w:jc w:val="center"/>
            </w:pPr>
            <w:r>
              <w:rPr>
                <w:sz w:val="15"/>
              </w:rPr>
              <w:t>NO2</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E7122A3" w14:textId="77777777" w:rsidR="00297C2F" w:rsidRDefault="00000000">
            <w:pPr>
              <w:spacing w:after="0" w:line="240" w:lineRule="auto"/>
            </w:pPr>
            <w:r>
              <w:rPr>
                <w:sz w:val="15"/>
              </w:rPr>
              <w:t>NO2</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54A790B" w14:textId="77777777" w:rsidR="00297C2F" w:rsidRDefault="00000000">
            <w:pPr>
              <w:spacing w:after="0" w:line="240" w:lineRule="auto"/>
              <w:jc w:val="center"/>
            </w:pPr>
            <w:r>
              <w:rPr>
                <w:sz w:val="15"/>
              </w:rPr>
              <w:t>9.613</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5126CD2" w14:textId="77777777" w:rsidR="00297C2F" w:rsidRDefault="00000000">
            <w:pPr>
              <w:spacing w:after="0" w:line="240" w:lineRule="auto"/>
              <w:jc w:val="center"/>
            </w:pPr>
            <w:r>
              <w:rPr>
                <w:sz w:val="15"/>
              </w:rPr>
              <w:t>2.4034</w:t>
            </w:r>
          </w:p>
        </w:tc>
      </w:tr>
      <w:tr w:rsidR="00297C2F" w14:paraId="37F48630"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3D00498" w14:textId="77777777" w:rsidR="00297C2F" w:rsidRDefault="00000000">
            <w:pPr>
              <w:spacing w:after="0" w:line="240" w:lineRule="auto"/>
            </w:pPr>
            <w:r>
              <w:rPr>
                <w:sz w:val="15"/>
              </w:rPr>
              <w:t>Environmental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E4D2E16" w14:textId="77777777" w:rsidR="00297C2F" w:rsidRDefault="00000000">
            <w:pPr>
              <w:spacing w:after="0" w:line="240" w:lineRule="auto"/>
              <w:jc w:val="center"/>
            </w:pPr>
            <w:r>
              <w:rPr>
                <w:sz w:val="15"/>
              </w:rPr>
              <w:t>CO</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1EDC6ED" w14:textId="77777777" w:rsidR="00297C2F" w:rsidRDefault="00000000">
            <w:pPr>
              <w:spacing w:after="0" w:line="240" w:lineRule="auto"/>
            </w:pPr>
            <w:r>
              <w:rPr>
                <w:sz w:val="15"/>
              </w:rPr>
              <w:t>CO</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9F55023" w14:textId="77777777" w:rsidR="00297C2F" w:rsidRDefault="00000000">
            <w:pPr>
              <w:spacing w:after="0" w:line="240" w:lineRule="auto"/>
              <w:jc w:val="center"/>
            </w:pPr>
            <w:r>
              <w:rPr>
                <w:sz w:val="15"/>
              </w:rPr>
              <w:t>5.631</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310009F" w14:textId="77777777" w:rsidR="00297C2F" w:rsidRDefault="00000000">
            <w:pPr>
              <w:spacing w:after="0" w:line="240" w:lineRule="auto"/>
              <w:jc w:val="center"/>
            </w:pPr>
            <w:r>
              <w:rPr>
                <w:sz w:val="15"/>
              </w:rPr>
              <w:t>1.4078</w:t>
            </w:r>
          </w:p>
        </w:tc>
      </w:tr>
      <w:tr w:rsidR="00297C2F" w14:paraId="74244B0A"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ACCC2A5" w14:textId="77777777" w:rsidR="00297C2F" w:rsidRDefault="00000000">
            <w:pPr>
              <w:spacing w:after="0" w:line="240" w:lineRule="auto"/>
            </w:pPr>
            <w:r>
              <w:rPr>
                <w:sz w:val="15"/>
              </w:rPr>
              <w:t>Environmental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53FA4C" w14:textId="77777777" w:rsidR="00297C2F" w:rsidRDefault="00000000">
            <w:pPr>
              <w:spacing w:after="0" w:line="240" w:lineRule="auto"/>
              <w:jc w:val="center"/>
            </w:pPr>
            <w:r>
              <w:rPr>
                <w:sz w:val="15"/>
              </w:rPr>
              <w:t>O3</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CB624F5" w14:textId="77777777" w:rsidR="00297C2F" w:rsidRDefault="00000000">
            <w:pPr>
              <w:spacing w:after="0" w:line="240" w:lineRule="auto"/>
            </w:pPr>
            <w:r>
              <w:rPr>
                <w:sz w:val="15"/>
              </w:rPr>
              <w:t>O3</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2B47B56" w14:textId="77777777" w:rsidR="00297C2F" w:rsidRDefault="00000000">
            <w:pPr>
              <w:spacing w:after="0" w:line="240" w:lineRule="auto"/>
              <w:jc w:val="center"/>
            </w:pPr>
            <w:r>
              <w:rPr>
                <w:sz w:val="15"/>
              </w:rPr>
              <w:t>4.453</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0EC4BCA" w14:textId="77777777" w:rsidR="00297C2F" w:rsidRDefault="00000000">
            <w:pPr>
              <w:spacing w:after="0" w:line="240" w:lineRule="auto"/>
              <w:jc w:val="center"/>
            </w:pPr>
            <w:r>
              <w:rPr>
                <w:sz w:val="15"/>
              </w:rPr>
              <w:t>1.1131</w:t>
            </w:r>
          </w:p>
        </w:tc>
      </w:tr>
      <w:tr w:rsidR="00297C2F" w14:paraId="6B7F2F52"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F5FA37D" w14:textId="77777777" w:rsidR="00297C2F" w:rsidRDefault="00000000">
            <w:pPr>
              <w:spacing w:after="0" w:line="240" w:lineRule="auto"/>
            </w:pPr>
            <w:r>
              <w:rPr>
                <w:sz w:val="15"/>
              </w:rPr>
              <w:t>Environmental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30FB8C6" w14:textId="77777777" w:rsidR="00297C2F" w:rsidRDefault="00000000">
            <w:pPr>
              <w:spacing w:after="0" w:line="240" w:lineRule="auto"/>
              <w:jc w:val="center"/>
            </w:pPr>
            <w:r>
              <w:rPr>
                <w:sz w:val="15"/>
              </w:rPr>
              <w:t>GS</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D30268D" w14:textId="77777777" w:rsidR="00297C2F" w:rsidRDefault="00000000">
            <w:pPr>
              <w:spacing w:after="0" w:line="240" w:lineRule="auto"/>
            </w:pPr>
            <w:r>
              <w:rPr>
                <w:sz w:val="15"/>
              </w:rPr>
              <w:t>Green space ratio (inverse)</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439F8F" w14:textId="77777777" w:rsidR="00297C2F" w:rsidRDefault="00000000">
            <w:pPr>
              <w:spacing w:after="0" w:line="240" w:lineRule="auto"/>
              <w:jc w:val="center"/>
            </w:pPr>
            <w:r>
              <w:rPr>
                <w:sz w:val="15"/>
              </w:rPr>
              <w:t>2.803</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4CDB20" w14:textId="77777777" w:rsidR="00297C2F" w:rsidRDefault="00000000">
            <w:pPr>
              <w:spacing w:after="0" w:line="240" w:lineRule="auto"/>
              <w:jc w:val="center"/>
            </w:pPr>
            <w:r>
              <w:rPr>
                <w:sz w:val="15"/>
              </w:rPr>
              <w:t>0.7007</w:t>
            </w:r>
          </w:p>
        </w:tc>
      </w:tr>
      <w:tr w:rsidR="00297C2F" w14:paraId="064F9DA2"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94747CA" w14:textId="77777777" w:rsidR="00297C2F" w:rsidRDefault="00000000">
            <w:pPr>
              <w:spacing w:after="0" w:line="240" w:lineRule="auto"/>
            </w:pPr>
            <w:r>
              <w:rPr>
                <w:sz w:val="15"/>
              </w:rPr>
              <w:t>Environmental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E99D28C" w14:textId="77777777" w:rsidR="00297C2F" w:rsidRDefault="00000000">
            <w:pPr>
              <w:spacing w:after="0" w:line="240" w:lineRule="auto"/>
              <w:jc w:val="center"/>
            </w:pPr>
            <w:r>
              <w:rPr>
                <w:sz w:val="15"/>
              </w:rPr>
              <w:t>LS</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E2F073F" w14:textId="77777777" w:rsidR="00297C2F" w:rsidRDefault="00000000">
            <w:pPr>
              <w:spacing w:after="0" w:line="240" w:lineRule="auto"/>
            </w:pPr>
            <w:r>
              <w:rPr>
                <w:sz w:val="15"/>
              </w:rPr>
              <w:t>Land-space ratio</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D35D32E" w14:textId="77777777" w:rsidR="00297C2F" w:rsidRDefault="00000000">
            <w:pPr>
              <w:spacing w:after="0" w:line="240" w:lineRule="auto"/>
              <w:jc w:val="center"/>
            </w:pPr>
            <w:r>
              <w:rPr>
                <w:sz w:val="15"/>
              </w:rPr>
              <w:t>2.124</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F356A5" w14:textId="77777777" w:rsidR="00297C2F" w:rsidRDefault="00000000">
            <w:pPr>
              <w:spacing w:after="0" w:line="240" w:lineRule="auto"/>
              <w:jc w:val="center"/>
            </w:pPr>
            <w:r>
              <w:rPr>
                <w:sz w:val="15"/>
              </w:rPr>
              <w:t>0.5311</w:t>
            </w:r>
          </w:p>
        </w:tc>
      </w:tr>
      <w:tr w:rsidR="00297C2F" w14:paraId="608E9946"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75F1157" w14:textId="77777777" w:rsidR="00297C2F" w:rsidRDefault="00000000">
            <w:pPr>
              <w:spacing w:after="0" w:line="240" w:lineRule="auto"/>
            </w:pPr>
            <w:r>
              <w:rPr>
                <w:sz w:val="15"/>
              </w:rPr>
              <w:t>Environmental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5290701" w14:textId="77777777" w:rsidR="00297C2F" w:rsidRDefault="00000000">
            <w:pPr>
              <w:spacing w:after="0" w:line="240" w:lineRule="auto"/>
              <w:jc w:val="center"/>
            </w:pPr>
            <w:r>
              <w:rPr>
                <w:sz w:val="15"/>
              </w:rPr>
              <w:t>LF</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1FE8762" w14:textId="77777777" w:rsidR="00297C2F" w:rsidRDefault="00000000">
            <w:pPr>
              <w:spacing w:after="0" w:line="240" w:lineRule="auto"/>
            </w:pPr>
            <w:r>
              <w:rPr>
                <w:sz w:val="15"/>
              </w:rPr>
              <w:t>Landfill proximity (inverse)</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9C8229" w14:textId="77777777" w:rsidR="00297C2F" w:rsidRDefault="00000000">
            <w:pPr>
              <w:spacing w:after="0" w:line="240" w:lineRule="auto"/>
              <w:jc w:val="center"/>
            </w:pPr>
            <w:r>
              <w:rPr>
                <w:sz w:val="15"/>
              </w:rPr>
              <w:t>3.699</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B3A2447" w14:textId="77777777" w:rsidR="00297C2F" w:rsidRDefault="00000000">
            <w:pPr>
              <w:spacing w:after="0" w:line="240" w:lineRule="auto"/>
              <w:jc w:val="center"/>
            </w:pPr>
            <w:r>
              <w:rPr>
                <w:sz w:val="15"/>
              </w:rPr>
              <w:t>0.9246</w:t>
            </w:r>
          </w:p>
        </w:tc>
      </w:tr>
      <w:tr w:rsidR="00297C2F" w14:paraId="3B8170D2"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99AF855" w14:textId="77777777" w:rsidR="00297C2F" w:rsidRDefault="00000000">
            <w:pPr>
              <w:spacing w:after="0" w:line="240" w:lineRule="auto"/>
            </w:pPr>
            <w:r>
              <w:rPr>
                <w:sz w:val="15"/>
              </w:rPr>
              <w:t>Environmental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935AFEB" w14:textId="77777777" w:rsidR="00297C2F" w:rsidRDefault="00000000">
            <w:pPr>
              <w:spacing w:after="0" w:line="240" w:lineRule="auto"/>
              <w:jc w:val="center"/>
            </w:pPr>
            <w:r>
              <w:rPr>
                <w:sz w:val="15"/>
              </w:rPr>
              <w:t>AIR</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AA9873" w14:textId="77777777" w:rsidR="00297C2F" w:rsidRDefault="00000000">
            <w:pPr>
              <w:spacing w:after="0" w:line="240" w:lineRule="auto"/>
            </w:pPr>
            <w:r>
              <w:rPr>
                <w:sz w:val="15"/>
              </w:rPr>
              <w:t>Airport proximity (inverse)</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A73198" w14:textId="77777777" w:rsidR="00297C2F" w:rsidRDefault="00000000">
            <w:pPr>
              <w:spacing w:after="0" w:line="240" w:lineRule="auto"/>
              <w:jc w:val="center"/>
            </w:pPr>
            <w:r>
              <w:rPr>
                <w:sz w:val="15"/>
              </w:rPr>
              <w:t>2.440</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B266870" w14:textId="77777777" w:rsidR="00297C2F" w:rsidRDefault="00000000">
            <w:pPr>
              <w:spacing w:after="0" w:line="240" w:lineRule="auto"/>
              <w:jc w:val="center"/>
            </w:pPr>
            <w:r>
              <w:rPr>
                <w:sz w:val="15"/>
              </w:rPr>
              <w:t>0.6100</w:t>
            </w:r>
          </w:p>
        </w:tc>
      </w:tr>
      <w:tr w:rsidR="00297C2F" w14:paraId="3FF50FB7"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D203EC" w14:textId="77777777" w:rsidR="00297C2F" w:rsidRDefault="00000000">
            <w:pPr>
              <w:spacing w:after="0" w:line="240" w:lineRule="auto"/>
            </w:pPr>
            <w:r>
              <w:rPr>
                <w:sz w:val="15"/>
              </w:rPr>
              <w:t>Environmental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ED7A8E" w14:textId="77777777" w:rsidR="00297C2F" w:rsidRDefault="00000000">
            <w:pPr>
              <w:spacing w:after="0" w:line="240" w:lineRule="auto"/>
              <w:jc w:val="center"/>
            </w:pPr>
            <w:r>
              <w:rPr>
                <w:sz w:val="15"/>
              </w:rPr>
              <w:t>QRY</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F83834F" w14:textId="77777777" w:rsidR="00297C2F" w:rsidRDefault="00000000">
            <w:pPr>
              <w:spacing w:after="0" w:line="240" w:lineRule="auto"/>
            </w:pPr>
            <w:r>
              <w:rPr>
                <w:sz w:val="15"/>
              </w:rPr>
              <w:t>Quarry proximity (inverse)</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5152DA" w14:textId="77777777" w:rsidR="00297C2F" w:rsidRDefault="00000000">
            <w:pPr>
              <w:spacing w:after="0" w:line="240" w:lineRule="auto"/>
              <w:jc w:val="center"/>
            </w:pPr>
            <w:r>
              <w:rPr>
                <w:sz w:val="15"/>
              </w:rPr>
              <w:t>3.220</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1E45747" w14:textId="77777777" w:rsidR="00297C2F" w:rsidRDefault="00000000">
            <w:pPr>
              <w:spacing w:after="0" w:line="240" w:lineRule="auto"/>
              <w:jc w:val="center"/>
            </w:pPr>
            <w:r>
              <w:rPr>
                <w:sz w:val="15"/>
              </w:rPr>
              <w:t>0.8049</w:t>
            </w:r>
          </w:p>
        </w:tc>
      </w:tr>
    </w:tbl>
    <w:p w14:paraId="3768BFEA" w14:textId="77777777" w:rsidR="00297C2F" w:rsidRDefault="00297C2F">
      <w:pPr>
        <w:spacing w:after="60" w:line="240" w:lineRule="auto"/>
      </w:pPr>
    </w:p>
    <w:p w14:paraId="48974514" w14:textId="77777777" w:rsidR="00297C2F" w:rsidRDefault="00000000">
      <w:pPr>
        <w:spacing w:after="60" w:line="240" w:lineRule="auto"/>
      </w:pPr>
      <w:r>
        <w:rPr>
          <w:sz w:val="19"/>
        </w:rPr>
        <w:br w:type="page"/>
      </w:r>
    </w:p>
    <w:p w14:paraId="6E41FEA2" w14:textId="77777777" w:rsidR="00297C2F" w:rsidRDefault="00000000">
      <w:pPr>
        <w:pStyle w:val="Heading1"/>
        <w:spacing w:after="60" w:line="240" w:lineRule="auto"/>
      </w:pPr>
      <w:r>
        <w:rPr>
          <w:rFonts w:ascii="Arial" w:hAnsi="Arial"/>
          <w:sz w:val="19"/>
        </w:rPr>
        <w:lastRenderedPageBreak/>
        <w:t>Weight audit continued</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221"/>
        <w:gridCol w:w="1075"/>
        <w:gridCol w:w="6519"/>
        <w:gridCol w:w="2078"/>
        <w:gridCol w:w="2363"/>
      </w:tblGrid>
      <w:tr w:rsidR="00297C2F" w14:paraId="6201CF68" w14:textId="77777777">
        <w:trPr>
          <w:cantSplit/>
          <w:tblHeader/>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4D27C0B" w14:textId="77777777" w:rsidR="00297C2F" w:rsidRDefault="00000000">
            <w:pPr>
              <w:spacing w:after="0" w:line="240" w:lineRule="auto"/>
              <w:jc w:val="center"/>
            </w:pPr>
            <w:r>
              <w:rPr>
                <w:b/>
                <w:sz w:val="15"/>
              </w:rPr>
              <w:t>Domain</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EDA11D" w14:textId="77777777" w:rsidR="00297C2F" w:rsidRDefault="00000000">
            <w:pPr>
              <w:spacing w:after="0" w:line="240" w:lineRule="auto"/>
              <w:jc w:val="center"/>
            </w:pPr>
            <w:r>
              <w:rPr>
                <w:b/>
                <w:sz w:val="15"/>
              </w:rPr>
              <w:t>Code</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4ABDC3" w14:textId="77777777" w:rsidR="00297C2F" w:rsidRDefault="00000000">
            <w:pPr>
              <w:spacing w:after="0" w:line="240" w:lineRule="auto"/>
              <w:jc w:val="center"/>
            </w:pPr>
            <w:r>
              <w:rPr>
                <w:b/>
                <w:sz w:val="15"/>
              </w:rPr>
              <w:t>Criterion</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A5EAEB8" w14:textId="77777777" w:rsidR="00297C2F" w:rsidRDefault="00000000">
            <w:pPr>
              <w:spacing w:after="0" w:line="240" w:lineRule="auto"/>
              <w:jc w:val="center"/>
            </w:pPr>
            <w:r>
              <w:rPr>
                <w:b/>
                <w:sz w:val="15"/>
              </w:rPr>
              <w:t>Within domain percent</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D618A42" w14:textId="77777777" w:rsidR="00297C2F" w:rsidRDefault="00000000">
            <w:pPr>
              <w:spacing w:after="0" w:line="240" w:lineRule="auto"/>
              <w:jc w:val="center"/>
            </w:pPr>
            <w:r>
              <w:rPr>
                <w:b/>
                <w:sz w:val="15"/>
              </w:rPr>
              <w:t>Overall equal scenario percent</w:t>
            </w:r>
          </w:p>
        </w:tc>
      </w:tr>
      <w:tr w:rsidR="00297C2F" w14:paraId="5348F23C"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A7EA2EB" w14:textId="77777777" w:rsidR="00297C2F" w:rsidRDefault="00000000">
            <w:pPr>
              <w:spacing w:after="0" w:line="240" w:lineRule="auto"/>
            </w:pPr>
            <w:r>
              <w:rPr>
                <w:sz w:val="15"/>
              </w:rPr>
              <w:t>Physical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73CFEEA" w14:textId="77777777" w:rsidR="00297C2F" w:rsidRDefault="00000000">
            <w:pPr>
              <w:spacing w:after="0" w:line="240" w:lineRule="auto"/>
              <w:jc w:val="center"/>
            </w:pPr>
            <w:r>
              <w:rPr>
                <w:sz w:val="15"/>
              </w:rPr>
              <w:t>DEM</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0C466E" w14:textId="77777777" w:rsidR="00297C2F" w:rsidRDefault="00000000">
            <w:pPr>
              <w:spacing w:after="0" w:line="240" w:lineRule="auto"/>
            </w:pPr>
            <w:r>
              <w:rPr>
                <w:sz w:val="15"/>
              </w:rPr>
              <w:t>DEM</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F6A142" w14:textId="77777777" w:rsidR="00297C2F" w:rsidRDefault="00000000">
            <w:pPr>
              <w:spacing w:after="0" w:line="240" w:lineRule="auto"/>
              <w:jc w:val="center"/>
            </w:pPr>
            <w:r>
              <w:rPr>
                <w:sz w:val="15"/>
              </w:rPr>
              <w:t>28.571</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7953CC4" w14:textId="77777777" w:rsidR="00297C2F" w:rsidRDefault="00000000">
            <w:pPr>
              <w:spacing w:after="0" w:line="240" w:lineRule="auto"/>
              <w:jc w:val="center"/>
            </w:pPr>
            <w:r>
              <w:rPr>
                <w:sz w:val="15"/>
              </w:rPr>
              <w:t>7.1429</w:t>
            </w:r>
          </w:p>
        </w:tc>
      </w:tr>
      <w:tr w:rsidR="00297C2F" w14:paraId="45B55950"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081C921" w14:textId="77777777" w:rsidR="00297C2F" w:rsidRDefault="00000000">
            <w:pPr>
              <w:spacing w:after="0" w:line="240" w:lineRule="auto"/>
            </w:pPr>
            <w:r>
              <w:rPr>
                <w:sz w:val="15"/>
              </w:rPr>
              <w:t>Physical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E0DCEF3" w14:textId="77777777" w:rsidR="00297C2F" w:rsidRDefault="00000000">
            <w:pPr>
              <w:spacing w:after="0" w:line="240" w:lineRule="auto"/>
              <w:jc w:val="center"/>
            </w:pPr>
            <w:r>
              <w:rPr>
                <w:sz w:val="15"/>
              </w:rPr>
              <w:t>SLP</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2C949EB" w14:textId="77777777" w:rsidR="00297C2F" w:rsidRDefault="00000000">
            <w:pPr>
              <w:spacing w:after="0" w:line="240" w:lineRule="auto"/>
            </w:pPr>
            <w:r>
              <w:rPr>
                <w:sz w:val="15"/>
              </w:rPr>
              <w:t>Slope</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F25B023" w14:textId="77777777" w:rsidR="00297C2F" w:rsidRDefault="00000000">
            <w:pPr>
              <w:spacing w:after="0" w:line="240" w:lineRule="auto"/>
              <w:jc w:val="center"/>
            </w:pPr>
            <w:r>
              <w:rPr>
                <w:sz w:val="15"/>
              </w:rPr>
              <w:t>14.286</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3E2FA9E" w14:textId="77777777" w:rsidR="00297C2F" w:rsidRDefault="00000000">
            <w:pPr>
              <w:spacing w:after="0" w:line="240" w:lineRule="auto"/>
              <w:jc w:val="center"/>
            </w:pPr>
            <w:r>
              <w:rPr>
                <w:sz w:val="15"/>
              </w:rPr>
              <w:t>3.5714</w:t>
            </w:r>
          </w:p>
        </w:tc>
      </w:tr>
      <w:tr w:rsidR="00297C2F" w14:paraId="46D00F5B"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9302AB4" w14:textId="77777777" w:rsidR="00297C2F" w:rsidRDefault="00000000">
            <w:pPr>
              <w:spacing w:after="0" w:line="240" w:lineRule="auto"/>
            </w:pPr>
            <w:r>
              <w:rPr>
                <w:sz w:val="15"/>
              </w:rPr>
              <w:t>Physical</w:t>
            </w: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7E310A9" w14:textId="77777777" w:rsidR="00297C2F" w:rsidRDefault="00000000">
            <w:pPr>
              <w:spacing w:after="0" w:line="240" w:lineRule="auto"/>
              <w:jc w:val="center"/>
            </w:pPr>
            <w:r>
              <w:rPr>
                <w:sz w:val="15"/>
              </w:rPr>
              <w:t>WS</w:t>
            </w: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D02F1FE" w14:textId="77777777" w:rsidR="00297C2F" w:rsidRDefault="00000000">
            <w:pPr>
              <w:spacing w:after="0" w:line="240" w:lineRule="auto"/>
            </w:pPr>
            <w:r>
              <w:rPr>
                <w:sz w:val="15"/>
              </w:rPr>
              <w:t>Wind speed (inverse)</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50A8BDF" w14:textId="77777777" w:rsidR="00297C2F" w:rsidRDefault="00000000">
            <w:pPr>
              <w:spacing w:after="0" w:line="240" w:lineRule="auto"/>
              <w:jc w:val="center"/>
            </w:pPr>
            <w:r>
              <w:rPr>
                <w:sz w:val="15"/>
              </w:rPr>
              <w:t>57.143</w:t>
            </w: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A4A163" w14:textId="77777777" w:rsidR="00297C2F" w:rsidRDefault="00000000">
            <w:pPr>
              <w:spacing w:after="0" w:line="240" w:lineRule="auto"/>
              <w:jc w:val="center"/>
            </w:pPr>
            <w:r>
              <w:rPr>
                <w:sz w:val="15"/>
              </w:rPr>
              <w:t>14.2857</w:t>
            </w:r>
          </w:p>
        </w:tc>
      </w:tr>
      <w:tr w:rsidR="00297C2F" w14:paraId="2CDA831E" w14:textId="77777777">
        <w:trPr>
          <w:cantSplit/>
          <w:jc w:val="center"/>
        </w:trPr>
        <w:tc>
          <w:tcPr>
            <w:tcW w:w="22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6E9FF56" w14:textId="77777777" w:rsidR="00297C2F" w:rsidRDefault="00297C2F">
            <w:pPr>
              <w:spacing w:after="0" w:line="240" w:lineRule="auto"/>
            </w:pPr>
          </w:p>
        </w:tc>
        <w:tc>
          <w:tcPr>
            <w:tcW w:w="107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F54D0D" w14:textId="77777777" w:rsidR="00297C2F" w:rsidRDefault="00297C2F">
            <w:pPr>
              <w:spacing w:after="0" w:line="240" w:lineRule="auto"/>
              <w:jc w:val="center"/>
            </w:pPr>
          </w:p>
        </w:tc>
        <w:tc>
          <w:tcPr>
            <w:tcW w:w="65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99B826" w14:textId="77777777" w:rsidR="00297C2F" w:rsidRDefault="00000000">
            <w:pPr>
              <w:spacing w:after="0" w:line="240" w:lineRule="auto"/>
            </w:pPr>
            <w:r>
              <w:rPr>
                <w:b/>
                <w:sz w:val="15"/>
              </w:rPr>
              <w:t>Grand total</w:t>
            </w:r>
          </w:p>
        </w:tc>
        <w:tc>
          <w:tcPr>
            <w:tcW w:w="207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E3A6E22" w14:textId="77777777" w:rsidR="00297C2F" w:rsidRDefault="00297C2F">
            <w:pPr>
              <w:spacing w:after="0" w:line="240" w:lineRule="auto"/>
              <w:jc w:val="center"/>
            </w:pPr>
          </w:p>
        </w:tc>
        <w:tc>
          <w:tcPr>
            <w:tcW w:w="236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9FF081" w14:textId="77777777" w:rsidR="00297C2F" w:rsidRDefault="00000000">
            <w:pPr>
              <w:spacing w:after="0" w:line="240" w:lineRule="auto"/>
              <w:jc w:val="center"/>
            </w:pPr>
            <w:r>
              <w:rPr>
                <w:b/>
                <w:sz w:val="15"/>
              </w:rPr>
              <w:t>100.0000</w:t>
            </w:r>
          </w:p>
        </w:tc>
      </w:tr>
    </w:tbl>
    <w:p w14:paraId="55E4F236" w14:textId="77777777" w:rsidR="00297C2F" w:rsidRDefault="00297C2F">
      <w:pPr>
        <w:spacing w:after="60" w:line="240" w:lineRule="auto"/>
      </w:pPr>
    </w:p>
    <w:p w14:paraId="4B2CD310" w14:textId="77777777" w:rsidR="00297C2F" w:rsidRDefault="00000000">
      <w:pPr>
        <w:keepNext/>
        <w:spacing w:before="60" w:after="60" w:line="240" w:lineRule="auto"/>
      </w:pPr>
      <w:r>
        <w:rPr>
          <w:b/>
        </w:rPr>
        <w:t>Equal scenario domain total audit</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8554"/>
        <w:gridCol w:w="5702"/>
      </w:tblGrid>
      <w:tr w:rsidR="00297C2F" w14:paraId="458CD62D" w14:textId="77777777">
        <w:trPr>
          <w:cantSplit/>
          <w:tblHeader/>
          <w:jc w:val="center"/>
        </w:trPr>
        <w:tc>
          <w:tcPr>
            <w:tcW w:w="855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1A9F7AA" w14:textId="77777777" w:rsidR="00297C2F" w:rsidRDefault="00000000">
            <w:pPr>
              <w:spacing w:after="0" w:line="240" w:lineRule="auto"/>
              <w:jc w:val="center"/>
            </w:pPr>
            <w:r>
              <w:rPr>
                <w:b/>
                <w:sz w:val="15"/>
              </w:rPr>
              <w:t>Domain</w:t>
            </w:r>
          </w:p>
        </w:tc>
        <w:tc>
          <w:tcPr>
            <w:tcW w:w="57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08EE8FC" w14:textId="77777777" w:rsidR="00297C2F" w:rsidRDefault="00000000">
            <w:pPr>
              <w:spacing w:after="0" w:line="240" w:lineRule="auto"/>
              <w:jc w:val="center"/>
            </w:pPr>
            <w:r>
              <w:rPr>
                <w:b/>
                <w:sz w:val="15"/>
              </w:rPr>
              <w:t>Overall percent</w:t>
            </w:r>
          </w:p>
        </w:tc>
      </w:tr>
      <w:tr w:rsidR="00297C2F" w14:paraId="5C38755F" w14:textId="77777777">
        <w:trPr>
          <w:cantSplit/>
          <w:jc w:val="center"/>
        </w:trPr>
        <w:tc>
          <w:tcPr>
            <w:tcW w:w="855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70152E4" w14:textId="77777777" w:rsidR="00297C2F" w:rsidRDefault="00000000">
            <w:pPr>
              <w:spacing w:after="0" w:line="240" w:lineRule="auto"/>
            </w:pPr>
            <w:r>
              <w:rPr>
                <w:sz w:val="15"/>
              </w:rPr>
              <w:t>Socioeconomic</w:t>
            </w:r>
          </w:p>
        </w:tc>
        <w:tc>
          <w:tcPr>
            <w:tcW w:w="57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8D5C6CD" w14:textId="77777777" w:rsidR="00297C2F" w:rsidRDefault="00000000">
            <w:pPr>
              <w:spacing w:after="0" w:line="240" w:lineRule="auto"/>
              <w:jc w:val="center"/>
            </w:pPr>
            <w:r>
              <w:rPr>
                <w:sz w:val="15"/>
              </w:rPr>
              <w:t>25.0000</w:t>
            </w:r>
          </w:p>
        </w:tc>
      </w:tr>
      <w:tr w:rsidR="00297C2F" w14:paraId="67F07FA2" w14:textId="77777777">
        <w:trPr>
          <w:cantSplit/>
          <w:jc w:val="center"/>
        </w:trPr>
        <w:tc>
          <w:tcPr>
            <w:tcW w:w="855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CFBA19D" w14:textId="77777777" w:rsidR="00297C2F" w:rsidRDefault="00000000">
            <w:pPr>
              <w:spacing w:after="0" w:line="240" w:lineRule="auto"/>
            </w:pPr>
            <w:r>
              <w:rPr>
                <w:sz w:val="15"/>
              </w:rPr>
              <w:t>Residential</w:t>
            </w:r>
          </w:p>
        </w:tc>
        <w:tc>
          <w:tcPr>
            <w:tcW w:w="57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73F7A6" w14:textId="77777777" w:rsidR="00297C2F" w:rsidRDefault="00000000">
            <w:pPr>
              <w:spacing w:after="0" w:line="240" w:lineRule="auto"/>
              <w:jc w:val="center"/>
            </w:pPr>
            <w:r>
              <w:rPr>
                <w:sz w:val="15"/>
              </w:rPr>
              <w:t>25.0000</w:t>
            </w:r>
          </w:p>
        </w:tc>
      </w:tr>
      <w:tr w:rsidR="00297C2F" w14:paraId="509F49B6" w14:textId="77777777">
        <w:trPr>
          <w:cantSplit/>
          <w:jc w:val="center"/>
        </w:trPr>
        <w:tc>
          <w:tcPr>
            <w:tcW w:w="855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05D4C03" w14:textId="77777777" w:rsidR="00297C2F" w:rsidRDefault="00000000">
            <w:pPr>
              <w:spacing w:after="0" w:line="240" w:lineRule="auto"/>
            </w:pPr>
            <w:r>
              <w:rPr>
                <w:sz w:val="15"/>
              </w:rPr>
              <w:t>Environmental</w:t>
            </w:r>
          </w:p>
        </w:tc>
        <w:tc>
          <w:tcPr>
            <w:tcW w:w="57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39C09E" w14:textId="77777777" w:rsidR="00297C2F" w:rsidRDefault="00000000">
            <w:pPr>
              <w:spacing w:after="0" w:line="240" w:lineRule="auto"/>
              <w:jc w:val="center"/>
            </w:pPr>
            <w:r>
              <w:rPr>
                <w:sz w:val="15"/>
              </w:rPr>
              <w:t>25.0000</w:t>
            </w:r>
          </w:p>
        </w:tc>
      </w:tr>
      <w:tr w:rsidR="00297C2F" w14:paraId="590E9E7B" w14:textId="77777777">
        <w:trPr>
          <w:cantSplit/>
          <w:jc w:val="center"/>
        </w:trPr>
        <w:tc>
          <w:tcPr>
            <w:tcW w:w="855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9DB9C91" w14:textId="77777777" w:rsidR="00297C2F" w:rsidRDefault="00000000">
            <w:pPr>
              <w:spacing w:after="0" w:line="240" w:lineRule="auto"/>
            </w:pPr>
            <w:r>
              <w:rPr>
                <w:sz w:val="15"/>
              </w:rPr>
              <w:t>Physical</w:t>
            </w:r>
          </w:p>
        </w:tc>
        <w:tc>
          <w:tcPr>
            <w:tcW w:w="57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122B29" w14:textId="77777777" w:rsidR="00297C2F" w:rsidRDefault="00000000">
            <w:pPr>
              <w:spacing w:after="0" w:line="240" w:lineRule="auto"/>
              <w:jc w:val="center"/>
            </w:pPr>
            <w:r>
              <w:rPr>
                <w:sz w:val="15"/>
              </w:rPr>
              <w:t>25.0000</w:t>
            </w:r>
          </w:p>
        </w:tc>
      </w:tr>
      <w:tr w:rsidR="00297C2F" w14:paraId="71A0524C" w14:textId="77777777">
        <w:trPr>
          <w:cantSplit/>
          <w:jc w:val="center"/>
        </w:trPr>
        <w:tc>
          <w:tcPr>
            <w:tcW w:w="855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0E2C5AD" w14:textId="77777777" w:rsidR="00297C2F" w:rsidRDefault="00000000">
            <w:pPr>
              <w:spacing w:after="0" w:line="240" w:lineRule="auto"/>
            </w:pPr>
            <w:r>
              <w:rPr>
                <w:b/>
                <w:sz w:val="15"/>
              </w:rPr>
              <w:t>Grand total</w:t>
            </w:r>
          </w:p>
        </w:tc>
        <w:tc>
          <w:tcPr>
            <w:tcW w:w="57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6C65464" w14:textId="77777777" w:rsidR="00297C2F" w:rsidRDefault="00000000">
            <w:pPr>
              <w:spacing w:after="0" w:line="240" w:lineRule="auto"/>
              <w:jc w:val="center"/>
            </w:pPr>
            <w:r>
              <w:rPr>
                <w:b/>
                <w:sz w:val="15"/>
              </w:rPr>
              <w:t>100.0000</w:t>
            </w:r>
          </w:p>
        </w:tc>
      </w:tr>
    </w:tbl>
    <w:p w14:paraId="2E8222E0" w14:textId="77777777" w:rsidR="00297C2F" w:rsidRDefault="00297C2F">
      <w:pPr>
        <w:spacing w:after="60" w:line="240" w:lineRule="auto"/>
      </w:pPr>
    </w:p>
    <w:p w14:paraId="5180A931" w14:textId="77777777" w:rsidR="00297C2F" w:rsidRDefault="00000000">
      <w:pPr>
        <w:spacing w:after="60" w:line="240" w:lineRule="auto"/>
      </w:pPr>
      <w:r>
        <w:rPr>
          <w:sz w:val="19"/>
        </w:rPr>
        <w:t>Audit result  The four domain totals are 25.0000 percent each and the displayed overall weights sum to exactly 100.0000 percent after controlled rounding. No percentage total exceeds 100 percent.</w:t>
      </w:r>
    </w:p>
    <w:p w14:paraId="4FE79105" w14:textId="77777777" w:rsidR="00297C2F" w:rsidRDefault="00000000">
      <w:pPr>
        <w:pStyle w:val="Heading1"/>
        <w:spacing w:before="160" w:after="60" w:line="240" w:lineRule="auto"/>
      </w:pPr>
      <w:r>
        <w:rPr>
          <w:rFonts w:ascii="Arial" w:hAnsi="Arial"/>
          <w:sz w:val="23"/>
        </w:rPr>
        <w:t>Weighted linear combination</w:t>
      </w:r>
    </w:p>
    <w:p w14:paraId="01B34CF4" w14:textId="77777777" w:rsidR="00297C2F" w:rsidRDefault="00000000">
      <w:pPr>
        <w:spacing w:after="60" w:line="240" w:lineRule="auto"/>
      </w:pPr>
      <w:r>
        <w:rPr>
          <w:sz w:val="19"/>
        </w:rPr>
        <w:t>For domain d, calculate Vd equals the sum of wi times si, where the within domain weights sum to 1 and each standardized layer score si is an integer from 1 to 8. The equal domain result is Vequal equals 0.25 VSOC plus 0.25 VRES plus 0.25 VENV plus 0.25 VPHY. The theoretical range of every domain score and of Vequal is therefore 1 to 8.</w:t>
      </w:r>
    </w:p>
    <w:p w14:paraId="569BE1D7" w14:textId="77777777" w:rsidR="00297C2F" w:rsidRDefault="00000000">
      <w:pPr>
        <w:spacing w:after="60" w:line="240" w:lineRule="auto"/>
      </w:pPr>
      <w:r>
        <w:rPr>
          <w:sz w:val="19"/>
        </w:rPr>
        <w:br w:type="page"/>
      </w:r>
    </w:p>
    <w:p w14:paraId="3533CD99" w14:textId="77777777" w:rsidR="00297C2F" w:rsidRDefault="00000000">
      <w:pPr>
        <w:pStyle w:val="Heading1"/>
        <w:spacing w:before="160" w:after="60" w:line="240" w:lineRule="auto"/>
      </w:pPr>
      <w:r>
        <w:rPr>
          <w:rFonts w:ascii="Arial" w:hAnsi="Arial"/>
          <w:sz w:val="23"/>
        </w:rPr>
        <w:lastRenderedPageBreak/>
        <w:t>Pairwise matrices for the five domain scenarios</w:t>
      </w:r>
    </w:p>
    <w:p w14:paraId="1F6344EB" w14:textId="77777777" w:rsidR="00297C2F" w:rsidRDefault="00000000">
      <w:pPr>
        <w:spacing w:after="60" w:line="240" w:lineRule="auto"/>
      </w:pPr>
      <w:r>
        <w:rPr>
          <w:sz w:val="19"/>
        </w:rPr>
        <w:t>For each scenario, aij equals wi divided by wj. The resulting matrices are positive, reciprocal, and perfectly consistent by construction. Therefore lambda max equals 4.0000, CI equals 0.0000, and CR equals 0.0000 for every scenario.</w:t>
      </w:r>
    </w:p>
    <w:p w14:paraId="3E57B926" w14:textId="77777777" w:rsidR="00297C2F" w:rsidRDefault="00000000">
      <w:pPr>
        <w:keepNext/>
        <w:spacing w:before="60" w:after="60" w:line="240" w:lineRule="auto"/>
      </w:pPr>
      <w:r>
        <w:rPr>
          <w:b/>
        </w:rPr>
        <w:t>Socioeconomic priority</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447"/>
        <w:gridCol w:w="2234"/>
        <w:gridCol w:w="2234"/>
        <w:gridCol w:w="2234"/>
        <w:gridCol w:w="2234"/>
        <w:gridCol w:w="2873"/>
      </w:tblGrid>
      <w:tr w:rsidR="00297C2F" w14:paraId="1C75542A" w14:textId="77777777">
        <w:trPr>
          <w:cantSplit/>
          <w:tblHeader/>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666AF1C" w14:textId="77777777" w:rsidR="00297C2F" w:rsidRDefault="00000000">
            <w:pPr>
              <w:spacing w:after="0" w:line="240" w:lineRule="auto"/>
              <w:jc w:val="center"/>
            </w:pPr>
            <w:r>
              <w:rPr>
                <w:b/>
                <w:sz w:val="15"/>
              </w:rPr>
              <w:t>Domain</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C58A9E0" w14:textId="77777777" w:rsidR="00297C2F" w:rsidRDefault="00000000">
            <w:pPr>
              <w:spacing w:after="0" w:line="240" w:lineRule="auto"/>
              <w:jc w:val="center"/>
            </w:pPr>
            <w:r>
              <w:rPr>
                <w:b/>
                <w:sz w:val="15"/>
              </w:rPr>
              <w:t>SOC</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079D503" w14:textId="77777777" w:rsidR="00297C2F" w:rsidRDefault="00000000">
            <w:pPr>
              <w:spacing w:after="0" w:line="240" w:lineRule="auto"/>
              <w:jc w:val="center"/>
            </w:pPr>
            <w:r>
              <w:rPr>
                <w:b/>
                <w:sz w:val="15"/>
              </w:rPr>
              <w:t>RES</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CED9772" w14:textId="77777777" w:rsidR="00297C2F" w:rsidRDefault="00000000">
            <w:pPr>
              <w:spacing w:after="0" w:line="240" w:lineRule="auto"/>
              <w:jc w:val="center"/>
            </w:pPr>
            <w:r>
              <w:rPr>
                <w:b/>
                <w:sz w:val="15"/>
              </w:rPr>
              <w:t>ENV</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D7FBEE" w14:textId="77777777" w:rsidR="00297C2F" w:rsidRDefault="00000000">
            <w:pPr>
              <w:spacing w:after="0" w:line="240" w:lineRule="auto"/>
              <w:jc w:val="center"/>
            </w:pPr>
            <w:r>
              <w:rPr>
                <w:b/>
                <w:sz w:val="15"/>
              </w:rPr>
              <w:t>PHY</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5E8BBB2" w14:textId="77777777" w:rsidR="00297C2F" w:rsidRDefault="00000000">
            <w:pPr>
              <w:spacing w:after="0" w:line="240" w:lineRule="auto"/>
              <w:jc w:val="center"/>
            </w:pPr>
            <w:r>
              <w:rPr>
                <w:b/>
                <w:sz w:val="15"/>
              </w:rPr>
              <w:t>Weight percent</w:t>
            </w:r>
          </w:p>
        </w:tc>
      </w:tr>
      <w:tr w:rsidR="00297C2F" w14:paraId="5E160935"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2A8115" w14:textId="77777777" w:rsidR="00297C2F" w:rsidRDefault="00000000">
            <w:pPr>
              <w:spacing w:after="0" w:line="240" w:lineRule="auto"/>
              <w:jc w:val="center"/>
            </w:pPr>
            <w:r>
              <w:rPr>
                <w:sz w:val="15"/>
              </w:rPr>
              <w:t>SOC</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5A6FAD0"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1F0E4E3" w14:textId="77777777" w:rsidR="00297C2F" w:rsidRDefault="00000000">
            <w:pPr>
              <w:spacing w:after="0" w:line="240" w:lineRule="auto"/>
              <w:jc w:val="center"/>
            </w:pPr>
            <w:r>
              <w:rPr>
                <w:sz w:val="15"/>
              </w:rPr>
              <w:t>2</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189C4D0" w14:textId="77777777" w:rsidR="00297C2F" w:rsidRDefault="00000000">
            <w:pPr>
              <w:spacing w:after="0" w:line="240" w:lineRule="auto"/>
              <w:jc w:val="center"/>
            </w:pPr>
            <w:r>
              <w:rPr>
                <w:sz w:val="15"/>
              </w:rPr>
              <w:t>2</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D502C11" w14:textId="77777777" w:rsidR="00297C2F" w:rsidRDefault="00000000">
            <w:pPr>
              <w:spacing w:after="0" w:line="240" w:lineRule="auto"/>
              <w:jc w:val="center"/>
            </w:pPr>
            <w:r>
              <w:rPr>
                <w:sz w:val="15"/>
              </w:rPr>
              <w:t>2</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7B74D1C" w14:textId="77777777" w:rsidR="00297C2F" w:rsidRDefault="00000000">
            <w:pPr>
              <w:spacing w:after="0" w:line="240" w:lineRule="auto"/>
              <w:jc w:val="center"/>
            </w:pPr>
            <w:r>
              <w:rPr>
                <w:sz w:val="15"/>
              </w:rPr>
              <w:t>40.00</w:t>
            </w:r>
          </w:p>
        </w:tc>
      </w:tr>
      <w:tr w:rsidR="00297C2F" w14:paraId="45385759"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E6C0E86" w14:textId="77777777" w:rsidR="00297C2F" w:rsidRDefault="00000000">
            <w:pPr>
              <w:spacing w:after="0" w:line="240" w:lineRule="auto"/>
              <w:jc w:val="center"/>
            </w:pPr>
            <w:r>
              <w:rPr>
                <w:sz w:val="15"/>
              </w:rPr>
              <w:t>RES</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75DD1B" w14:textId="77777777" w:rsidR="00297C2F" w:rsidRDefault="00000000">
            <w:pPr>
              <w:spacing w:after="0" w:line="240" w:lineRule="auto"/>
              <w:jc w:val="center"/>
            </w:pPr>
            <w:r>
              <w:rPr>
                <w:sz w:val="15"/>
              </w:rPr>
              <w:t>1/2</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EB03803"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961B7D0"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D56F8B" w14:textId="77777777" w:rsidR="00297C2F" w:rsidRDefault="00000000">
            <w:pPr>
              <w:spacing w:after="0" w:line="240" w:lineRule="auto"/>
              <w:jc w:val="center"/>
            </w:pPr>
            <w:r>
              <w:rPr>
                <w:sz w:val="15"/>
              </w:rPr>
              <w:t>1</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B24FE31" w14:textId="77777777" w:rsidR="00297C2F" w:rsidRDefault="00000000">
            <w:pPr>
              <w:spacing w:after="0" w:line="240" w:lineRule="auto"/>
              <w:jc w:val="center"/>
            </w:pPr>
            <w:r>
              <w:rPr>
                <w:sz w:val="15"/>
              </w:rPr>
              <w:t>20.00</w:t>
            </w:r>
          </w:p>
        </w:tc>
      </w:tr>
      <w:tr w:rsidR="00297C2F" w14:paraId="2B197827"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D7BB7FE" w14:textId="77777777" w:rsidR="00297C2F" w:rsidRDefault="00000000">
            <w:pPr>
              <w:spacing w:after="0" w:line="240" w:lineRule="auto"/>
              <w:jc w:val="center"/>
            </w:pPr>
            <w:r>
              <w:rPr>
                <w:sz w:val="15"/>
              </w:rPr>
              <w:t>ENV</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E4E49C4" w14:textId="77777777" w:rsidR="00297C2F" w:rsidRDefault="00000000">
            <w:pPr>
              <w:spacing w:after="0" w:line="240" w:lineRule="auto"/>
              <w:jc w:val="center"/>
            </w:pPr>
            <w:r>
              <w:rPr>
                <w:sz w:val="15"/>
              </w:rPr>
              <w:t>1/2</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70AA6A"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9465F8D"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CC8327" w14:textId="77777777" w:rsidR="00297C2F" w:rsidRDefault="00000000">
            <w:pPr>
              <w:spacing w:after="0" w:line="240" w:lineRule="auto"/>
              <w:jc w:val="center"/>
            </w:pPr>
            <w:r>
              <w:rPr>
                <w:sz w:val="15"/>
              </w:rPr>
              <w:t>1</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D074B0" w14:textId="77777777" w:rsidR="00297C2F" w:rsidRDefault="00000000">
            <w:pPr>
              <w:spacing w:after="0" w:line="240" w:lineRule="auto"/>
              <w:jc w:val="center"/>
            </w:pPr>
            <w:r>
              <w:rPr>
                <w:sz w:val="15"/>
              </w:rPr>
              <w:t>20.00</w:t>
            </w:r>
          </w:p>
        </w:tc>
      </w:tr>
      <w:tr w:rsidR="00297C2F" w14:paraId="2A17CCD2"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233F85" w14:textId="77777777" w:rsidR="00297C2F" w:rsidRDefault="00000000">
            <w:pPr>
              <w:spacing w:after="0" w:line="240" w:lineRule="auto"/>
              <w:jc w:val="center"/>
            </w:pPr>
            <w:r>
              <w:rPr>
                <w:sz w:val="15"/>
              </w:rPr>
              <w:t>PHY</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489281" w14:textId="77777777" w:rsidR="00297C2F" w:rsidRDefault="00000000">
            <w:pPr>
              <w:spacing w:after="0" w:line="240" w:lineRule="auto"/>
              <w:jc w:val="center"/>
            </w:pPr>
            <w:r>
              <w:rPr>
                <w:sz w:val="15"/>
              </w:rPr>
              <w:t>1/2</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52939C1"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9996140"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34C0AC" w14:textId="77777777" w:rsidR="00297C2F" w:rsidRDefault="00000000">
            <w:pPr>
              <w:spacing w:after="0" w:line="240" w:lineRule="auto"/>
              <w:jc w:val="center"/>
            </w:pPr>
            <w:r>
              <w:rPr>
                <w:sz w:val="15"/>
              </w:rPr>
              <w:t>1</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ED059F4" w14:textId="77777777" w:rsidR="00297C2F" w:rsidRDefault="00000000">
            <w:pPr>
              <w:spacing w:after="0" w:line="240" w:lineRule="auto"/>
              <w:jc w:val="center"/>
            </w:pPr>
            <w:r>
              <w:rPr>
                <w:sz w:val="15"/>
              </w:rPr>
              <w:t>20.00</w:t>
            </w:r>
          </w:p>
        </w:tc>
      </w:tr>
    </w:tbl>
    <w:p w14:paraId="6E194C55" w14:textId="77777777" w:rsidR="00297C2F" w:rsidRDefault="00297C2F">
      <w:pPr>
        <w:spacing w:after="60" w:line="240" w:lineRule="auto"/>
      </w:pPr>
    </w:p>
    <w:p w14:paraId="5B9253FC" w14:textId="77777777" w:rsidR="00297C2F" w:rsidRDefault="00000000">
      <w:pPr>
        <w:spacing w:after="60" w:line="240" w:lineRule="auto"/>
      </w:pPr>
      <w:r>
        <w:rPr>
          <w:sz w:val="19"/>
        </w:rPr>
        <w:t>lambda max = 4.0000; CI = 0.0000; RI = 0.90; CR = 0.0000.</w:t>
      </w:r>
    </w:p>
    <w:p w14:paraId="17ACD52C" w14:textId="77777777" w:rsidR="00297C2F" w:rsidRDefault="00000000">
      <w:pPr>
        <w:keepNext/>
        <w:spacing w:before="60" w:after="60" w:line="240" w:lineRule="auto"/>
      </w:pPr>
      <w:r>
        <w:rPr>
          <w:b/>
        </w:rPr>
        <w:t>Residential priority</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447"/>
        <w:gridCol w:w="2234"/>
        <w:gridCol w:w="2234"/>
        <w:gridCol w:w="2234"/>
        <w:gridCol w:w="2234"/>
        <w:gridCol w:w="2873"/>
      </w:tblGrid>
      <w:tr w:rsidR="00297C2F" w14:paraId="55EE254D" w14:textId="77777777">
        <w:trPr>
          <w:cantSplit/>
          <w:tblHeader/>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7ABEAB" w14:textId="77777777" w:rsidR="00297C2F" w:rsidRDefault="00000000">
            <w:pPr>
              <w:spacing w:after="0" w:line="240" w:lineRule="auto"/>
              <w:jc w:val="center"/>
            </w:pPr>
            <w:r>
              <w:rPr>
                <w:b/>
                <w:sz w:val="15"/>
              </w:rPr>
              <w:t>Domain</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BF17D1C" w14:textId="77777777" w:rsidR="00297C2F" w:rsidRDefault="00000000">
            <w:pPr>
              <w:spacing w:after="0" w:line="240" w:lineRule="auto"/>
              <w:jc w:val="center"/>
            </w:pPr>
            <w:r>
              <w:rPr>
                <w:b/>
                <w:sz w:val="15"/>
              </w:rPr>
              <w:t>SOC</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5996F4" w14:textId="77777777" w:rsidR="00297C2F" w:rsidRDefault="00000000">
            <w:pPr>
              <w:spacing w:after="0" w:line="240" w:lineRule="auto"/>
              <w:jc w:val="center"/>
            </w:pPr>
            <w:r>
              <w:rPr>
                <w:b/>
                <w:sz w:val="15"/>
              </w:rPr>
              <w:t>RES</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A00EB2D" w14:textId="77777777" w:rsidR="00297C2F" w:rsidRDefault="00000000">
            <w:pPr>
              <w:spacing w:after="0" w:line="240" w:lineRule="auto"/>
              <w:jc w:val="center"/>
            </w:pPr>
            <w:r>
              <w:rPr>
                <w:b/>
                <w:sz w:val="15"/>
              </w:rPr>
              <w:t>ENV</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04B03B4" w14:textId="77777777" w:rsidR="00297C2F" w:rsidRDefault="00000000">
            <w:pPr>
              <w:spacing w:after="0" w:line="240" w:lineRule="auto"/>
              <w:jc w:val="center"/>
            </w:pPr>
            <w:r>
              <w:rPr>
                <w:b/>
                <w:sz w:val="15"/>
              </w:rPr>
              <w:t>PHY</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8D9C882" w14:textId="77777777" w:rsidR="00297C2F" w:rsidRDefault="00000000">
            <w:pPr>
              <w:spacing w:after="0" w:line="240" w:lineRule="auto"/>
              <w:jc w:val="center"/>
            </w:pPr>
            <w:r>
              <w:rPr>
                <w:b/>
                <w:sz w:val="15"/>
              </w:rPr>
              <w:t>Weight percent</w:t>
            </w:r>
          </w:p>
        </w:tc>
      </w:tr>
      <w:tr w:rsidR="00297C2F" w14:paraId="103C3AB6"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C19E167" w14:textId="77777777" w:rsidR="00297C2F" w:rsidRDefault="00000000">
            <w:pPr>
              <w:spacing w:after="0" w:line="240" w:lineRule="auto"/>
              <w:jc w:val="center"/>
            </w:pPr>
            <w:r>
              <w:rPr>
                <w:sz w:val="15"/>
              </w:rPr>
              <w:t>SOC</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E8EB81"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D9FB1D1" w14:textId="77777777" w:rsidR="00297C2F" w:rsidRDefault="00000000">
            <w:pPr>
              <w:spacing w:after="0" w:line="240" w:lineRule="auto"/>
              <w:jc w:val="center"/>
            </w:pPr>
            <w:r>
              <w:rPr>
                <w:sz w:val="15"/>
              </w:rPr>
              <w:t>1/2</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27585CE"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19AF25F" w14:textId="77777777" w:rsidR="00297C2F" w:rsidRDefault="00000000">
            <w:pPr>
              <w:spacing w:after="0" w:line="240" w:lineRule="auto"/>
              <w:jc w:val="center"/>
            </w:pPr>
            <w:r>
              <w:rPr>
                <w:sz w:val="15"/>
              </w:rPr>
              <w:t>1</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0510BBE" w14:textId="77777777" w:rsidR="00297C2F" w:rsidRDefault="00000000">
            <w:pPr>
              <w:spacing w:after="0" w:line="240" w:lineRule="auto"/>
              <w:jc w:val="center"/>
            </w:pPr>
            <w:r>
              <w:rPr>
                <w:sz w:val="15"/>
              </w:rPr>
              <w:t>20.00</w:t>
            </w:r>
          </w:p>
        </w:tc>
      </w:tr>
      <w:tr w:rsidR="00297C2F" w14:paraId="05BA5E4D"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A524EA" w14:textId="77777777" w:rsidR="00297C2F" w:rsidRDefault="00000000">
            <w:pPr>
              <w:spacing w:after="0" w:line="240" w:lineRule="auto"/>
              <w:jc w:val="center"/>
            </w:pPr>
            <w:r>
              <w:rPr>
                <w:sz w:val="15"/>
              </w:rPr>
              <w:t>RES</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7862C2D" w14:textId="77777777" w:rsidR="00297C2F" w:rsidRDefault="00000000">
            <w:pPr>
              <w:spacing w:after="0" w:line="240" w:lineRule="auto"/>
              <w:jc w:val="center"/>
            </w:pPr>
            <w:r>
              <w:rPr>
                <w:sz w:val="15"/>
              </w:rPr>
              <w:t>2</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159AE44"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87F1A1C" w14:textId="77777777" w:rsidR="00297C2F" w:rsidRDefault="00000000">
            <w:pPr>
              <w:spacing w:after="0" w:line="240" w:lineRule="auto"/>
              <w:jc w:val="center"/>
            </w:pPr>
            <w:r>
              <w:rPr>
                <w:sz w:val="15"/>
              </w:rPr>
              <w:t>2</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F194884" w14:textId="77777777" w:rsidR="00297C2F" w:rsidRDefault="00000000">
            <w:pPr>
              <w:spacing w:after="0" w:line="240" w:lineRule="auto"/>
              <w:jc w:val="center"/>
            </w:pPr>
            <w:r>
              <w:rPr>
                <w:sz w:val="15"/>
              </w:rPr>
              <w:t>2</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7FFA719" w14:textId="77777777" w:rsidR="00297C2F" w:rsidRDefault="00000000">
            <w:pPr>
              <w:spacing w:after="0" w:line="240" w:lineRule="auto"/>
              <w:jc w:val="center"/>
            </w:pPr>
            <w:r>
              <w:rPr>
                <w:sz w:val="15"/>
              </w:rPr>
              <w:t>40.00</w:t>
            </w:r>
          </w:p>
        </w:tc>
      </w:tr>
      <w:tr w:rsidR="00297C2F" w14:paraId="44C11870"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9C058E2" w14:textId="77777777" w:rsidR="00297C2F" w:rsidRDefault="00000000">
            <w:pPr>
              <w:spacing w:after="0" w:line="240" w:lineRule="auto"/>
              <w:jc w:val="center"/>
            </w:pPr>
            <w:r>
              <w:rPr>
                <w:sz w:val="15"/>
              </w:rPr>
              <w:t>ENV</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1EB6AF"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533696" w14:textId="77777777" w:rsidR="00297C2F" w:rsidRDefault="00000000">
            <w:pPr>
              <w:spacing w:after="0" w:line="240" w:lineRule="auto"/>
              <w:jc w:val="center"/>
            </w:pPr>
            <w:r>
              <w:rPr>
                <w:sz w:val="15"/>
              </w:rPr>
              <w:t>1/2</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61D841"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7B2258F" w14:textId="77777777" w:rsidR="00297C2F" w:rsidRDefault="00000000">
            <w:pPr>
              <w:spacing w:after="0" w:line="240" w:lineRule="auto"/>
              <w:jc w:val="center"/>
            </w:pPr>
            <w:r>
              <w:rPr>
                <w:sz w:val="15"/>
              </w:rPr>
              <w:t>1</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857A0D0" w14:textId="77777777" w:rsidR="00297C2F" w:rsidRDefault="00000000">
            <w:pPr>
              <w:spacing w:after="0" w:line="240" w:lineRule="auto"/>
              <w:jc w:val="center"/>
            </w:pPr>
            <w:r>
              <w:rPr>
                <w:sz w:val="15"/>
              </w:rPr>
              <w:t>20.00</w:t>
            </w:r>
          </w:p>
        </w:tc>
      </w:tr>
      <w:tr w:rsidR="00297C2F" w14:paraId="12F43A52"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ED36877" w14:textId="77777777" w:rsidR="00297C2F" w:rsidRDefault="00000000">
            <w:pPr>
              <w:spacing w:after="0" w:line="240" w:lineRule="auto"/>
              <w:jc w:val="center"/>
            </w:pPr>
            <w:r>
              <w:rPr>
                <w:sz w:val="15"/>
              </w:rPr>
              <w:t>PHY</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F5B66A9"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7E3B8A" w14:textId="77777777" w:rsidR="00297C2F" w:rsidRDefault="00000000">
            <w:pPr>
              <w:spacing w:after="0" w:line="240" w:lineRule="auto"/>
              <w:jc w:val="center"/>
            </w:pPr>
            <w:r>
              <w:rPr>
                <w:sz w:val="15"/>
              </w:rPr>
              <w:t>1/2</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5BEBDF5"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18A028D" w14:textId="77777777" w:rsidR="00297C2F" w:rsidRDefault="00000000">
            <w:pPr>
              <w:spacing w:after="0" w:line="240" w:lineRule="auto"/>
              <w:jc w:val="center"/>
            </w:pPr>
            <w:r>
              <w:rPr>
                <w:sz w:val="15"/>
              </w:rPr>
              <w:t>1</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6909015" w14:textId="77777777" w:rsidR="00297C2F" w:rsidRDefault="00000000">
            <w:pPr>
              <w:spacing w:after="0" w:line="240" w:lineRule="auto"/>
              <w:jc w:val="center"/>
            </w:pPr>
            <w:r>
              <w:rPr>
                <w:sz w:val="15"/>
              </w:rPr>
              <w:t>20.00</w:t>
            </w:r>
          </w:p>
        </w:tc>
      </w:tr>
    </w:tbl>
    <w:p w14:paraId="3E6E0A48" w14:textId="77777777" w:rsidR="00297C2F" w:rsidRDefault="00297C2F">
      <w:pPr>
        <w:spacing w:after="60" w:line="240" w:lineRule="auto"/>
      </w:pPr>
    </w:p>
    <w:p w14:paraId="1E8D4DFA" w14:textId="77777777" w:rsidR="00297C2F" w:rsidRDefault="00000000">
      <w:pPr>
        <w:spacing w:after="60" w:line="240" w:lineRule="auto"/>
      </w:pPr>
      <w:r>
        <w:rPr>
          <w:sz w:val="19"/>
        </w:rPr>
        <w:t>lambda max = 4.0000; CI = 0.0000; RI = 0.90; CR = 0.0000.</w:t>
      </w:r>
    </w:p>
    <w:p w14:paraId="2DF53B80" w14:textId="77777777" w:rsidR="00297C2F" w:rsidRDefault="00000000">
      <w:pPr>
        <w:keepNext/>
        <w:spacing w:before="60" w:after="60" w:line="240" w:lineRule="auto"/>
      </w:pPr>
      <w:r>
        <w:rPr>
          <w:b/>
        </w:rPr>
        <w:t>Environmental priority</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447"/>
        <w:gridCol w:w="2234"/>
        <w:gridCol w:w="2234"/>
        <w:gridCol w:w="2234"/>
        <w:gridCol w:w="2234"/>
        <w:gridCol w:w="2873"/>
      </w:tblGrid>
      <w:tr w:rsidR="00297C2F" w14:paraId="4BB7B4CD" w14:textId="77777777">
        <w:trPr>
          <w:cantSplit/>
          <w:tblHeader/>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F86283" w14:textId="77777777" w:rsidR="00297C2F" w:rsidRDefault="00000000">
            <w:pPr>
              <w:spacing w:after="0" w:line="240" w:lineRule="auto"/>
              <w:jc w:val="center"/>
            </w:pPr>
            <w:r>
              <w:rPr>
                <w:b/>
                <w:sz w:val="15"/>
              </w:rPr>
              <w:t>Domain</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AE7FA3B" w14:textId="77777777" w:rsidR="00297C2F" w:rsidRDefault="00000000">
            <w:pPr>
              <w:spacing w:after="0" w:line="240" w:lineRule="auto"/>
              <w:jc w:val="center"/>
            </w:pPr>
            <w:r>
              <w:rPr>
                <w:b/>
                <w:sz w:val="15"/>
              </w:rPr>
              <w:t>SOC</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0777D95" w14:textId="77777777" w:rsidR="00297C2F" w:rsidRDefault="00000000">
            <w:pPr>
              <w:spacing w:after="0" w:line="240" w:lineRule="auto"/>
              <w:jc w:val="center"/>
            </w:pPr>
            <w:r>
              <w:rPr>
                <w:b/>
                <w:sz w:val="15"/>
              </w:rPr>
              <w:t>RES</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3196FEE" w14:textId="77777777" w:rsidR="00297C2F" w:rsidRDefault="00000000">
            <w:pPr>
              <w:spacing w:after="0" w:line="240" w:lineRule="auto"/>
              <w:jc w:val="center"/>
            </w:pPr>
            <w:r>
              <w:rPr>
                <w:b/>
                <w:sz w:val="15"/>
              </w:rPr>
              <w:t>ENV</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1E7DD26" w14:textId="77777777" w:rsidR="00297C2F" w:rsidRDefault="00000000">
            <w:pPr>
              <w:spacing w:after="0" w:line="240" w:lineRule="auto"/>
              <w:jc w:val="center"/>
            </w:pPr>
            <w:r>
              <w:rPr>
                <w:b/>
                <w:sz w:val="15"/>
              </w:rPr>
              <w:t>PHY</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71BAC90" w14:textId="77777777" w:rsidR="00297C2F" w:rsidRDefault="00000000">
            <w:pPr>
              <w:spacing w:after="0" w:line="240" w:lineRule="auto"/>
              <w:jc w:val="center"/>
            </w:pPr>
            <w:r>
              <w:rPr>
                <w:b/>
                <w:sz w:val="15"/>
              </w:rPr>
              <w:t>Weight percent</w:t>
            </w:r>
          </w:p>
        </w:tc>
      </w:tr>
      <w:tr w:rsidR="00297C2F" w14:paraId="602F915B"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1A007EB" w14:textId="77777777" w:rsidR="00297C2F" w:rsidRDefault="00000000">
            <w:pPr>
              <w:spacing w:after="0" w:line="240" w:lineRule="auto"/>
              <w:jc w:val="center"/>
            </w:pPr>
            <w:r>
              <w:rPr>
                <w:sz w:val="15"/>
              </w:rPr>
              <w:t>SOC</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35CAE58"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59935FE"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1B92AD1" w14:textId="77777777" w:rsidR="00297C2F" w:rsidRDefault="00000000">
            <w:pPr>
              <w:spacing w:after="0" w:line="240" w:lineRule="auto"/>
              <w:jc w:val="center"/>
            </w:pPr>
            <w:r>
              <w:rPr>
                <w:sz w:val="15"/>
              </w:rPr>
              <w:t>1/2</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7AC49BA" w14:textId="77777777" w:rsidR="00297C2F" w:rsidRDefault="00000000">
            <w:pPr>
              <w:spacing w:after="0" w:line="240" w:lineRule="auto"/>
              <w:jc w:val="center"/>
            </w:pPr>
            <w:r>
              <w:rPr>
                <w:sz w:val="15"/>
              </w:rPr>
              <w:t>1</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7952815" w14:textId="77777777" w:rsidR="00297C2F" w:rsidRDefault="00000000">
            <w:pPr>
              <w:spacing w:after="0" w:line="240" w:lineRule="auto"/>
              <w:jc w:val="center"/>
            </w:pPr>
            <w:r>
              <w:rPr>
                <w:sz w:val="15"/>
              </w:rPr>
              <w:t>20.00</w:t>
            </w:r>
          </w:p>
        </w:tc>
      </w:tr>
      <w:tr w:rsidR="00297C2F" w14:paraId="10B97C1A"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BE84732" w14:textId="77777777" w:rsidR="00297C2F" w:rsidRDefault="00000000">
            <w:pPr>
              <w:spacing w:after="0" w:line="240" w:lineRule="auto"/>
              <w:jc w:val="center"/>
            </w:pPr>
            <w:r>
              <w:rPr>
                <w:sz w:val="15"/>
              </w:rPr>
              <w:t>RES</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001BA9"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431FBB5"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C923C60" w14:textId="77777777" w:rsidR="00297C2F" w:rsidRDefault="00000000">
            <w:pPr>
              <w:spacing w:after="0" w:line="240" w:lineRule="auto"/>
              <w:jc w:val="center"/>
            </w:pPr>
            <w:r>
              <w:rPr>
                <w:sz w:val="15"/>
              </w:rPr>
              <w:t>1/2</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122FEC0" w14:textId="77777777" w:rsidR="00297C2F" w:rsidRDefault="00000000">
            <w:pPr>
              <w:spacing w:after="0" w:line="240" w:lineRule="auto"/>
              <w:jc w:val="center"/>
            </w:pPr>
            <w:r>
              <w:rPr>
                <w:sz w:val="15"/>
              </w:rPr>
              <w:t>1</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693D75B" w14:textId="77777777" w:rsidR="00297C2F" w:rsidRDefault="00000000">
            <w:pPr>
              <w:spacing w:after="0" w:line="240" w:lineRule="auto"/>
              <w:jc w:val="center"/>
            </w:pPr>
            <w:r>
              <w:rPr>
                <w:sz w:val="15"/>
              </w:rPr>
              <w:t>20.00</w:t>
            </w:r>
          </w:p>
        </w:tc>
      </w:tr>
      <w:tr w:rsidR="00297C2F" w14:paraId="039E5302"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6DAB435" w14:textId="77777777" w:rsidR="00297C2F" w:rsidRDefault="00000000">
            <w:pPr>
              <w:spacing w:after="0" w:line="240" w:lineRule="auto"/>
              <w:jc w:val="center"/>
            </w:pPr>
            <w:r>
              <w:rPr>
                <w:sz w:val="15"/>
              </w:rPr>
              <w:t>ENV</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F402905" w14:textId="77777777" w:rsidR="00297C2F" w:rsidRDefault="00000000">
            <w:pPr>
              <w:spacing w:after="0" w:line="240" w:lineRule="auto"/>
              <w:jc w:val="center"/>
            </w:pPr>
            <w:r>
              <w:rPr>
                <w:sz w:val="15"/>
              </w:rPr>
              <w:t>2</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B72A7DD" w14:textId="77777777" w:rsidR="00297C2F" w:rsidRDefault="00000000">
            <w:pPr>
              <w:spacing w:after="0" w:line="240" w:lineRule="auto"/>
              <w:jc w:val="center"/>
            </w:pPr>
            <w:r>
              <w:rPr>
                <w:sz w:val="15"/>
              </w:rPr>
              <w:t>2</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89EBDA6"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DE6684" w14:textId="77777777" w:rsidR="00297C2F" w:rsidRDefault="00000000">
            <w:pPr>
              <w:spacing w:after="0" w:line="240" w:lineRule="auto"/>
              <w:jc w:val="center"/>
            </w:pPr>
            <w:r>
              <w:rPr>
                <w:sz w:val="15"/>
              </w:rPr>
              <w:t>2</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B0FAE4B" w14:textId="77777777" w:rsidR="00297C2F" w:rsidRDefault="00000000">
            <w:pPr>
              <w:spacing w:after="0" w:line="240" w:lineRule="auto"/>
              <w:jc w:val="center"/>
            </w:pPr>
            <w:r>
              <w:rPr>
                <w:sz w:val="15"/>
              </w:rPr>
              <w:t>40.00</w:t>
            </w:r>
          </w:p>
        </w:tc>
      </w:tr>
      <w:tr w:rsidR="00297C2F" w14:paraId="3A8CA723"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BE32C72" w14:textId="77777777" w:rsidR="00297C2F" w:rsidRDefault="00000000">
            <w:pPr>
              <w:spacing w:after="0" w:line="240" w:lineRule="auto"/>
              <w:jc w:val="center"/>
            </w:pPr>
            <w:r>
              <w:rPr>
                <w:sz w:val="15"/>
              </w:rPr>
              <w:t>PHY</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52CFE83"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2CAD0D"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EF78DD0" w14:textId="77777777" w:rsidR="00297C2F" w:rsidRDefault="00000000">
            <w:pPr>
              <w:spacing w:after="0" w:line="240" w:lineRule="auto"/>
              <w:jc w:val="center"/>
            </w:pPr>
            <w:r>
              <w:rPr>
                <w:sz w:val="15"/>
              </w:rPr>
              <w:t>1/2</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A081FFB" w14:textId="77777777" w:rsidR="00297C2F" w:rsidRDefault="00000000">
            <w:pPr>
              <w:spacing w:after="0" w:line="240" w:lineRule="auto"/>
              <w:jc w:val="center"/>
            </w:pPr>
            <w:r>
              <w:rPr>
                <w:sz w:val="15"/>
              </w:rPr>
              <w:t>1</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4BFBB99" w14:textId="77777777" w:rsidR="00297C2F" w:rsidRDefault="00000000">
            <w:pPr>
              <w:spacing w:after="0" w:line="240" w:lineRule="auto"/>
              <w:jc w:val="center"/>
            </w:pPr>
            <w:r>
              <w:rPr>
                <w:sz w:val="15"/>
              </w:rPr>
              <w:t>20.00</w:t>
            </w:r>
          </w:p>
        </w:tc>
      </w:tr>
    </w:tbl>
    <w:p w14:paraId="40F4B94A" w14:textId="77777777" w:rsidR="00297C2F" w:rsidRDefault="00297C2F">
      <w:pPr>
        <w:spacing w:after="60" w:line="240" w:lineRule="auto"/>
      </w:pPr>
    </w:p>
    <w:p w14:paraId="077521FB" w14:textId="77777777" w:rsidR="00297C2F" w:rsidRDefault="00000000">
      <w:pPr>
        <w:spacing w:after="60" w:line="240" w:lineRule="auto"/>
      </w:pPr>
      <w:r>
        <w:rPr>
          <w:sz w:val="19"/>
        </w:rPr>
        <w:t>lambda max = 4.0000; CI = 0.0000; RI = 0.90; CR = 0.0000.</w:t>
      </w:r>
    </w:p>
    <w:p w14:paraId="33A54259" w14:textId="77777777" w:rsidR="00297C2F" w:rsidRDefault="00000000">
      <w:pPr>
        <w:spacing w:after="60" w:line="240" w:lineRule="auto"/>
      </w:pPr>
      <w:r>
        <w:rPr>
          <w:sz w:val="19"/>
        </w:rPr>
        <w:br w:type="page"/>
      </w:r>
    </w:p>
    <w:p w14:paraId="65EF1198" w14:textId="77777777" w:rsidR="00297C2F" w:rsidRDefault="00000000">
      <w:pPr>
        <w:pStyle w:val="Heading1"/>
        <w:spacing w:after="60" w:line="240" w:lineRule="auto"/>
      </w:pPr>
      <w:r>
        <w:rPr>
          <w:rFonts w:ascii="Arial" w:hAnsi="Arial"/>
          <w:sz w:val="19"/>
        </w:rPr>
        <w:lastRenderedPageBreak/>
        <w:t>Pairwise matrices for the five domain scenarios continued</w:t>
      </w:r>
    </w:p>
    <w:p w14:paraId="1F82D614" w14:textId="77777777" w:rsidR="00297C2F" w:rsidRDefault="00000000">
      <w:pPr>
        <w:keepNext/>
        <w:spacing w:before="60" w:after="60" w:line="240" w:lineRule="auto"/>
      </w:pPr>
      <w:r>
        <w:rPr>
          <w:b/>
        </w:rPr>
        <w:t>Physical priority</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447"/>
        <w:gridCol w:w="2234"/>
        <w:gridCol w:w="2234"/>
        <w:gridCol w:w="2234"/>
        <w:gridCol w:w="2234"/>
        <w:gridCol w:w="2873"/>
      </w:tblGrid>
      <w:tr w:rsidR="00297C2F" w14:paraId="1B51DC48" w14:textId="77777777">
        <w:trPr>
          <w:cantSplit/>
          <w:tblHeader/>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95B7948" w14:textId="77777777" w:rsidR="00297C2F" w:rsidRDefault="00000000">
            <w:pPr>
              <w:spacing w:after="0" w:line="240" w:lineRule="auto"/>
              <w:jc w:val="center"/>
            </w:pPr>
            <w:r>
              <w:rPr>
                <w:b/>
                <w:sz w:val="15"/>
              </w:rPr>
              <w:t>Domain</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548ABF4" w14:textId="77777777" w:rsidR="00297C2F" w:rsidRDefault="00000000">
            <w:pPr>
              <w:spacing w:after="0" w:line="240" w:lineRule="auto"/>
              <w:jc w:val="center"/>
            </w:pPr>
            <w:r>
              <w:rPr>
                <w:b/>
                <w:sz w:val="15"/>
              </w:rPr>
              <w:t>SOC</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FF97F98" w14:textId="77777777" w:rsidR="00297C2F" w:rsidRDefault="00000000">
            <w:pPr>
              <w:spacing w:after="0" w:line="240" w:lineRule="auto"/>
              <w:jc w:val="center"/>
            </w:pPr>
            <w:r>
              <w:rPr>
                <w:b/>
                <w:sz w:val="15"/>
              </w:rPr>
              <w:t>RES</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A0966C" w14:textId="77777777" w:rsidR="00297C2F" w:rsidRDefault="00000000">
            <w:pPr>
              <w:spacing w:after="0" w:line="240" w:lineRule="auto"/>
              <w:jc w:val="center"/>
            </w:pPr>
            <w:r>
              <w:rPr>
                <w:b/>
                <w:sz w:val="15"/>
              </w:rPr>
              <w:t>ENV</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8B7B3E2" w14:textId="77777777" w:rsidR="00297C2F" w:rsidRDefault="00000000">
            <w:pPr>
              <w:spacing w:after="0" w:line="240" w:lineRule="auto"/>
              <w:jc w:val="center"/>
            </w:pPr>
            <w:r>
              <w:rPr>
                <w:b/>
                <w:sz w:val="15"/>
              </w:rPr>
              <w:t>PHY</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A7CA84F" w14:textId="77777777" w:rsidR="00297C2F" w:rsidRDefault="00000000">
            <w:pPr>
              <w:spacing w:after="0" w:line="240" w:lineRule="auto"/>
              <w:jc w:val="center"/>
            </w:pPr>
            <w:r>
              <w:rPr>
                <w:b/>
                <w:sz w:val="15"/>
              </w:rPr>
              <w:t>Weight percent</w:t>
            </w:r>
          </w:p>
        </w:tc>
      </w:tr>
      <w:tr w:rsidR="00297C2F" w14:paraId="7C61B502"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E7C7A1E" w14:textId="77777777" w:rsidR="00297C2F" w:rsidRDefault="00000000">
            <w:pPr>
              <w:spacing w:after="0" w:line="240" w:lineRule="auto"/>
              <w:jc w:val="center"/>
            </w:pPr>
            <w:r>
              <w:rPr>
                <w:sz w:val="15"/>
              </w:rPr>
              <w:t>SOC</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865A112"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DE11703"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3CC872"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9E2AF15" w14:textId="77777777" w:rsidR="00297C2F" w:rsidRDefault="00000000">
            <w:pPr>
              <w:spacing w:after="0" w:line="240" w:lineRule="auto"/>
              <w:jc w:val="center"/>
            </w:pPr>
            <w:r>
              <w:rPr>
                <w:sz w:val="15"/>
              </w:rPr>
              <w:t>1/2</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863813C" w14:textId="77777777" w:rsidR="00297C2F" w:rsidRDefault="00000000">
            <w:pPr>
              <w:spacing w:after="0" w:line="240" w:lineRule="auto"/>
              <w:jc w:val="center"/>
            </w:pPr>
            <w:r>
              <w:rPr>
                <w:sz w:val="15"/>
              </w:rPr>
              <w:t>20.00</w:t>
            </w:r>
          </w:p>
        </w:tc>
      </w:tr>
      <w:tr w:rsidR="00297C2F" w14:paraId="60E6EF4C"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B6A023D" w14:textId="77777777" w:rsidR="00297C2F" w:rsidRDefault="00000000">
            <w:pPr>
              <w:spacing w:after="0" w:line="240" w:lineRule="auto"/>
              <w:jc w:val="center"/>
            </w:pPr>
            <w:r>
              <w:rPr>
                <w:sz w:val="15"/>
              </w:rPr>
              <w:t>RES</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E4C962"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00E8BAB"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10FB82"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B8D82A4" w14:textId="77777777" w:rsidR="00297C2F" w:rsidRDefault="00000000">
            <w:pPr>
              <w:spacing w:after="0" w:line="240" w:lineRule="auto"/>
              <w:jc w:val="center"/>
            </w:pPr>
            <w:r>
              <w:rPr>
                <w:sz w:val="15"/>
              </w:rPr>
              <w:t>1/2</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ED9B44E" w14:textId="77777777" w:rsidR="00297C2F" w:rsidRDefault="00000000">
            <w:pPr>
              <w:spacing w:after="0" w:line="240" w:lineRule="auto"/>
              <w:jc w:val="center"/>
            </w:pPr>
            <w:r>
              <w:rPr>
                <w:sz w:val="15"/>
              </w:rPr>
              <w:t>20.00</w:t>
            </w:r>
          </w:p>
        </w:tc>
      </w:tr>
      <w:tr w:rsidR="00297C2F" w14:paraId="45190C26"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6772415" w14:textId="77777777" w:rsidR="00297C2F" w:rsidRDefault="00000000">
            <w:pPr>
              <w:spacing w:after="0" w:line="240" w:lineRule="auto"/>
              <w:jc w:val="center"/>
            </w:pPr>
            <w:r>
              <w:rPr>
                <w:sz w:val="15"/>
              </w:rPr>
              <w:t>ENV</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AFFB90"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52BD85"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3D7B0C"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7A64C22" w14:textId="77777777" w:rsidR="00297C2F" w:rsidRDefault="00000000">
            <w:pPr>
              <w:spacing w:after="0" w:line="240" w:lineRule="auto"/>
              <w:jc w:val="center"/>
            </w:pPr>
            <w:r>
              <w:rPr>
                <w:sz w:val="15"/>
              </w:rPr>
              <w:t>1/2</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1C386DA" w14:textId="77777777" w:rsidR="00297C2F" w:rsidRDefault="00000000">
            <w:pPr>
              <w:spacing w:after="0" w:line="240" w:lineRule="auto"/>
              <w:jc w:val="center"/>
            </w:pPr>
            <w:r>
              <w:rPr>
                <w:sz w:val="15"/>
              </w:rPr>
              <w:t>20.00</w:t>
            </w:r>
          </w:p>
        </w:tc>
      </w:tr>
      <w:tr w:rsidR="00297C2F" w14:paraId="6DBCA4D9"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CF3D510" w14:textId="77777777" w:rsidR="00297C2F" w:rsidRDefault="00000000">
            <w:pPr>
              <w:spacing w:after="0" w:line="240" w:lineRule="auto"/>
              <w:jc w:val="center"/>
            </w:pPr>
            <w:r>
              <w:rPr>
                <w:sz w:val="15"/>
              </w:rPr>
              <w:t>PHY</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141ADB0" w14:textId="77777777" w:rsidR="00297C2F" w:rsidRDefault="00000000">
            <w:pPr>
              <w:spacing w:after="0" w:line="240" w:lineRule="auto"/>
              <w:jc w:val="center"/>
            </w:pPr>
            <w:r>
              <w:rPr>
                <w:sz w:val="15"/>
              </w:rPr>
              <w:t>2</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FB121EA" w14:textId="77777777" w:rsidR="00297C2F" w:rsidRDefault="00000000">
            <w:pPr>
              <w:spacing w:after="0" w:line="240" w:lineRule="auto"/>
              <w:jc w:val="center"/>
            </w:pPr>
            <w:r>
              <w:rPr>
                <w:sz w:val="15"/>
              </w:rPr>
              <w:t>2</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6ED3D7" w14:textId="77777777" w:rsidR="00297C2F" w:rsidRDefault="00000000">
            <w:pPr>
              <w:spacing w:after="0" w:line="240" w:lineRule="auto"/>
              <w:jc w:val="center"/>
            </w:pPr>
            <w:r>
              <w:rPr>
                <w:sz w:val="15"/>
              </w:rPr>
              <w:t>2</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BC1C408" w14:textId="77777777" w:rsidR="00297C2F" w:rsidRDefault="00000000">
            <w:pPr>
              <w:spacing w:after="0" w:line="240" w:lineRule="auto"/>
              <w:jc w:val="center"/>
            </w:pPr>
            <w:r>
              <w:rPr>
                <w:sz w:val="15"/>
              </w:rPr>
              <w:t>1</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38A5A73" w14:textId="77777777" w:rsidR="00297C2F" w:rsidRDefault="00000000">
            <w:pPr>
              <w:spacing w:after="0" w:line="240" w:lineRule="auto"/>
              <w:jc w:val="center"/>
            </w:pPr>
            <w:r>
              <w:rPr>
                <w:sz w:val="15"/>
              </w:rPr>
              <w:t>40.00</w:t>
            </w:r>
          </w:p>
        </w:tc>
      </w:tr>
    </w:tbl>
    <w:p w14:paraId="790D0613" w14:textId="77777777" w:rsidR="00297C2F" w:rsidRDefault="00297C2F">
      <w:pPr>
        <w:spacing w:after="60" w:line="240" w:lineRule="auto"/>
      </w:pPr>
    </w:p>
    <w:p w14:paraId="03AF00D1" w14:textId="77777777" w:rsidR="00297C2F" w:rsidRDefault="00000000">
      <w:pPr>
        <w:spacing w:after="60" w:line="240" w:lineRule="auto"/>
      </w:pPr>
      <w:r>
        <w:rPr>
          <w:sz w:val="19"/>
        </w:rPr>
        <w:t>lambda max = 4.0000; CI = 0.0000; RI = 0.90; CR = 0.0000.</w:t>
      </w:r>
    </w:p>
    <w:p w14:paraId="6BBEF36B" w14:textId="77777777" w:rsidR="00297C2F" w:rsidRDefault="00000000">
      <w:pPr>
        <w:keepNext/>
        <w:spacing w:before="60" w:after="60" w:line="240" w:lineRule="auto"/>
      </w:pPr>
      <w:r>
        <w:rPr>
          <w:b/>
        </w:rPr>
        <w:t>Equal weight</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447"/>
        <w:gridCol w:w="2234"/>
        <w:gridCol w:w="2234"/>
        <w:gridCol w:w="2234"/>
        <w:gridCol w:w="2234"/>
        <w:gridCol w:w="2873"/>
      </w:tblGrid>
      <w:tr w:rsidR="00297C2F" w14:paraId="07E0D020" w14:textId="77777777">
        <w:trPr>
          <w:cantSplit/>
          <w:tblHeader/>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78D3121" w14:textId="77777777" w:rsidR="00297C2F" w:rsidRDefault="00000000">
            <w:pPr>
              <w:spacing w:after="0" w:line="240" w:lineRule="auto"/>
              <w:jc w:val="center"/>
            </w:pPr>
            <w:r>
              <w:rPr>
                <w:b/>
                <w:sz w:val="15"/>
              </w:rPr>
              <w:t>Domain</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A29023" w14:textId="77777777" w:rsidR="00297C2F" w:rsidRDefault="00000000">
            <w:pPr>
              <w:spacing w:after="0" w:line="240" w:lineRule="auto"/>
              <w:jc w:val="center"/>
            </w:pPr>
            <w:r>
              <w:rPr>
                <w:b/>
                <w:sz w:val="15"/>
              </w:rPr>
              <w:t>SOC</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D805DB0" w14:textId="77777777" w:rsidR="00297C2F" w:rsidRDefault="00000000">
            <w:pPr>
              <w:spacing w:after="0" w:line="240" w:lineRule="auto"/>
              <w:jc w:val="center"/>
            </w:pPr>
            <w:r>
              <w:rPr>
                <w:b/>
                <w:sz w:val="15"/>
              </w:rPr>
              <w:t>RES</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0971403" w14:textId="77777777" w:rsidR="00297C2F" w:rsidRDefault="00000000">
            <w:pPr>
              <w:spacing w:after="0" w:line="240" w:lineRule="auto"/>
              <w:jc w:val="center"/>
            </w:pPr>
            <w:r>
              <w:rPr>
                <w:b/>
                <w:sz w:val="15"/>
              </w:rPr>
              <w:t>ENV</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EE78038" w14:textId="77777777" w:rsidR="00297C2F" w:rsidRDefault="00000000">
            <w:pPr>
              <w:spacing w:after="0" w:line="240" w:lineRule="auto"/>
              <w:jc w:val="center"/>
            </w:pPr>
            <w:r>
              <w:rPr>
                <w:b/>
                <w:sz w:val="15"/>
              </w:rPr>
              <w:t>PHY</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22EC8F8" w14:textId="77777777" w:rsidR="00297C2F" w:rsidRDefault="00000000">
            <w:pPr>
              <w:spacing w:after="0" w:line="240" w:lineRule="auto"/>
              <w:jc w:val="center"/>
            </w:pPr>
            <w:r>
              <w:rPr>
                <w:b/>
                <w:sz w:val="15"/>
              </w:rPr>
              <w:t>Weight percent</w:t>
            </w:r>
          </w:p>
        </w:tc>
      </w:tr>
      <w:tr w:rsidR="00297C2F" w14:paraId="27A9CB2E"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69D232E" w14:textId="77777777" w:rsidR="00297C2F" w:rsidRDefault="00000000">
            <w:pPr>
              <w:spacing w:after="0" w:line="240" w:lineRule="auto"/>
              <w:jc w:val="center"/>
            </w:pPr>
            <w:r>
              <w:rPr>
                <w:sz w:val="15"/>
              </w:rPr>
              <w:t>SOC</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55B8775"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36874FD"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95CCD73"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8428FD0" w14:textId="77777777" w:rsidR="00297C2F" w:rsidRDefault="00000000">
            <w:pPr>
              <w:spacing w:after="0" w:line="240" w:lineRule="auto"/>
              <w:jc w:val="center"/>
            </w:pPr>
            <w:r>
              <w:rPr>
                <w:sz w:val="15"/>
              </w:rPr>
              <w:t>1</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941301" w14:textId="77777777" w:rsidR="00297C2F" w:rsidRDefault="00000000">
            <w:pPr>
              <w:spacing w:after="0" w:line="240" w:lineRule="auto"/>
              <w:jc w:val="center"/>
            </w:pPr>
            <w:r>
              <w:rPr>
                <w:sz w:val="15"/>
              </w:rPr>
              <w:t>25.00</w:t>
            </w:r>
          </w:p>
        </w:tc>
      </w:tr>
      <w:tr w:rsidR="00297C2F" w14:paraId="4E528F81"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7E477EE" w14:textId="77777777" w:rsidR="00297C2F" w:rsidRDefault="00000000">
            <w:pPr>
              <w:spacing w:after="0" w:line="240" w:lineRule="auto"/>
              <w:jc w:val="center"/>
            </w:pPr>
            <w:r>
              <w:rPr>
                <w:sz w:val="15"/>
              </w:rPr>
              <w:t>RES</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2D9C598"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77E33C9"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F955826"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637122" w14:textId="77777777" w:rsidR="00297C2F" w:rsidRDefault="00000000">
            <w:pPr>
              <w:spacing w:after="0" w:line="240" w:lineRule="auto"/>
              <w:jc w:val="center"/>
            </w:pPr>
            <w:r>
              <w:rPr>
                <w:sz w:val="15"/>
              </w:rPr>
              <w:t>1</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4F8228E" w14:textId="77777777" w:rsidR="00297C2F" w:rsidRDefault="00000000">
            <w:pPr>
              <w:spacing w:after="0" w:line="240" w:lineRule="auto"/>
              <w:jc w:val="center"/>
            </w:pPr>
            <w:r>
              <w:rPr>
                <w:sz w:val="15"/>
              </w:rPr>
              <w:t>25.00</w:t>
            </w:r>
          </w:p>
        </w:tc>
      </w:tr>
      <w:tr w:rsidR="00297C2F" w14:paraId="7AB3F7BC"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058339C" w14:textId="77777777" w:rsidR="00297C2F" w:rsidRDefault="00000000">
            <w:pPr>
              <w:spacing w:after="0" w:line="240" w:lineRule="auto"/>
              <w:jc w:val="center"/>
            </w:pPr>
            <w:r>
              <w:rPr>
                <w:sz w:val="15"/>
              </w:rPr>
              <w:t>ENV</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C0C927"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8F1C313"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DD56495"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E804FD7" w14:textId="77777777" w:rsidR="00297C2F" w:rsidRDefault="00000000">
            <w:pPr>
              <w:spacing w:after="0" w:line="240" w:lineRule="auto"/>
              <w:jc w:val="center"/>
            </w:pPr>
            <w:r>
              <w:rPr>
                <w:sz w:val="15"/>
              </w:rPr>
              <w:t>1</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B83CF49" w14:textId="77777777" w:rsidR="00297C2F" w:rsidRDefault="00000000">
            <w:pPr>
              <w:spacing w:after="0" w:line="240" w:lineRule="auto"/>
              <w:jc w:val="center"/>
            </w:pPr>
            <w:r>
              <w:rPr>
                <w:sz w:val="15"/>
              </w:rPr>
              <w:t>25.00</w:t>
            </w:r>
          </w:p>
        </w:tc>
      </w:tr>
      <w:tr w:rsidR="00297C2F" w14:paraId="2AB1F3A1" w14:textId="77777777">
        <w:trPr>
          <w:cantSplit/>
          <w:jc w:val="center"/>
        </w:trPr>
        <w:tc>
          <w:tcPr>
            <w:tcW w:w="244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533EDCB" w14:textId="77777777" w:rsidR="00297C2F" w:rsidRDefault="00000000">
            <w:pPr>
              <w:spacing w:after="0" w:line="240" w:lineRule="auto"/>
              <w:jc w:val="center"/>
            </w:pPr>
            <w:r>
              <w:rPr>
                <w:sz w:val="15"/>
              </w:rPr>
              <w:t>PHY</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4366063"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51C6F10"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EDD7C06" w14:textId="77777777" w:rsidR="00297C2F" w:rsidRDefault="00000000">
            <w:pPr>
              <w:spacing w:after="0" w:line="240" w:lineRule="auto"/>
              <w:jc w:val="center"/>
            </w:pPr>
            <w:r>
              <w:rPr>
                <w:sz w:val="15"/>
              </w:rPr>
              <w:t>1</w:t>
            </w:r>
          </w:p>
        </w:tc>
        <w:tc>
          <w:tcPr>
            <w:tcW w:w="223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1EBC966" w14:textId="77777777" w:rsidR="00297C2F" w:rsidRDefault="00000000">
            <w:pPr>
              <w:spacing w:after="0" w:line="240" w:lineRule="auto"/>
              <w:jc w:val="center"/>
            </w:pPr>
            <w:r>
              <w:rPr>
                <w:sz w:val="15"/>
              </w:rPr>
              <w:t>1</w:t>
            </w:r>
          </w:p>
        </w:tc>
        <w:tc>
          <w:tcPr>
            <w:tcW w:w="287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D9A1204" w14:textId="77777777" w:rsidR="00297C2F" w:rsidRDefault="00000000">
            <w:pPr>
              <w:spacing w:after="0" w:line="240" w:lineRule="auto"/>
              <w:jc w:val="center"/>
            </w:pPr>
            <w:r>
              <w:rPr>
                <w:sz w:val="15"/>
              </w:rPr>
              <w:t>25.00</w:t>
            </w:r>
          </w:p>
        </w:tc>
      </w:tr>
    </w:tbl>
    <w:p w14:paraId="07DC3F9C" w14:textId="77777777" w:rsidR="00297C2F" w:rsidRDefault="00297C2F">
      <w:pPr>
        <w:spacing w:after="60" w:line="240" w:lineRule="auto"/>
      </w:pPr>
    </w:p>
    <w:p w14:paraId="2780E82A" w14:textId="77777777" w:rsidR="00297C2F" w:rsidRDefault="00000000">
      <w:pPr>
        <w:spacing w:after="60" w:line="240" w:lineRule="auto"/>
      </w:pPr>
      <w:r>
        <w:rPr>
          <w:sz w:val="19"/>
        </w:rPr>
        <w:t>lambda max = 4.0000; CI = 0.0000; RI = 0.90; CR = 0.0000.</w:t>
      </w:r>
    </w:p>
    <w:p w14:paraId="17575858" w14:textId="77777777" w:rsidR="00297C2F" w:rsidRDefault="00000000">
      <w:pPr>
        <w:spacing w:after="60" w:line="240" w:lineRule="auto"/>
      </w:pPr>
      <w:r>
        <w:rPr>
          <w:sz w:val="19"/>
        </w:rPr>
        <w:br w:type="page"/>
      </w:r>
    </w:p>
    <w:p w14:paraId="0CE4ED95" w14:textId="77777777" w:rsidR="00297C2F" w:rsidRDefault="00000000">
      <w:pPr>
        <w:pStyle w:val="Heading1"/>
        <w:spacing w:before="160" w:after="60" w:line="240" w:lineRule="auto"/>
      </w:pPr>
      <w:r>
        <w:rPr>
          <w:rFonts w:ascii="Arial" w:hAnsi="Arial"/>
          <w:sz w:val="23"/>
        </w:rPr>
        <w:lastRenderedPageBreak/>
        <w:t>Operational rules for the 1 to 8 reclassification</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219"/>
        <w:gridCol w:w="11037"/>
      </w:tblGrid>
      <w:tr w:rsidR="00297C2F" w14:paraId="373065E6" w14:textId="77777777">
        <w:trPr>
          <w:cantSplit/>
          <w:tblHeader/>
          <w:jc w:val="center"/>
        </w:trPr>
        <w:tc>
          <w:tcPr>
            <w:tcW w:w="32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57B16CA" w14:textId="77777777" w:rsidR="00297C2F" w:rsidRDefault="00000000">
            <w:pPr>
              <w:spacing w:after="0" w:line="240" w:lineRule="auto"/>
              <w:jc w:val="center"/>
            </w:pPr>
            <w:r>
              <w:rPr>
                <w:b/>
                <w:sz w:val="15"/>
              </w:rPr>
              <w:t>Rule</w:t>
            </w:r>
          </w:p>
        </w:tc>
        <w:tc>
          <w:tcPr>
            <w:tcW w:w="110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261CED" w14:textId="77777777" w:rsidR="00297C2F" w:rsidRDefault="00000000">
            <w:pPr>
              <w:spacing w:after="0" w:line="240" w:lineRule="auto"/>
              <w:jc w:val="center"/>
            </w:pPr>
            <w:r>
              <w:rPr>
                <w:b/>
                <w:sz w:val="15"/>
              </w:rPr>
              <w:t>Final analytical decision</w:t>
            </w:r>
          </w:p>
        </w:tc>
      </w:tr>
      <w:tr w:rsidR="00297C2F" w14:paraId="1450BBC3" w14:textId="77777777">
        <w:trPr>
          <w:cantSplit/>
          <w:jc w:val="center"/>
        </w:trPr>
        <w:tc>
          <w:tcPr>
            <w:tcW w:w="32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6C1EC10" w14:textId="77777777" w:rsidR="00297C2F" w:rsidRDefault="00000000">
            <w:pPr>
              <w:spacing w:after="0" w:line="240" w:lineRule="auto"/>
            </w:pPr>
            <w:r>
              <w:rPr>
                <w:sz w:val="15"/>
              </w:rPr>
              <w:t>Valid range</w:t>
            </w:r>
          </w:p>
        </w:tc>
        <w:tc>
          <w:tcPr>
            <w:tcW w:w="110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88A14E6" w14:textId="77777777" w:rsidR="00297C2F" w:rsidRDefault="00000000">
            <w:pPr>
              <w:spacing w:after="0" w:line="240" w:lineRule="auto"/>
            </w:pPr>
            <w:r>
              <w:rPr>
                <w:sz w:val="15"/>
              </w:rPr>
              <w:t>Apply min max normalization only when R equals xmax minus xmin is greater than zero.</w:t>
            </w:r>
          </w:p>
        </w:tc>
      </w:tr>
      <w:tr w:rsidR="00297C2F" w14:paraId="27567677" w14:textId="77777777">
        <w:trPr>
          <w:cantSplit/>
          <w:jc w:val="center"/>
        </w:trPr>
        <w:tc>
          <w:tcPr>
            <w:tcW w:w="32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83FD325" w14:textId="77777777" w:rsidR="00297C2F" w:rsidRDefault="00000000">
            <w:pPr>
              <w:spacing w:after="0" w:line="240" w:lineRule="auto"/>
            </w:pPr>
            <w:r>
              <w:rPr>
                <w:sz w:val="15"/>
              </w:rPr>
              <w:t>Constant layer</w:t>
            </w:r>
          </w:p>
        </w:tc>
        <w:tc>
          <w:tcPr>
            <w:tcW w:w="110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943232" w14:textId="77777777" w:rsidR="00297C2F" w:rsidRDefault="00000000">
            <w:pPr>
              <w:spacing w:after="0" w:line="240" w:lineRule="auto"/>
            </w:pPr>
            <w:r>
              <w:rPr>
                <w:sz w:val="15"/>
              </w:rPr>
              <w:t>If R equals zero, the layer has no spatial discrimination. Exclude it from the relevant node and renormalize the remaining local weights to sum to one.</w:t>
            </w:r>
          </w:p>
        </w:tc>
      </w:tr>
      <w:tr w:rsidR="00297C2F" w14:paraId="67594E64" w14:textId="77777777">
        <w:trPr>
          <w:cantSplit/>
          <w:jc w:val="center"/>
        </w:trPr>
        <w:tc>
          <w:tcPr>
            <w:tcW w:w="32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B0B85F4" w14:textId="77777777" w:rsidR="00297C2F" w:rsidRDefault="00000000">
            <w:pPr>
              <w:spacing w:after="0" w:line="240" w:lineRule="auto"/>
            </w:pPr>
            <w:r>
              <w:rPr>
                <w:sz w:val="15"/>
              </w:rPr>
              <w:t>NoData</w:t>
            </w:r>
          </w:p>
        </w:tc>
        <w:tc>
          <w:tcPr>
            <w:tcW w:w="110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41EA97F" w14:textId="77777777" w:rsidR="00297C2F" w:rsidRDefault="00000000">
            <w:pPr>
              <w:spacing w:after="0" w:line="240" w:lineRule="auto"/>
            </w:pPr>
            <w:r>
              <w:rPr>
                <w:sz w:val="15"/>
              </w:rPr>
              <w:t>Preserve NoData during reclassification and apply a common analysis mask before weighted combination. Do not convert missing cells to score 1 or 0.</w:t>
            </w:r>
          </w:p>
        </w:tc>
      </w:tr>
      <w:tr w:rsidR="00297C2F" w14:paraId="18EFF28F" w14:textId="77777777">
        <w:trPr>
          <w:cantSplit/>
          <w:jc w:val="center"/>
        </w:trPr>
        <w:tc>
          <w:tcPr>
            <w:tcW w:w="32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82149B0" w14:textId="77777777" w:rsidR="00297C2F" w:rsidRDefault="00000000">
            <w:pPr>
              <w:spacing w:after="0" w:line="240" w:lineRule="auto"/>
            </w:pPr>
            <w:r>
              <w:rPr>
                <w:sz w:val="15"/>
              </w:rPr>
              <w:t>Direct criterion</w:t>
            </w:r>
          </w:p>
        </w:tc>
        <w:tc>
          <w:tcPr>
            <w:tcW w:w="110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014CC56" w14:textId="77777777" w:rsidR="00297C2F" w:rsidRDefault="00000000">
            <w:pPr>
              <w:spacing w:after="0" w:line="240" w:lineRule="auto"/>
            </w:pPr>
            <w:r>
              <w:rPr>
                <w:sz w:val="15"/>
              </w:rPr>
              <w:t>Use z equals x minus xmin divided by R, clip z to 0 through 1, then apply the eight equal normalized intervals.</w:t>
            </w:r>
          </w:p>
        </w:tc>
      </w:tr>
      <w:tr w:rsidR="00297C2F" w14:paraId="7E1E65F3" w14:textId="77777777">
        <w:trPr>
          <w:cantSplit/>
          <w:jc w:val="center"/>
        </w:trPr>
        <w:tc>
          <w:tcPr>
            <w:tcW w:w="32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8392054" w14:textId="77777777" w:rsidR="00297C2F" w:rsidRDefault="00000000">
            <w:pPr>
              <w:spacing w:after="0" w:line="240" w:lineRule="auto"/>
            </w:pPr>
            <w:r>
              <w:rPr>
                <w:sz w:val="15"/>
              </w:rPr>
              <w:t>Inverse criterion</w:t>
            </w:r>
          </w:p>
        </w:tc>
        <w:tc>
          <w:tcPr>
            <w:tcW w:w="110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29A2230" w14:textId="77777777" w:rsidR="00297C2F" w:rsidRDefault="00000000">
            <w:pPr>
              <w:spacing w:after="0" w:line="240" w:lineRule="auto"/>
            </w:pPr>
            <w:r>
              <w:rPr>
                <w:sz w:val="15"/>
              </w:rPr>
              <w:t>Use z equals xmax minus x divided by R, clip z to 0 through 1, then apply the same eight intervals.</w:t>
            </w:r>
          </w:p>
        </w:tc>
      </w:tr>
      <w:tr w:rsidR="00297C2F" w14:paraId="771B5FC1" w14:textId="77777777">
        <w:trPr>
          <w:cantSplit/>
          <w:jc w:val="center"/>
        </w:trPr>
        <w:tc>
          <w:tcPr>
            <w:tcW w:w="32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3A054C" w14:textId="77777777" w:rsidR="00297C2F" w:rsidRDefault="00000000">
            <w:pPr>
              <w:spacing w:after="0" w:line="240" w:lineRule="auto"/>
            </w:pPr>
            <w:r>
              <w:rPr>
                <w:sz w:val="15"/>
              </w:rPr>
              <w:t>Upper endpoint</w:t>
            </w:r>
          </w:p>
        </w:tc>
        <w:tc>
          <w:tcPr>
            <w:tcW w:w="110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FEA35B7" w14:textId="77777777" w:rsidR="00297C2F" w:rsidRDefault="00000000">
            <w:pPr>
              <w:spacing w:after="0" w:line="240" w:lineRule="auto"/>
            </w:pPr>
            <w:r>
              <w:rPr>
                <w:sz w:val="15"/>
              </w:rPr>
              <w:t>Assign z equals 1 exactly to score 8; all other intervals are left closed and right open.</w:t>
            </w:r>
          </w:p>
        </w:tc>
      </w:tr>
      <w:tr w:rsidR="00297C2F" w14:paraId="3EA544F5" w14:textId="77777777">
        <w:trPr>
          <w:cantSplit/>
          <w:jc w:val="center"/>
        </w:trPr>
        <w:tc>
          <w:tcPr>
            <w:tcW w:w="321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0356ABE" w14:textId="77777777" w:rsidR="00297C2F" w:rsidRDefault="00000000">
            <w:pPr>
              <w:spacing w:after="0" w:line="240" w:lineRule="auto"/>
            </w:pPr>
            <w:r>
              <w:rPr>
                <w:sz w:val="15"/>
              </w:rPr>
              <w:t>Weight preservation</w:t>
            </w:r>
          </w:p>
        </w:tc>
        <w:tc>
          <w:tcPr>
            <w:tcW w:w="11037"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C4CF023" w14:textId="77777777" w:rsidR="00297C2F" w:rsidRDefault="00000000">
            <w:pPr>
              <w:spacing w:after="0" w:line="240" w:lineRule="auto"/>
            </w:pPr>
            <w:r>
              <w:rPr>
                <w:sz w:val="15"/>
              </w:rPr>
              <w:t>When a criterion is excluded under a prespecified rule, renormalize within its immediate AHP node before calculating global weights.</w:t>
            </w:r>
          </w:p>
        </w:tc>
      </w:tr>
    </w:tbl>
    <w:p w14:paraId="65534777" w14:textId="77777777" w:rsidR="00297C2F" w:rsidRDefault="00297C2F">
      <w:pPr>
        <w:spacing w:after="60" w:line="240" w:lineRule="auto"/>
      </w:pPr>
    </w:p>
    <w:p w14:paraId="46E97F9D" w14:textId="77777777" w:rsidR="00297C2F" w:rsidRDefault="00000000">
      <w:pPr>
        <w:spacing w:after="60" w:line="240" w:lineRule="auto"/>
      </w:pPr>
      <w:r>
        <w:rPr>
          <w:sz w:val="19"/>
        </w:rPr>
        <w:br w:type="page"/>
      </w:r>
    </w:p>
    <w:p w14:paraId="06D18CA5" w14:textId="77777777" w:rsidR="00297C2F" w:rsidRDefault="00000000">
      <w:pPr>
        <w:pStyle w:val="Heading1"/>
        <w:spacing w:before="160" w:after="60" w:line="240" w:lineRule="auto"/>
      </w:pPr>
      <w:r>
        <w:rPr>
          <w:rFonts w:ascii="Arial" w:hAnsi="Arial"/>
          <w:sz w:val="23"/>
        </w:rPr>
        <w:lastRenderedPageBreak/>
        <w:t>Monte Carlo sensitivity analysis for the equal domain scenario</w:t>
      </w:r>
    </w:p>
    <w:p w14:paraId="300D4AEB" w14:textId="77777777" w:rsidR="00297C2F" w:rsidRDefault="00297C2F"/>
    <w:p w14:paraId="08FFDCF6" w14:textId="77777777" w:rsidR="00297C2F" w:rsidRDefault="00000000">
      <w:pPr>
        <w:spacing w:line="240" w:lineRule="auto"/>
      </w:pPr>
      <w:r>
        <w:rPr>
          <w:b/>
        </w:rPr>
        <w:t xml:space="preserve">Scope of sensitivity analysis. </w:t>
      </w:r>
      <w:r>
        <w:t>The analysis below evaluates stability of the specified criterion weights and their ranks under the stated perturbation protocol. It does not quantify uncertainty in the spatial input layers, compare alternative normalization methods, measure map-to-map spatial agreement, or validate the model against independent cancer outcomes.</w:t>
      </w:r>
    </w:p>
    <w:p w14:paraId="5ACC76B3" w14:textId="77777777" w:rsidR="00297C2F" w:rsidRDefault="00000000">
      <w:pPr>
        <w:spacing w:after="60" w:line="240" w:lineRule="auto"/>
      </w:pPr>
      <w:r>
        <w:rPr>
          <w:sz w:val="19"/>
        </w:rPr>
        <w:t>A reproducible weight sensitivity analysis used the equal domain baseline of 25 percent per top level domain, 1,000 iterations, and random seed 20260919. In every iteration, each local and top level weight was multiplied independently by a Uniform 0.85 to 1.15 factor. Weights were then renormalized to sum to one within each AHP node and across the four top level domains before global criterion weights were recomputed. Random values were generated with NumPy default_rng using the PCG64 bit generator.</w:t>
      </w:r>
    </w:p>
    <w:p w14:paraId="70F286BE" w14:textId="77777777" w:rsidR="00297C2F" w:rsidRDefault="00000000">
      <w:pPr>
        <w:keepNext/>
        <w:spacing w:before="60" w:after="60" w:line="240" w:lineRule="auto"/>
      </w:pPr>
      <w:r>
        <w:rPr>
          <w:b/>
        </w:rPr>
        <w:t>Monte Carlo summary for the four domain weights</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09"/>
        <w:gridCol w:w="3485"/>
        <w:gridCol w:w="2138"/>
        <w:gridCol w:w="1980"/>
        <w:gridCol w:w="1584"/>
        <w:gridCol w:w="1980"/>
        <w:gridCol w:w="1980"/>
      </w:tblGrid>
      <w:tr w:rsidR="00297C2F" w14:paraId="040CCB52" w14:textId="77777777">
        <w:trPr>
          <w:cantSplit/>
          <w:tblHeader/>
          <w:jc w:val="center"/>
        </w:trPr>
        <w:tc>
          <w:tcPr>
            <w:tcW w:w="110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3281F6F" w14:textId="77777777" w:rsidR="00297C2F" w:rsidRDefault="00000000">
            <w:pPr>
              <w:spacing w:after="0" w:line="240" w:lineRule="auto"/>
              <w:jc w:val="center"/>
            </w:pPr>
            <w:r>
              <w:rPr>
                <w:b/>
                <w:sz w:val="15"/>
              </w:rPr>
              <w:t>Code</w:t>
            </w:r>
          </w:p>
        </w:tc>
        <w:tc>
          <w:tcPr>
            <w:tcW w:w="348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54ABB44" w14:textId="77777777" w:rsidR="00297C2F" w:rsidRDefault="00000000">
            <w:pPr>
              <w:spacing w:after="0" w:line="240" w:lineRule="auto"/>
              <w:jc w:val="center"/>
            </w:pPr>
            <w:r>
              <w:rPr>
                <w:b/>
                <w:sz w:val="15"/>
              </w:rPr>
              <w:t>Domain</w:t>
            </w:r>
          </w:p>
        </w:tc>
        <w:tc>
          <w:tcPr>
            <w:tcW w:w="2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EFF06A8" w14:textId="77777777" w:rsidR="00297C2F" w:rsidRDefault="00000000">
            <w:pPr>
              <w:spacing w:after="0" w:line="240" w:lineRule="auto"/>
              <w:jc w:val="center"/>
            </w:pPr>
            <w:r>
              <w:rPr>
                <w:b/>
                <w:sz w:val="15"/>
              </w:rPr>
              <w:t>Baseline percent</w:t>
            </w:r>
          </w:p>
        </w:tc>
        <w:tc>
          <w:tcPr>
            <w:tcW w:w="198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8AF248A" w14:textId="77777777" w:rsidR="00297C2F" w:rsidRDefault="00000000">
            <w:pPr>
              <w:spacing w:after="0" w:line="240" w:lineRule="auto"/>
              <w:jc w:val="center"/>
            </w:pPr>
            <w:r>
              <w:rPr>
                <w:b/>
                <w:sz w:val="15"/>
              </w:rPr>
              <w:t>Mean percent</w:t>
            </w:r>
          </w:p>
        </w:tc>
        <w:tc>
          <w:tcPr>
            <w:tcW w:w="15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2197CE0" w14:textId="77777777" w:rsidR="00297C2F" w:rsidRDefault="00000000">
            <w:pPr>
              <w:spacing w:after="0" w:line="240" w:lineRule="auto"/>
              <w:jc w:val="center"/>
            </w:pPr>
            <w:r>
              <w:rPr>
                <w:b/>
                <w:sz w:val="15"/>
              </w:rPr>
              <w:t>SD</w:t>
            </w:r>
          </w:p>
        </w:tc>
        <w:tc>
          <w:tcPr>
            <w:tcW w:w="198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D886CC" w14:textId="77777777" w:rsidR="00297C2F" w:rsidRDefault="00000000">
            <w:pPr>
              <w:spacing w:after="0" w:line="240" w:lineRule="auto"/>
              <w:jc w:val="center"/>
            </w:pPr>
            <w:r>
              <w:rPr>
                <w:b/>
                <w:sz w:val="15"/>
              </w:rPr>
              <w:t>2.5 percentile</w:t>
            </w:r>
          </w:p>
        </w:tc>
        <w:tc>
          <w:tcPr>
            <w:tcW w:w="198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BB82FC1" w14:textId="77777777" w:rsidR="00297C2F" w:rsidRDefault="00000000">
            <w:pPr>
              <w:spacing w:after="0" w:line="240" w:lineRule="auto"/>
              <w:jc w:val="center"/>
            </w:pPr>
            <w:r>
              <w:rPr>
                <w:b/>
                <w:sz w:val="15"/>
              </w:rPr>
              <w:t>97.5 percentile</w:t>
            </w:r>
          </w:p>
        </w:tc>
      </w:tr>
      <w:tr w:rsidR="00297C2F" w14:paraId="405BF994" w14:textId="77777777">
        <w:trPr>
          <w:cantSplit/>
          <w:jc w:val="center"/>
        </w:trPr>
        <w:tc>
          <w:tcPr>
            <w:tcW w:w="110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9E0B1D9" w14:textId="77777777" w:rsidR="00297C2F" w:rsidRDefault="00000000">
            <w:pPr>
              <w:spacing w:after="0" w:line="240" w:lineRule="auto"/>
              <w:jc w:val="center"/>
            </w:pPr>
            <w:r>
              <w:rPr>
                <w:sz w:val="15"/>
              </w:rPr>
              <w:t>SOC</w:t>
            </w:r>
          </w:p>
        </w:tc>
        <w:tc>
          <w:tcPr>
            <w:tcW w:w="348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13C05A" w14:textId="77777777" w:rsidR="00297C2F" w:rsidRDefault="00000000">
            <w:pPr>
              <w:spacing w:after="0" w:line="240" w:lineRule="auto"/>
            </w:pPr>
            <w:r>
              <w:rPr>
                <w:sz w:val="15"/>
              </w:rPr>
              <w:t>Socioeconomic</w:t>
            </w:r>
          </w:p>
        </w:tc>
        <w:tc>
          <w:tcPr>
            <w:tcW w:w="2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C71389" w14:textId="77777777" w:rsidR="00297C2F" w:rsidRDefault="00000000">
            <w:pPr>
              <w:spacing w:after="0" w:line="240" w:lineRule="auto"/>
              <w:jc w:val="center"/>
            </w:pPr>
            <w:r>
              <w:rPr>
                <w:sz w:val="15"/>
              </w:rPr>
              <w:t>25.000</w:t>
            </w:r>
          </w:p>
        </w:tc>
        <w:tc>
          <w:tcPr>
            <w:tcW w:w="198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455C9D" w14:textId="77777777" w:rsidR="00297C2F" w:rsidRDefault="00000000">
            <w:pPr>
              <w:spacing w:after="0" w:line="240" w:lineRule="auto"/>
              <w:jc w:val="center"/>
            </w:pPr>
            <w:r>
              <w:rPr>
                <w:sz w:val="15"/>
              </w:rPr>
              <w:t>24.934</w:t>
            </w:r>
          </w:p>
        </w:tc>
        <w:tc>
          <w:tcPr>
            <w:tcW w:w="15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BFED7D0" w14:textId="77777777" w:rsidR="00297C2F" w:rsidRDefault="00000000">
            <w:pPr>
              <w:spacing w:after="0" w:line="240" w:lineRule="auto"/>
              <w:jc w:val="center"/>
            </w:pPr>
            <w:r>
              <w:rPr>
                <w:sz w:val="15"/>
              </w:rPr>
              <w:t>1.868</w:t>
            </w:r>
          </w:p>
        </w:tc>
        <w:tc>
          <w:tcPr>
            <w:tcW w:w="198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AA2C2B" w14:textId="77777777" w:rsidR="00297C2F" w:rsidRDefault="00000000">
            <w:pPr>
              <w:spacing w:after="0" w:line="240" w:lineRule="auto"/>
              <w:jc w:val="center"/>
            </w:pPr>
            <w:r>
              <w:rPr>
                <w:sz w:val="15"/>
              </w:rPr>
              <w:t>21.474</w:t>
            </w:r>
          </w:p>
        </w:tc>
        <w:tc>
          <w:tcPr>
            <w:tcW w:w="198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D6D2CC9" w14:textId="77777777" w:rsidR="00297C2F" w:rsidRDefault="00000000">
            <w:pPr>
              <w:spacing w:after="0" w:line="240" w:lineRule="auto"/>
              <w:jc w:val="center"/>
            </w:pPr>
            <w:r>
              <w:rPr>
                <w:sz w:val="15"/>
              </w:rPr>
              <w:t>28.416</w:t>
            </w:r>
          </w:p>
        </w:tc>
      </w:tr>
      <w:tr w:rsidR="00297C2F" w14:paraId="301859F0" w14:textId="77777777">
        <w:trPr>
          <w:cantSplit/>
          <w:jc w:val="center"/>
        </w:trPr>
        <w:tc>
          <w:tcPr>
            <w:tcW w:w="110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3828573" w14:textId="77777777" w:rsidR="00297C2F" w:rsidRDefault="00000000">
            <w:pPr>
              <w:spacing w:after="0" w:line="240" w:lineRule="auto"/>
              <w:jc w:val="center"/>
            </w:pPr>
            <w:r>
              <w:rPr>
                <w:sz w:val="15"/>
              </w:rPr>
              <w:t>RES</w:t>
            </w:r>
          </w:p>
        </w:tc>
        <w:tc>
          <w:tcPr>
            <w:tcW w:w="348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14648B8" w14:textId="77777777" w:rsidR="00297C2F" w:rsidRDefault="00000000">
            <w:pPr>
              <w:spacing w:after="0" w:line="240" w:lineRule="auto"/>
            </w:pPr>
            <w:r>
              <w:rPr>
                <w:sz w:val="15"/>
              </w:rPr>
              <w:t>Residential</w:t>
            </w:r>
          </w:p>
        </w:tc>
        <w:tc>
          <w:tcPr>
            <w:tcW w:w="2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060A0AB" w14:textId="77777777" w:rsidR="00297C2F" w:rsidRDefault="00000000">
            <w:pPr>
              <w:spacing w:after="0" w:line="240" w:lineRule="auto"/>
              <w:jc w:val="center"/>
            </w:pPr>
            <w:r>
              <w:rPr>
                <w:sz w:val="15"/>
              </w:rPr>
              <w:t>25.000</w:t>
            </w:r>
          </w:p>
        </w:tc>
        <w:tc>
          <w:tcPr>
            <w:tcW w:w="198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600BA8D" w14:textId="77777777" w:rsidR="00297C2F" w:rsidRDefault="00000000">
            <w:pPr>
              <w:spacing w:after="0" w:line="240" w:lineRule="auto"/>
              <w:jc w:val="center"/>
            </w:pPr>
            <w:r>
              <w:rPr>
                <w:sz w:val="15"/>
              </w:rPr>
              <w:t>25.028</w:t>
            </w:r>
          </w:p>
        </w:tc>
        <w:tc>
          <w:tcPr>
            <w:tcW w:w="15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501ABC9" w14:textId="77777777" w:rsidR="00297C2F" w:rsidRDefault="00000000">
            <w:pPr>
              <w:spacing w:after="0" w:line="240" w:lineRule="auto"/>
              <w:jc w:val="center"/>
            </w:pPr>
            <w:r>
              <w:rPr>
                <w:sz w:val="15"/>
              </w:rPr>
              <w:t>1.847</w:t>
            </w:r>
          </w:p>
        </w:tc>
        <w:tc>
          <w:tcPr>
            <w:tcW w:w="198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C27FB88" w14:textId="77777777" w:rsidR="00297C2F" w:rsidRDefault="00000000">
            <w:pPr>
              <w:spacing w:after="0" w:line="240" w:lineRule="auto"/>
              <w:jc w:val="center"/>
            </w:pPr>
            <w:r>
              <w:rPr>
                <w:sz w:val="15"/>
              </w:rPr>
              <w:t>21.773</w:t>
            </w:r>
          </w:p>
        </w:tc>
        <w:tc>
          <w:tcPr>
            <w:tcW w:w="198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E9957B" w14:textId="77777777" w:rsidR="00297C2F" w:rsidRDefault="00000000">
            <w:pPr>
              <w:spacing w:after="0" w:line="240" w:lineRule="auto"/>
              <w:jc w:val="center"/>
            </w:pPr>
            <w:r>
              <w:rPr>
                <w:sz w:val="15"/>
              </w:rPr>
              <w:t>28.616</w:t>
            </w:r>
          </w:p>
        </w:tc>
      </w:tr>
      <w:tr w:rsidR="00297C2F" w14:paraId="67D5CBF3" w14:textId="77777777">
        <w:trPr>
          <w:cantSplit/>
          <w:jc w:val="center"/>
        </w:trPr>
        <w:tc>
          <w:tcPr>
            <w:tcW w:w="110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13F2641" w14:textId="77777777" w:rsidR="00297C2F" w:rsidRDefault="00000000">
            <w:pPr>
              <w:spacing w:after="0" w:line="240" w:lineRule="auto"/>
              <w:jc w:val="center"/>
            </w:pPr>
            <w:r>
              <w:rPr>
                <w:sz w:val="15"/>
              </w:rPr>
              <w:t>ENV</w:t>
            </w:r>
          </w:p>
        </w:tc>
        <w:tc>
          <w:tcPr>
            <w:tcW w:w="348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EAB4BD3" w14:textId="77777777" w:rsidR="00297C2F" w:rsidRDefault="00000000">
            <w:pPr>
              <w:spacing w:after="0" w:line="240" w:lineRule="auto"/>
            </w:pPr>
            <w:r>
              <w:rPr>
                <w:sz w:val="15"/>
              </w:rPr>
              <w:t>Environmental</w:t>
            </w:r>
          </w:p>
        </w:tc>
        <w:tc>
          <w:tcPr>
            <w:tcW w:w="2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C88D10A" w14:textId="77777777" w:rsidR="00297C2F" w:rsidRDefault="00000000">
            <w:pPr>
              <w:spacing w:after="0" w:line="240" w:lineRule="auto"/>
              <w:jc w:val="center"/>
            </w:pPr>
            <w:r>
              <w:rPr>
                <w:sz w:val="15"/>
              </w:rPr>
              <w:t>25.000</w:t>
            </w:r>
          </w:p>
        </w:tc>
        <w:tc>
          <w:tcPr>
            <w:tcW w:w="198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7C86258" w14:textId="77777777" w:rsidR="00297C2F" w:rsidRDefault="00000000">
            <w:pPr>
              <w:spacing w:after="0" w:line="240" w:lineRule="auto"/>
              <w:jc w:val="center"/>
            </w:pPr>
            <w:r>
              <w:rPr>
                <w:sz w:val="15"/>
              </w:rPr>
              <w:t>25.015</w:t>
            </w:r>
          </w:p>
        </w:tc>
        <w:tc>
          <w:tcPr>
            <w:tcW w:w="15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D71B198" w14:textId="77777777" w:rsidR="00297C2F" w:rsidRDefault="00000000">
            <w:pPr>
              <w:spacing w:after="0" w:line="240" w:lineRule="auto"/>
              <w:jc w:val="center"/>
            </w:pPr>
            <w:r>
              <w:rPr>
                <w:sz w:val="15"/>
              </w:rPr>
              <w:t>1.899</w:t>
            </w:r>
          </w:p>
        </w:tc>
        <w:tc>
          <w:tcPr>
            <w:tcW w:w="198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DB6F613" w14:textId="77777777" w:rsidR="00297C2F" w:rsidRDefault="00000000">
            <w:pPr>
              <w:spacing w:after="0" w:line="240" w:lineRule="auto"/>
              <w:jc w:val="center"/>
            </w:pPr>
            <w:r>
              <w:rPr>
                <w:sz w:val="15"/>
              </w:rPr>
              <w:t>21.628</w:t>
            </w:r>
          </w:p>
        </w:tc>
        <w:tc>
          <w:tcPr>
            <w:tcW w:w="198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F0B1948" w14:textId="77777777" w:rsidR="00297C2F" w:rsidRDefault="00000000">
            <w:pPr>
              <w:spacing w:after="0" w:line="240" w:lineRule="auto"/>
              <w:jc w:val="center"/>
            </w:pPr>
            <w:r>
              <w:rPr>
                <w:sz w:val="15"/>
              </w:rPr>
              <w:t>28.582</w:t>
            </w:r>
          </w:p>
        </w:tc>
      </w:tr>
      <w:tr w:rsidR="00297C2F" w14:paraId="434AA968" w14:textId="77777777">
        <w:trPr>
          <w:cantSplit/>
          <w:jc w:val="center"/>
        </w:trPr>
        <w:tc>
          <w:tcPr>
            <w:tcW w:w="110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FFE1F98" w14:textId="77777777" w:rsidR="00297C2F" w:rsidRDefault="00000000">
            <w:pPr>
              <w:spacing w:after="0" w:line="240" w:lineRule="auto"/>
              <w:jc w:val="center"/>
            </w:pPr>
            <w:r>
              <w:rPr>
                <w:sz w:val="15"/>
              </w:rPr>
              <w:t>PHY</w:t>
            </w:r>
          </w:p>
        </w:tc>
        <w:tc>
          <w:tcPr>
            <w:tcW w:w="348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30EB66E" w14:textId="77777777" w:rsidR="00297C2F" w:rsidRDefault="00000000">
            <w:pPr>
              <w:spacing w:after="0" w:line="240" w:lineRule="auto"/>
            </w:pPr>
            <w:r>
              <w:rPr>
                <w:sz w:val="15"/>
              </w:rPr>
              <w:t>Physical</w:t>
            </w:r>
          </w:p>
        </w:tc>
        <w:tc>
          <w:tcPr>
            <w:tcW w:w="213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67953E2" w14:textId="77777777" w:rsidR="00297C2F" w:rsidRDefault="00000000">
            <w:pPr>
              <w:spacing w:after="0" w:line="240" w:lineRule="auto"/>
              <w:jc w:val="center"/>
            </w:pPr>
            <w:r>
              <w:rPr>
                <w:sz w:val="15"/>
              </w:rPr>
              <w:t>25.000</w:t>
            </w:r>
          </w:p>
        </w:tc>
        <w:tc>
          <w:tcPr>
            <w:tcW w:w="198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93C83C" w14:textId="77777777" w:rsidR="00297C2F" w:rsidRDefault="00000000">
            <w:pPr>
              <w:spacing w:after="0" w:line="240" w:lineRule="auto"/>
              <w:jc w:val="center"/>
            </w:pPr>
            <w:r>
              <w:rPr>
                <w:sz w:val="15"/>
              </w:rPr>
              <w:t>25.023</w:t>
            </w:r>
          </w:p>
        </w:tc>
        <w:tc>
          <w:tcPr>
            <w:tcW w:w="15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759C68" w14:textId="77777777" w:rsidR="00297C2F" w:rsidRDefault="00000000">
            <w:pPr>
              <w:spacing w:after="0" w:line="240" w:lineRule="auto"/>
              <w:jc w:val="center"/>
            </w:pPr>
            <w:r>
              <w:rPr>
                <w:sz w:val="15"/>
              </w:rPr>
              <w:t>1.894</w:t>
            </w:r>
          </w:p>
        </w:tc>
        <w:tc>
          <w:tcPr>
            <w:tcW w:w="198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9FE304C" w14:textId="77777777" w:rsidR="00297C2F" w:rsidRDefault="00000000">
            <w:pPr>
              <w:spacing w:after="0" w:line="240" w:lineRule="auto"/>
              <w:jc w:val="center"/>
            </w:pPr>
            <w:r>
              <w:rPr>
                <w:sz w:val="15"/>
              </w:rPr>
              <w:t>21.739</w:t>
            </w:r>
          </w:p>
        </w:tc>
        <w:tc>
          <w:tcPr>
            <w:tcW w:w="198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78FD0D0" w14:textId="77777777" w:rsidR="00297C2F" w:rsidRDefault="00000000">
            <w:pPr>
              <w:spacing w:after="0" w:line="240" w:lineRule="auto"/>
              <w:jc w:val="center"/>
            </w:pPr>
            <w:r>
              <w:rPr>
                <w:sz w:val="15"/>
              </w:rPr>
              <w:t>28.503</w:t>
            </w:r>
          </w:p>
        </w:tc>
      </w:tr>
    </w:tbl>
    <w:p w14:paraId="2251DF90" w14:textId="77777777" w:rsidR="00297C2F" w:rsidRDefault="00297C2F">
      <w:pPr>
        <w:spacing w:after="60" w:line="240" w:lineRule="auto"/>
      </w:pPr>
    </w:p>
    <w:p w14:paraId="39FA568D" w14:textId="77777777" w:rsidR="00297C2F" w:rsidRDefault="00000000">
      <w:pPr>
        <w:keepNext/>
        <w:spacing w:before="60" w:after="60" w:line="240" w:lineRule="auto"/>
      </w:pPr>
      <w:r>
        <w:rPr>
          <w:b/>
        </w:rPr>
        <w:t>Rank stability under weight perturbation</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606"/>
        <w:gridCol w:w="2323"/>
        <w:gridCol w:w="2002"/>
        <w:gridCol w:w="2002"/>
        <w:gridCol w:w="2323"/>
      </w:tblGrid>
      <w:tr w:rsidR="00297C2F" w14:paraId="00B44E3A" w14:textId="77777777">
        <w:trPr>
          <w:cantSplit/>
          <w:tblHeader/>
          <w:jc w:val="center"/>
        </w:trPr>
        <w:tc>
          <w:tcPr>
            <w:tcW w:w="560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3D744C0" w14:textId="77777777" w:rsidR="00297C2F" w:rsidRDefault="00000000">
            <w:pPr>
              <w:spacing w:after="0" w:line="240" w:lineRule="auto"/>
              <w:jc w:val="center"/>
            </w:pPr>
            <w:r>
              <w:rPr>
                <w:b/>
                <w:sz w:val="15"/>
              </w:rPr>
              <w:t>Weight set</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755850" w14:textId="77777777" w:rsidR="00297C2F" w:rsidRDefault="00000000">
            <w:pPr>
              <w:spacing w:after="0" w:line="240" w:lineRule="auto"/>
              <w:jc w:val="center"/>
            </w:pPr>
            <w:r>
              <w:rPr>
                <w:b/>
                <w:sz w:val="15"/>
              </w:rPr>
              <w:t>Mean Spearman rho</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C9B162" w14:textId="77777777" w:rsidR="00297C2F" w:rsidRDefault="00000000">
            <w:pPr>
              <w:spacing w:after="0" w:line="240" w:lineRule="auto"/>
              <w:jc w:val="center"/>
            </w:pPr>
            <w:r>
              <w:rPr>
                <w:b/>
                <w:sz w:val="15"/>
              </w:rPr>
              <w:t>2.5 percentile</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8A6B88B" w14:textId="77777777" w:rsidR="00297C2F" w:rsidRDefault="00000000">
            <w:pPr>
              <w:spacing w:after="0" w:line="240" w:lineRule="auto"/>
              <w:jc w:val="center"/>
            </w:pPr>
            <w:r>
              <w:rPr>
                <w:b/>
                <w:sz w:val="15"/>
              </w:rPr>
              <w:t>97.5 percentile</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F029252" w14:textId="77777777" w:rsidR="00297C2F" w:rsidRDefault="00000000">
            <w:pPr>
              <w:spacing w:after="0" w:line="240" w:lineRule="auto"/>
              <w:jc w:val="center"/>
            </w:pPr>
            <w:r>
              <w:rPr>
                <w:b/>
                <w:sz w:val="15"/>
              </w:rPr>
              <w:t>Top retained percent</w:t>
            </w:r>
          </w:p>
        </w:tc>
      </w:tr>
      <w:tr w:rsidR="00297C2F" w14:paraId="2711861F" w14:textId="77777777">
        <w:trPr>
          <w:cantSplit/>
          <w:jc w:val="center"/>
        </w:trPr>
        <w:tc>
          <w:tcPr>
            <w:tcW w:w="560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029B2E8" w14:textId="77777777" w:rsidR="00297C2F" w:rsidRDefault="00000000">
            <w:pPr>
              <w:spacing w:after="0" w:line="240" w:lineRule="auto"/>
            </w:pPr>
            <w:r>
              <w:rPr>
                <w:sz w:val="15"/>
              </w:rPr>
              <w:t>Socioeconomic criteria</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AC12BB8" w14:textId="77777777" w:rsidR="00297C2F" w:rsidRDefault="00000000">
            <w:pPr>
              <w:spacing w:after="0" w:line="240" w:lineRule="auto"/>
              <w:jc w:val="center"/>
            </w:pPr>
            <w:r>
              <w:rPr>
                <w:sz w:val="15"/>
              </w:rPr>
              <w:t>0.9963</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FB73B73" w14:textId="77777777" w:rsidR="00297C2F" w:rsidRDefault="00000000">
            <w:pPr>
              <w:spacing w:after="0" w:line="240" w:lineRule="auto"/>
              <w:jc w:val="center"/>
            </w:pPr>
            <w:r>
              <w:rPr>
                <w:sz w:val="15"/>
              </w:rPr>
              <w:t>0.9643</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37087EB" w14:textId="77777777" w:rsidR="00297C2F" w:rsidRDefault="00000000">
            <w:pPr>
              <w:spacing w:after="0" w:line="240" w:lineRule="auto"/>
              <w:jc w:val="center"/>
            </w:pPr>
            <w:r>
              <w:rPr>
                <w:sz w:val="15"/>
              </w:rPr>
              <w:t>1.0000</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F1AED61" w14:textId="77777777" w:rsidR="00297C2F" w:rsidRDefault="00000000">
            <w:pPr>
              <w:spacing w:after="0" w:line="240" w:lineRule="auto"/>
              <w:jc w:val="center"/>
            </w:pPr>
            <w:r>
              <w:rPr>
                <w:sz w:val="15"/>
              </w:rPr>
              <w:t>95.7</w:t>
            </w:r>
          </w:p>
        </w:tc>
      </w:tr>
      <w:tr w:rsidR="00297C2F" w14:paraId="0498FAE6" w14:textId="77777777">
        <w:trPr>
          <w:cantSplit/>
          <w:jc w:val="center"/>
        </w:trPr>
        <w:tc>
          <w:tcPr>
            <w:tcW w:w="560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530B9B" w14:textId="77777777" w:rsidR="00297C2F" w:rsidRDefault="00000000">
            <w:pPr>
              <w:spacing w:after="0" w:line="240" w:lineRule="auto"/>
            </w:pPr>
            <w:r>
              <w:rPr>
                <w:sz w:val="15"/>
              </w:rPr>
              <w:t>Residential criteria</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AF129EE" w14:textId="77777777" w:rsidR="00297C2F" w:rsidRDefault="00000000">
            <w:pPr>
              <w:spacing w:after="0" w:line="240" w:lineRule="auto"/>
              <w:jc w:val="center"/>
            </w:pPr>
            <w:r>
              <w:rPr>
                <w:sz w:val="15"/>
              </w:rPr>
              <w:t>1.0000</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0E2432A" w14:textId="77777777" w:rsidR="00297C2F" w:rsidRDefault="00000000">
            <w:pPr>
              <w:spacing w:after="0" w:line="240" w:lineRule="auto"/>
              <w:jc w:val="center"/>
            </w:pPr>
            <w:r>
              <w:rPr>
                <w:sz w:val="15"/>
              </w:rPr>
              <w:t>1.0000</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376278" w14:textId="77777777" w:rsidR="00297C2F" w:rsidRDefault="00000000">
            <w:pPr>
              <w:spacing w:after="0" w:line="240" w:lineRule="auto"/>
              <w:jc w:val="center"/>
            </w:pPr>
            <w:r>
              <w:rPr>
                <w:sz w:val="15"/>
              </w:rPr>
              <w:t>1.0000</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EC988FC" w14:textId="77777777" w:rsidR="00297C2F" w:rsidRDefault="00000000">
            <w:pPr>
              <w:spacing w:after="0" w:line="240" w:lineRule="auto"/>
              <w:jc w:val="center"/>
            </w:pPr>
            <w:r>
              <w:rPr>
                <w:sz w:val="15"/>
              </w:rPr>
              <w:t>100.0</w:t>
            </w:r>
          </w:p>
        </w:tc>
      </w:tr>
      <w:tr w:rsidR="00297C2F" w14:paraId="57873991" w14:textId="77777777">
        <w:trPr>
          <w:cantSplit/>
          <w:jc w:val="center"/>
        </w:trPr>
        <w:tc>
          <w:tcPr>
            <w:tcW w:w="560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DE0ABD" w14:textId="77777777" w:rsidR="00297C2F" w:rsidRDefault="00000000">
            <w:pPr>
              <w:spacing w:after="0" w:line="240" w:lineRule="auto"/>
            </w:pPr>
            <w:r>
              <w:rPr>
                <w:sz w:val="15"/>
              </w:rPr>
              <w:t>Environmental subgroups</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04EF5EA" w14:textId="77777777" w:rsidR="00297C2F" w:rsidRDefault="00000000">
            <w:pPr>
              <w:spacing w:after="0" w:line="240" w:lineRule="auto"/>
              <w:jc w:val="center"/>
            </w:pPr>
            <w:r>
              <w:rPr>
                <w:sz w:val="15"/>
              </w:rPr>
              <w:t>1.0000</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03CD239" w14:textId="77777777" w:rsidR="00297C2F" w:rsidRDefault="00000000">
            <w:pPr>
              <w:spacing w:after="0" w:line="240" w:lineRule="auto"/>
              <w:jc w:val="center"/>
            </w:pPr>
            <w:r>
              <w:rPr>
                <w:sz w:val="15"/>
              </w:rPr>
              <w:t>1.0000</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859A1BB" w14:textId="77777777" w:rsidR="00297C2F" w:rsidRDefault="00000000">
            <w:pPr>
              <w:spacing w:after="0" w:line="240" w:lineRule="auto"/>
              <w:jc w:val="center"/>
            </w:pPr>
            <w:r>
              <w:rPr>
                <w:sz w:val="15"/>
              </w:rPr>
              <w:t>1.0000</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19E78A6" w14:textId="77777777" w:rsidR="00297C2F" w:rsidRDefault="00000000">
            <w:pPr>
              <w:spacing w:after="0" w:line="240" w:lineRule="auto"/>
              <w:jc w:val="center"/>
            </w:pPr>
            <w:r>
              <w:rPr>
                <w:sz w:val="15"/>
              </w:rPr>
              <w:t>100.0</w:t>
            </w:r>
          </w:p>
        </w:tc>
      </w:tr>
      <w:tr w:rsidR="00297C2F" w14:paraId="24B73B67" w14:textId="77777777">
        <w:trPr>
          <w:cantSplit/>
          <w:jc w:val="center"/>
        </w:trPr>
        <w:tc>
          <w:tcPr>
            <w:tcW w:w="560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9B85187" w14:textId="77777777" w:rsidR="00297C2F" w:rsidRDefault="00000000">
            <w:pPr>
              <w:spacing w:after="0" w:line="240" w:lineRule="auto"/>
            </w:pPr>
            <w:r>
              <w:rPr>
                <w:sz w:val="15"/>
              </w:rPr>
              <w:t>Traffic and industrial criteria</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F1CB0CA" w14:textId="77777777" w:rsidR="00297C2F" w:rsidRDefault="00000000">
            <w:pPr>
              <w:spacing w:after="0" w:line="240" w:lineRule="auto"/>
              <w:jc w:val="center"/>
            </w:pPr>
            <w:r>
              <w:rPr>
                <w:sz w:val="15"/>
              </w:rPr>
              <w:t>0.9879</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AB6FBE3" w14:textId="77777777" w:rsidR="00297C2F" w:rsidRDefault="00000000">
            <w:pPr>
              <w:spacing w:after="0" w:line="240" w:lineRule="auto"/>
              <w:jc w:val="center"/>
            </w:pPr>
            <w:r>
              <w:rPr>
                <w:sz w:val="15"/>
              </w:rPr>
              <w:t>0.9429</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8EA30BE" w14:textId="77777777" w:rsidR="00297C2F" w:rsidRDefault="00000000">
            <w:pPr>
              <w:spacing w:after="0" w:line="240" w:lineRule="auto"/>
              <w:jc w:val="center"/>
            </w:pPr>
            <w:r>
              <w:rPr>
                <w:sz w:val="15"/>
              </w:rPr>
              <w:t>1.0000</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B5CDDD7" w14:textId="77777777" w:rsidR="00297C2F" w:rsidRDefault="00000000">
            <w:pPr>
              <w:spacing w:after="0" w:line="240" w:lineRule="auto"/>
              <w:jc w:val="center"/>
            </w:pPr>
            <w:r>
              <w:rPr>
                <w:sz w:val="15"/>
              </w:rPr>
              <w:t>92.6</w:t>
            </w:r>
          </w:p>
        </w:tc>
      </w:tr>
      <w:tr w:rsidR="00297C2F" w14:paraId="6A3988DA" w14:textId="77777777">
        <w:trPr>
          <w:cantSplit/>
          <w:jc w:val="center"/>
        </w:trPr>
        <w:tc>
          <w:tcPr>
            <w:tcW w:w="560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6E9E09" w14:textId="77777777" w:rsidR="00297C2F" w:rsidRDefault="00000000">
            <w:pPr>
              <w:spacing w:after="0" w:line="240" w:lineRule="auto"/>
            </w:pPr>
            <w:r>
              <w:rPr>
                <w:sz w:val="15"/>
              </w:rPr>
              <w:t>Air pollution criteria</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2B17AEA" w14:textId="77777777" w:rsidR="00297C2F" w:rsidRDefault="00000000">
            <w:pPr>
              <w:spacing w:after="0" w:line="240" w:lineRule="auto"/>
              <w:jc w:val="center"/>
            </w:pPr>
            <w:r>
              <w:rPr>
                <w:sz w:val="15"/>
              </w:rPr>
              <w:t>0.9969</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DC52CF7" w14:textId="77777777" w:rsidR="00297C2F" w:rsidRDefault="00000000">
            <w:pPr>
              <w:spacing w:after="0" w:line="240" w:lineRule="auto"/>
              <w:jc w:val="center"/>
            </w:pPr>
            <w:r>
              <w:rPr>
                <w:sz w:val="15"/>
              </w:rPr>
              <w:t>0.9429</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5ABDED" w14:textId="77777777" w:rsidR="00297C2F" w:rsidRDefault="00000000">
            <w:pPr>
              <w:spacing w:after="0" w:line="240" w:lineRule="auto"/>
              <w:jc w:val="center"/>
            </w:pPr>
            <w:r>
              <w:rPr>
                <w:sz w:val="15"/>
              </w:rPr>
              <w:t>1.0000</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434D76F" w14:textId="77777777" w:rsidR="00297C2F" w:rsidRDefault="00000000">
            <w:pPr>
              <w:spacing w:after="0" w:line="240" w:lineRule="auto"/>
              <w:jc w:val="center"/>
            </w:pPr>
            <w:r>
              <w:rPr>
                <w:sz w:val="15"/>
              </w:rPr>
              <w:t>99.9</w:t>
            </w:r>
          </w:p>
        </w:tc>
      </w:tr>
      <w:tr w:rsidR="00297C2F" w14:paraId="4F4DBBF5" w14:textId="77777777">
        <w:trPr>
          <w:cantSplit/>
          <w:jc w:val="center"/>
        </w:trPr>
        <w:tc>
          <w:tcPr>
            <w:tcW w:w="560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43FF05" w14:textId="77777777" w:rsidR="00297C2F" w:rsidRDefault="00000000">
            <w:pPr>
              <w:spacing w:after="0" w:line="240" w:lineRule="auto"/>
            </w:pPr>
            <w:r>
              <w:rPr>
                <w:sz w:val="15"/>
              </w:rPr>
              <w:t>Land use and infrastructure criteria</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79B24E8" w14:textId="77777777" w:rsidR="00297C2F" w:rsidRDefault="00000000">
            <w:pPr>
              <w:spacing w:after="0" w:line="240" w:lineRule="auto"/>
              <w:jc w:val="center"/>
            </w:pPr>
            <w:r>
              <w:rPr>
                <w:sz w:val="15"/>
              </w:rPr>
              <w:t>0.9396</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5E393B3" w14:textId="77777777" w:rsidR="00297C2F" w:rsidRDefault="00000000">
            <w:pPr>
              <w:spacing w:after="0" w:line="240" w:lineRule="auto"/>
              <w:jc w:val="center"/>
            </w:pPr>
            <w:r>
              <w:rPr>
                <w:sz w:val="15"/>
              </w:rPr>
              <w:t>0.8000</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6A61570" w14:textId="77777777" w:rsidR="00297C2F" w:rsidRDefault="00000000">
            <w:pPr>
              <w:spacing w:after="0" w:line="240" w:lineRule="auto"/>
              <w:jc w:val="center"/>
            </w:pPr>
            <w:r>
              <w:rPr>
                <w:sz w:val="15"/>
              </w:rPr>
              <w:t>1.0000</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915A9A" w14:textId="77777777" w:rsidR="00297C2F" w:rsidRDefault="00000000">
            <w:pPr>
              <w:spacing w:after="0" w:line="240" w:lineRule="auto"/>
              <w:jc w:val="center"/>
            </w:pPr>
            <w:r>
              <w:rPr>
                <w:sz w:val="15"/>
              </w:rPr>
              <w:t>84.6</w:t>
            </w:r>
          </w:p>
        </w:tc>
      </w:tr>
      <w:tr w:rsidR="00297C2F" w14:paraId="756E7D26" w14:textId="77777777">
        <w:trPr>
          <w:cantSplit/>
          <w:jc w:val="center"/>
        </w:trPr>
        <w:tc>
          <w:tcPr>
            <w:tcW w:w="560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4308310" w14:textId="77777777" w:rsidR="00297C2F" w:rsidRDefault="00000000">
            <w:pPr>
              <w:spacing w:after="0" w:line="240" w:lineRule="auto"/>
            </w:pPr>
            <w:r>
              <w:rPr>
                <w:sz w:val="15"/>
              </w:rPr>
              <w:t>Physical criteria</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20ED95" w14:textId="77777777" w:rsidR="00297C2F" w:rsidRDefault="00000000">
            <w:pPr>
              <w:spacing w:after="0" w:line="240" w:lineRule="auto"/>
              <w:jc w:val="center"/>
            </w:pPr>
            <w:r>
              <w:rPr>
                <w:sz w:val="15"/>
              </w:rPr>
              <w:t>1.0000</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E472ED6" w14:textId="77777777" w:rsidR="00297C2F" w:rsidRDefault="00000000">
            <w:pPr>
              <w:spacing w:after="0" w:line="240" w:lineRule="auto"/>
              <w:jc w:val="center"/>
            </w:pPr>
            <w:r>
              <w:rPr>
                <w:sz w:val="15"/>
              </w:rPr>
              <w:t>1.0000</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DCD369" w14:textId="77777777" w:rsidR="00297C2F" w:rsidRDefault="00000000">
            <w:pPr>
              <w:spacing w:after="0" w:line="240" w:lineRule="auto"/>
              <w:jc w:val="center"/>
            </w:pPr>
            <w:r>
              <w:rPr>
                <w:sz w:val="15"/>
              </w:rPr>
              <w:t>1.0000</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1A72CCD" w14:textId="77777777" w:rsidR="00297C2F" w:rsidRDefault="00000000">
            <w:pPr>
              <w:spacing w:after="0" w:line="240" w:lineRule="auto"/>
              <w:jc w:val="center"/>
            </w:pPr>
            <w:r>
              <w:rPr>
                <w:sz w:val="15"/>
              </w:rPr>
              <w:t>100.0</w:t>
            </w:r>
          </w:p>
        </w:tc>
      </w:tr>
      <w:tr w:rsidR="00297C2F" w14:paraId="13E0E236" w14:textId="77777777">
        <w:trPr>
          <w:cantSplit/>
          <w:jc w:val="center"/>
        </w:trPr>
        <w:tc>
          <w:tcPr>
            <w:tcW w:w="560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C4225A" w14:textId="77777777" w:rsidR="00297C2F" w:rsidRDefault="00000000">
            <w:pPr>
              <w:spacing w:after="0" w:line="240" w:lineRule="auto"/>
            </w:pPr>
            <w:r>
              <w:rPr>
                <w:sz w:val="15"/>
              </w:rPr>
              <w:t>Environmental global weights</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66A0CD" w14:textId="77777777" w:rsidR="00297C2F" w:rsidRDefault="00000000">
            <w:pPr>
              <w:spacing w:after="0" w:line="240" w:lineRule="auto"/>
              <w:jc w:val="center"/>
            </w:pPr>
            <w:r>
              <w:rPr>
                <w:sz w:val="15"/>
              </w:rPr>
              <w:t>0.9809</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933A49A" w14:textId="77777777" w:rsidR="00297C2F" w:rsidRDefault="00000000">
            <w:pPr>
              <w:spacing w:after="0" w:line="240" w:lineRule="auto"/>
              <w:jc w:val="center"/>
            </w:pPr>
            <w:r>
              <w:rPr>
                <w:sz w:val="15"/>
              </w:rPr>
              <w:t>0.9559</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D3E7066" w14:textId="77777777" w:rsidR="00297C2F" w:rsidRDefault="00000000">
            <w:pPr>
              <w:spacing w:after="0" w:line="240" w:lineRule="auto"/>
              <w:jc w:val="center"/>
            </w:pPr>
            <w:r>
              <w:rPr>
                <w:sz w:val="15"/>
              </w:rPr>
              <w:t>0.9951</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F6AEBB3" w14:textId="77777777" w:rsidR="00297C2F" w:rsidRDefault="00000000">
            <w:pPr>
              <w:spacing w:after="0" w:line="240" w:lineRule="auto"/>
              <w:jc w:val="center"/>
            </w:pPr>
            <w:r>
              <w:rPr>
                <w:sz w:val="15"/>
              </w:rPr>
              <w:t>99.9</w:t>
            </w:r>
          </w:p>
        </w:tc>
      </w:tr>
      <w:tr w:rsidR="00297C2F" w14:paraId="37B63B0C" w14:textId="77777777">
        <w:trPr>
          <w:cantSplit/>
          <w:jc w:val="center"/>
        </w:trPr>
        <w:tc>
          <w:tcPr>
            <w:tcW w:w="560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552DD3A" w14:textId="77777777" w:rsidR="00297C2F" w:rsidRDefault="00000000">
            <w:pPr>
              <w:spacing w:after="0" w:line="240" w:lineRule="auto"/>
            </w:pPr>
            <w:r>
              <w:rPr>
                <w:sz w:val="15"/>
              </w:rPr>
              <w:t>Overall equal scenario</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6FDC8F8" w14:textId="77777777" w:rsidR="00297C2F" w:rsidRDefault="00000000">
            <w:pPr>
              <w:spacing w:after="0" w:line="240" w:lineRule="auto"/>
              <w:jc w:val="center"/>
            </w:pPr>
            <w:r>
              <w:rPr>
                <w:sz w:val="15"/>
              </w:rPr>
              <w:t>0.9912</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113B633" w14:textId="77777777" w:rsidR="00297C2F" w:rsidRDefault="00000000">
            <w:pPr>
              <w:spacing w:after="0" w:line="240" w:lineRule="auto"/>
              <w:jc w:val="center"/>
            </w:pPr>
            <w:r>
              <w:rPr>
                <w:sz w:val="15"/>
              </w:rPr>
              <w:t>0.9828</w:t>
            </w:r>
          </w:p>
        </w:tc>
        <w:tc>
          <w:tcPr>
            <w:tcW w:w="200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418FC7" w14:textId="77777777" w:rsidR="00297C2F" w:rsidRDefault="00000000">
            <w:pPr>
              <w:spacing w:after="0" w:line="240" w:lineRule="auto"/>
              <w:jc w:val="center"/>
            </w:pPr>
            <w:r>
              <w:rPr>
                <w:sz w:val="15"/>
              </w:rPr>
              <w:t>0.9966</w:t>
            </w:r>
          </w:p>
        </w:tc>
        <w:tc>
          <w:tcPr>
            <w:tcW w:w="2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A35A98C" w14:textId="77777777" w:rsidR="00297C2F" w:rsidRDefault="00000000">
            <w:pPr>
              <w:spacing w:after="0" w:line="240" w:lineRule="auto"/>
              <w:jc w:val="center"/>
            </w:pPr>
            <w:r>
              <w:rPr>
                <w:sz w:val="15"/>
              </w:rPr>
              <w:t>98.8</w:t>
            </w:r>
          </w:p>
        </w:tc>
      </w:tr>
    </w:tbl>
    <w:p w14:paraId="6504175F" w14:textId="77777777" w:rsidR="00297C2F" w:rsidRDefault="00297C2F">
      <w:pPr>
        <w:spacing w:after="60" w:line="240" w:lineRule="auto"/>
      </w:pPr>
    </w:p>
    <w:p w14:paraId="69017372" w14:textId="77777777" w:rsidR="00297C2F" w:rsidRDefault="00000000">
      <w:pPr>
        <w:spacing w:after="60" w:line="240" w:lineRule="auto"/>
      </w:pPr>
      <w:r>
        <w:rPr>
          <w:sz w:val="19"/>
        </w:rPr>
        <w:br w:type="page"/>
      </w:r>
    </w:p>
    <w:p w14:paraId="77B6D7BE" w14:textId="77777777" w:rsidR="00297C2F" w:rsidRDefault="00000000">
      <w:pPr>
        <w:pStyle w:val="Heading1"/>
        <w:spacing w:after="60" w:line="240" w:lineRule="auto"/>
      </w:pPr>
      <w:r>
        <w:rPr>
          <w:rFonts w:ascii="Arial" w:hAnsi="Arial"/>
          <w:sz w:val="19"/>
        </w:rPr>
        <w:lastRenderedPageBreak/>
        <w:t>Monte Carlo summary for all equal scenario global criterion weights</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808"/>
        <w:gridCol w:w="3821"/>
        <w:gridCol w:w="1396"/>
        <w:gridCol w:w="1323"/>
        <w:gridCol w:w="1029"/>
        <w:gridCol w:w="1323"/>
        <w:gridCol w:w="1323"/>
        <w:gridCol w:w="955"/>
        <w:gridCol w:w="1029"/>
        <w:gridCol w:w="1249"/>
      </w:tblGrid>
      <w:tr w:rsidR="00297C2F" w14:paraId="56093731" w14:textId="77777777">
        <w:trPr>
          <w:cantSplit/>
          <w:tblHeader/>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7F937A" w14:textId="77777777" w:rsidR="00297C2F" w:rsidRDefault="00000000">
            <w:pPr>
              <w:spacing w:after="0" w:line="240" w:lineRule="auto"/>
              <w:jc w:val="center"/>
            </w:pPr>
            <w:r>
              <w:rPr>
                <w:b/>
                <w:sz w:val="15"/>
              </w:rPr>
              <w:t>Code</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549881D" w14:textId="77777777" w:rsidR="00297C2F" w:rsidRDefault="00000000">
            <w:pPr>
              <w:spacing w:after="0" w:line="240" w:lineRule="auto"/>
              <w:jc w:val="center"/>
            </w:pPr>
            <w:r>
              <w:rPr>
                <w:b/>
                <w:sz w:val="15"/>
              </w:rPr>
              <w:t>Criterion</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0F77D60" w14:textId="77777777" w:rsidR="00297C2F" w:rsidRDefault="00000000">
            <w:pPr>
              <w:spacing w:after="0" w:line="240" w:lineRule="auto"/>
              <w:jc w:val="center"/>
            </w:pPr>
            <w:r>
              <w:rPr>
                <w:b/>
                <w:sz w:val="15"/>
              </w:rPr>
              <w:t>Baseline percent</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191B898" w14:textId="77777777" w:rsidR="00297C2F" w:rsidRDefault="00000000">
            <w:pPr>
              <w:spacing w:after="0" w:line="240" w:lineRule="auto"/>
              <w:jc w:val="center"/>
            </w:pPr>
            <w:r>
              <w:rPr>
                <w:b/>
                <w:sz w:val="15"/>
              </w:rPr>
              <w:t>Mean percent</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E638EA3" w14:textId="77777777" w:rsidR="00297C2F" w:rsidRDefault="00000000">
            <w:pPr>
              <w:spacing w:after="0" w:line="240" w:lineRule="auto"/>
              <w:jc w:val="center"/>
            </w:pPr>
            <w:r>
              <w:rPr>
                <w:b/>
                <w:sz w:val="15"/>
              </w:rPr>
              <w:t>SD</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63E0E0" w14:textId="77777777" w:rsidR="00297C2F" w:rsidRDefault="00000000">
            <w:pPr>
              <w:spacing w:after="0" w:line="240" w:lineRule="auto"/>
              <w:jc w:val="center"/>
            </w:pPr>
            <w:r>
              <w:rPr>
                <w:b/>
                <w:sz w:val="15"/>
              </w:rPr>
              <w:t>2.5 percentile</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EB6CD29" w14:textId="77777777" w:rsidR="00297C2F" w:rsidRDefault="00000000">
            <w:pPr>
              <w:spacing w:after="0" w:line="240" w:lineRule="auto"/>
              <w:jc w:val="center"/>
            </w:pPr>
            <w:r>
              <w:rPr>
                <w:b/>
                <w:sz w:val="15"/>
              </w:rPr>
              <w:t>97.5 percentile</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5E98B4B" w14:textId="77777777" w:rsidR="00297C2F" w:rsidRDefault="00000000">
            <w:pPr>
              <w:spacing w:after="0" w:line="240" w:lineRule="auto"/>
              <w:jc w:val="center"/>
            </w:pPr>
            <w:r>
              <w:rPr>
                <w:b/>
                <w:sz w:val="15"/>
              </w:rPr>
              <w:t>Base rank</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917738" w14:textId="77777777" w:rsidR="00297C2F" w:rsidRDefault="00000000">
            <w:pPr>
              <w:spacing w:after="0" w:line="240" w:lineRule="auto"/>
              <w:jc w:val="center"/>
            </w:pPr>
            <w:r>
              <w:rPr>
                <w:b/>
                <w:sz w:val="15"/>
              </w:rPr>
              <w:t>Mean rank</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9750F2" w14:textId="77777777" w:rsidR="00297C2F" w:rsidRDefault="00000000">
            <w:pPr>
              <w:spacing w:after="0" w:line="240" w:lineRule="auto"/>
              <w:jc w:val="center"/>
            </w:pPr>
            <w:r>
              <w:rPr>
                <w:b/>
                <w:sz w:val="15"/>
              </w:rPr>
              <w:t>Same rank percent</w:t>
            </w:r>
          </w:p>
        </w:tc>
      </w:tr>
      <w:tr w:rsidR="00297C2F" w14:paraId="68797F80"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A97467E" w14:textId="77777777" w:rsidR="00297C2F" w:rsidRDefault="00000000">
            <w:pPr>
              <w:spacing w:after="0" w:line="240" w:lineRule="auto"/>
              <w:jc w:val="center"/>
            </w:pPr>
            <w:r>
              <w:rPr>
                <w:sz w:val="15"/>
              </w:rPr>
              <w:t>UH</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87814A2" w14:textId="77777777" w:rsidR="00297C2F" w:rsidRDefault="00000000">
            <w:pPr>
              <w:spacing w:after="0" w:line="240" w:lineRule="auto"/>
            </w:pPr>
            <w:r>
              <w:rPr>
                <w:sz w:val="15"/>
              </w:rPr>
              <w:t>Unsuitable habitat ratio</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1BC61EC" w14:textId="77777777" w:rsidR="00297C2F" w:rsidRDefault="00000000">
            <w:pPr>
              <w:spacing w:after="0" w:line="240" w:lineRule="auto"/>
              <w:jc w:val="center"/>
            </w:pPr>
            <w:r>
              <w:rPr>
                <w:sz w:val="15"/>
              </w:rPr>
              <w:t>18.750</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30550C3" w14:textId="77777777" w:rsidR="00297C2F" w:rsidRDefault="00000000">
            <w:pPr>
              <w:spacing w:after="0" w:line="240" w:lineRule="auto"/>
              <w:jc w:val="center"/>
            </w:pPr>
            <w:r>
              <w:rPr>
                <w:sz w:val="15"/>
              </w:rPr>
              <w:t>18.742</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DF7FAE3" w14:textId="77777777" w:rsidR="00297C2F" w:rsidRDefault="00000000">
            <w:pPr>
              <w:spacing w:after="0" w:line="240" w:lineRule="auto"/>
              <w:jc w:val="center"/>
            </w:pPr>
            <w:r>
              <w:rPr>
                <w:sz w:val="15"/>
              </w:rPr>
              <w:t>1.497</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D60E38F" w14:textId="77777777" w:rsidR="00297C2F" w:rsidRDefault="00000000">
            <w:pPr>
              <w:spacing w:after="0" w:line="240" w:lineRule="auto"/>
              <w:jc w:val="center"/>
            </w:pPr>
            <w:r>
              <w:rPr>
                <w:sz w:val="15"/>
              </w:rPr>
              <w:t>16.034</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906B08C" w14:textId="77777777" w:rsidR="00297C2F" w:rsidRDefault="00000000">
            <w:pPr>
              <w:spacing w:after="0" w:line="240" w:lineRule="auto"/>
              <w:jc w:val="center"/>
            </w:pPr>
            <w:r>
              <w:rPr>
                <w:sz w:val="15"/>
              </w:rPr>
              <w:t>21.627</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0AFF5A1" w14:textId="77777777" w:rsidR="00297C2F" w:rsidRDefault="00000000">
            <w:pPr>
              <w:spacing w:after="0" w:line="240" w:lineRule="auto"/>
              <w:jc w:val="center"/>
            </w:pPr>
            <w:r>
              <w:rPr>
                <w:sz w:val="15"/>
              </w:rPr>
              <w:t>1</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6EE440" w14:textId="77777777" w:rsidR="00297C2F" w:rsidRDefault="00000000">
            <w:pPr>
              <w:spacing w:after="0" w:line="240" w:lineRule="auto"/>
              <w:jc w:val="center"/>
            </w:pPr>
            <w:r>
              <w:rPr>
                <w:sz w:val="15"/>
              </w:rPr>
              <w:t>1.01</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E373F05" w14:textId="77777777" w:rsidR="00297C2F" w:rsidRDefault="00000000">
            <w:pPr>
              <w:spacing w:after="0" w:line="240" w:lineRule="auto"/>
              <w:jc w:val="center"/>
            </w:pPr>
            <w:r>
              <w:rPr>
                <w:sz w:val="15"/>
              </w:rPr>
              <w:t>98.8</w:t>
            </w:r>
          </w:p>
        </w:tc>
      </w:tr>
      <w:tr w:rsidR="00297C2F" w14:paraId="75264900"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81D45CB" w14:textId="77777777" w:rsidR="00297C2F" w:rsidRDefault="00000000">
            <w:pPr>
              <w:spacing w:after="0" w:line="240" w:lineRule="auto"/>
              <w:jc w:val="center"/>
            </w:pPr>
            <w:r>
              <w:rPr>
                <w:sz w:val="15"/>
              </w:rPr>
              <w:t>WS</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60B2CA0" w14:textId="77777777" w:rsidR="00297C2F" w:rsidRDefault="00000000">
            <w:pPr>
              <w:spacing w:after="0" w:line="240" w:lineRule="auto"/>
            </w:pPr>
            <w:r>
              <w:rPr>
                <w:sz w:val="15"/>
              </w:rPr>
              <w:t>Wind speed (inverse)</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5BBD296" w14:textId="77777777" w:rsidR="00297C2F" w:rsidRDefault="00000000">
            <w:pPr>
              <w:spacing w:after="0" w:line="240" w:lineRule="auto"/>
              <w:jc w:val="center"/>
            </w:pPr>
            <w:r>
              <w:rPr>
                <w:sz w:val="15"/>
              </w:rPr>
              <w:t>14.286</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8AA3E0" w14:textId="77777777" w:rsidR="00297C2F" w:rsidRDefault="00000000">
            <w:pPr>
              <w:spacing w:after="0" w:line="240" w:lineRule="auto"/>
              <w:jc w:val="center"/>
            </w:pPr>
            <w:r>
              <w:rPr>
                <w:sz w:val="15"/>
              </w:rPr>
              <w:t>14.306</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EBDAAFA" w14:textId="77777777" w:rsidR="00297C2F" w:rsidRDefault="00000000">
            <w:pPr>
              <w:spacing w:after="0" w:line="240" w:lineRule="auto"/>
              <w:jc w:val="center"/>
            </w:pPr>
            <w:r>
              <w:rPr>
                <w:sz w:val="15"/>
              </w:rPr>
              <w:t>1.244</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D553A85" w14:textId="77777777" w:rsidR="00297C2F" w:rsidRDefault="00000000">
            <w:pPr>
              <w:spacing w:after="0" w:line="240" w:lineRule="auto"/>
              <w:jc w:val="center"/>
            </w:pPr>
            <w:r>
              <w:rPr>
                <w:sz w:val="15"/>
              </w:rPr>
              <w:t>12.017</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B2EA57" w14:textId="77777777" w:rsidR="00297C2F" w:rsidRDefault="00000000">
            <w:pPr>
              <w:spacing w:after="0" w:line="240" w:lineRule="auto"/>
              <w:jc w:val="center"/>
            </w:pPr>
            <w:r>
              <w:rPr>
                <w:sz w:val="15"/>
              </w:rPr>
              <w:t>16.721</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D4E657" w14:textId="77777777" w:rsidR="00297C2F" w:rsidRDefault="00000000">
            <w:pPr>
              <w:spacing w:after="0" w:line="240" w:lineRule="auto"/>
              <w:jc w:val="center"/>
            </w:pPr>
            <w:r>
              <w:rPr>
                <w:sz w:val="15"/>
              </w:rPr>
              <w:t>2</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5959688" w14:textId="77777777" w:rsidR="00297C2F" w:rsidRDefault="00000000">
            <w:pPr>
              <w:spacing w:after="0" w:line="240" w:lineRule="auto"/>
              <w:jc w:val="center"/>
            </w:pPr>
            <w:r>
              <w:rPr>
                <w:sz w:val="15"/>
              </w:rPr>
              <w:t>1.99</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BCD438" w14:textId="77777777" w:rsidR="00297C2F" w:rsidRDefault="00000000">
            <w:pPr>
              <w:spacing w:after="0" w:line="240" w:lineRule="auto"/>
              <w:jc w:val="center"/>
            </w:pPr>
            <w:r>
              <w:rPr>
                <w:sz w:val="15"/>
              </w:rPr>
              <w:t>98.8</w:t>
            </w:r>
          </w:p>
        </w:tc>
      </w:tr>
      <w:tr w:rsidR="00297C2F" w14:paraId="412A25A5"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8CB6AFA" w14:textId="77777777" w:rsidR="00297C2F" w:rsidRDefault="00000000">
            <w:pPr>
              <w:spacing w:after="0" w:line="240" w:lineRule="auto"/>
              <w:jc w:val="center"/>
            </w:pPr>
            <w:r>
              <w:rPr>
                <w:sz w:val="15"/>
              </w:rPr>
              <w:t>DEM</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ED3DAE8" w14:textId="77777777" w:rsidR="00297C2F" w:rsidRDefault="00000000">
            <w:pPr>
              <w:spacing w:after="0" w:line="240" w:lineRule="auto"/>
            </w:pPr>
            <w:r>
              <w:rPr>
                <w:sz w:val="15"/>
              </w:rPr>
              <w:t>DEM</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081A0D6" w14:textId="77777777" w:rsidR="00297C2F" w:rsidRDefault="00000000">
            <w:pPr>
              <w:spacing w:after="0" w:line="240" w:lineRule="auto"/>
              <w:jc w:val="center"/>
            </w:pPr>
            <w:r>
              <w:rPr>
                <w:sz w:val="15"/>
              </w:rPr>
              <w:t>7.143</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804388A" w14:textId="77777777" w:rsidR="00297C2F" w:rsidRDefault="00000000">
            <w:pPr>
              <w:spacing w:after="0" w:line="240" w:lineRule="auto"/>
              <w:jc w:val="center"/>
            </w:pPr>
            <w:r>
              <w:rPr>
                <w:sz w:val="15"/>
              </w:rPr>
              <w:t>7.121</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4F9D748" w14:textId="77777777" w:rsidR="00297C2F" w:rsidRDefault="00000000">
            <w:pPr>
              <w:spacing w:after="0" w:line="240" w:lineRule="auto"/>
              <w:jc w:val="center"/>
            </w:pPr>
            <w:r>
              <w:rPr>
                <w:sz w:val="15"/>
              </w:rPr>
              <w:t>0.795</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FC4B421" w14:textId="77777777" w:rsidR="00297C2F" w:rsidRDefault="00000000">
            <w:pPr>
              <w:spacing w:after="0" w:line="240" w:lineRule="auto"/>
              <w:jc w:val="center"/>
            </w:pPr>
            <w:r>
              <w:rPr>
                <w:sz w:val="15"/>
              </w:rPr>
              <w:t>5.669</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83F4110" w14:textId="77777777" w:rsidR="00297C2F" w:rsidRDefault="00000000">
            <w:pPr>
              <w:spacing w:after="0" w:line="240" w:lineRule="auto"/>
              <w:jc w:val="center"/>
            </w:pPr>
            <w:r>
              <w:rPr>
                <w:sz w:val="15"/>
              </w:rPr>
              <w:t>8.717</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DAFCBF1" w14:textId="77777777" w:rsidR="00297C2F" w:rsidRDefault="00000000">
            <w:pPr>
              <w:spacing w:after="0" w:line="240" w:lineRule="auto"/>
              <w:jc w:val="center"/>
            </w:pPr>
            <w:r>
              <w:rPr>
                <w:sz w:val="15"/>
              </w:rPr>
              <w:t>3</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C2FC12F" w14:textId="77777777" w:rsidR="00297C2F" w:rsidRDefault="00000000">
            <w:pPr>
              <w:spacing w:after="0" w:line="240" w:lineRule="auto"/>
              <w:jc w:val="center"/>
            </w:pPr>
            <w:r>
              <w:rPr>
                <w:sz w:val="15"/>
              </w:rPr>
              <w:t>3.67</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12D960" w14:textId="77777777" w:rsidR="00297C2F" w:rsidRDefault="00000000">
            <w:pPr>
              <w:spacing w:after="0" w:line="240" w:lineRule="auto"/>
              <w:jc w:val="center"/>
            </w:pPr>
            <w:r>
              <w:rPr>
                <w:sz w:val="15"/>
              </w:rPr>
              <w:t>54.4</w:t>
            </w:r>
          </w:p>
        </w:tc>
      </w:tr>
      <w:tr w:rsidR="00297C2F" w14:paraId="6720C866"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8F308D5" w14:textId="77777777" w:rsidR="00297C2F" w:rsidRDefault="00000000">
            <w:pPr>
              <w:spacing w:after="0" w:line="240" w:lineRule="auto"/>
              <w:jc w:val="center"/>
            </w:pPr>
            <w:r>
              <w:rPr>
                <w:sz w:val="15"/>
              </w:rPr>
              <w:t>PD</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EA67758" w14:textId="77777777" w:rsidR="00297C2F" w:rsidRDefault="00000000">
            <w:pPr>
              <w:spacing w:after="0" w:line="240" w:lineRule="auto"/>
            </w:pPr>
            <w:r>
              <w:rPr>
                <w:sz w:val="15"/>
              </w:rPr>
              <w:t>Population density</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33D4C01" w14:textId="77777777" w:rsidR="00297C2F" w:rsidRDefault="00000000">
            <w:pPr>
              <w:spacing w:after="0" w:line="240" w:lineRule="auto"/>
              <w:jc w:val="center"/>
            </w:pPr>
            <w:r>
              <w:rPr>
                <w:sz w:val="15"/>
              </w:rPr>
              <w:t>6.783</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1997E87" w14:textId="77777777" w:rsidR="00297C2F" w:rsidRDefault="00000000">
            <w:pPr>
              <w:spacing w:after="0" w:line="240" w:lineRule="auto"/>
              <w:jc w:val="center"/>
            </w:pPr>
            <w:r>
              <w:rPr>
                <w:sz w:val="15"/>
              </w:rPr>
              <w:t>6.759</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897FBC7" w14:textId="77777777" w:rsidR="00297C2F" w:rsidRDefault="00000000">
            <w:pPr>
              <w:spacing w:after="0" w:line="240" w:lineRule="auto"/>
              <w:jc w:val="center"/>
            </w:pPr>
            <w:r>
              <w:rPr>
                <w:sz w:val="15"/>
              </w:rPr>
              <w:t>0.676</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9A2E000" w14:textId="77777777" w:rsidR="00297C2F" w:rsidRDefault="00000000">
            <w:pPr>
              <w:spacing w:after="0" w:line="240" w:lineRule="auto"/>
              <w:jc w:val="center"/>
            </w:pPr>
            <w:r>
              <w:rPr>
                <w:sz w:val="15"/>
              </w:rPr>
              <w:t>5.550</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878509E" w14:textId="77777777" w:rsidR="00297C2F" w:rsidRDefault="00000000">
            <w:pPr>
              <w:spacing w:after="0" w:line="240" w:lineRule="auto"/>
              <w:jc w:val="center"/>
            </w:pPr>
            <w:r>
              <w:rPr>
                <w:sz w:val="15"/>
              </w:rPr>
              <w:t>8.166</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AB99777" w14:textId="77777777" w:rsidR="00297C2F" w:rsidRDefault="00000000">
            <w:pPr>
              <w:spacing w:after="0" w:line="240" w:lineRule="auto"/>
              <w:jc w:val="center"/>
            </w:pPr>
            <w:r>
              <w:rPr>
                <w:sz w:val="15"/>
              </w:rPr>
              <w:t>4</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F47071" w14:textId="77777777" w:rsidR="00297C2F" w:rsidRDefault="00000000">
            <w:pPr>
              <w:spacing w:after="0" w:line="240" w:lineRule="auto"/>
              <w:jc w:val="center"/>
            </w:pPr>
            <w:r>
              <w:rPr>
                <w:sz w:val="15"/>
              </w:rPr>
              <w:t>4.00</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88A9271" w14:textId="77777777" w:rsidR="00297C2F" w:rsidRDefault="00000000">
            <w:pPr>
              <w:spacing w:after="0" w:line="240" w:lineRule="auto"/>
              <w:jc w:val="center"/>
            </w:pPr>
            <w:r>
              <w:rPr>
                <w:sz w:val="15"/>
              </w:rPr>
              <w:t>39.5</w:t>
            </w:r>
          </w:p>
        </w:tc>
      </w:tr>
      <w:tr w:rsidR="00297C2F" w14:paraId="07EF95F0"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B4D89A" w14:textId="77777777" w:rsidR="00297C2F" w:rsidRDefault="00000000">
            <w:pPr>
              <w:spacing w:after="0" w:line="240" w:lineRule="auto"/>
              <w:jc w:val="center"/>
            </w:pPr>
            <w:r>
              <w:rPr>
                <w:sz w:val="15"/>
              </w:rPr>
              <w:t>URB</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7E68D33" w14:textId="77777777" w:rsidR="00297C2F" w:rsidRDefault="00000000">
            <w:pPr>
              <w:spacing w:after="0" w:line="240" w:lineRule="auto"/>
            </w:pPr>
            <w:r>
              <w:rPr>
                <w:sz w:val="15"/>
              </w:rPr>
              <w:t>Urban area percentage</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2C39DBE" w14:textId="77777777" w:rsidR="00297C2F" w:rsidRDefault="00000000">
            <w:pPr>
              <w:spacing w:after="0" w:line="240" w:lineRule="auto"/>
              <w:jc w:val="center"/>
            </w:pPr>
            <w:r>
              <w:rPr>
                <w:sz w:val="15"/>
              </w:rPr>
              <w:t>6.250</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5874F0D" w14:textId="77777777" w:rsidR="00297C2F" w:rsidRDefault="00000000">
            <w:pPr>
              <w:spacing w:after="0" w:line="240" w:lineRule="auto"/>
              <w:jc w:val="center"/>
            </w:pPr>
            <w:r>
              <w:rPr>
                <w:sz w:val="15"/>
              </w:rPr>
              <w:t>6.285</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2F07513" w14:textId="77777777" w:rsidR="00297C2F" w:rsidRDefault="00000000">
            <w:pPr>
              <w:spacing w:after="0" w:line="240" w:lineRule="auto"/>
              <w:jc w:val="center"/>
            </w:pPr>
            <w:r>
              <w:rPr>
                <w:sz w:val="15"/>
              </w:rPr>
              <w:t>0.716</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DC81B17" w14:textId="77777777" w:rsidR="00297C2F" w:rsidRDefault="00000000">
            <w:pPr>
              <w:spacing w:after="0" w:line="240" w:lineRule="auto"/>
              <w:jc w:val="center"/>
            </w:pPr>
            <w:r>
              <w:rPr>
                <w:sz w:val="15"/>
              </w:rPr>
              <w:t>4.959</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0C41C3F" w14:textId="77777777" w:rsidR="00297C2F" w:rsidRDefault="00000000">
            <w:pPr>
              <w:spacing w:after="0" w:line="240" w:lineRule="auto"/>
              <w:jc w:val="center"/>
            </w:pPr>
            <w:r>
              <w:rPr>
                <w:sz w:val="15"/>
              </w:rPr>
              <w:t>7.804</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E7C7407" w14:textId="77777777" w:rsidR="00297C2F" w:rsidRDefault="00000000">
            <w:pPr>
              <w:spacing w:after="0" w:line="240" w:lineRule="auto"/>
              <w:jc w:val="center"/>
            </w:pPr>
            <w:r>
              <w:rPr>
                <w:sz w:val="15"/>
              </w:rPr>
              <w:t>5</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77C13E5" w14:textId="77777777" w:rsidR="00297C2F" w:rsidRDefault="00000000">
            <w:pPr>
              <w:spacing w:after="0" w:line="240" w:lineRule="auto"/>
              <w:jc w:val="center"/>
            </w:pPr>
            <w:r>
              <w:rPr>
                <w:sz w:val="15"/>
              </w:rPr>
              <w:t>4.63</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1432DA" w14:textId="77777777" w:rsidR="00297C2F" w:rsidRDefault="00000000">
            <w:pPr>
              <w:spacing w:after="0" w:line="240" w:lineRule="auto"/>
              <w:jc w:val="center"/>
            </w:pPr>
            <w:r>
              <w:rPr>
                <w:sz w:val="15"/>
              </w:rPr>
              <w:t>38.9</w:t>
            </w:r>
          </w:p>
        </w:tc>
      </w:tr>
      <w:tr w:rsidR="00297C2F" w14:paraId="038CBE4B"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D57C945" w14:textId="77777777" w:rsidR="00297C2F" w:rsidRDefault="00000000">
            <w:pPr>
              <w:spacing w:after="0" w:line="240" w:lineRule="auto"/>
              <w:jc w:val="center"/>
            </w:pPr>
            <w:r>
              <w:rPr>
                <w:sz w:val="15"/>
              </w:rPr>
              <w:t>AGE</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D10E91" w14:textId="77777777" w:rsidR="00297C2F" w:rsidRDefault="00000000">
            <w:pPr>
              <w:spacing w:after="0" w:line="240" w:lineRule="auto"/>
            </w:pPr>
            <w:r>
              <w:rPr>
                <w:sz w:val="15"/>
              </w:rPr>
              <w:t>Age 40-75</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28BADA" w14:textId="77777777" w:rsidR="00297C2F" w:rsidRDefault="00000000">
            <w:pPr>
              <w:spacing w:after="0" w:line="240" w:lineRule="auto"/>
              <w:jc w:val="center"/>
            </w:pPr>
            <w:r>
              <w:rPr>
                <w:sz w:val="15"/>
              </w:rPr>
              <w:t>5.417</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B94FF82" w14:textId="77777777" w:rsidR="00297C2F" w:rsidRDefault="00000000">
            <w:pPr>
              <w:spacing w:after="0" w:line="240" w:lineRule="auto"/>
              <w:jc w:val="center"/>
            </w:pPr>
            <w:r>
              <w:rPr>
                <w:sz w:val="15"/>
              </w:rPr>
              <w:t>5.406</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E1AEE8D" w14:textId="77777777" w:rsidR="00297C2F" w:rsidRDefault="00000000">
            <w:pPr>
              <w:spacing w:after="0" w:line="240" w:lineRule="auto"/>
              <w:jc w:val="center"/>
            </w:pPr>
            <w:r>
              <w:rPr>
                <w:sz w:val="15"/>
              </w:rPr>
              <w:t>0.572</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3E6646" w14:textId="77777777" w:rsidR="00297C2F" w:rsidRDefault="00000000">
            <w:pPr>
              <w:spacing w:after="0" w:line="240" w:lineRule="auto"/>
              <w:jc w:val="center"/>
            </w:pPr>
            <w:r>
              <w:rPr>
                <w:sz w:val="15"/>
              </w:rPr>
              <w:t>4.362</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6E6571C" w14:textId="77777777" w:rsidR="00297C2F" w:rsidRDefault="00000000">
            <w:pPr>
              <w:spacing w:after="0" w:line="240" w:lineRule="auto"/>
              <w:jc w:val="center"/>
            </w:pPr>
            <w:r>
              <w:rPr>
                <w:sz w:val="15"/>
              </w:rPr>
              <w:t>6.515</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DA8922E" w14:textId="77777777" w:rsidR="00297C2F" w:rsidRDefault="00000000">
            <w:pPr>
              <w:spacing w:after="0" w:line="240" w:lineRule="auto"/>
              <w:jc w:val="center"/>
            </w:pPr>
            <w:r>
              <w:rPr>
                <w:sz w:val="15"/>
              </w:rPr>
              <w:t>6</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6FCD3B8" w14:textId="77777777" w:rsidR="00297C2F" w:rsidRDefault="00000000">
            <w:pPr>
              <w:spacing w:after="0" w:line="240" w:lineRule="auto"/>
              <w:jc w:val="center"/>
            </w:pPr>
            <w:r>
              <w:rPr>
                <w:sz w:val="15"/>
              </w:rPr>
              <w:t>5.83</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C52E7A0" w14:textId="77777777" w:rsidR="00297C2F" w:rsidRDefault="00000000">
            <w:pPr>
              <w:spacing w:after="0" w:line="240" w:lineRule="auto"/>
              <w:jc w:val="center"/>
            </w:pPr>
            <w:r>
              <w:rPr>
                <w:sz w:val="15"/>
              </w:rPr>
              <w:t>67.9</w:t>
            </w:r>
          </w:p>
        </w:tc>
      </w:tr>
      <w:tr w:rsidR="00297C2F" w14:paraId="560D1414"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6CFC91" w14:textId="77777777" w:rsidR="00297C2F" w:rsidRDefault="00000000">
            <w:pPr>
              <w:spacing w:after="0" w:line="240" w:lineRule="auto"/>
              <w:jc w:val="center"/>
            </w:pPr>
            <w:r>
              <w:rPr>
                <w:sz w:val="15"/>
              </w:rPr>
              <w:t>PM25</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5221ECA" w14:textId="77777777" w:rsidR="00297C2F" w:rsidRDefault="00000000">
            <w:pPr>
              <w:spacing w:after="0" w:line="240" w:lineRule="auto"/>
            </w:pPr>
            <w:r>
              <w:rPr>
                <w:sz w:val="15"/>
              </w:rPr>
              <w:t>PM2.5</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041C9A" w14:textId="77777777" w:rsidR="00297C2F" w:rsidRDefault="00000000">
            <w:pPr>
              <w:spacing w:after="0" w:line="240" w:lineRule="auto"/>
              <w:jc w:val="center"/>
            </w:pPr>
            <w:r>
              <w:rPr>
                <w:sz w:val="15"/>
              </w:rPr>
              <w:t>4.338</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DCA051A" w14:textId="77777777" w:rsidR="00297C2F" w:rsidRDefault="00000000">
            <w:pPr>
              <w:spacing w:after="0" w:line="240" w:lineRule="auto"/>
              <w:jc w:val="center"/>
            </w:pPr>
            <w:r>
              <w:rPr>
                <w:sz w:val="15"/>
              </w:rPr>
              <w:t>4.324</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A32A962" w14:textId="77777777" w:rsidR="00297C2F" w:rsidRDefault="00000000">
            <w:pPr>
              <w:spacing w:after="0" w:line="240" w:lineRule="auto"/>
              <w:jc w:val="center"/>
            </w:pPr>
            <w:r>
              <w:rPr>
                <w:sz w:val="15"/>
              </w:rPr>
              <w:t>0.503</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990705" w14:textId="77777777" w:rsidR="00297C2F" w:rsidRDefault="00000000">
            <w:pPr>
              <w:spacing w:after="0" w:line="240" w:lineRule="auto"/>
              <w:jc w:val="center"/>
            </w:pPr>
            <w:r>
              <w:rPr>
                <w:sz w:val="15"/>
              </w:rPr>
              <w:t>3.420</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DAF0C60" w14:textId="77777777" w:rsidR="00297C2F" w:rsidRDefault="00000000">
            <w:pPr>
              <w:spacing w:after="0" w:line="240" w:lineRule="auto"/>
              <w:jc w:val="center"/>
            </w:pPr>
            <w:r>
              <w:rPr>
                <w:sz w:val="15"/>
              </w:rPr>
              <w:t>5.346</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F7ABC9B" w14:textId="77777777" w:rsidR="00297C2F" w:rsidRDefault="00000000">
            <w:pPr>
              <w:spacing w:after="0" w:line="240" w:lineRule="auto"/>
              <w:jc w:val="center"/>
            </w:pPr>
            <w:r>
              <w:rPr>
                <w:sz w:val="15"/>
              </w:rPr>
              <w:t>7</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A2585A" w14:textId="77777777" w:rsidR="00297C2F" w:rsidRDefault="00000000">
            <w:pPr>
              <w:spacing w:after="0" w:line="240" w:lineRule="auto"/>
              <w:jc w:val="center"/>
            </w:pPr>
            <w:r>
              <w:rPr>
                <w:sz w:val="15"/>
              </w:rPr>
              <w:t>7.44</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92470EE" w14:textId="77777777" w:rsidR="00297C2F" w:rsidRDefault="00000000">
            <w:pPr>
              <w:spacing w:after="0" w:line="240" w:lineRule="auto"/>
              <w:jc w:val="center"/>
            </w:pPr>
            <w:r>
              <w:rPr>
                <w:sz w:val="15"/>
              </w:rPr>
              <w:t>48.0</w:t>
            </w:r>
          </w:p>
        </w:tc>
      </w:tr>
      <w:tr w:rsidR="00297C2F" w14:paraId="45CE845C"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EC83741" w14:textId="77777777" w:rsidR="00297C2F" w:rsidRDefault="00000000">
            <w:pPr>
              <w:spacing w:after="0" w:line="240" w:lineRule="auto"/>
              <w:jc w:val="center"/>
            </w:pPr>
            <w:r>
              <w:rPr>
                <w:sz w:val="15"/>
              </w:rPr>
              <w:t>POV</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FC9958" w14:textId="77777777" w:rsidR="00297C2F" w:rsidRDefault="00000000">
            <w:pPr>
              <w:spacing w:after="0" w:line="240" w:lineRule="auto"/>
            </w:pPr>
            <w:r>
              <w:rPr>
                <w:sz w:val="15"/>
              </w:rPr>
              <w:t>Poverty</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293B1EB" w14:textId="77777777" w:rsidR="00297C2F" w:rsidRDefault="00000000">
            <w:pPr>
              <w:spacing w:after="0" w:line="240" w:lineRule="auto"/>
              <w:jc w:val="center"/>
            </w:pPr>
            <w:r>
              <w:rPr>
                <w:sz w:val="15"/>
              </w:rPr>
              <w:t>4.045</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1D3C0A" w14:textId="77777777" w:rsidR="00297C2F" w:rsidRDefault="00000000">
            <w:pPr>
              <w:spacing w:after="0" w:line="240" w:lineRule="auto"/>
              <w:jc w:val="center"/>
            </w:pPr>
            <w:r>
              <w:rPr>
                <w:sz w:val="15"/>
              </w:rPr>
              <w:t>4.033</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7954A44" w14:textId="77777777" w:rsidR="00297C2F" w:rsidRDefault="00000000">
            <w:pPr>
              <w:spacing w:after="0" w:line="240" w:lineRule="auto"/>
              <w:jc w:val="center"/>
            </w:pPr>
            <w:r>
              <w:rPr>
                <w:sz w:val="15"/>
              </w:rPr>
              <w:t>0.450</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54EDC34" w14:textId="77777777" w:rsidR="00297C2F" w:rsidRDefault="00000000">
            <w:pPr>
              <w:spacing w:after="0" w:line="240" w:lineRule="auto"/>
              <w:jc w:val="center"/>
            </w:pPr>
            <w:r>
              <w:rPr>
                <w:sz w:val="15"/>
              </w:rPr>
              <w:t>3.226</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D62BE5C" w14:textId="77777777" w:rsidR="00297C2F" w:rsidRDefault="00000000">
            <w:pPr>
              <w:spacing w:after="0" w:line="240" w:lineRule="auto"/>
              <w:jc w:val="center"/>
            </w:pPr>
            <w:r>
              <w:rPr>
                <w:sz w:val="15"/>
              </w:rPr>
              <w:t>4.913</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2DB8DA" w14:textId="77777777" w:rsidR="00297C2F" w:rsidRDefault="00000000">
            <w:pPr>
              <w:spacing w:after="0" w:line="240" w:lineRule="auto"/>
              <w:jc w:val="center"/>
            </w:pPr>
            <w:r>
              <w:rPr>
                <w:sz w:val="15"/>
              </w:rPr>
              <w:t>8</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519262F" w14:textId="77777777" w:rsidR="00297C2F" w:rsidRDefault="00000000">
            <w:pPr>
              <w:spacing w:after="0" w:line="240" w:lineRule="auto"/>
              <w:jc w:val="center"/>
            </w:pPr>
            <w:r>
              <w:rPr>
                <w:sz w:val="15"/>
              </w:rPr>
              <w:t>8.00</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0DAD29C" w14:textId="77777777" w:rsidR="00297C2F" w:rsidRDefault="00000000">
            <w:pPr>
              <w:spacing w:after="0" w:line="240" w:lineRule="auto"/>
              <w:jc w:val="center"/>
            </w:pPr>
            <w:r>
              <w:rPr>
                <w:sz w:val="15"/>
              </w:rPr>
              <w:t>39.3</w:t>
            </w:r>
          </w:p>
        </w:tc>
      </w:tr>
      <w:tr w:rsidR="00297C2F" w14:paraId="0B82CA8B"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B8A786" w14:textId="77777777" w:rsidR="00297C2F" w:rsidRDefault="00000000">
            <w:pPr>
              <w:spacing w:after="0" w:line="240" w:lineRule="auto"/>
              <w:jc w:val="center"/>
            </w:pPr>
            <w:r>
              <w:rPr>
                <w:sz w:val="15"/>
              </w:rPr>
              <w:t>SLP</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CFF7AF3" w14:textId="77777777" w:rsidR="00297C2F" w:rsidRDefault="00000000">
            <w:pPr>
              <w:spacing w:after="0" w:line="240" w:lineRule="auto"/>
            </w:pPr>
            <w:r>
              <w:rPr>
                <w:sz w:val="15"/>
              </w:rPr>
              <w:t>Slope</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01C89C0" w14:textId="77777777" w:rsidR="00297C2F" w:rsidRDefault="00000000">
            <w:pPr>
              <w:spacing w:after="0" w:line="240" w:lineRule="auto"/>
              <w:jc w:val="center"/>
            </w:pPr>
            <w:r>
              <w:rPr>
                <w:sz w:val="15"/>
              </w:rPr>
              <w:t>3.571</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DD83E9" w14:textId="77777777" w:rsidR="00297C2F" w:rsidRDefault="00000000">
            <w:pPr>
              <w:spacing w:after="0" w:line="240" w:lineRule="auto"/>
              <w:jc w:val="center"/>
            </w:pPr>
            <w:r>
              <w:rPr>
                <w:sz w:val="15"/>
              </w:rPr>
              <w:t>3.595</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1A5078" w14:textId="77777777" w:rsidR="00297C2F" w:rsidRDefault="00000000">
            <w:pPr>
              <w:spacing w:after="0" w:line="240" w:lineRule="auto"/>
              <w:jc w:val="center"/>
            </w:pPr>
            <w:r>
              <w:rPr>
                <w:sz w:val="15"/>
              </w:rPr>
              <w:t>0.434</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E8DE8BC" w14:textId="77777777" w:rsidR="00297C2F" w:rsidRDefault="00000000">
            <w:pPr>
              <w:spacing w:after="0" w:line="240" w:lineRule="auto"/>
              <w:jc w:val="center"/>
            </w:pPr>
            <w:r>
              <w:rPr>
                <w:sz w:val="15"/>
              </w:rPr>
              <w:t>2.824</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5261F4E" w14:textId="77777777" w:rsidR="00297C2F" w:rsidRDefault="00000000">
            <w:pPr>
              <w:spacing w:after="0" w:line="240" w:lineRule="auto"/>
              <w:jc w:val="center"/>
            </w:pPr>
            <w:r>
              <w:rPr>
                <w:sz w:val="15"/>
              </w:rPr>
              <w:t>4.460</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28BD737" w14:textId="77777777" w:rsidR="00297C2F" w:rsidRDefault="00000000">
            <w:pPr>
              <w:spacing w:after="0" w:line="240" w:lineRule="auto"/>
              <w:jc w:val="center"/>
            </w:pPr>
            <w:r>
              <w:rPr>
                <w:sz w:val="15"/>
              </w:rPr>
              <w:t>9</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9CC37C3" w14:textId="77777777" w:rsidR="00297C2F" w:rsidRDefault="00000000">
            <w:pPr>
              <w:spacing w:after="0" w:line="240" w:lineRule="auto"/>
              <w:jc w:val="center"/>
            </w:pPr>
            <w:r>
              <w:rPr>
                <w:sz w:val="15"/>
              </w:rPr>
              <w:t>9.09</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A842B6E" w14:textId="77777777" w:rsidR="00297C2F" w:rsidRDefault="00000000">
            <w:pPr>
              <w:spacing w:after="0" w:line="240" w:lineRule="auto"/>
              <w:jc w:val="center"/>
            </w:pPr>
            <w:r>
              <w:rPr>
                <w:sz w:val="15"/>
              </w:rPr>
              <w:t>34.1</w:t>
            </w:r>
          </w:p>
        </w:tc>
      </w:tr>
      <w:tr w:rsidR="00297C2F" w14:paraId="7B7EC125"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A0F716" w14:textId="77777777" w:rsidR="00297C2F" w:rsidRDefault="00000000">
            <w:pPr>
              <w:spacing w:after="0" w:line="240" w:lineRule="auto"/>
              <w:jc w:val="center"/>
            </w:pPr>
            <w:r>
              <w:rPr>
                <w:sz w:val="15"/>
              </w:rPr>
              <w:t>PM10</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33D07F" w14:textId="77777777" w:rsidR="00297C2F" w:rsidRDefault="00000000">
            <w:pPr>
              <w:spacing w:after="0" w:line="240" w:lineRule="auto"/>
            </w:pPr>
            <w:r>
              <w:rPr>
                <w:sz w:val="15"/>
              </w:rPr>
              <w:t>PM10</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D2793E" w14:textId="77777777" w:rsidR="00297C2F" w:rsidRDefault="00000000">
            <w:pPr>
              <w:spacing w:after="0" w:line="240" w:lineRule="auto"/>
              <w:jc w:val="center"/>
            </w:pPr>
            <w:r>
              <w:rPr>
                <w:sz w:val="15"/>
              </w:rPr>
              <w:t>3.236</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48228F2" w14:textId="77777777" w:rsidR="00297C2F" w:rsidRDefault="00000000">
            <w:pPr>
              <w:spacing w:after="0" w:line="240" w:lineRule="auto"/>
              <w:jc w:val="center"/>
            </w:pPr>
            <w:r>
              <w:rPr>
                <w:sz w:val="15"/>
              </w:rPr>
              <w:t>3.234</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069BBA2" w14:textId="77777777" w:rsidR="00297C2F" w:rsidRDefault="00000000">
            <w:pPr>
              <w:spacing w:after="0" w:line="240" w:lineRule="auto"/>
              <w:jc w:val="center"/>
            </w:pPr>
            <w:r>
              <w:rPr>
                <w:sz w:val="15"/>
              </w:rPr>
              <w:t>0.383</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3500906" w14:textId="77777777" w:rsidR="00297C2F" w:rsidRDefault="00000000">
            <w:pPr>
              <w:spacing w:after="0" w:line="240" w:lineRule="auto"/>
              <w:jc w:val="center"/>
            </w:pPr>
            <w:r>
              <w:rPr>
                <w:sz w:val="15"/>
              </w:rPr>
              <w:t>2.565</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76F67D" w14:textId="77777777" w:rsidR="00297C2F" w:rsidRDefault="00000000">
            <w:pPr>
              <w:spacing w:after="0" w:line="240" w:lineRule="auto"/>
              <w:jc w:val="center"/>
            </w:pPr>
            <w:r>
              <w:rPr>
                <w:sz w:val="15"/>
              </w:rPr>
              <w:t>4.041</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EDABB93" w14:textId="77777777" w:rsidR="00297C2F" w:rsidRDefault="00000000">
            <w:pPr>
              <w:spacing w:after="0" w:line="240" w:lineRule="auto"/>
              <w:jc w:val="center"/>
            </w:pPr>
            <w:r>
              <w:rPr>
                <w:sz w:val="15"/>
              </w:rPr>
              <w:t>10</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85AF003" w14:textId="77777777" w:rsidR="00297C2F" w:rsidRDefault="00000000">
            <w:pPr>
              <w:spacing w:after="0" w:line="240" w:lineRule="auto"/>
              <w:jc w:val="center"/>
            </w:pPr>
            <w:r>
              <w:rPr>
                <w:sz w:val="15"/>
              </w:rPr>
              <w:t>10.12</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B680FA" w14:textId="77777777" w:rsidR="00297C2F" w:rsidRDefault="00000000">
            <w:pPr>
              <w:spacing w:after="0" w:line="240" w:lineRule="auto"/>
              <w:jc w:val="center"/>
            </w:pPr>
            <w:r>
              <w:rPr>
                <w:sz w:val="15"/>
              </w:rPr>
              <w:t>35.8</w:t>
            </w:r>
          </w:p>
        </w:tc>
      </w:tr>
      <w:tr w:rsidR="00297C2F" w14:paraId="4D764294"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8C4AFD6" w14:textId="77777777" w:rsidR="00297C2F" w:rsidRDefault="00000000">
            <w:pPr>
              <w:spacing w:after="0" w:line="240" w:lineRule="auto"/>
              <w:jc w:val="center"/>
            </w:pPr>
            <w:r>
              <w:rPr>
                <w:sz w:val="15"/>
              </w:rPr>
              <w:t>OC</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9A8746" w14:textId="77777777" w:rsidR="00297C2F" w:rsidRDefault="00000000">
            <w:pPr>
              <w:spacing w:after="0" w:line="240" w:lineRule="auto"/>
            </w:pPr>
            <w:r>
              <w:rPr>
                <w:sz w:val="15"/>
              </w:rPr>
              <w:t>Overcrowding</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F445CCD" w14:textId="77777777" w:rsidR="00297C2F" w:rsidRDefault="00000000">
            <w:pPr>
              <w:spacing w:after="0" w:line="240" w:lineRule="auto"/>
              <w:jc w:val="center"/>
            </w:pPr>
            <w:r>
              <w:rPr>
                <w:sz w:val="15"/>
              </w:rPr>
              <w:t>3.120</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CA8EC2E" w14:textId="77777777" w:rsidR="00297C2F" w:rsidRDefault="00000000">
            <w:pPr>
              <w:spacing w:after="0" w:line="240" w:lineRule="auto"/>
              <w:jc w:val="center"/>
            </w:pPr>
            <w:r>
              <w:rPr>
                <w:sz w:val="15"/>
              </w:rPr>
              <w:t>3.126</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7797409" w14:textId="77777777" w:rsidR="00297C2F" w:rsidRDefault="00000000">
            <w:pPr>
              <w:spacing w:after="0" w:line="240" w:lineRule="auto"/>
              <w:jc w:val="center"/>
            </w:pPr>
            <w:r>
              <w:rPr>
                <w:sz w:val="15"/>
              </w:rPr>
              <w:t>0.355</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9653025" w14:textId="77777777" w:rsidR="00297C2F" w:rsidRDefault="00000000">
            <w:pPr>
              <w:spacing w:after="0" w:line="240" w:lineRule="auto"/>
              <w:jc w:val="center"/>
            </w:pPr>
            <w:r>
              <w:rPr>
                <w:sz w:val="15"/>
              </w:rPr>
              <w:t>2.488</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9F4E219" w14:textId="77777777" w:rsidR="00297C2F" w:rsidRDefault="00000000">
            <w:pPr>
              <w:spacing w:after="0" w:line="240" w:lineRule="auto"/>
              <w:jc w:val="center"/>
            </w:pPr>
            <w:r>
              <w:rPr>
                <w:sz w:val="15"/>
              </w:rPr>
              <w:t>3.785</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9286B6" w14:textId="77777777" w:rsidR="00297C2F" w:rsidRDefault="00000000">
            <w:pPr>
              <w:spacing w:after="0" w:line="240" w:lineRule="auto"/>
              <w:jc w:val="center"/>
            </w:pPr>
            <w:r>
              <w:rPr>
                <w:sz w:val="15"/>
              </w:rPr>
              <w:t>11</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46E5B6" w14:textId="77777777" w:rsidR="00297C2F" w:rsidRDefault="00000000">
            <w:pPr>
              <w:spacing w:after="0" w:line="240" w:lineRule="auto"/>
              <w:jc w:val="center"/>
            </w:pPr>
            <w:r>
              <w:rPr>
                <w:sz w:val="15"/>
              </w:rPr>
              <w:t>10.42</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CE738AD" w14:textId="77777777" w:rsidR="00297C2F" w:rsidRDefault="00000000">
            <w:pPr>
              <w:spacing w:after="0" w:line="240" w:lineRule="auto"/>
              <w:jc w:val="center"/>
            </w:pPr>
            <w:r>
              <w:rPr>
                <w:sz w:val="15"/>
              </w:rPr>
              <w:t>38.9</w:t>
            </w:r>
          </w:p>
        </w:tc>
      </w:tr>
      <w:tr w:rsidR="00297C2F" w14:paraId="63A92EC0"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CE4F9D0" w14:textId="77777777" w:rsidR="00297C2F" w:rsidRDefault="00000000">
            <w:pPr>
              <w:spacing w:after="0" w:line="240" w:lineRule="auto"/>
              <w:jc w:val="center"/>
            </w:pPr>
            <w:r>
              <w:rPr>
                <w:sz w:val="15"/>
              </w:rPr>
              <w:t>ILL</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750766F" w14:textId="77777777" w:rsidR="00297C2F" w:rsidRDefault="00000000">
            <w:pPr>
              <w:spacing w:after="0" w:line="240" w:lineRule="auto"/>
            </w:pPr>
            <w:r>
              <w:rPr>
                <w:sz w:val="15"/>
              </w:rPr>
              <w:t>Illiteracy</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4DC39F2" w14:textId="77777777" w:rsidR="00297C2F" w:rsidRDefault="00000000">
            <w:pPr>
              <w:spacing w:after="0" w:line="240" w:lineRule="auto"/>
              <w:jc w:val="center"/>
            </w:pPr>
            <w:r>
              <w:rPr>
                <w:sz w:val="15"/>
              </w:rPr>
              <w:t>2.422</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FA7C689" w14:textId="77777777" w:rsidR="00297C2F" w:rsidRDefault="00000000">
            <w:pPr>
              <w:spacing w:after="0" w:line="240" w:lineRule="auto"/>
              <w:jc w:val="center"/>
            </w:pPr>
            <w:r>
              <w:rPr>
                <w:sz w:val="15"/>
              </w:rPr>
              <w:t>2.410</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787CDD" w14:textId="77777777" w:rsidR="00297C2F" w:rsidRDefault="00000000">
            <w:pPr>
              <w:spacing w:after="0" w:line="240" w:lineRule="auto"/>
              <w:jc w:val="center"/>
            </w:pPr>
            <w:r>
              <w:rPr>
                <w:sz w:val="15"/>
              </w:rPr>
              <w:t>0.280</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5B174E" w14:textId="77777777" w:rsidR="00297C2F" w:rsidRDefault="00000000">
            <w:pPr>
              <w:spacing w:after="0" w:line="240" w:lineRule="auto"/>
              <w:jc w:val="center"/>
            </w:pPr>
            <w:r>
              <w:rPr>
                <w:sz w:val="15"/>
              </w:rPr>
              <w:t>1.884</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899F031" w14:textId="77777777" w:rsidR="00297C2F" w:rsidRDefault="00000000">
            <w:pPr>
              <w:spacing w:after="0" w:line="240" w:lineRule="auto"/>
              <w:jc w:val="center"/>
            </w:pPr>
            <w:r>
              <w:rPr>
                <w:sz w:val="15"/>
              </w:rPr>
              <w:t>2.965</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4A04E02" w14:textId="77777777" w:rsidR="00297C2F" w:rsidRDefault="00000000">
            <w:pPr>
              <w:spacing w:after="0" w:line="240" w:lineRule="auto"/>
              <w:jc w:val="center"/>
            </w:pPr>
            <w:r>
              <w:rPr>
                <w:sz w:val="15"/>
              </w:rPr>
              <w:t>12</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4DD8421" w14:textId="77777777" w:rsidR="00297C2F" w:rsidRDefault="00000000">
            <w:pPr>
              <w:spacing w:after="0" w:line="240" w:lineRule="auto"/>
              <w:jc w:val="center"/>
            </w:pPr>
            <w:r>
              <w:rPr>
                <w:sz w:val="15"/>
              </w:rPr>
              <w:t>12.75</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22EB48" w14:textId="77777777" w:rsidR="00297C2F" w:rsidRDefault="00000000">
            <w:pPr>
              <w:spacing w:after="0" w:line="240" w:lineRule="auto"/>
              <w:jc w:val="center"/>
            </w:pPr>
            <w:r>
              <w:rPr>
                <w:sz w:val="15"/>
              </w:rPr>
              <w:t>40.3</w:t>
            </w:r>
          </w:p>
        </w:tc>
      </w:tr>
      <w:tr w:rsidR="00297C2F" w14:paraId="429FE518"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C7376DB" w14:textId="77777777" w:rsidR="00297C2F" w:rsidRDefault="00000000">
            <w:pPr>
              <w:spacing w:after="0" w:line="240" w:lineRule="auto"/>
              <w:jc w:val="center"/>
            </w:pPr>
            <w:r>
              <w:rPr>
                <w:sz w:val="15"/>
              </w:rPr>
              <w:t>NO2</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A39A1C" w14:textId="77777777" w:rsidR="00297C2F" w:rsidRDefault="00000000">
            <w:pPr>
              <w:spacing w:after="0" w:line="240" w:lineRule="auto"/>
            </w:pPr>
            <w:r>
              <w:rPr>
                <w:sz w:val="15"/>
              </w:rPr>
              <w:t>NO2</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5BE30A" w14:textId="77777777" w:rsidR="00297C2F" w:rsidRDefault="00000000">
            <w:pPr>
              <w:spacing w:after="0" w:line="240" w:lineRule="auto"/>
              <w:jc w:val="center"/>
            </w:pPr>
            <w:r>
              <w:rPr>
                <w:sz w:val="15"/>
              </w:rPr>
              <w:t>2.403</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721B951" w14:textId="77777777" w:rsidR="00297C2F" w:rsidRDefault="00000000">
            <w:pPr>
              <w:spacing w:after="0" w:line="240" w:lineRule="auto"/>
              <w:jc w:val="center"/>
            </w:pPr>
            <w:r>
              <w:rPr>
                <w:sz w:val="15"/>
              </w:rPr>
              <w:t>2.403</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3CF4B98" w14:textId="77777777" w:rsidR="00297C2F" w:rsidRDefault="00000000">
            <w:pPr>
              <w:spacing w:after="0" w:line="240" w:lineRule="auto"/>
              <w:jc w:val="center"/>
            </w:pPr>
            <w:r>
              <w:rPr>
                <w:sz w:val="15"/>
              </w:rPr>
              <w:t>0.296</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293C0AA" w14:textId="77777777" w:rsidR="00297C2F" w:rsidRDefault="00000000">
            <w:pPr>
              <w:spacing w:after="0" w:line="240" w:lineRule="auto"/>
              <w:jc w:val="center"/>
            </w:pPr>
            <w:r>
              <w:rPr>
                <w:sz w:val="15"/>
              </w:rPr>
              <w:t>1.869</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53074F" w14:textId="77777777" w:rsidR="00297C2F" w:rsidRDefault="00000000">
            <w:pPr>
              <w:spacing w:after="0" w:line="240" w:lineRule="auto"/>
              <w:jc w:val="center"/>
            </w:pPr>
            <w:r>
              <w:rPr>
                <w:sz w:val="15"/>
              </w:rPr>
              <w:t>3.046</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14C3B77" w14:textId="77777777" w:rsidR="00297C2F" w:rsidRDefault="00000000">
            <w:pPr>
              <w:spacing w:after="0" w:line="240" w:lineRule="auto"/>
              <w:jc w:val="center"/>
            </w:pPr>
            <w:r>
              <w:rPr>
                <w:sz w:val="15"/>
              </w:rPr>
              <w:t>13</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4920EEF" w14:textId="77777777" w:rsidR="00297C2F" w:rsidRDefault="00000000">
            <w:pPr>
              <w:spacing w:after="0" w:line="240" w:lineRule="auto"/>
              <w:jc w:val="center"/>
            </w:pPr>
            <w:r>
              <w:rPr>
                <w:sz w:val="15"/>
              </w:rPr>
              <w:t>12.75</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53C455" w14:textId="77777777" w:rsidR="00297C2F" w:rsidRDefault="00000000">
            <w:pPr>
              <w:spacing w:after="0" w:line="240" w:lineRule="auto"/>
              <w:jc w:val="center"/>
            </w:pPr>
            <w:r>
              <w:rPr>
                <w:sz w:val="15"/>
              </w:rPr>
              <w:t>35.6</w:t>
            </w:r>
          </w:p>
        </w:tc>
      </w:tr>
      <w:tr w:rsidR="00297C2F" w14:paraId="7B2BEEFD"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2498FF" w14:textId="77777777" w:rsidR="00297C2F" w:rsidRDefault="00000000">
            <w:pPr>
              <w:spacing w:after="0" w:line="240" w:lineRule="auto"/>
              <w:jc w:val="center"/>
            </w:pPr>
            <w:r>
              <w:rPr>
                <w:sz w:val="15"/>
              </w:rPr>
              <w:t>FCT</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60E28DC" w14:textId="77777777" w:rsidR="00297C2F" w:rsidRDefault="00000000">
            <w:pPr>
              <w:spacing w:after="0" w:line="240" w:lineRule="auto"/>
            </w:pPr>
            <w:r>
              <w:rPr>
                <w:sz w:val="15"/>
              </w:rPr>
              <w:t>Factories</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8423892" w14:textId="77777777" w:rsidR="00297C2F" w:rsidRDefault="00000000">
            <w:pPr>
              <w:spacing w:after="0" w:line="240" w:lineRule="auto"/>
              <w:jc w:val="center"/>
            </w:pPr>
            <w:r>
              <w:rPr>
                <w:sz w:val="15"/>
              </w:rPr>
              <w:t>2.147</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F80F8CD" w14:textId="77777777" w:rsidR="00297C2F" w:rsidRDefault="00000000">
            <w:pPr>
              <w:spacing w:after="0" w:line="240" w:lineRule="auto"/>
              <w:jc w:val="center"/>
            </w:pPr>
            <w:r>
              <w:rPr>
                <w:sz w:val="15"/>
              </w:rPr>
              <w:t>2.152</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D5C06A" w14:textId="77777777" w:rsidR="00297C2F" w:rsidRDefault="00000000">
            <w:pPr>
              <w:spacing w:after="0" w:line="240" w:lineRule="auto"/>
              <w:jc w:val="center"/>
            </w:pPr>
            <w:r>
              <w:rPr>
                <w:sz w:val="15"/>
              </w:rPr>
              <w:t>0.269</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0438A96" w14:textId="77777777" w:rsidR="00297C2F" w:rsidRDefault="00000000">
            <w:pPr>
              <w:spacing w:after="0" w:line="240" w:lineRule="auto"/>
              <w:jc w:val="center"/>
            </w:pPr>
            <w:r>
              <w:rPr>
                <w:sz w:val="15"/>
              </w:rPr>
              <w:t>1.644</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285B82" w14:textId="77777777" w:rsidR="00297C2F" w:rsidRDefault="00000000">
            <w:pPr>
              <w:spacing w:after="0" w:line="240" w:lineRule="auto"/>
              <w:jc w:val="center"/>
            </w:pPr>
            <w:r>
              <w:rPr>
                <w:sz w:val="15"/>
              </w:rPr>
              <w:t>2.719</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94B5AD9" w14:textId="77777777" w:rsidR="00297C2F" w:rsidRDefault="00000000">
            <w:pPr>
              <w:spacing w:after="0" w:line="240" w:lineRule="auto"/>
              <w:jc w:val="center"/>
            </w:pPr>
            <w:r>
              <w:rPr>
                <w:sz w:val="15"/>
              </w:rPr>
              <w:t>14</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AE921C2" w14:textId="77777777" w:rsidR="00297C2F" w:rsidRDefault="00000000">
            <w:pPr>
              <w:spacing w:after="0" w:line="240" w:lineRule="auto"/>
              <w:jc w:val="center"/>
            </w:pPr>
            <w:r>
              <w:rPr>
                <w:sz w:val="15"/>
              </w:rPr>
              <w:t>13.86</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CC0CAAC" w14:textId="77777777" w:rsidR="00297C2F" w:rsidRDefault="00000000">
            <w:pPr>
              <w:spacing w:after="0" w:line="240" w:lineRule="auto"/>
              <w:jc w:val="center"/>
            </w:pPr>
            <w:r>
              <w:rPr>
                <w:sz w:val="15"/>
              </w:rPr>
              <w:t>39.7</w:t>
            </w:r>
          </w:p>
        </w:tc>
      </w:tr>
      <w:tr w:rsidR="00297C2F" w14:paraId="6947AE7D"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F7C5D30" w14:textId="77777777" w:rsidR="00297C2F" w:rsidRDefault="00000000">
            <w:pPr>
              <w:spacing w:after="0" w:line="240" w:lineRule="auto"/>
              <w:jc w:val="center"/>
            </w:pPr>
            <w:r>
              <w:rPr>
                <w:sz w:val="15"/>
              </w:rPr>
              <w:t>HH</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0FEF40" w14:textId="77777777" w:rsidR="00297C2F" w:rsidRDefault="00000000">
            <w:pPr>
              <w:spacing w:after="0" w:line="240" w:lineRule="auto"/>
            </w:pPr>
            <w:r>
              <w:rPr>
                <w:sz w:val="15"/>
              </w:rPr>
              <w:t>Average household size</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B5A4AE9" w14:textId="77777777" w:rsidR="00297C2F" w:rsidRDefault="00000000">
            <w:pPr>
              <w:spacing w:after="0" w:line="240" w:lineRule="auto"/>
              <w:jc w:val="center"/>
            </w:pPr>
            <w:r>
              <w:rPr>
                <w:sz w:val="15"/>
              </w:rPr>
              <w:t>1.795</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F88C42" w14:textId="77777777" w:rsidR="00297C2F" w:rsidRDefault="00000000">
            <w:pPr>
              <w:spacing w:after="0" w:line="240" w:lineRule="auto"/>
              <w:jc w:val="center"/>
            </w:pPr>
            <w:r>
              <w:rPr>
                <w:sz w:val="15"/>
              </w:rPr>
              <w:t>1.786</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729A1FB" w14:textId="77777777" w:rsidR="00297C2F" w:rsidRDefault="00000000">
            <w:pPr>
              <w:spacing w:after="0" w:line="240" w:lineRule="auto"/>
              <w:jc w:val="center"/>
            </w:pPr>
            <w:r>
              <w:rPr>
                <w:sz w:val="15"/>
              </w:rPr>
              <w:t>0.212</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380A80" w14:textId="77777777" w:rsidR="00297C2F" w:rsidRDefault="00000000">
            <w:pPr>
              <w:spacing w:after="0" w:line="240" w:lineRule="auto"/>
              <w:jc w:val="center"/>
            </w:pPr>
            <w:r>
              <w:rPr>
                <w:sz w:val="15"/>
              </w:rPr>
              <w:t>1.425</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7F7B50D" w14:textId="77777777" w:rsidR="00297C2F" w:rsidRDefault="00000000">
            <w:pPr>
              <w:spacing w:after="0" w:line="240" w:lineRule="auto"/>
              <w:jc w:val="center"/>
            </w:pPr>
            <w:r>
              <w:rPr>
                <w:sz w:val="15"/>
              </w:rPr>
              <w:t>2.238</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4E9AAC8" w14:textId="77777777" w:rsidR="00297C2F" w:rsidRDefault="00000000">
            <w:pPr>
              <w:spacing w:after="0" w:line="240" w:lineRule="auto"/>
              <w:jc w:val="center"/>
            </w:pPr>
            <w:r>
              <w:rPr>
                <w:sz w:val="15"/>
              </w:rPr>
              <w:t>15</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349AC8D" w14:textId="77777777" w:rsidR="00297C2F" w:rsidRDefault="00000000">
            <w:pPr>
              <w:spacing w:after="0" w:line="240" w:lineRule="auto"/>
              <w:jc w:val="center"/>
            </w:pPr>
            <w:r>
              <w:rPr>
                <w:sz w:val="15"/>
              </w:rPr>
              <w:t>15.93</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6D544B" w14:textId="77777777" w:rsidR="00297C2F" w:rsidRDefault="00000000">
            <w:pPr>
              <w:spacing w:after="0" w:line="240" w:lineRule="auto"/>
              <w:jc w:val="center"/>
            </w:pPr>
            <w:r>
              <w:rPr>
                <w:sz w:val="15"/>
              </w:rPr>
              <w:t>22.7</w:t>
            </w:r>
          </w:p>
        </w:tc>
      </w:tr>
    </w:tbl>
    <w:p w14:paraId="7DFDEB2A" w14:textId="77777777" w:rsidR="00297C2F" w:rsidRDefault="00297C2F">
      <w:pPr>
        <w:spacing w:after="60" w:line="240" w:lineRule="auto"/>
      </w:pPr>
    </w:p>
    <w:p w14:paraId="1133B0D5" w14:textId="77777777" w:rsidR="00297C2F" w:rsidRDefault="00000000">
      <w:pPr>
        <w:spacing w:after="60" w:line="240" w:lineRule="auto"/>
      </w:pPr>
      <w:r>
        <w:rPr>
          <w:sz w:val="19"/>
        </w:rPr>
        <w:br w:type="page"/>
      </w:r>
    </w:p>
    <w:p w14:paraId="0713978D" w14:textId="77777777" w:rsidR="00297C2F" w:rsidRDefault="00000000">
      <w:pPr>
        <w:pStyle w:val="Heading1"/>
        <w:spacing w:after="60" w:line="240" w:lineRule="auto"/>
      </w:pPr>
      <w:r>
        <w:rPr>
          <w:rFonts w:ascii="Arial" w:hAnsi="Arial"/>
          <w:sz w:val="19"/>
        </w:rPr>
        <w:lastRenderedPageBreak/>
        <w:t>Monte Carlo summary for all equal scenario global criterion weights continued</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808"/>
        <w:gridCol w:w="3821"/>
        <w:gridCol w:w="1396"/>
        <w:gridCol w:w="1323"/>
        <w:gridCol w:w="1029"/>
        <w:gridCol w:w="1323"/>
        <w:gridCol w:w="1323"/>
        <w:gridCol w:w="955"/>
        <w:gridCol w:w="1029"/>
        <w:gridCol w:w="1249"/>
      </w:tblGrid>
      <w:tr w:rsidR="00297C2F" w14:paraId="58ED4CB2" w14:textId="77777777">
        <w:trPr>
          <w:cantSplit/>
          <w:tblHeader/>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5A9AA3B" w14:textId="77777777" w:rsidR="00297C2F" w:rsidRDefault="00000000">
            <w:pPr>
              <w:spacing w:after="0" w:line="240" w:lineRule="auto"/>
              <w:jc w:val="center"/>
            </w:pPr>
            <w:r>
              <w:rPr>
                <w:b/>
                <w:sz w:val="15"/>
              </w:rPr>
              <w:t>Code</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8F46124" w14:textId="77777777" w:rsidR="00297C2F" w:rsidRDefault="00000000">
            <w:pPr>
              <w:spacing w:after="0" w:line="240" w:lineRule="auto"/>
              <w:jc w:val="center"/>
            </w:pPr>
            <w:r>
              <w:rPr>
                <w:b/>
                <w:sz w:val="15"/>
              </w:rPr>
              <w:t>Criterion</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23F7566" w14:textId="77777777" w:rsidR="00297C2F" w:rsidRDefault="00000000">
            <w:pPr>
              <w:spacing w:after="0" w:line="240" w:lineRule="auto"/>
              <w:jc w:val="center"/>
            </w:pPr>
            <w:r>
              <w:rPr>
                <w:b/>
                <w:sz w:val="15"/>
              </w:rPr>
              <w:t>Baseline percent</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787A34C" w14:textId="77777777" w:rsidR="00297C2F" w:rsidRDefault="00000000">
            <w:pPr>
              <w:spacing w:after="0" w:line="240" w:lineRule="auto"/>
              <w:jc w:val="center"/>
            </w:pPr>
            <w:r>
              <w:rPr>
                <w:b/>
                <w:sz w:val="15"/>
              </w:rPr>
              <w:t>Mean percent</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905AE6" w14:textId="77777777" w:rsidR="00297C2F" w:rsidRDefault="00000000">
            <w:pPr>
              <w:spacing w:after="0" w:line="240" w:lineRule="auto"/>
              <w:jc w:val="center"/>
            </w:pPr>
            <w:r>
              <w:rPr>
                <w:b/>
                <w:sz w:val="15"/>
              </w:rPr>
              <w:t>SD</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FBFD8D" w14:textId="77777777" w:rsidR="00297C2F" w:rsidRDefault="00000000">
            <w:pPr>
              <w:spacing w:after="0" w:line="240" w:lineRule="auto"/>
              <w:jc w:val="center"/>
            </w:pPr>
            <w:r>
              <w:rPr>
                <w:b/>
                <w:sz w:val="15"/>
              </w:rPr>
              <w:t>2.5 percentile</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3AD573" w14:textId="77777777" w:rsidR="00297C2F" w:rsidRDefault="00000000">
            <w:pPr>
              <w:spacing w:after="0" w:line="240" w:lineRule="auto"/>
              <w:jc w:val="center"/>
            </w:pPr>
            <w:r>
              <w:rPr>
                <w:b/>
                <w:sz w:val="15"/>
              </w:rPr>
              <w:t>97.5 percentile</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B1B84B5" w14:textId="77777777" w:rsidR="00297C2F" w:rsidRDefault="00000000">
            <w:pPr>
              <w:spacing w:after="0" w:line="240" w:lineRule="auto"/>
              <w:jc w:val="center"/>
            </w:pPr>
            <w:r>
              <w:rPr>
                <w:b/>
                <w:sz w:val="15"/>
              </w:rPr>
              <w:t>Base rank</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9BEC4D6" w14:textId="77777777" w:rsidR="00297C2F" w:rsidRDefault="00000000">
            <w:pPr>
              <w:spacing w:after="0" w:line="240" w:lineRule="auto"/>
              <w:jc w:val="center"/>
            </w:pPr>
            <w:r>
              <w:rPr>
                <w:b/>
                <w:sz w:val="15"/>
              </w:rPr>
              <w:t>Mean rank</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691F83E" w14:textId="77777777" w:rsidR="00297C2F" w:rsidRDefault="00000000">
            <w:pPr>
              <w:spacing w:after="0" w:line="240" w:lineRule="auto"/>
              <w:jc w:val="center"/>
            </w:pPr>
            <w:r>
              <w:rPr>
                <w:b/>
                <w:sz w:val="15"/>
              </w:rPr>
              <w:t>Same rank percent</w:t>
            </w:r>
          </w:p>
        </w:tc>
      </w:tr>
      <w:tr w:rsidR="00297C2F" w14:paraId="6404BBF6"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2A43157" w14:textId="77777777" w:rsidR="00297C2F" w:rsidRDefault="00000000">
            <w:pPr>
              <w:spacing w:after="0" w:line="240" w:lineRule="auto"/>
              <w:jc w:val="center"/>
            </w:pPr>
            <w:r>
              <w:rPr>
                <w:sz w:val="15"/>
              </w:rPr>
              <w:t>DMR</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005A6EF" w14:textId="77777777" w:rsidR="00297C2F" w:rsidRDefault="00000000">
            <w:pPr>
              <w:spacing w:after="0" w:line="240" w:lineRule="auto"/>
            </w:pPr>
            <w:r>
              <w:rPr>
                <w:sz w:val="15"/>
              </w:rPr>
              <w:t>Distance to main road (inverse)</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E1C783" w14:textId="77777777" w:rsidR="00297C2F" w:rsidRDefault="00000000">
            <w:pPr>
              <w:spacing w:after="0" w:line="240" w:lineRule="auto"/>
              <w:jc w:val="center"/>
            </w:pPr>
            <w:r>
              <w:rPr>
                <w:sz w:val="15"/>
              </w:rPr>
              <w:t>1.794</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7AFB844" w14:textId="77777777" w:rsidR="00297C2F" w:rsidRDefault="00000000">
            <w:pPr>
              <w:spacing w:after="0" w:line="240" w:lineRule="auto"/>
              <w:jc w:val="center"/>
            </w:pPr>
            <w:r>
              <w:rPr>
                <w:sz w:val="15"/>
              </w:rPr>
              <w:t>1.800</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B3CF413" w14:textId="77777777" w:rsidR="00297C2F" w:rsidRDefault="00000000">
            <w:pPr>
              <w:spacing w:after="0" w:line="240" w:lineRule="auto"/>
              <w:jc w:val="center"/>
            </w:pPr>
            <w:r>
              <w:rPr>
                <w:sz w:val="15"/>
              </w:rPr>
              <w:t>0.226</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C6C61E8" w14:textId="77777777" w:rsidR="00297C2F" w:rsidRDefault="00000000">
            <w:pPr>
              <w:spacing w:after="0" w:line="240" w:lineRule="auto"/>
              <w:jc w:val="center"/>
            </w:pPr>
            <w:r>
              <w:rPr>
                <w:sz w:val="15"/>
              </w:rPr>
              <w:t>1.387</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4F4D56D" w14:textId="77777777" w:rsidR="00297C2F" w:rsidRDefault="00000000">
            <w:pPr>
              <w:spacing w:after="0" w:line="240" w:lineRule="auto"/>
              <w:jc w:val="center"/>
            </w:pPr>
            <w:r>
              <w:rPr>
                <w:sz w:val="15"/>
              </w:rPr>
              <w:t>2.260</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FAC8FC3" w14:textId="77777777" w:rsidR="00297C2F" w:rsidRDefault="00000000">
            <w:pPr>
              <w:spacing w:after="0" w:line="240" w:lineRule="auto"/>
              <w:jc w:val="center"/>
            </w:pPr>
            <w:r>
              <w:rPr>
                <w:sz w:val="15"/>
              </w:rPr>
              <w:t>16</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140B86" w14:textId="77777777" w:rsidR="00297C2F" w:rsidRDefault="00000000">
            <w:pPr>
              <w:spacing w:after="0" w:line="240" w:lineRule="auto"/>
              <w:jc w:val="center"/>
            </w:pPr>
            <w:r>
              <w:rPr>
                <w:sz w:val="15"/>
              </w:rPr>
              <w:t>15.97</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E0AEBCB" w14:textId="77777777" w:rsidR="00297C2F" w:rsidRDefault="00000000">
            <w:pPr>
              <w:spacing w:after="0" w:line="240" w:lineRule="auto"/>
              <w:jc w:val="center"/>
            </w:pPr>
            <w:r>
              <w:rPr>
                <w:sz w:val="15"/>
              </w:rPr>
              <w:t>30.1</w:t>
            </w:r>
          </w:p>
        </w:tc>
      </w:tr>
      <w:tr w:rsidR="00297C2F" w14:paraId="64697A04"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ABB7D1" w14:textId="77777777" w:rsidR="00297C2F" w:rsidRDefault="00000000">
            <w:pPr>
              <w:spacing w:after="0" w:line="240" w:lineRule="auto"/>
              <w:jc w:val="center"/>
            </w:pPr>
            <w:r>
              <w:rPr>
                <w:sz w:val="15"/>
              </w:rPr>
              <w:t>SO2</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B79288" w14:textId="77777777" w:rsidR="00297C2F" w:rsidRDefault="00000000">
            <w:pPr>
              <w:spacing w:after="0" w:line="240" w:lineRule="auto"/>
            </w:pPr>
            <w:r>
              <w:rPr>
                <w:sz w:val="15"/>
              </w:rPr>
              <w:t>SO2</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F7D61CC" w14:textId="77777777" w:rsidR="00297C2F" w:rsidRDefault="00000000">
            <w:pPr>
              <w:spacing w:after="0" w:line="240" w:lineRule="auto"/>
              <w:jc w:val="center"/>
            </w:pPr>
            <w:r>
              <w:rPr>
                <w:sz w:val="15"/>
              </w:rPr>
              <w:t>1.788</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81D824A" w14:textId="77777777" w:rsidR="00297C2F" w:rsidRDefault="00000000">
            <w:pPr>
              <w:spacing w:after="0" w:line="240" w:lineRule="auto"/>
              <w:jc w:val="center"/>
            </w:pPr>
            <w:r>
              <w:rPr>
                <w:sz w:val="15"/>
              </w:rPr>
              <w:t>1.782</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F1C06AF" w14:textId="77777777" w:rsidR="00297C2F" w:rsidRDefault="00000000">
            <w:pPr>
              <w:spacing w:after="0" w:line="240" w:lineRule="auto"/>
              <w:jc w:val="center"/>
            </w:pPr>
            <w:r>
              <w:rPr>
                <w:sz w:val="15"/>
              </w:rPr>
              <w:t>0.228</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392B16" w14:textId="77777777" w:rsidR="00297C2F" w:rsidRDefault="00000000">
            <w:pPr>
              <w:spacing w:after="0" w:line="240" w:lineRule="auto"/>
              <w:jc w:val="center"/>
            </w:pPr>
            <w:r>
              <w:rPr>
                <w:sz w:val="15"/>
              </w:rPr>
              <w:t>1.377</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36B7B8" w14:textId="77777777" w:rsidR="00297C2F" w:rsidRDefault="00000000">
            <w:pPr>
              <w:spacing w:after="0" w:line="240" w:lineRule="auto"/>
              <w:jc w:val="center"/>
            </w:pPr>
            <w:r>
              <w:rPr>
                <w:sz w:val="15"/>
              </w:rPr>
              <w:t>2.261</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332E7AF" w14:textId="77777777" w:rsidR="00297C2F" w:rsidRDefault="00000000">
            <w:pPr>
              <w:spacing w:after="0" w:line="240" w:lineRule="auto"/>
              <w:jc w:val="center"/>
            </w:pPr>
            <w:r>
              <w:rPr>
                <w:sz w:val="15"/>
              </w:rPr>
              <w:t>17</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EEF63F" w14:textId="77777777" w:rsidR="00297C2F" w:rsidRDefault="00000000">
            <w:pPr>
              <w:spacing w:after="0" w:line="240" w:lineRule="auto"/>
              <w:jc w:val="center"/>
            </w:pPr>
            <w:r>
              <w:rPr>
                <w:sz w:val="15"/>
              </w:rPr>
              <w:t>15.99</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69A848" w14:textId="77777777" w:rsidR="00297C2F" w:rsidRDefault="00000000">
            <w:pPr>
              <w:spacing w:after="0" w:line="240" w:lineRule="auto"/>
              <w:jc w:val="center"/>
            </w:pPr>
            <w:r>
              <w:rPr>
                <w:sz w:val="15"/>
              </w:rPr>
              <w:t>26.0</w:t>
            </w:r>
          </w:p>
        </w:tc>
      </w:tr>
      <w:tr w:rsidR="00297C2F" w14:paraId="659A6FFA"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D7ADD92" w14:textId="77777777" w:rsidR="00297C2F" w:rsidRDefault="00000000">
            <w:pPr>
              <w:spacing w:after="0" w:line="240" w:lineRule="auto"/>
              <w:jc w:val="center"/>
            </w:pPr>
            <w:r>
              <w:rPr>
                <w:sz w:val="15"/>
              </w:rPr>
              <w:t>HE</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D92F605" w14:textId="77777777" w:rsidR="00297C2F" w:rsidRDefault="00000000">
            <w:pPr>
              <w:spacing w:after="0" w:line="240" w:lineRule="auto"/>
            </w:pPr>
            <w:r>
              <w:rPr>
                <w:sz w:val="15"/>
              </w:rPr>
              <w:t>Higher education (inverse)</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9F4D855" w14:textId="77777777" w:rsidR="00297C2F" w:rsidRDefault="00000000">
            <w:pPr>
              <w:spacing w:after="0" w:line="240" w:lineRule="auto"/>
              <w:jc w:val="center"/>
            </w:pPr>
            <w:r>
              <w:rPr>
                <w:sz w:val="15"/>
              </w:rPr>
              <w:t>1.417</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1C2FC3" w14:textId="77777777" w:rsidR="00297C2F" w:rsidRDefault="00000000">
            <w:pPr>
              <w:spacing w:after="0" w:line="240" w:lineRule="auto"/>
              <w:jc w:val="center"/>
            </w:pPr>
            <w:r>
              <w:rPr>
                <w:sz w:val="15"/>
              </w:rPr>
              <w:t>1.414</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61217B" w14:textId="77777777" w:rsidR="00297C2F" w:rsidRDefault="00000000">
            <w:pPr>
              <w:spacing w:after="0" w:line="240" w:lineRule="auto"/>
              <w:jc w:val="center"/>
            </w:pPr>
            <w:r>
              <w:rPr>
                <w:sz w:val="15"/>
              </w:rPr>
              <w:t>0.163</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64E5D20" w14:textId="77777777" w:rsidR="00297C2F" w:rsidRDefault="00000000">
            <w:pPr>
              <w:spacing w:after="0" w:line="240" w:lineRule="auto"/>
              <w:jc w:val="center"/>
            </w:pPr>
            <w:r>
              <w:rPr>
                <w:sz w:val="15"/>
              </w:rPr>
              <w:t>1.103</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576EC3" w14:textId="77777777" w:rsidR="00297C2F" w:rsidRDefault="00000000">
            <w:pPr>
              <w:spacing w:after="0" w:line="240" w:lineRule="auto"/>
              <w:jc w:val="center"/>
            </w:pPr>
            <w:r>
              <w:rPr>
                <w:sz w:val="15"/>
              </w:rPr>
              <w:t>1.741</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0411C62" w14:textId="77777777" w:rsidR="00297C2F" w:rsidRDefault="00000000">
            <w:pPr>
              <w:spacing w:after="0" w:line="240" w:lineRule="auto"/>
              <w:jc w:val="center"/>
            </w:pPr>
            <w:r>
              <w:rPr>
                <w:sz w:val="15"/>
              </w:rPr>
              <w:t>18</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EACB06" w14:textId="77777777" w:rsidR="00297C2F" w:rsidRDefault="00000000">
            <w:pPr>
              <w:spacing w:after="0" w:line="240" w:lineRule="auto"/>
              <w:jc w:val="center"/>
            </w:pPr>
            <w:r>
              <w:rPr>
                <w:sz w:val="15"/>
              </w:rPr>
              <w:t>18.41</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67B5C8E" w14:textId="77777777" w:rsidR="00297C2F" w:rsidRDefault="00000000">
            <w:pPr>
              <w:spacing w:after="0" w:line="240" w:lineRule="auto"/>
              <w:jc w:val="center"/>
            </w:pPr>
            <w:r>
              <w:rPr>
                <w:sz w:val="15"/>
              </w:rPr>
              <w:t>36.9</w:t>
            </w:r>
          </w:p>
        </w:tc>
      </w:tr>
      <w:tr w:rsidR="00297C2F" w14:paraId="321F756B"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0C6B318" w14:textId="77777777" w:rsidR="00297C2F" w:rsidRDefault="00000000">
            <w:pPr>
              <w:spacing w:after="0" w:line="240" w:lineRule="auto"/>
              <w:jc w:val="center"/>
            </w:pPr>
            <w:r>
              <w:rPr>
                <w:sz w:val="15"/>
              </w:rPr>
              <w:t>CO</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1D1816E" w14:textId="77777777" w:rsidR="00297C2F" w:rsidRDefault="00000000">
            <w:pPr>
              <w:spacing w:after="0" w:line="240" w:lineRule="auto"/>
            </w:pPr>
            <w:r>
              <w:rPr>
                <w:sz w:val="15"/>
              </w:rPr>
              <w:t>CO</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D5F070B" w14:textId="77777777" w:rsidR="00297C2F" w:rsidRDefault="00000000">
            <w:pPr>
              <w:spacing w:after="0" w:line="240" w:lineRule="auto"/>
              <w:jc w:val="center"/>
            </w:pPr>
            <w:r>
              <w:rPr>
                <w:sz w:val="15"/>
              </w:rPr>
              <w:t>1.408</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19DFFAC" w14:textId="77777777" w:rsidR="00297C2F" w:rsidRDefault="00000000">
            <w:pPr>
              <w:spacing w:after="0" w:line="240" w:lineRule="auto"/>
              <w:jc w:val="center"/>
            </w:pPr>
            <w:r>
              <w:rPr>
                <w:sz w:val="15"/>
              </w:rPr>
              <w:t>1.407</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56638B0" w14:textId="77777777" w:rsidR="00297C2F" w:rsidRDefault="00000000">
            <w:pPr>
              <w:spacing w:after="0" w:line="240" w:lineRule="auto"/>
              <w:jc w:val="center"/>
            </w:pPr>
            <w:r>
              <w:rPr>
                <w:sz w:val="15"/>
              </w:rPr>
              <w:t>0.185</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D996B31" w14:textId="77777777" w:rsidR="00297C2F" w:rsidRDefault="00000000">
            <w:pPr>
              <w:spacing w:after="0" w:line="240" w:lineRule="auto"/>
              <w:jc w:val="center"/>
            </w:pPr>
            <w:r>
              <w:rPr>
                <w:sz w:val="15"/>
              </w:rPr>
              <w:t>1.079</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1B1F391" w14:textId="77777777" w:rsidR="00297C2F" w:rsidRDefault="00000000">
            <w:pPr>
              <w:spacing w:after="0" w:line="240" w:lineRule="auto"/>
              <w:jc w:val="center"/>
            </w:pPr>
            <w:r>
              <w:rPr>
                <w:sz w:val="15"/>
              </w:rPr>
              <w:t>1.814</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2D9E76E" w14:textId="77777777" w:rsidR="00297C2F" w:rsidRDefault="00000000">
            <w:pPr>
              <w:spacing w:after="0" w:line="240" w:lineRule="auto"/>
              <w:jc w:val="center"/>
            </w:pPr>
            <w:r>
              <w:rPr>
                <w:sz w:val="15"/>
              </w:rPr>
              <w:t>19</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C90340F" w14:textId="77777777" w:rsidR="00297C2F" w:rsidRDefault="00000000">
            <w:pPr>
              <w:spacing w:after="0" w:line="240" w:lineRule="auto"/>
              <w:jc w:val="center"/>
            </w:pPr>
            <w:r>
              <w:rPr>
                <w:sz w:val="15"/>
              </w:rPr>
              <w:t>18.40</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2A2021" w14:textId="77777777" w:rsidR="00297C2F" w:rsidRDefault="00000000">
            <w:pPr>
              <w:spacing w:after="0" w:line="240" w:lineRule="auto"/>
              <w:jc w:val="center"/>
            </w:pPr>
            <w:r>
              <w:rPr>
                <w:sz w:val="15"/>
              </w:rPr>
              <w:t>45.3</w:t>
            </w:r>
          </w:p>
        </w:tc>
      </w:tr>
      <w:tr w:rsidR="00297C2F" w14:paraId="5466B234"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E86535" w14:textId="77777777" w:rsidR="00297C2F" w:rsidRDefault="00000000">
            <w:pPr>
              <w:spacing w:after="0" w:line="240" w:lineRule="auto"/>
              <w:jc w:val="center"/>
            </w:pPr>
            <w:r>
              <w:rPr>
                <w:sz w:val="15"/>
              </w:rPr>
              <w:t>O3</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D7F8C34" w14:textId="77777777" w:rsidR="00297C2F" w:rsidRDefault="00000000">
            <w:pPr>
              <w:spacing w:after="0" w:line="240" w:lineRule="auto"/>
            </w:pPr>
            <w:r>
              <w:rPr>
                <w:sz w:val="15"/>
              </w:rPr>
              <w:t>O3</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327ABC" w14:textId="77777777" w:rsidR="00297C2F" w:rsidRDefault="00000000">
            <w:pPr>
              <w:spacing w:after="0" w:line="240" w:lineRule="auto"/>
              <w:jc w:val="center"/>
            </w:pPr>
            <w:r>
              <w:rPr>
                <w:sz w:val="15"/>
              </w:rPr>
              <w:t>1.113</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89B61F4" w14:textId="77777777" w:rsidR="00297C2F" w:rsidRDefault="00000000">
            <w:pPr>
              <w:spacing w:after="0" w:line="240" w:lineRule="auto"/>
              <w:jc w:val="center"/>
            </w:pPr>
            <w:r>
              <w:rPr>
                <w:sz w:val="15"/>
              </w:rPr>
              <w:t>1.110</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099773" w14:textId="77777777" w:rsidR="00297C2F" w:rsidRDefault="00000000">
            <w:pPr>
              <w:spacing w:after="0" w:line="240" w:lineRule="auto"/>
              <w:jc w:val="center"/>
            </w:pPr>
            <w:r>
              <w:rPr>
                <w:sz w:val="15"/>
              </w:rPr>
              <w:t>0.142</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703C707" w14:textId="77777777" w:rsidR="00297C2F" w:rsidRDefault="00000000">
            <w:pPr>
              <w:spacing w:after="0" w:line="240" w:lineRule="auto"/>
              <w:jc w:val="center"/>
            </w:pPr>
            <w:r>
              <w:rPr>
                <w:sz w:val="15"/>
              </w:rPr>
              <w:t>0.859</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6F756D9" w14:textId="77777777" w:rsidR="00297C2F" w:rsidRDefault="00000000">
            <w:pPr>
              <w:spacing w:after="0" w:line="240" w:lineRule="auto"/>
              <w:jc w:val="center"/>
            </w:pPr>
            <w:r>
              <w:rPr>
                <w:sz w:val="15"/>
              </w:rPr>
              <w:t>1.403</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9CB8D9D" w14:textId="77777777" w:rsidR="00297C2F" w:rsidRDefault="00000000">
            <w:pPr>
              <w:spacing w:after="0" w:line="240" w:lineRule="auto"/>
              <w:jc w:val="center"/>
            </w:pPr>
            <w:r>
              <w:rPr>
                <w:sz w:val="15"/>
              </w:rPr>
              <w:t>20</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1047E28" w14:textId="77777777" w:rsidR="00297C2F" w:rsidRDefault="00000000">
            <w:pPr>
              <w:spacing w:after="0" w:line="240" w:lineRule="auto"/>
              <w:jc w:val="center"/>
            </w:pPr>
            <w:r>
              <w:rPr>
                <w:sz w:val="15"/>
              </w:rPr>
              <w:t>20.58</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6867E6" w14:textId="77777777" w:rsidR="00297C2F" w:rsidRDefault="00000000">
            <w:pPr>
              <w:spacing w:after="0" w:line="240" w:lineRule="auto"/>
              <w:jc w:val="center"/>
            </w:pPr>
            <w:r>
              <w:rPr>
                <w:sz w:val="15"/>
              </w:rPr>
              <w:t>47.9</w:t>
            </w:r>
          </w:p>
        </w:tc>
      </w:tr>
      <w:tr w:rsidR="00297C2F" w14:paraId="1F704F8D"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2CF5D75" w14:textId="77777777" w:rsidR="00297C2F" w:rsidRDefault="00000000">
            <w:pPr>
              <w:spacing w:after="0" w:line="240" w:lineRule="auto"/>
              <w:jc w:val="center"/>
            </w:pPr>
            <w:r>
              <w:rPr>
                <w:sz w:val="15"/>
              </w:rPr>
              <w:t>PF</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8410427" w14:textId="77777777" w:rsidR="00297C2F" w:rsidRDefault="00000000">
            <w:pPr>
              <w:spacing w:after="0" w:line="240" w:lineRule="auto"/>
            </w:pPr>
            <w:r>
              <w:rPr>
                <w:sz w:val="15"/>
              </w:rPr>
              <w:t>Passenger flow</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1494448" w14:textId="77777777" w:rsidR="00297C2F" w:rsidRDefault="00000000">
            <w:pPr>
              <w:spacing w:after="0" w:line="240" w:lineRule="auto"/>
              <w:jc w:val="center"/>
            </w:pPr>
            <w:r>
              <w:rPr>
                <w:sz w:val="15"/>
              </w:rPr>
              <w:t>1.059</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2CD4F28" w14:textId="77777777" w:rsidR="00297C2F" w:rsidRDefault="00000000">
            <w:pPr>
              <w:spacing w:after="0" w:line="240" w:lineRule="auto"/>
              <w:jc w:val="center"/>
            </w:pPr>
            <w:r>
              <w:rPr>
                <w:sz w:val="15"/>
              </w:rPr>
              <w:t>1.059</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9627291" w14:textId="77777777" w:rsidR="00297C2F" w:rsidRDefault="00000000">
            <w:pPr>
              <w:spacing w:after="0" w:line="240" w:lineRule="auto"/>
              <w:jc w:val="center"/>
            </w:pPr>
            <w:r>
              <w:rPr>
                <w:sz w:val="15"/>
              </w:rPr>
              <w:t>0.142</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D217FF" w14:textId="77777777" w:rsidR="00297C2F" w:rsidRDefault="00000000">
            <w:pPr>
              <w:spacing w:after="0" w:line="240" w:lineRule="auto"/>
              <w:jc w:val="center"/>
            </w:pPr>
            <w:r>
              <w:rPr>
                <w:sz w:val="15"/>
              </w:rPr>
              <w:t>0.797</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6EF33A8" w14:textId="77777777" w:rsidR="00297C2F" w:rsidRDefault="00000000">
            <w:pPr>
              <w:spacing w:after="0" w:line="240" w:lineRule="auto"/>
              <w:jc w:val="center"/>
            </w:pPr>
            <w:r>
              <w:rPr>
                <w:sz w:val="15"/>
              </w:rPr>
              <w:t>1.355</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9D7957" w14:textId="77777777" w:rsidR="00297C2F" w:rsidRDefault="00000000">
            <w:pPr>
              <w:spacing w:after="0" w:line="240" w:lineRule="auto"/>
              <w:jc w:val="center"/>
            </w:pPr>
            <w:r>
              <w:rPr>
                <w:sz w:val="15"/>
              </w:rPr>
              <w:t>21</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44E49F" w14:textId="77777777" w:rsidR="00297C2F" w:rsidRDefault="00000000">
            <w:pPr>
              <w:spacing w:after="0" w:line="240" w:lineRule="auto"/>
              <w:jc w:val="center"/>
            </w:pPr>
            <w:r>
              <w:rPr>
                <w:sz w:val="15"/>
              </w:rPr>
              <w:t>20.86</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037A1D" w14:textId="77777777" w:rsidR="00297C2F" w:rsidRDefault="00000000">
            <w:pPr>
              <w:spacing w:after="0" w:line="240" w:lineRule="auto"/>
              <w:jc w:val="center"/>
            </w:pPr>
            <w:r>
              <w:rPr>
                <w:sz w:val="15"/>
              </w:rPr>
              <w:t>39.4</w:t>
            </w:r>
          </w:p>
        </w:tc>
      </w:tr>
      <w:tr w:rsidR="00297C2F" w14:paraId="6DE37103"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2A8A3B9" w14:textId="77777777" w:rsidR="00297C2F" w:rsidRDefault="00000000">
            <w:pPr>
              <w:spacing w:after="0" w:line="240" w:lineRule="auto"/>
              <w:jc w:val="center"/>
            </w:pPr>
            <w:r>
              <w:rPr>
                <w:sz w:val="15"/>
              </w:rPr>
              <w:t>LF</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A9DBF56" w14:textId="77777777" w:rsidR="00297C2F" w:rsidRDefault="00000000">
            <w:pPr>
              <w:spacing w:after="0" w:line="240" w:lineRule="auto"/>
            </w:pPr>
            <w:r>
              <w:rPr>
                <w:sz w:val="15"/>
              </w:rPr>
              <w:t>Landfill proximity (inverse)</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0C1F286" w14:textId="77777777" w:rsidR="00297C2F" w:rsidRDefault="00000000">
            <w:pPr>
              <w:spacing w:after="0" w:line="240" w:lineRule="auto"/>
              <w:jc w:val="center"/>
            </w:pPr>
            <w:r>
              <w:rPr>
                <w:sz w:val="15"/>
              </w:rPr>
              <w:t>0.925</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81E5EF" w14:textId="77777777" w:rsidR="00297C2F" w:rsidRDefault="00000000">
            <w:pPr>
              <w:spacing w:after="0" w:line="240" w:lineRule="auto"/>
              <w:jc w:val="center"/>
            </w:pPr>
            <w:r>
              <w:rPr>
                <w:sz w:val="15"/>
              </w:rPr>
              <w:t>0.929</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15EC0D8" w14:textId="77777777" w:rsidR="00297C2F" w:rsidRDefault="00000000">
            <w:pPr>
              <w:spacing w:after="0" w:line="240" w:lineRule="auto"/>
              <w:jc w:val="center"/>
            </w:pPr>
            <w:r>
              <w:rPr>
                <w:sz w:val="15"/>
              </w:rPr>
              <w:t>0.133</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18C8BA" w14:textId="77777777" w:rsidR="00297C2F" w:rsidRDefault="00000000">
            <w:pPr>
              <w:spacing w:after="0" w:line="240" w:lineRule="auto"/>
              <w:jc w:val="center"/>
            </w:pPr>
            <w:r>
              <w:rPr>
                <w:sz w:val="15"/>
              </w:rPr>
              <w:t>0.698</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D9727F" w14:textId="77777777" w:rsidR="00297C2F" w:rsidRDefault="00000000">
            <w:pPr>
              <w:spacing w:after="0" w:line="240" w:lineRule="auto"/>
              <w:jc w:val="center"/>
            </w:pPr>
            <w:r>
              <w:rPr>
                <w:sz w:val="15"/>
              </w:rPr>
              <w:t>1.206</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10A2D68" w14:textId="77777777" w:rsidR="00297C2F" w:rsidRDefault="00000000">
            <w:pPr>
              <w:spacing w:after="0" w:line="240" w:lineRule="auto"/>
              <w:jc w:val="center"/>
            </w:pPr>
            <w:r>
              <w:rPr>
                <w:sz w:val="15"/>
              </w:rPr>
              <w:t>22</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E7CBC41" w14:textId="77777777" w:rsidR="00297C2F" w:rsidRDefault="00000000">
            <w:pPr>
              <w:spacing w:after="0" w:line="240" w:lineRule="auto"/>
              <w:jc w:val="center"/>
            </w:pPr>
            <w:r>
              <w:rPr>
                <w:sz w:val="15"/>
              </w:rPr>
              <w:t>22.24</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24F0E46" w14:textId="77777777" w:rsidR="00297C2F" w:rsidRDefault="00000000">
            <w:pPr>
              <w:spacing w:after="0" w:line="240" w:lineRule="auto"/>
              <w:jc w:val="center"/>
            </w:pPr>
            <w:r>
              <w:rPr>
                <w:sz w:val="15"/>
              </w:rPr>
              <w:t>30.7</w:t>
            </w:r>
          </w:p>
        </w:tc>
      </w:tr>
      <w:tr w:rsidR="00297C2F" w14:paraId="2B479313"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737B46" w14:textId="77777777" w:rsidR="00297C2F" w:rsidRDefault="00000000">
            <w:pPr>
              <w:spacing w:after="0" w:line="240" w:lineRule="auto"/>
              <w:jc w:val="center"/>
            </w:pPr>
            <w:r>
              <w:rPr>
                <w:sz w:val="15"/>
              </w:rPr>
              <w:t>DBA</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E4CF795" w14:textId="77777777" w:rsidR="00297C2F" w:rsidRDefault="00000000">
            <w:pPr>
              <w:spacing w:after="0" w:line="240" w:lineRule="auto"/>
            </w:pPr>
            <w:r>
              <w:rPr>
                <w:sz w:val="15"/>
              </w:rPr>
              <w:t>Daily boarding/alighting</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9C2F017" w14:textId="77777777" w:rsidR="00297C2F" w:rsidRDefault="00000000">
            <w:pPr>
              <w:spacing w:after="0" w:line="240" w:lineRule="auto"/>
              <w:jc w:val="center"/>
            </w:pPr>
            <w:r>
              <w:rPr>
                <w:sz w:val="15"/>
              </w:rPr>
              <w:t>0.884</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8157A1" w14:textId="77777777" w:rsidR="00297C2F" w:rsidRDefault="00000000">
            <w:pPr>
              <w:spacing w:after="0" w:line="240" w:lineRule="auto"/>
              <w:jc w:val="center"/>
            </w:pPr>
            <w:r>
              <w:rPr>
                <w:sz w:val="15"/>
              </w:rPr>
              <w:t>0.891</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0B9AF3" w14:textId="77777777" w:rsidR="00297C2F" w:rsidRDefault="00000000">
            <w:pPr>
              <w:spacing w:after="0" w:line="240" w:lineRule="auto"/>
              <w:jc w:val="center"/>
            </w:pPr>
            <w:r>
              <w:rPr>
                <w:sz w:val="15"/>
              </w:rPr>
              <w:t>0.123</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7441F7D" w14:textId="77777777" w:rsidR="00297C2F" w:rsidRDefault="00000000">
            <w:pPr>
              <w:spacing w:after="0" w:line="240" w:lineRule="auto"/>
              <w:jc w:val="center"/>
            </w:pPr>
            <w:r>
              <w:rPr>
                <w:sz w:val="15"/>
              </w:rPr>
              <w:t>0.657</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B78D5A0" w14:textId="77777777" w:rsidR="00297C2F" w:rsidRDefault="00000000">
            <w:pPr>
              <w:spacing w:after="0" w:line="240" w:lineRule="auto"/>
              <w:jc w:val="center"/>
            </w:pPr>
            <w:r>
              <w:rPr>
                <w:sz w:val="15"/>
              </w:rPr>
              <w:t>1.138</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5A84573" w14:textId="77777777" w:rsidR="00297C2F" w:rsidRDefault="00000000">
            <w:pPr>
              <w:spacing w:after="0" w:line="240" w:lineRule="auto"/>
              <w:jc w:val="center"/>
            </w:pPr>
            <w:r>
              <w:rPr>
                <w:sz w:val="15"/>
              </w:rPr>
              <w:t>23</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7D1D06" w14:textId="77777777" w:rsidR="00297C2F" w:rsidRDefault="00000000">
            <w:pPr>
              <w:spacing w:after="0" w:line="240" w:lineRule="auto"/>
              <w:jc w:val="center"/>
            </w:pPr>
            <w:r>
              <w:rPr>
                <w:sz w:val="15"/>
              </w:rPr>
              <w:t>22.79</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1CF5DA0" w14:textId="77777777" w:rsidR="00297C2F" w:rsidRDefault="00000000">
            <w:pPr>
              <w:spacing w:after="0" w:line="240" w:lineRule="auto"/>
              <w:jc w:val="center"/>
            </w:pPr>
            <w:r>
              <w:rPr>
                <w:sz w:val="15"/>
              </w:rPr>
              <w:t>26.8</w:t>
            </w:r>
          </w:p>
        </w:tc>
      </w:tr>
      <w:tr w:rsidR="00297C2F" w14:paraId="19F85C68"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E21278" w14:textId="77777777" w:rsidR="00297C2F" w:rsidRDefault="00000000">
            <w:pPr>
              <w:spacing w:after="0" w:line="240" w:lineRule="auto"/>
              <w:jc w:val="center"/>
            </w:pPr>
            <w:r>
              <w:rPr>
                <w:sz w:val="15"/>
              </w:rPr>
              <w:t>QRY</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2EB8C3D" w14:textId="77777777" w:rsidR="00297C2F" w:rsidRDefault="00000000">
            <w:pPr>
              <w:spacing w:after="0" w:line="240" w:lineRule="auto"/>
            </w:pPr>
            <w:r>
              <w:rPr>
                <w:sz w:val="15"/>
              </w:rPr>
              <w:t>Quarry proximity (inverse)</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16FE9BB" w14:textId="77777777" w:rsidR="00297C2F" w:rsidRDefault="00000000">
            <w:pPr>
              <w:spacing w:after="0" w:line="240" w:lineRule="auto"/>
              <w:jc w:val="center"/>
            </w:pPr>
            <w:r>
              <w:rPr>
                <w:sz w:val="15"/>
              </w:rPr>
              <w:t>0.805</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D66A884" w14:textId="77777777" w:rsidR="00297C2F" w:rsidRDefault="00000000">
            <w:pPr>
              <w:spacing w:after="0" w:line="240" w:lineRule="auto"/>
              <w:jc w:val="center"/>
            </w:pPr>
            <w:r>
              <w:rPr>
                <w:sz w:val="15"/>
              </w:rPr>
              <w:t>0.809</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65B93EB" w14:textId="77777777" w:rsidR="00297C2F" w:rsidRDefault="00000000">
            <w:pPr>
              <w:spacing w:after="0" w:line="240" w:lineRule="auto"/>
              <w:jc w:val="center"/>
            </w:pPr>
            <w:r>
              <w:rPr>
                <w:sz w:val="15"/>
              </w:rPr>
              <w:t>0.114</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246482F" w14:textId="77777777" w:rsidR="00297C2F" w:rsidRDefault="00000000">
            <w:pPr>
              <w:spacing w:after="0" w:line="240" w:lineRule="auto"/>
              <w:jc w:val="center"/>
            </w:pPr>
            <w:r>
              <w:rPr>
                <w:sz w:val="15"/>
              </w:rPr>
              <w:t>0.606</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D4BF42F" w14:textId="77777777" w:rsidR="00297C2F" w:rsidRDefault="00000000">
            <w:pPr>
              <w:spacing w:after="0" w:line="240" w:lineRule="auto"/>
              <w:jc w:val="center"/>
            </w:pPr>
            <w:r>
              <w:rPr>
                <w:sz w:val="15"/>
              </w:rPr>
              <w:t>1.056</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5E3A95C" w14:textId="77777777" w:rsidR="00297C2F" w:rsidRDefault="00000000">
            <w:pPr>
              <w:spacing w:after="0" w:line="240" w:lineRule="auto"/>
              <w:jc w:val="center"/>
            </w:pPr>
            <w:r>
              <w:rPr>
                <w:sz w:val="15"/>
              </w:rPr>
              <w:t>24</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E509AF" w14:textId="77777777" w:rsidR="00297C2F" w:rsidRDefault="00000000">
            <w:pPr>
              <w:spacing w:after="0" w:line="240" w:lineRule="auto"/>
              <w:jc w:val="center"/>
            </w:pPr>
            <w:r>
              <w:rPr>
                <w:sz w:val="15"/>
              </w:rPr>
              <w:t>23.85</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2B1618D" w14:textId="77777777" w:rsidR="00297C2F" w:rsidRDefault="00000000">
            <w:pPr>
              <w:spacing w:after="0" w:line="240" w:lineRule="auto"/>
              <w:jc w:val="center"/>
            </w:pPr>
            <w:r>
              <w:rPr>
                <w:sz w:val="15"/>
              </w:rPr>
              <w:t>36.8</w:t>
            </w:r>
          </w:p>
        </w:tc>
      </w:tr>
      <w:tr w:rsidR="00297C2F" w14:paraId="7733BCBD"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7FDB0C2" w14:textId="77777777" w:rsidR="00297C2F" w:rsidRDefault="00000000">
            <w:pPr>
              <w:spacing w:after="0" w:line="240" w:lineRule="auto"/>
              <w:jc w:val="center"/>
            </w:pPr>
            <w:r>
              <w:rPr>
                <w:sz w:val="15"/>
              </w:rPr>
              <w:t>BR</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A72FE69" w14:textId="77777777" w:rsidR="00297C2F" w:rsidRDefault="00000000">
            <w:pPr>
              <w:spacing w:after="0" w:line="240" w:lineRule="auto"/>
            </w:pPr>
            <w:r>
              <w:rPr>
                <w:sz w:val="15"/>
              </w:rPr>
              <w:t>Bus routes</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896C640" w14:textId="77777777" w:rsidR="00297C2F" w:rsidRDefault="00000000">
            <w:pPr>
              <w:spacing w:after="0" w:line="240" w:lineRule="auto"/>
              <w:jc w:val="center"/>
            </w:pPr>
            <w:r>
              <w:rPr>
                <w:sz w:val="15"/>
              </w:rPr>
              <w:t>0.705</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B4089B9" w14:textId="77777777" w:rsidR="00297C2F" w:rsidRDefault="00000000">
            <w:pPr>
              <w:spacing w:after="0" w:line="240" w:lineRule="auto"/>
              <w:jc w:val="center"/>
            </w:pPr>
            <w:r>
              <w:rPr>
                <w:sz w:val="15"/>
              </w:rPr>
              <w:t>0.711</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5F05D72" w14:textId="77777777" w:rsidR="00297C2F" w:rsidRDefault="00000000">
            <w:pPr>
              <w:spacing w:after="0" w:line="240" w:lineRule="auto"/>
              <w:jc w:val="center"/>
            </w:pPr>
            <w:r>
              <w:rPr>
                <w:sz w:val="15"/>
              </w:rPr>
              <w:t>0.097</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3D8CB8" w14:textId="77777777" w:rsidR="00297C2F" w:rsidRDefault="00000000">
            <w:pPr>
              <w:spacing w:after="0" w:line="240" w:lineRule="auto"/>
              <w:jc w:val="center"/>
            </w:pPr>
            <w:r>
              <w:rPr>
                <w:sz w:val="15"/>
              </w:rPr>
              <w:t>0.533</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14C526C" w14:textId="77777777" w:rsidR="00297C2F" w:rsidRDefault="00000000">
            <w:pPr>
              <w:spacing w:after="0" w:line="240" w:lineRule="auto"/>
              <w:jc w:val="center"/>
            </w:pPr>
            <w:r>
              <w:rPr>
                <w:sz w:val="15"/>
              </w:rPr>
              <w:t>0.901</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802E282" w14:textId="77777777" w:rsidR="00297C2F" w:rsidRDefault="00000000">
            <w:pPr>
              <w:spacing w:after="0" w:line="240" w:lineRule="auto"/>
              <w:jc w:val="center"/>
            </w:pPr>
            <w:r>
              <w:rPr>
                <w:sz w:val="15"/>
              </w:rPr>
              <w:t>25</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1B876EF" w14:textId="77777777" w:rsidR="00297C2F" w:rsidRDefault="00000000">
            <w:pPr>
              <w:spacing w:after="0" w:line="240" w:lineRule="auto"/>
              <w:jc w:val="center"/>
            </w:pPr>
            <w:r>
              <w:rPr>
                <w:sz w:val="15"/>
              </w:rPr>
              <w:t>25.41</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B78346" w14:textId="77777777" w:rsidR="00297C2F" w:rsidRDefault="00000000">
            <w:pPr>
              <w:spacing w:after="0" w:line="240" w:lineRule="auto"/>
              <w:jc w:val="center"/>
            </w:pPr>
            <w:r>
              <w:rPr>
                <w:sz w:val="15"/>
              </w:rPr>
              <w:t>29.3</w:t>
            </w:r>
          </w:p>
        </w:tc>
      </w:tr>
      <w:tr w:rsidR="00297C2F" w14:paraId="439CD13A"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6DC943A" w14:textId="77777777" w:rsidR="00297C2F" w:rsidRDefault="00000000">
            <w:pPr>
              <w:spacing w:after="0" w:line="240" w:lineRule="auto"/>
              <w:jc w:val="center"/>
            </w:pPr>
            <w:r>
              <w:rPr>
                <w:sz w:val="15"/>
              </w:rPr>
              <w:t>GS</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72F2866" w14:textId="77777777" w:rsidR="00297C2F" w:rsidRDefault="00000000">
            <w:pPr>
              <w:spacing w:after="0" w:line="240" w:lineRule="auto"/>
            </w:pPr>
            <w:r>
              <w:rPr>
                <w:sz w:val="15"/>
              </w:rPr>
              <w:t>Green space ratio (inverse)</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72D94CA" w14:textId="77777777" w:rsidR="00297C2F" w:rsidRDefault="00000000">
            <w:pPr>
              <w:spacing w:after="0" w:line="240" w:lineRule="auto"/>
              <w:jc w:val="center"/>
            </w:pPr>
            <w:r>
              <w:rPr>
                <w:sz w:val="15"/>
              </w:rPr>
              <w:t>0.701</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AB1EB05" w14:textId="77777777" w:rsidR="00297C2F" w:rsidRDefault="00000000">
            <w:pPr>
              <w:spacing w:after="0" w:line="240" w:lineRule="auto"/>
              <w:jc w:val="center"/>
            </w:pPr>
            <w:r>
              <w:rPr>
                <w:sz w:val="15"/>
              </w:rPr>
              <w:t>0.703</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91C5ED" w14:textId="77777777" w:rsidR="00297C2F" w:rsidRDefault="00000000">
            <w:pPr>
              <w:spacing w:after="0" w:line="240" w:lineRule="auto"/>
              <w:jc w:val="center"/>
            </w:pPr>
            <w:r>
              <w:rPr>
                <w:sz w:val="15"/>
              </w:rPr>
              <w:t>0.102</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1630E43" w14:textId="77777777" w:rsidR="00297C2F" w:rsidRDefault="00000000">
            <w:pPr>
              <w:spacing w:after="0" w:line="240" w:lineRule="auto"/>
              <w:jc w:val="center"/>
            </w:pPr>
            <w:r>
              <w:rPr>
                <w:sz w:val="15"/>
              </w:rPr>
              <w:t>0.525</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026C8CD" w14:textId="77777777" w:rsidR="00297C2F" w:rsidRDefault="00000000">
            <w:pPr>
              <w:spacing w:after="0" w:line="240" w:lineRule="auto"/>
              <w:jc w:val="center"/>
            </w:pPr>
            <w:r>
              <w:rPr>
                <w:sz w:val="15"/>
              </w:rPr>
              <w:t>0.912</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AF23D9B" w14:textId="77777777" w:rsidR="00297C2F" w:rsidRDefault="00000000">
            <w:pPr>
              <w:spacing w:after="0" w:line="240" w:lineRule="auto"/>
              <w:jc w:val="center"/>
            </w:pPr>
            <w:r>
              <w:rPr>
                <w:sz w:val="15"/>
              </w:rPr>
              <w:t>26</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A326682" w14:textId="77777777" w:rsidR="00297C2F" w:rsidRDefault="00000000">
            <w:pPr>
              <w:spacing w:after="0" w:line="240" w:lineRule="auto"/>
              <w:jc w:val="center"/>
            </w:pPr>
            <w:r>
              <w:rPr>
                <w:sz w:val="15"/>
              </w:rPr>
              <w:t>25.52</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A93652A" w14:textId="77777777" w:rsidR="00297C2F" w:rsidRDefault="00000000">
            <w:pPr>
              <w:spacing w:after="0" w:line="240" w:lineRule="auto"/>
              <w:jc w:val="center"/>
            </w:pPr>
            <w:r>
              <w:rPr>
                <w:sz w:val="15"/>
              </w:rPr>
              <w:t>34.3</w:t>
            </w:r>
          </w:p>
        </w:tc>
      </w:tr>
      <w:tr w:rsidR="00297C2F" w14:paraId="20EC976C"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2137728" w14:textId="77777777" w:rsidR="00297C2F" w:rsidRDefault="00000000">
            <w:pPr>
              <w:spacing w:after="0" w:line="240" w:lineRule="auto"/>
              <w:jc w:val="center"/>
            </w:pPr>
            <w:r>
              <w:rPr>
                <w:sz w:val="15"/>
              </w:rPr>
              <w:t>AIR</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CF389B" w14:textId="77777777" w:rsidR="00297C2F" w:rsidRDefault="00000000">
            <w:pPr>
              <w:spacing w:after="0" w:line="240" w:lineRule="auto"/>
            </w:pPr>
            <w:r>
              <w:rPr>
                <w:sz w:val="15"/>
              </w:rPr>
              <w:t>Airport proximity (inverse)</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BB94E8" w14:textId="77777777" w:rsidR="00297C2F" w:rsidRDefault="00000000">
            <w:pPr>
              <w:spacing w:after="0" w:line="240" w:lineRule="auto"/>
              <w:jc w:val="center"/>
            </w:pPr>
            <w:r>
              <w:rPr>
                <w:sz w:val="15"/>
              </w:rPr>
              <w:t>0.610</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4C7932" w14:textId="77777777" w:rsidR="00297C2F" w:rsidRDefault="00000000">
            <w:pPr>
              <w:spacing w:after="0" w:line="240" w:lineRule="auto"/>
              <w:jc w:val="center"/>
            </w:pPr>
            <w:r>
              <w:rPr>
                <w:sz w:val="15"/>
              </w:rPr>
              <w:t>0.614</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D2692E" w14:textId="77777777" w:rsidR="00297C2F" w:rsidRDefault="00000000">
            <w:pPr>
              <w:spacing w:after="0" w:line="240" w:lineRule="auto"/>
              <w:jc w:val="center"/>
            </w:pPr>
            <w:r>
              <w:rPr>
                <w:sz w:val="15"/>
              </w:rPr>
              <w:t>0.091</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919C06A" w14:textId="77777777" w:rsidR="00297C2F" w:rsidRDefault="00000000">
            <w:pPr>
              <w:spacing w:after="0" w:line="240" w:lineRule="auto"/>
              <w:jc w:val="center"/>
            </w:pPr>
            <w:r>
              <w:rPr>
                <w:sz w:val="15"/>
              </w:rPr>
              <w:t>0.459</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BF7468D" w14:textId="77777777" w:rsidR="00297C2F" w:rsidRDefault="00000000">
            <w:pPr>
              <w:spacing w:after="0" w:line="240" w:lineRule="auto"/>
              <w:jc w:val="center"/>
            </w:pPr>
            <w:r>
              <w:rPr>
                <w:sz w:val="15"/>
              </w:rPr>
              <w:t>0.813</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85A50DD" w14:textId="77777777" w:rsidR="00297C2F" w:rsidRDefault="00000000">
            <w:pPr>
              <w:spacing w:after="0" w:line="240" w:lineRule="auto"/>
              <w:jc w:val="center"/>
            </w:pPr>
            <w:r>
              <w:rPr>
                <w:sz w:val="15"/>
              </w:rPr>
              <w:t>27</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BDCE641" w14:textId="77777777" w:rsidR="00297C2F" w:rsidRDefault="00000000">
            <w:pPr>
              <w:spacing w:after="0" w:line="240" w:lineRule="auto"/>
              <w:jc w:val="center"/>
            </w:pPr>
            <w:r>
              <w:rPr>
                <w:sz w:val="15"/>
              </w:rPr>
              <w:t>27.07</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47A3FC1" w14:textId="77777777" w:rsidR="00297C2F" w:rsidRDefault="00000000">
            <w:pPr>
              <w:spacing w:after="0" w:line="240" w:lineRule="auto"/>
              <w:jc w:val="center"/>
            </w:pPr>
            <w:r>
              <w:rPr>
                <w:sz w:val="15"/>
              </w:rPr>
              <w:t>41.3</w:t>
            </w:r>
          </w:p>
        </w:tc>
      </w:tr>
      <w:tr w:rsidR="00297C2F" w14:paraId="6CEAA038"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F79C893" w14:textId="77777777" w:rsidR="00297C2F" w:rsidRDefault="00000000">
            <w:pPr>
              <w:spacing w:after="0" w:line="240" w:lineRule="auto"/>
              <w:jc w:val="center"/>
            </w:pPr>
            <w:r>
              <w:rPr>
                <w:sz w:val="15"/>
              </w:rPr>
              <w:t>BS</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E108E09" w14:textId="77777777" w:rsidR="00297C2F" w:rsidRDefault="00000000">
            <w:pPr>
              <w:spacing w:after="0" w:line="240" w:lineRule="auto"/>
            </w:pPr>
            <w:r>
              <w:rPr>
                <w:sz w:val="15"/>
              </w:rPr>
              <w:t>Bus stops</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25D8EC" w14:textId="77777777" w:rsidR="00297C2F" w:rsidRDefault="00000000">
            <w:pPr>
              <w:spacing w:after="0" w:line="240" w:lineRule="auto"/>
              <w:jc w:val="center"/>
            </w:pPr>
            <w:r>
              <w:rPr>
                <w:sz w:val="15"/>
              </w:rPr>
              <w:t>0.554</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2FF8DB5" w14:textId="77777777" w:rsidR="00297C2F" w:rsidRDefault="00000000">
            <w:pPr>
              <w:spacing w:after="0" w:line="240" w:lineRule="auto"/>
              <w:jc w:val="center"/>
            </w:pPr>
            <w:r>
              <w:rPr>
                <w:sz w:val="15"/>
              </w:rPr>
              <w:t>0.555</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0EC2688" w14:textId="77777777" w:rsidR="00297C2F" w:rsidRDefault="00000000">
            <w:pPr>
              <w:spacing w:after="0" w:line="240" w:lineRule="auto"/>
              <w:jc w:val="center"/>
            </w:pPr>
            <w:r>
              <w:rPr>
                <w:sz w:val="15"/>
              </w:rPr>
              <w:t>0.078</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E8EF7B6" w14:textId="77777777" w:rsidR="00297C2F" w:rsidRDefault="00000000">
            <w:pPr>
              <w:spacing w:after="0" w:line="240" w:lineRule="auto"/>
              <w:jc w:val="center"/>
            </w:pPr>
            <w:r>
              <w:rPr>
                <w:sz w:val="15"/>
              </w:rPr>
              <w:t>0.416</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DC1E5D3" w14:textId="77777777" w:rsidR="00297C2F" w:rsidRDefault="00000000">
            <w:pPr>
              <w:spacing w:after="0" w:line="240" w:lineRule="auto"/>
              <w:jc w:val="center"/>
            </w:pPr>
            <w:r>
              <w:rPr>
                <w:sz w:val="15"/>
              </w:rPr>
              <w:t>0.711</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9A87EC" w14:textId="77777777" w:rsidR="00297C2F" w:rsidRDefault="00000000">
            <w:pPr>
              <w:spacing w:after="0" w:line="240" w:lineRule="auto"/>
              <w:jc w:val="center"/>
            </w:pPr>
            <w:r>
              <w:rPr>
                <w:sz w:val="15"/>
              </w:rPr>
              <w:t>28</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D5D5262" w14:textId="77777777" w:rsidR="00297C2F" w:rsidRDefault="00000000">
            <w:pPr>
              <w:spacing w:after="0" w:line="240" w:lineRule="auto"/>
              <w:jc w:val="center"/>
            </w:pPr>
            <w:r>
              <w:rPr>
                <w:sz w:val="15"/>
              </w:rPr>
              <w:t>28.03</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02E57C9" w14:textId="77777777" w:rsidR="00297C2F" w:rsidRDefault="00000000">
            <w:pPr>
              <w:spacing w:after="0" w:line="240" w:lineRule="auto"/>
              <w:jc w:val="center"/>
            </w:pPr>
            <w:r>
              <w:rPr>
                <w:sz w:val="15"/>
              </w:rPr>
              <w:t>32.7</w:t>
            </w:r>
          </w:p>
        </w:tc>
      </w:tr>
      <w:tr w:rsidR="00297C2F" w14:paraId="44695A3A" w14:textId="77777777">
        <w:trPr>
          <w:cantSplit/>
          <w:jc w:val="center"/>
        </w:trPr>
        <w:tc>
          <w:tcPr>
            <w:tcW w:w="8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117B42" w14:textId="77777777" w:rsidR="00297C2F" w:rsidRDefault="00000000">
            <w:pPr>
              <w:spacing w:after="0" w:line="240" w:lineRule="auto"/>
              <w:jc w:val="center"/>
            </w:pPr>
            <w:r>
              <w:rPr>
                <w:sz w:val="15"/>
              </w:rPr>
              <w:t>LS</w:t>
            </w:r>
          </w:p>
        </w:tc>
        <w:tc>
          <w:tcPr>
            <w:tcW w:w="3821"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B250A5" w14:textId="77777777" w:rsidR="00297C2F" w:rsidRDefault="00000000">
            <w:pPr>
              <w:spacing w:after="0" w:line="240" w:lineRule="auto"/>
            </w:pPr>
            <w:r>
              <w:rPr>
                <w:sz w:val="15"/>
              </w:rPr>
              <w:t>Land-space ratio</w:t>
            </w:r>
          </w:p>
        </w:tc>
        <w:tc>
          <w:tcPr>
            <w:tcW w:w="13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8CC903B" w14:textId="77777777" w:rsidR="00297C2F" w:rsidRDefault="00000000">
            <w:pPr>
              <w:spacing w:after="0" w:line="240" w:lineRule="auto"/>
              <w:jc w:val="center"/>
            </w:pPr>
            <w:r>
              <w:rPr>
                <w:sz w:val="15"/>
              </w:rPr>
              <w:t>0.531</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C5D0B9" w14:textId="77777777" w:rsidR="00297C2F" w:rsidRDefault="00000000">
            <w:pPr>
              <w:spacing w:after="0" w:line="240" w:lineRule="auto"/>
              <w:jc w:val="center"/>
            </w:pPr>
            <w:r>
              <w:rPr>
                <w:sz w:val="15"/>
              </w:rPr>
              <w:t>0.534</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1E4FFE9" w14:textId="77777777" w:rsidR="00297C2F" w:rsidRDefault="00000000">
            <w:pPr>
              <w:spacing w:after="0" w:line="240" w:lineRule="auto"/>
              <w:jc w:val="center"/>
            </w:pPr>
            <w:r>
              <w:rPr>
                <w:sz w:val="15"/>
              </w:rPr>
              <w:t>0.080</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3A31AF" w14:textId="77777777" w:rsidR="00297C2F" w:rsidRDefault="00000000">
            <w:pPr>
              <w:spacing w:after="0" w:line="240" w:lineRule="auto"/>
              <w:jc w:val="center"/>
            </w:pPr>
            <w:r>
              <w:rPr>
                <w:sz w:val="15"/>
              </w:rPr>
              <w:t>0.393</w:t>
            </w:r>
          </w:p>
        </w:tc>
        <w:tc>
          <w:tcPr>
            <w:tcW w:w="1323"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890EE93" w14:textId="77777777" w:rsidR="00297C2F" w:rsidRDefault="00000000">
            <w:pPr>
              <w:spacing w:after="0" w:line="240" w:lineRule="auto"/>
              <w:jc w:val="center"/>
            </w:pPr>
            <w:r>
              <w:rPr>
                <w:sz w:val="15"/>
              </w:rPr>
              <w:t>0.702</w:t>
            </w:r>
          </w:p>
        </w:tc>
        <w:tc>
          <w:tcPr>
            <w:tcW w:w="95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B1D72BD" w14:textId="77777777" w:rsidR="00297C2F" w:rsidRDefault="00000000">
            <w:pPr>
              <w:spacing w:after="0" w:line="240" w:lineRule="auto"/>
              <w:jc w:val="center"/>
            </w:pPr>
            <w:r>
              <w:rPr>
                <w:sz w:val="15"/>
              </w:rPr>
              <w:t>29</w:t>
            </w:r>
          </w:p>
        </w:tc>
        <w:tc>
          <w:tcPr>
            <w:tcW w:w="102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C7A7BC" w14:textId="77777777" w:rsidR="00297C2F" w:rsidRDefault="00000000">
            <w:pPr>
              <w:spacing w:after="0" w:line="240" w:lineRule="auto"/>
              <w:jc w:val="center"/>
            </w:pPr>
            <w:r>
              <w:rPr>
                <w:sz w:val="15"/>
              </w:rPr>
              <w:t>28.39</w:t>
            </w:r>
          </w:p>
        </w:tc>
        <w:tc>
          <w:tcPr>
            <w:tcW w:w="124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D7AA06D" w14:textId="77777777" w:rsidR="00297C2F" w:rsidRDefault="00000000">
            <w:pPr>
              <w:spacing w:after="0" w:line="240" w:lineRule="auto"/>
              <w:jc w:val="center"/>
            </w:pPr>
            <w:r>
              <w:rPr>
                <w:sz w:val="15"/>
              </w:rPr>
              <w:t>52.4</w:t>
            </w:r>
          </w:p>
        </w:tc>
      </w:tr>
    </w:tbl>
    <w:p w14:paraId="18B73ABD" w14:textId="77777777" w:rsidR="00297C2F" w:rsidRDefault="00297C2F">
      <w:pPr>
        <w:spacing w:after="60" w:line="240" w:lineRule="auto"/>
      </w:pPr>
    </w:p>
    <w:p w14:paraId="48552C11" w14:textId="77777777" w:rsidR="00297C2F" w:rsidRDefault="00000000">
      <w:pPr>
        <w:spacing w:after="60" w:line="240" w:lineRule="auto"/>
      </w:pPr>
      <w:r>
        <w:rPr>
          <w:sz w:val="19"/>
        </w:rPr>
        <w:t>All 1,000 simulated global weight vectors summed to 100 percent after renormalization; the maximum numerical deviation from one was 4.44e-16. The percentile intervals quantify uncertainty in the AHP weight structure under the specified perturbation protocol.</w:t>
      </w:r>
    </w:p>
    <w:p w14:paraId="068865FD" w14:textId="77777777" w:rsidR="00297C2F" w:rsidRDefault="00000000">
      <w:pPr>
        <w:spacing w:after="60" w:line="240" w:lineRule="auto"/>
      </w:pPr>
      <w:r>
        <w:rPr>
          <w:sz w:val="19"/>
        </w:rPr>
        <w:br w:type="page"/>
      </w:r>
    </w:p>
    <w:p w14:paraId="39BD5E45" w14:textId="77777777" w:rsidR="00297C2F" w:rsidRDefault="00000000">
      <w:pPr>
        <w:pStyle w:val="Heading1"/>
        <w:spacing w:before="160" w:after="60" w:line="240" w:lineRule="auto"/>
      </w:pPr>
      <w:r>
        <w:rPr>
          <w:rFonts w:ascii="Arial" w:hAnsi="Arial"/>
          <w:sz w:val="23"/>
        </w:rPr>
        <w:lastRenderedPageBreak/>
        <w:t>Reported analytical sample and arithmetic</w:t>
      </w:r>
    </w:p>
    <w:p w14:paraId="30D66239" w14:textId="77777777" w:rsidR="00297C2F" w:rsidRDefault="00000000">
      <w:pPr>
        <w:spacing w:after="60" w:line="240" w:lineRule="auto"/>
      </w:pPr>
      <w:r>
        <w:rPr>
          <w:sz w:val="19"/>
        </w:rPr>
        <w:t>The reported analytical sample comprises 767 participants, comprising 511 lung cancer cases and 256 controls. The exact case to control ratio is 1.9961 to 1 and is reported as approximately 2 to 1.</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7920"/>
        <w:gridCol w:w="2970"/>
        <w:gridCol w:w="3366"/>
      </w:tblGrid>
      <w:tr w:rsidR="00297C2F" w14:paraId="3627A2D3" w14:textId="77777777">
        <w:trPr>
          <w:cantSplit/>
          <w:tblHeader/>
          <w:jc w:val="center"/>
        </w:trPr>
        <w:tc>
          <w:tcPr>
            <w:tcW w:w="79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B82E06D" w14:textId="77777777" w:rsidR="00297C2F" w:rsidRDefault="00000000">
            <w:pPr>
              <w:spacing w:after="0" w:line="240" w:lineRule="auto"/>
              <w:jc w:val="center"/>
            </w:pPr>
            <w:r>
              <w:rPr>
                <w:b/>
                <w:sz w:val="15"/>
              </w:rPr>
              <w:t>Group</w:t>
            </w:r>
          </w:p>
        </w:tc>
        <w:tc>
          <w:tcPr>
            <w:tcW w:w="297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6E88685" w14:textId="77777777" w:rsidR="00297C2F" w:rsidRDefault="00000000">
            <w:pPr>
              <w:spacing w:after="0" w:line="240" w:lineRule="auto"/>
              <w:jc w:val="center"/>
            </w:pPr>
            <w:r>
              <w:rPr>
                <w:b/>
                <w:sz w:val="15"/>
              </w:rPr>
              <w:t>n</w:t>
            </w:r>
          </w:p>
        </w:tc>
        <w:tc>
          <w:tcPr>
            <w:tcW w:w="33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17D7CC0" w14:textId="77777777" w:rsidR="00297C2F" w:rsidRDefault="00000000">
            <w:pPr>
              <w:spacing w:after="0" w:line="240" w:lineRule="auto"/>
              <w:jc w:val="center"/>
            </w:pPr>
            <w:r>
              <w:rPr>
                <w:b/>
                <w:sz w:val="15"/>
              </w:rPr>
              <w:t>Percent</w:t>
            </w:r>
          </w:p>
        </w:tc>
      </w:tr>
      <w:tr w:rsidR="00297C2F" w14:paraId="2B9EB7CE" w14:textId="77777777">
        <w:trPr>
          <w:cantSplit/>
          <w:jc w:val="center"/>
        </w:trPr>
        <w:tc>
          <w:tcPr>
            <w:tcW w:w="79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99E40A9" w14:textId="77777777" w:rsidR="00297C2F" w:rsidRDefault="00000000">
            <w:pPr>
              <w:spacing w:after="0" w:line="240" w:lineRule="auto"/>
            </w:pPr>
            <w:r>
              <w:rPr>
                <w:sz w:val="15"/>
              </w:rPr>
              <w:t>Lung cancer cases</w:t>
            </w:r>
          </w:p>
        </w:tc>
        <w:tc>
          <w:tcPr>
            <w:tcW w:w="297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7235C3A" w14:textId="77777777" w:rsidR="00297C2F" w:rsidRDefault="00000000">
            <w:pPr>
              <w:spacing w:after="0" w:line="240" w:lineRule="auto"/>
              <w:jc w:val="center"/>
            </w:pPr>
            <w:r>
              <w:rPr>
                <w:sz w:val="15"/>
              </w:rPr>
              <w:t>511</w:t>
            </w:r>
          </w:p>
        </w:tc>
        <w:tc>
          <w:tcPr>
            <w:tcW w:w="33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95E5D3" w14:textId="77777777" w:rsidR="00297C2F" w:rsidRDefault="00000000">
            <w:pPr>
              <w:spacing w:after="0" w:line="240" w:lineRule="auto"/>
              <w:jc w:val="center"/>
            </w:pPr>
            <w:r>
              <w:rPr>
                <w:sz w:val="15"/>
              </w:rPr>
              <w:t>66.6232</w:t>
            </w:r>
          </w:p>
        </w:tc>
      </w:tr>
      <w:tr w:rsidR="00297C2F" w14:paraId="43CF270C" w14:textId="77777777">
        <w:trPr>
          <w:cantSplit/>
          <w:jc w:val="center"/>
        </w:trPr>
        <w:tc>
          <w:tcPr>
            <w:tcW w:w="79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2FE1FC0" w14:textId="77777777" w:rsidR="00297C2F" w:rsidRDefault="00000000">
            <w:pPr>
              <w:spacing w:after="0" w:line="240" w:lineRule="auto"/>
            </w:pPr>
            <w:r>
              <w:rPr>
                <w:sz w:val="15"/>
              </w:rPr>
              <w:t>Controls</w:t>
            </w:r>
          </w:p>
        </w:tc>
        <w:tc>
          <w:tcPr>
            <w:tcW w:w="297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14A7EB" w14:textId="77777777" w:rsidR="00297C2F" w:rsidRDefault="00000000">
            <w:pPr>
              <w:spacing w:after="0" w:line="240" w:lineRule="auto"/>
              <w:jc w:val="center"/>
            </w:pPr>
            <w:r>
              <w:rPr>
                <w:sz w:val="15"/>
              </w:rPr>
              <w:t>256</w:t>
            </w:r>
          </w:p>
        </w:tc>
        <w:tc>
          <w:tcPr>
            <w:tcW w:w="33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57AD1CB" w14:textId="77777777" w:rsidR="00297C2F" w:rsidRDefault="00000000">
            <w:pPr>
              <w:spacing w:after="0" w:line="240" w:lineRule="auto"/>
              <w:jc w:val="center"/>
            </w:pPr>
            <w:r>
              <w:rPr>
                <w:sz w:val="15"/>
              </w:rPr>
              <w:t>33.3768</w:t>
            </w:r>
          </w:p>
        </w:tc>
      </w:tr>
      <w:tr w:rsidR="00297C2F" w14:paraId="0AD84635" w14:textId="77777777">
        <w:trPr>
          <w:cantSplit/>
          <w:jc w:val="center"/>
        </w:trPr>
        <w:tc>
          <w:tcPr>
            <w:tcW w:w="79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D19CA14" w14:textId="77777777" w:rsidR="00297C2F" w:rsidRDefault="00000000">
            <w:pPr>
              <w:spacing w:after="0" w:line="240" w:lineRule="auto"/>
            </w:pPr>
            <w:r>
              <w:rPr>
                <w:b/>
                <w:sz w:val="15"/>
              </w:rPr>
              <w:t>Total</w:t>
            </w:r>
          </w:p>
        </w:tc>
        <w:tc>
          <w:tcPr>
            <w:tcW w:w="297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16A4F7C" w14:textId="77777777" w:rsidR="00297C2F" w:rsidRDefault="00000000">
            <w:pPr>
              <w:spacing w:after="0" w:line="240" w:lineRule="auto"/>
              <w:jc w:val="center"/>
            </w:pPr>
            <w:r>
              <w:rPr>
                <w:b/>
                <w:sz w:val="15"/>
              </w:rPr>
              <w:t>767</w:t>
            </w:r>
          </w:p>
        </w:tc>
        <w:tc>
          <w:tcPr>
            <w:tcW w:w="336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6782961" w14:textId="77777777" w:rsidR="00297C2F" w:rsidRDefault="00000000">
            <w:pPr>
              <w:spacing w:after="0" w:line="240" w:lineRule="auto"/>
              <w:jc w:val="center"/>
            </w:pPr>
            <w:r>
              <w:rPr>
                <w:b/>
                <w:sz w:val="15"/>
              </w:rPr>
              <w:t>100.0000</w:t>
            </w:r>
          </w:p>
        </w:tc>
      </w:tr>
    </w:tbl>
    <w:p w14:paraId="260A1C2C" w14:textId="77777777" w:rsidR="00297C2F" w:rsidRDefault="00297C2F">
      <w:pPr>
        <w:spacing w:after="60" w:line="240" w:lineRule="auto"/>
      </w:pPr>
    </w:p>
    <w:p w14:paraId="6CE7914F" w14:textId="77777777" w:rsidR="00297C2F" w:rsidRDefault="00000000">
      <w:pPr>
        <w:keepNext/>
        <w:spacing w:before="60" w:after="60" w:line="240" w:lineRule="auto"/>
      </w:pPr>
      <w:r>
        <w:rPr>
          <w:b/>
        </w:rPr>
        <w:t>Derived sample quantities</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59"/>
        <w:gridCol w:w="4292"/>
        <w:gridCol w:w="4905"/>
      </w:tblGrid>
      <w:tr w:rsidR="00297C2F" w14:paraId="4125F83A" w14:textId="77777777">
        <w:trPr>
          <w:cantSplit/>
          <w:tblHeader/>
          <w:jc w:val="center"/>
        </w:trPr>
        <w:tc>
          <w:tcPr>
            <w:tcW w:w="505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ABE6EED" w14:textId="77777777" w:rsidR="00297C2F" w:rsidRDefault="00000000">
            <w:pPr>
              <w:spacing w:after="0" w:line="240" w:lineRule="auto"/>
              <w:jc w:val="center"/>
            </w:pPr>
            <w:r>
              <w:rPr>
                <w:b/>
                <w:sz w:val="15"/>
              </w:rPr>
              <w:t>Quantity</w:t>
            </w:r>
          </w:p>
        </w:tc>
        <w:tc>
          <w:tcPr>
            <w:tcW w:w="42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6B22AE0" w14:textId="77777777" w:rsidR="00297C2F" w:rsidRDefault="00000000">
            <w:pPr>
              <w:spacing w:after="0" w:line="240" w:lineRule="auto"/>
              <w:jc w:val="center"/>
            </w:pPr>
            <w:r>
              <w:rPr>
                <w:b/>
                <w:sz w:val="15"/>
              </w:rPr>
              <w:t>Calculation</w:t>
            </w:r>
          </w:p>
        </w:tc>
        <w:tc>
          <w:tcPr>
            <w:tcW w:w="490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23B6BB" w14:textId="77777777" w:rsidR="00297C2F" w:rsidRDefault="00000000">
            <w:pPr>
              <w:spacing w:after="0" w:line="240" w:lineRule="auto"/>
              <w:jc w:val="center"/>
            </w:pPr>
            <w:r>
              <w:rPr>
                <w:b/>
                <w:sz w:val="15"/>
              </w:rPr>
              <w:t>Result</w:t>
            </w:r>
          </w:p>
        </w:tc>
      </w:tr>
      <w:tr w:rsidR="00297C2F" w14:paraId="5AB4E60A" w14:textId="77777777">
        <w:trPr>
          <w:cantSplit/>
          <w:jc w:val="center"/>
        </w:trPr>
        <w:tc>
          <w:tcPr>
            <w:tcW w:w="505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8B0B02B" w14:textId="77777777" w:rsidR="00297C2F" w:rsidRDefault="00000000">
            <w:pPr>
              <w:spacing w:after="0" w:line="240" w:lineRule="auto"/>
            </w:pPr>
            <w:r>
              <w:rPr>
                <w:sz w:val="15"/>
              </w:rPr>
              <w:t>Exact case to control ratio</w:t>
            </w:r>
          </w:p>
        </w:tc>
        <w:tc>
          <w:tcPr>
            <w:tcW w:w="42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D635F6D" w14:textId="77777777" w:rsidR="00297C2F" w:rsidRDefault="00000000">
            <w:pPr>
              <w:spacing w:after="0" w:line="240" w:lineRule="auto"/>
            </w:pPr>
            <w:r>
              <w:rPr>
                <w:sz w:val="15"/>
              </w:rPr>
              <w:t>511 divided by 256</w:t>
            </w:r>
          </w:p>
        </w:tc>
        <w:tc>
          <w:tcPr>
            <w:tcW w:w="490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850B176" w14:textId="77777777" w:rsidR="00297C2F" w:rsidRDefault="00000000">
            <w:pPr>
              <w:spacing w:after="0" w:line="240" w:lineRule="auto"/>
            </w:pPr>
            <w:r>
              <w:rPr>
                <w:sz w:val="15"/>
              </w:rPr>
              <w:t>1.99609375 to 1</w:t>
            </w:r>
          </w:p>
        </w:tc>
      </w:tr>
      <w:tr w:rsidR="00297C2F" w14:paraId="1E0A0110" w14:textId="77777777">
        <w:trPr>
          <w:cantSplit/>
          <w:jc w:val="center"/>
        </w:trPr>
        <w:tc>
          <w:tcPr>
            <w:tcW w:w="505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8E9F63B" w14:textId="77777777" w:rsidR="00297C2F" w:rsidRDefault="00000000">
            <w:pPr>
              <w:spacing w:after="0" w:line="240" w:lineRule="auto"/>
            </w:pPr>
            <w:r>
              <w:rPr>
                <w:sz w:val="15"/>
              </w:rPr>
              <w:t>Rounded reporting ratio</w:t>
            </w:r>
          </w:p>
        </w:tc>
        <w:tc>
          <w:tcPr>
            <w:tcW w:w="42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2982526" w14:textId="77777777" w:rsidR="00297C2F" w:rsidRDefault="00000000">
            <w:pPr>
              <w:spacing w:after="0" w:line="240" w:lineRule="auto"/>
            </w:pPr>
            <w:r>
              <w:rPr>
                <w:sz w:val="15"/>
              </w:rPr>
              <w:t>Approximately</w:t>
            </w:r>
          </w:p>
        </w:tc>
        <w:tc>
          <w:tcPr>
            <w:tcW w:w="490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1D61C56" w14:textId="77777777" w:rsidR="00297C2F" w:rsidRDefault="00000000">
            <w:pPr>
              <w:spacing w:after="0" w:line="240" w:lineRule="auto"/>
            </w:pPr>
            <w:r>
              <w:rPr>
                <w:sz w:val="15"/>
              </w:rPr>
              <w:t>2 to 1</w:t>
            </w:r>
          </w:p>
        </w:tc>
      </w:tr>
      <w:tr w:rsidR="00297C2F" w14:paraId="11604D63" w14:textId="77777777">
        <w:trPr>
          <w:cantSplit/>
          <w:jc w:val="center"/>
        </w:trPr>
        <w:tc>
          <w:tcPr>
            <w:tcW w:w="505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D772EC" w14:textId="77777777" w:rsidR="00297C2F" w:rsidRDefault="00000000">
            <w:pPr>
              <w:spacing w:after="0" w:line="240" w:lineRule="auto"/>
            </w:pPr>
            <w:r>
              <w:rPr>
                <w:sz w:val="15"/>
              </w:rPr>
              <w:t>Majority class reference accuracy</w:t>
            </w:r>
          </w:p>
        </w:tc>
        <w:tc>
          <w:tcPr>
            <w:tcW w:w="42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4606C5F" w14:textId="77777777" w:rsidR="00297C2F" w:rsidRDefault="00000000">
            <w:pPr>
              <w:spacing w:after="0" w:line="240" w:lineRule="auto"/>
            </w:pPr>
            <w:r>
              <w:rPr>
                <w:sz w:val="15"/>
              </w:rPr>
              <w:t>511 divided by 767</w:t>
            </w:r>
          </w:p>
        </w:tc>
        <w:tc>
          <w:tcPr>
            <w:tcW w:w="490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2A71E5" w14:textId="77777777" w:rsidR="00297C2F" w:rsidRDefault="00000000">
            <w:pPr>
              <w:spacing w:after="0" w:line="240" w:lineRule="auto"/>
            </w:pPr>
            <w:r>
              <w:rPr>
                <w:sz w:val="15"/>
              </w:rPr>
              <w:t>66.6232 percent</w:t>
            </w:r>
          </w:p>
        </w:tc>
      </w:tr>
      <w:tr w:rsidR="00297C2F" w14:paraId="2C7D0965" w14:textId="77777777">
        <w:trPr>
          <w:cantSplit/>
          <w:jc w:val="center"/>
        </w:trPr>
        <w:tc>
          <w:tcPr>
            <w:tcW w:w="505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68597B9" w14:textId="77777777" w:rsidR="00297C2F" w:rsidRDefault="00000000">
            <w:pPr>
              <w:spacing w:after="0" w:line="240" w:lineRule="auto"/>
            </w:pPr>
            <w:r>
              <w:rPr>
                <w:sz w:val="15"/>
              </w:rPr>
              <w:t>Inverse frequency case weight</w:t>
            </w:r>
          </w:p>
        </w:tc>
        <w:tc>
          <w:tcPr>
            <w:tcW w:w="42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E1A55FF" w14:textId="77777777" w:rsidR="00297C2F" w:rsidRDefault="00000000">
            <w:pPr>
              <w:spacing w:after="0" w:line="240" w:lineRule="auto"/>
            </w:pPr>
            <w:r>
              <w:rPr>
                <w:sz w:val="15"/>
              </w:rPr>
              <w:t>767 / (2 x 511)</w:t>
            </w:r>
          </w:p>
        </w:tc>
        <w:tc>
          <w:tcPr>
            <w:tcW w:w="490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361DD8C" w14:textId="77777777" w:rsidR="00297C2F" w:rsidRDefault="00000000">
            <w:pPr>
              <w:spacing w:after="0" w:line="240" w:lineRule="auto"/>
            </w:pPr>
            <w:r>
              <w:rPr>
                <w:sz w:val="15"/>
              </w:rPr>
              <w:t>0.7505</w:t>
            </w:r>
          </w:p>
        </w:tc>
      </w:tr>
      <w:tr w:rsidR="00297C2F" w14:paraId="1D0895D7" w14:textId="77777777">
        <w:trPr>
          <w:cantSplit/>
          <w:jc w:val="center"/>
        </w:trPr>
        <w:tc>
          <w:tcPr>
            <w:tcW w:w="505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3DE30BF" w14:textId="77777777" w:rsidR="00297C2F" w:rsidRDefault="00000000">
            <w:pPr>
              <w:spacing w:after="0" w:line="240" w:lineRule="auto"/>
            </w:pPr>
            <w:r>
              <w:rPr>
                <w:sz w:val="15"/>
              </w:rPr>
              <w:t>Inverse frequency control weight</w:t>
            </w:r>
          </w:p>
        </w:tc>
        <w:tc>
          <w:tcPr>
            <w:tcW w:w="42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E00ED0D" w14:textId="77777777" w:rsidR="00297C2F" w:rsidRDefault="00000000">
            <w:pPr>
              <w:spacing w:after="0" w:line="240" w:lineRule="auto"/>
            </w:pPr>
            <w:r>
              <w:rPr>
                <w:sz w:val="15"/>
              </w:rPr>
              <w:t>767 / (2 x 256)</w:t>
            </w:r>
          </w:p>
        </w:tc>
        <w:tc>
          <w:tcPr>
            <w:tcW w:w="490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492C125" w14:textId="77777777" w:rsidR="00297C2F" w:rsidRDefault="00000000">
            <w:pPr>
              <w:spacing w:after="0" w:line="240" w:lineRule="auto"/>
            </w:pPr>
            <w:r>
              <w:rPr>
                <w:sz w:val="15"/>
              </w:rPr>
              <w:t>1.4980</w:t>
            </w:r>
          </w:p>
        </w:tc>
      </w:tr>
      <w:tr w:rsidR="00297C2F" w14:paraId="2FB2F69B" w14:textId="77777777">
        <w:trPr>
          <w:cantSplit/>
          <w:jc w:val="center"/>
        </w:trPr>
        <w:tc>
          <w:tcPr>
            <w:tcW w:w="505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D691412" w14:textId="77777777" w:rsidR="00297C2F" w:rsidRDefault="00000000">
            <w:pPr>
              <w:spacing w:after="0" w:line="240" w:lineRule="auto"/>
            </w:pPr>
            <w:r>
              <w:rPr>
                <w:sz w:val="15"/>
              </w:rPr>
              <w:t>Five fold validation composition</w:t>
            </w:r>
          </w:p>
        </w:tc>
        <w:tc>
          <w:tcPr>
            <w:tcW w:w="42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33F4DE" w14:textId="77777777" w:rsidR="00297C2F" w:rsidRDefault="00000000">
            <w:pPr>
              <w:spacing w:after="0" w:line="240" w:lineRule="auto"/>
            </w:pPr>
            <w:r>
              <w:rPr>
                <w:sz w:val="15"/>
              </w:rPr>
              <w:t>Per fold</w:t>
            </w:r>
          </w:p>
        </w:tc>
        <w:tc>
          <w:tcPr>
            <w:tcW w:w="490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B45CC14" w14:textId="77777777" w:rsidR="00297C2F" w:rsidRDefault="00000000">
            <w:pPr>
              <w:spacing w:after="0" w:line="240" w:lineRule="auto"/>
            </w:pPr>
            <w:r>
              <w:rPr>
                <w:sz w:val="15"/>
              </w:rPr>
              <w:t>102 to 103 cases and 51 to 52 controls</w:t>
            </w:r>
          </w:p>
        </w:tc>
      </w:tr>
      <w:tr w:rsidR="00297C2F" w14:paraId="4F7FFA11" w14:textId="77777777">
        <w:trPr>
          <w:cantSplit/>
          <w:jc w:val="center"/>
        </w:trPr>
        <w:tc>
          <w:tcPr>
            <w:tcW w:w="5059"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FAB5BE4" w14:textId="77777777" w:rsidR="00297C2F" w:rsidRDefault="00000000">
            <w:pPr>
              <w:spacing w:after="0" w:line="240" w:lineRule="auto"/>
            </w:pPr>
            <w:r>
              <w:rPr>
                <w:sz w:val="15"/>
              </w:rPr>
              <w:t>Five fold training composition</w:t>
            </w:r>
          </w:p>
        </w:tc>
        <w:tc>
          <w:tcPr>
            <w:tcW w:w="42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BF133E2" w14:textId="77777777" w:rsidR="00297C2F" w:rsidRDefault="00000000">
            <w:pPr>
              <w:spacing w:after="0" w:line="240" w:lineRule="auto"/>
            </w:pPr>
            <w:r>
              <w:rPr>
                <w:sz w:val="15"/>
              </w:rPr>
              <w:t>Per fold</w:t>
            </w:r>
          </w:p>
        </w:tc>
        <w:tc>
          <w:tcPr>
            <w:tcW w:w="4905"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F606143" w14:textId="77777777" w:rsidR="00297C2F" w:rsidRDefault="00000000">
            <w:pPr>
              <w:spacing w:after="0" w:line="240" w:lineRule="auto"/>
            </w:pPr>
            <w:r>
              <w:rPr>
                <w:sz w:val="15"/>
              </w:rPr>
              <w:t>408 to 409 cases and 204 to 205 controls</w:t>
            </w:r>
          </w:p>
        </w:tc>
      </w:tr>
    </w:tbl>
    <w:p w14:paraId="7BA936E3" w14:textId="77777777" w:rsidR="00297C2F" w:rsidRDefault="00297C2F">
      <w:pPr>
        <w:spacing w:after="60" w:line="240" w:lineRule="auto"/>
      </w:pPr>
    </w:p>
    <w:p w14:paraId="25ABA511" w14:textId="77777777" w:rsidR="00297C2F" w:rsidRDefault="00000000">
      <w:pPr>
        <w:spacing w:after="60" w:line="240" w:lineRule="auto"/>
      </w:pPr>
      <w:r>
        <w:rPr>
          <w:sz w:val="19"/>
        </w:rPr>
        <w:br w:type="page"/>
      </w:r>
    </w:p>
    <w:p w14:paraId="44E847BB" w14:textId="77777777" w:rsidR="00297C2F" w:rsidRDefault="00000000">
      <w:pPr>
        <w:pStyle w:val="Heading1"/>
        <w:spacing w:before="160" w:after="60" w:line="240" w:lineRule="auto"/>
      </w:pPr>
      <w:r>
        <w:rPr>
          <w:rFonts w:ascii="Arial" w:hAnsi="Arial"/>
          <w:sz w:val="23"/>
        </w:rPr>
        <w:lastRenderedPageBreak/>
        <w:t>Reporting text for the manuscript</w:t>
      </w:r>
    </w:p>
    <w:p w14:paraId="1E14A083" w14:textId="77777777" w:rsidR="00297C2F" w:rsidRDefault="00000000">
      <w:pPr>
        <w:keepNext/>
        <w:spacing w:before="60" w:after="60" w:line="240" w:lineRule="auto"/>
      </w:pPr>
      <w:r>
        <w:rPr>
          <w:b/>
        </w:rPr>
        <w:t>AHP weighting and consistency</w:t>
      </w:r>
    </w:p>
    <w:p w14:paraId="185E7152" w14:textId="77777777" w:rsidR="00297C2F" w:rsidRDefault="00000000">
      <w:pPr>
        <w:spacing w:after="60" w:line="240" w:lineRule="auto"/>
      </w:pPr>
      <w:r>
        <w:rPr>
          <w:sz w:val="19"/>
        </w:rPr>
        <w:t>An analyst-defined hierarchical AHP specification was used in this appendix to combine socioeconomic, residential, environmental, and physical indicators. Positive reciprocal pairwise comparison matrices were specified for each node, and priority vectors were estimated from the normalized principal right eigenvector. All matrices for which a consistency ratio was defined met the prespecified CR below 0.10 criterion; CR values ranged from 0.0000 to 0.0216. The residential 2 by 2 matrix was perfectly consistent, for which CR is not defined because RI equals zero.</w:t>
      </w:r>
    </w:p>
    <w:p w14:paraId="7A2E2550" w14:textId="77777777" w:rsidR="00297C2F" w:rsidRDefault="00000000">
      <w:pPr>
        <w:keepNext/>
        <w:spacing w:before="60" w:after="60" w:line="240" w:lineRule="auto"/>
      </w:pPr>
      <w:r>
        <w:rPr>
          <w:b/>
        </w:rPr>
        <w:t>Reclassification and scenario analysis</w:t>
      </w:r>
    </w:p>
    <w:p w14:paraId="575A55B0" w14:textId="77777777" w:rsidR="00297C2F" w:rsidRDefault="00000000">
      <w:pPr>
        <w:spacing w:after="60" w:line="240" w:lineRule="auto"/>
      </w:pPr>
      <w:r>
        <w:rPr>
          <w:sz w:val="19"/>
        </w:rPr>
        <w:t>Direct and inverse indicators were converted to a common ordinal vulnerability scale from 1 to 8 using min max normalization and eight equal normalized intervals. Local weights were normalized within each AHP node. Five top level domain scenarios were evaluated: four priority scenarios assigning 40 percent to the focal domain and 20 percent to each remaining domain, and an equal scenario assigning 25 percent to every domain. Every scenario vector summed to 100 percent.</w:t>
      </w:r>
    </w:p>
    <w:p w14:paraId="3F9622DE" w14:textId="77777777" w:rsidR="00297C2F" w:rsidRDefault="00000000">
      <w:pPr>
        <w:keepNext/>
        <w:spacing w:before="60" w:after="60" w:line="240" w:lineRule="auto"/>
      </w:pPr>
      <w:r>
        <w:rPr>
          <w:b/>
        </w:rPr>
        <w:t>Weight sensitivity analysis</w:t>
      </w:r>
    </w:p>
    <w:p w14:paraId="7DC487FF" w14:textId="77777777" w:rsidR="00297C2F" w:rsidRDefault="00000000">
      <w:pPr>
        <w:spacing w:after="60" w:line="240" w:lineRule="auto"/>
      </w:pPr>
      <w:r>
        <w:rPr>
          <w:sz w:val="19"/>
        </w:rPr>
        <w:t>Weight sensitivity for the equal domain scenario was assessed with 1,000 Monte Carlo iterations using a fixed random seed of 20260919. Each local and top level weight was independently multiplied by a Uniform 0.85 to 1.15 factor, renormalized within its immediate AHP node, and propagated through the hierarchy to obtain global criterion weights. Results were summarized using the mean, standard deviation, 2.5th and 97.5th percentiles, and rank stability. Random values were generated with NumPy default_rng using the PCG64 bit generator.</w:t>
      </w:r>
    </w:p>
    <w:p w14:paraId="77A22A4F" w14:textId="77777777" w:rsidR="00297C2F" w:rsidRDefault="00000000">
      <w:pPr>
        <w:keepNext/>
        <w:spacing w:before="60" w:after="60" w:line="240" w:lineRule="auto"/>
      </w:pPr>
      <w:r>
        <w:rPr>
          <w:b/>
        </w:rPr>
        <w:t>Analytical sample</w:t>
      </w:r>
    </w:p>
    <w:p w14:paraId="233E0F76" w14:textId="77777777" w:rsidR="00297C2F" w:rsidRDefault="00000000">
      <w:pPr>
        <w:spacing w:after="60" w:line="240" w:lineRule="auto"/>
      </w:pPr>
      <w:r>
        <w:rPr>
          <w:sz w:val="19"/>
        </w:rPr>
        <w:t>The reported analytical sample comprised 767 participants, including 511 lung cancer cases and 256 controls. Cases represented 66.62 percent and controls 33.38 percent of the sample, corresponding to an approximate 2 to 1 case to control ratio.</w:t>
      </w:r>
    </w:p>
    <w:p w14:paraId="1EE3F7F6" w14:textId="77777777" w:rsidR="00297C2F" w:rsidRDefault="00000000">
      <w:pPr>
        <w:spacing w:after="60" w:line="240" w:lineRule="auto"/>
      </w:pPr>
      <w:r>
        <w:rPr>
          <w:sz w:val="19"/>
        </w:rPr>
        <w:br w:type="page"/>
      </w:r>
    </w:p>
    <w:p w14:paraId="2AAC66E5" w14:textId="77777777" w:rsidR="00297C2F" w:rsidRDefault="00000000">
      <w:pPr>
        <w:pStyle w:val="Heading1"/>
        <w:spacing w:before="160" w:after="60" w:line="240" w:lineRule="auto"/>
      </w:pPr>
      <w:r>
        <w:rPr>
          <w:rFonts w:ascii="Arial" w:hAnsi="Arial"/>
          <w:sz w:val="23"/>
        </w:rPr>
        <w:lastRenderedPageBreak/>
        <w:t>Questionnaire coding specification</w:t>
      </w:r>
    </w:p>
    <w:p w14:paraId="32F42074" w14:textId="77777777" w:rsidR="00297C2F" w:rsidRDefault="00000000">
      <w:pPr>
        <w:spacing w:after="60" w:line="240" w:lineRule="auto"/>
      </w:pPr>
      <w:r>
        <w:rPr>
          <w:sz w:val="19"/>
        </w:rPr>
        <w:t>The questionnaire response options define the labels for the numeric variables in the prepared dataset. Numeric category codes are identifiers for levels and must be entered as categorical factors or dummy variables unless a continuous scale is explicitly stated. Leading and trailing whitespace in source headers is trimmed during import; Transportation _trip and Year _relative are standardized to Transportation_trip and Year_relative. Gender is coded 1 for male and 2 for female.</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448"/>
        <w:gridCol w:w="3096"/>
        <w:gridCol w:w="6120"/>
        <w:gridCol w:w="2592"/>
      </w:tblGrid>
      <w:tr w:rsidR="00297C2F" w14:paraId="6BC0E819" w14:textId="77777777">
        <w:trPr>
          <w:cantSplit/>
          <w:tblHeader/>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A8DE3FF" w14:textId="77777777" w:rsidR="00297C2F" w:rsidRDefault="00000000">
            <w:pPr>
              <w:spacing w:after="0" w:line="240" w:lineRule="auto"/>
              <w:jc w:val="center"/>
            </w:pPr>
            <w:r>
              <w:rPr>
                <w:b/>
                <w:sz w:val="15"/>
              </w:rPr>
              <w:t>Variable</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0709005" w14:textId="77777777" w:rsidR="00297C2F" w:rsidRDefault="00000000">
            <w:pPr>
              <w:spacing w:after="0" w:line="240" w:lineRule="auto"/>
              <w:jc w:val="center"/>
            </w:pPr>
            <w:r>
              <w:rPr>
                <w:b/>
                <w:sz w:val="15"/>
              </w:rPr>
              <w:t>Meaning</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51D640" w14:textId="77777777" w:rsidR="00297C2F" w:rsidRDefault="00000000">
            <w:pPr>
              <w:spacing w:after="0" w:line="240" w:lineRule="auto"/>
              <w:jc w:val="center"/>
            </w:pPr>
            <w:r>
              <w:rPr>
                <w:b/>
                <w:sz w:val="15"/>
              </w:rPr>
              <w:t>Coding or units</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3952532" w14:textId="77777777" w:rsidR="00297C2F" w:rsidRDefault="00000000">
            <w:pPr>
              <w:spacing w:after="0" w:line="240" w:lineRule="auto"/>
              <w:jc w:val="center"/>
            </w:pPr>
            <w:r>
              <w:rPr>
                <w:b/>
                <w:sz w:val="15"/>
              </w:rPr>
              <w:t>Analysis treatment</w:t>
            </w:r>
          </w:p>
        </w:tc>
      </w:tr>
      <w:tr w:rsidR="00297C2F" w14:paraId="73338D4E"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94E75D" w14:textId="77777777" w:rsidR="00297C2F" w:rsidRDefault="00000000">
            <w:pPr>
              <w:spacing w:after="0" w:line="240" w:lineRule="auto"/>
            </w:pPr>
            <w:r>
              <w:rPr>
                <w:sz w:val="15"/>
              </w:rPr>
              <w:t>no</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57CC45D" w14:textId="77777777" w:rsidR="00297C2F" w:rsidRDefault="00000000">
            <w:pPr>
              <w:spacing w:after="0" w:line="240" w:lineRule="auto"/>
            </w:pPr>
            <w:r>
              <w:rPr>
                <w:sz w:val="15"/>
              </w:rPr>
              <w:t>Anonymous participant sequence</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85D4A4" w14:textId="77777777" w:rsidR="00297C2F" w:rsidRDefault="00000000">
            <w:pPr>
              <w:spacing w:after="0" w:line="240" w:lineRule="auto"/>
            </w:pPr>
            <w:r>
              <w:rPr>
                <w:sz w:val="15"/>
              </w:rPr>
              <w:t>Unique integer identifier</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F3B5B8B" w14:textId="77777777" w:rsidR="00297C2F" w:rsidRDefault="00000000">
            <w:pPr>
              <w:spacing w:after="0" w:line="240" w:lineRule="auto"/>
            </w:pPr>
            <w:r>
              <w:rPr>
                <w:sz w:val="15"/>
              </w:rPr>
              <w:t>Exclude from models</w:t>
            </w:r>
          </w:p>
        </w:tc>
      </w:tr>
      <w:tr w:rsidR="00297C2F" w14:paraId="45002ECC"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BC0D0D0" w14:textId="77777777" w:rsidR="00297C2F" w:rsidRDefault="00000000">
            <w:pPr>
              <w:spacing w:after="0" w:line="240" w:lineRule="auto"/>
            </w:pPr>
            <w:r>
              <w:rPr>
                <w:sz w:val="15"/>
              </w:rPr>
              <w:t>Gender</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F178F8E" w14:textId="77777777" w:rsidR="00297C2F" w:rsidRDefault="00000000">
            <w:pPr>
              <w:spacing w:after="0" w:line="240" w:lineRule="auto"/>
            </w:pPr>
            <w:r>
              <w:rPr>
                <w:sz w:val="15"/>
              </w:rPr>
              <w:t>Sex</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5EB2C2D" w14:textId="77777777" w:rsidR="00297C2F" w:rsidRDefault="00000000">
            <w:pPr>
              <w:spacing w:after="0" w:line="240" w:lineRule="auto"/>
            </w:pPr>
            <w:r>
              <w:rPr>
                <w:sz w:val="15"/>
              </w:rPr>
              <w:t>1 Male; 2 Female</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A0AA246" w14:textId="77777777" w:rsidR="00297C2F" w:rsidRDefault="00000000">
            <w:pPr>
              <w:spacing w:after="0" w:line="240" w:lineRule="auto"/>
            </w:pPr>
            <w:r>
              <w:rPr>
                <w:sz w:val="15"/>
              </w:rPr>
              <w:t>Categorical; reference Female</w:t>
            </w:r>
          </w:p>
        </w:tc>
      </w:tr>
      <w:tr w:rsidR="00297C2F" w14:paraId="0F6F9DF9"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101A02" w14:textId="77777777" w:rsidR="00297C2F" w:rsidRDefault="00000000">
            <w:pPr>
              <w:spacing w:after="0" w:line="240" w:lineRule="auto"/>
            </w:pPr>
            <w:r>
              <w:rPr>
                <w:sz w:val="15"/>
              </w:rPr>
              <w:t>Age</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C286A9" w14:textId="77777777" w:rsidR="00297C2F" w:rsidRDefault="00000000">
            <w:pPr>
              <w:spacing w:after="0" w:line="240" w:lineRule="auto"/>
            </w:pPr>
            <w:r>
              <w:rPr>
                <w:sz w:val="15"/>
              </w:rPr>
              <w:t>Age band surrogate</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0B4C342" w14:textId="77777777" w:rsidR="00297C2F" w:rsidRDefault="00000000">
            <w:pPr>
              <w:spacing w:after="0" w:line="240" w:lineRule="auto"/>
            </w:pPr>
            <w:r>
              <w:rPr>
                <w:sz w:val="15"/>
              </w:rPr>
              <w:t>25 = 21-30; 35 = 31-40; 45 = 41-50; 55 = 50-60; 65 = 61-70; 70 = over 70</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B387DA" w14:textId="77777777" w:rsidR="00297C2F" w:rsidRDefault="00000000">
            <w:pPr>
              <w:spacing w:after="0" w:line="240" w:lineRule="auto"/>
            </w:pPr>
            <w:r>
              <w:rPr>
                <w:sz w:val="15"/>
              </w:rPr>
              <w:t>Ordinal categorical; do not assume linearity</w:t>
            </w:r>
          </w:p>
        </w:tc>
      </w:tr>
      <w:tr w:rsidR="00297C2F" w14:paraId="65765D4D"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80C22F6" w14:textId="77777777" w:rsidR="00297C2F" w:rsidRDefault="00000000">
            <w:pPr>
              <w:spacing w:after="0" w:line="240" w:lineRule="auto"/>
            </w:pPr>
            <w:r>
              <w:rPr>
                <w:sz w:val="15"/>
              </w:rPr>
              <w:t>Infected</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4A6187A" w14:textId="77777777" w:rsidR="00297C2F" w:rsidRDefault="00000000">
            <w:pPr>
              <w:spacing w:after="0" w:line="240" w:lineRule="auto"/>
            </w:pPr>
            <w:r>
              <w:rPr>
                <w:sz w:val="15"/>
              </w:rPr>
              <w:t>Case-control outcome</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05C362" w14:textId="77777777" w:rsidR="00297C2F" w:rsidRDefault="00000000">
            <w:pPr>
              <w:spacing w:after="0" w:line="240" w:lineRule="auto"/>
            </w:pPr>
            <w:r>
              <w:rPr>
                <w:sz w:val="15"/>
              </w:rPr>
              <w:t>0 Control; 1 lung cancer case</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F254FE1" w14:textId="77777777" w:rsidR="00297C2F" w:rsidRDefault="00000000">
            <w:pPr>
              <w:spacing w:after="0" w:line="240" w:lineRule="auto"/>
            </w:pPr>
            <w:r>
              <w:rPr>
                <w:sz w:val="15"/>
              </w:rPr>
              <w:t>Binary outcome; reference Control</w:t>
            </w:r>
          </w:p>
        </w:tc>
      </w:tr>
      <w:tr w:rsidR="00297C2F" w14:paraId="2AA06139"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8E648C3" w14:textId="77777777" w:rsidR="00297C2F" w:rsidRDefault="00000000">
            <w:pPr>
              <w:spacing w:after="0" w:line="240" w:lineRule="auto"/>
            </w:pPr>
            <w:r>
              <w:rPr>
                <w:sz w:val="15"/>
              </w:rPr>
              <w:t>Diagnosis_age</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5822900" w14:textId="77777777" w:rsidR="00297C2F" w:rsidRDefault="00000000">
            <w:pPr>
              <w:spacing w:after="0" w:line="240" w:lineRule="auto"/>
            </w:pPr>
            <w:r>
              <w:rPr>
                <w:sz w:val="15"/>
              </w:rPr>
              <w:t>Age at lung cancer diagnosis</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D6B9567" w14:textId="77777777" w:rsidR="00297C2F" w:rsidRDefault="00000000">
            <w:pPr>
              <w:spacing w:after="0" w:line="240" w:lineRule="auto"/>
            </w:pPr>
            <w:r>
              <w:rPr>
                <w:sz w:val="15"/>
              </w:rPr>
              <w:t>Age in completed years; over-70 band encoded as 75</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34F774B" w14:textId="77777777" w:rsidR="00297C2F" w:rsidRDefault="00000000">
            <w:pPr>
              <w:spacing w:after="0" w:line="240" w:lineRule="auto"/>
            </w:pPr>
            <w:r>
              <w:rPr>
                <w:sz w:val="15"/>
              </w:rPr>
              <w:t>Case descriptor; exclude from case-control prediction</w:t>
            </w:r>
          </w:p>
        </w:tc>
      </w:tr>
      <w:tr w:rsidR="00297C2F" w14:paraId="11B4E67A"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5BE8D8A" w14:textId="77777777" w:rsidR="00297C2F" w:rsidRDefault="00000000">
            <w:pPr>
              <w:spacing w:after="0" w:line="240" w:lineRule="auto"/>
            </w:pPr>
            <w:r>
              <w:rPr>
                <w:sz w:val="15"/>
              </w:rPr>
              <w:t>Marital_status</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A48CC0F" w14:textId="77777777" w:rsidR="00297C2F" w:rsidRDefault="00000000">
            <w:pPr>
              <w:spacing w:after="0" w:line="240" w:lineRule="auto"/>
            </w:pPr>
            <w:r>
              <w:rPr>
                <w:sz w:val="15"/>
              </w:rPr>
              <w:t>Marital status</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5C94EFD" w14:textId="77777777" w:rsidR="00297C2F" w:rsidRDefault="00000000">
            <w:pPr>
              <w:spacing w:after="0" w:line="240" w:lineRule="auto"/>
            </w:pPr>
            <w:r>
              <w:rPr>
                <w:sz w:val="15"/>
              </w:rPr>
              <w:t>0 Single; 1 Married</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6E81D33" w14:textId="77777777" w:rsidR="00297C2F" w:rsidRDefault="00000000">
            <w:pPr>
              <w:spacing w:after="0" w:line="240" w:lineRule="auto"/>
            </w:pPr>
            <w:r>
              <w:rPr>
                <w:sz w:val="15"/>
              </w:rPr>
              <w:t>Categorical; reference Single</w:t>
            </w:r>
          </w:p>
        </w:tc>
      </w:tr>
      <w:tr w:rsidR="00297C2F" w14:paraId="6BE41319"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3FA8B98" w14:textId="77777777" w:rsidR="00297C2F" w:rsidRDefault="00000000">
            <w:pPr>
              <w:spacing w:after="0" w:line="240" w:lineRule="auto"/>
            </w:pPr>
            <w:r>
              <w:rPr>
                <w:sz w:val="15"/>
              </w:rPr>
              <w:t>Smoking</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DCA25AE" w14:textId="77777777" w:rsidR="00297C2F" w:rsidRDefault="00000000">
            <w:pPr>
              <w:spacing w:after="0" w:line="240" w:lineRule="auto"/>
            </w:pPr>
            <w:r>
              <w:rPr>
                <w:sz w:val="15"/>
              </w:rPr>
              <w:t>Smoking exposure</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14476B" w14:textId="77777777" w:rsidR="00297C2F" w:rsidRDefault="00000000">
            <w:pPr>
              <w:spacing w:after="0" w:line="240" w:lineRule="auto"/>
            </w:pPr>
            <w:r>
              <w:rPr>
                <w:sz w:val="15"/>
              </w:rPr>
              <w:t>0 Non-smoker; 1 Passive smoker; 2 Smoker</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804D173" w14:textId="77777777" w:rsidR="00297C2F" w:rsidRDefault="00000000">
            <w:pPr>
              <w:spacing w:after="0" w:line="240" w:lineRule="auto"/>
            </w:pPr>
            <w:r>
              <w:rPr>
                <w:sz w:val="15"/>
              </w:rPr>
              <w:t>Categorical; reference Non-smoker</w:t>
            </w:r>
          </w:p>
        </w:tc>
      </w:tr>
      <w:tr w:rsidR="00297C2F" w14:paraId="58911044"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7BD9CB2" w14:textId="77777777" w:rsidR="00297C2F" w:rsidRDefault="00000000">
            <w:pPr>
              <w:spacing w:after="0" w:line="240" w:lineRule="auto"/>
            </w:pPr>
            <w:r>
              <w:rPr>
                <w:sz w:val="15"/>
              </w:rPr>
              <w:t>Education_index</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03120D2" w14:textId="77777777" w:rsidR="00297C2F" w:rsidRDefault="00000000">
            <w:pPr>
              <w:spacing w:after="0" w:line="240" w:lineRule="auto"/>
            </w:pPr>
            <w:r>
              <w:rPr>
                <w:sz w:val="15"/>
              </w:rPr>
              <w:t>Education level</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7C4EF0E" w14:textId="77777777" w:rsidR="00297C2F" w:rsidRDefault="00000000">
            <w:pPr>
              <w:spacing w:after="0" w:line="240" w:lineRule="auto"/>
            </w:pPr>
            <w:r>
              <w:rPr>
                <w:sz w:val="15"/>
              </w:rPr>
              <w:t>0 Illiterate; 1 Basic or low; 2 Intermediate; 3 Higher</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913D2F7" w14:textId="77777777" w:rsidR="00297C2F" w:rsidRDefault="00000000">
            <w:pPr>
              <w:spacing w:after="0" w:line="240" w:lineRule="auto"/>
            </w:pPr>
            <w:r>
              <w:rPr>
                <w:sz w:val="15"/>
              </w:rPr>
              <w:t>Ordinal categorical; reference Higher</w:t>
            </w:r>
          </w:p>
        </w:tc>
      </w:tr>
      <w:tr w:rsidR="00297C2F" w14:paraId="77D06735"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029E5EE" w14:textId="77777777" w:rsidR="00297C2F" w:rsidRDefault="00000000">
            <w:pPr>
              <w:spacing w:after="0" w:line="240" w:lineRule="auto"/>
            </w:pPr>
            <w:r>
              <w:rPr>
                <w:sz w:val="15"/>
              </w:rPr>
              <w:t>Nutrition</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266C482" w14:textId="77777777" w:rsidR="00297C2F" w:rsidRDefault="00000000">
            <w:pPr>
              <w:spacing w:after="0" w:line="240" w:lineRule="auto"/>
            </w:pPr>
            <w:r>
              <w:rPr>
                <w:sz w:val="15"/>
              </w:rPr>
              <w:t>Diet quality</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B8DA264" w14:textId="77777777" w:rsidR="00297C2F" w:rsidRDefault="00000000">
            <w:pPr>
              <w:spacing w:after="0" w:line="240" w:lineRule="auto"/>
            </w:pPr>
            <w:r>
              <w:rPr>
                <w:sz w:val="15"/>
              </w:rPr>
              <w:t>0 Unhealthy; 1 Healthy</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9BB736" w14:textId="77777777" w:rsidR="00297C2F" w:rsidRDefault="00000000">
            <w:pPr>
              <w:spacing w:after="0" w:line="240" w:lineRule="auto"/>
            </w:pPr>
            <w:r>
              <w:rPr>
                <w:sz w:val="15"/>
              </w:rPr>
              <w:t>Categorical; reference Healthy</w:t>
            </w:r>
          </w:p>
        </w:tc>
      </w:tr>
      <w:tr w:rsidR="00297C2F" w14:paraId="7985FDF1"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1145F3B" w14:textId="77777777" w:rsidR="00297C2F" w:rsidRDefault="00000000">
            <w:pPr>
              <w:spacing w:after="0" w:line="240" w:lineRule="auto"/>
            </w:pPr>
            <w:r>
              <w:rPr>
                <w:sz w:val="15"/>
              </w:rPr>
              <w:t>Residence_address</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5962164" w14:textId="77777777" w:rsidR="00297C2F" w:rsidRDefault="00000000">
            <w:pPr>
              <w:spacing w:after="0" w:line="240" w:lineRule="auto"/>
            </w:pPr>
            <w:r>
              <w:rPr>
                <w:sz w:val="15"/>
              </w:rPr>
              <w:t>Residential district</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8BD3B0" w14:textId="77777777" w:rsidR="00297C2F" w:rsidRDefault="00000000">
            <w:pPr>
              <w:spacing w:after="0" w:line="240" w:lineRule="auto"/>
            </w:pPr>
            <w:r>
              <w:rPr>
                <w:sz w:val="15"/>
              </w:rPr>
              <w:t>Nominal district code; use the district-risk lookup below</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E450963" w14:textId="77777777" w:rsidR="00297C2F" w:rsidRDefault="00000000">
            <w:pPr>
              <w:spacing w:after="0" w:line="240" w:lineRule="auto"/>
            </w:pPr>
            <w:r>
              <w:rPr>
                <w:sz w:val="15"/>
              </w:rPr>
              <w:t>Never treat the code as a continuous number</w:t>
            </w:r>
          </w:p>
        </w:tc>
      </w:tr>
      <w:tr w:rsidR="00297C2F" w14:paraId="70E6C24C"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6C04BB" w14:textId="77777777" w:rsidR="00297C2F" w:rsidRDefault="00000000">
            <w:pPr>
              <w:spacing w:after="0" w:line="240" w:lineRule="auto"/>
            </w:pPr>
            <w:r>
              <w:rPr>
                <w:sz w:val="15"/>
              </w:rPr>
              <w:t>Residence_Building_Age</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EFE4F46" w14:textId="77777777" w:rsidR="00297C2F" w:rsidRDefault="00000000">
            <w:pPr>
              <w:spacing w:after="0" w:line="240" w:lineRule="auto"/>
            </w:pPr>
            <w:r>
              <w:rPr>
                <w:sz w:val="15"/>
              </w:rPr>
              <w:t>Residential building age</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D342C5C" w14:textId="77777777" w:rsidR="00297C2F" w:rsidRDefault="00000000">
            <w:pPr>
              <w:spacing w:after="0" w:line="240" w:lineRule="auto"/>
            </w:pPr>
            <w:r>
              <w:rPr>
                <w:sz w:val="15"/>
              </w:rPr>
              <w:t>1 Old; 2 Intermediate; 3 Modern or new</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596AFE5" w14:textId="77777777" w:rsidR="00297C2F" w:rsidRDefault="00000000">
            <w:pPr>
              <w:spacing w:after="0" w:line="240" w:lineRule="auto"/>
            </w:pPr>
            <w:r>
              <w:rPr>
                <w:sz w:val="15"/>
              </w:rPr>
              <w:t>Ordinal categorical; reference Modern</w:t>
            </w:r>
          </w:p>
        </w:tc>
      </w:tr>
      <w:tr w:rsidR="00297C2F" w14:paraId="2A08F848"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FB8E334" w14:textId="77777777" w:rsidR="00297C2F" w:rsidRDefault="00000000">
            <w:pPr>
              <w:spacing w:after="0" w:line="240" w:lineRule="auto"/>
            </w:pPr>
            <w:r>
              <w:rPr>
                <w:sz w:val="15"/>
              </w:rPr>
              <w:t>Residence_Area</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2F13CFF" w14:textId="77777777" w:rsidR="00297C2F" w:rsidRDefault="00000000">
            <w:pPr>
              <w:spacing w:after="0" w:line="240" w:lineRule="auto"/>
            </w:pPr>
            <w:r>
              <w:rPr>
                <w:sz w:val="15"/>
              </w:rPr>
              <w:t>Residential floor area</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BDED30" w14:textId="77777777" w:rsidR="00297C2F" w:rsidRDefault="00000000">
            <w:pPr>
              <w:spacing w:after="0" w:line="240" w:lineRule="auto"/>
            </w:pPr>
            <w:r>
              <w:rPr>
                <w:sz w:val="15"/>
              </w:rPr>
              <w:t>1 up to 50 m2; 2 = 51-100 m2; 3 = 101-150 m2</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0410928" w14:textId="77777777" w:rsidR="00297C2F" w:rsidRDefault="00000000">
            <w:pPr>
              <w:spacing w:after="0" w:line="240" w:lineRule="auto"/>
            </w:pPr>
            <w:r>
              <w:rPr>
                <w:sz w:val="15"/>
              </w:rPr>
              <w:t>Ordinal categorical; reference largest observed band</w:t>
            </w:r>
          </w:p>
        </w:tc>
      </w:tr>
      <w:tr w:rsidR="00297C2F" w14:paraId="11348B45"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529B733" w14:textId="77777777" w:rsidR="00297C2F" w:rsidRDefault="00000000">
            <w:pPr>
              <w:spacing w:after="0" w:line="240" w:lineRule="auto"/>
            </w:pPr>
            <w:r>
              <w:rPr>
                <w:sz w:val="15"/>
              </w:rPr>
              <w:t>Residence_direction</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C65FF97" w14:textId="77777777" w:rsidR="00297C2F" w:rsidRDefault="00000000">
            <w:pPr>
              <w:spacing w:after="0" w:line="240" w:lineRule="auto"/>
            </w:pPr>
            <w:r>
              <w:rPr>
                <w:sz w:val="15"/>
              </w:rPr>
              <w:t>Residential facade direction</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00AF217" w14:textId="77777777" w:rsidR="00297C2F" w:rsidRDefault="00000000">
            <w:pPr>
              <w:spacing w:after="0" w:line="240" w:lineRule="auto"/>
            </w:pPr>
            <w:r>
              <w:rPr>
                <w:sz w:val="15"/>
              </w:rPr>
              <w:t>1 North or Bahary; 2 South or Qibli</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EF6129B" w14:textId="77777777" w:rsidR="00297C2F" w:rsidRDefault="00000000">
            <w:pPr>
              <w:spacing w:after="0" w:line="240" w:lineRule="auto"/>
            </w:pPr>
            <w:r>
              <w:rPr>
                <w:sz w:val="15"/>
              </w:rPr>
              <w:t>Categorical; reconcile legacy code 0 to source response</w:t>
            </w:r>
          </w:p>
        </w:tc>
      </w:tr>
      <w:tr w:rsidR="00297C2F" w14:paraId="4E6069C3"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7CF8A12" w14:textId="77777777" w:rsidR="00297C2F" w:rsidRDefault="00000000">
            <w:pPr>
              <w:spacing w:after="0" w:line="240" w:lineRule="auto"/>
            </w:pPr>
            <w:r>
              <w:rPr>
                <w:sz w:val="15"/>
              </w:rPr>
              <w:t>Resediance_Ventilation</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FF08A43" w14:textId="77777777" w:rsidR="00297C2F" w:rsidRDefault="00000000">
            <w:pPr>
              <w:spacing w:after="0" w:line="240" w:lineRule="auto"/>
            </w:pPr>
            <w:r>
              <w:rPr>
                <w:sz w:val="15"/>
              </w:rPr>
              <w:t>Residential ventilation</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9F50F3F" w14:textId="77777777" w:rsidR="00297C2F" w:rsidRDefault="00000000">
            <w:pPr>
              <w:spacing w:after="0" w:line="240" w:lineRule="auto"/>
            </w:pPr>
            <w:r>
              <w:rPr>
                <w:sz w:val="15"/>
              </w:rPr>
              <w:t>1 Poor; 2 Average; 3 Good</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56B4BC" w14:textId="77777777" w:rsidR="00297C2F" w:rsidRDefault="00000000">
            <w:pPr>
              <w:spacing w:after="0" w:line="240" w:lineRule="auto"/>
            </w:pPr>
            <w:r>
              <w:rPr>
                <w:sz w:val="15"/>
              </w:rPr>
              <w:t>Ordinal categorical; reference Good</w:t>
            </w:r>
          </w:p>
        </w:tc>
      </w:tr>
      <w:tr w:rsidR="00297C2F" w14:paraId="575A9CE0"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3C63308" w14:textId="77777777" w:rsidR="00297C2F" w:rsidRDefault="00000000">
            <w:pPr>
              <w:spacing w:after="0" w:line="240" w:lineRule="auto"/>
            </w:pPr>
            <w:r>
              <w:rPr>
                <w:sz w:val="15"/>
              </w:rPr>
              <w:t>Residence_ street</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5A0A7E7" w14:textId="77777777" w:rsidR="00297C2F" w:rsidRDefault="00000000">
            <w:pPr>
              <w:spacing w:after="0" w:line="240" w:lineRule="auto"/>
            </w:pPr>
            <w:r>
              <w:rPr>
                <w:sz w:val="15"/>
              </w:rPr>
              <w:t>Residential street type</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F561545" w14:textId="77777777" w:rsidR="00297C2F" w:rsidRDefault="00000000">
            <w:pPr>
              <w:spacing w:after="0" w:line="240" w:lineRule="auto"/>
            </w:pPr>
            <w:r>
              <w:rPr>
                <w:sz w:val="15"/>
              </w:rPr>
              <w:t>1 Side street; 2 Arterial street; 3 Main street</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47AD56D" w14:textId="77777777" w:rsidR="00297C2F" w:rsidRDefault="00000000">
            <w:pPr>
              <w:spacing w:after="0" w:line="240" w:lineRule="auto"/>
            </w:pPr>
            <w:r>
              <w:rPr>
                <w:sz w:val="15"/>
              </w:rPr>
              <w:t>Categorical; reference Side street</w:t>
            </w:r>
          </w:p>
        </w:tc>
      </w:tr>
      <w:tr w:rsidR="00297C2F" w14:paraId="4CB54F29"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A4114E4" w14:textId="77777777" w:rsidR="00297C2F" w:rsidRDefault="00000000">
            <w:pPr>
              <w:spacing w:after="0" w:line="240" w:lineRule="auto"/>
            </w:pPr>
            <w:r>
              <w:rPr>
                <w:sz w:val="15"/>
              </w:rPr>
              <w:t>Water_network</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DCB4EA9" w14:textId="77777777" w:rsidR="00297C2F" w:rsidRDefault="00000000">
            <w:pPr>
              <w:spacing w:after="0" w:line="240" w:lineRule="auto"/>
            </w:pPr>
            <w:r>
              <w:rPr>
                <w:sz w:val="15"/>
              </w:rPr>
              <w:t>Water-network age</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B958F73" w14:textId="77777777" w:rsidR="00297C2F" w:rsidRDefault="00000000">
            <w:pPr>
              <w:spacing w:after="0" w:line="240" w:lineRule="auto"/>
            </w:pPr>
            <w:r>
              <w:rPr>
                <w:sz w:val="15"/>
              </w:rPr>
              <w:t>1 Old; 2 New</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ACF163" w14:textId="77777777" w:rsidR="00297C2F" w:rsidRDefault="00000000">
            <w:pPr>
              <w:spacing w:after="0" w:line="240" w:lineRule="auto"/>
            </w:pPr>
            <w:r>
              <w:rPr>
                <w:sz w:val="15"/>
              </w:rPr>
              <w:t>Categorical; reference New</w:t>
            </w:r>
          </w:p>
        </w:tc>
      </w:tr>
      <w:tr w:rsidR="00297C2F" w14:paraId="65AE8FCB"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AABCD2" w14:textId="77777777" w:rsidR="00297C2F" w:rsidRDefault="00000000">
            <w:pPr>
              <w:spacing w:after="0" w:line="240" w:lineRule="auto"/>
            </w:pPr>
            <w:r>
              <w:rPr>
                <w:sz w:val="15"/>
              </w:rPr>
              <w:t>Water_pipes</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B1AB7D4" w14:textId="77777777" w:rsidR="00297C2F" w:rsidRDefault="00000000">
            <w:pPr>
              <w:spacing w:after="0" w:line="240" w:lineRule="auto"/>
            </w:pPr>
            <w:r>
              <w:rPr>
                <w:sz w:val="15"/>
              </w:rPr>
              <w:t>Asbestos water pipes</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B0B1D4D" w14:textId="77777777" w:rsidR="00297C2F" w:rsidRDefault="00000000">
            <w:pPr>
              <w:spacing w:after="0" w:line="240" w:lineRule="auto"/>
            </w:pPr>
            <w:r>
              <w:rPr>
                <w:sz w:val="15"/>
              </w:rPr>
              <w:t>0 Not asbestos; 1 Asbestos</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46FF248" w14:textId="77777777" w:rsidR="00297C2F" w:rsidRDefault="00000000">
            <w:pPr>
              <w:spacing w:after="0" w:line="240" w:lineRule="auto"/>
            </w:pPr>
            <w:r>
              <w:rPr>
                <w:sz w:val="15"/>
              </w:rPr>
              <w:t>Categorical; reference Not asbestos</w:t>
            </w:r>
          </w:p>
        </w:tc>
      </w:tr>
    </w:tbl>
    <w:p w14:paraId="74CF3E34" w14:textId="77777777" w:rsidR="00297C2F" w:rsidRDefault="00297C2F">
      <w:pPr>
        <w:spacing w:after="60" w:line="240" w:lineRule="auto"/>
      </w:pPr>
    </w:p>
    <w:p w14:paraId="4D923A77" w14:textId="77777777" w:rsidR="00297C2F" w:rsidRDefault="00000000">
      <w:pPr>
        <w:spacing w:after="60" w:line="240" w:lineRule="auto"/>
      </w:pPr>
      <w:r>
        <w:rPr>
          <w:sz w:val="19"/>
        </w:rPr>
        <w:br w:type="page"/>
      </w:r>
    </w:p>
    <w:p w14:paraId="7DD9BE85" w14:textId="77777777" w:rsidR="00297C2F" w:rsidRDefault="00000000">
      <w:pPr>
        <w:pStyle w:val="Heading1"/>
        <w:spacing w:before="160" w:after="60" w:line="240" w:lineRule="auto"/>
      </w:pPr>
      <w:r>
        <w:rPr>
          <w:rFonts w:ascii="Arial" w:hAnsi="Arial"/>
          <w:sz w:val="23"/>
        </w:rPr>
        <w:lastRenderedPageBreak/>
        <w:t>Questionnaire coding specification continued</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448"/>
        <w:gridCol w:w="3096"/>
        <w:gridCol w:w="6120"/>
        <w:gridCol w:w="2592"/>
      </w:tblGrid>
      <w:tr w:rsidR="00297C2F" w14:paraId="786407EC" w14:textId="77777777">
        <w:trPr>
          <w:cantSplit/>
          <w:tblHeader/>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56EE59C" w14:textId="77777777" w:rsidR="00297C2F" w:rsidRDefault="00000000">
            <w:pPr>
              <w:spacing w:after="0" w:line="240" w:lineRule="auto"/>
              <w:jc w:val="center"/>
            </w:pPr>
            <w:r>
              <w:rPr>
                <w:b/>
                <w:sz w:val="15"/>
              </w:rPr>
              <w:t>Variable</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6B5DBA" w14:textId="77777777" w:rsidR="00297C2F" w:rsidRDefault="00000000">
            <w:pPr>
              <w:spacing w:after="0" w:line="240" w:lineRule="auto"/>
              <w:jc w:val="center"/>
            </w:pPr>
            <w:r>
              <w:rPr>
                <w:b/>
                <w:sz w:val="15"/>
              </w:rPr>
              <w:t>Meaning</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F76A0E" w14:textId="77777777" w:rsidR="00297C2F" w:rsidRDefault="00000000">
            <w:pPr>
              <w:spacing w:after="0" w:line="240" w:lineRule="auto"/>
              <w:jc w:val="center"/>
            </w:pPr>
            <w:r>
              <w:rPr>
                <w:b/>
                <w:sz w:val="15"/>
              </w:rPr>
              <w:t>Coding or units</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5AC91D8" w14:textId="77777777" w:rsidR="00297C2F" w:rsidRDefault="00000000">
            <w:pPr>
              <w:spacing w:after="0" w:line="240" w:lineRule="auto"/>
              <w:jc w:val="center"/>
            </w:pPr>
            <w:r>
              <w:rPr>
                <w:b/>
                <w:sz w:val="15"/>
              </w:rPr>
              <w:t>Analysis treatment</w:t>
            </w:r>
          </w:p>
        </w:tc>
      </w:tr>
      <w:tr w:rsidR="00297C2F" w14:paraId="4B69297D"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090DDB3" w14:textId="77777777" w:rsidR="00297C2F" w:rsidRDefault="00000000">
            <w:pPr>
              <w:spacing w:after="0" w:line="240" w:lineRule="auto"/>
            </w:pPr>
            <w:r>
              <w:rPr>
                <w:sz w:val="15"/>
              </w:rPr>
              <w:t>Work_Address</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095E455" w14:textId="77777777" w:rsidR="00297C2F" w:rsidRDefault="00000000">
            <w:pPr>
              <w:spacing w:after="0" w:line="240" w:lineRule="auto"/>
            </w:pPr>
            <w:r>
              <w:rPr>
                <w:sz w:val="15"/>
              </w:rPr>
              <w:t>Work district</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1657595" w14:textId="77777777" w:rsidR="00297C2F" w:rsidRDefault="00000000">
            <w:pPr>
              <w:spacing w:after="0" w:line="240" w:lineRule="auto"/>
            </w:pPr>
            <w:r>
              <w:rPr>
                <w:sz w:val="15"/>
              </w:rPr>
              <w:t>Nominal district code; 100 = no fixed workplace or not applicable</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5CB3C4" w14:textId="77777777" w:rsidR="00297C2F" w:rsidRDefault="00000000">
            <w:pPr>
              <w:spacing w:after="0" w:line="240" w:lineRule="auto"/>
            </w:pPr>
            <w:r>
              <w:rPr>
                <w:sz w:val="15"/>
              </w:rPr>
              <w:t>Categorical; do not use the numeric code linearly</w:t>
            </w:r>
          </w:p>
        </w:tc>
      </w:tr>
      <w:tr w:rsidR="00297C2F" w14:paraId="2B11A880"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C697E99" w14:textId="77777777" w:rsidR="00297C2F" w:rsidRDefault="00000000">
            <w:pPr>
              <w:spacing w:after="0" w:line="240" w:lineRule="auto"/>
            </w:pPr>
            <w:r>
              <w:rPr>
                <w:sz w:val="15"/>
              </w:rPr>
              <w:t>work_Building_Age</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62A736C" w14:textId="77777777" w:rsidR="00297C2F" w:rsidRDefault="00000000">
            <w:pPr>
              <w:spacing w:after="0" w:line="240" w:lineRule="auto"/>
            </w:pPr>
            <w:r>
              <w:rPr>
                <w:sz w:val="15"/>
              </w:rPr>
              <w:t>Workplace building age</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59AC6C8" w14:textId="77777777" w:rsidR="00297C2F" w:rsidRDefault="00000000">
            <w:pPr>
              <w:spacing w:after="0" w:line="240" w:lineRule="auto"/>
            </w:pPr>
            <w:r>
              <w:rPr>
                <w:sz w:val="15"/>
              </w:rPr>
              <w:t>0 Not applicable; 1 Old; 2 Intermediate; 3 Modern or new</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DC8CA9C" w14:textId="77777777" w:rsidR="00297C2F" w:rsidRDefault="00000000">
            <w:pPr>
              <w:spacing w:after="0" w:line="240" w:lineRule="auto"/>
            </w:pPr>
            <w:r>
              <w:rPr>
                <w:sz w:val="15"/>
              </w:rPr>
              <w:t>Categorical; preserve Not applicable</w:t>
            </w:r>
          </w:p>
        </w:tc>
      </w:tr>
      <w:tr w:rsidR="00297C2F" w14:paraId="0F8DDF51"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F7A0A91" w14:textId="77777777" w:rsidR="00297C2F" w:rsidRDefault="00000000">
            <w:pPr>
              <w:spacing w:after="0" w:line="240" w:lineRule="auto"/>
            </w:pPr>
            <w:r>
              <w:rPr>
                <w:sz w:val="15"/>
              </w:rPr>
              <w:t>Work_Area</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7F4553C" w14:textId="77777777" w:rsidR="00297C2F" w:rsidRDefault="00000000">
            <w:pPr>
              <w:spacing w:after="0" w:line="240" w:lineRule="auto"/>
            </w:pPr>
            <w:r>
              <w:rPr>
                <w:sz w:val="15"/>
              </w:rPr>
              <w:t>Workplace floor area</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376C29A" w14:textId="77777777" w:rsidR="00297C2F" w:rsidRDefault="00000000">
            <w:pPr>
              <w:spacing w:after="0" w:line="240" w:lineRule="auto"/>
            </w:pPr>
            <w:r>
              <w:rPr>
                <w:sz w:val="15"/>
              </w:rPr>
              <w:t>0 Not applicable; 1 up to 50 m2; 2 = 51-100 m2; 3 = 101-150 m2; 4 over 150 m2</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1465B0" w14:textId="77777777" w:rsidR="00297C2F" w:rsidRDefault="00000000">
            <w:pPr>
              <w:spacing w:after="0" w:line="240" w:lineRule="auto"/>
            </w:pPr>
            <w:r>
              <w:rPr>
                <w:sz w:val="15"/>
              </w:rPr>
              <w:t>Ordinal categorical with a separate N/A category</w:t>
            </w:r>
          </w:p>
        </w:tc>
      </w:tr>
      <w:tr w:rsidR="00297C2F" w14:paraId="514F566B"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0BCD9C0" w14:textId="77777777" w:rsidR="00297C2F" w:rsidRDefault="00000000">
            <w:pPr>
              <w:spacing w:after="0" w:line="240" w:lineRule="auto"/>
            </w:pPr>
            <w:r>
              <w:rPr>
                <w:sz w:val="15"/>
              </w:rPr>
              <w:t>Work_direction</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FA84D8" w14:textId="77777777" w:rsidR="00297C2F" w:rsidRDefault="00000000">
            <w:pPr>
              <w:spacing w:after="0" w:line="240" w:lineRule="auto"/>
            </w:pPr>
            <w:r>
              <w:rPr>
                <w:sz w:val="15"/>
              </w:rPr>
              <w:t>Workplace facade direction</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0C75A76" w14:textId="77777777" w:rsidR="00297C2F" w:rsidRDefault="00000000">
            <w:pPr>
              <w:spacing w:after="0" w:line="240" w:lineRule="auto"/>
            </w:pPr>
            <w:r>
              <w:rPr>
                <w:sz w:val="15"/>
              </w:rPr>
              <w:t>0 Not applicable; 1 North or Bahary; 2 South or Qibli</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AE654C8" w14:textId="77777777" w:rsidR="00297C2F" w:rsidRDefault="00000000">
            <w:pPr>
              <w:spacing w:after="0" w:line="240" w:lineRule="auto"/>
            </w:pPr>
            <w:r>
              <w:rPr>
                <w:sz w:val="15"/>
              </w:rPr>
              <w:t>Categorical; preserve Not applicable</w:t>
            </w:r>
          </w:p>
        </w:tc>
      </w:tr>
      <w:tr w:rsidR="00297C2F" w14:paraId="284009AD"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BB337EF" w14:textId="77777777" w:rsidR="00297C2F" w:rsidRDefault="00000000">
            <w:pPr>
              <w:spacing w:after="0" w:line="240" w:lineRule="auto"/>
            </w:pPr>
            <w:r>
              <w:rPr>
                <w:sz w:val="15"/>
              </w:rPr>
              <w:t>work_Ventilation</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575CFB2" w14:textId="77777777" w:rsidR="00297C2F" w:rsidRDefault="00000000">
            <w:pPr>
              <w:spacing w:after="0" w:line="240" w:lineRule="auto"/>
            </w:pPr>
            <w:r>
              <w:rPr>
                <w:sz w:val="15"/>
              </w:rPr>
              <w:t>Workplace ventilation</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3ADD3E1" w14:textId="77777777" w:rsidR="00297C2F" w:rsidRDefault="00000000">
            <w:pPr>
              <w:spacing w:after="0" w:line="240" w:lineRule="auto"/>
            </w:pPr>
            <w:r>
              <w:rPr>
                <w:sz w:val="15"/>
              </w:rPr>
              <w:t>0 Not applicable; 1 Poor; 2 Average; 3 Good</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EA62E03" w14:textId="77777777" w:rsidR="00297C2F" w:rsidRDefault="00000000">
            <w:pPr>
              <w:spacing w:after="0" w:line="240" w:lineRule="auto"/>
            </w:pPr>
            <w:r>
              <w:rPr>
                <w:sz w:val="15"/>
              </w:rPr>
              <w:t>Categorical; preserve Not applicable</w:t>
            </w:r>
          </w:p>
        </w:tc>
      </w:tr>
      <w:tr w:rsidR="00297C2F" w14:paraId="027CF8ED"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BBFEA7E" w14:textId="77777777" w:rsidR="00297C2F" w:rsidRDefault="00000000">
            <w:pPr>
              <w:spacing w:after="0" w:line="240" w:lineRule="auto"/>
            </w:pPr>
            <w:r>
              <w:rPr>
                <w:sz w:val="15"/>
              </w:rPr>
              <w:t>Nature_work</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C93C9E6" w14:textId="77777777" w:rsidR="00297C2F" w:rsidRDefault="00000000">
            <w:pPr>
              <w:spacing w:after="0" w:line="240" w:lineRule="auto"/>
            </w:pPr>
            <w:r>
              <w:rPr>
                <w:sz w:val="15"/>
              </w:rPr>
              <w:t>Occupation group</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B56C7F" w14:textId="77777777" w:rsidR="00297C2F" w:rsidRDefault="00000000">
            <w:pPr>
              <w:spacing w:after="0" w:line="240" w:lineRule="auto"/>
            </w:pPr>
            <w:r>
              <w:rPr>
                <w:sz w:val="15"/>
              </w:rPr>
              <w:t>0 N/A; 1 Housewife; 2 Office; 3 Company; 4 Farmer; 5 Craft or manual; 6 Factory; 7 Peddler</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7102C37" w14:textId="77777777" w:rsidR="00297C2F" w:rsidRDefault="00000000">
            <w:pPr>
              <w:spacing w:after="0" w:line="240" w:lineRule="auto"/>
            </w:pPr>
            <w:r>
              <w:rPr>
                <w:sz w:val="15"/>
              </w:rPr>
              <w:t>Nominal categorical; validate rare categories</w:t>
            </w:r>
          </w:p>
        </w:tc>
      </w:tr>
      <w:tr w:rsidR="00297C2F" w14:paraId="077AAF72"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F663F64" w14:textId="77777777" w:rsidR="00297C2F" w:rsidRDefault="00000000">
            <w:pPr>
              <w:spacing w:after="0" w:line="240" w:lineRule="auto"/>
            </w:pPr>
            <w:r>
              <w:rPr>
                <w:sz w:val="15"/>
              </w:rPr>
              <w:t>transportation_Rural_urban</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09AA802" w14:textId="77777777" w:rsidR="00297C2F" w:rsidRDefault="00000000">
            <w:pPr>
              <w:spacing w:after="0" w:line="240" w:lineRule="auto"/>
            </w:pPr>
            <w:r>
              <w:rPr>
                <w:sz w:val="15"/>
              </w:rPr>
              <w:t>Rural-urban commuting setting</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82C4CEA" w14:textId="77777777" w:rsidR="00297C2F" w:rsidRDefault="00000000">
            <w:pPr>
              <w:spacing w:after="0" w:line="240" w:lineRule="auto"/>
            </w:pPr>
            <w:r>
              <w:rPr>
                <w:sz w:val="15"/>
              </w:rPr>
              <w:t>0 Not applicable; 1 Rural; 2 Capital or urban</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68F6DF8" w14:textId="77777777" w:rsidR="00297C2F" w:rsidRDefault="00000000">
            <w:pPr>
              <w:spacing w:after="0" w:line="240" w:lineRule="auto"/>
            </w:pPr>
            <w:r>
              <w:rPr>
                <w:sz w:val="15"/>
              </w:rPr>
              <w:t>Categorical; preserve Not applicable</w:t>
            </w:r>
          </w:p>
        </w:tc>
      </w:tr>
      <w:tr w:rsidR="00297C2F" w14:paraId="093B502A"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8A94E8E" w14:textId="77777777" w:rsidR="00297C2F" w:rsidRDefault="00000000">
            <w:pPr>
              <w:spacing w:after="0" w:line="240" w:lineRule="auto"/>
            </w:pPr>
            <w:r>
              <w:rPr>
                <w:sz w:val="15"/>
              </w:rPr>
              <w:t>transportation_hours</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376285" w14:textId="77777777" w:rsidR="00297C2F" w:rsidRDefault="00000000">
            <w:pPr>
              <w:spacing w:after="0" w:line="240" w:lineRule="auto"/>
            </w:pPr>
            <w:r>
              <w:rPr>
                <w:sz w:val="15"/>
              </w:rPr>
              <w:t>Daily commuting duration</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1CB665B" w14:textId="77777777" w:rsidR="00297C2F" w:rsidRDefault="00000000">
            <w:pPr>
              <w:spacing w:after="0" w:line="240" w:lineRule="auto"/>
            </w:pPr>
            <w:r>
              <w:rPr>
                <w:sz w:val="15"/>
              </w:rPr>
              <w:t>0 Not applicable; 1 One hour; 2 Two hours; 3 More than two hours</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2262F5" w14:textId="77777777" w:rsidR="00297C2F" w:rsidRDefault="00000000">
            <w:pPr>
              <w:spacing w:after="0" w:line="240" w:lineRule="auto"/>
            </w:pPr>
            <w:r>
              <w:rPr>
                <w:sz w:val="15"/>
              </w:rPr>
              <w:t>Ordinal categorical</w:t>
            </w:r>
          </w:p>
        </w:tc>
      </w:tr>
      <w:tr w:rsidR="00297C2F" w14:paraId="1D3C8C89"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7F08BD" w14:textId="77777777" w:rsidR="00297C2F" w:rsidRDefault="00000000">
            <w:pPr>
              <w:spacing w:after="0" w:line="240" w:lineRule="auto"/>
            </w:pPr>
            <w:r>
              <w:rPr>
                <w:sz w:val="15"/>
              </w:rPr>
              <w:t>Transportation_trip</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7F1E50" w14:textId="77777777" w:rsidR="00297C2F" w:rsidRDefault="00000000">
            <w:pPr>
              <w:spacing w:after="0" w:line="240" w:lineRule="auto"/>
            </w:pPr>
            <w:r>
              <w:rPr>
                <w:sz w:val="15"/>
              </w:rPr>
              <w:t>Pollution along work trip</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6BAD33B" w14:textId="77777777" w:rsidR="00297C2F" w:rsidRDefault="00000000">
            <w:pPr>
              <w:spacing w:after="0" w:line="240" w:lineRule="auto"/>
            </w:pPr>
            <w:r>
              <w:rPr>
                <w:sz w:val="15"/>
              </w:rPr>
              <w:t>0 No polluted trip, unpolluted, or N/A; 1 Polluted route</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8465520" w14:textId="77777777" w:rsidR="00297C2F" w:rsidRDefault="00000000">
            <w:pPr>
              <w:spacing w:after="0" w:line="240" w:lineRule="auto"/>
            </w:pPr>
            <w:r>
              <w:rPr>
                <w:sz w:val="15"/>
              </w:rPr>
              <w:t>Binary exposure; reference code 0</w:t>
            </w:r>
          </w:p>
        </w:tc>
      </w:tr>
      <w:tr w:rsidR="00297C2F" w14:paraId="65610098"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6E82A6E" w14:textId="77777777" w:rsidR="00297C2F" w:rsidRDefault="00000000">
            <w:pPr>
              <w:spacing w:after="0" w:line="240" w:lineRule="auto"/>
            </w:pPr>
            <w:r>
              <w:rPr>
                <w:sz w:val="15"/>
              </w:rPr>
              <w:t>Residence_Pollution</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3B07C75" w14:textId="77777777" w:rsidR="00297C2F" w:rsidRDefault="00000000">
            <w:pPr>
              <w:spacing w:after="0" w:line="240" w:lineRule="auto"/>
            </w:pPr>
            <w:r>
              <w:rPr>
                <w:sz w:val="15"/>
              </w:rPr>
              <w:t>Residential pollution level</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A3345A" w14:textId="77777777" w:rsidR="00297C2F" w:rsidRDefault="00000000">
            <w:pPr>
              <w:spacing w:after="0" w:line="240" w:lineRule="auto"/>
            </w:pPr>
            <w:r>
              <w:rPr>
                <w:sz w:val="15"/>
              </w:rPr>
              <w:t>1 Low; 2 Medium; 3 High</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1C1BBE" w14:textId="77777777" w:rsidR="00297C2F" w:rsidRDefault="00000000">
            <w:pPr>
              <w:spacing w:after="0" w:line="240" w:lineRule="auto"/>
            </w:pPr>
            <w:r>
              <w:rPr>
                <w:sz w:val="15"/>
              </w:rPr>
              <w:t>Ordinal categorical; reference Low</w:t>
            </w:r>
          </w:p>
        </w:tc>
      </w:tr>
      <w:tr w:rsidR="00297C2F" w14:paraId="1D009025"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560A660" w14:textId="77777777" w:rsidR="00297C2F" w:rsidRDefault="00000000">
            <w:pPr>
              <w:spacing w:after="0" w:line="240" w:lineRule="auto"/>
            </w:pPr>
            <w:r>
              <w:rPr>
                <w:sz w:val="15"/>
              </w:rPr>
              <w:t>Resedance_Source_pollution</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DBA4F0" w14:textId="77777777" w:rsidR="00297C2F" w:rsidRDefault="00000000">
            <w:pPr>
              <w:spacing w:after="0" w:line="240" w:lineRule="auto"/>
            </w:pPr>
            <w:r>
              <w:rPr>
                <w:sz w:val="15"/>
              </w:rPr>
              <w:t>Residential pollution source</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05372E3" w14:textId="77777777" w:rsidR="00297C2F" w:rsidRDefault="00000000">
            <w:pPr>
              <w:spacing w:after="0" w:line="240" w:lineRule="auto"/>
            </w:pPr>
            <w:r>
              <w:rPr>
                <w:sz w:val="15"/>
              </w:rPr>
              <w:t>1 Vehicle exhaust; 2 Factories; 3 Waste burning; 4 Vehicle plus burning; 5 all three; 6 Vehicle plus factories</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6B574A" w14:textId="77777777" w:rsidR="00297C2F" w:rsidRDefault="00000000">
            <w:pPr>
              <w:spacing w:after="0" w:line="240" w:lineRule="auto"/>
            </w:pPr>
            <w:r>
              <w:rPr>
                <w:sz w:val="15"/>
              </w:rPr>
              <w:t>Nominal categorical; reference Vehicle exhaust</w:t>
            </w:r>
          </w:p>
        </w:tc>
      </w:tr>
      <w:tr w:rsidR="00297C2F" w14:paraId="3DC896E8"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9A6A240" w14:textId="77777777" w:rsidR="00297C2F" w:rsidRDefault="00000000">
            <w:pPr>
              <w:spacing w:after="0" w:line="240" w:lineRule="auto"/>
            </w:pPr>
            <w:r>
              <w:rPr>
                <w:sz w:val="15"/>
              </w:rPr>
              <w:t>Income</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8AB3DAD" w14:textId="77777777" w:rsidR="00297C2F" w:rsidRDefault="00000000">
            <w:pPr>
              <w:spacing w:after="0" w:line="240" w:lineRule="auto"/>
            </w:pPr>
            <w:r>
              <w:rPr>
                <w:sz w:val="15"/>
              </w:rPr>
              <w:t>Household income group</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C69FA2D" w14:textId="77777777" w:rsidR="00297C2F" w:rsidRDefault="00000000">
            <w:pPr>
              <w:spacing w:after="0" w:line="240" w:lineRule="auto"/>
            </w:pPr>
            <w:r>
              <w:rPr>
                <w:sz w:val="15"/>
              </w:rPr>
              <w:t>1 Low; 2 Middle</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8AF7281" w14:textId="77777777" w:rsidR="00297C2F" w:rsidRDefault="00000000">
            <w:pPr>
              <w:spacing w:after="0" w:line="240" w:lineRule="auto"/>
            </w:pPr>
            <w:r>
              <w:rPr>
                <w:sz w:val="15"/>
              </w:rPr>
              <w:t>Categorical; reference Middle</w:t>
            </w:r>
          </w:p>
        </w:tc>
      </w:tr>
    </w:tbl>
    <w:p w14:paraId="5352062A" w14:textId="77777777" w:rsidR="00297C2F" w:rsidRDefault="00297C2F">
      <w:pPr>
        <w:spacing w:after="60" w:line="240" w:lineRule="auto"/>
      </w:pPr>
    </w:p>
    <w:p w14:paraId="0CC368D4" w14:textId="77777777" w:rsidR="00297C2F" w:rsidRDefault="00000000">
      <w:pPr>
        <w:spacing w:after="60" w:line="240" w:lineRule="auto"/>
      </w:pPr>
      <w:r>
        <w:rPr>
          <w:sz w:val="19"/>
        </w:rPr>
        <w:br w:type="page"/>
      </w:r>
    </w:p>
    <w:p w14:paraId="3F995240" w14:textId="77777777" w:rsidR="00297C2F" w:rsidRDefault="00000000">
      <w:pPr>
        <w:pStyle w:val="Heading1"/>
        <w:spacing w:before="160" w:after="60" w:line="240" w:lineRule="auto"/>
      </w:pPr>
      <w:r>
        <w:rPr>
          <w:rFonts w:ascii="Arial" w:hAnsi="Arial"/>
          <w:sz w:val="23"/>
        </w:rPr>
        <w:lastRenderedPageBreak/>
        <w:t>Questionnaire coding specification continued</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448"/>
        <w:gridCol w:w="3096"/>
        <w:gridCol w:w="6120"/>
        <w:gridCol w:w="2592"/>
      </w:tblGrid>
      <w:tr w:rsidR="00297C2F" w14:paraId="0075F66A" w14:textId="77777777">
        <w:trPr>
          <w:cantSplit/>
          <w:tblHeader/>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F534CB" w14:textId="77777777" w:rsidR="00297C2F" w:rsidRDefault="00000000">
            <w:pPr>
              <w:spacing w:after="0" w:line="240" w:lineRule="auto"/>
              <w:jc w:val="center"/>
            </w:pPr>
            <w:r>
              <w:rPr>
                <w:b/>
                <w:sz w:val="15"/>
              </w:rPr>
              <w:t>Variable</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4F73DE5" w14:textId="77777777" w:rsidR="00297C2F" w:rsidRDefault="00000000">
            <w:pPr>
              <w:spacing w:after="0" w:line="240" w:lineRule="auto"/>
              <w:jc w:val="center"/>
            </w:pPr>
            <w:r>
              <w:rPr>
                <w:b/>
                <w:sz w:val="15"/>
              </w:rPr>
              <w:t>Meaning</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C0E2E44" w14:textId="77777777" w:rsidR="00297C2F" w:rsidRDefault="00000000">
            <w:pPr>
              <w:spacing w:after="0" w:line="240" w:lineRule="auto"/>
              <w:jc w:val="center"/>
            </w:pPr>
            <w:r>
              <w:rPr>
                <w:b/>
                <w:sz w:val="15"/>
              </w:rPr>
              <w:t>Coding or units</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11C9C1" w14:textId="77777777" w:rsidR="00297C2F" w:rsidRDefault="00000000">
            <w:pPr>
              <w:spacing w:after="0" w:line="240" w:lineRule="auto"/>
              <w:jc w:val="center"/>
            </w:pPr>
            <w:r>
              <w:rPr>
                <w:b/>
                <w:sz w:val="15"/>
              </w:rPr>
              <w:t>Analysis treatment</w:t>
            </w:r>
          </w:p>
        </w:tc>
      </w:tr>
      <w:tr w:rsidR="00297C2F" w14:paraId="27B1BF59"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87AF961" w14:textId="77777777" w:rsidR="00297C2F" w:rsidRDefault="00000000">
            <w:pPr>
              <w:spacing w:after="0" w:line="240" w:lineRule="auto"/>
            </w:pPr>
            <w:r>
              <w:rPr>
                <w:sz w:val="15"/>
              </w:rPr>
              <w:t>Disease_relative</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0BDD2E9" w14:textId="77777777" w:rsidR="00297C2F" w:rsidRDefault="00000000">
            <w:pPr>
              <w:spacing w:after="0" w:line="240" w:lineRule="auto"/>
            </w:pPr>
            <w:r>
              <w:rPr>
                <w:sz w:val="15"/>
              </w:rPr>
              <w:t>Family history of disease</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D50FD52" w14:textId="77777777" w:rsidR="00297C2F" w:rsidRDefault="00000000">
            <w:pPr>
              <w:spacing w:after="0" w:line="240" w:lineRule="auto"/>
            </w:pPr>
            <w:r>
              <w:rPr>
                <w:sz w:val="15"/>
              </w:rPr>
              <w:t>0 No; 1 Yes</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7133A56" w14:textId="77777777" w:rsidR="00297C2F" w:rsidRDefault="00000000">
            <w:pPr>
              <w:spacing w:after="0" w:line="240" w:lineRule="auto"/>
            </w:pPr>
            <w:r>
              <w:rPr>
                <w:sz w:val="15"/>
              </w:rPr>
              <w:t>Categorical; reference No</w:t>
            </w:r>
          </w:p>
        </w:tc>
      </w:tr>
      <w:tr w:rsidR="00297C2F" w14:paraId="626F352B"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9068575" w14:textId="77777777" w:rsidR="00297C2F" w:rsidRDefault="00000000">
            <w:pPr>
              <w:spacing w:after="0" w:line="240" w:lineRule="auto"/>
            </w:pPr>
            <w:r>
              <w:rPr>
                <w:sz w:val="15"/>
              </w:rPr>
              <w:t>Degree_relative</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A3AC853" w14:textId="77777777" w:rsidR="00297C2F" w:rsidRDefault="00000000">
            <w:pPr>
              <w:spacing w:after="0" w:line="240" w:lineRule="auto"/>
            </w:pPr>
            <w:r>
              <w:rPr>
                <w:sz w:val="15"/>
              </w:rPr>
              <w:t>Degree of affected relative</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C23E46D" w14:textId="77777777" w:rsidR="00297C2F" w:rsidRDefault="00000000">
            <w:pPr>
              <w:spacing w:after="0" w:line="240" w:lineRule="auto"/>
            </w:pPr>
            <w:r>
              <w:rPr>
                <w:sz w:val="15"/>
              </w:rPr>
              <w:t>0 N/A or no affected relative; 1 First degree; 2 Second degree</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7FF265B" w14:textId="77777777" w:rsidR="00297C2F" w:rsidRDefault="00000000">
            <w:pPr>
              <w:spacing w:after="0" w:line="240" w:lineRule="auto"/>
            </w:pPr>
            <w:r>
              <w:rPr>
                <w:sz w:val="15"/>
              </w:rPr>
              <w:t>Conditional categorical; reference N/A</w:t>
            </w:r>
          </w:p>
        </w:tc>
      </w:tr>
      <w:tr w:rsidR="00297C2F" w14:paraId="03E16925"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F5790BB" w14:textId="77777777" w:rsidR="00297C2F" w:rsidRDefault="00000000">
            <w:pPr>
              <w:spacing w:after="0" w:line="240" w:lineRule="auto"/>
            </w:pPr>
            <w:r>
              <w:rPr>
                <w:sz w:val="15"/>
              </w:rPr>
              <w:t>Year_relative</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D58352B" w14:textId="77777777" w:rsidR="00297C2F" w:rsidRDefault="00000000">
            <w:pPr>
              <w:spacing w:after="0" w:line="240" w:lineRule="auto"/>
            </w:pPr>
            <w:r>
              <w:rPr>
                <w:sz w:val="15"/>
              </w:rPr>
              <w:t>Period of relative diagnosis</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FC8749" w14:textId="77777777" w:rsidR="00297C2F" w:rsidRDefault="00000000">
            <w:pPr>
              <w:spacing w:after="0" w:line="240" w:lineRule="auto"/>
            </w:pPr>
            <w:r>
              <w:rPr>
                <w:sz w:val="15"/>
              </w:rPr>
              <w:t>0 N/A; 1 Before 2010; 2 = 2011-2015; 3 = 2016-present</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1DF0577" w14:textId="77777777" w:rsidR="00297C2F" w:rsidRDefault="00000000">
            <w:pPr>
              <w:spacing w:after="0" w:line="240" w:lineRule="auto"/>
            </w:pPr>
            <w:r>
              <w:rPr>
                <w:sz w:val="15"/>
              </w:rPr>
              <w:t>Conditional categorical; reference N/A</w:t>
            </w:r>
          </w:p>
        </w:tc>
      </w:tr>
      <w:tr w:rsidR="00297C2F" w14:paraId="11760E10"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98B6BC8" w14:textId="77777777" w:rsidR="00297C2F" w:rsidRDefault="00000000">
            <w:pPr>
              <w:spacing w:after="0" w:line="240" w:lineRule="auto"/>
            </w:pPr>
            <w:r>
              <w:rPr>
                <w:sz w:val="15"/>
              </w:rPr>
              <w:t>Health_status_before_infection</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4B2D276" w14:textId="77777777" w:rsidR="00297C2F" w:rsidRDefault="00000000">
            <w:pPr>
              <w:spacing w:after="0" w:line="240" w:lineRule="auto"/>
            </w:pPr>
            <w:r>
              <w:rPr>
                <w:sz w:val="15"/>
              </w:rPr>
              <w:t>Health before diagnosis</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40EDFC" w14:textId="77777777" w:rsidR="00297C2F" w:rsidRDefault="00000000">
            <w:pPr>
              <w:spacing w:after="0" w:line="240" w:lineRule="auto"/>
            </w:pPr>
            <w:r>
              <w:rPr>
                <w:sz w:val="15"/>
              </w:rPr>
              <w:t>0 Not sick; 1 Sick</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4F68C6D" w14:textId="77777777" w:rsidR="00297C2F" w:rsidRDefault="00000000">
            <w:pPr>
              <w:spacing w:after="0" w:line="240" w:lineRule="auto"/>
            </w:pPr>
            <w:r>
              <w:rPr>
                <w:sz w:val="15"/>
              </w:rPr>
              <w:t>Categorical; reference Not sick</w:t>
            </w:r>
          </w:p>
        </w:tc>
      </w:tr>
      <w:tr w:rsidR="00297C2F" w14:paraId="5428D14A"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90634D4" w14:textId="77777777" w:rsidR="00297C2F" w:rsidRDefault="00000000">
            <w:pPr>
              <w:spacing w:after="0" w:line="240" w:lineRule="auto"/>
            </w:pPr>
            <w:r>
              <w:rPr>
                <w:sz w:val="15"/>
              </w:rPr>
              <w:t>Exposure to radiation</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E25B1FB" w14:textId="77777777" w:rsidR="00297C2F" w:rsidRDefault="00000000">
            <w:pPr>
              <w:spacing w:after="0" w:line="240" w:lineRule="auto"/>
            </w:pPr>
            <w:r>
              <w:rPr>
                <w:sz w:val="15"/>
              </w:rPr>
              <w:t>Prior radiation exposure</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729EBE3" w14:textId="77777777" w:rsidR="00297C2F" w:rsidRDefault="00000000">
            <w:pPr>
              <w:spacing w:after="0" w:line="240" w:lineRule="auto"/>
            </w:pPr>
            <w:r>
              <w:rPr>
                <w:sz w:val="15"/>
              </w:rPr>
              <w:t>0 No; 1 Yes</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E4B271F" w14:textId="77777777" w:rsidR="00297C2F" w:rsidRDefault="00000000">
            <w:pPr>
              <w:spacing w:after="0" w:line="240" w:lineRule="auto"/>
            </w:pPr>
            <w:r>
              <w:rPr>
                <w:sz w:val="15"/>
              </w:rPr>
              <w:t>Categorical; reference No</w:t>
            </w:r>
          </w:p>
        </w:tc>
      </w:tr>
      <w:tr w:rsidR="00297C2F" w14:paraId="51C4E5E1"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CF1D5A1" w14:textId="77777777" w:rsidR="00297C2F" w:rsidRDefault="00000000">
            <w:pPr>
              <w:spacing w:after="0" w:line="240" w:lineRule="auto"/>
            </w:pPr>
            <w:r>
              <w:rPr>
                <w:sz w:val="15"/>
              </w:rPr>
              <w:t>Residential_district_avg_risk</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9D61D9" w14:textId="77777777" w:rsidR="00297C2F" w:rsidRDefault="00000000">
            <w:pPr>
              <w:spacing w:after="0" w:line="240" w:lineRule="auto"/>
            </w:pPr>
            <w:r>
              <w:rPr>
                <w:sz w:val="15"/>
              </w:rPr>
              <w:t>District-level risk lookup</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4BF8BF0" w14:textId="77777777" w:rsidR="00297C2F" w:rsidRDefault="00000000">
            <w:pPr>
              <w:spacing w:after="0" w:line="240" w:lineRule="auto"/>
            </w:pPr>
            <w:r>
              <w:rPr>
                <w:sz w:val="15"/>
              </w:rPr>
              <w:t>Exact avg_risk joined by Residence_address</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3684252" w14:textId="77777777" w:rsidR="00297C2F" w:rsidRDefault="00000000">
            <w:pPr>
              <w:spacing w:after="0" w:line="240" w:lineRule="auto"/>
            </w:pPr>
            <w:r>
              <w:rPr>
                <w:sz w:val="15"/>
              </w:rPr>
              <w:t>Continuous contextual covariate; not an individual probability</w:t>
            </w:r>
          </w:p>
        </w:tc>
      </w:tr>
      <w:tr w:rsidR="00297C2F" w14:paraId="6DD62CA9" w14:textId="77777777">
        <w:trPr>
          <w:cantSplit/>
          <w:jc w:val="center"/>
        </w:trPr>
        <w:tc>
          <w:tcPr>
            <w:tcW w:w="244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9B3DB62" w14:textId="77777777" w:rsidR="00297C2F" w:rsidRDefault="00000000">
            <w:pPr>
              <w:spacing w:after="0" w:line="240" w:lineRule="auto"/>
            </w:pPr>
            <w:r>
              <w:rPr>
                <w:sz w:val="15"/>
              </w:rPr>
              <w:t>Residential_district_risk_level</w:t>
            </w:r>
          </w:p>
        </w:tc>
        <w:tc>
          <w:tcPr>
            <w:tcW w:w="309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3F3EEA1" w14:textId="77777777" w:rsidR="00297C2F" w:rsidRDefault="00000000">
            <w:pPr>
              <w:spacing w:after="0" w:line="240" w:lineRule="auto"/>
            </w:pPr>
            <w:r>
              <w:rPr>
                <w:sz w:val="15"/>
              </w:rPr>
              <w:t>District risk class</w:t>
            </w:r>
          </w:p>
        </w:tc>
        <w:tc>
          <w:tcPr>
            <w:tcW w:w="612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01680E3" w14:textId="77777777" w:rsidR="00297C2F" w:rsidRDefault="00000000">
            <w:pPr>
              <w:spacing w:after="0" w:line="240" w:lineRule="auto"/>
            </w:pPr>
            <w:r>
              <w:rPr>
                <w:sz w:val="15"/>
              </w:rPr>
              <w:t>Low Risk; Medium Risk; High Risk</w:t>
            </w:r>
          </w:p>
        </w:tc>
        <w:tc>
          <w:tcPr>
            <w:tcW w:w="259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A5B5B9C" w14:textId="77777777" w:rsidR="00297C2F" w:rsidRDefault="00000000">
            <w:pPr>
              <w:spacing w:after="0" w:line="240" w:lineRule="auto"/>
            </w:pPr>
            <w:r>
              <w:rPr>
                <w:sz w:val="15"/>
              </w:rPr>
              <w:t>Categorical; reference Low Risk</w:t>
            </w:r>
          </w:p>
        </w:tc>
      </w:tr>
    </w:tbl>
    <w:p w14:paraId="4C7C4A0D" w14:textId="77777777" w:rsidR="00297C2F" w:rsidRDefault="00297C2F">
      <w:pPr>
        <w:spacing w:after="60" w:line="240" w:lineRule="auto"/>
      </w:pPr>
    </w:p>
    <w:p w14:paraId="5731BBE6" w14:textId="77777777" w:rsidR="00297C2F" w:rsidRDefault="00000000">
      <w:pPr>
        <w:pStyle w:val="Heading1"/>
        <w:spacing w:before="160" w:after="60" w:line="240" w:lineRule="auto"/>
      </w:pPr>
      <w:r>
        <w:rPr>
          <w:rFonts w:ascii="Arial" w:hAnsi="Arial"/>
          <w:sz w:val="23"/>
        </w:rPr>
        <w:t>Mandatory data-cleaning rules</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232"/>
        <w:gridCol w:w="12024"/>
      </w:tblGrid>
      <w:tr w:rsidR="00297C2F" w14:paraId="4645E881" w14:textId="77777777">
        <w:trPr>
          <w:cantSplit/>
          <w:tblHeader/>
          <w:jc w:val="center"/>
        </w:trPr>
        <w:tc>
          <w:tcPr>
            <w:tcW w:w="22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0244F7" w14:textId="77777777" w:rsidR="00297C2F" w:rsidRDefault="00000000">
            <w:pPr>
              <w:spacing w:after="0" w:line="240" w:lineRule="auto"/>
              <w:jc w:val="center"/>
            </w:pPr>
            <w:r>
              <w:rPr>
                <w:b/>
                <w:sz w:val="15"/>
              </w:rPr>
              <w:t>Rule</w:t>
            </w:r>
          </w:p>
        </w:tc>
        <w:tc>
          <w:tcPr>
            <w:tcW w:w="12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41C8C7A" w14:textId="77777777" w:rsidR="00297C2F" w:rsidRDefault="00000000">
            <w:pPr>
              <w:spacing w:after="0" w:line="240" w:lineRule="auto"/>
              <w:jc w:val="center"/>
            </w:pPr>
            <w:r>
              <w:rPr>
                <w:b/>
                <w:sz w:val="15"/>
              </w:rPr>
              <w:t>Required implementation</w:t>
            </w:r>
          </w:p>
        </w:tc>
      </w:tr>
      <w:tr w:rsidR="00297C2F" w14:paraId="12BFAFCF" w14:textId="77777777">
        <w:trPr>
          <w:cantSplit/>
          <w:jc w:val="center"/>
        </w:trPr>
        <w:tc>
          <w:tcPr>
            <w:tcW w:w="22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2F581F2" w14:textId="77777777" w:rsidR="00297C2F" w:rsidRDefault="00000000">
            <w:pPr>
              <w:spacing w:after="0" w:line="240" w:lineRule="auto"/>
            </w:pPr>
            <w:r>
              <w:rPr>
                <w:sz w:val="15"/>
              </w:rPr>
              <w:t>Outcome</w:t>
            </w:r>
          </w:p>
        </w:tc>
        <w:tc>
          <w:tcPr>
            <w:tcW w:w="12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F86D5AA" w14:textId="77777777" w:rsidR="00297C2F" w:rsidRDefault="00000000">
            <w:pPr>
              <w:spacing w:after="0" w:line="240" w:lineRule="auto"/>
            </w:pPr>
            <w:r>
              <w:rPr>
                <w:sz w:val="15"/>
              </w:rPr>
              <w:t>Retain Infected as 0 control and 1 lung cancer case. Do not derive or overwrite the outcome from predictor values.</w:t>
            </w:r>
          </w:p>
        </w:tc>
      </w:tr>
      <w:tr w:rsidR="00297C2F" w14:paraId="6A7B3A0B" w14:textId="77777777">
        <w:trPr>
          <w:cantSplit/>
          <w:jc w:val="center"/>
        </w:trPr>
        <w:tc>
          <w:tcPr>
            <w:tcW w:w="22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EC84288" w14:textId="77777777" w:rsidR="00297C2F" w:rsidRDefault="00000000">
            <w:pPr>
              <w:spacing w:after="0" w:line="240" w:lineRule="auto"/>
            </w:pPr>
            <w:r>
              <w:rPr>
                <w:sz w:val="15"/>
              </w:rPr>
              <w:t>Variable names</w:t>
            </w:r>
          </w:p>
        </w:tc>
        <w:tc>
          <w:tcPr>
            <w:tcW w:w="12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AD4D4C" w14:textId="77777777" w:rsidR="00297C2F" w:rsidRDefault="00000000">
            <w:pPr>
              <w:spacing w:after="0" w:line="240" w:lineRule="auto"/>
            </w:pPr>
            <w:r>
              <w:rPr>
                <w:sz w:val="15"/>
              </w:rPr>
              <w:t>Trim leading or trailing whitespace from imported headers and standardize Transportation _trip to Transportation_trip and Year _relative to Year_relative before analysis.</w:t>
            </w:r>
          </w:p>
        </w:tc>
      </w:tr>
      <w:tr w:rsidR="00297C2F" w14:paraId="10372D95" w14:textId="77777777">
        <w:trPr>
          <w:cantSplit/>
          <w:jc w:val="center"/>
        </w:trPr>
        <w:tc>
          <w:tcPr>
            <w:tcW w:w="22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46EA53F" w14:textId="77777777" w:rsidR="00297C2F" w:rsidRDefault="00000000">
            <w:pPr>
              <w:spacing w:after="0" w:line="240" w:lineRule="auto"/>
            </w:pPr>
            <w:r>
              <w:rPr>
                <w:sz w:val="15"/>
              </w:rPr>
              <w:t>Missing and N/A</w:t>
            </w:r>
          </w:p>
        </w:tc>
        <w:tc>
          <w:tcPr>
            <w:tcW w:w="12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C60EEA" w14:textId="77777777" w:rsidR="00297C2F" w:rsidRDefault="00000000">
            <w:pPr>
              <w:spacing w:after="0" w:line="240" w:lineRule="auto"/>
            </w:pPr>
            <w:r>
              <w:rPr>
                <w:sz w:val="15"/>
              </w:rPr>
              <w:t>Raw underscores and blanks are missing or structurally not applicable. Preserve the variable-specific N/A codes shown above; never convert missing values to a healthy zero.</w:t>
            </w:r>
          </w:p>
        </w:tc>
      </w:tr>
      <w:tr w:rsidR="00297C2F" w14:paraId="2FBBD0E4" w14:textId="77777777">
        <w:trPr>
          <w:cantSplit/>
          <w:jc w:val="center"/>
        </w:trPr>
        <w:tc>
          <w:tcPr>
            <w:tcW w:w="22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FDC694C" w14:textId="77777777" w:rsidR="00297C2F" w:rsidRDefault="00000000">
            <w:pPr>
              <w:spacing w:after="0" w:line="240" w:lineRule="auto"/>
            </w:pPr>
            <w:r>
              <w:rPr>
                <w:sz w:val="15"/>
              </w:rPr>
              <w:t>Source corrections</w:t>
            </w:r>
          </w:p>
        </w:tc>
        <w:tc>
          <w:tcPr>
            <w:tcW w:w="12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5C05CFB" w14:textId="77777777" w:rsidR="00297C2F" w:rsidRDefault="00000000">
            <w:pPr>
              <w:spacing w:after="0" w:line="240" w:lineRule="auto"/>
            </w:pPr>
            <w:r>
              <w:rPr>
                <w:sz w:val="15"/>
              </w:rPr>
              <w:t>Reconcile legacy code 0 in Residence_direction against the questionnaire response. Validate rare Nature_work codes and any discordant source label before modeling.</w:t>
            </w:r>
          </w:p>
        </w:tc>
      </w:tr>
      <w:tr w:rsidR="00297C2F" w14:paraId="560389A6" w14:textId="77777777">
        <w:trPr>
          <w:cantSplit/>
          <w:jc w:val="center"/>
        </w:trPr>
        <w:tc>
          <w:tcPr>
            <w:tcW w:w="22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3498E26" w14:textId="77777777" w:rsidR="00297C2F" w:rsidRDefault="00000000">
            <w:pPr>
              <w:spacing w:after="0" w:line="240" w:lineRule="auto"/>
            </w:pPr>
            <w:r>
              <w:rPr>
                <w:sz w:val="15"/>
              </w:rPr>
              <w:t>Known cross-file discrepancies</w:t>
            </w:r>
          </w:p>
        </w:tc>
        <w:tc>
          <w:tcPr>
            <w:tcW w:w="12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7DF210B" w14:textId="77777777" w:rsidR="00297C2F" w:rsidRDefault="00000000">
            <w:pPr>
              <w:spacing w:after="0" w:line="240" w:lineRule="auto"/>
            </w:pPr>
            <w:r>
              <w:rPr>
                <w:sz w:val="15"/>
              </w:rPr>
              <w:t>Before modeling, reconcile two Residence_direction code-0 records, one residential building-age disagreement, one residential-street disagreement, one occupation disagreement, the raw Diagnosis_age entry mapped from a nonnumeric character to 44, and two prepared records whose source questionnaire rows are blank.</w:t>
            </w:r>
          </w:p>
        </w:tc>
      </w:tr>
      <w:tr w:rsidR="00297C2F" w14:paraId="5E216E74" w14:textId="77777777">
        <w:trPr>
          <w:cantSplit/>
          <w:jc w:val="center"/>
        </w:trPr>
        <w:tc>
          <w:tcPr>
            <w:tcW w:w="22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0C4794C" w14:textId="77777777" w:rsidR="00297C2F" w:rsidRDefault="00000000">
            <w:pPr>
              <w:spacing w:after="0" w:line="240" w:lineRule="auto"/>
            </w:pPr>
            <w:r>
              <w:rPr>
                <w:sz w:val="15"/>
              </w:rPr>
              <w:t>Trip applicability</w:t>
            </w:r>
          </w:p>
        </w:tc>
        <w:tc>
          <w:tcPr>
            <w:tcW w:w="12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C6E4A33" w14:textId="77777777" w:rsidR="00297C2F" w:rsidRDefault="00000000">
            <w:pPr>
              <w:spacing w:after="0" w:line="240" w:lineRule="auto"/>
            </w:pPr>
            <w:r>
              <w:rPr>
                <w:sz w:val="15"/>
              </w:rPr>
              <w:t>Transportation_trip code 0 combines an unpolluted trip with not applicable; retain a separate applicability flag whenever the source response permits this distinction.</w:t>
            </w:r>
          </w:p>
        </w:tc>
      </w:tr>
      <w:tr w:rsidR="00297C2F" w14:paraId="6FE8DD72" w14:textId="77777777">
        <w:trPr>
          <w:cantSplit/>
          <w:jc w:val="center"/>
        </w:trPr>
        <w:tc>
          <w:tcPr>
            <w:tcW w:w="22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972F95" w14:textId="77777777" w:rsidR="00297C2F" w:rsidRDefault="00000000">
            <w:pPr>
              <w:spacing w:after="0" w:line="240" w:lineRule="auto"/>
            </w:pPr>
            <w:r>
              <w:rPr>
                <w:sz w:val="15"/>
              </w:rPr>
              <w:t>Conditional fields</w:t>
            </w:r>
          </w:p>
        </w:tc>
        <w:tc>
          <w:tcPr>
            <w:tcW w:w="12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A093FFF" w14:textId="77777777" w:rsidR="00297C2F" w:rsidRDefault="00000000">
            <w:pPr>
              <w:spacing w:after="0" w:line="240" w:lineRule="auto"/>
            </w:pPr>
            <w:r>
              <w:rPr>
                <w:sz w:val="15"/>
              </w:rPr>
              <w:t>Degree_relative and Year_relative are evaluated only when Disease_relative equals 1; otherwise code them as not applicable.</w:t>
            </w:r>
          </w:p>
        </w:tc>
      </w:tr>
      <w:tr w:rsidR="00297C2F" w14:paraId="1FDB315F" w14:textId="77777777">
        <w:trPr>
          <w:cantSplit/>
          <w:jc w:val="center"/>
        </w:trPr>
        <w:tc>
          <w:tcPr>
            <w:tcW w:w="22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3844703" w14:textId="77777777" w:rsidR="00297C2F" w:rsidRDefault="00000000">
            <w:pPr>
              <w:spacing w:after="0" w:line="240" w:lineRule="auto"/>
            </w:pPr>
            <w:r>
              <w:rPr>
                <w:sz w:val="15"/>
              </w:rPr>
              <w:t>Leakage</w:t>
            </w:r>
          </w:p>
        </w:tc>
        <w:tc>
          <w:tcPr>
            <w:tcW w:w="12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4A52DD0" w14:textId="77777777" w:rsidR="00297C2F" w:rsidRDefault="00000000">
            <w:pPr>
              <w:spacing w:after="0" w:line="240" w:lineRule="auto"/>
            </w:pPr>
            <w:r>
              <w:rPr>
                <w:sz w:val="15"/>
              </w:rPr>
              <w:t>Diagnosis_age and other post-diagnosis information are not predictors of case-control status.</w:t>
            </w:r>
          </w:p>
        </w:tc>
      </w:tr>
      <w:tr w:rsidR="00297C2F" w14:paraId="3BF341C0" w14:textId="77777777">
        <w:trPr>
          <w:cantSplit/>
          <w:jc w:val="center"/>
        </w:trPr>
        <w:tc>
          <w:tcPr>
            <w:tcW w:w="22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701D4D1" w14:textId="77777777" w:rsidR="00297C2F" w:rsidRDefault="00000000">
            <w:pPr>
              <w:spacing w:after="0" w:line="240" w:lineRule="auto"/>
            </w:pPr>
            <w:r>
              <w:rPr>
                <w:sz w:val="15"/>
              </w:rPr>
              <w:t>Model pipeline</w:t>
            </w:r>
          </w:p>
        </w:tc>
        <w:tc>
          <w:tcPr>
            <w:tcW w:w="1202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4E1E74" w14:textId="77777777" w:rsidR="00297C2F" w:rsidRDefault="00000000">
            <w:pPr>
              <w:spacing w:after="0" w:line="240" w:lineRule="auto"/>
            </w:pPr>
            <w:r>
              <w:rPr>
                <w:sz w:val="15"/>
              </w:rPr>
              <w:t>Within every training fold, fit imputation, dummy coding, scaling, feature selection, class weighting, tuning, and threshold selection without using held-out observations.</w:t>
            </w:r>
          </w:p>
        </w:tc>
      </w:tr>
    </w:tbl>
    <w:p w14:paraId="7E2E3505" w14:textId="77777777" w:rsidR="00297C2F" w:rsidRDefault="00297C2F">
      <w:pPr>
        <w:spacing w:after="60" w:line="240" w:lineRule="auto"/>
      </w:pPr>
    </w:p>
    <w:p w14:paraId="4DB4EB97" w14:textId="77777777" w:rsidR="00297C2F" w:rsidRDefault="00000000">
      <w:pPr>
        <w:spacing w:after="60" w:line="240" w:lineRule="auto"/>
      </w:pPr>
      <w:r>
        <w:rPr>
          <w:sz w:val="19"/>
        </w:rPr>
        <w:br w:type="page"/>
      </w:r>
    </w:p>
    <w:p w14:paraId="30BED38D" w14:textId="77777777" w:rsidR="00297C2F" w:rsidRDefault="00000000">
      <w:pPr>
        <w:pStyle w:val="Heading1"/>
        <w:spacing w:before="160" w:after="60" w:line="240" w:lineRule="auto"/>
      </w:pPr>
      <w:r>
        <w:rPr>
          <w:rFonts w:ascii="Arial" w:hAnsi="Arial"/>
          <w:sz w:val="23"/>
        </w:rPr>
        <w:lastRenderedPageBreak/>
        <w:t>Residential district risk score linkage</w:t>
      </w:r>
    </w:p>
    <w:p w14:paraId="23C69DF1" w14:textId="77777777" w:rsidR="00297C2F" w:rsidRDefault="00000000">
      <w:pPr>
        <w:spacing w:after="60" w:line="240" w:lineRule="auto"/>
      </w:pPr>
      <w:r>
        <w:rPr>
          <w:sz w:val="19"/>
        </w:rPr>
        <w:t>Residential_district_avg_risk is assigned by an exact lookup from Residence_address. Residence_address remains a nominal join key and is never analyzed as a continuous number. The supplied lookup contains 25 unique codes with complete score and class fields; every code represented in the prepared coding file has a matching lookup row. The score is a district-level contextual index and is not interpreted as an individual calibrated probability. The supplied files do not document how avg_risk was derived or calibrated, or how the Low, Medium, and High cut points were selected; therefore, the observed class ranges below describe only the supplied lookup and must not be generalized as externally validated thresholds.</w:t>
      </w:r>
    </w:p>
    <w:p w14:paraId="15A5F89A" w14:textId="77777777" w:rsidR="00297C2F" w:rsidRDefault="00000000">
      <w:pPr>
        <w:pStyle w:val="Heading1"/>
        <w:spacing w:before="160" w:after="60" w:line="240" w:lineRule="auto"/>
      </w:pPr>
      <w:r>
        <w:rPr>
          <w:rFonts w:ascii="Arial" w:hAnsi="Arial"/>
          <w:sz w:val="23"/>
        </w:rPr>
        <w:t>Observed classification bands in the supplied district lookup</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232"/>
        <w:gridCol w:w="1584"/>
        <w:gridCol w:w="5832"/>
        <w:gridCol w:w="4608"/>
      </w:tblGrid>
      <w:tr w:rsidR="00297C2F" w14:paraId="0EC09351" w14:textId="77777777">
        <w:trPr>
          <w:cantSplit/>
          <w:tblHeader/>
          <w:jc w:val="center"/>
        </w:trPr>
        <w:tc>
          <w:tcPr>
            <w:tcW w:w="22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B3EDB74" w14:textId="77777777" w:rsidR="00297C2F" w:rsidRDefault="00000000">
            <w:pPr>
              <w:spacing w:after="0" w:line="240" w:lineRule="auto"/>
              <w:jc w:val="center"/>
            </w:pPr>
            <w:r>
              <w:rPr>
                <w:b/>
                <w:sz w:val="15"/>
              </w:rPr>
              <w:t>Risk class</w:t>
            </w:r>
          </w:p>
        </w:tc>
        <w:tc>
          <w:tcPr>
            <w:tcW w:w="15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575AAC2" w14:textId="77777777" w:rsidR="00297C2F" w:rsidRDefault="00000000">
            <w:pPr>
              <w:spacing w:after="0" w:line="240" w:lineRule="auto"/>
              <w:jc w:val="center"/>
            </w:pPr>
            <w:r>
              <w:rPr>
                <w:b/>
                <w:sz w:val="15"/>
              </w:rPr>
              <w:t>Districts n</w:t>
            </w:r>
          </w:p>
        </w:tc>
        <w:tc>
          <w:tcPr>
            <w:tcW w:w="58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24C878" w14:textId="77777777" w:rsidR="00297C2F" w:rsidRDefault="00000000">
            <w:pPr>
              <w:spacing w:after="0" w:line="240" w:lineRule="auto"/>
              <w:jc w:val="center"/>
            </w:pPr>
            <w:r>
              <w:rPr>
                <w:b/>
                <w:sz w:val="15"/>
              </w:rPr>
              <w:t>Observed avg_risk range</w:t>
            </w:r>
          </w:p>
        </w:tc>
        <w:tc>
          <w:tcPr>
            <w:tcW w:w="46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2B5DF8" w14:textId="77777777" w:rsidR="00297C2F" w:rsidRDefault="00000000">
            <w:pPr>
              <w:spacing w:after="0" w:line="240" w:lineRule="auto"/>
              <w:jc w:val="center"/>
            </w:pPr>
            <w:r>
              <w:rPr>
                <w:b/>
                <w:sz w:val="15"/>
              </w:rPr>
              <w:t>Model treatment</w:t>
            </w:r>
          </w:p>
        </w:tc>
      </w:tr>
      <w:tr w:rsidR="00297C2F" w14:paraId="1A9C375E" w14:textId="77777777">
        <w:trPr>
          <w:cantSplit/>
          <w:jc w:val="center"/>
        </w:trPr>
        <w:tc>
          <w:tcPr>
            <w:tcW w:w="22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E041F3" w14:textId="77777777" w:rsidR="00297C2F" w:rsidRDefault="00000000">
            <w:pPr>
              <w:spacing w:after="0" w:line="240" w:lineRule="auto"/>
            </w:pPr>
            <w:r>
              <w:rPr>
                <w:sz w:val="15"/>
              </w:rPr>
              <w:t>Low Risk</w:t>
            </w:r>
          </w:p>
        </w:tc>
        <w:tc>
          <w:tcPr>
            <w:tcW w:w="15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24ED19C" w14:textId="77777777" w:rsidR="00297C2F" w:rsidRDefault="00000000">
            <w:pPr>
              <w:spacing w:after="0" w:line="240" w:lineRule="auto"/>
              <w:jc w:val="center"/>
            </w:pPr>
            <w:r>
              <w:rPr>
                <w:sz w:val="15"/>
              </w:rPr>
              <w:t>9</w:t>
            </w:r>
          </w:p>
        </w:tc>
        <w:tc>
          <w:tcPr>
            <w:tcW w:w="58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4CC0856" w14:textId="77777777" w:rsidR="00297C2F" w:rsidRDefault="00000000">
            <w:pPr>
              <w:spacing w:after="0" w:line="240" w:lineRule="auto"/>
            </w:pPr>
            <w:r>
              <w:rPr>
                <w:sz w:val="15"/>
              </w:rPr>
              <w:t>0.509269811361 to 0.999976680982</w:t>
            </w:r>
          </w:p>
        </w:tc>
        <w:tc>
          <w:tcPr>
            <w:tcW w:w="46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268D40F" w14:textId="77777777" w:rsidR="00297C2F" w:rsidRDefault="00000000">
            <w:pPr>
              <w:spacing w:after="0" w:line="240" w:lineRule="auto"/>
            </w:pPr>
            <w:r>
              <w:rPr>
                <w:sz w:val="15"/>
              </w:rPr>
              <w:t>Reference</w:t>
            </w:r>
          </w:p>
        </w:tc>
      </w:tr>
      <w:tr w:rsidR="00297C2F" w14:paraId="30FAC7D9" w14:textId="77777777">
        <w:trPr>
          <w:cantSplit/>
          <w:jc w:val="center"/>
        </w:trPr>
        <w:tc>
          <w:tcPr>
            <w:tcW w:w="22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604C48C" w14:textId="77777777" w:rsidR="00297C2F" w:rsidRDefault="00000000">
            <w:pPr>
              <w:spacing w:after="0" w:line="240" w:lineRule="auto"/>
            </w:pPr>
            <w:r>
              <w:rPr>
                <w:sz w:val="15"/>
              </w:rPr>
              <w:t>Medium Risk</w:t>
            </w:r>
          </w:p>
        </w:tc>
        <w:tc>
          <w:tcPr>
            <w:tcW w:w="15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FF51FED" w14:textId="77777777" w:rsidR="00297C2F" w:rsidRDefault="00000000">
            <w:pPr>
              <w:spacing w:after="0" w:line="240" w:lineRule="auto"/>
              <w:jc w:val="center"/>
            </w:pPr>
            <w:r>
              <w:rPr>
                <w:sz w:val="15"/>
              </w:rPr>
              <w:t>8</w:t>
            </w:r>
          </w:p>
        </w:tc>
        <w:tc>
          <w:tcPr>
            <w:tcW w:w="58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9D6A4AE" w14:textId="77777777" w:rsidR="00297C2F" w:rsidRDefault="00000000">
            <w:pPr>
              <w:spacing w:after="0" w:line="240" w:lineRule="auto"/>
            </w:pPr>
            <w:r>
              <w:rPr>
                <w:sz w:val="15"/>
              </w:rPr>
              <w:t>0.999984284182 to 0.999999010477</w:t>
            </w:r>
          </w:p>
        </w:tc>
        <w:tc>
          <w:tcPr>
            <w:tcW w:w="46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78A264" w14:textId="77777777" w:rsidR="00297C2F" w:rsidRDefault="00000000">
            <w:pPr>
              <w:spacing w:after="0" w:line="240" w:lineRule="auto"/>
            </w:pPr>
            <w:r>
              <w:rPr>
                <w:sz w:val="15"/>
              </w:rPr>
              <w:t>Indicator category</w:t>
            </w:r>
          </w:p>
        </w:tc>
      </w:tr>
      <w:tr w:rsidR="00297C2F" w14:paraId="55453753" w14:textId="77777777">
        <w:trPr>
          <w:cantSplit/>
          <w:jc w:val="center"/>
        </w:trPr>
        <w:tc>
          <w:tcPr>
            <w:tcW w:w="22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FD18A6E" w14:textId="77777777" w:rsidR="00297C2F" w:rsidRDefault="00000000">
            <w:pPr>
              <w:spacing w:after="0" w:line="240" w:lineRule="auto"/>
            </w:pPr>
            <w:r>
              <w:rPr>
                <w:sz w:val="15"/>
              </w:rPr>
              <w:t>High Risk</w:t>
            </w:r>
          </w:p>
        </w:tc>
        <w:tc>
          <w:tcPr>
            <w:tcW w:w="15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4B85316" w14:textId="77777777" w:rsidR="00297C2F" w:rsidRDefault="00000000">
            <w:pPr>
              <w:spacing w:after="0" w:line="240" w:lineRule="auto"/>
              <w:jc w:val="center"/>
            </w:pPr>
            <w:r>
              <w:rPr>
                <w:sz w:val="15"/>
              </w:rPr>
              <w:t>8</w:t>
            </w:r>
          </w:p>
        </w:tc>
        <w:tc>
          <w:tcPr>
            <w:tcW w:w="583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E584483" w14:textId="77777777" w:rsidR="00297C2F" w:rsidRDefault="00000000">
            <w:pPr>
              <w:spacing w:after="0" w:line="240" w:lineRule="auto"/>
            </w:pPr>
            <w:r>
              <w:rPr>
                <w:sz w:val="15"/>
              </w:rPr>
              <w:t>0.999999657301 to 0.999999999999</w:t>
            </w:r>
          </w:p>
        </w:tc>
        <w:tc>
          <w:tcPr>
            <w:tcW w:w="4608"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B494768" w14:textId="77777777" w:rsidR="00297C2F" w:rsidRDefault="00000000">
            <w:pPr>
              <w:spacing w:after="0" w:line="240" w:lineRule="auto"/>
            </w:pPr>
            <w:r>
              <w:rPr>
                <w:sz w:val="15"/>
              </w:rPr>
              <w:t>Indicator category</w:t>
            </w:r>
          </w:p>
        </w:tc>
      </w:tr>
    </w:tbl>
    <w:p w14:paraId="5B683D1F" w14:textId="77777777" w:rsidR="00297C2F" w:rsidRDefault="00297C2F">
      <w:pPr>
        <w:spacing w:after="60" w:line="240" w:lineRule="auto"/>
      </w:pPr>
    </w:p>
    <w:p w14:paraId="48FDC386" w14:textId="77777777" w:rsidR="00297C2F" w:rsidRDefault="00000000">
      <w:pPr>
        <w:pStyle w:val="Heading1"/>
        <w:spacing w:before="160" w:after="60" w:line="240" w:lineRule="auto"/>
      </w:pPr>
      <w:r>
        <w:rPr>
          <w:rFonts w:ascii="Arial" w:hAnsi="Arial"/>
          <w:sz w:val="23"/>
        </w:rPr>
        <w:t>Residence code and district risk lookup</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4752"/>
        <w:gridCol w:w="3240"/>
        <w:gridCol w:w="1944"/>
        <w:gridCol w:w="3384"/>
      </w:tblGrid>
      <w:tr w:rsidR="00297C2F" w14:paraId="6C85125B" w14:textId="77777777">
        <w:trPr>
          <w:cantSplit/>
          <w:tblHeader/>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A42CFC9" w14:textId="77777777" w:rsidR="00297C2F" w:rsidRDefault="00000000">
            <w:pPr>
              <w:spacing w:after="0" w:line="240" w:lineRule="auto"/>
              <w:jc w:val="center"/>
            </w:pPr>
            <w:r>
              <w:rPr>
                <w:b/>
                <w:sz w:val="15"/>
              </w:rPr>
              <w:t>Code</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2A1F46" w14:textId="77777777" w:rsidR="00297C2F" w:rsidRDefault="00000000">
            <w:pPr>
              <w:spacing w:after="0" w:line="240" w:lineRule="auto"/>
              <w:jc w:val="center"/>
            </w:pPr>
            <w:r>
              <w:rPr>
                <w:b/>
                <w:sz w:val="15"/>
              </w:rPr>
              <w:t>District</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FE7E51" w14:textId="77777777" w:rsidR="00297C2F" w:rsidRDefault="00000000">
            <w:pPr>
              <w:spacing w:after="0" w:line="240" w:lineRule="auto"/>
              <w:jc w:val="center"/>
            </w:pPr>
            <w:r>
              <w:rPr>
                <w:b/>
                <w:sz w:val="15"/>
              </w:rPr>
              <w:t>avg_risk</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040EAFB" w14:textId="77777777" w:rsidR="00297C2F" w:rsidRDefault="00000000">
            <w:pPr>
              <w:spacing w:after="0" w:line="240" w:lineRule="auto"/>
              <w:jc w:val="center"/>
            </w:pPr>
            <w:r>
              <w:rPr>
                <w:b/>
                <w:sz w:val="15"/>
              </w:rPr>
              <w:t>Risk class</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583634C" w14:textId="77777777" w:rsidR="00297C2F" w:rsidRDefault="00000000">
            <w:pPr>
              <w:spacing w:after="0" w:line="240" w:lineRule="auto"/>
              <w:jc w:val="center"/>
            </w:pPr>
            <w:r>
              <w:rPr>
                <w:b/>
                <w:sz w:val="15"/>
              </w:rPr>
              <w:t>Source note</w:t>
            </w:r>
          </w:p>
        </w:tc>
      </w:tr>
      <w:tr w:rsidR="00297C2F" w14:paraId="27F0E892"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81E0C4B" w14:textId="77777777" w:rsidR="00297C2F" w:rsidRDefault="00000000">
            <w:pPr>
              <w:spacing w:after="0" w:line="240" w:lineRule="auto"/>
              <w:jc w:val="center"/>
            </w:pPr>
            <w:r>
              <w:rPr>
                <w:sz w:val="15"/>
              </w:rPr>
              <w:t>0</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CA6DFD" w14:textId="77777777" w:rsidR="00297C2F" w:rsidRDefault="00000000">
            <w:pPr>
              <w:spacing w:after="0" w:line="240" w:lineRule="auto"/>
            </w:pPr>
            <w:r>
              <w:rPr>
                <w:sz w:val="15"/>
              </w:rPr>
              <w:t>15 May City</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7EA6D75" w14:textId="77777777" w:rsidR="00297C2F" w:rsidRDefault="00000000">
            <w:pPr>
              <w:spacing w:after="0" w:line="240" w:lineRule="auto"/>
              <w:jc w:val="center"/>
            </w:pPr>
            <w:r>
              <w:rPr>
                <w:sz w:val="15"/>
              </w:rPr>
              <w:t>0.509269811361</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7760696" w14:textId="77777777" w:rsidR="00297C2F" w:rsidRDefault="00000000">
            <w:pPr>
              <w:spacing w:after="0" w:line="240" w:lineRule="auto"/>
              <w:jc w:val="center"/>
            </w:pPr>
            <w:r>
              <w:rPr>
                <w:sz w:val="15"/>
              </w:rPr>
              <w:t>Low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5E75D3E" w14:textId="77777777" w:rsidR="00297C2F" w:rsidRDefault="00000000">
            <w:pPr>
              <w:spacing w:after="0" w:line="240" w:lineRule="auto"/>
            </w:pPr>
            <w:r>
              <w:rPr>
                <w:sz w:val="15"/>
              </w:rPr>
              <w:t>One source address is blank</w:t>
            </w:r>
          </w:p>
        </w:tc>
      </w:tr>
      <w:tr w:rsidR="00297C2F" w14:paraId="7B56BC70"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016E2BB" w14:textId="77777777" w:rsidR="00297C2F" w:rsidRDefault="00000000">
            <w:pPr>
              <w:spacing w:after="0" w:line="240" w:lineRule="auto"/>
              <w:jc w:val="center"/>
            </w:pPr>
            <w:r>
              <w:rPr>
                <w:sz w:val="15"/>
              </w:rPr>
              <w:t>3</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9051AE4" w14:textId="77777777" w:rsidR="00297C2F" w:rsidRDefault="00000000">
            <w:pPr>
              <w:spacing w:after="0" w:line="240" w:lineRule="auto"/>
            </w:pPr>
            <w:r>
              <w:rPr>
                <w:sz w:val="15"/>
              </w:rPr>
              <w:t>El Gammaleya</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3E57972" w14:textId="77777777" w:rsidR="00297C2F" w:rsidRDefault="00000000">
            <w:pPr>
              <w:spacing w:after="0" w:line="240" w:lineRule="auto"/>
              <w:jc w:val="center"/>
            </w:pPr>
            <w:r>
              <w:rPr>
                <w:sz w:val="15"/>
              </w:rPr>
              <w:t>0.999923341382</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570AB03" w14:textId="77777777" w:rsidR="00297C2F" w:rsidRDefault="00000000">
            <w:pPr>
              <w:spacing w:after="0" w:line="240" w:lineRule="auto"/>
              <w:jc w:val="center"/>
            </w:pPr>
            <w:r>
              <w:rPr>
                <w:sz w:val="15"/>
              </w:rPr>
              <w:t>Low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E5D4618" w14:textId="77777777" w:rsidR="00297C2F" w:rsidRDefault="00297C2F">
            <w:pPr>
              <w:spacing w:after="0" w:line="240" w:lineRule="auto"/>
            </w:pPr>
          </w:p>
        </w:tc>
      </w:tr>
      <w:tr w:rsidR="00297C2F" w14:paraId="2EFC5BC3"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881DF5" w14:textId="77777777" w:rsidR="00297C2F" w:rsidRDefault="00000000">
            <w:pPr>
              <w:spacing w:after="0" w:line="240" w:lineRule="auto"/>
              <w:jc w:val="center"/>
            </w:pPr>
            <w:r>
              <w:rPr>
                <w:sz w:val="15"/>
              </w:rPr>
              <w:t>9</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5F210DB" w14:textId="77777777" w:rsidR="00297C2F" w:rsidRDefault="00000000">
            <w:pPr>
              <w:spacing w:after="0" w:line="240" w:lineRule="auto"/>
            </w:pPr>
            <w:r>
              <w:rPr>
                <w:sz w:val="15"/>
              </w:rPr>
              <w:t>El Sharbeya</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27D54A9" w14:textId="77777777" w:rsidR="00297C2F" w:rsidRDefault="00000000">
            <w:pPr>
              <w:spacing w:after="0" w:line="240" w:lineRule="auto"/>
              <w:jc w:val="center"/>
            </w:pPr>
            <w:r>
              <w:rPr>
                <w:sz w:val="15"/>
              </w:rPr>
              <w:t>0.999999657301</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D25AC97" w14:textId="77777777" w:rsidR="00297C2F" w:rsidRDefault="00000000">
            <w:pPr>
              <w:spacing w:after="0" w:line="240" w:lineRule="auto"/>
              <w:jc w:val="center"/>
            </w:pPr>
            <w:r>
              <w:rPr>
                <w:sz w:val="15"/>
              </w:rPr>
              <w:t>High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95AE47C" w14:textId="77777777" w:rsidR="00297C2F" w:rsidRDefault="00297C2F">
            <w:pPr>
              <w:spacing w:after="0" w:line="240" w:lineRule="auto"/>
            </w:pPr>
          </w:p>
        </w:tc>
      </w:tr>
      <w:tr w:rsidR="00297C2F" w14:paraId="440C769A"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2592547" w14:textId="77777777" w:rsidR="00297C2F" w:rsidRDefault="00000000">
            <w:pPr>
              <w:spacing w:after="0" w:line="240" w:lineRule="auto"/>
              <w:jc w:val="center"/>
            </w:pPr>
            <w:r>
              <w:rPr>
                <w:sz w:val="15"/>
              </w:rPr>
              <w:t>12</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0F7DBAD" w14:textId="77777777" w:rsidR="00297C2F" w:rsidRDefault="00000000">
            <w:pPr>
              <w:spacing w:after="0" w:line="240" w:lineRule="auto"/>
            </w:pPr>
            <w:r>
              <w:rPr>
                <w:sz w:val="15"/>
              </w:rPr>
              <w:t>El Marag</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FB34F3E" w14:textId="77777777" w:rsidR="00297C2F" w:rsidRDefault="00000000">
            <w:pPr>
              <w:spacing w:after="0" w:line="240" w:lineRule="auto"/>
              <w:jc w:val="center"/>
            </w:pPr>
            <w:r>
              <w:rPr>
                <w:sz w:val="15"/>
              </w:rPr>
              <w:t>0.999923838615</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CF3DDBC" w14:textId="77777777" w:rsidR="00297C2F" w:rsidRDefault="00000000">
            <w:pPr>
              <w:spacing w:after="0" w:line="240" w:lineRule="auto"/>
              <w:jc w:val="center"/>
            </w:pPr>
            <w:r>
              <w:rPr>
                <w:sz w:val="15"/>
              </w:rPr>
              <w:t>Low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28E3177" w14:textId="77777777" w:rsidR="00297C2F" w:rsidRDefault="00297C2F">
            <w:pPr>
              <w:spacing w:after="0" w:line="240" w:lineRule="auto"/>
            </w:pPr>
          </w:p>
        </w:tc>
      </w:tr>
      <w:tr w:rsidR="00297C2F" w14:paraId="188F649F"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D2EB9A7" w14:textId="77777777" w:rsidR="00297C2F" w:rsidRDefault="00000000">
            <w:pPr>
              <w:spacing w:after="0" w:line="240" w:lineRule="auto"/>
              <w:jc w:val="center"/>
            </w:pPr>
            <w:r>
              <w:rPr>
                <w:sz w:val="15"/>
              </w:rPr>
              <w:t>13</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4950EFC" w14:textId="77777777" w:rsidR="00297C2F" w:rsidRDefault="00000000">
            <w:pPr>
              <w:spacing w:after="0" w:line="240" w:lineRule="auto"/>
            </w:pPr>
            <w:r>
              <w:rPr>
                <w:sz w:val="15"/>
              </w:rPr>
              <w:t>El Mataria</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56CD927" w14:textId="77777777" w:rsidR="00297C2F" w:rsidRDefault="00000000">
            <w:pPr>
              <w:spacing w:after="0" w:line="240" w:lineRule="auto"/>
              <w:jc w:val="center"/>
            </w:pPr>
            <w:r>
              <w:rPr>
                <w:sz w:val="15"/>
              </w:rPr>
              <w:t>0.999811505903</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D36D89" w14:textId="77777777" w:rsidR="00297C2F" w:rsidRDefault="00000000">
            <w:pPr>
              <w:spacing w:after="0" w:line="240" w:lineRule="auto"/>
              <w:jc w:val="center"/>
            </w:pPr>
            <w:r>
              <w:rPr>
                <w:sz w:val="15"/>
              </w:rPr>
              <w:t>Low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1DD55E" w14:textId="77777777" w:rsidR="00297C2F" w:rsidRDefault="00297C2F">
            <w:pPr>
              <w:spacing w:after="0" w:line="240" w:lineRule="auto"/>
            </w:pPr>
          </w:p>
        </w:tc>
      </w:tr>
      <w:tr w:rsidR="00297C2F" w14:paraId="2A4D296C"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013E9B3" w14:textId="77777777" w:rsidR="00297C2F" w:rsidRDefault="00000000">
            <w:pPr>
              <w:spacing w:after="0" w:line="240" w:lineRule="auto"/>
              <w:jc w:val="center"/>
            </w:pPr>
            <w:r>
              <w:rPr>
                <w:sz w:val="15"/>
              </w:rPr>
              <w:t>14</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6F94BE0" w14:textId="77777777" w:rsidR="00297C2F" w:rsidRDefault="00000000">
            <w:pPr>
              <w:spacing w:after="0" w:line="240" w:lineRule="auto"/>
            </w:pPr>
            <w:r>
              <w:rPr>
                <w:sz w:val="15"/>
              </w:rPr>
              <w:t>El Maadi</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4E08DAB" w14:textId="77777777" w:rsidR="00297C2F" w:rsidRDefault="00000000">
            <w:pPr>
              <w:spacing w:after="0" w:line="240" w:lineRule="auto"/>
              <w:jc w:val="center"/>
            </w:pPr>
            <w:r>
              <w:rPr>
                <w:sz w:val="15"/>
              </w:rPr>
              <w:t>0.984788440015</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5A7A2EC" w14:textId="77777777" w:rsidR="00297C2F" w:rsidRDefault="00000000">
            <w:pPr>
              <w:spacing w:after="0" w:line="240" w:lineRule="auto"/>
              <w:jc w:val="center"/>
            </w:pPr>
            <w:r>
              <w:rPr>
                <w:sz w:val="15"/>
              </w:rPr>
              <w:t>Low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B2234B7" w14:textId="77777777" w:rsidR="00297C2F" w:rsidRDefault="00297C2F">
            <w:pPr>
              <w:spacing w:after="0" w:line="240" w:lineRule="auto"/>
            </w:pPr>
          </w:p>
        </w:tc>
      </w:tr>
      <w:tr w:rsidR="00297C2F" w14:paraId="12AC189B"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D3ADF03" w14:textId="77777777" w:rsidR="00297C2F" w:rsidRDefault="00000000">
            <w:pPr>
              <w:spacing w:after="0" w:line="240" w:lineRule="auto"/>
              <w:jc w:val="center"/>
            </w:pPr>
            <w:r>
              <w:rPr>
                <w:sz w:val="15"/>
              </w:rPr>
              <w:t>18</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68A5A93" w14:textId="77777777" w:rsidR="00297C2F" w:rsidRDefault="00000000">
            <w:pPr>
              <w:spacing w:after="0" w:line="240" w:lineRule="auto"/>
            </w:pPr>
            <w:r>
              <w:rPr>
                <w:sz w:val="15"/>
              </w:rPr>
              <w:t>El Salam</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4C15CD9" w14:textId="77777777" w:rsidR="00297C2F" w:rsidRDefault="00000000">
            <w:pPr>
              <w:spacing w:after="0" w:line="240" w:lineRule="auto"/>
              <w:jc w:val="center"/>
            </w:pPr>
            <w:r>
              <w:rPr>
                <w:sz w:val="15"/>
              </w:rPr>
              <w:t>0.999881519332</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913A117" w14:textId="77777777" w:rsidR="00297C2F" w:rsidRDefault="00000000">
            <w:pPr>
              <w:spacing w:after="0" w:line="240" w:lineRule="auto"/>
              <w:jc w:val="center"/>
            </w:pPr>
            <w:r>
              <w:rPr>
                <w:sz w:val="15"/>
              </w:rPr>
              <w:t>Low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117A1EE" w14:textId="77777777" w:rsidR="00297C2F" w:rsidRDefault="00297C2F">
            <w:pPr>
              <w:spacing w:after="0" w:line="240" w:lineRule="auto"/>
            </w:pPr>
          </w:p>
        </w:tc>
      </w:tr>
      <w:tr w:rsidR="00297C2F" w14:paraId="3D2A92B1"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F38B06C" w14:textId="77777777" w:rsidR="00297C2F" w:rsidRDefault="00000000">
            <w:pPr>
              <w:spacing w:after="0" w:line="240" w:lineRule="auto"/>
              <w:jc w:val="center"/>
            </w:pPr>
            <w:r>
              <w:rPr>
                <w:sz w:val="15"/>
              </w:rPr>
              <w:t>20</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CD50F53" w14:textId="77777777" w:rsidR="00297C2F" w:rsidRDefault="00000000">
            <w:pPr>
              <w:spacing w:after="0" w:line="240" w:lineRule="auto"/>
            </w:pPr>
            <w:r>
              <w:rPr>
                <w:sz w:val="15"/>
              </w:rPr>
              <w:t>Awal Nasr City</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4B9D92A" w14:textId="77777777" w:rsidR="00297C2F" w:rsidRDefault="00000000">
            <w:pPr>
              <w:spacing w:after="0" w:line="240" w:lineRule="auto"/>
              <w:jc w:val="center"/>
            </w:pPr>
            <w:r>
              <w:rPr>
                <w:sz w:val="15"/>
              </w:rPr>
              <w:t>0.999984284182</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8CCFD65" w14:textId="77777777" w:rsidR="00297C2F" w:rsidRDefault="00000000">
            <w:pPr>
              <w:spacing w:after="0" w:line="240" w:lineRule="auto"/>
              <w:jc w:val="center"/>
            </w:pPr>
            <w:r>
              <w:rPr>
                <w:sz w:val="15"/>
              </w:rPr>
              <w:t>Medium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B21DD10" w14:textId="77777777" w:rsidR="00297C2F" w:rsidRDefault="00297C2F">
            <w:pPr>
              <w:spacing w:after="0" w:line="240" w:lineRule="auto"/>
            </w:pPr>
          </w:p>
        </w:tc>
      </w:tr>
      <w:tr w:rsidR="00297C2F" w14:paraId="33A48520"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54A6F03" w14:textId="77777777" w:rsidR="00297C2F" w:rsidRDefault="00000000">
            <w:pPr>
              <w:spacing w:after="0" w:line="240" w:lineRule="auto"/>
              <w:jc w:val="center"/>
            </w:pPr>
            <w:r>
              <w:rPr>
                <w:sz w:val="15"/>
              </w:rPr>
              <w:t>28</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3919058" w14:textId="77777777" w:rsidR="00297C2F" w:rsidRDefault="00000000">
            <w:pPr>
              <w:spacing w:after="0" w:line="240" w:lineRule="auto"/>
            </w:pPr>
            <w:r>
              <w:rPr>
                <w:sz w:val="15"/>
              </w:rPr>
              <w:t>Hadaak El Koba</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25B5A08" w14:textId="77777777" w:rsidR="00297C2F" w:rsidRDefault="00000000">
            <w:pPr>
              <w:spacing w:after="0" w:line="240" w:lineRule="auto"/>
              <w:jc w:val="center"/>
            </w:pPr>
            <w:r>
              <w:rPr>
                <w:sz w:val="15"/>
              </w:rPr>
              <w:t>0.999999928515</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599CB7C" w14:textId="77777777" w:rsidR="00297C2F" w:rsidRDefault="00000000">
            <w:pPr>
              <w:spacing w:after="0" w:line="240" w:lineRule="auto"/>
              <w:jc w:val="center"/>
            </w:pPr>
            <w:r>
              <w:rPr>
                <w:sz w:val="15"/>
              </w:rPr>
              <w:t>High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8202125" w14:textId="77777777" w:rsidR="00297C2F" w:rsidRDefault="00297C2F">
            <w:pPr>
              <w:spacing w:after="0" w:line="240" w:lineRule="auto"/>
            </w:pPr>
          </w:p>
        </w:tc>
      </w:tr>
      <w:tr w:rsidR="00297C2F" w14:paraId="46D42919"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93D9B1" w14:textId="77777777" w:rsidR="00297C2F" w:rsidRDefault="00000000">
            <w:pPr>
              <w:spacing w:after="0" w:line="240" w:lineRule="auto"/>
              <w:jc w:val="center"/>
            </w:pPr>
            <w:r>
              <w:rPr>
                <w:sz w:val="15"/>
              </w:rPr>
              <w:t>31</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8133690" w14:textId="77777777" w:rsidR="00297C2F" w:rsidRDefault="00000000">
            <w:pPr>
              <w:spacing w:after="0" w:line="240" w:lineRule="auto"/>
            </w:pPr>
            <w:r>
              <w:rPr>
                <w:sz w:val="15"/>
              </w:rPr>
              <w:t>Tora</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21154B" w14:textId="77777777" w:rsidR="00297C2F" w:rsidRDefault="00000000">
            <w:pPr>
              <w:spacing w:after="0" w:line="240" w:lineRule="auto"/>
              <w:jc w:val="center"/>
            </w:pPr>
            <w:r>
              <w:rPr>
                <w:sz w:val="15"/>
              </w:rPr>
              <w:t>0.999924476480</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43AB610" w14:textId="77777777" w:rsidR="00297C2F" w:rsidRDefault="00000000">
            <w:pPr>
              <w:spacing w:after="0" w:line="240" w:lineRule="auto"/>
              <w:jc w:val="center"/>
            </w:pPr>
            <w:r>
              <w:rPr>
                <w:sz w:val="15"/>
              </w:rPr>
              <w:t>Low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675927" w14:textId="77777777" w:rsidR="00297C2F" w:rsidRDefault="00297C2F">
            <w:pPr>
              <w:spacing w:after="0" w:line="240" w:lineRule="auto"/>
            </w:pPr>
          </w:p>
        </w:tc>
      </w:tr>
      <w:tr w:rsidR="00297C2F" w14:paraId="6AF16388"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4398EB4" w14:textId="77777777" w:rsidR="00297C2F" w:rsidRDefault="00000000">
            <w:pPr>
              <w:spacing w:after="0" w:line="240" w:lineRule="auto"/>
              <w:jc w:val="center"/>
            </w:pPr>
            <w:r>
              <w:rPr>
                <w:sz w:val="15"/>
              </w:rPr>
              <w:t>32</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F247B70" w14:textId="77777777" w:rsidR="00297C2F" w:rsidRDefault="00000000">
            <w:pPr>
              <w:spacing w:after="0" w:line="240" w:lineRule="auto"/>
            </w:pPr>
            <w:r>
              <w:rPr>
                <w:sz w:val="15"/>
              </w:rPr>
              <w:t>Abdeen</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5A04EAD" w14:textId="77777777" w:rsidR="00297C2F" w:rsidRDefault="00000000">
            <w:pPr>
              <w:spacing w:after="0" w:line="240" w:lineRule="auto"/>
              <w:jc w:val="center"/>
            </w:pPr>
            <w:r>
              <w:rPr>
                <w:sz w:val="15"/>
              </w:rPr>
              <w:t>0.999999772408</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1F73EA2" w14:textId="77777777" w:rsidR="00297C2F" w:rsidRDefault="00000000">
            <w:pPr>
              <w:spacing w:after="0" w:line="240" w:lineRule="auto"/>
              <w:jc w:val="center"/>
            </w:pPr>
            <w:r>
              <w:rPr>
                <w:sz w:val="15"/>
              </w:rPr>
              <w:t>High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52A8307" w14:textId="77777777" w:rsidR="00297C2F" w:rsidRDefault="00297C2F">
            <w:pPr>
              <w:spacing w:after="0" w:line="240" w:lineRule="auto"/>
            </w:pPr>
          </w:p>
        </w:tc>
      </w:tr>
      <w:tr w:rsidR="00297C2F" w14:paraId="36DBC8E6"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98436E4" w14:textId="77777777" w:rsidR="00297C2F" w:rsidRDefault="00000000">
            <w:pPr>
              <w:spacing w:after="0" w:line="240" w:lineRule="auto"/>
              <w:jc w:val="center"/>
            </w:pPr>
            <w:r>
              <w:rPr>
                <w:sz w:val="15"/>
              </w:rPr>
              <w:t>36</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03AA49D" w14:textId="77777777" w:rsidR="00297C2F" w:rsidRDefault="00000000">
            <w:pPr>
              <w:spacing w:after="0" w:line="240" w:lineRule="auto"/>
            </w:pPr>
            <w:r>
              <w:rPr>
                <w:sz w:val="15"/>
              </w:rPr>
              <w:t>Manshiat Nasser</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4CA086F" w14:textId="77777777" w:rsidR="00297C2F" w:rsidRDefault="00000000">
            <w:pPr>
              <w:spacing w:after="0" w:line="240" w:lineRule="auto"/>
              <w:jc w:val="center"/>
            </w:pPr>
            <w:r>
              <w:rPr>
                <w:sz w:val="15"/>
              </w:rPr>
              <w:t>0.999999999999</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5B2454B" w14:textId="77777777" w:rsidR="00297C2F" w:rsidRDefault="00000000">
            <w:pPr>
              <w:spacing w:after="0" w:line="240" w:lineRule="auto"/>
              <w:jc w:val="center"/>
            </w:pPr>
            <w:r>
              <w:rPr>
                <w:sz w:val="15"/>
              </w:rPr>
              <w:t>High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3192636" w14:textId="77777777" w:rsidR="00297C2F" w:rsidRDefault="00297C2F">
            <w:pPr>
              <w:spacing w:after="0" w:line="240" w:lineRule="auto"/>
            </w:pPr>
          </w:p>
        </w:tc>
      </w:tr>
      <w:tr w:rsidR="00297C2F" w14:paraId="5ADA3E01"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8B6ECE2" w14:textId="77777777" w:rsidR="00297C2F" w:rsidRDefault="00000000">
            <w:pPr>
              <w:spacing w:after="0" w:line="240" w:lineRule="auto"/>
              <w:jc w:val="center"/>
            </w:pPr>
            <w:r>
              <w:rPr>
                <w:sz w:val="15"/>
              </w:rPr>
              <w:t>37</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AA5EF7" w14:textId="77777777" w:rsidR="00297C2F" w:rsidRDefault="00000000">
            <w:pPr>
              <w:spacing w:after="0" w:line="240" w:lineRule="auto"/>
            </w:pPr>
            <w:r>
              <w:rPr>
                <w:sz w:val="15"/>
              </w:rPr>
              <w:t>El Ahram</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F09DA6E" w14:textId="77777777" w:rsidR="00297C2F" w:rsidRDefault="00000000">
            <w:pPr>
              <w:spacing w:after="0" w:line="240" w:lineRule="auto"/>
              <w:jc w:val="center"/>
            </w:pPr>
            <w:r>
              <w:rPr>
                <w:sz w:val="15"/>
              </w:rPr>
              <w:t>0.999984608848</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80DB0B6" w14:textId="77777777" w:rsidR="00297C2F" w:rsidRDefault="00000000">
            <w:pPr>
              <w:spacing w:after="0" w:line="240" w:lineRule="auto"/>
              <w:jc w:val="center"/>
            </w:pPr>
            <w:r>
              <w:rPr>
                <w:sz w:val="15"/>
              </w:rPr>
              <w:t>Medium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410E9D" w14:textId="77777777" w:rsidR="00297C2F" w:rsidRDefault="00297C2F">
            <w:pPr>
              <w:spacing w:after="0" w:line="240" w:lineRule="auto"/>
            </w:pPr>
          </w:p>
        </w:tc>
      </w:tr>
    </w:tbl>
    <w:p w14:paraId="01898336" w14:textId="77777777" w:rsidR="00297C2F" w:rsidRDefault="00297C2F">
      <w:pPr>
        <w:spacing w:after="60" w:line="240" w:lineRule="auto"/>
      </w:pPr>
    </w:p>
    <w:p w14:paraId="137B5E20" w14:textId="77777777" w:rsidR="00297C2F" w:rsidRDefault="00000000">
      <w:pPr>
        <w:spacing w:after="60" w:line="240" w:lineRule="auto"/>
      </w:pPr>
      <w:r>
        <w:rPr>
          <w:sz w:val="19"/>
        </w:rPr>
        <w:br w:type="page"/>
      </w:r>
    </w:p>
    <w:p w14:paraId="7ED6AB3E" w14:textId="77777777" w:rsidR="00297C2F" w:rsidRDefault="00000000">
      <w:pPr>
        <w:pStyle w:val="Heading1"/>
        <w:spacing w:before="160" w:after="60" w:line="240" w:lineRule="auto"/>
      </w:pPr>
      <w:r>
        <w:rPr>
          <w:rFonts w:ascii="Arial" w:hAnsi="Arial"/>
          <w:sz w:val="23"/>
        </w:rPr>
        <w:lastRenderedPageBreak/>
        <w:t>Residential district risk score linkage continued</w:t>
      </w:r>
    </w:p>
    <w:tbl>
      <w:tblPr>
        <w:tblW w:w="14256"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4752"/>
        <w:gridCol w:w="3240"/>
        <w:gridCol w:w="1944"/>
        <w:gridCol w:w="3384"/>
      </w:tblGrid>
      <w:tr w:rsidR="00297C2F" w14:paraId="4CBA3E25" w14:textId="77777777">
        <w:trPr>
          <w:cantSplit/>
          <w:tblHeader/>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746904" w14:textId="77777777" w:rsidR="00297C2F" w:rsidRDefault="00000000">
            <w:pPr>
              <w:spacing w:after="0" w:line="240" w:lineRule="auto"/>
              <w:jc w:val="center"/>
            </w:pPr>
            <w:r>
              <w:rPr>
                <w:b/>
                <w:sz w:val="15"/>
              </w:rPr>
              <w:t>Code</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8ED8782" w14:textId="77777777" w:rsidR="00297C2F" w:rsidRDefault="00000000">
            <w:pPr>
              <w:spacing w:after="0" w:line="240" w:lineRule="auto"/>
              <w:jc w:val="center"/>
            </w:pPr>
            <w:r>
              <w:rPr>
                <w:b/>
                <w:sz w:val="15"/>
              </w:rPr>
              <w:t>District</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7463E2" w14:textId="77777777" w:rsidR="00297C2F" w:rsidRDefault="00000000">
            <w:pPr>
              <w:spacing w:after="0" w:line="240" w:lineRule="auto"/>
              <w:jc w:val="center"/>
            </w:pPr>
            <w:r>
              <w:rPr>
                <w:b/>
                <w:sz w:val="15"/>
              </w:rPr>
              <w:t>avg_risk</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B28D741" w14:textId="77777777" w:rsidR="00297C2F" w:rsidRDefault="00000000">
            <w:pPr>
              <w:spacing w:after="0" w:line="240" w:lineRule="auto"/>
              <w:jc w:val="center"/>
            </w:pPr>
            <w:r>
              <w:rPr>
                <w:b/>
                <w:sz w:val="15"/>
              </w:rPr>
              <w:t>Risk class</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8D69FB9" w14:textId="77777777" w:rsidR="00297C2F" w:rsidRDefault="00000000">
            <w:pPr>
              <w:spacing w:after="0" w:line="240" w:lineRule="auto"/>
              <w:jc w:val="center"/>
            </w:pPr>
            <w:r>
              <w:rPr>
                <w:b/>
                <w:sz w:val="15"/>
              </w:rPr>
              <w:t>Source note</w:t>
            </w:r>
          </w:p>
        </w:tc>
      </w:tr>
      <w:tr w:rsidR="00297C2F" w14:paraId="754FBE25"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FEEE54A" w14:textId="77777777" w:rsidR="00297C2F" w:rsidRDefault="00000000">
            <w:pPr>
              <w:spacing w:after="0" w:line="240" w:lineRule="auto"/>
              <w:jc w:val="center"/>
            </w:pPr>
            <w:r>
              <w:rPr>
                <w:sz w:val="15"/>
              </w:rPr>
              <w:t>39</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ADF052D" w14:textId="77777777" w:rsidR="00297C2F" w:rsidRDefault="00000000">
            <w:pPr>
              <w:spacing w:after="0" w:line="240" w:lineRule="auto"/>
            </w:pPr>
            <w:r>
              <w:rPr>
                <w:sz w:val="15"/>
              </w:rPr>
              <w:t>El Hawamdeya</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8D65927" w14:textId="77777777" w:rsidR="00297C2F" w:rsidRDefault="00000000">
            <w:pPr>
              <w:spacing w:after="0" w:line="240" w:lineRule="auto"/>
              <w:jc w:val="center"/>
            </w:pPr>
            <w:r>
              <w:rPr>
                <w:sz w:val="15"/>
              </w:rPr>
              <w:t>0.999999010477</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22703C9" w14:textId="77777777" w:rsidR="00297C2F" w:rsidRDefault="00000000">
            <w:pPr>
              <w:spacing w:after="0" w:line="240" w:lineRule="auto"/>
              <w:jc w:val="center"/>
            </w:pPr>
            <w:r>
              <w:rPr>
                <w:sz w:val="15"/>
              </w:rPr>
              <w:t>Medium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DC90EF6" w14:textId="77777777" w:rsidR="00297C2F" w:rsidRDefault="00297C2F">
            <w:pPr>
              <w:spacing w:after="0" w:line="240" w:lineRule="auto"/>
            </w:pPr>
          </w:p>
        </w:tc>
      </w:tr>
      <w:tr w:rsidR="00297C2F" w14:paraId="33382649"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F3E75EC" w14:textId="77777777" w:rsidR="00297C2F" w:rsidRDefault="00000000">
            <w:pPr>
              <w:spacing w:after="0" w:line="240" w:lineRule="auto"/>
              <w:jc w:val="center"/>
            </w:pPr>
            <w:r>
              <w:rPr>
                <w:sz w:val="15"/>
              </w:rPr>
              <w:t>43</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3EA889" w14:textId="77777777" w:rsidR="00297C2F" w:rsidRDefault="00000000">
            <w:pPr>
              <w:spacing w:after="0" w:line="240" w:lineRule="auto"/>
            </w:pPr>
            <w:r>
              <w:rPr>
                <w:sz w:val="15"/>
              </w:rPr>
              <w:t>Embaba</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D48CC1" w14:textId="77777777" w:rsidR="00297C2F" w:rsidRDefault="00000000">
            <w:pPr>
              <w:spacing w:after="0" w:line="240" w:lineRule="auto"/>
              <w:jc w:val="center"/>
            </w:pPr>
            <w:r>
              <w:rPr>
                <w:sz w:val="15"/>
              </w:rPr>
              <w:t>0.999404772517</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5287AB0" w14:textId="77777777" w:rsidR="00297C2F" w:rsidRDefault="00000000">
            <w:pPr>
              <w:spacing w:after="0" w:line="240" w:lineRule="auto"/>
              <w:jc w:val="center"/>
            </w:pPr>
            <w:r>
              <w:rPr>
                <w:sz w:val="15"/>
              </w:rPr>
              <w:t>Low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2CF7A315" w14:textId="77777777" w:rsidR="00297C2F" w:rsidRDefault="00297C2F">
            <w:pPr>
              <w:spacing w:after="0" w:line="240" w:lineRule="auto"/>
            </w:pPr>
          </w:p>
        </w:tc>
      </w:tr>
      <w:tr w:rsidR="00297C2F" w14:paraId="6B6A9878"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218734" w14:textId="77777777" w:rsidR="00297C2F" w:rsidRDefault="00000000">
            <w:pPr>
              <w:spacing w:after="0" w:line="240" w:lineRule="auto"/>
              <w:jc w:val="center"/>
            </w:pPr>
            <w:r>
              <w:rPr>
                <w:sz w:val="15"/>
              </w:rPr>
              <w:t>44</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D4C90B5" w14:textId="77777777" w:rsidR="00297C2F" w:rsidRDefault="00000000">
            <w:pPr>
              <w:spacing w:after="0" w:line="240" w:lineRule="auto"/>
            </w:pPr>
            <w:r>
              <w:rPr>
                <w:sz w:val="15"/>
              </w:rPr>
              <w:t>Awal Shoubra El Khaimah / Shoubra</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D586025" w14:textId="77777777" w:rsidR="00297C2F" w:rsidRDefault="00000000">
            <w:pPr>
              <w:spacing w:after="0" w:line="240" w:lineRule="auto"/>
              <w:jc w:val="center"/>
            </w:pPr>
            <w:r>
              <w:rPr>
                <w:sz w:val="15"/>
              </w:rPr>
              <w:t>0.999999978576</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26D56F7" w14:textId="77777777" w:rsidR="00297C2F" w:rsidRDefault="00000000">
            <w:pPr>
              <w:spacing w:after="0" w:line="240" w:lineRule="auto"/>
              <w:jc w:val="center"/>
            </w:pPr>
            <w:r>
              <w:rPr>
                <w:sz w:val="15"/>
              </w:rPr>
              <w:t>High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7AE0E61" w14:textId="77777777" w:rsidR="00297C2F" w:rsidRDefault="00000000">
            <w:pPr>
              <w:spacing w:after="0" w:line="240" w:lineRule="auto"/>
            </w:pPr>
            <w:r>
              <w:rPr>
                <w:sz w:val="15"/>
              </w:rPr>
              <w:t>Source labels contain aliases</w:t>
            </w:r>
          </w:p>
        </w:tc>
      </w:tr>
      <w:tr w:rsidR="00297C2F" w14:paraId="7EF3B330"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3682FE6" w14:textId="77777777" w:rsidR="00297C2F" w:rsidRDefault="00000000">
            <w:pPr>
              <w:spacing w:after="0" w:line="240" w:lineRule="auto"/>
              <w:jc w:val="center"/>
            </w:pPr>
            <w:r>
              <w:rPr>
                <w:sz w:val="15"/>
              </w:rPr>
              <w:t>45</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F027194" w14:textId="77777777" w:rsidR="00297C2F" w:rsidRDefault="00000000">
            <w:pPr>
              <w:spacing w:after="0" w:line="240" w:lineRule="auto"/>
            </w:pPr>
            <w:r>
              <w:rPr>
                <w:sz w:val="15"/>
              </w:rPr>
              <w:t>Boulaq El Dakrour</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BCC31AE" w14:textId="77777777" w:rsidR="00297C2F" w:rsidRDefault="00000000">
            <w:pPr>
              <w:spacing w:after="0" w:line="240" w:lineRule="auto"/>
              <w:jc w:val="center"/>
            </w:pPr>
            <w:r>
              <w:rPr>
                <w:sz w:val="15"/>
              </w:rPr>
              <w:t>0.999997117308</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39A9DE2" w14:textId="77777777" w:rsidR="00297C2F" w:rsidRDefault="00000000">
            <w:pPr>
              <w:spacing w:after="0" w:line="240" w:lineRule="auto"/>
              <w:jc w:val="center"/>
            </w:pPr>
            <w:r>
              <w:rPr>
                <w:sz w:val="15"/>
              </w:rPr>
              <w:t>Medium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DA78705" w14:textId="77777777" w:rsidR="00297C2F" w:rsidRDefault="00297C2F">
            <w:pPr>
              <w:spacing w:after="0" w:line="240" w:lineRule="auto"/>
            </w:pPr>
          </w:p>
        </w:tc>
      </w:tr>
      <w:tr w:rsidR="00297C2F" w14:paraId="38683A9E"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62E399D" w14:textId="77777777" w:rsidR="00297C2F" w:rsidRDefault="00000000">
            <w:pPr>
              <w:spacing w:after="0" w:line="240" w:lineRule="auto"/>
              <w:jc w:val="center"/>
            </w:pPr>
            <w:r>
              <w:rPr>
                <w:sz w:val="15"/>
              </w:rPr>
              <w:t>47</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6651B92" w14:textId="77777777" w:rsidR="00297C2F" w:rsidRDefault="00000000">
            <w:pPr>
              <w:spacing w:after="0" w:line="240" w:lineRule="auto"/>
            </w:pPr>
            <w:r>
              <w:rPr>
                <w:sz w:val="15"/>
              </w:rPr>
              <w:t>El Giza</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FDF7A38" w14:textId="77777777" w:rsidR="00297C2F" w:rsidRDefault="00000000">
            <w:pPr>
              <w:spacing w:after="0" w:line="240" w:lineRule="auto"/>
              <w:jc w:val="center"/>
            </w:pPr>
            <w:r>
              <w:rPr>
                <w:sz w:val="15"/>
              </w:rPr>
              <w:t>0.999995126281</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B608970" w14:textId="77777777" w:rsidR="00297C2F" w:rsidRDefault="00000000">
            <w:pPr>
              <w:spacing w:after="0" w:line="240" w:lineRule="auto"/>
              <w:jc w:val="center"/>
            </w:pPr>
            <w:r>
              <w:rPr>
                <w:sz w:val="15"/>
              </w:rPr>
              <w:t>Medium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1857863" w14:textId="77777777" w:rsidR="00297C2F" w:rsidRDefault="00297C2F">
            <w:pPr>
              <w:spacing w:after="0" w:line="240" w:lineRule="auto"/>
            </w:pPr>
          </w:p>
        </w:tc>
      </w:tr>
      <w:tr w:rsidR="00297C2F" w14:paraId="401E300D"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19D9246" w14:textId="77777777" w:rsidR="00297C2F" w:rsidRDefault="00000000">
            <w:pPr>
              <w:spacing w:after="0" w:line="240" w:lineRule="auto"/>
              <w:jc w:val="center"/>
            </w:pPr>
            <w:r>
              <w:rPr>
                <w:sz w:val="15"/>
              </w:rPr>
              <w:t>48</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50136DB" w14:textId="77777777" w:rsidR="00297C2F" w:rsidRDefault="00000000">
            <w:pPr>
              <w:spacing w:after="0" w:line="240" w:lineRule="auto"/>
            </w:pPr>
            <w:r>
              <w:rPr>
                <w:sz w:val="15"/>
              </w:rPr>
              <w:t>El Badresheen</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AA26EEF" w14:textId="77777777" w:rsidR="00297C2F" w:rsidRDefault="00000000">
            <w:pPr>
              <w:spacing w:after="0" w:line="240" w:lineRule="auto"/>
              <w:jc w:val="center"/>
            </w:pPr>
            <w:r>
              <w:rPr>
                <w:sz w:val="15"/>
              </w:rPr>
              <w:t>0.999994238814</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486BEEF" w14:textId="77777777" w:rsidR="00297C2F" w:rsidRDefault="00000000">
            <w:pPr>
              <w:spacing w:after="0" w:line="240" w:lineRule="auto"/>
              <w:jc w:val="center"/>
            </w:pPr>
            <w:r>
              <w:rPr>
                <w:sz w:val="15"/>
              </w:rPr>
              <w:t>Medium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057B743" w14:textId="77777777" w:rsidR="00297C2F" w:rsidRDefault="00297C2F">
            <w:pPr>
              <w:spacing w:after="0" w:line="240" w:lineRule="auto"/>
            </w:pPr>
          </w:p>
        </w:tc>
      </w:tr>
      <w:tr w:rsidR="00297C2F" w14:paraId="45AB196E"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1262ABA" w14:textId="77777777" w:rsidR="00297C2F" w:rsidRDefault="00000000">
            <w:pPr>
              <w:spacing w:after="0" w:line="240" w:lineRule="auto"/>
              <w:jc w:val="center"/>
            </w:pPr>
            <w:r>
              <w:rPr>
                <w:sz w:val="15"/>
              </w:rPr>
              <w:t>50</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0421F27" w14:textId="77777777" w:rsidR="00297C2F" w:rsidRDefault="00000000">
            <w:pPr>
              <w:spacing w:after="0" w:line="240" w:lineRule="auto"/>
            </w:pPr>
            <w:r>
              <w:rPr>
                <w:sz w:val="15"/>
              </w:rPr>
              <w:t>El Talbieh</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3B1DF21" w14:textId="77777777" w:rsidR="00297C2F" w:rsidRDefault="00000000">
            <w:pPr>
              <w:spacing w:after="0" w:line="240" w:lineRule="auto"/>
              <w:jc w:val="center"/>
            </w:pPr>
            <w:r>
              <w:rPr>
                <w:sz w:val="15"/>
              </w:rPr>
              <w:t>0.999976680982</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9C9C529" w14:textId="77777777" w:rsidR="00297C2F" w:rsidRDefault="00000000">
            <w:pPr>
              <w:spacing w:after="0" w:line="240" w:lineRule="auto"/>
              <w:jc w:val="center"/>
            </w:pPr>
            <w:r>
              <w:rPr>
                <w:sz w:val="15"/>
              </w:rPr>
              <w:t>Low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C9D9D5E" w14:textId="77777777" w:rsidR="00297C2F" w:rsidRDefault="00297C2F">
            <w:pPr>
              <w:spacing w:after="0" w:line="240" w:lineRule="auto"/>
            </w:pPr>
          </w:p>
        </w:tc>
      </w:tr>
      <w:tr w:rsidR="00297C2F" w14:paraId="77A63597"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FFB7B95" w14:textId="77777777" w:rsidR="00297C2F" w:rsidRDefault="00000000">
            <w:pPr>
              <w:spacing w:after="0" w:line="240" w:lineRule="auto"/>
              <w:jc w:val="center"/>
            </w:pPr>
            <w:r>
              <w:rPr>
                <w:sz w:val="15"/>
              </w:rPr>
              <w:t>52</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DC0EF2C" w14:textId="77777777" w:rsidR="00297C2F" w:rsidRDefault="00000000">
            <w:pPr>
              <w:spacing w:after="0" w:line="240" w:lineRule="auto"/>
            </w:pPr>
            <w:r>
              <w:rPr>
                <w:sz w:val="15"/>
              </w:rPr>
              <w:t>El Bassateen</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DA46856" w14:textId="77777777" w:rsidR="00297C2F" w:rsidRDefault="00000000">
            <w:pPr>
              <w:spacing w:after="0" w:line="240" w:lineRule="auto"/>
              <w:jc w:val="center"/>
            </w:pPr>
            <w:r>
              <w:rPr>
                <w:sz w:val="15"/>
              </w:rPr>
              <w:t>0.999993747836</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743A719" w14:textId="77777777" w:rsidR="00297C2F" w:rsidRDefault="00000000">
            <w:pPr>
              <w:spacing w:after="0" w:line="240" w:lineRule="auto"/>
              <w:jc w:val="center"/>
            </w:pPr>
            <w:r>
              <w:rPr>
                <w:sz w:val="15"/>
              </w:rPr>
              <w:t>Medium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96E4DA9" w14:textId="77777777" w:rsidR="00297C2F" w:rsidRDefault="00297C2F">
            <w:pPr>
              <w:spacing w:after="0" w:line="240" w:lineRule="auto"/>
            </w:pPr>
          </w:p>
        </w:tc>
      </w:tr>
      <w:tr w:rsidR="00297C2F" w14:paraId="7A17EEDD"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3E62E2F5" w14:textId="77777777" w:rsidR="00297C2F" w:rsidRDefault="00000000">
            <w:pPr>
              <w:spacing w:after="0" w:line="240" w:lineRule="auto"/>
              <w:jc w:val="center"/>
            </w:pPr>
            <w:r>
              <w:rPr>
                <w:sz w:val="15"/>
              </w:rPr>
              <w:t>53</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2A9A9A4" w14:textId="77777777" w:rsidR="00297C2F" w:rsidRDefault="00000000">
            <w:pPr>
              <w:spacing w:after="0" w:line="240" w:lineRule="auto"/>
            </w:pPr>
            <w:r>
              <w:rPr>
                <w:sz w:val="15"/>
              </w:rPr>
              <w:t>El Khalifa</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71DDF435" w14:textId="77777777" w:rsidR="00297C2F" w:rsidRDefault="00000000">
            <w:pPr>
              <w:spacing w:after="0" w:line="240" w:lineRule="auto"/>
              <w:jc w:val="center"/>
            </w:pPr>
            <w:r>
              <w:rPr>
                <w:sz w:val="15"/>
              </w:rPr>
              <w:t>0.999984528923</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AEE8A5D" w14:textId="77777777" w:rsidR="00297C2F" w:rsidRDefault="00000000">
            <w:pPr>
              <w:spacing w:after="0" w:line="240" w:lineRule="auto"/>
              <w:jc w:val="center"/>
            </w:pPr>
            <w:r>
              <w:rPr>
                <w:sz w:val="15"/>
              </w:rPr>
              <w:t>Medium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C3F0E64" w14:textId="77777777" w:rsidR="00297C2F" w:rsidRDefault="00297C2F">
            <w:pPr>
              <w:spacing w:after="0" w:line="240" w:lineRule="auto"/>
            </w:pPr>
          </w:p>
        </w:tc>
      </w:tr>
      <w:tr w:rsidR="00297C2F" w14:paraId="1900B92E"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3337AA4" w14:textId="77777777" w:rsidR="00297C2F" w:rsidRDefault="00000000">
            <w:pPr>
              <w:spacing w:after="0" w:line="240" w:lineRule="auto"/>
              <w:jc w:val="center"/>
            </w:pPr>
            <w:r>
              <w:rPr>
                <w:sz w:val="15"/>
              </w:rPr>
              <w:t>54</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8F49DD9" w14:textId="77777777" w:rsidR="00297C2F" w:rsidRDefault="00000000">
            <w:pPr>
              <w:spacing w:after="0" w:line="240" w:lineRule="auto"/>
            </w:pPr>
            <w:r>
              <w:rPr>
                <w:sz w:val="15"/>
              </w:rPr>
              <w:t>El Maassara</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B58777D" w14:textId="77777777" w:rsidR="00297C2F" w:rsidRDefault="00000000">
            <w:pPr>
              <w:spacing w:after="0" w:line="240" w:lineRule="auto"/>
              <w:jc w:val="center"/>
            </w:pPr>
            <w:r>
              <w:rPr>
                <w:sz w:val="15"/>
              </w:rPr>
              <w:t>0.999999836728</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BEC9EDF" w14:textId="77777777" w:rsidR="00297C2F" w:rsidRDefault="00000000">
            <w:pPr>
              <w:spacing w:after="0" w:line="240" w:lineRule="auto"/>
              <w:jc w:val="center"/>
            </w:pPr>
            <w:r>
              <w:rPr>
                <w:sz w:val="15"/>
              </w:rPr>
              <w:t>High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F97AE26" w14:textId="77777777" w:rsidR="00297C2F" w:rsidRDefault="00297C2F">
            <w:pPr>
              <w:spacing w:after="0" w:line="240" w:lineRule="auto"/>
            </w:pPr>
          </w:p>
        </w:tc>
      </w:tr>
      <w:tr w:rsidR="00297C2F" w14:paraId="7CCC2FE7"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BCCD73A" w14:textId="77777777" w:rsidR="00297C2F" w:rsidRDefault="00000000">
            <w:pPr>
              <w:spacing w:after="0" w:line="240" w:lineRule="auto"/>
              <w:jc w:val="center"/>
            </w:pPr>
            <w:r>
              <w:rPr>
                <w:sz w:val="15"/>
              </w:rPr>
              <w:t>56</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C69AAC8" w14:textId="77777777" w:rsidR="00297C2F" w:rsidRDefault="00000000">
            <w:pPr>
              <w:spacing w:after="0" w:line="240" w:lineRule="auto"/>
            </w:pPr>
            <w:r>
              <w:rPr>
                <w:sz w:val="15"/>
              </w:rPr>
              <w:t>Helwan</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CC984E9" w14:textId="77777777" w:rsidR="00297C2F" w:rsidRDefault="00000000">
            <w:pPr>
              <w:spacing w:after="0" w:line="240" w:lineRule="auto"/>
              <w:jc w:val="center"/>
            </w:pPr>
            <w:r>
              <w:rPr>
                <w:sz w:val="15"/>
              </w:rPr>
              <w:t>0.999999999938</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9FCB8B5" w14:textId="77777777" w:rsidR="00297C2F" w:rsidRDefault="00000000">
            <w:pPr>
              <w:spacing w:after="0" w:line="240" w:lineRule="auto"/>
              <w:jc w:val="center"/>
            </w:pPr>
            <w:r>
              <w:rPr>
                <w:sz w:val="15"/>
              </w:rPr>
              <w:t>High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1F46DE55" w14:textId="77777777" w:rsidR="00297C2F" w:rsidRDefault="00297C2F">
            <w:pPr>
              <w:spacing w:after="0" w:line="240" w:lineRule="auto"/>
            </w:pPr>
          </w:p>
        </w:tc>
      </w:tr>
      <w:tr w:rsidR="00297C2F" w14:paraId="4876F32C" w14:textId="77777777">
        <w:trPr>
          <w:cantSplit/>
          <w:jc w:val="center"/>
        </w:trPr>
        <w:tc>
          <w:tcPr>
            <w:tcW w:w="936"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056A6A1" w14:textId="77777777" w:rsidR="00297C2F" w:rsidRDefault="00000000">
            <w:pPr>
              <w:spacing w:after="0" w:line="240" w:lineRule="auto"/>
              <w:jc w:val="center"/>
            </w:pPr>
            <w:r>
              <w:rPr>
                <w:sz w:val="15"/>
              </w:rPr>
              <w:t>60</w:t>
            </w:r>
          </w:p>
        </w:tc>
        <w:tc>
          <w:tcPr>
            <w:tcW w:w="4752"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5743561D" w14:textId="77777777" w:rsidR="00297C2F" w:rsidRDefault="00000000">
            <w:pPr>
              <w:spacing w:after="0" w:line="240" w:lineRule="auto"/>
            </w:pPr>
            <w:r>
              <w:rPr>
                <w:sz w:val="15"/>
              </w:rPr>
              <w:t>El Khanka</w:t>
            </w:r>
          </w:p>
        </w:tc>
        <w:tc>
          <w:tcPr>
            <w:tcW w:w="3240"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4D4B7864" w14:textId="77777777" w:rsidR="00297C2F" w:rsidRDefault="00000000">
            <w:pPr>
              <w:spacing w:after="0" w:line="240" w:lineRule="auto"/>
              <w:jc w:val="center"/>
            </w:pPr>
            <w:r>
              <w:rPr>
                <w:sz w:val="15"/>
              </w:rPr>
              <w:t>0.999999996848</w:t>
            </w:r>
          </w:p>
        </w:tc>
        <w:tc>
          <w:tcPr>
            <w:tcW w:w="194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635676B5" w14:textId="77777777" w:rsidR="00297C2F" w:rsidRDefault="00000000">
            <w:pPr>
              <w:spacing w:after="0" w:line="240" w:lineRule="auto"/>
              <w:jc w:val="center"/>
            </w:pPr>
            <w:r>
              <w:rPr>
                <w:sz w:val="15"/>
              </w:rPr>
              <w:t>High Risk</w:t>
            </w:r>
          </w:p>
        </w:tc>
        <w:tc>
          <w:tcPr>
            <w:tcW w:w="3384" w:type="dxa"/>
            <w:tcBorders>
              <w:top w:val="single" w:sz="3" w:space="0" w:color="909090"/>
              <w:left w:val="single" w:sz="3" w:space="0" w:color="909090"/>
              <w:bottom w:val="single" w:sz="3" w:space="0" w:color="909090"/>
              <w:right w:val="single" w:sz="3" w:space="0" w:color="909090"/>
            </w:tcBorders>
            <w:tcMar>
              <w:top w:w="70" w:type="dxa"/>
              <w:left w:w="80" w:type="dxa"/>
              <w:bottom w:w="70" w:type="dxa"/>
              <w:right w:w="80" w:type="dxa"/>
            </w:tcMar>
            <w:vAlign w:val="center"/>
          </w:tcPr>
          <w:p w14:paraId="0714EA8E" w14:textId="77777777" w:rsidR="00297C2F" w:rsidRDefault="00297C2F">
            <w:pPr>
              <w:spacing w:after="0" w:line="240" w:lineRule="auto"/>
            </w:pPr>
          </w:p>
        </w:tc>
      </w:tr>
    </w:tbl>
    <w:p w14:paraId="165BB18F" w14:textId="77777777" w:rsidR="00297C2F" w:rsidRDefault="00297C2F">
      <w:pPr>
        <w:spacing w:after="60" w:line="240" w:lineRule="auto"/>
      </w:pPr>
    </w:p>
    <w:p w14:paraId="56B774DE" w14:textId="77777777" w:rsidR="00297C2F" w:rsidRDefault="00000000">
      <w:pPr>
        <w:pStyle w:val="Heading1"/>
        <w:spacing w:before="160" w:after="60" w:line="240" w:lineRule="auto"/>
      </w:pPr>
      <w:r>
        <w:rPr>
          <w:rFonts w:ascii="Arial" w:hAnsi="Arial"/>
          <w:sz w:val="23"/>
        </w:rPr>
        <w:t>Manuscript reporting text for questionnaire coding and district risk</w:t>
      </w:r>
    </w:p>
    <w:p w14:paraId="570B5225" w14:textId="77777777" w:rsidR="00297C2F" w:rsidRDefault="00000000">
      <w:pPr>
        <w:spacing w:after="60" w:line="240" w:lineRule="auto"/>
      </w:pPr>
      <w:r>
        <w:rPr>
          <w:sz w:val="19"/>
        </w:rPr>
        <w:t>Questionnaire responses were coded using a prespecified data dictionary derived from the questionnaire response options. Categorical variables were entered as factors with explicit reference categories and were not treated as continuous solely because numeric codes were used. Residence_address was linked by exact district code to the residential district lookup, providing a continuous contextual avg_risk value and a three-level Low, Medium, or High Risk classification. Low Risk was the reference category for categorical analyses.</w:t>
      </w:r>
    </w:p>
    <w:p w14:paraId="685B4C0D" w14:textId="77777777" w:rsidR="00297C2F" w:rsidRDefault="00000000">
      <w:pPr>
        <w:spacing w:after="60" w:line="240" w:lineRule="auto"/>
      </w:pPr>
      <w:r>
        <w:rPr>
          <w:sz w:val="19"/>
        </w:rPr>
        <w:t>The analytical sample remained fixed at 767 participants, comprising 511 lung cancer cases and 256 controls. Participant identifiers were excluded from analytical outputs, and questionnaire missing or not-applicable values were handled according to the variable-specific rules in the coding specification.</w:t>
      </w:r>
    </w:p>
    <w:p w14:paraId="11817D2C" w14:textId="77777777" w:rsidR="00297C2F" w:rsidRDefault="00000000">
      <w:pPr>
        <w:pStyle w:val="Heading1"/>
      </w:pPr>
      <w:r>
        <w:t>Methodological references</w:t>
      </w:r>
    </w:p>
    <w:p w14:paraId="2FABAA6C" w14:textId="77777777" w:rsidR="00297C2F" w:rsidRDefault="00000000">
      <w:pPr>
        <w:spacing w:after="40" w:line="240" w:lineRule="auto"/>
      </w:pPr>
      <w:r>
        <w:rPr>
          <w:sz w:val="17"/>
        </w:rPr>
        <w:t>1. Saaty TL. The Analytic Hierarchy Process. New York: McGraw-Hill; 1980.</w:t>
      </w:r>
    </w:p>
    <w:p w14:paraId="67B5B5DE" w14:textId="77777777" w:rsidR="00297C2F" w:rsidRDefault="00000000">
      <w:pPr>
        <w:spacing w:after="40" w:line="240" w:lineRule="auto"/>
      </w:pPr>
      <w:r>
        <w:rPr>
          <w:sz w:val="17"/>
        </w:rPr>
        <w:t>2. Malczewski J. GIS-based multicriteria decision analysis: a survey of the literature. International Journal of Geographical Information Science. 2006;20:703–726.</w:t>
      </w:r>
    </w:p>
    <w:sectPr w:rsidR="00297C2F" w:rsidSect="00034616">
      <w:footerReference w:type="default" r:id="rId8"/>
      <w:pgSz w:w="15840" w:h="12240" w:orient="landscape"/>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2E7F9" w14:textId="77777777" w:rsidR="006D0D51" w:rsidRDefault="006D0D51">
      <w:pPr>
        <w:spacing w:after="0" w:line="240" w:lineRule="auto"/>
      </w:pPr>
      <w:r>
        <w:separator/>
      </w:r>
    </w:p>
  </w:endnote>
  <w:endnote w:type="continuationSeparator" w:id="0">
    <w:p w14:paraId="0D638FB5" w14:textId="77777777" w:rsidR="006D0D51" w:rsidRDefault="006D0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5486914"/>
      <w:docPartObj>
        <w:docPartGallery w:val="Page Numbers (Bottom of Page)"/>
        <w:docPartUnique/>
      </w:docPartObj>
    </w:sdtPr>
    <w:sdtEndPr>
      <w:rPr>
        <w:noProof/>
      </w:rPr>
    </w:sdtEndPr>
    <w:sdtContent>
      <w:p w14:paraId="6B1D9955" w14:textId="3EB6D58B" w:rsidR="006265C5" w:rsidRDefault="006265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724054" w14:textId="05C17E79" w:rsidR="00297C2F" w:rsidRDefault="00297C2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94ED4" w14:textId="77777777" w:rsidR="006D0D51" w:rsidRDefault="006D0D51">
      <w:pPr>
        <w:spacing w:after="0" w:line="240" w:lineRule="auto"/>
      </w:pPr>
      <w:r>
        <w:separator/>
      </w:r>
    </w:p>
  </w:footnote>
  <w:footnote w:type="continuationSeparator" w:id="0">
    <w:p w14:paraId="370B6857" w14:textId="77777777" w:rsidR="006D0D51" w:rsidRDefault="006D0D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41002573">
    <w:abstractNumId w:val="8"/>
  </w:num>
  <w:num w:numId="2" w16cid:durableId="113408395">
    <w:abstractNumId w:val="6"/>
  </w:num>
  <w:num w:numId="3" w16cid:durableId="1800686744">
    <w:abstractNumId w:val="5"/>
  </w:num>
  <w:num w:numId="4" w16cid:durableId="1955284892">
    <w:abstractNumId w:val="4"/>
  </w:num>
  <w:num w:numId="5" w16cid:durableId="939066658">
    <w:abstractNumId w:val="7"/>
  </w:num>
  <w:num w:numId="6" w16cid:durableId="1581988130">
    <w:abstractNumId w:val="3"/>
  </w:num>
  <w:num w:numId="7" w16cid:durableId="745881718">
    <w:abstractNumId w:val="2"/>
  </w:num>
  <w:num w:numId="8" w16cid:durableId="1734891125">
    <w:abstractNumId w:val="1"/>
  </w:num>
  <w:num w:numId="9" w16cid:durableId="258804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97C2F"/>
    <w:rsid w:val="00326F90"/>
    <w:rsid w:val="006265C5"/>
    <w:rsid w:val="006D0D51"/>
    <w:rsid w:val="00AA1D8D"/>
    <w:rsid w:val="00AF460C"/>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4B6A49"/>
  <w14:defaultImageDpi w14:val="300"/>
  <w15:docId w15:val="{3B9A28C2-4C10-435F-9810-8924D2433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color w:val="000000"/>
      <w:sz w:val="18"/>
    </w:rPr>
  </w:style>
  <w:style w:type="paragraph" w:styleId="Heading1">
    <w:name w:val="heading 1"/>
    <w:basedOn w:val="Normal"/>
    <w:next w:val="Normal"/>
    <w:link w:val="Heading1Char"/>
    <w:uiPriority w:val="9"/>
    <w:qFormat/>
    <w:rsid w:val="00FC693F"/>
    <w:pPr>
      <w:keepNext/>
      <w:keepLines/>
      <w:spacing w:before="14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5259</Words>
  <Characters>29982</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AHP weighting consistency sensitivity coding and district risk appendix</dc:title>
  <dc:subject>Greater Cairo lung cancer spatial vulnerability model</dc:subject>
  <dc:creator/>
  <cp:keywords>AHP, questionnaire coding, district risk, lung cancer, sensitivity analysis</cp:keywords>
  <dc:description>generated by python-docx</dc:description>
  <cp:lastModifiedBy>Mona Ramadan</cp:lastModifiedBy>
  <cp:revision>2</cp:revision>
  <dcterms:created xsi:type="dcterms:W3CDTF">2013-12-23T23:15:00Z</dcterms:created>
  <dcterms:modified xsi:type="dcterms:W3CDTF">2026-09-19T12:58:00Z</dcterms:modified>
  <cp:category/>
</cp:coreProperties>
</file>