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C641DF" w14:textId="00559415" w:rsidR="00C4799F" w:rsidRDefault="00643FCB">
      <w:pPr>
        <w:pStyle w:val="Heading1"/>
        <w:rPr>
          <w:color w:val="auto"/>
        </w:rPr>
      </w:pPr>
      <w:r w:rsidRPr="0007337A">
        <w:rPr>
          <w:color w:val="auto"/>
        </w:rPr>
        <w:t>Supplementary Table S1. S</w:t>
      </w:r>
      <w:r w:rsidR="0007337A" w:rsidRPr="0007337A">
        <w:rPr>
          <w:color w:val="auto"/>
        </w:rPr>
        <w:t>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5"/>
        <w:gridCol w:w="8059"/>
        <w:gridCol w:w="970"/>
      </w:tblGrid>
      <w:tr w:rsidR="0007337A" w14:paraId="146BB379" w14:textId="77777777" w:rsidTr="0007337A">
        <w:tc>
          <w:tcPr>
            <w:tcW w:w="1188" w:type="dxa"/>
          </w:tcPr>
          <w:p w14:paraId="63439CE0" w14:textId="03A68379" w:rsidR="0007337A" w:rsidRDefault="0007337A" w:rsidP="0007337A">
            <w:r>
              <w:t>Database</w:t>
            </w:r>
          </w:p>
        </w:tc>
        <w:tc>
          <w:tcPr>
            <w:tcW w:w="8280" w:type="dxa"/>
          </w:tcPr>
          <w:p w14:paraId="33E623F4" w14:textId="098735B7" w:rsidR="0007337A" w:rsidRDefault="0007337A" w:rsidP="0007337A">
            <w:r>
              <w:t>Search strategy</w:t>
            </w:r>
          </w:p>
        </w:tc>
        <w:tc>
          <w:tcPr>
            <w:tcW w:w="972" w:type="dxa"/>
          </w:tcPr>
          <w:p w14:paraId="1EFE14AB" w14:textId="15D8F695" w:rsidR="0007337A" w:rsidRDefault="0007337A" w:rsidP="0007337A">
            <w:r>
              <w:t>Number of records</w:t>
            </w:r>
          </w:p>
        </w:tc>
      </w:tr>
      <w:tr w:rsidR="0007337A" w14:paraId="4F82ADE0" w14:textId="77777777" w:rsidTr="0007337A">
        <w:tc>
          <w:tcPr>
            <w:tcW w:w="1188" w:type="dxa"/>
          </w:tcPr>
          <w:p w14:paraId="02D0EA26" w14:textId="61CC8039" w:rsidR="0007337A" w:rsidRDefault="0007337A" w:rsidP="0007337A">
            <w:r w:rsidRPr="0007337A">
              <w:t>PubMed/</w:t>
            </w:r>
            <w:r>
              <w:t xml:space="preserve"> </w:t>
            </w:r>
            <w:r w:rsidRPr="0007337A">
              <w:t>MEDLINE</w:t>
            </w:r>
          </w:p>
        </w:tc>
        <w:tc>
          <w:tcPr>
            <w:tcW w:w="8280" w:type="dxa"/>
          </w:tcPr>
          <w:p w14:paraId="23B36855" w14:textId="67642A26" w:rsidR="0007337A" w:rsidRDefault="0007337A" w:rsidP="0007337A">
            <w:r w:rsidRPr="0007337A">
              <w:rPr>
                <w:rFonts w:ascii="Liberation Mono" w:hAnsi="Liberation Mono"/>
                <w:sz w:val="15"/>
              </w:rPr>
              <w:t xml:space="preserve">(("anterior cruciate ligament reconstruction"[Title/Abstract] OR "ACL reconstruction"[Title/Abstract] OR ACLR[Title/Abstract]) AND ("lateral extra-articular tenodesis"[Title/Abstract] OR LET[Title/Abstract] OR "anterolateral ligament reconstruction"[Title/Abstract] OR "anterolateral ligament"[Title/Abstract] OR ALLR[Title/Abstract] OR "lateral extra-articular procedure"[Title/Abstract] OR "lateral extra-articular augmentation"[Title/Abstract]) AND (IKDC[Title/Abstract] OR KOOS[Title/Abstract] OR Lysholm[Title/Abstract] OR Tegner[Title/Abstract] OR "patient-reported outcome"[Title/Abstract] OR PROM*[Title/Abstract] OR osteoarthritis[Title/Abstract] OR "Kellgren-Lawrence"[Title/Abstract]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Ahlback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>[Title/Abstract] OR Fairbank[Title/Abstract])) AND (2015:2025[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pdat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>])</w:t>
            </w:r>
          </w:p>
        </w:tc>
        <w:tc>
          <w:tcPr>
            <w:tcW w:w="972" w:type="dxa"/>
          </w:tcPr>
          <w:p w14:paraId="34B64505" w14:textId="6698503E" w:rsidR="0007337A" w:rsidRDefault="00AA0F19" w:rsidP="0007337A">
            <w:r>
              <w:t>16</w:t>
            </w:r>
          </w:p>
        </w:tc>
      </w:tr>
      <w:tr w:rsidR="0007337A" w14:paraId="22AF66B9" w14:textId="77777777" w:rsidTr="0007337A">
        <w:tc>
          <w:tcPr>
            <w:tcW w:w="1188" w:type="dxa"/>
          </w:tcPr>
          <w:p w14:paraId="63555B24" w14:textId="6CB3165A" w:rsidR="0007337A" w:rsidRDefault="0007337A" w:rsidP="0007337A">
            <w:r w:rsidRPr="0007337A">
              <w:t>Embase</w:t>
            </w:r>
          </w:p>
        </w:tc>
        <w:tc>
          <w:tcPr>
            <w:tcW w:w="8280" w:type="dxa"/>
          </w:tcPr>
          <w:p w14:paraId="5C965C14" w14:textId="7D2FA4AB" w:rsidR="0007337A" w:rsidRDefault="0007337A" w:rsidP="0007337A">
            <w:r w:rsidRPr="0007337A">
              <w:rPr>
                <w:rFonts w:ascii="Liberation Mono" w:hAnsi="Liberation Mono"/>
                <w:sz w:val="15"/>
              </w:rPr>
              <w:t>('anterior cruciate ligament reconstruction':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acl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reconstruction':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aclr:ti,ab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>) AND ('lateral extra-articular tenodesis':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let:ti,ab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'anterolateral ligament reconstruction':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'anterolateral ligament':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allr:ti,ab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'lateral extra-articular procedure':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'lateral extra-articular augmentation':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>) AND (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ikdc:ti,ab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koos:ti,ab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lysholm:ti,ab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tegner:ti,ab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'patient reported outcome':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prom*: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osteoarthritis:ti,ab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'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kellgren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lawrence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>':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ahlback:ti,ab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fairbank:ti,ab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>) AND [2015-2025]/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py</w:t>
            </w:r>
            <w:proofErr w:type="spellEnd"/>
          </w:p>
        </w:tc>
        <w:tc>
          <w:tcPr>
            <w:tcW w:w="972" w:type="dxa"/>
          </w:tcPr>
          <w:p w14:paraId="0F57499B" w14:textId="21D55AEE" w:rsidR="0007337A" w:rsidRDefault="00AA0F19" w:rsidP="0007337A">
            <w:r>
              <w:t>483</w:t>
            </w:r>
          </w:p>
        </w:tc>
      </w:tr>
      <w:tr w:rsidR="0007337A" w14:paraId="73387162" w14:textId="77777777" w:rsidTr="0007337A">
        <w:tc>
          <w:tcPr>
            <w:tcW w:w="1188" w:type="dxa"/>
          </w:tcPr>
          <w:p w14:paraId="3E048F83" w14:textId="320B49AD" w:rsidR="0007337A" w:rsidRDefault="0007337A" w:rsidP="0007337A">
            <w:r w:rsidRPr="0007337A">
              <w:t>Scopus</w:t>
            </w:r>
          </w:p>
        </w:tc>
        <w:tc>
          <w:tcPr>
            <w:tcW w:w="8280" w:type="dxa"/>
          </w:tcPr>
          <w:p w14:paraId="5002794B" w14:textId="3A6091FB" w:rsidR="0007337A" w:rsidRDefault="0007337A" w:rsidP="0007337A">
            <w:r w:rsidRPr="0007337A">
              <w:rPr>
                <w:rFonts w:ascii="Liberation Mono" w:hAnsi="Liberation Mono"/>
                <w:sz w:val="15"/>
              </w:rPr>
              <w:t>TITLE-ABS-</w:t>
            </w:r>
            <w:proofErr w:type="gramStart"/>
            <w:r w:rsidRPr="0007337A">
              <w:rPr>
                <w:rFonts w:ascii="Liberation Mono" w:hAnsi="Liberation Mono"/>
                <w:sz w:val="15"/>
              </w:rPr>
              <w:t>KEY(</w:t>
            </w:r>
            <w:proofErr w:type="gramEnd"/>
            <w:r w:rsidRPr="0007337A">
              <w:rPr>
                <w:rFonts w:ascii="Liberation Mono" w:hAnsi="Liberation Mono"/>
                <w:sz w:val="15"/>
              </w:rPr>
              <w:t xml:space="preserve">("anterior cruciate ligament reconstruction" OR "ACL reconstruction" OR ACLR) AND ("lateral extra-articular tenodesis" OR LET OR "anterolateral ligament reconstruction" OR "anterolateral ligament" OR ALLR OR "lateral extra-articular procedure" OR "lateral extra-articular augmentation") AND (IKDC OR KOOS OR Lysholm OR Tegner OR "patient-reported outcome*" OR PROM* OR osteoarthritis OR "Kellgren-Lawrence" OR </w:t>
            </w:r>
            <w:proofErr w:type="spellStart"/>
            <w:r w:rsidRPr="0007337A">
              <w:rPr>
                <w:rFonts w:ascii="Liberation Mono" w:hAnsi="Liberation Mono"/>
                <w:sz w:val="15"/>
              </w:rPr>
              <w:t>Ahlback</w:t>
            </w:r>
            <w:proofErr w:type="spellEnd"/>
            <w:r w:rsidRPr="0007337A">
              <w:rPr>
                <w:rFonts w:ascii="Liberation Mono" w:hAnsi="Liberation Mono"/>
                <w:sz w:val="15"/>
              </w:rPr>
              <w:t xml:space="preserve"> OR Fairbank)) AND PUBYEAR &gt; 2014 AND PUBYEAR &lt; 2026</w:t>
            </w:r>
          </w:p>
        </w:tc>
        <w:tc>
          <w:tcPr>
            <w:tcW w:w="972" w:type="dxa"/>
          </w:tcPr>
          <w:p w14:paraId="09F410E2" w14:textId="67B38BBF" w:rsidR="0007337A" w:rsidRDefault="00AA0F19" w:rsidP="0007337A">
            <w:r>
              <w:t>27</w:t>
            </w:r>
          </w:p>
        </w:tc>
      </w:tr>
      <w:tr w:rsidR="0007337A" w14:paraId="21F67147" w14:textId="77777777" w:rsidTr="0007337A">
        <w:tc>
          <w:tcPr>
            <w:tcW w:w="1188" w:type="dxa"/>
          </w:tcPr>
          <w:p w14:paraId="5762C126" w14:textId="63157D1E" w:rsidR="0007337A" w:rsidRDefault="0007337A" w:rsidP="0007337A">
            <w:r w:rsidRPr="0007337A">
              <w:t>Google Scholar</w:t>
            </w:r>
          </w:p>
        </w:tc>
        <w:tc>
          <w:tcPr>
            <w:tcW w:w="8280" w:type="dxa"/>
          </w:tcPr>
          <w:p w14:paraId="0298B516" w14:textId="6F938388" w:rsidR="0007337A" w:rsidRDefault="0007337A" w:rsidP="0007337A">
            <w:r w:rsidRPr="0007337A">
              <w:rPr>
                <w:rFonts w:ascii="Liberation Mono" w:hAnsi="Liberation Mono"/>
                <w:sz w:val="15"/>
              </w:rPr>
              <w:t>("ACL reconstruction" OR "anterior cruciate ligament reconstruction") ("lateral extra-articular tenodesis" OR "anterolateral ligament reconstruction" OR "lateral extra-articular procedure") (IKDC OR KOOS OR Lysholm OR Tegner OR "patient reported outcomes" OR osteoarthritis OR "Kellgren Lawrence")</w:t>
            </w:r>
          </w:p>
        </w:tc>
        <w:tc>
          <w:tcPr>
            <w:tcW w:w="972" w:type="dxa"/>
          </w:tcPr>
          <w:p w14:paraId="3767BE25" w14:textId="4CF1D6E7" w:rsidR="0007337A" w:rsidRDefault="00AA0F19" w:rsidP="0007337A">
            <w:r>
              <w:t>575</w:t>
            </w:r>
          </w:p>
        </w:tc>
      </w:tr>
      <w:tr w:rsidR="0007337A" w14:paraId="5373583F" w14:textId="77777777" w:rsidTr="0007337A">
        <w:tc>
          <w:tcPr>
            <w:tcW w:w="1188" w:type="dxa"/>
          </w:tcPr>
          <w:p w14:paraId="0664877D" w14:textId="74247743" w:rsidR="0007337A" w:rsidRDefault="0007337A" w:rsidP="0007337A">
            <w:r>
              <w:t>Total</w:t>
            </w:r>
          </w:p>
        </w:tc>
        <w:tc>
          <w:tcPr>
            <w:tcW w:w="8280" w:type="dxa"/>
          </w:tcPr>
          <w:p w14:paraId="59AE7FF4" w14:textId="77777777" w:rsidR="0007337A" w:rsidRDefault="0007337A" w:rsidP="0007337A"/>
        </w:tc>
        <w:tc>
          <w:tcPr>
            <w:tcW w:w="972" w:type="dxa"/>
          </w:tcPr>
          <w:p w14:paraId="166FA0AA" w14:textId="21102FE3" w:rsidR="0007337A" w:rsidRDefault="00AA0F19" w:rsidP="0007337A">
            <w:r>
              <w:t>1101</w:t>
            </w:r>
          </w:p>
        </w:tc>
      </w:tr>
    </w:tbl>
    <w:p w14:paraId="02F96E07" w14:textId="77777777" w:rsidR="0007337A" w:rsidRPr="0007337A" w:rsidRDefault="0007337A" w:rsidP="0007337A"/>
    <w:p w14:paraId="50D9BE09" w14:textId="77777777" w:rsidR="007517A2" w:rsidRDefault="007517A2" w:rsidP="0007337A"/>
    <w:p w14:paraId="78785DCF" w14:textId="77777777" w:rsidR="007517A2" w:rsidRDefault="007517A2" w:rsidP="0007337A">
      <w:r>
        <w:br/>
      </w:r>
    </w:p>
    <w:p w14:paraId="59585349" w14:textId="77777777" w:rsidR="007517A2" w:rsidRDefault="007517A2">
      <w:r>
        <w:br w:type="page"/>
      </w:r>
    </w:p>
    <w:p w14:paraId="2C7FEF56" w14:textId="49C593E4" w:rsidR="007517A2" w:rsidRPr="0007337A" w:rsidRDefault="007517A2" w:rsidP="007517A2">
      <w:pPr>
        <w:pStyle w:val="Heading1"/>
        <w:rPr>
          <w:color w:val="auto"/>
        </w:rPr>
      </w:pPr>
      <w:r w:rsidRPr="0007337A">
        <w:rPr>
          <w:color w:val="auto"/>
        </w:rPr>
        <w:t>Supplementary Table S</w:t>
      </w:r>
      <w:r w:rsidR="00EA7428">
        <w:rPr>
          <w:color w:val="auto"/>
        </w:rPr>
        <w:t>2</w:t>
      </w:r>
      <w:r w:rsidRPr="0007337A">
        <w:rPr>
          <w:color w:val="auto"/>
        </w:rPr>
        <w:t>. GRADE-informed certainty assessment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504"/>
        <w:gridCol w:w="1152"/>
        <w:gridCol w:w="6048"/>
      </w:tblGrid>
      <w:tr w:rsidR="007517A2" w:rsidRPr="0007337A" w14:paraId="4ACFC893" w14:textId="77777777" w:rsidTr="00EF297F">
        <w:trPr>
          <w:tblHeader/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0D8B96" w14:textId="77777777" w:rsidR="007517A2" w:rsidRPr="0007337A" w:rsidRDefault="007517A2" w:rsidP="0083236E">
            <w:r w:rsidRPr="0007337A">
              <w:rPr>
                <w:b/>
                <w:sz w:val="15"/>
              </w:rPr>
              <w:t>Outcome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B0CF0F" w14:textId="77777777" w:rsidR="007517A2" w:rsidRPr="0007337A" w:rsidRDefault="007517A2" w:rsidP="0083236E">
            <w:r w:rsidRPr="0007337A">
              <w:rPr>
                <w:b/>
                <w:sz w:val="15"/>
              </w:rPr>
              <w:t>k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045CED" w14:textId="77777777" w:rsidR="007517A2" w:rsidRPr="0007337A" w:rsidRDefault="007517A2" w:rsidP="0083236E">
            <w:r w:rsidRPr="0007337A">
              <w:rPr>
                <w:b/>
                <w:sz w:val="15"/>
              </w:rPr>
              <w:t>Certainty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56DA7EC" w14:textId="77777777" w:rsidR="007517A2" w:rsidRPr="0007337A" w:rsidRDefault="007517A2" w:rsidP="0083236E">
            <w:r w:rsidRPr="0007337A">
              <w:rPr>
                <w:b/>
                <w:sz w:val="15"/>
              </w:rPr>
              <w:t>Principal reasons for downgrading</w:t>
            </w:r>
          </w:p>
        </w:tc>
      </w:tr>
      <w:tr w:rsidR="007517A2" w:rsidRPr="0007337A" w14:paraId="7A84DA6D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4E7FF4" w14:textId="77777777" w:rsidR="007517A2" w:rsidRPr="0007337A" w:rsidRDefault="007517A2" w:rsidP="0083236E">
            <w:r w:rsidRPr="0007337A">
              <w:rPr>
                <w:sz w:val="15"/>
              </w:rPr>
              <w:t>IKDC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8F713A" w14:textId="77777777" w:rsidR="007517A2" w:rsidRPr="0007337A" w:rsidRDefault="007517A2" w:rsidP="0083236E">
            <w:r w:rsidRPr="0007337A">
              <w:rPr>
                <w:sz w:val="15"/>
              </w:rPr>
              <w:t>14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F7CA1C" w14:textId="77777777" w:rsidR="007517A2" w:rsidRPr="0007337A" w:rsidRDefault="007517A2" w:rsidP="0083236E">
            <w:r w:rsidRPr="0007337A">
              <w:rPr>
                <w:sz w:val="15"/>
              </w:rPr>
              <w:t>Very 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01180BE" w14:textId="77777777" w:rsidR="007517A2" w:rsidRPr="0007337A" w:rsidRDefault="007517A2" w:rsidP="0083236E">
            <w:r w:rsidRPr="0007337A">
              <w:rPr>
                <w:sz w:val="15"/>
              </w:rPr>
              <w:t>Mixed RCT/observational evidence; I²≈75%; leave-one-out borderline; Egger asymmetry signal.</w:t>
            </w:r>
          </w:p>
        </w:tc>
      </w:tr>
      <w:tr w:rsidR="007517A2" w:rsidRPr="0007337A" w14:paraId="58082D6E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5BC8CE5" w14:textId="77777777" w:rsidR="007517A2" w:rsidRPr="0007337A" w:rsidRDefault="007517A2" w:rsidP="0083236E">
            <w:r w:rsidRPr="0007337A">
              <w:rPr>
                <w:sz w:val="15"/>
              </w:rPr>
              <w:t>KOOS pain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760C6D" w14:textId="77777777" w:rsidR="007517A2" w:rsidRPr="0007337A" w:rsidRDefault="007517A2" w:rsidP="0083236E">
            <w:r w:rsidRPr="0007337A">
              <w:rPr>
                <w:sz w:val="15"/>
              </w:rPr>
              <w:t>9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C78644" w14:textId="77777777" w:rsidR="007517A2" w:rsidRPr="0007337A" w:rsidRDefault="007517A2" w:rsidP="0083236E">
            <w:r w:rsidRPr="0007337A">
              <w:rPr>
                <w:sz w:val="15"/>
              </w:rPr>
              <w:t>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76C249" w14:textId="77777777" w:rsidR="007517A2" w:rsidRPr="0007337A" w:rsidRDefault="007517A2" w:rsidP="0083236E">
            <w:r w:rsidRPr="0007337A">
              <w:rPr>
                <w:sz w:val="15"/>
              </w:rPr>
              <w:t xml:space="preserve">No </w:t>
            </w:r>
            <w:proofErr w:type="gramStart"/>
            <w:r w:rsidRPr="0007337A">
              <w:rPr>
                <w:sz w:val="15"/>
              </w:rPr>
              <w:t>important pooled</w:t>
            </w:r>
            <w:proofErr w:type="gramEnd"/>
            <w:r w:rsidRPr="0007337A">
              <w:rPr>
                <w:sz w:val="15"/>
              </w:rPr>
              <w:t xml:space="preserve"> difference; limited number of studies; residual confounding in observational cohorts.</w:t>
            </w:r>
          </w:p>
        </w:tc>
      </w:tr>
      <w:tr w:rsidR="007517A2" w:rsidRPr="0007337A" w14:paraId="3782D4CE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C3B6AB" w14:textId="77777777" w:rsidR="007517A2" w:rsidRPr="0007337A" w:rsidRDefault="007517A2" w:rsidP="0083236E">
            <w:r w:rsidRPr="0007337A">
              <w:rPr>
                <w:sz w:val="15"/>
              </w:rPr>
              <w:t>KOOS symptoms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B439292" w14:textId="77777777" w:rsidR="007517A2" w:rsidRPr="0007337A" w:rsidRDefault="007517A2" w:rsidP="0083236E">
            <w:r w:rsidRPr="0007337A">
              <w:rPr>
                <w:sz w:val="15"/>
              </w:rPr>
              <w:t>9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5A935A" w14:textId="77777777" w:rsidR="007517A2" w:rsidRPr="0007337A" w:rsidRDefault="007517A2" w:rsidP="0083236E">
            <w:r w:rsidRPr="0007337A">
              <w:rPr>
                <w:sz w:val="15"/>
              </w:rPr>
              <w:t>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D3B2E5" w14:textId="77777777" w:rsidR="007517A2" w:rsidRPr="0007337A" w:rsidRDefault="007517A2" w:rsidP="0083236E">
            <w:r w:rsidRPr="0007337A">
              <w:rPr>
                <w:sz w:val="15"/>
              </w:rPr>
              <w:t xml:space="preserve">No </w:t>
            </w:r>
            <w:proofErr w:type="gramStart"/>
            <w:r w:rsidRPr="0007337A">
              <w:rPr>
                <w:sz w:val="15"/>
              </w:rPr>
              <w:t>important pooled</w:t>
            </w:r>
            <w:proofErr w:type="gramEnd"/>
            <w:r w:rsidRPr="0007337A">
              <w:rPr>
                <w:sz w:val="15"/>
              </w:rPr>
              <w:t xml:space="preserve"> difference; limited number of studies; residual confounding.</w:t>
            </w:r>
          </w:p>
        </w:tc>
      </w:tr>
      <w:tr w:rsidR="007517A2" w:rsidRPr="0007337A" w14:paraId="502A44B1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2AC5F8" w14:textId="77777777" w:rsidR="007517A2" w:rsidRPr="0007337A" w:rsidRDefault="007517A2" w:rsidP="0083236E">
            <w:r w:rsidRPr="0007337A">
              <w:rPr>
                <w:sz w:val="15"/>
              </w:rPr>
              <w:t>KOOS quality of life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0F97A7B" w14:textId="77777777" w:rsidR="007517A2" w:rsidRPr="0007337A" w:rsidRDefault="007517A2" w:rsidP="0083236E">
            <w:r w:rsidRPr="0007337A">
              <w:rPr>
                <w:sz w:val="15"/>
              </w:rPr>
              <w:t>10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DDCB427" w14:textId="77777777" w:rsidR="007517A2" w:rsidRPr="0007337A" w:rsidRDefault="007517A2" w:rsidP="0083236E">
            <w:r w:rsidRPr="0007337A">
              <w:rPr>
                <w:sz w:val="15"/>
              </w:rPr>
              <w:t>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F7EC1F" w14:textId="77777777" w:rsidR="007517A2" w:rsidRPr="0007337A" w:rsidRDefault="007517A2" w:rsidP="0083236E">
            <w:r w:rsidRPr="0007337A">
              <w:rPr>
                <w:sz w:val="15"/>
              </w:rPr>
              <w:t>Small MD (2.32 points) despite Holm-adjusted significance; clinical importance uncertain; mixed designs.</w:t>
            </w:r>
          </w:p>
        </w:tc>
      </w:tr>
      <w:tr w:rsidR="007517A2" w:rsidRPr="0007337A" w14:paraId="1262745D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9A1591" w14:textId="77777777" w:rsidR="007517A2" w:rsidRPr="0007337A" w:rsidRDefault="007517A2" w:rsidP="0083236E">
            <w:r w:rsidRPr="0007337A">
              <w:rPr>
                <w:sz w:val="15"/>
              </w:rPr>
              <w:t>KOOS ADL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23A184B" w14:textId="77777777" w:rsidR="007517A2" w:rsidRPr="0007337A" w:rsidRDefault="007517A2" w:rsidP="0083236E">
            <w:r w:rsidRPr="0007337A">
              <w:rPr>
                <w:sz w:val="15"/>
              </w:rPr>
              <w:t>9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C2CD0F" w14:textId="77777777" w:rsidR="007517A2" w:rsidRPr="0007337A" w:rsidRDefault="007517A2" w:rsidP="0083236E">
            <w:r w:rsidRPr="0007337A">
              <w:rPr>
                <w:sz w:val="15"/>
              </w:rPr>
              <w:t>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41BFA8" w14:textId="77777777" w:rsidR="007517A2" w:rsidRPr="0007337A" w:rsidRDefault="007517A2" w:rsidP="0083236E">
            <w:r w:rsidRPr="0007337A">
              <w:rPr>
                <w:sz w:val="15"/>
              </w:rPr>
              <w:t xml:space="preserve">No </w:t>
            </w:r>
            <w:proofErr w:type="gramStart"/>
            <w:r w:rsidRPr="0007337A">
              <w:rPr>
                <w:sz w:val="15"/>
              </w:rPr>
              <w:t>important pooled</w:t>
            </w:r>
            <w:proofErr w:type="gramEnd"/>
            <w:r w:rsidRPr="0007337A">
              <w:rPr>
                <w:sz w:val="15"/>
              </w:rPr>
              <w:t xml:space="preserve"> difference; limited number of studies; residual confounding.</w:t>
            </w:r>
          </w:p>
        </w:tc>
      </w:tr>
      <w:tr w:rsidR="007517A2" w:rsidRPr="0007337A" w14:paraId="54B6535B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16CF93" w14:textId="77777777" w:rsidR="007517A2" w:rsidRPr="0007337A" w:rsidRDefault="007517A2" w:rsidP="0083236E">
            <w:r w:rsidRPr="0007337A">
              <w:rPr>
                <w:sz w:val="15"/>
              </w:rPr>
              <w:t>KOOS sport/recreation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42638A9" w14:textId="77777777" w:rsidR="007517A2" w:rsidRPr="0007337A" w:rsidRDefault="007517A2" w:rsidP="0083236E">
            <w:r w:rsidRPr="0007337A">
              <w:rPr>
                <w:sz w:val="15"/>
              </w:rPr>
              <w:t>10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586158" w14:textId="77777777" w:rsidR="007517A2" w:rsidRPr="0007337A" w:rsidRDefault="007517A2" w:rsidP="0083236E">
            <w:r w:rsidRPr="0007337A">
              <w:rPr>
                <w:sz w:val="15"/>
              </w:rPr>
              <w:t>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9B3E6A" w14:textId="77777777" w:rsidR="007517A2" w:rsidRPr="0007337A" w:rsidRDefault="007517A2" w:rsidP="0083236E">
            <w:r w:rsidRPr="0007337A">
              <w:rPr>
                <w:sz w:val="15"/>
              </w:rPr>
              <w:t xml:space="preserve">No </w:t>
            </w:r>
            <w:proofErr w:type="gramStart"/>
            <w:r w:rsidRPr="0007337A">
              <w:rPr>
                <w:sz w:val="15"/>
              </w:rPr>
              <w:t>important pooled</w:t>
            </w:r>
            <w:proofErr w:type="gramEnd"/>
            <w:r w:rsidRPr="0007337A">
              <w:rPr>
                <w:sz w:val="15"/>
              </w:rPr>
              <w:t xml:space="preserve"> difference; mixed designs and some imprecision.</w:t>
            </w:r>
          </w:p>
        </w:tc>
      </w:tr>
      <w:tr w:rsidR="007517A2" w:rsidRPr="0007337A" w14:paraId="70CD738C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A8A4CB" w14:textId="77777777" w:rsidR="007517A2" w:rsidRPr="0007337A" w:rsidRDefault="007517A2" w:rsidP="0083236E">
            <w:r w:rsidRPr="0007337A">
              <w:rPr>
                <w:sz w:val="15"/>
              </w:rPr>
              <w:t>Tegner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C6FEAC" w14:textId="77777777" w:rsidR="007517A2" w:rsidRPr="0007337A" w:rsidRDefault="007517A2" w:rsidP="0083236E">
            <w:r w:rsidRPr="0007337A">
              <w:rPr>
                <w:sz w:val="15"/>
              </w:rPr>
              <w:t>11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625014D" w14:textId="77777777" w:rsidR="007517A2" w:rsidRPr="0007337A" w:rsidRDefault="007517A2" w:rsidP="0083236E">
            <w:r w:rsidRPr="0007337A">
              <w:rPr>
                <w:sz w:val="15"/>
              </w:rPr>
              <w:t>Very 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4AFA157" w14:textId="77777777" w:rsidR="007517A2" w:rsidRPr="0007337A" w:rsidRDefault="007517A2" w:rsidP="0083236E">
            <w:r w:rsidRPr="0007337A">
              <w:rPr>
                <w:sz w:val="15"/>
              </w:rPr>
              <w:t>I²≈92%; leave-one-out inference changes; Egger asymmetry signal.</w:t>
            </w:r>
          </w:p>
        </w:tc>
      </w:tr>
      <w:tr w:rsidR="007517A2" w:rsidRPr="0007337A" w14:paraId="3EF6EBE4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4D6C61C" w14:textId="77777777" w:rsidR="007517A2" w:rsidRPr="0007337A" w:rsidRDefault="007517A2" w:rsidP="0083236E">
            <w:r w:rsidRPr="0007337A">
              <w:rPr>
                <w:sz w:val="15"/>
              </w:rPr>
              <w:t>Lysholm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7AEA94" w14:textId="77777777" w:rsidR="007517A2" w:rsidRPr="0007337A" w:rsidRDefault="007517A2" w:rsidP="0083236E">
            <w:r w:rsidRPr="0007337A">
              <w:rPr>
                <w:sz w:val="15"/>
              </w:rPr>
              <w:t>13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85F168" w14:textId="77777777" w:rsidR="007517A2" w:rsidRPr="0007337A" w:rsidRDefault="007517A2" w:rsidP="0083236E">
            <w:r w:rsidRPr="0007337A">
              <w:rPr>
                <w:sz w:val="15"/>
              </w:rPr>
              <w:t>Very 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8ADAC0" w14:textId="77777777" w:rsidR="007517A2" w:rsidRPr="0007337A" w:rsidRDefault="007517A2" w:rsidP="0083236E">
            <w:r w:rsidRPr="0007337A">
              <w:rPr>
                <w:sz w:val="15"/>
              </w:rPr>
              <w:t>I²≈78%; nominal effect loses Holm significance; below 5.5-point MICD; Egger asymmetry signal.</w:t>
            </w:r>
          </w:p>
        </w:tc>
      </w:tr>
      <w:tr w:rsidR="007517A2" w:rsidRPr="0007337A" w14:paraId="799E9DF5" w14:textId="77777777" w:rsidTr="0083236E">
        <w:trPr>
          <w:jc w:val="center"/>
        </w:trPr>
        <w:tc>
          <w:tcPr>
            <w:tcW w:w="216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C45223" w14:textId="77777777" w:rsidR="007517A2" w:rsidRPr="0007337A" w:rsidRDefault="007517A2" w:rsidP="0083236E">
            <w:r w:rsidRPr="0007337A">
              <w:rPr>
                <w:sz w:val="15"/>
              </w:rPr>
              <w:t>Kellgren-Lawrence stage 0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8FC70F" w14:textId="77777777" w:rsidR="007517A2" w:rsidRPr="0007337A" w:rsidRDefault="007517A2" w:rsidP="0083236E">
            <w:r w:rsidRPr="0007337A">
              <w:rPr>
                <w:sz w:val="15"/>
              </w:rPr>
              <w:t>2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D442B9" w14:textId="77777777" w:rsidR="007517A2" w:rsidRPr="0007337A" w:rsidRDefault="007517A2" w:rsidP="0083236E">
            <w:r w:rsidRPr="0007337A">
              <w:rPr>
                <w:sz w:val="15"/>
              </w:rPr>
              <w:t>Very low</w:t>
            </w:r>
          </w:p>
        </w:tc>
        <w:tc>
          <w:tcPr>
            <w:tcW w:w="604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310767F" w14:textId="77777777" w:rsidR="007517A2" w:rsidRPr="0007337A" w:rsidRDefault="007517A2" w:rsidP="0083236E">
            <w:r w:rsidRPr="0007337A">
              <w:rPr>
                <w:sz w:val="15"/>
              </w:rPr>
              <w:t>Only two studies; exploratory result loses Holm significance; imprecise evidence base.</w:t>
            </w:r>
          </w:p>
        </w:tc>
      </w:tr>
    </w:tbl>
    <w:p w14:paraId="28585CA8" w14:textId="3CB3D0A6" w:rsidR="0007337A" w:rsidRPr="007517A2" w:rsidRDefault="007517A2" w:rsidP="0007337A">
      <w:pPr>
        <w:rPr>
          <w:vanish/>
          <w:specVanish/>
        </w:rPr>
      </w:pPr>
      <w:r>
        <w:br/>
      </w:r>
    </w:p>
    <w:p w14:paraId="7A74B46D" w14:textId="77777777" w:rsidR="00EF297F" w:rsidRDefault="007517A2">
      <w:pPr>
        <w:pStyle w:val="Heading1"/>
        <w:rPr>
          <w:color w:val="auto"/>
        </w:rPr>
      </w:pPr>
      <w:r>
        <w:rPr>
          <w:color w:val="auto"/>
        </w:rPr>
        <w:t xml:space="preserve"> </w:t>
      </w:r>
    </w:p>
    <w:p w14:paraId="67BD98D3" w14:textId="77777777" w:rsidR="00EF297F" w:rsidRDefault="00EF297F">
      <w:pPr>
        <w:rPr>
          <w:rFonts w:asciiTheme="majorHAnsi" w:eastAsiaTheme="majorEastAsia" w:hAnsiTheme="majorHAnsi" w:cstheme="majorBidi"/>
          <w:b/>
          <w:bCs/>
          <w:sz w:val="26"/>
          <w:szCs w:val="28"/>
        </w:rPr>
      </w:pPr>
      <w:r>
        <w:br w:type="page"/>
      </w:r>
    </w:p>
    <w:p w14:paraId="5C3D0D06" w14:textId="6A3AAAF6" w:rsidR="00C4799F" w:rsidRPr="0007337A" w:rsidRDefault="00643FCB">
      <w:pPr>
        <w:pStyle w:val="Heading1"/>
        <w:rPr>
          <w:color w:val="auto"/>
        </w:rPr>
      </w:pPr>
      <w:r w:rsidRPr="0007337A">
        <w:rPr>
          <w:color w:val="auto"/>
        </w:rPr>
        <w:t>Supplementary Table S</w:t>
      </w:r>
      <w:r w:rsidR="00EA7428">
        <w:rPr>
          <w:color w:val="auto"/>
        </w:rPr>
        <w:t>3</w:t>
      </w:r>
      <w:r w:rsidRPr="0007337A">
        <w:rPr>
          <w:color w:val="auto"/>
        </w:rPr>
        <w:t>. Main meta-analysis results and multiplicity adjustment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504"/>
        <w:gridCol w:w="1080"/>
        <w:gridCol w:w="1800"/>
        <w:gridCol w:w="1296"/>
        <w:gridCol w:w="1368"/>
        <w:gridCol w:w="864"/>
      </w:tblGrid>
      <w:tr w:rsidR="00C4799F" w:rsidRPr="0007337A" w14:paraId="26EC25E6" w14:textId="77777777" w:rsidTr="00EF297F">
        <w:trPr>
          <w:tblHeader/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29889B" w14:textId="77777777" w:rsidR="00C4799F" w:rsidRPr="0007337A" w:rsidRDefault="00643FCB">
            <w:r w:rsidRPr="0007337A">
              <w:rPr>
                <w:b/>
                <w:sz w:val="16"/>
              </w:rPr>
              <w:t>Outcome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6A6B97" w14:textId="77777777" w:rsidR="00C4799F" w:rsidRPr="0007337A" w:rsidRDefault="00643FCB">
            <w:r w:rsidRPr="0007337A">
              <w:rPr>
                <w:b/>
                <w:sz w:val="16"/>
              </w:rPr>
              <w:t>k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6AE4C0E" w14:textId="77777777" w:rsidR="00C4799F" w:rsidRPr="0007337A" w:rsidRDefault="00643FCB">
            <w:r w:rsidRPr="0007337A">
              <w:rPr>
                <w:b/>
                <w:sz w:val="16"/>
              </w:rPr>
              <w:t>Effect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7A8AAE0" w14:textId="77777777" w:rsidR="00C4799F" w:rsidRPr="0007337A" w:rsidRDefault="00643FCB">
            <w:r w:rsidRPr="0007337A">
              <w:rPr>
                <w:b/>
                <w:sz w:val="16"/>
              </w:rPr>
              <w:t>95% CI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B01B88" w14:textId="77777777" w:rsidR="00C4799F" w:rsidRPr="0007337A" w:rsidRDefault="00643FCB">
            <w:r w:rsidRPr="0007337A">
              <w:rPr>
                <w:b/>
                <w:sz w:val="16"/>
              </w:rPr>
              <w:t>Unadjusted p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1D072C" w14:textId="77777777" w:rsidR="00C4799F" w:rsidRPr="0007337A" w:rsidRDefault="00643FCB">
            <w:r w:rsidRPr="0007337A">
              <w:rPr>
                <w:b/>
                <w:sz w:val="16"/>
              </w:rPr>
              <w:t>Holm-adjusted p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A909DD" w14:textId="77777777" w:rsidR="00C4799F" w:rsidRPr="0007337A" w:rsidRDefault="00643FCB">
            <w:r w:rsidRPr="0007337A">
              <w:rPr>
                <w:b/>
                <w:sz w:val="16"/>
              </w:rPr>
              <w:t>I²</w:t>
            </w:r>
          </w:p>
        </w:tc>
      </w:tr>
      <w:tr w:rsidR="00C4799F" w:rsidRPr="0007337A" w14:paraId="39546EB4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76AE63" w14:textId="77777777" w:rsidR="00C4799F" w:rsidRPr="0007337A" w:rsidRDefault="00643FCB">
            <w:r w:rsidRPr="0007337A">
              <w:rPr>
                <w:sz w:val="16"/>
              </w:rPr>
              <w:t>IKDC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0CF0E6" w14:textId="77777777" w:rsidR="00C4799F" w:rsidRPr="0007337A" w:rsidRDefault="00643FCB">
            <w:r w:rsidRPr="0007337A">
              <w:rPr>
                <w:sz w:val="16"/>
              </w:rPr>
              <w:t>14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B824E5F" w14:textId="77777777" w:rsidR="00C4799F" w:rsidRPr="0007337A" w:rsidRDefault="00643FCB">
            <w:r w:rsidRPr="0007337A">
              <w:rPr>
                <w:sz w:val="16"/>
              </w:rPr>
              <w:t>2.24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054970" w14:textId="77777777" w:rsidR="00C4799F" w:rsidRPr="0007337A" w:rsidRDefault="00643FCB">
            <w:r w:rsidRPr="0007337A">
              <w:rPr>
                <w:sz w:val="16"/>
              </w:rPr>
              <w:t>0.40 to 4.07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2DF1449" w14:textId="77777777" w:rsidR="00C4799F" w:rsidRPr="0007337A" w:rsidRDefault="00643FCB">
            <w:r w:rsidRPr="0007337A">
              <w:rPr>
                <w:sz w:val="16"/>
              </w:rPr>
              <w:t>0.0168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31A30E7" w14:textId="77777777" w:rsidR="00C4799F" w:rsidRPr="0007337A" w:rsidRDefault="00643FCB">
            <w:r w:rsidRPr="0007337A">
              <w:rPr>
                <w:sz w:val="16"/>
              </w:rPr>
              <w:t>0.1347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D2D57A" w14:textId="77777777" w:rsidR="00C4799F" w:rsidRPr="0007337A" w:rsidRDefault="00643FCB">
            <w:r w:rsidRPr="0007337A">
              <w:rPr>
                <w:sz w:val="16"/>
              </w:rPr>
              <w:t>75.4%</w:t>
            </w:r>
          </w:p>
        </w:tc>
      </w:tr>
      <w:tr w:rsidR="00C4799F" w:rsidRPr="0007337A" w14:paraId="66A46AE1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727D0DF" w14:textId="77777777" w:rsidR="00C4799F" w:rsidRPr="0007337A" w:rsidRDefault="00643FCB">
            <w:r w:rsidRPr="0007337A">
              <w:rPr>
                <w:sz w:val="16"/>
              </w:rPr>
              <w:t>KOOS_Pain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84E0EA" w14:textId="77777777" w:rsidR="00C4799F" w:rsidRPr="0007337A" w:rsidRDefault="00643FCB">
            <w:r w:rsidRPr="0007337A">
              <w:rPr>
                <w:sz w:val="16"/>
              </w:rPr>
              <w:t>9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B54C0B" w14:textId="77777777" w:rsidR="00C4799F" w:rsidRPr="0007337A" w:rsidRDefault="00643FCB">
            <w:r w:rsidRPr="0007337A">
              <w:rPr>
                <w:sz w:val="16"/>
              </w:rPr>
              <w:t>1.09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F333670" w14:textId="77777777" w:rsidR="00C4799F" w:rsidRPr="0007337A" w:rsidRDefault="00643FCB">
            <w:r w:rsidRPr="0007337A">
              <w:rPr>
                <w:sz w:val="16"/>
              </w:rPr>
              <w:t>-0.06 to 2.24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BC24A7" w14:textId="77777777" w:rsidR="00C4799F" w:rsidRPr="0007337A" w:rsidRDefault="00643FCB">
            <w:r w:rsidRPr="0007337A">
              <w:rPr>
                <w:sz w:val="16"/>
              </w:rPr>
              <w:t>0.0627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D6FCD2" w14:textId="77777777" w:rsidR="00C4799F" w:rsidRPr="0007337A" w:rsidRDefault="00643FCB">
            <w:r w:rsidRPr="0007337A">
              <w:rPr>
                <w:sz w:val="16"/>
              </w:rPr>
              <w:t>0.3136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AE028C" w14:textId="77777777" w:rsidR="00C4799F" w:rsidRPr="0007337A" w:rsidRDefault="00643FCB">
            <w:r w:rsidRPr="0007337A">
              <w:rPr>
                <w:sz w:val="16"/>
              </w:rPr>
              <w:t>0.0%</w:t>
            </w:r>
          </w:p>
        </w:tc>
      </w:tr>
      <w:tr w:rsidR="00C4799F" w:rsidRPr="0007337A" w14:paraId="2CFA063F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A53884" w14:textId="77777777" w:rsidR="00C4799F" w:rsidRPr="0007337A" w:rsidRDefault="00643FCB">
            <w:r w:rsidRPr="0007337A">
              <w:rPr>
                <w:sz w:val="16"/>
              </w:rPr>
              <w:t>KOOS_Symptoms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7606AD" w14:textId="77777777" w:rsidR="00C4799F" w:rsidRPr="0007337A" w:rsidRDefault="00643FCB">
            <w:r w:rsidRPr="0007337A">
              <w:rPr>
                <w:sz w:val="16"/>
              </w:rPr>
              <w:t>9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EB1C2D" w14:textId="77777777" w:rsidR="00C4799F" w:rsidRPr="0007337A" w:rsidRDefault="00643FCB">
            <w:r w:rsidRPr="0007337A">
              <w:rPr>
                <w:sz w:val="16"/>
              </w:rPr>
              <w:t>0.50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9A4B19B" w14:textId="77777777" w:rsidR="00C4799F" w:rsidRPr="0007337A" w:rsidRDefault="00643FCB">
            <w:r w:rsidRPr="0007337A">
              <w:rPr>
                <w:sz w:val="16"/>
              </w:rPr>
              <w:t>-0.72 to 1.73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3E572E" w14:textId="77777777" w:rsidR="00C4799F" w:rsidRPr="0007337A" w:rsidRDefault="00643FCB">
            <w:r w:rsidRPr="0007337A">
              <w:rPr>
                <w:sz w:val="16"/>
              </w:rPr>
              <w:t>0.4185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A371AD" w14:textId="77777777" w:rsidR="00C4799F" w:rsidRPr="0007337A" w:rsidRDefault="00643FCB">
            <w:r w:rsidRPr="0007337A">
              <w:rPr>
                <w:sz w:val="16"/>
              </w:rPr>
              <w:t>0.5692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4CDE53" w14:textId="77777777" w:rsidR="00C4799F" w:rsidRPr="0007337A" w:rsidRDefault="00643FCB">
            <w:r w:rsidRPr="0007337A">
              <w:rPr>
                <w:sz w:val="16"/>
              </w:rPr>
              <w:t>0.0%</w:t>
            </w:r>
          </w:p>
        </w:tc>
      </w:tr>
      <w:tr w:rsidR="00C4799F" w:rsidRPr="0007337A" w14:paraId="0ECD9D20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CE6E8A" w14:textId="77777777" w:rsidR="00C4799F" w:rsidRPr="0007337A" w:rsidRDefault="00643FCB">
            <w:r w:rsidRPr="0007337A">
              <w:rPr>
                <w:sz w:val="16"/>
              </w:rPr>
              <w:t>KOOS_QOL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735AD5" w14:textId="77777777" w:rsidR="00C4799F" w:rsidRPr="0007337A" w:rsidRDefault="00643FCB">
            <w:r w:rsidRPr="0007337A">
              <w:rPr>
                <w:sz w:val="16"/>
              </w:rPr>
              <w:t>10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7067C9" w14:textId="77777777" w:rsidR="00C4799F" w:rsidRPr="0007337A" w:rsidRDefault="00643FCB">
            <w:r w:rsidRPr="0007337A">
              <w:rPr>
                <w:sz w:val="16"/>
              </w:rPr>
              <w:t>2.32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4A4BA8" w14:textId="77777777" w:rsidR="00C4799F" w:rsidRPr="0007337A" w:rsidRDefault="00643FCB">
            <w:r w:rsidRPr="0007337A">
              <w:rPr>
                <w:sz w:val="16"/>
              </w:rPr>
              <w:t>0.78 to 3.87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8454A5E" w14:textId="77777777" w:rsidR="00C4799F" w:rsidRPr="0007337A" w:rsidRDefault="00643FCB">
            <w:r w:rsidRPr="0007337A">
              <w:rPr>
                <w:sz w:val="16"/>
              </w:rPr>
              <w:t>0.0032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42C5EE" w14:textId="77777777" w:rsidR="00C4799F" w:rsidRPr="0007337A" w:rsidRDefault="00643FCB">
            <w:r w:rsidRPr="0007337A">
              <w:rPr>
                <w:sz w:val="16"/>
              </w:rPr>
              <w:t>0.0291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AFDD67" w14:textId="77777777" w:rsidR="00C4799F" w:rsidRPr="0007337A" w:rsidRDefault="00643FCB">
            <w:r w:rsidRPr="0007337A">
              <w:rPr>
                <w:sz w:val="16"/>
              </w:rPr>
              <w:t>0.0%</w:t>
            </w:r>
          </w:p>
        </w:tc>
      </w:tr>
      <w:tr w:rsidR="00C4799F" w:rsidRPr="0007337A" w14:paraId="0C1693A9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118CE6" w14:textId="77777777" w:rsidR="00C4799F" w:rsidRPr="0007337A" w:rsidRDefault="00643FCB">
            <w:r w:rsidRPr="0007337A">
              <w:rPr>
                <w:sz w:val="16"/>
              </w:rPr>
              <w:t>KOOS_ADL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5716D8" w14:textId="77777777" w:rsidR="00C4799F" w:rsidRPr="0007337A" w:rsidRDefault="00643FCB">
            <w:r w:rsidRPr="0007337A">
              <w:rPr>
                <w:sz w:val="16"/>
              </w:rPr>
              <w:t>9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14144B" w14:textId="77777777" w:rsidR="00C4799F" w:rsidRPr="0007337A" w:rsidRDefault="00643FCB">
            <w:r w:rsidRPr="0007337A">
              <w:rPr>
                <w:sz w:val="16"/>
              </w:rPr>
              <w:t>0.32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65B4C96" w14:textId="77777777" w:rsidR="00C4799F" w:rsidRPr="0007337A" w:rsidRDefault="00643FCB">
            <w:r w:rsidRPr="0007337A">
              <w:rPr>
                <w:sz w:val="16"/>
              </w:rPr>
              <w:t>-0.26 to 0.89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795F5A7" w14:textId="77777777" w:rsidR="00C4799F" w:rsidRPr="0007337A" w:rsidRDefault="00643FCB">
            <w:r w:rsidRPr="0007337A">
              <w:rPr>
                <w:sz w:val="16"/>
              </w:rPr>
              <w:t>0.2846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FDD55F" w14:textId="77777777" w:rsidR="00C4799F" w:rsidRPr="0007337A" w:rsidRDefault="00643FCB">
            <w:r w:rsidRPr="0007337A">
              <w:rPr>
                <w:sz w:val="16"/>
              </w:rPr>
              <w:t>0.5692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EF5EDA" w14:textId="77777777" w:rsidR="00C4799F" w:rsidRPr="0007337A" w:rsidRDefault="00643FCB">
            <w:r w:rsidRPr="0007337A">
              <w:rPr>
                <w:sz w:val="16"/>
              </w:rPr>
              <w:t>0.0%</w:t>
            </w:r>
          </w:p>
        </w:tc>
      </w:tr>
      <w:tr w:rsidR="00C4799F" w:rsidRPr="0007337A" w14:paraId="0484E7A1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2B724A" w14:textId="77777777" w:rsidR="00C4799F" w:rsidRPr="0007337A" w:rsidRDefault="00643FCB">
            <w:r w:rsidRPr="0007337A">
              <w:rPr>
                <w:sz w:val="16"/>
              </w:rPr>
              <w:t>KOOS_Sport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CC6E0D" w14:textId="77777777" w:rsidR="00C4799F" w:rsidRPr="0007337A" w:rsidRDefault="00643FCB">
            <w:r w:rsidRPr="0007337A">
              <w:rPr>
                <w:sz w:val="16"/>
              </w:rPr>
              <w:t>10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A6DB84" w14:textId="77777777" w:rsidR="00C4799F" w:rsidRPr="0007337A" w:rsidRDefault="00643FCB">
            <w:r w:rsidRPr="0007337A">
              <w:rPr>
                <w:sz w:val="16"/>
              </w:rPr>
              <w:t>1.15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74014EB" w14:textId="77777777" w:rsidR="00C4799F" w:rsidRPr="0007337A" w:rsidRDefault="00643FCB">
            <w:r w:rsidRPr="0007337A">
              <w:rPr>
                <w:sz w:val="16"/>
              </w:rPr>
              <w:t>-0.51 to 2.81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6F5D88" w14:textId="77777777" w:rsidR="00C4799F" w:rsidRPr="0007337A" w:rsidRDefault="00643FCB">
            <w:r w:rsidRPr="0007337A">
              <w:rPr>
                <w:sz w:val="16"/>
              </w:rPr>
              <w:t>0.1734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63DBEF" w14:textId="77777777" w:rsidR="00C4799F" w:rsidRPr="0007337A" w:rsidRDefault="00643FCB">
            <w:r w:rsidRPr="0007337A">
              <w:rPr>
                <w:sz w:val="16"/>
              </w:rPr>
              <w:t>0.5203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0F93C23" w14:textId="77777777" w:rsidR="00C4799F" w:rsidRPr="0007337A" w:rsidRDefault="00643FCB">
            <w:r w:rsidRPr="0007337A">
              <w:rPr>
                <w:sz w:val="16"/>
              </w:rPr>
              <w:t>1.9%</w:t>
            </w:r>
          </w:p>
        </w:tc>
      </w:tr>
      <w:tr w:rsidR="00C4799F" w:rsidRPr="0007337A" w14:paraId="0DE00894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B6C7F4" w14:textId="77777777" w:rsidR="00C4799F" w:rsidRPr="0007337A" w:rsidRDefault="00643FCB">
            <w:r w:rsidRPr="0007337A">
              <w:rPr>
                <w:sz w:val="16"/>
              </w:rPr>
              <w:t>Tegner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21CBE1" w14:textId="77777777" w:rsidR="00C4799F" w:rsidRPr="0007337A" w:rsidRDefault="00643FCB">
            <w:r w:rsidRPr="0007337A">
              <w:rPr>
                <w:sz w:val="16"/>
              </w:rPr>
              <w:t>11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F977AD6" w14:textId="77777777" w:rsidR="00C4799F" w:rsidRPr="0007337A" w:rsidRDefault="00643FCB">
            <w:r w:rsidRPr="0007337A">
              <w:rPr>
                <w:sz w:val="16"/>
              </w:rPr>
              <w:t>0.34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504694" w14:textId="77777777" w:rsidR="00C4799F" w:rsidRPr="0007337A" w:rsidRDefault="00643FCB">
            <w:r w:rsidRPr="0007337A">
              <w:rPr>
                <w:sz w:val="16"/>
              </w:rPr>
              <w:t>-0.04 to 0.72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B03F47" w14:textId="77777777" w:rsidR="00C4799F" w:rsidRPr="0007337A" w:rsidRDefault="00643FCB">
            <w:r w:rsidRPr="0007337A">
              <w:rPr>
                <w:sz w:val="16"/>
              </w:rPr>
              <w:t>0.0829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788ABF" w14:textId="77777777" w:rsidR="00C4799F" w:rsidRPr="0007337A" w:rsidRDefault="00643FCB">
            <w:r w:rsidRPr="0007337A">
              <w:rPr>
                <w:sz w:val="16"/>
              </w:rPr>
              <w:t>0.3315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6F7B75" w14:textId="77777777" w:rsidR="00C4799F" w:rsidRPr="0007337A" w:rsidRDefault="00643FCB">
            <w:r w:rsidRPr="0007337A">
              <w:rPr>
                <w:sz w:val="16"/>
              </w:rPr>
              <w:t>91.6%</w:t>
            </w:r>
          </w:p>
        </w:tc>
      </w:tr>
      <w:tr w:rsidR="00C4799F" w:rsidRPr="0007337A" w14:paraId="43BAE67F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B5DDC5" w14:textId="77777777" w:rsidR="00C4799F" w:rsidRPr="0007337A" w:rsidRDefault="00643FCB">
            <w:r w:rsidRPr="0007337A">
              <w:rPr>
                <w:sz w:val="16"/>
              </w:rPr>
              <w:t>Lysholm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09BDC2" w14:textId="77777777" w:rsidR="00C4799F" w:rsidRPr="0007337A" w:rsidRDefault="00643FCB">
            <w:r w:rsidRPr="0007337A">
              <w:rPr>
                <w:sz w:val="16"/>
              </w:rPr>
              <w:t>13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2C1AA99" w14:textId="77777777" w:rsidR="00C4799F" w:rsidRPr="0007337A" w:rsidRDefault="00643FCB">
            <w:r w:rsidRPr="0007337A">
              <w:rPr>
                <w:sz w:val="16"/>
              </w:rPr>
              <w:t>2.08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ABA715F" w14:textId="77777777" w:rsidR="00C4799F" w:rsidRPr="0007337A" w:rsidRDefault="00643FCB">
            <w:r w:rsidRPr="0007337A">
              <w:rPr>
                <w:sz w:val="16"/>
              </w:rPr>
              <w:t>0.37 to 3.79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9C0F6B" w14:textId="77777777" w:rsidR="00C4799F" w:rsidRPr="0007337A" w:rsidRDefault="00643FCB">
            <w:r w:rsidRPr="0007337A">
              <w:rPr>
                <w:sz w:val="16"/>
              </w:rPr>
              <w:t>0.0171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70867C4" w14:textId="77777777" w:rsidR="00C4799F" w:rsidRPr="0007337A" w:rsidRDefault="00643FCB">
            <w:r w:rsidRPr="0007337A">
              <w:rPr>
                <w:sz w:val="16"/>
              </w:rPr>
              <w:t>0.1347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81B9A0" w14:textId="77777777" w:rsidR="00C4799F" w:rsidRPr="0007337A" w:rsidRDefault="00643FCB">
            <w:r w:rsidRPr="0007337A">
              <w:rPr>
                <w:sz w:val="16"/>
              </w:rPr>
              <w:t>77.7%</w:t>
            </w:r>
          </w:p>
        </w:tc>
      </w:tr>
      <w:tr w:rsidR="00C4799F" w:rsidRPr="0007337A" w14:paraId="6534FF09" w14:textId="77777777">
        <w:trPr>
          <w:jc w:val="center"/>
        </w:trPr>
        <w:tc>
          <w:tcPr>
            <w:tcW w:w="259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2978E4" w14:textId="77777777" w:rsidR="00C4799F" w:rsidRPr="0007337A" w:rsidRDefault="00643FCB">
            <w:r w:rsidRPr="0007337A">
              <w:rPr>
                <w:sz w:val="16"/>
              </w:rPr>
              <w:t>Kellgren-Lawrence stage 0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60FAC19" w14:textId="77777777" w:rsidR="00C4799F" w:rsidRPr="0007337A" w:rsidRDefault="00643FCB">
            <w:r w:rsidRPr="0007337A">
              <w:rPr>
                <w:sz w:val="16"/>
              </w:rPr>
              <w:t>2</w:t>
            </w:r>
          </w:p>
        </w:tc>
        <w:tc>
          <w:tcPr>
            <w:tcW w:w="10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24A433A" w14:textId="77777777" w:rsidR="00C4799F" w:rsidRPr="0007337A" w:rsidRDefault="00643FCB">
            <w:r w:rsidRPr="0007337A">
              <w:rPr>
                <w:sz w:val="16"/>
              </w:rPr>
              <w:t>RR 1.24</w:t>
            </w:r>
          </w:p>
        </w:tc>
        <w:tc>
          <w:tcPr>
            <w:tcW w:w="18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601E390" w14:textId="77777777" w:rsidR="00C4799F" w:rsidRPr="0007337A" w:rsidRDefault="00643FCB">
            <w:r w:rsidRPr="0007337A">
              <w:rPr>
                <w:sz w:val="16"/>
              </w:rPr>
              <w:t>1.02 to 1.50</w:t>
            </w:r>
          </w:p>
        </w:tc>
        <w:tc>
          <w:tcPr>
            <w:tcW w:w="129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83B679" w14:textId="77777777" w:rsidR="00C4799F" w:rsidRPr="0007337A" w:rsidRDefault="00643FCB">
            <w:r w:rsidRPr="0007337A">
              <w:rPr>
                <w:sz w:val="16"/>
              </w:rPr>
              <w:t>0.0294</w:t>
            </w:r>
          </w:p>
        </w:tc>
        <w:tc>
          <w:tcPr>
            <w:tcW w:w="136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FC0B6A" w14:textId="77777777" w:rsidR="00C4799F" w:rsidRPr="0007337A" w:rsidRDefault="00643FCB">
            <w:r w:rsidRPr="0007337A">
              <w:rPr>
                <w:sz w:val="16"/>
              </w:rPr>
              <w:t>0.1763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44E919C" w14:textId="77777777" w:rsidR="00C4799F" w:rsidRPr="0007337A" w:rsidRDefault="00643FCB">
            <w:r w:rsidRPr="0007337A">
              <w:rPr>
                <w:sz w:val="16"/>
              </w:rPr>
              <w:t>0.0%</w:t>
            </w:r>
          </w:p>
        </w:tc>
      </w:tr>
    </w:tbl>
    <w:p w14:paraId="3D28F5A7" w14:textId="6BB26658" w:rsidR="00C4799F" w:rsidRPr="0007337A" w:rsidRDefault="00C4799F">
      <w:pPr>
        <w:spacing w:after="100" w:line="252" w:lineRule="auto"/>
      </w:pPr>
    </w:p>
    <w:p w14:paraId="340E7BA1" w14:textId="77777777" w:rsidR="00EF297F" w:rsidRDefault="00EF297F">
      <w:pPr>
        <w:rPr>
          <w:rFonts w:asciiTheme="majorHAnsi" w:eastAsiaTheme="majorEastAsia" w:hAnsiTheme="majorHAnsi" w:cstheme="majorBidi"/>
          <w:b/>
          <w:bCs/>
          <w:sz w:val="26"/>
          <w:szCs w:val="28"/>
        </w:rPr>
      </w:pPr>
      <w:r>
        <w:br w:type="page"/>
      </w:r>
    </w:p>
    <w:p w14:paraId="6764EB65" w14:textId="360D3747" w:rsidR="00C4799F" w:rsidRPr="0007337A" w:rsidRDefault="00643FCB">
      <w:pPr>
        <w:pStyle w:val="Heading1"/>
        <w:rPr>
          <w:color w:val="auto"/>
        </w:rPr>
      </w:pPr>
      <w:r w:rsidRPr="0007337A">
        <w:rPr>
          <w:color w:val="auto"/>
        </w:rPr>
        <w:t>Supplementary Table S</w:t>
      </w:r>
      <w:r w:rsidR="00EA7428">
        <w:rPr>
          <w:color w:val="auto"/>
        </w:rPr>
        <w:t>4</w:t>
      </w:r>
      <w:r w:rsidRPr="0007337A">
        <w:rPr>
          <w:color w:val="auto"/>
        </w:rPr>
        <w:t xml:space="preserve">. </w:t>
      </w:r>
      <w:r w:rsidR="004D2059">
        <w:rPr>
          <w:color w:val="auto"/>
        </w:rPr>
        <w:t>S</w:t>
      </w:r>
      <w:r w:rsidRPr="0007337A">
        <w:rPr>
          <w:color w:val="auto"/>
        </w:rPr>
        <w:t>ubgroup and sensitivity analyses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152"/>
        <w:gridCol w:w="1440"/>
        <w:gridCol w:w="504"/>
        <w:gridCol w:w="936"/>
        <w:gridCol w:w="1872"/>
        <w:gridCol w:w="1008"/>
        <w:gridCol w:w="864"/>
      </w:tblGrid>
      <w:tr w:rsidR="00C4799F" w:rsidRPr="0007337A" w14:paraId="51B10FE8" w14:textId="77777777" w:rsidTr="00EF297F">
        <w:trPr>
          <w:tblHeader/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5A778D4" w14:textId="77777777" w:rsidR="00C4799F" w:rsidRPr="0007337A" w:rsidRDefault="00643FCB">
            <w:r w:rsidRPr="0007337A">
              <w:rPr>
                <w:b/>
                <w:sz w:val="15"/>
              </w:rPr>
              <w:t>Outcome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D32F83" w14:textId="77777777" w:rsidR="00C4799F" w:rsidRPr="0007337A" w:rsidRDefault="00643FCB">
            <w:r w:rsidRPr="0007337A">
              <w:rPr>
                <w:b/>
                <w:sz w:val="15"/>
              </w:rPr>
              <w:t>Variable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D28DE7" w14:textId="77777777" w:rsidR="00C4799F" w:rsidRPr="0007337A" w:rsidRDefault="00643FCB">
            <w:r w:rsidRPr="0007337A">
              <w:rPr>
                <w:b/>
                <w:sz w:val="15"/>
              </w:rPr>
              <w:t>Subgroup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9AC48A" w14:textId="77777777" w:rsidR="00C4799F" w:rsidRPr="0007337A" w:rsidRDefault="00643FCB">
            <w:r w:rsidRPr="0007337A">
              <w:rPr>
                <w:b/>
                <w:sz w:val="15"/>
              </w:rPr>
              <w:t>k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72B202" w14:textId="77777777" w:rsidR="00C4799F" w:rsidRPr="0007337A" w:rsidRDefault="00643FCB">
            <w:r w:rsidRPr="0007337A">
              <w:rPr>
                <w:b/>
                <w:sz w:val="15"/>
              </w:rPr>
              <w:t>MD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323C254" w14:textId="77777777" w:rsidR="00C4799F" w:rsidRPr="0007337A" w:rsidRDefault="00643FCB">
            <w:r w:rsidRPr="0007337A">
              <w:rPr>
                <w:b/>
                <w:sz w:val="15"/>
              </w:rPr>
              <w:t>95% CI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E2F4EC" w14:textId="29503809" w:rsidR="00C4799F" w:rsidRPr="0007337A" w:rsidRDefault="004D2059">
            <w:r w:rsidRPr="0007337A">
              <w:rPr>
                <w:b/>
                <w:sz w:val="15"/>
              </w:rPr>
              <w:t>P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DAC47F" w14:textId="77777777" w:rsidR="00C4799F" w:rsidRPr="0007337A" w:rsidRDefault="00643FCB">
            <w:r w:rsidRPr="0007337A">
              <w:rPr>
                <w:b/>
                <w:sz w:val="15"/>
              </w:rPr>
              <w:t>I²</w:t>
            </w:r>
          </w:p>
        </w:tc>
      </w:tr>
      <w:tr w:rsidR="00C4799F" w:rsidRPr="0007337A" w14:paraId="7554CD63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0BC13F9" w14:textId="77777777" w:rsidR="00C4799F" w:rsidRPr="0007337A" w:rsidRDefault="00643FCB">
            <w:r w:rsidRPr="0007337A">
              <w:rPr>
                <w:sz w:val="15"/>
              </w:rPr>
              <w:t>IKDC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56DF06" w14:textId="5084F535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B69910" w14:textId="77777777" w:rsidR="00C4799F" w:rsidRPr="0007337A" w:rsidRDefault="00643FCB">
            <w:r w:rsidRPr="0007337A">
              <w:rPr>
                <w:sz w:val="15"/>
              </w:rPr>
              <w:t>ALL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1AB0EA" w14:textId="77777777" w:rsidR="00C4799F" w:rsidRPr="0007337A" w:rsidRDefault="00643FCB">
            <w:r w:rsidRPr="0007337A">
              <w:rPr>
                <w:sz w:val="15"/>
              </w:rPr>
              <w:t>6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01BA08" w14:textId="77777777" w:rsidR="00C4799F" w:rsidRPr="0007337A" w:rsidRDefault="00643FCB">
            <w:r w:rsidRPr="0007337A">
              <w:rPr>
                <w:sz w:val="15"/>
              </w:rPr>
              <w:t>4.00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94A8126" w14:textId="77777777" w:rsidR="00C4799F" w:rsidRPr="0007337A" w:rsidRDefault="00643FCB">
            <w:r w:rsidRPr="0007337A">
              <w:rPr>
                <w:sz w:val="15"/>
              </w:rPr>
              <w:t>0.94 to 7.05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496A24" w14:textId="77777777" w:rsidR="00C4799F" w:rsidRPr="0007337A" w:rsidRDefault="00643FCB">
            <w:r w:rsidRPr="0007337A">
              <w:rPr>
                <w:sz w:val="15"/>
              </w:rPr>
              <w:t>0.0104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79D106" w14:textId="77777777" w:rsidR="00C4799F" w:rsidRPr="0007337A" w:rsidRDefault="00643FCB">
            <w:r w:rsidRPr="0007337A">
              <w:rPr>
                <w:sz w:val="15"/>
              </w:rPr>
              <w:t>80.5%</w:t>
            </w:r>
          </w:p>
        </w:tc>
      </w:tr>
      <w:tr w:rsidR="00C4799F" w:rsidRPr="0007337A" w14:paraId="757E6836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15832B2" w14:textId="77777777" w:rsidR="00C4799F" w:rsidRPr="0007337A" w:rsidRDefault="00643FCB">
            <w:r w:rsidRPr="0007337A">
              <w:rPr>
                <w:sz w:val="15"/>
              </w:rPr>
              <w:t>IKDC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9DA783" w14:textId="35AEF340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E30260E" w14:textId="77777777" w:rsidR="00C4799F" w:rsidRPr="0007337A" w:rsidRDefault="00643FCB">
            <w:r w:rsidRPr="0007337A">
              <w:rPr>
                <w:sz w:val="15"/>
              </w:rPr>
              <w:t>LET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30BC48" w14:textId="77777777" w:rsidR="00C4799F" w:rsidRPr="0007337A" w:rsidRDefault="00643FCB">
            <w:r w:rsidRPr="0007337A">
              <w:rPr>
                <w:sz w:val="15"/>
              </w:rPr>
              <w:t>5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0B3DDCA" w14:textId="77777777" w:rsidR="00C4799F" w:rsidRPr="0007337A" w:rsidRDefault="00643FCB">
            <w:r w:rsidRPr="0007337A">
              <w:rPr>
                <w:sz w:val="15"/>
              </w:rPr>
              <w:t>0.52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F505ABC" w14:textId="77777777" w:rsidR="00C4799F" w:rsidRPr="0007337A" w:rsidRDefault="00643FCB">
            <w:r w:rsidRPr="0007337A">
              <w:rPr>
                <w:sz w:val="15"/>
              </w:rPr>
              <w:t>-1.47 to 2.51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8B5BBA8" w14:textId="77777777" w:rsidR="00C4799F" w:rsidRPr="0007337A" w:rsidRDefault="00643FCB">
            <w:r w:rsidRPr="0007337A">
              <w:rPr>
                <w:sz w:val="15"/>
              </w:rPr>
              <w:t>0.6063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EED024F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44FA343E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D70E5D1" w14:textId="77777777" w:rsidR="00C4799F" w:rsidRPr="0007337A" w:rsidRDefault="00643FCB">
            <w:r w:rsidRPr="0007337A">
              <w:rPr>
                <w:sz w:val="15"/>
              </w:rPr>
              <w:t>IKDC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2D42B1" w14:textId="64455614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66449E1" w14:textId="77777777" w:rsidR="00C4799F" w:rsidRPr="0007337A" w:rsidRDefault="00643FCB">
            <w:r w:rsidRPr="0007337A">
              <w:rPr>
                <w:sz w:val="15"/>
              </w:rPr>
              <w:t>Mixed LEAP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07324D1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5824DE" w14:textId="77777777" w:rsidR="00C4799F" w:rsidRPr="0007337A" w:rsidRDefault="00643FCB">
            <w:r w:rsidRPr="0007337A">
              <w:rPr>
                <w:sz w:val="15"/>
              </w:rPr>
              <w:t>1.09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8B224D" w14:textId="77777777" w:rsidR="00C4799F" w:rsidRPr="0007337A" w:rsidRDefault="00643FCB">
            <w:r w:rsidRPr="0007337A">
              <w:rPr>
                <w:sz w:val="15"/>
              </w:rPr>
              <w:t>-1.29 to 3.47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0AFD305" w14:textId="77777777" w:rsidR="00C4799F" w:rsidRPr="0007337A" w:rsidRDefault="00643FCB">
            <w:r w:rsidRPr="0007337A">
              <w:rPr>
                <w:sz w:val="15"/>
              </w:rPr>
              <w:t>0.3685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43F21A3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44109A1B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B31A0C" w14:textId="77777777" w:rsidR="00C4799F" w:rsidRPr="0007337A" w:rsidRDefault="00643FCB">
            <w:r w:rsidRPr="0007337A">
              <w:rPr>
                <w:sz w:val="15"/>
              </w:rPr>
              <w:t>IKDC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FB0AEF" w14:textId="5F3C3560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BDF6517" w14:textId="77777777" w:rsidR="00C4799F" w:rsidRPr="0007337A" w:rsidRDefault="00643FCB">
            <w:r w:rsidRPr="0007337A">
              <w:rPr>
                <w:sz w:val="15"/>
              </w:rPr>
              <w:t>Primary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35FD59" w14:textId="77777777" w:rsidR="00C4799F" w:rsidRPr="0007337A" w:rsidRDefault="00643FCB">
            <w:r w:rsidRPr="0007337A">
              <w:rPr>
                <w:sz w:val="15"/>
              </w:rPr>
              <w:t>11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644F894" w14:textId="77777777" w:rsidR="00C4799F" w:rsidRPr="0007337A" w:rsidRDefault="00643FCB">
            <w:r w:rsidRPr="0007337A">
              <w:rPr>
                <w:sz w:val="15"/>
              </w:rPr>
              <w:t>2.39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0116EA" w14:textId="77777777" w:rsidR="00C4799F" w:rsidRPr="0007337A" w:rsidRDefault="00643FCB">
            <w:r w:rsidRPr="0007337A">
              <w:rPr>
                <w:sz w:val="15"/>
              </w:rPr>
              <w:t>0.48 to 4.29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D8DDFC" w14:textId="77777777" w:rsidR="00C4799F" w:rsidRPr="0007337A" w:rsidRDefault="00643FCB">
            <w:r w:rsidRPr="0007337A">
              <w:rPr>
                <w:sz w:val="15"/>
              </w:rPr>
              <w:t>0.0141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C8D142" w14:textId="77777777" w:rsidR="00C4799F" w:rsidRPr="0007337A" w:rsidRDefault="00643FCB">
            <w:r w:rsidRPr="0007337A">
              <w:rPr>
                <w:sz w:val="15"/>
              </w:rPr>
              <w:t>78.5%</w:t>
            </w:r>
          </w:p>
        </w:tc>
      </w:tr>
      <w:tr w:rsidR="00C4799F" w:rsidRPr="0007337A" w14:paraId="1343C6A8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F4E270" w14:textId="77777777" w:rsidR="00C4799F" w:rsidRPr="0007337A" w:rsidRDefault="00643FCB">
            <w:r w:rsidRPr="0007337A">
              <w:rPr>
                <w:sz w:val="15"/>
              </w:rPr>
              <w:t>IKDC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9FBA5B" w14:textId="45B74BFE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BCFC77" w14:textId="77777777" w:rsidR="00C4799F" w:rsidRPr="0007337A" w:rsidRDefault="00643FCB">
            <w:r w:rsidRPr="0007337A">
              <w:rPr>
                <w:sz w:val="15"/>
              </w:rPr>
              <w:t>Revision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B2E3F0A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354C5C" w14:textId="77777777" w:rsidR="00C4799F" w:rsidRPr="0007337A" w:rsidRDefault="00643FCB">
            <w:r w:rsidRPr="0007337A">
              <w:rPr>
                <w:sz w:val="15"/>
              </w:rPr>
              <w:t>0.80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FBF2449" w14:textId="77777777" w:rsidR="00C4799F" w:rsidRPr="0007337A" w:rsidRDefault="00643FCB">
            <w:r w:rsidRPr="0007337A">
              <w:rPr>
                <w:sz w:val="15"/>
              </w:rPr>
              <w:t>-7.12 to 8.72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2DFED92" w14:textId="77777777" w:rsidR="00C4799F" w:rsidRPr="0007337A" w:rsidRDefault="00643FCB">
            <w:r w:rsidRPr="0007337A">
              <w:rPr>
                <w:sz w:val="15"/>
              </w:rPr>
              <w:t>0.8425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A9C6FE" w14:textId="77777777" w:rsidR="00C4799F" w:rsidRPr="0007337A" w:rsidRDefault="00643FCB">
            <w:r w:rsidRPr="0007337A">
              <w:rPr>
                <w:sz w:val="15"/>
              </w:rPr>
              <w:t>60.9%</w:t>
            </w:r>
          </w:p>
        </w:tc>
      </w:tr>
      <w:tr w:rsidR="00C4799F" w:rsidRPr="0007337A" w14:paraId="57E83AF8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A28E057" w14:textId="77777777" w:rsidR="00C4799F" w:rsidRPr="0007337A" w:rsidRDefault="00643FCB">
            <w:r w:rsidRPr="0007337A">
              <w:rPr>
                <w:sz w:val="15"/>
              </w:rPr>
              <w:t>KOOS_QOL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33441E" w14:textId="120D72C2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2C91CEC" w14:textId="77777777" w:rsidR="00C4799F" w:rsidRPr="0007337A" w:rsidRDefault="00643FCB">
            <w:r w:rsidRPr="0007337A">
              <w:rPr>
                <w:sz w:val="15"/>
              </w:rPr>
              <w:t>ALL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8676478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1864E85" w14:textId="77777777" w:rsidR="00C4799F" w:rsidRPr="0007337A" w:rsidRDefault="00643FCB">
            <w:r w:rsidRPr="0007337A">
              <w:rPr>
                <w:sz w:val="15"/>
              </w:rPr>
              <w:t>5.92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87F38FA" w14:textId="77777777" w:rsidR="00C4799F" w:rsidRPr="0007337A" w:rsidRDefault="00643FCB">
            <w:r w:rsidRPr="0007337A">
              <w:rPr>
                <w:sz w:val="15"/>
              </w:rPr>
              <w:t>2.01 to 9.82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3B9C7E8" w14:textId="77777777" w:rsidR="00C4799F" w:rsidRPr="0007337A" w:rsidRDefault="00643FCB">
            <w:r w:rsidRPr="0007337A">
              <w:rPr>
                <w:sz w:val="15"/>
              </w:rPr>
              <w:t>0.0030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36D723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2958205B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2B3375" w14:textId="77777777" w:rsidR="00C4799F" w:rsidRPr="0007337A" w:rsidRDefault="00643FCB">
            <w:r w:rsidRPr="0007337A">
              <w:rPr>
                <w:sz w:val="15"/>
              </w:rPr>
              <w:t>KOOS_QOL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61D08B" w14:textId="565F9DC6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28A3173" w14:textId="77777777" w:rsidR="00C4799F" w:rsidRPr="0007337A" w:rsidRDefault="00643FCB">
            <w:r w:rsidRPr="0007337A">
              <w:rPr>
                <w:sz w:val="15"/>
              </w:rPr>
              <w:t>LET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97E829" w14:textId="77777777" w:rsidR="00C4799F" w:rsidRPr="0007337A" w:rsidRDefault="00643FCB">
            <w:r w:rsidRPr="0007337A">
              <w:rPr>
                <w:sz w:val="15"/>
              </w:rPr>
              <w:t>4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0B24F80" w14:textId="77777777" w:rsidR="00C4799F" w:rsidRPr="0007337A" w:rsidRDefault="00643FCB">
            <w:r w:rsidRPr="0007337A">
              <w:rPr>
                <w:sz w:val="15"/>
              </w:rPr>
              <w:t>2.35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A0BCD7" w14:textId="77777777" w:rsidR="00C4799F" w:rsidRPr="0007337A" w:rsidRDefault="00643FCB">
            <w:r w:rsidRPr="0007337A">
              <w:rPr>
                <w:sz w:val="15"/>
              </w:rPr>
              <w:t>0.46 to 4.24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7947B1" w14:textId="77777777" w:rsidR="00C4799F" w:rsidRPr="0007337A" w:rsidRDefault="00643FCB">
            <w:r w:rsidRPr="0007337A">
              <w:rPr>
                <w:sz w:val="15"/>
              </w:rPr>
              <w:t>0.0149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C024FF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1655A61A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4DE151B" w14:textId="77777777" w:rsidR="00C4799F" w:rsidRPr="0007337A" w:rsidRDefault="00643FCB">
            <w:r w:rsidRPr="0007337A">
              <w:rPr>
                <w:sz w:val="15"/>
              </w:rPr>
              <w:t>KOOS_QOL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6DC82AD" w14:textId="56D9D045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48E06D5" w14:textId="77777777" w:rsidR="00C4799F" w:rsidRPr="0007337A" w:rsidRDefault="00643FCB">
            <w:r w:rsidRPr="0007337A">
              <w:rPr>
                <w:sz w:val="15"/>
              </w:rPr>
              <w:t>Mixed LEAP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A8E702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B2F219" w14:textId="77777777" w:rsidR="00C4799F" w:rsidRPr="0007337A" w:rsidRDefault="00643FCB">
            <w:r w:rsidRPr="0007337A">
              <w:rPr>
                <w:sz w:val="15"/>
              </w:rPr>
              <w:t>-0.99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FE6FAB" w14:textId="77777777" w:rsidR="00C4799F" w:rsidRPr="0007337A" w:rsidRDefault="00643FCB">
            <w:r w:rsidRPr="0007337A">
              <w:rPr>
                <w:sz w:val="15"/>
              </w:rPr>
              <w:t>-4.67 to 2.69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0EAAA5" w14:textId="77777777" w:rsidR="00C4799F" w:rsidRPr="0007337A" w:rsidRDefault="00643FCB">
            <w:r w:rsidRPr="0007337A">
              <w:rPr>
                <w:sz w:val="15"/>
              </w:rPr>
              <w:t>0.5991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B54646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03C019C1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D1EF89" w14:textId="77777777" w:rsidR="00C4799F" w:rsidRPr="0007337A" w:rsidRDefault="00643FCB">
            <w:r w:rsidRPr="0007337A">
              <w:rPr>
                <w:sz w:val="15"/>
              </w:rPr>
              <w:t>KOOS_QOL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6DF4E8A" w14:textId="12E31ADF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D4A9AC" w14:textId="77777777" w:rsidR="00C4799F" w:rsidRPr="0007337A" w:rsidRDefault="00643FCB">
            <w:r w:rsidRPr="0007337A">
              <w:rPr>
                <w:sz w:val="15"/>
              </w:rPr>
              <w:t>Primary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7E0566" w14:textId="77777777" w:rsidR="00C4799F" w:rsidRPr="0007337A" w:rsidRDefault="00643FCB">
            <w:r w:rsidRPr="0007337A">
              <w:rPr>
                <w:sz w:val="15"/>
              </w:rPr>
              <w:t>8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9A1F2B1" w14:textId="77777777" w:rsidR="00C4799F" w:rsidRPr="0007337A" w:rsidRDefault="00643FCB">
            <w:r w:rsidRPr="0007337A">
              <w:rPr>
                <w:sz w:val="15"/>
              </w:rPr>
              <w:t>2.04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E86BF0" w14:textId="77777777" w:rsidR="00C4799F" w:rsidRPr="0007337A" w:rsidRDefault="00643FCB">
            <w:r w:rsidRPr="0007337A">
              <w:rPr>
                <w:sz w:val="15"/>
              </w:rPr>
              <w:t>0.38 to 3.70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3817E6C" w14:textId="77777777" w:rsidR="00C4799F" w:rsidRPr="0007337A" w:rsidRDefault="00643FCB">
            <w:r w:rsidRPr="0007337A">
              <w:rPr>
                <w:sz w:val="15"/>
              </w:rPr>
              <w:t>0.0163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DBE3D3" w14:textId="77777777" w:rsidR="00C4799F" w:rsidRPr="0007337A" w:rsidRDefault="00643FCB">
            <w:r w:rsidRPr="0007337A">
              <w:rPr>
                <w:sz w:val="15"/>
              </w:rPr>
              <w:t>5.9%</w:t>
            </w:r>
          </w:p>
        </w:tc>
      </w:tr>
      <w:tr w:rsidR="00C4799F" w:rsidRPr="0007337A" w14:paraId="7EB7F76F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BA8BD94" w14:textId="77777777" w:rsidR="00C4799F" w:rsidRPr="0007337A" w:rsidRDefault="00643FCB">
            <w:r w:rsidRPr="0007337A">
              <w:rPr>
                <w:sz w:val="15"/>
              </w:rPr>
              <w:t>KOOS_QOL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37DC703" w14:textId="383D586D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B487576" w14:textId="77777777" w:rsidR="00C4799F" w:rsidRPr="0007337A" w:rsidRDefault="00643FCB">
            <w:r w:rsidRPr="0007337A">
              <w:rPr>
                <w:sz w:val="15"/>
              </w:rPr>
              <w:t>Revision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CF12A0" w14:textId="77777777" w:rsidR="00C4799F" w:rsidRPr="0007337A" w:rsidRDefault="00643FCB">
            <w:r w:rsidRPr="0007337A">
              <w:rPr>
                <w:sz w:val="15"/>
              </w:rPr>
              <w:t>2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0A4708" w14:textId="77777777" w:rsidR="00C4799F" w:rsidRPr="0007337A" w:rsidRDefault="00643FCB">
            <w:r w:rsidRPr="0007337A">
              <w:rPr>
                <w:sz w:val="15"/>
              </w:rPr>
              <w:t>5.64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5405FA" w14:textId="77777777" w:rsidR="00C4799F" w:rsidRPr="0007337A" w:rsidRDefault="00643FCB">
            <w:r w:rsidRPr="0007337A">
              <w:rPr>
                <w:sz w:val="15"/>
              </w:rPr>
              <w:t>-0.32 to 11.59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7761C44" w14:textId="77777777" w:rsidR="00C4799F" w:rsidRPr="0007337A" w:rsidRDefault="00643FCB">
            <w:r w:rsidRPr="0007337A">
              <w:rPr>
                <w:sz w:val="15"/>
              </w:rPr>
              <w:t>0.0637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272B61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489ECFFE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9C5D4D" w14:textId="77777777" w:rsidR="00C4799F" w:rsidRPr="0007337A" w:rsidRDefault="00643FCB">
            <w:r w:rsidRPr="0007337A">
              <w:rPr>
                <w:sz w:val="15"/>
              </w:rPr>
              <w:t>Tegner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3B4361A" w14:textId="6485FD57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38C6945" w14:textId="77777777" w:rsidR="00C4799F" w:rsidRPr="0007337A" w:rsidRDefault="00643FCB">
            <w:r w:rsidRPr="0007337A">
              <w:rPr>
                <w:sz w:val="15"/>
              </w:rPr>
              <w:t>ALL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AF7694" w14:textId="77777777" w:rsidR="00C4799F" w:rsidRPr="0007337A" w:rsidRDefault="00643FCB">
            <w:r w:rsidRPr="0007337A">
              <w:rPr>
                <w:sz w:val="15"/>
              </w:rPr>
              <w:t>6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264BE92" w14:textId="77777777" w:rsidR="00C4799F" w:rsidRPr="0007337A" w:rsidRDefault="00643FCB">
            <w:r w:rsidRPr="0007337A">
              <w:rPr>
                <w:sz w:val="15"/>
              </w:rPr>
              <w:t>0.29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EFA05C" w14:textId="77777777" w:rsidR="00C4799F" w:rsidRPr="0007337A" w:rsidRDefault="00643FCB">
            <w:r w:rsidRPr="0007337A">
              <w:rPr>
                <w:sz w:val="15"/>
              </w:rPr>
              <w:t>-0.33 to 0.91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E7C18A" w14:textId="77777777" w:rsidR="00C4799F" w:rsidRPr="0007337A" w:rsidRDefault="00643FCB">
            <w:r w:rsidRPr="0007337A">
              <w:rPr>
                <w:sz w:val="15"/>
              </w:rPr>
              <w:t>0.3611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1F895FC" w14:textId="77777777" w:rsidR="00C4799F" w:rsidRPr="0007337A" w:rsidRDefault="00643FCB">
            <w:r w:rsidRPr="0007337A">
              <w:rPr>
                <w:sz w:val="15"/>
              </w:rPr>
              <w:t>94.3%</w:t>
            </w:r>
          </w:p>
        </w:tc>
      </w:tr>
      <w:tr w:rsidR="00C4799F" w:rsidRPr="0007337A" w14:paraId="52F1C6BC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9E2F40" w14:textId="77777777" w:rsidR="00C4799F" w:rsidRPr="0007337A" w:rsidRDefault="00643FCB">
            <w:r w:rsidRPr="0007337A">
              <w:rPr>
                <w:sz w:val="15"/>
              </w:rPr>
              <w:t>Tegner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28753E9" w14:textId="6916ED5B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AAEB2F" w14:textId="77777777" w:rsidR="00C4799F" w:rsidRPr="0007337A" w:rsidRDefault="00643FCB">
            <w:r w:rsidRPr="0007337A">
              <w:rPr>
                <w:sz w:val="15"/>
              </w:rPr>
              <w:t>LET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0D463D" w14:textId="77777777" w:rsidR="00C4799F" w:rsidRPr="0007337A" w:rsidRDefault="00643FCB">
            <w:r w:rsidRPr="0007337A">
              <w:rPr>
                <w:sz w:val="15"/>
              </w:rPr>
              <w:t>2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4C55AC" w14:textId="77777777" w:rsidR="00C4799F" w:rsidRPr="0007337A" w:rsidRDefault="00643FCB">
            <w:r w:rsidRPr="0007337A">
              <w:rPr>
                <w:sz w:val="15"/>
              </w:rPr>
              <w:t>0.19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77F7437" w14:textId="77777777" w:rsidR="00C4799F" w:rsidRPr="0007337A" w:rsidRDefault="00643FCB">
            <w:r w:rsidRPr="0007337A">
              <w:rPr>
                <w:sz w:val="15"/>
              </w:rPr>
              <w:t>-0.49 to 0.87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9A1575" w14:textId="77777777" w:rsidR="00C4799F" w:rsidRPr="0007337A" w:rsidRDefault="00643FCB">
            <w:r w:rsidRPr="0007337A">
              <w:rPr>
                <w:sz w:val="15"/>
              </w:rPr>
              <w:t>0.5785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35FB2E" w14:textId="77777777" w:rsidR="00C4799F" w:rsidRPr="0007337A" w:rsidRDefault="00643FCB">
            <w:r w:rsidRPr="0007337A">
              <w:rPr>
                <w:sz w:val="15"/>
              </w:rPr>
              <w:t>65.6%</w:t>
            </w:r>
          </w:p>
        </w:tc>
      </w:tr>
      <w:tr w:rsidR="00C4799F" w:rsidRPr="0007337A" w14:paraId="1FC53239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620EE3" w14:textId="77777777" w:rsidR="00C4799F" w:rsidRPr="0007337A" w:rsidRDefault="00643FCB">
            <w:r w:rsidRPr="0007337A">
              <w:rPr>
                <w:sz w:val="15"/>
              </w:rPr>
              <w:t>Tegner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E1E637" w14:textId="2A9902E5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49BE53" w14:textId="77777777" w:rsidR="00C4799F" w:rsidRPr="0007337A" w:rsidRDefault="00643FCB">
            <w:r w:rsidRPr="0007337A">
              <w:rPr>
                <w:sz w:val="15"/>
              </w:rPr>
              <w:t>Mixed LEAP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51730D1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B8CABF" w14:textId="77777777" w:rsidR="00C4799F" w:rsidRPr="0007337A" w:rsidRDefault="00643FCB">
            <w:r w:rsidRPr="0007337A">
              <w:rPr>
                <w:sz w:val="15"/>
              </w:rPr>
              <w:t>0.50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46CEEF" w14:textId="77777777" w:rsidR="00C4799F" w:rsidRPr="0007337A" w:rsidRDefault="00643FCB">
            <w:r w:rsidRPr="0007337A">
              <w:rPr>
                <w:sz w:val="15"/>
              </w:rPr>
              <w:t>-0.19 to 1.19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07DA6F3" w14:textId="77777777" w:rsidR="00C4799F" w:rsidRPr="0007337A" w:rsidRDefault="00643FCB">
            <w:r w:rsidRPr="0007337A">
              <w:rPr>
                <w:sz w:val="15"/>
              </w:rPr>
              <w:t>0.1580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7AA97E" w14:textId="77777777" w:rsidR="00C4799F" w:rsidRPr="0007337A" w:rsidRDefault="00643FCB">
            <w:r w:rsidRPr="0007337A">
              <w:rPr>
                <w:sz w:val="15"/>
              </w:rPr>
              <w:t>80.5%</w:t>
            </w:r>
          </w:p>
        </w:tc>
      </w:tr>
      <w:tr w:rsidR="00C4799F" w:rsidRPr="0007337A" w14:paraId="569305A1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247A77" w14:textId="77777777" w:rsidR="00C4799F" w:rsidRPr="0007337A" w:rsidRDefault="00643FCB">
            <w:r w:rsidRPr="0007337A">
              <w:rPr>
                <w:sz w:val="15"/>
              </w:rPr>
              <w:t>Tegner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7B0530" w14:textId="6209D742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782FA40" w14:textId="77777777" w:rsidR="00C4799F" w:rsidRPr="0007337A" w:rsidRDefault="00643FCB">
            <w:r w:rsidRPr="0007337A">
              <w:rPr>
                <w:sz w:val="15"/>
              </w:rPr>
              <w:t>Primary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6C72DD0" w14:textId="77777777" w:rsidR="00C4799F" w:rsidRPr="0007337A" w:rsidRDefault="00643FCB">
            <w:r w:rsidRPr="0007337A">
              <w:rPr>
                <w:sz w:val="15"/>
              </w:rPr>
              <w:t>9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353FC1" w14:textId="77777777" w:rsidR="00C4799F" w:rsidRPr="0007337A" w:rsidRDefault="00643FCB">
            <w:r w:rsidRPr="0007337A">
              <w:rPr>
                <w:sz w:val="15"/>
              </w:rPr>
              <w:t>0.34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DBBBFB" w14:textId="77777777" w:rsidR="00C4799F" w:rsidRPr="0007337A" w:rsidRDefault="00643FCB">
            <w:r w:rsidRPr="0007337A">
              <w:rPr>
                <w:sz w:val="15"/>
              </w:rPr>
              <w:t>-0.11 to 0.80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C7898A" w14:textId="77777777" w:rsidR="00C4799F" w:rsidRPr="0007337A" w:rsidRDefault="00643FCB">
            <w:r w:rsidRPr="0007337A">
              <w:rPr>
                <w:sz w:val="15"/>
              </w:rPr>
              <w:t>0.1339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F448A1" w14:textId="77777777" w:rsidR="00C4799F" w:rsidRPr="0007337A" w:rsidRDefault="00643FCB">
            <w:r w:rsidRPr="0007337A">
              <w:rPr>
                <w:sz w:val="15"/>
              </w:rPr>
              <w:t>92.6%</w:t>
            </w:r>
          </w:p>
        </w:tc>
      </w:tr>
      <w:tr w:rsidR="00C4799F" w:rsidRPr="0007337A" w14:paraId="1A695DD1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14BD3B8" w14:textId="77777777" w:rsidR="00C4799F" w:rsidRPr="0007337A" w:rsidRDefault="00643FCB">
            <w:r w:rsidRPr="0007337A">
              <w:rPr>
                <w:sz w:val="15"/>
              </w:rPr>
              <w:t>Tegner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50618B4" w14:textId="7B27E21E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EE8995" w14:textId="77777777" w:rsidR="00C4799F" w:rsidRPr="0007337A" w:rsidRDefault="00643FCB">
            <w:r w:rsidRPr="0007337A">
              <w:rPr>
                <w:sz w:val="15"/>
              </w:rPr>
              <w:t>Revision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20EAF3" w14:textId="77777777" w:rsidR="00C4799F" w:rsidRPr="0007337A" w:rsidRDefault="00643FCB">
            <w:r w:rsidRPr="0007337A">
              <w:rPr>
                <w:sz w:val="15"/>
              </w:rPr>
              <w:t>2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8E2539A" w14:textId="77777777" w:rsidR="00C4799F" w:rsidRPr="0007337A" w:rsidRDefault="00643FCB">
            <w:r w:rsidRPr="0007337A">
              <w:rPr>
                <w:sz w:val="15"/>
              </w:rPr>
              <w:t>0.30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AE275E" w14:textId="77777777" w:rsidR="00C4799F" w:rsidRPr="0007337A" w:rsidRDefault="00643FCB">
            <w:r w:rsidRPr="0007337A">
              <w:rPr>
                <w:sz w:val="15"/>
              </w:rPr>
              <w:t>-0.58 to 1.18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D29149F" w14:textId="77777777" w:rsidR="00C4799F" w:rsidRPr="0007337A" w:rsidRDefault="00643FCB">
            <w:r w:rsidRPr="0007337A">
              <w:rPr>
                <w:sz w:val="15"/>
              </w:rPr>
              <w:t>0.5042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08D894" w14:textId="77777777" w:rsidR="00C4799F" w:rsidRPr="0007337A" w:rsidRDefault="00643FCB">
            <w:r w:rsidRPr="0007337A">
              <w:rPr>
                <w:sz w:val="15"/>
              </w:rPr>
              <w:t>82.6%</w:t>
            </w:r>
          </w:p>
        </w:tc>
      </w:tr>
      <w:tr w:rsidR="00C4799F" w:rsidRPr="0007337A" w14:paraId="067BB3EF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740C94E" w14:textId="77777777" w:rsidR="00C4799F" w:rsidRPr="0007337A" w:rsidRDefault="00643FCB">
            <w:r w:rsidRPr="0007337A">
              <w:rPr>
                <w:sz w:val="15"/>
              </w:rPr>
              <w:t>Lysholm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779FE2" w14:textId="4A7077C7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3D862E" w14:textId="77777777" w:rsidR="00C4799F" w:rsidRPr="0007337A" w:rsidRDefault="00643FCB">
            <w:r w:rsidRPr="0007337A">
              <w:rPr>
                <w:sz w:val="15"/>
              </w:rPr>
              <w:t>ALL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16DE6" w14:textId="77777777" w:rsidR="00C4799F" w:rsidRPr="0007337A" w:rsidRDefault="00643FCB">
            <w:r w:rsidRPr="0007337A">
              <w:rPr>
                <w:sz w:val="15"/>
              </w:rPr>
              <w:t>6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4F1EC91" w14:textId="77777777" w:rsidR="00C4799F" w:rsidRPr="0007337A" w:rsidRDefault="00643FCB">
            <w:r w:rsidRPr="0007337A">
              <w:rPr>
                <w:sz w:val="15"/>
              </w:rPr>
              <w:t>3.03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00D529C" w14:textId="77777777" w:rsidR="00C4799F" w:rsidRPr="0007337A" w:rsidRDefault="00643FCB">
            <w:r w:rsidRPr="0007337A">
              <w:rPr>
                <w:sz w:val="15"/>
              </w:rPr>
              <w:t>0.54 to 5.53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272600" w14:textId="77777777" w:rsidR="00C4799F" w:rsidRPr="0007337A" w:rsidRDefault="00643FCB">
            <w:r w:rsidRPr="0007337A">
              <w:rPr>
                <w:sz w:val="15"/>
              </w:rPr>
              <w:t>0.0172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AE9CD74" w14:textId="77777777" w:rsidR="00C4799F" w:rsidRPr="0007337A" w:rsidRDefault="00643FCB">
            <w:r w:rsidRPr="0007337A">
              <w:rPr>
                <w:sz w:val="15"/>
              </w:rPr>
              <w:t>83.5%</w:t>
            </w:r>
          </w:p>
        </w:tc>
      </w:tr>
      <w:tr w:rsidR="00C4799F" w:rsidRPr="0007337A" w14:paraId="2A44F679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2B294AA" w14:textId="77777777" w:rsidR="00C4799F" w:rsidRPr="0007337A" w:rsidRDefault="00643FCB">
            <w:r w:rsidRPr="0007337A">
              <w:rPr>
                <w:sz w:val="15"/>
              </w:rPr>
              <w:t>Lysholm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FE2A7B" w14:textId="11C17AD9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B079AA" w14:textId="77777777" w:rsidR="00C4799F" w:rsidRPr="0007337A" w:rsidRDefault="00643FCB">
            <w:r w:rsidRPr="0007337A">
              <w:rPr>
                <w:sz w:val="15"/>
              </w:rPr>
              <w:t>LET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384572" w14:textId="77777777" w:rsidR="00C4799F" w:rsidRPr="0007337A" w:rsidRDefault="00643FCB">
            <w:r w:rsidRPr="0007337A">
              <w:rPr>
                <w:sz w:val="15"/>
              </w:rPr>
              <w:t>4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CD2CAF" w14:textId="77777777" w:rsidR="00C4799F" w:rsidRPr="0007337A" w:rsidRDefault="00643FCB">
            <w:r w:rsidRPr="0007337A">
              <w:rPr>
                <w:sz w:val="15"/>
              </w:rPr>
              <w:t>-0.65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382299" w14:textId="77777777" w:rsidR="00C4799F" w:rsidRPr="0007337A" w:rsidRDefault="00643FCB">
            <w:r w:rsidRPr="0007337A">
              <w:rPr>
                <w:sz w:val="15"/>
              </w:rPr>
              <w:t>-5.36 to 4.05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940626" w14:textId="77777777" w:rsidR="00C4799F" w:rsidRPr="0007337A" w:rsidRDefault="00643FCB">
            <w:r w:rsidRPr="0007337A">
              <w:rPr>
                <w:sz w:val="15"/>
              </w:rPr>
              <w:t>0.7860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BCACFB" w14:textId="77777777" w:rsidR="00C4799F" w:rsidRPr="0007337A" w:rsidRDefault="00643FCB">
            <w:r w:rsidRPr="0007337A">
              <w:rPr>
                <w:sz w:val="15"/>
              </w:rPr>
              <w:t>65.0%</w:t>
            </w:r>
          </w:p>
        </w:tc>
      </w:tr>
      <w:tr w:rsidR="00C4799F" w:rsidRPr="0007337A" w14:paraId="3F5B0C37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2B038E7" w14:textId="77777777" w:rsidR="00C4799F" w:rsidRPr="0007337A" w:rsidRDefault="00643FCB">
            <w:r w:rsidRPr="0007337A">
              <w:rPr>
                <w:sz w:val="15"/>
              </w:rPr>
              <w:t>Lysholm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D83D18F" w14:textId="7DCB3623" w:rsidR="00C4799F" w:rsidRPr="0007337A" w:rsidRDefault="004D2059">
            <w:r w:rsidRPr="0007337A">
              <w:rPr>
                <w:sz w:val="15"/>
              </w:rPr>
              <w:t>Procedure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50B140C" w14:textId="77777777" w:rsidR="00C4799F" w:rsidRPr="0007337A" w:rsidRDefault="00643FCB">
            <w:r w:rsidRPr="0007337A">
              <w:rPr>
                <w:sz w:val="15"/>
              </w:rPr>
              <w:t>Mixed LEAP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0CD393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81D5F41" w14:textId="77777777" w:rsidR="00C4799F" w:rsidRPr="0007337A" w:rsidRDefault="00643FCB">
            <w:r w:rsidRPr="0007337A">
              <w:rPr>
                <w:sz w:val="15"/>
              </w:rPr>
              <w:t>1.84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DC2AEF" w14:textId="77777777" w:rsidR="00C4799F" w:rsidRPr="0007337A" w:rsidRDefault="00643FCB">
            <w:r w:rsidRPr="0007337A">
              <w:rPr>
                <w:sz w:val="15"/>
              </w:rPr>
              <w:t>-0.18 to 3.86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68095D" w14:textId="77777777" w:rsidR="00C4799F" w:rsidRPr="0007337A" w:rsidRDefault="00643FCB">
            <w:r w:rsidRPr="0007337A">
              <w:rPr>
                <w:sz w:val="15"/>
              </w:rPr>
              <w:t>0.0744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83BF60C" w14:textId="77777777" w:rsidR="00C4799F" w:rsidRPr="0007337A" w:rsidRDefault="00643FCB">
            <w:r w:rsidRPr="0007337A">
              <w:rPr>
                <w:sz w:val="15"/>
              </w:rPr>
              <w:t>0.0%</w:t>
            </w:r>
          </w:p>
        </w:tc>
      </w:tr>
      <w:tr w:rsidR="00C4799F" w:rsidRPr="0007337A" w14:paraId="0B09D8B6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2F07C5D" w14:textId="77777777" w:rsidR="00C4799F" w:rsidRPr="0007337A" w:rsidRDefault="00643FCB">
            <w:r w:rsidRPr="0007337A">
              <w:rPr>
                <w:sz w:val="15"/>
              </w:rPr>
              <w:t>Lysholm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DFC237" w14:textId="3A1424D8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92AAE4A" w14:textId="77777777" w:rsidR="00C4799F" w:rsidRPr="0007337A" w:rsidRDefault="00643FCB">
            <w:r w:rsidRPr="0007337A">
              <w:rPr>
                <w:sz w:val="15"/>
              </w:rPr>
              <w:t>Primary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6D45E5" w14:textId="77777777" w:rsidR="00C4799F" w:rsidRPr="0007337A" w:rsidRDefault="00643FCB">
            <w:r w:rsidRPr="0007337A">
              <w:rPr>
                <w:sz w:val="15"/>
              </w:rPr>
              <w:t>10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1F2314" w14:textId="77777777" w:rsidR="00C4799F" w:rsidRPr="0007337A" w:rsidRDefault="00643FCB">
            <w:r w:rsidRPr="0007337A">
              <w:rPr>
                <w:sz w:val="15"/>
              </w:rPr>
              <w:t>2.60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919BA6" w14:textId="77777777" w:rsidR="00C4799F" w:rsidRPr="0007337A" w:rsidRDefault="00643FCB">
            <w:r w:rsidRPr="0007337A">
              <w:rPr>
                <w:sz w:val="15"/>
              </w:rPr>
              <w:t>0.88 to 4.32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A0CD9A4" w14:textId="77777777" w:rsidR="00C4799F" w:rsidRPr="0007337A" w:rsidRDefault="00643FCB">
            <w:r w:rsidRPr="0007337A">
              <w:rPr>
                <w:sz w:val="15"/>
              </w:rPr>
              <w:t>0.0031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06341B" w14:textId="77777777" w:rsidR="00C4799F" w:rsidRPr="0007337A" w:rsidRDefault="00643FCB">
            <w:r w:rsidRPr="0007337A">
              <w:rPr>
                <w:sz w:val="15"/>
              </w:rPr>
              <w:t>79.5%</w:t>
            </w:r>
          </w:p>
        </w:tc>
      </w:tr>
      <w:tr w:rsidR="00C4799F" w:rsidRPr="0007337A" w14:paraId="5BF69DBE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3CB7CFC" w14:textId="77777777" w:rsidR="00C4799F" w:rsidRPr="0007337A" w:rsidRDefault="00643FCB">
            <w:r w:rsidRPr="0007337A">
              <w:rPr>
                <w:sz w:val="15"/>
              </w:rPr>
              <w:t>Lysholm</w:t>
            </w:r>
          </w:p>
        </w:tc>
        <w:tc>
          <w:tcPr>
            <w:tcW w:w="115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86923D" w14:textId="017FEF50" w:rsidR="00C4799F" w:rsidRPr="0007337A" w:rsidRDefault="004D2059">
            <w:r w:rsidRPr="0007337A">
              <w:rPr>
                <w:sz w:val="15"/>
              </w:rPr>
              <w:t>Setting</w:t>
            </w:r>
          </w:p>
        </w:tc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A4D499" w14:textId="77777777" w:rsidR="00C4799F" w:rsidRPr="0007337A" w:rsidRDefault="00643FCB">
            <w:r w:rsidRPr="0007337A">
              <w:rPr>
                <w:sz w:val="15"/>
              </w:rPr>
              <w:t>Revision</w:t>
            </w:r>
          </w:p>
        </w:tc>
        <w:tc>
          <w:tcPr>
            <w:tcW w:w="50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7CD264" w14:textId="77777777" w:rsidR="00C4799F" w:rsidRPr="0007337A" w:rsidRDefault="00643FCB">
            <w:r w:rsidRPr="0007337A">
              <w:rPr>
                <w:sz w:val="15"/>
              </w:rPr>
              <w:t>3</w:t>
            </w:r>
          </w:p>
        </w:tc>
        <w:tc>
          <w:tcPr>
            <w:tcW w:w="93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2A01F58" w14:textId="77777777" w:rsidR="00C4799F" w:rsidRPr="0007337A" w:rsidRDefault="00643FCB">
            <w:r w:rsidRPr="0007337A">
              <w:rPr>
                <w:sz w:val="15"/>
              </w:rPr>
              <w:t>-2.09</w:t>
            </w:r>
          </w:p>
        </w:tc>
        <w:tc>
          <w:tcPr>
            <w:tcW w:w="187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3DF44B7" w14:textId="77777777" w:rsidR="00C4799F" w:rsidRPr="0007337A" w:rsidRDefault="00643FCB">
            <w:r w:rsidRPr="0007337A">
              <w:rPr>
                <w:sz w:val="15"/>
              </w:rPr>
              <w:t>-7.04 to 2.87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75C00D8" w14:textId="77777777" w:rsidR="00C4799F" w:rsidRPr="0007337A" w:rsidRDefault="00643FCB">
            <w:r w:rsidRPr="0007337A">
              <w:rPr>
                <w:sz w:val="15"/>
              </w:rPr>
              <w:t>0.4092</w:t>
            </w:r>
          </w:p>
        </w:tc>
        <w:tc>
          <w:tcPr>
            <w:tcW w:w="86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F990235" w14:textId="77777777" w:rsidR="00C4799F" w:rsidRPr="0007337A" w:rsidRDefault="00643FCB">
            <w:r w:rsidRPr="0007337A">
              <w:rPr>
                <w:sz w:val="15"/>
              </w:rPr>
              <w:t>22.8%</w:t>
            </w:r>
          </w:p>
        </w:tc>
      </w:tr>
    </w:tbl>
    <w:p w14:paraId="1F0E70D8" w14:textId="3794F1D1" w:rsidR="00C4799F" w:rsidRPr="0007337A" w:rsidRDefault="004D2059">
      <w:pPr>
        <w:pStyle w:val="Heading2"/>
        <w:rPr>
          <w:color w:val="auto"/>
        </w:rPr>
      </w:pPr>
      <w:r w:rsidRPr="0007337A">
        <w:rPr>
          <w:color w:val="auto"/>
        </w:rPr>
        <w:t>Supplementary Table S</w:t>
      </w:r>
      <w:r w:rsidR="00EA7428">
        <w:rPr>
          <w:color w:val="auto"/>
        </w:rPr>
        <w:t>5</w:t>
      </w:r>
      <w:r w:rsidRPr="0007337A">
        <w:rPr>
          <w:color w:val="auto"/>
        </w:rPr>
        <w:t>.</w:t>
      </w:r>
      <w:r>
        <w:rPr>
          <w:color w:val="auto"/>
        </w:rPr>
        <w:t xml:space="preserve"> </w:t>
      </w:r>
      <w:r w:rsidRPr="0007337A">
        <w:rPr>
          <w:color w:val="auto"/>
        </w:rPr>
        <w:t>Leave-one-out summary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008"/>
        <w:gridCol w:w="1728"/>
        <w:gridCol w:w="1728"/>
        <w:gridCol w:w="3456"/>
      </w:tblGrid>
      <w:tr w:rsidR="00C4799F" w:rsidRPr="0007337A" w14:paraId="5360BC13" w14:textId="77777777" w:rsidTr="00EF297F">
        <w:trPr>
          <w:tblHeader/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0BDAC0" w14:textId="77777777" w:rsidR="00C4799F" w:rsidRPr="0007337A" w:rsidRDefault="00643FCB">
            <w:r w:rsidRPr="0007337A">
              <w:rPr>
                <w:b/>
                <w:sz w:val="16"/>
              </w:rPr>
              <w:t>Outcome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D3A7C7" w14:textId="77777777" w:rsidR="00C4799F" w:rsidRPr="0007337A" w:rsidRDefault="00643FCB">
            <w:r w:rsidRPr="0007337A">
              <w:rPr>
                <w:b/>
                <w:sz w:val="16"/>
              </w:rPr>
              <w:t>Iterations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D867B1" w14:textId="77777777" w:rsidR="00C4799F" w:rsidRPr="0007337A" w:rsidRDefault="00643FCB">
            <w:r w:rsidRPr="0007337A">
              <w:rPr>
                <w:b/>
                <w:sz w:val="16"/>
              </w:rPr>
              <w:t>Pooled MD range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0EC872" w14:textId="77777777" w:rsidR="00C4799F" w:rsidRPr="0007337A" w:rsidRDefault="00643FCB">
            <w:r w:rsidRPr="0007337A">
              <w:rPr>
                <w:b/>
                <w:sz w:val="16"/>
              </w:rPr>
              <w:t>p-value range</w:t>
            </w:r>
          </w:p>
        </w:tc>
        <w:tc>
          <w:tcPr>
            <w:tcW w:w="345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62C7A67" w14:textId="77777777" w:rsidR="00C4799F" w:rsidRPr="0007337A" w:rsidRDefault="00643FCB">
            <w:r w:rsidRPr="0007337A">
              <w:rPr>
                <w:b/>
                <w:sz w:val="16"/>
              </w:rPr>
              <w:t>Interpretation</w:t>
            </w:r>
          </w:p>
        </w:tc>
      </w:tr>
      <w:tr w:rsidR="00C4799F" w:rsidRPr="0007337A" w14:paraId="01BF6921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1C0C01" w14:textId="77777777" w:rsidR="00C4799F" w:rsidRPr="0007337A" w:rsidRDefault="00643FCB">
            <w:r w:rsidRPr="0007337A">
              <w:rPr>
                <w:sz w:val="16"/>
              </w:rPr>
              <w:t>IKDC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0559CD" w14:textId="77777777" w:rsidR="00C4799F" w:rsidRPr="0007337A" w:rsidRDefault="00643FCB">
            <w:r w:rsidRPr="0007337A">
              <w:rPr>
                <w:sz w:val="16"/>
              </w:rPr>
              <w:t>14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530CB4" w14:textId="77777777" w:rsidR="00C4799F" w:rsidRPr="0007337A" w:rsidRDefault="00643FCB">
            <w:r w:rsidRPr="0007337A">
              <w:rPr>
                <w:sz w:val="16"/>
              </w:rPr>
              <w:t>1.39 to 2.47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1B195A" w14:textId="77777777" w:rsidR="00C4799F" w:rsidRPr="0007337A" w:rsidRDefault="00643FCB">
            <w:r w:rsidRPr="0007337A">
              <w:rPr>
                <w:sz w:val="16"/>
              </w:rPr>
              <w:t>0.0100 to 0.0525</w:t>
            </w:r>
          </w:p>
        </w:tc>
        <w:tc>
          <w:tcPr>
            <w:tcW w:w="345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A861DF" w14:textId="77777777" w:rsidR="00C4799F" w:rsidRPr="0007337A" w:rsidRDefault="00643FCB">
            <w:r w:rsidRPr="0007337A">
              <w:rPr>
                <w:sz w:val="16"/>
              </w:rPr>
              <w:t>Sensitive to omission</w:t>
            </w:r>
          </w:p>
        </w:tc>
      </w:tr>
      <w:tr w:rsidR="00C4799F" w:rsidRPr="0007337A" w14:paraId="6B0E51D0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30C48C" w14:textId="77777777" w:rsidR="00C4799F" w:rsidRPr="0007337A" w:rsidRDefault="00643FCB">
            <w:r w:rsidRPr="0007337A">
              <w:rPr>
                <w:sz w:val="16"/>
              </w:rPr>
              <w:t>KOOS_QOL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4F0F320" w14:textId="77777777" w:rsidR="00C4799F" w:rsidRPr="0007337A" w:rsidRDefault="00643FCB">
            <w:r w:rsidRPr="0007337A">
              <w:rPr>
                <w:sz w:val="16"/>
              </w:rPr>
              <w:t>10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ABC8F2" w14:textId="77777777" w:rsidR="00C4799F" w:rsidRPr="0007337A" w:rsidRDefault="00643FCB">
            <w:r w:rsidRPr="0007337A">
              <w:rPr>
                <w:sz w:val="16"/>
              </w:rPr>
              <w:t>1.78 to 2.61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48E034" w14:textId="77777777" w:rsidR="00C4799F" w:rsidRPr="0007337A" w:rsidRDefault="00643FCB">
            <w:r w:rsidRPr="0007337A">
              <w:rPr>
                <w:sz w:val="16"/>
              </w:rPr>
              <w:t>0.0015 to 0.0832</w:t>
            </w:r>
          </w:p>
        </w:tc>
        <w:tc>
          <w:tcPr>
            <w:tcW w:w="345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CE0123" w14:textId="77777777" w:rsidR="00C4799F" w:rsidRPr="0007337A" w:rsidRDefault="00643FCB">
            <w:r w:rsidRPr="0007337A">
              <w:rPr>
                <w:sz w:val="16"/>
              </w:rPr>
              <w:t>Sensitive to omission</w:t>
            </w:r>
          </w:p>
        </w:tc>
      </w:tr>
      <w:tr w:rsidR="00C4799F" w:rsidRPr="0007337A" w14:paraId="4B7CB0CE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6577F3" w14:textId="77777777" w:rsidR="00C4799F" w:rsidRPr="0007337A" w:rsidRDefault="00643FCB">
            <w:r w:rsidRPr="0007337A">
              <w:rPr>
                <w:sz w:val="16"/>
              </w:rPr>
              <w:t>Tegner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2B76199" w14:textId="77777777" w:rsidR="00C4799F" w:rsidRPr="0007337A" w:rsidRDefault="00643FCB">
            <w:r w:rsidRPr="0007337A">
              <w:rPr>
                <w:sz w:val="16"/>
              </w:rPr>
              <w:t>11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27E687" w14:textId="77777777" w:rsidR="00C4799F" w:rsidRPr="0007337A" w:rsidRDefault="00643FCB">
            <w:r w:rsidRPr="0007337A">
              <w:rPr>
                <w:sz w:val="16"/>
              </w:rPr>
              <w:t>0.22 to 0.41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5C38882" w14:textId="77777777" w:rsidR="00C4799F" w:rsidRPr="0007337A" w:rsidRDefault="00643FCB">
            <w:r w:rsidRPr="0007337A">
              <w:rPr>
                <w:sz w:val="16"/>
              </w:rPr>
              <w:t>0.0441 to 0.1764</w:t>
            </w:r>
          </w:p>
        </w:tc>
        <w:tc>
          <w:tcPr>
            <w:tcW w:w="345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958B74C" w14:textId="77777777" w:rsidR="00C4799F" w:rsidRPr="0007337A" w:rsidRDefault="00643FCB">
            <w:r w:rsidRPr="0007337A">
              <w:rPr>
                <w:sz w:val="16"/>
              </w:rPr>
              <w:t>Sensitive to omission</w:t>
            </w:r>
          </w:p>
        </w:tc>
      </w:tr>
      <w:tr w:rsidR="00C4799F" w:rsidRPr="0007337A" w14:paraId="4E58EBB9" w14:textId="77777777">
        <w:trPr>
          <w:jc w:val="center"/>
        </w:trPr>
        <w:tc>
          <w:tcPr>
            <w:tcW w:w="14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997B2A5" w14:textId="77777777" w:rsidR="00C4799F" w:rsidRPr="0007337A" w:rsidRDefault="00643FCB">
            <w:r w:rsidRPr="0007337A">
              <w:rPr>
                <w:sz w:val="16"/>
              </w:rPr>
              <w:t>Lysholm</w:t>
            </w:r>
          </w:p>
        </w:tc>
        <w:tc>
          <w:tcPr>
            <w:tcW w:w="10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BAD1552" w14:textId="77777777" w:rsidR="00C4799F" w:rsidRPr="0007337A" w:rsidRDefault="00643FCB">
            <w:r w:rsidRPr="0007337A">
              <w:rPr>
                <w:sz w:val="16"/>
              </w:rPr>
              <w:t>13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17B92A" w14:textId="77777777" w:rsidR="00C4799F" w:rsidRPr="0007337A" w:rsidRDefault="00643FCB">
            <w:r w:rsidRPr="0007337A">
              <w:rPr>
                <w:sz w:val="16"/>
              </w:rPr>
              <w:t>1.62 to 2.42</w:t>
            </w:r>
          </w:p>
        </w:tc>
        <w:tc>
          <w:tcPr>
            <w:tcW w:w="172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B2759F2" w14:textId="77777777" w:rsidR="00C4799F" w:rsidRPr="0007337A" w:rsidRDefault="00643FCB">
            <w:r w:rsidRPr="0007337A">
              <w:rPr>
                <w:sz w:val="16"/>
              </w:rPr>
              <w:t>0.0041 to 0.0518</w:t>
            </w:r>
          </w:p>
        </w:tc>
        <w:tc>
          <w:tcPr>
            <w:tcW w:w="345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B28304" w14:textId="77777777" w:rsidR="00C4799F" w:rsidRPr="0007337A" w:rsidRDefault="00643FCB">
            <w:r w:rsidRPr="0007337A">
              <w:rPr>
                <w:sz w:val="16"/>
              </w:rPr>
              <w:t>Sensitive to omission</w:t>
            </w:r>
          </w:p>
        </w:tc>
      </w:tr>
    </w:tbl>
    <w:p w14:paraId="005D0F5C" w14:textId="77777777" w:rsidR="006E176C" w:rsidRPr="0007337A" w:rsidRDefault="006E176C"/>
    <w:sectPr w:rsidR="006E176C" w:rsidRPr="0007337A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Mono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3087385">
    <w:abstractNumId w:val="8"/>
  </w:num>
  <w:num w:numId="2" w16cid:durableId="375198561">
    <w:abstractNumId w:val="6"/>
  </w:num>
  <w:num w:numId="3" w16cid:durableId="1029641354">
    <w:abstractNumId w:val="5"/>
  </w:num>
  <w:num w:numId="4" w16cid:durableId="773674293">
    <w:abstractNumId w:val="4"/>
  </w:num>
  <w:num w:numId="5" w16cid:durableId="161820683">
    <w:abstractNumId w:val="7"/>
  </w:num>
  <w:num w:numId="6" w16cid:durableId="1439179633">
    <w:abstractNumId w:val="3"/>
  </w:num>
  <w:num w:numId="7" w16cid:durableId="1559902553">
    <w:abstractNumId w:val="2"/>
  </w:num>
  <w:num w:numId="8" w16cid:durableId="648940847">
    <w:abstractNumId w:val="1"/>
  </w:num>
  <w:num w:numId="9" w16cid:durableId="10570480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37A"/>
    <w:rsid w:val="0015074B"/>
    <w:rsid w:val="00252A33"/>
    <w:rsid w:val="0029639D"/>
    <w:rsid w:val="00326F90"/>
    <w:rsid w:val="0035408F"/>
    <w:rsid w:val="004D2059"/>
    <w:rsid w:val="00643FCB"/>
    <w:rsid w:val="006E176C"/>
    <w:rsid w:val="007517A2"/>
    <w:rsid w:val="0081283D"/>
    <w:rsid w:val="008D7B8F"/>
    <w:rsid w:val="00AA0F19"/>
    <w:rsid w:val="00AA1D8D"/>
    <w:rsid w:val="00B47730"/>
    <w:rsid w:val="00C4799F"/>
    <w:rsid w:val="00CB0664"/>
    <w:rsid w:val="00DF17C5"/>
    <w:rsid w:val="00DF2191"/>
    <w:rsid w:val="00EA7428"/>
    <w:rsid w:val="00EF29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361AE6"/>
  <w14:defaultImageDpi w14:val="300"/>
  <w15:docId w15:val="{C18C56AB-E33C-4828-BEA3-88C55558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عبدالله التركي ID 442100413</cp:lastModifiedBy>
  <cp:revision>2</cp:revision>
  <dcterms:created xsi:type="dcterms:W3CDTF">2026-08-21T20:01:00Z</dcterms:created>
  <dcterms:modified xsi:type="dcterms:W3CDTF">2026-08-21T20:01:00Z</dcterms:modified>
  <cp:category/>
</cp:coreProperties>
</file>