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465C50" w14:textId="66D9F798" w:rsidR="00160E37" w:rsidRPr="00160E37" w:rsidRDefault="00933DA4" w:rsidP="00160E37">
      <w:pPr>
        <w:pStyle w:val="Titolo1"/>
      </w:pPr>
      <w:r>
        <w:rPr>
          <w:b w:val="0"/>
          <w:noProof/>
          <w:szCs w:val="16"/>
        </w:rPr>
        <w:drawing>
          <wp:anchor distT="0" distB="0" distL="114300" distR="114300" simplePos="0" relativeHeight="251659264" behindDoc="0" locked="0" layoutInCell="1" allowOverlap="1" wp14:anchorId="30E5D668" wp14:editId="26AD21A5">
            <wp:simplePos x="0" y="0"/>
            <wp:positionH relativeFrom="column">
              <wp:posOffset>2342062</wp:posOffset>
            </wp:positionH>
            <wp:positionV relativeFrom="paragraph">
              <wp:posOffset>544</wp:posOffset>
            </wp:positionV>
            <wp:extent cx="783772" cy="783772"/>
            <wp:effectExtent l="0" t="0" r="3810" b="3810"/>
            <wp:wrapThrough wrapText="bothSides">
              <wp:wrapPolygon edited="0">
                <wp:start x="8052" y="0"/>
                <wp:lineTo x="6301" y="350"/>
                <wp:lineTo x="700" y="4551"/>
                <wp:lineTo x="0" y="7702"/>
                <wp:lineTo x="0" y="13653"/>
                <wp:lineTo x="1400" y="16804"/>
                <wp:lineTo x="1400" y="17854"/>
                <wp:lineTo x="6652" y="21355"/>
                <wp:lineTo x="8052" y="21355"/>
                <wp:lineTo x="13303" y="21355"/>
                <wp:lineTo x="14703" y="21355"/>
                <wp:lineTo x="19955" y="17504"/>
                <wp:lineTo x="19955" y="16804"/>
                <wp:lineTo x="21355" y="13653"/>
                <wp:lineTo x="21355" y="7702"/>
                <wp:lineTo x="21005" y="4551"/>
                <wp:lineTo x="15404" y="350"/>
                <wp:lineTo x="13303" y="0"/>
                <wp:lineTo x="8052" y="0"/>
              </wp:wrapPolygon>
            </wp:wrapThrough>
            <wp:docPr id="798072532" name="Immagine 1" descr="Immagine che contiene testo, emblema, simbolo, Marchi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072532" name="Immagine 1" descr="Immagine che contiene testo, emblema, simbolo, Marchio&#10;&#10;Descrizione generata automa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3772" cy="7837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F83C78" w14:textId="77777777" w:rsidR="00160E37" w:rsidRDefault="00160E37" w:rsidP="00933DA4">
      <w:pPr>
        <w:pStyle w:val="Titolo1"/>
        <w:jc w:val="center"/>
        <w:rPr>
          <w:color w:val="000000" w:themeColor="text1"/>
        </w:rPr>
      </w:pPr>
    </w:p>
    <w:p w14:paraId="4A973066" w14:textId="5AF07CFF" w:rsidR="0048137D" w:rsidRPr="00933DA4" w:rsidRDefault="00000000" w:rsidP="00933DA4">
      <w:pPr>
        <w:pStyle w:val="Titolo1"/>
        <w:jc w:val="center"/>
        <w:rPr>
          <w:color w:val="000000" w:themeColor="text1"/>
        </w:rPr>
      </w:pPr>
      <w:r w:rsidRPr="00933DA4">
        <w:rPr>
          <w:color w:val="000000" w:themeColor="text1"/>
        </w:rPr>
        <w:t>QUESTIONNAIRE</w:t>
      </w:r>
    </w:p>
    <w:p w14:paraId="25289884" w14:textId="77777777" w:rsidR="0048137D" w:rsidRPr="00933DA4" w:rsidRDefault="00000000">
      <w:pPr>
        <w:pStyle w:val="Titolo2"/>
        <w:rPr>
          <w:color w:val="000000" w:themeColor="text1"/>
        </w:rPr>
      </w:pPr>
      <w:r w:rsidRPr="00933DA4">
        <w:rPr>
          <w:color w:val="000000" w:themeColor="text1"/>
        </w:rPr>
        <w:t>Patient Data:</w:t>
      </w:r>
    </w:p>
    <w:p w14:paraId="216FC32A" w14:textId="77777777" w:rsidR="0048137D" w:rsidRPr="00933DA4" w:rsidRDefault="00000000">
      <w:pPr>
        <w:rPr>
          <w:color w:val="000000" w:themeColor="text1"/>
        </w:rPr>
      </w:pPr>
      <w:r w:rsidRPr="00933DA4">
        <w:rPr>
          <w:color w:val="000000" w:themeColor="text1"/>
        </w:rPr>
        <w:t>Surname____________________________________First Name_______________________________________</w:t>
      </w:r>
    </w:p>
    <w:p w14:paraId="579EF979" w14:textId="77777777" w:rsidR="0048137D" w:rsidRPr="00933DA4" w:rsidRDefault="00000000">
      <w:pPr>
        <w:rPr>
          <w:color w:val="000000" w:themeColor="text1"/>
        </w:rPr>
      </w:pPr>
      <w:r w:rsidRPr="00933DA4">
        <w:rPr>
          <w:color w:val="000000" w:themeColor="text1"/>
        </w:rPr>
        <w:t>Place and Date of Birth_____________________________________  Age in months______________________</w:t>
      </w:r>
    </w:p>
    <w:p w14:paraId="08D58149" w14:textId="77777777" w:rsidR="0048137D" w:rsidRPr="00933DA4" w:rsidRDefault="00000000">
      <w:pPr>
        <w:rPr>
          <w:color w:val="000000" w:themeColor="text1"/>
        </w:rPr>
      </w:pPr>
      <w:r w:rsidRPr="00933DA4">
        <w:rPr>
          <w:color w:val="000000" w:themeColor="text1"/>
        </w:rPr>
        <w:t>Nationality_________________________________Citizenship_________________________________________</w:t>
      </w:r>
    </w:p>
    <w:p w14:paraId="01CD7755" w14:textId="77777777" w:rsidR="0048137D" w:rsidRPr="00933DA4" w:rsidRDefault="00000000">
      <w:pPr>
        <w:rPr>
          <w:color w:val="000000" w:themeColor="text1"/>
        </w:rPr>
      </w:pPr>
      <w:r w:rsidRPr="00933DA4">
        <w:rPr>
          <w:color w:val="000000" w:themeColor="text1"/>
        </w:rPr>
        <w:t>Address__________________________________________________    Phone__________________________</w:t>
      </w:r>
    </w:p>
    <w:p w14:paraId="4267B8FE" w14:textId="77777777" w:rsidR="0048137D" w:rsidRDefault="00000000">
      <w:pPr>
        <w:rPr>
          <w:color w:val="000000" w:themeColor="text1"/>
        </w:rPr>
      </w:pPr>
      <w:r w:rsidRPr="00933DA4">
        <w:rPr>
          <w:color w:val="000000" w:themeColor="text1"/>
        </w:rPr>
        <w:t>Date of completion: ____ / ____ / _______</w:t>
      </w:r>
    </w:p>
    <w:p w14:paraId="7142606E" w14:textId="77777777" w:rsidR="00933DA4" w:rsidRPr="00933DA4" w:rsidRDefault="00933DA4">
      <w:pPr>
        <w:rPr>
          <w:color w:val="000000" w:themeColor="text1"/>
        </w:rPr>
      </w:pPr>
    </w:p>
    <w:p w14:paraId="6D2B0941" w14:textId="77777777" w:rsidR="00933DA4" w:rsidRDefault="00000000" w:rsidP="00933DA4">
      <w:pPr>
        <w:pStyle w:val="Titolo2"/>
        <w:rPr>
          <w:color w:val="000000" w:themeColor="text1"/>
        </w:rPr>
      </w:pPr>
      <w:r w:rsidRPr="00933DA4">
        <w:rPr>
          <w:color w:val="000000" w:themeColor="text1"/>
        </w:rPr>
        <w:t>Parent Questionnaire</w:t>
      </w:r>
    </w:p>
    <w:p w14:paraId="08B0A56E" w14:textId="2FB5D14B" w:rsidR="0048137D" w:rsidRPr="004779E1" w:rsidRDefault="00000000" w:rsidP="00933DA4">
      <w:pPr>
        <w:pStyle w:val="Titolo2"/>
        <w:rPr>
          <w:b w:val="0"/>
          <w:bCs w:val="0"/>
          <w:color w:val="000000" w:themeColor="text1"/>
          <w:sz w:val="24"/>
          <w:szCs w:val="24"/>
          <w:u w:val="single"/>
        </w:rPr>
      </w:pPr>
      <w:r w:rsidRPr="004779E1">
        <w:rPr>
          <w:b w:val="0"/>
          <w:bCs w:val="0"/>
          <w:color w:val="000000" w:themeColor="text1"/>
          <w:sz w:val="24"/>
          <w:szCs w:val="24"/>
          <w:u w:val="single"/>
        </w:rPr>
        <w:t>Breastfeeding and Feeding</w:t>
      </w:r>
    </w:p>
    <w:p w14:paraId="02038AAF" w14:textId="77777777" w:rsidR="00933DA4" w:rsidRPr="00933DA4" w:rsidRDefault="00933DA4" w:rsidP="00933DA4"/>
    <w:p w14:paraId="46B9DB77" w14:textId="0B7EF922" w:rsidR="00933DA4" w:rsidRDefault="00933DA4" w:rsidP="00933DA4">
      <w:r>
        <w:rPr>
          <w:color w:val="000000" w:themeColor="text1"/>
        </w:rPr>
        <w:t>1.</w:t>
      </w:r>
      <w:r w:rsidRPr="00933DA4">
        <w:rPr>
          <w:color w:val="000000" w:themeColor="text1"/>
        </w:rPr>
        <w:t>Was your child breastfed until six months of age?</w:t>
      </w:r>
      <w:r w:rsidRPr="00933DA4">
        <w:rPr>
          <w:color w:val="000000" w:themeColor="text1"/>
        </w:rPr>
        <w:br/>
      </w:r>
      <w:r>
        <w:br/>
      </w:r>
      <w:r w:rsidRPr="00933DA4">
        <w:rPr>
          <w:rFonts w:ascii="Segoe UI Symbol" w:hAnsi="Segoe UI Symbol" w:cs="Segoe UI Symbol"/>
        </w:rPr>
        <w:t>☐</w:t>
      </w:r>
      <w:r>
        <w:t xml:space="preserve"> YES</w:t>
      </w:r>
      <w:r>
        <w:br/>
      </w:r>
      <w:r w:rsidRPr="00933DA4">
        <w:rPr>
          <w:rFonts w:ascii="Segoe UI Symbol" w:hAnsi="Segoe UI Symbol" w:cs="Segoe UI Symbol"/>
        </w:rPr>
        <w:t>☐</w:t>
      </w:r>
      <w:r>
        <w:t xml:space="preserve"> NO</w:t>
      </w:r>
    </w:p>
    <w:p w14:paraId="326462F0" w14:textId="77777777" w:rsidR="00933DA4" w:rsidRDefault="00933DA4" w:rsidP="00933DA4">
      <w:pPr>
        <w:pStyle w:val="Paragrafoelenco"/>
      </w:pPr>
    </w:p>
    <w:p w14:paraId="2292EA95" w14:textId="565A4F9A" w:rsidR="0048137D" w:rsidRDefault="00933DA4" w:rsidP="00933DA4">
      <w:r>
        <w:t>2.Was your child bottle-fed for more than one year?</w:t>
      </w:r>
      <w:r>
        <w:br/>
      </w:r>
      <w:r>
        <w:br/>
      </w:r>
      <w:r w:rsidRPr="00933DA4">
        <w:rPr>
          <w:rFonts w:ascii="Segoe UI Symbol" w:hAnsi="Segoe UI Symbol" w:cs="Segoe UI Symbol"/>
        </w:rPr>
        <w:t>☐</w:t>
      </w:r>
      <w:r>
        <w:t xml:space="preserve"> YES</w:t>
      </w:r>
      <w:r>
        <w:br/>
      </w:r>
      <w:r w:rsidRPr="00933DA4">
        <w:rPr>
          <w:rFonts w:ascii="Segoe UI Symbol" w:hAnsi="Segoe UI Symbol" w:cs="Segoe UI Symbol"/>
        </w:rPr>
        <w:t>☐</w:t>
      </w:r>
      <w:r>
        <w:t xml:space="preserve"> NO</w:t>
      </w:r>
    </w:p>
    <w:p w14:paraId="05CF06C4" w14:textId="77777777" w:rsidR="00933DA4" w:rsidRDefault="00933DA4" w:rsidP="00933DA4"/>
    <w:p w14:paraId="457181E1" w14:textId="6F708570" w:rsidR="00933DA4" w:rsidRDefault="00933DA4" w:rsidP="00933DA4">
      <w:r>
        <w:t>3.Has your child used or is still using a pacifier?</w:t>
      </w:r>
      <w:r>
        <w:br/>
      </w:r>
      <w:r>
        <w:br/>
      </w:r>
      <w:r w:rsidRPr="00933DA4">
        <w:rPr>
          <w:rFonts w:ascii="Segoe UI Symbol" w:hAnsi="Segoe UI Symbol" w:cs="Segoe UI Symbol"/>
        </w:rPr>
        <w:t>☐</w:t>
      </w:r>
      <w:r>
        <w:t xml:space="preserve"> YES</w:t>
      </w:r>
      <w:r>
        <w:br/>
      </w:r>
      <w:r w:rsidRPr="00933DA4">
        <w:rPr>
          <w:rFonts w:ascii="Segoe UI Symbol" w:hAnsi="Segoe UI Symbol" w:cs="Segoe UI Symbol"/>
        </w:rPr>
        <w:t>☐</w:t>
      </w:r>
      <w:r>
        <w:t xml:space="preserve"> NO</w:t>
      </w:r>
    </w:p>
    <w:p w14:paraId="2E9065AA" w14:textId="77777777" w:rsidR="00933DA4" w:rsidRDefault="00933DA4" w:rsidP="00933DA4">
      <w:pPr>
        <w:pStyle w:val="Paragrafoelenco"/>
      </w:pPr>
    </w:p>
    <w:p w14:paraId="61169686" w14:textId="178FED6A" w:rsidR="0048137D" w:rsidRDefault="00933DA4" w:rsidP="00933DA4">
      <w:r>
        <w:t>3a.  If yes, did he/she use it beyond the age of 2?</w:t>
      </w:r>
      <w:r>
        <w:br/>
      </w:r>
      <w:r>
        <w:br/>
      </w:r>
      <w:r w:rsidRPr="00933DA4">
        <w:rPr>
          <w:rFonts w:ascii="Segoe UI Symbol" w:hAnsi="Segoe UI Symbol" w:cs="Segoe UI Symbol"/>
        </w:rPr>
        <w:t>☐</w:t>
      </w:r>
      <w:r>
        <w:t xml:space="preserve"> YES</w:t>
      </w:r>
      <w:r>
        <w:br/>
      </w:r>
      <w:r w:rsidRPr="00933DA4">
        <w:rPr>
          <w:rFonts w:ascii="Segoe UI Symbol" w:hAnsi="Segoe UI Symbol" w:cs="Segoe UI Symbol"/>
        </w:rPr>
        <w:t>☐</w:t>
      </w:r>
      <w:r>
        <w:t xml:space="preserve"> NO</w:t>
      </w:r>
    </w:p>
    <w:p w14:paraId="2A76F164" w14:textId="77777777" w:rsidR="00933DA4" w:rsidRDefault="00933DA4" w:rsidP="00933DA4"/>
    <w:p w14:paraId="3A997D4E" w14:textId="4CA48ECC" w:rsidR="0048137D" w:rsidRPr="0056490E" w:rsidRDefault="00000000">
      <w:pPr>
        <w:pStyle w:val="Titolo3"/>
        <w:rPr>
          <w:color w:val="000000" w:themeColor="text1"/>
          <w:u w:val="single"/>
        </w:rPr>
      </w:pPr>
      <w:r w:rsidRPr="0056490E">
        <w:rPr>
          <w:color w:val="000000" w:themeColor="text1"/>
          <w:u w:val="single"/>
        </w:rPr>
        <w:t>Oral Habits</w:t>
      </w:r>
    </w:p>
    <w:p w14:paraId="08E54D50" w14:textId="77777777" w:rsidR="00933DA4" w:rsidRPr="00933DA4" w:rsidRDefault="00933DA4" w:rsidP="00933DA4"/>
    <w:p w14:paraId="2D68DF05" w14:textId="6A6C71E8" w:rsidR="0048137D" w:rsidRDefault="00933DA4" w:rsidP="00933DA4">
      <w:r>
        <w:t>4. Does or did your child suck his/her thumb (or other fingers)?</w:t>
      </w:r>
      <w:r>
        <w:br/>
      </w:r>
      <w:r>
        <w:br/>
      </w:r>
      <w:r w:rsidRPr="00933DA4">
        <w:rPr>
          <w:rFonts w:ascii="Segoe UI Symbol" w:hAnsi="Segoe UI Symbol" w:cs="Segoe UI Symbol"/>
        </w:rPr>
        <w:t>☐</w:t>
      </w:r>
      <w:r>
        <w:t xml:space="preserve"> YES</w:t>
      </w:r>
      <w:r>
        <w:br/>
      </w:r>
      <w:r w:rsidRPr="00933DA4">
        <w:rPr>
          <w:rFonts w:ascii="Segoe UI Symbol" w:hAnsi="Segoe UI Symbol" w:cs="Segoe UI Symbol"/>
        </w:rPr>
        <w:t>☐</w:t>
      </w:r>
      <w:r>
        <w:t xml:space="preserve"> NO</w:t>
      </w:r>
    </w:p>
    <w:p w14:paraId="6AA83498" w14:textId="77777777" w:rsidR="0056490E" w:rsidRDefault="0056490E" w:rsidP="00933DA4"/>
    <w:p w14:paraId="2B4099CF" w14:textId="77777777" w:rsidR="0048137D" w:rsidRDefault="00000000">
      <w:r>
        <w:t>4a. If yes, did he/she suck their finger beyond the age of 3?</w:t>
      </w:r>
      <w:r>
        <w:br/>
      </w:r>
      <w:r>
        <w:br/>
        <w:t>☐ YES</w:t>
      </w:r>
      <w:r>
        <w:br/>
        <w:t>☐ NO</w:t>
      </w:r>
    </w:p>
    <w:p w14:paraId="7E5D6870" w14:textId="77777777" w:rsidR="0056490E" w:rsidRDefault="0056490E"/>
    <w:p w14:paraId="68596F9E" w14:textId="4389615C" w:rsidR="0048137D" w:rsidRDefault="00933DA4">
      <w:r>
        <w:t>5. Does or did your child bite his/her nails?</w:t>
      </w:r>
      <w:r>
        <w:br/>
      </w:r>
      <w:r>
        <w:br/>
        <w:t>☐ YES</w:t>
      </w:r>
      <w:r>
        <w:br/>
        <w:t>☐ NO</w:t>
      </w:r>
    </w:p>
    <w:p w14:paraId="26424767" w14:textId="77777777" w:rsidR="0056490E" w:rsidRDefault="0056490E"/>
    <w:p w14:paraId="4A1BDCEF" w14:textId="77777777" w:rsidR="0048137D" w:rsidRDefault="00000000">
      <w:r>
        <w:t>6. Does the child have the habit of biting or sucking pens, pencils, or other objects?</w:t>
      </w:r>
      <w:r>
        <w:br/>
      </w:r>
      <w:r>
        <w:br/>
        <w:t>☐ YES</w:t>
      </w:r>
      <w:r>
        <w:br/>
        <w:t>☐ NO</w:t>
      </w:r>
    </w:p>
    <w:p w14:paraId="17ED220F" w14:textId="77777777" w:rsidR="0056490E" w:rsidRDefault="0056490E"/>
    <w:p w14:paraId="29F7A32E" w14:textId="18405A71" w:rsidR="0048137D" w:rsidRDefault="00933DA4">
      <w:r>
        <w:t>7. Have you noticed whether your child sleeps or used to sleep with their mouth open?</w:t>
      </w:r>
      <w:r>
        <w:br/>
      </w:r>
      <w:r>
        <w:br/>
        <w:t>☐ YES</w:t>
      </w:r>
      <w:r>
        <w:br/>
        <w:t>☐ NO</w:t>
      </w:r>
    </w:p>
    <w:p w14:paraId="60A8D3B5" w14:textId="77777777" w:rsidR="0056490E" w:rsidRDefault="0056490E"/>
    <w:p w14:paraId="37360BC5" w14:textId="77777777" w:rsidR="0056490E" w:rsidRDefault="00000000">
      <w:r>
        <w:lastRenderedPageBreak/>
        <w:t>8. Does he/she have the habit of clenching or grinding teeth (bruxism)?</w:t>
      </w:r>
      <w:r>
        <w:br/>
      </w:r>
      <w:r>
        <w:br/>
        <w:t>☐ YES</w:t>
      </w:r>
      <w:r>
        <w:br/>
        <w:t>☐ NO</w:t>
      </w:r>
    </w:p>
    <w:p w14:paraId="356B66D0" w14:textId="740BB4FB" w:rsidR="0056490E" w:rsidRDefault="0056490E"/>
    <w:p w14:paraId="3E3A6E17" w14:textId="06E014C6" w:rsidR="0048137D" w:rsidRDefault="00933DA4">
      <w:r>
        <w:t>9. Does the child have excessive drooling?</w:t>
      </w:r>
      <w:r>
        <w:br/>
      </w:r>
      <w:r>
        <w:br/>
        <w:t>☐ YES</w:t>
      </w:r>
      <w:r>
        <w:br/>
        <w:t>☐ NO</w:t>
      </w:r>
    </w:p>
    <w:p w14:paraId="1FC59D06" w14:textId="77777777" w:rsidR="0056490E" w:rsidRDefault="0056490E"/>
    <w:p w14:paraId="629E4EC8" w14:textId="77777777" w:rsidR="0048137D" w:rsidRDefault="00000000">
      <w:r>
        <w:t>10. Does he/she have difficulty chewing or prefer soft foods?</w:t>
      </w:r>
      <w:r>
        <w:br/>
      </w:r>
      <w:r>
        <w:br/>
        <w:t>☐ YES</w:t>
      </w:r>
      <w:r>
        <w:br/>
        <w:t>☐ NO</w:t>
      </w:r>
    </w:p>
    <w:p w14:paraId="01DBFAA6" w14:textId="77777777" w:rsidR="00933DA4" w:rsidRDefault="00933DA4"/>
    <w:p w14:paraId="6E41341B" w14:textId="77777777" w:rsidR="0048137D" w:rsidRPr="0056490E" w:rsidRDefault="00000000">
      <w:pPr>
        <w:rPr>
          <w:b/>
          <w:bCs/>
        </w:rPr>
      </w:pPr>
      <w:r w:rsidRPr="0056490E">
        <w:rPr>
          <w:b/>
          <w:bCs/>
        </w:rPr>
        <w:t>Thank you for your participation.</w:t>
      </w:r>
    </w:p>
    <w:sectPr w:rsidR="0048137D" w:rsidRPr="0056490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C26B96"/>
    <w:multiLevelType w:val="hybridMultilevel"/>
    <w:tmpl w:val="6352C118"/>
    <w:lvl w:ilvl="0" w:tplc="82CEA43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39F13F6"/>
    <w:multiLevelType w:val="hybridMultilevel"/>
    <w:tmpl w:val="9E7EBA16"/>
    <w:lvl w:ilvl="0" w:tplc="CAB418D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4388027">
    <w:abstractNumId w:val="8"/>
  </w:num>
  <w:num w:numId="2" w16cid:durableId="1869491369">
    <w:abstractNumId w:val="6"/>
  </w:num>
  <w:num w:numId="3" w16cid:durableId="1142499584">
    <w:abstractNumId w:val="5"/>
  </w:num>
  <w:num w:numId="4" w16cid:durableId="437876891">
    <w:abstractNumId w:val="4"/>
  </w:num>
  <w:num w:numId="5" w16cid:durableId="688875010">
    <w:abstractNumId w:val="7"/>
  </w:num>
  <w:num w:numId="6" w16cid:durableId="475804911">
    <w:abstractNumId w:val="3"/>
  </w:num>
  <w:num w:numId="7" w16cid:durableId="962417505">
    <w:abstractNumId w:val="2"/>
  </w:num>
  <w:num w:numId="8" w16cid:durableId="1305624403">
    <w:abstractNumId w:val="1"/>
  </w:num>
  <w:num w:numId="9" w16cid:durableId="208764551">
    <w:abstractNumId w:val="0"/>
  </w:num>
  <w:num w:numId="10" w16cid:durableId="1966619680">
    <w:abstractNumId w:val="10"/>
  </w:num>
  <w:num w:numId="11" w16cid:durableId="16112766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0E37"/>
    <w:rsid w:val="0029639D"/>
    <w:rsid w:val="00326F90"/>
    <w:rsid w:val="004779E1"/>
    <w:rsid w:val="0048137D"/>
    <w:rsid w:val="0056490E"/>
    <w:rsid w:val="00933DA4"/>
    <w:rsid w:val="00AA1D8D"/>
    <w:rsid w:val="00B452A8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FAAD61"/>
  <w14:defaultImageDpi w14:val="300"/>
  <w15:docId w15:val="{B219B59D-20F6-514C-A803-D0FAA9F65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214</Words>
  <Characters>1223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Arianna Viarchi</cp:lastModifiedBy>
  <cp:revision>3</cp:revision>
  <dcterms:created xsi:type="dcterms:W3CDTF">2025-05-27T15:24:00Z</dcterms:created>
  <dcterms:modified xsi:type="dcterms:W3CDTF">2025-05-27T15:58:00Z</dcterms:modified>
  <cp:category/>
</cp:coreProperties>
</file>