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F4F1A" w14:textId="2549E2CE" w:rsidR="006F0382" w:rsidRPr="00925AA4" w:rsidRDefault="00372A24">
      <w:pPr>
        <w:pStyle w:val="Balk1"/>
        <w:rPr>
          <w:color w:val="000000" w:themeColor="text1"/>
        </w:rPr>
      </w:pPr>
      <w:r w:rsidRPr="00925AA4">
        <w:rPr>
          <w:color w:val="000000" w:themeColor="text1"/>
        </w:rPr>
        <w:t>Response Evaluation Form for Four Groups</w:t>
      </w:r>
    </w:p>
    <w:p w14:paraId="12EBF10D" w14:textId="3FA12DF2" w:rsidR="006F0382" w:rsidRPr="00925AA4" w:rsidRDefault="00372A24">
      <w:r w:rsidRPr="00925AA4">
        <w:rPr>
          <w:b/>
          <w:bCs/>
        </w:rPr>
        <w:t>Question 1:</w:t>
      </w:r>
      <w:r w:rsidRPr="00925AA4">
        <w:t xml:space="preserve"> </w:t>
      </w:r>
      <w:r w:rsidR="00817E91" w:rsidRPr="00925AA4">
        <w:t xml:space="preserve">Assume the role of a periodontic specialist and provide a precise answer to the following patient question. </w:t>
      </w:r>
      <w:r w:rsidR="00817E91" w:rsidRPr="00925AA4">
        <w:rPr>
          <w:rFonts w:ascii="Times New Roman" w:eastAsia="Times New Roman" w:hAnsi="Times New Roman" w:cs="Times New Roman"/>
          <w:lang w:eastAsia="tr-TR"/>
        </w:rPr>
        <w:t xml:space="preserve">My gums bleed when I brush — is that normal or a sign of gum disease? </w:t>
      </w:r>
      <w:r w:rsidR="0033777D" w:rsidRPr="00925AA4">
        <w:br/>
      </w:r>
    </w:p>
    <w:tbl>
      <w:tblPr>
        <w:tblW w:w="0" w:type="auto"/>
        <w:tblLook w:val="04A0" w:firstRow="1" w:lastRow="0" w:firstColumn="1" w:lastColumn="0" w:noHBand="0" w:noVBand="1"/>
      </w:tblPr>
      <w:tblGrid>
        <w:gridCol w:w="4320"/>
        <w:gridCol w:w="4320"/>
      </w:tblGrid>
      <w:tr w:rsidR="006F0382" w:rsidRPr="00925AA4" w14:paraId="54F73722" w14:textId="77777777">
        <w:tc>
          <w:tcPr>
            <w:tcW w:w="4320" w:type="dxa"/>
          </w:tcPr>
          <w:p w14:paraId="008B4A5B" w14:textId="30FDBC64" w:rsidR="006F0382" w:rsidRPr="00925AA4" w:rsidRDefault="00FF6F1B">
            <w:r w:rsidRPr="00925AA4">
              <w:rPr>
                <w:noProof/>
              </w:rPr>
              <mc:AlternateContent>
                <mc:Choice Requires="wpi">
                  <w:drawing>
                    <wp:anchor distT="0" distB="0" distL="114300" distR="114300" simplePos="0" relativeHeight="251659264" behindDoc="0" locked="0" layoutInCell="1" allowOverlap="1" wp14:anchorId="5487B1A7" wp14:editId="163943A4">
                      <wp:simplePos x="0" y="0"/>
                      <wp:positionH relativeFrom="column">
                        <wp:posOffset>2606021</wp:posOffset>
                      </wp:positionH>
                      <wp:positionV relativeFrom="paragraph">
                        <wp:posOffset>76721</wp:posOffset>
                      </wp:positionV>
                      <wp:extent cx="360" cy="360"/>
                      <wp:effectExtent l="38100" t="38100" r="38100" b="38100"/>
                      <wp:wrapNone/>
                      <wp:docPr id="1619722292" name="Mürekkep 1"/>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0F20B4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ürekkep 1" o:spid="_x0000_s1026" type="#_x0000_t75" style="position:absolute;margin-left:204.7pt;margin-top:5.5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">
                      <v:imagedata r:id="rId7" o:title=""/>
                    </v:shape>
                  </w:pict>
                </mc:Fallback>
              </mc:AlternateContent>
            </w:r>
            <w:r w:rsidR="004A12B8" w:rsidRPr="00925AA4">
              <w:t>Answer</w:t>
            </w:r>
            <w:r w:rsidRPr="00925AA4">
              <w:t xml:space="preserve"> A (ChatGPT)</w:t>
            </w:r>
          </w:p>
        </w:tc>
        <w:tc>
          <w:tcPr>
            <w:tcW w:w="4320" w:type="dxa"/>
          </w:tcPr>
          <w:p w14:paraId="7AB0353C" w14:textId="63D940DF" w:rsidR="006F0382" w:rsidRPr="00925AA4" w:rsidRDefault="004A12B8">
            <w:r w:rsidRPr="00925AA4">
              <w:t>Answer B (Gemini)</w:t>
            </w:r>
          </w:p>
        </w:tc>
      </w:tr>
      <w:tr w:rsidR="006F0382" w:rsidRPr="00925AA4" w14:paraId="1148447A" w14:textId="77777777" w:rsidTr="00FF6F1B">
        <w:tc>
          <w:tcPr>
            <w:tcW w:w="4320" w:type="dxa"/>
            <w:tcBorders>
              <w:right w:val="single" w:sz="4" w:space="0" w:color="auto"/>
            </w:tcBorders>
          </w:tcPr>
          <w:p w14:paraId="66E2B6FE" w14:textId="2F1C54A7" w:rsidR="00FF6F1B" w:rsidRPr="00925AA4" w:rsidRDefault="00FF6F1B" w:rsidP="00FF6F1B">
            <w:r w:rsidRPr="00925AA4">
              <w:t>Bleeding gums are not considered normal. In most cases, bleeding when you brush or floss is an early sign of gum inflammation, called gingivitis. Gingivitis is the first stage of gum disease, and it happens when plaque and bacteria build up along the gumline.</w:t>
            </w:r>
          </w:p>
          <w:p w14:paraId="2293172D" w14:textId="77777777" w:rsidR="00FF6F1B" w:rsidRPr="00925AA4" w:rsidRDefault="00FF6F1B" w:rsidP="00FF6F1B">
            <w:r w:rsidRPr="00925AA4">
              <w:t>Here’s what bleeding gums usually mean:</w:t>
            </w:r>
          </w:p>
          <w:p w14:paraId="7FECD835" w14:textId="77777777" w:rsidR="00FF6F1B" w:rsidRPr="00925AA4" w:rsidRDefault="00FF6F1B" w:rsidP="00FF6F1B">
            <w:r w:rsidRPr="00925AA4">
              <w:t>Most common cause</w:t>
            </w:r>
          </w:p>
          <w:p w14:paraId="3C2F78AB" w14:textId="77777777" w:rsidR="00FF6F1B" w:rsidRPr="00925AA4" w:rsidRDefault="00FF6F1B" w:rsidP="00FF6F1B">
            <w:r w:rsidRPr="00925AA4">
              <w:t>Gingivitis (early gum disease): Red, swollen, or tender gums that bleed easily.</w:t>
            </w:r>
          </w:p>
          <w:p w14:paraId="043504ED" w14:textId="77777777" w:rsidR="00FF6F1B" w:rsidRPr="00925AA4" w:rsidRDefault="00FF6F1B" w:rsidP="00FF6F1B">
            <w:r w:rsidRPr="00925AA4">
              <w:t>Other possible contributors</w:t>
            </w:r>
          </w:p>
          <w:p w14:paraId="010AB28C" w14:textId="77777777" w:rsidR="00FF6F1B" w:rsidRPr="00925AA4" w:rsidRDefault="00FF6F1B" w:rsidP="00FF6F1B">
            <w:r w:rsidRPr="00925AA4">
              <w:t>Brushing too hard or using a hard-bristled brush</w:t>
            </w:r>
          </w:p>
          <w:p w14:paraId="12704C0D" w14:textId="77777777" w:rsidR="00FF6F1B" w:rsidRPr="00925AA4" w:rsidRDefault="00FF6F1B" w:rsidP="00FF6F1B">
            <w:r w:rsidRPr="00925AA4">
              <w:t>Not flossing regularly (gums bleed when they’re inflamed and begin to heal once flossing becomes consistent)</w:t>
            </w:r>
          </w:p>
          <w:p w14:paraId="7922421F" w14:textId="77777777" w:rsidR="00FF6F1B" w:rsidRPr="00925AA4" w:rsidRDefault="00FF6F1B" w:rsidP="00FF6F1B">
            <w:r w:rsidRPr="00925AA4">
              <w:t>Certain medications (e.g., blood thinners)</w:t>
            </w:r>
          </w:p>
          <w:p w14:paraId="324F9BD5" w14:textId="77777777" w:rsidR="00FF6F1B" w:rsidRPr="00925AA4" w:rsidRDefault="00FF6F1B" w:rsidP="00FF6F1B">
            <w:r w:rsidRPr="00925AA4">
              <w:t>Hormonal changes (pregnancy, puberty)</w:t>
            </w:r>
          </w:p>
          <w:p w14:paraId="331A0023" w14:textId="77777777" w:rsidR="00FF6F1B" w:rsidRPr="00925AA4" w:rsidRDefault="00FF6F1B" w:rsidP="00FF6F1B">
            <w:r w:rsidRPr="00925AA4">
              <w:t>Vitamin C or K deficiency, though less common</w:t>
            </w:r>
          </w:p>
          <w:p w14:paraId="07841CAE" w14:textId="77777777" w:rsidR="00FF6F1B" w:rsidRPr="00925AA4" w:rsidRDefault="00FF6F1B" w:rsidP="00FF6F1B">
            <w:r w:rsidRPr="00925AA4">
              <w:t>What you should do</w:t>
            </w:r>
          </w:p>
          <w:p w14:paraId="724CEA24" w14:textId="77777777" w:rsidR="00FF6F1B" w:rsidRPr="00925AA4" w:rsidRDefault="00FF6F1B" w:rsidP="00FF6F1B">
            <w:r w:rsidRPr="00925AA4">
              <w:t>Switch to a soft-bristled brush and use gentle, circular motions</w:t>
            </w:r>
          </w:p>
          <w:p w14:paraId="0BBF6A5B" w14:textId="77777777" w:rsidR="00FF6F1B" w:rsidRPr="00925AA4" w:rsidRDefault="00FF6F1B" w:rsidP="00FF6F1B">
            <w:r w:rsidRPr="00925AA4">
              <w:t>Brush twice daily and floss once daily</w:t>
            </w:r>
          </w:p>
          <w:p w14:paraId="495FE187" w14:textId="77777777" w:rsidR="00FF6F1B" w:rsidRPr="00925AA4" w:rsidRDefault="00FF6F1B" w:rsidP="00FF6F1B">
            <w:r w:rsidRPr="00925AA4">
              <w:lastRenderedPageBreak/>
              <w:t>Consider an antimicrobial mouthwash</w:t>
            </w:r>
          </w:p>
          <w:p w14:paraId="7E5BC1EB" w14:textId="77777777" w:rsidR="00FF6F1B" w:rsidRPr="00925AA4" w:rsidRDefault="00FF6F1B" w:rsidP="00FF6F1B">
            <w:r w:rsidRPr="00925AA4">
              <w:t>Schedule a professional dental cleaning, as plaque and tartar under the gumline can’t be removed at home</w:t>
            </w:r>
          </w:p>
          <w:p w14:paraId="212B5852" w14:textId="77777777" w:rsidR="00FF6F1B" w:rsidRPr="00925AA4" w:rsidRDefault="00FF6F1B" w:rsidP="00FF6F1B">
            <w:r w:rsidRPr="00925AA4">
              <w:t>When to see a dentist soon</w:t>
            </w:r>
          </w:p>
          <w:p w14:paraId="16E816B0" w14:textId="77777777" w:rsidR="00FF6F1B" w:rsidRPr="00925AA4" w:rsidRDefault="00FF6F1B" w:rsidP="00FF6F1B">
            <w:r w:rsidRPr="00925AA4">
              <w:t>If the bleeding persists after 1–2 weeks of improved brushing/flossing</w:t>
            </w:r>
          </w:p>
          <w:p w14:paraId="60BB09B2" w14:textId="77777777" w:rsidR="00FF6F1B" w:rsidRPr="00925AA4" w:rsidRDefault="00FF6F1B" w:rsidP="00FF6F1B">
            <w:r w:rsidRPr="00925AA4">
              <w:t>If you notice recession, bad breath, loose teeth, or sensitivity</w:t>
            </w:r>
          </w:p>
          <w:p w14:paraId="026FCE81" w14:textId="77777777" w:rsidR="00FF6F1B" w:rsidRPr="00925AA4" w:rsidRDefault="00FF6F1B" w:rsidP="00FF6F1B">
            <w:r w:rsidRPr="00925AA4">
              <w:t>Bottom line: Occasional bleeding can happen, but consistent bleeding is a warning sign of gum inflammation and should be evaluated to prevent progression to more serious gum disease (periodontitis).</w:t>
            </w:r>
          </w:p>
          <w:p w14:paraId="2B0AEDCB" w14:textId="04CFA143" w:rsidR="006F0382" w:rsidRPr="00925AA4" w:rsidRDefault="00FF6F1B" w:rsidP="00FF6F1B">
            <w:r w:rsidRPr="00925AA4">
              <w:t>If you’d like, I can help you figure out whether your symptoms fit typical gingivitis or if something else may be contributing.</w:t>
            </w:r>
          </w:p>
        </w:tc>
        <w:tc>
          <w:tcPr>
            <w:tcW w:w="4320" w:type="dxa"/>
            <w:tcBorders>
              <w:left w:val="single" w:sz="4" w:space="0" w:color="auto"/>
            </w:tcBorders>
          </w:tcPr>
          <w:p w14:paraId="72A1AFDA" w14:textId="637F12CE" w:rsidR="003C7183" w:rsidRPr="00925AA4" w:rsidRDefault="003C7183" w:rsidP="003C7183">
            <w:r w:rsidRPr="00925AA4">
              <w:lastRenderedPageBreak/>
              <w:t>Hello. I am a periodontic specialist, and I can certainly provide you with a precise answer regarding your bleeding gums.</w:t>
            </w:r>
          </w:p>
          <w:p w14:paraId="3FE42825" w14:textId="77777777" w:rsidR="003C7183" w:rsidRPr="00925AA4" w:rsidRDefault="003C7183" w:rsidP="003C7183">
            <w:r w:rsidRPr="00925AA4">
              <w:rPr>
                <w:rFonts w:ascii="Apple Color Emoji" w:hAnsi="Apple Color Emoji" w:cs="Apple Color Emoji"/>
              </w:rPr>
              <w:t>🩸</w:t>
            </w:r>
            <w:r w:rsidRPr="00925AA4">
              <w:t xml:space="preserve"> Bleeding Gums: A Periodontist's Perspective</w:t>
            </w:r>
          </w:p>
          <w:p w14:paraId="1E83FF6F" w14:textId="1D015F26" w:rsidR="003C7183" w:rsidRPr="00925AA4" w:rsidRDefault="003C7183" w:rsidP="003C7183">
            <w:r w:rsidRPr="00925AA4">
              <w:t>I understand your concern. The simple, direct answer is: No, it is not normal for your gums to bleed when you brush or floss.</w:t>
            </w:r>
          </w:p>
          <w:p w14:paraId="7DEC6D60" w14:textId="58AC0760" w:rsidR="003C7183" w:rsidRPr="00925AA4" w:rsidRDefault="003C7183" w:rsidP="003C7183">
            <w:r w:rsidRPr="00925AA4">
              <w:t>While common, this is typically a sign of some level of inflammation, which is the body's reaction to bacterial plaque accumulation. This inflammation is the beginning of gum disease.</w:t>
            </w:r>
          </w:p>
          <w:p w14:paraId="43BB1268" w14:textId="5AA3CE28" w:rsidR="003C7183" w:rsidRPr="00925AA4" w:rsidRDefault="003C7183" w:rsidP="003C7183">
            <w:r w:rsidRPr="00925AA4">
              <w:t>The Most Likely Diagnosis: Gingivitis</w:t>
            </w:r>
          </w:p>
          <w:p w14:paraId="6734C260" w14:textId="5928BE07" w:rsidR="003C7183" w:rsidRPr="00925AA4" w:rsidRDefault="003C7183" w:rsidP="003C7183">
            <w:r w:rsidRPr="00925AA4">
              <w:t>In most cases, bleeding upon brushing is a key symptom of Gingivitis.</w:t>
            </w:r>
          </w:p>
          <w:p w14:paraId="01188D25" w14:textId="122BC061" w:rsidR="003C7183" w:rsidRPr="00925AA4" w:rsidRDefault="003C7183" w:rsidP="003C7183">
            <w:r w:rsidRPr="00925AA4">
              <w:t>What it is: Gingivitis is the earliest and mildest form of periodontal (gum) disease. It is caused by the plaque (a sticky film of bacteria) that forms on your teeth, especially along the gumline.</w:t>
            </w:r>
          </w:p>
          <w:p w14:paraId="53E03581" w14:textId="3380070E" w:rsidR="003C7183" w:rsidRPr="00925AA4" w:rsidRDefault="003C7183" w:rsidP="003C7183">
            <w:r w:rsidRPr="00925AA4">
              <w:t>Key Characteristics:</w:t>
            </w:r>
          </w:p>
          <w:p w14:paraId="28A21C01" w14:textId="519B784E" w:rsidR="003C7183" w:rsidRPr="00925AA4" w:rsidRDefault="003C7183" w:rsidP="003C7183">
            <w:r w:rsidRPr="00925AA4">
              <w:t>Bleeding: Your gums may bleed easily when brushing or flossing.</w:t>
            </w:r>
          </w:p>
          <w:p w14:paraId="549C9143" w14:textId="54632878" w:rsidR="003C7183" w:rsidRPr="00925AA4" w:rsidRDefault="003C7183" w:rsidP="003C7183">
            <w:r w:rsidRPr="00925AA4">
              <w:lastRenderedPageBreak/>
              <w:t>Redness/Swelling: The gums may appear redder and look slightly puffy or swollen instead of a healthy, pale pink color.</w:t>
            </w:r>
          </w:p>
          <w:p w14:paraId="20700B91" w14:textId="7B145F27" w:rsidR="003C7183" w:rsidRPr="00925AA4" w:rsidRDefault="003C7183" w:rsidP="003C7183">
            <w:r w:rsidRPr="00925AA4">
              <w:t>The Good News: Gingivitis is reversible. With professional cleaning (a scaling) and diligent daily brushing and flossing at home, the inflammation typically resolves, and the bleeding stops completely.</w:t>
            </w:r>
          </w:p>
          <w:p w14:paraId="795C1330" w14:textId="57935A05" w:rsidR="003C7183" w:rsidRPr="00925AA4" w:rsidRDefault="003C7183" w:rsidP="003C7183">
            <w:r w:rsidRPr="00925AA4">
              <w:t>A More Serious Concern: Periodontitis</w:t>
            </w:r>
          </w:p>
          <w:p w14:paraId="6104BDE5" w14:textId="4AF15F96" w:rsidR="003C7183" w:rsidRPr="00925AA4" w:rsidRDefault="003C7183" w:rsidP="003C7183">
            <w:r w:rsidRPr="00925AA4">
              <w:t>If the bleeding is ignored and the plaque is allowed to remain and harden into calculus (tartar) below the gumline, the condition can advance to Periodontitis.</w:t>
            </w:r>
          </w:p>
          <w:p w14:paraId="2DD945CA" w14:textId="28ECDB4E" w:rsidR="003C7183" w:rsidRPr="00925AA4" w:rsidRDefault="003C7183" w:rsidP="003C7183">
            <w:r w:rsidRPr="00925AA4">
              <w:t>What it is: This is a more serious, chronic infection where the inflammation spreads, causing the gum tissue and the underlying bone that supports your teeth to be destroyed.</w:t>
            </w:r>
          </w:p>
          <w:p w14:paraId="4368E64D" w14:textId="21A602B3" w:rsidR="003C7183" w:rsidRPr="00925AA4" w:rsidRDefault="003C7183" w:rsidP="003C7183">
            <w:r w:rsidRPr="00925AA4">
              <w:t>Key Characteristics (Beyond Bleeding):</w:t>
            </w:r>
          </w:p>
          <w:p w14:paraId="0A8B6E3F" w14:textId="78C24BD0" w:rsidR="003C7183" w:rsidRPr="00925AA4" w:rsidRDefault="003C7183" w:rsidP="003C7183">
            <w:r w:rsidRPr="00925AA4">
              <w:t>Gum Recession: Gums pulling away from the teeth, making teeth look longer.</w:t>
            </w:r>
          </w:p>
          <w:p w14:paraId="0701BE61" w14:textId="50E37302" w:rsidR="003C7183" w:rsidRPr="00925AA4" w:rsidRDefault="003C7183" w:rsidP="003C7183">
            <w:r w:rsidRPr="00925AA4">
              <w:t>Persistent Bad Breath (Halitosis).</w:t>
            </w:r>
          </w:p>
          <w:p w14:paraId="0D597879" w14:textId="40BFE4B9" w:rsidR="003C7183" w:rsidRPr="00925AA4" w:rsidRDefault="003C7183" w:rsidP="003C7183">
            <w:r w:rsidRPr="00925AA4">
              <w:t>Pocket Formation: Spaces (pockets) form between the tooth and the gum, filling with bacteria.</w:t>
            </w:r>
          </w:p>
          <w:p w14:paraId="3C6F60C5" w14:textId="77777777" w:rsidR="003C7183" w:rsidRPr="00925AA4" w:rsidRDefault="003C7183" w:rsidP="003C7183">
            <w:r w:rsidRPr="00925AA4">
              <w:t>Loose Teeth: As bone is lost, teeth may become mobile.</w:t>
            </w:r>
          </w:p>
          <w:p w14:paraId="11718482" w14:textId="77777777" w:rsidR="003C7183" w:rsidRPr="00925AA4" w:rsidRDefault="003C7183" w:rsidP="003C7183">
            <w:r w:rsidRPr="00925AA4">
              <w:t>Importance of Action: Periodontitis is not reversible—the lost bone will not grow back. However, it can be stopped or controlled with professional treatment (which may include deeper cleanings called root planing) to prevent further damage.</w:t>
            </w:r>
          </w:p>
          <w:p w14:paraId="4AF52480" w14:textId="77777777" w:rsidR="003C7183" w:rsidRPr="00925AA4" w:rsidRDefault="003C7183" w:rsidP="003C7183"/>
          <w:p w14:paraId="398621F6" w14:textId="77777777" w:rsidR="003C7183" w:rsidRPr="00925AA4" w:rsidRDefault="003C7183" w:rsidP="003C7183">
            <w:r w:rsidRPr="00925AA4">
              <w:rPr>
                <w:rFonts w:ascii="Apple Color Emoji" w:hAnsi="Apple Color Emoji" w:cs="Apple Color Emoji"/>
              </w:rPr>
              <w:lastRenderedPageBreak/>
              <w:t>⚠️</w:t>
            </w:r>
            <w:r w:rsidRPr="00925AA4">
              <w:t xml:space="preserve"> My Professional Recommendation</w:t>
            </w:r>
          </w:p>
          <w:p w14:paraId="69D19D93" w14:textId="77777777" w:rsidR="003C7183" w:rsidRPr="00925AA4" w:rsidRDefault="003C7183" w:rsidP="003C7183"/>
          <w:p w14:paraId="29970DFC" w14:textId="77777777" w:rsidR="003C7183" w:rsidRPr="00925AA4" w:rsidRDefault="003C7183" w:rsidP="003C7183">
            <w:r w:rsidRPr="00925AA4">
              <w:t>Bleeding gums should be taken seriously as a warning sign. I strongly recommend that you schedule an appointment with a dental professional (either a general dentist or a periodontist) for a thorough periodontal examination.</w:t>
            </w:r>
          </w:p>
          <w:p w14:paraId="23004082" w14:textId="77777777" w:rsidR="003C7183" w:rsidRPr="00925AA4" w:rsidRDefault="003C7183" w:rsidP="003C7183"/>
          <w:p w14:paraId="5BB78B66" w14:textId="77777777" w:rsidR="003C7183" w:rsidRPr="00925AA4" w:rsidRDefault="003C7183" w:rsidP="003C7183">
            <w:r w:rsidRPr="00925AA4">
              <w:t>During this exam, we will measure the space between your gums and teeth (pocket depths) and check for any signs of bone loss to determine the precise extent of any gum disease.</w:t>
            </w:r>
          </w:p>
          <w:p w14:paraId="2B6BAF88" w14:textId="77777777" w:rsidR="003C7183" w:rsidRPr="00925AA4" w:rsidRDefault="003C7183" w:rsidP="003C7183"/>
          <w:p w14:paraId="5D514170" w14:textId="41B1F7E0" w:rsidR="006F0382" w:rsidRPr="00925AA4" w:rsidRDefault="003C7183" w:rsidP="003C7183">
            <w:r w:rsidRPr="00925AA4">
              <w:t>Would you like me to provide some immediate, proper brushing and flossing techniques that can help manage the inflammation until you see a dentist?</w:t>
            </w:r>
          </w:p>
        </w:tc>
      </w:tr>
    </w:tbl>
    <w:p w14:paraId="4D02A168"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5BF7709D" w14:textId="77777777">
        <w:tc>
          <w:tcPr>
            <w:tcW w:w="4320" w:type="dxa"/>
          </w:tcPr>
          <w:p w14:paraId="78F6DEFB" w14:textId="0EB2504D" w:rsidR="006F0382" w:rsidRPr="00925AA4" w:rsidRDefault="004A12B8">
            <w:r w:rsidRPr="00925AA4">
              <w:t>Answer C (Claude)</w:t>
            </w:r>
          </w:p>
        </w:tc>
        <w:tc>
          <w:tcPr>
            <w:tcW w:w="4320" w:type="dxa"/>
          </w:tcPr>
          <w:p w14:paraId="31D538F9" w14:textId="1405BB90" w:rsidR="006F0382" w:rsidRPr="00925AA4" w:rsidRDefault="004A12B8">
            <w:r w:rsidRPr="00925AA4">
              <w:t>Answer D (Expert)</w:t>
            </w:r>
          </w:p>
        </w:tc>
      </w:tr>
      <w:tr w:rsidR="006F0382" w:rsidRPr="00925AA4" w14:paraId="6A18373B" w14:textId="77777777">
        <w:tc>
          <w:tcPr>
            <w:tcW w:w="4320" w:type="dxa"/>
          </w:tcPr>
          <w:p w14:paraId="55688F0D" w14:textId="77777777" w:rsidR="003D76D2" w:rsidRPr="00925AA4" w:rsidRDefault="003D76D2" w:rsidP="003D76D2">
            <w:r w:rsidRPr="00925AA4">
              <w:t>As a periodontic specialist, here's my assessment:</w:t>
            </w:r>
          </w:p>
          <w:p w14:paraId="2744BCDE" w14:textId="77777777" w:rsidR="003D76D2" w:rsidRPr="00925AA4" w:rsidRDefault="003D76D2" w:rsidP="003D76D2">
            <w:r w:rsidRPr="00925AA4">
              <w:t>Bleeding gums when you brush is not normal and is typically an early sign of gingivitis, the mildest form of gum disease.</w:t>
            </w:r>
          </w:p>
          <w:p w14:paraId="130E4DA5" w14:textId="77777777" w:rsidR="003D76D2" w:rsidRPr="00925AA4" w:rsidRDefault="003D76D2" w:rsidP="003D76D2">
            <w:r w:rsidRPr="00925AA4">
              <w:t>What's happening:</w:t>
            </w:r>
          </w:p>
          <w:p w14:paraId="26C560E0" w14:textId="77777777" w:rsidR="003D76D2" w:rsidRPr="00925AA4" w:rsidRDefault="003D76D2" w:rsidP="003D76D2">
            <w:r w:rsidRPr="00925AA4">
              <w:t>When plaque (bacterial film) accumulates along the gumline, your body responds with inflammation. This makes the gum tissue more fragile and prone to bleeding with even gentle brushing. Healthy gums should not bleed during normal brushing.</w:t>
            </w:r>
          </w:p>
          <w:p w14:paraId="7D22321C" w14:textId="77777777" w:rsidR="003D76D2" w:rsidRPr="00925AA4" w:rsidRDefault="003D76D2" w:rsidP="003D76D2">
            <w:r w:rsidRPr="00925AA4">
              <w:lastRenderedPageBreak/>
              <w:t>The good news:</w:t>
            </w:r>
          </w:p>
          <w:p w14:paraId="23E959FB" w14:textId="77777777" w:rsidR="003D76D2" w:rsidRPr="00925AA4" w:rsidRDefault="003D76D2" w:rsidP="003D76D2">
            <w:r w:rsidRPr="00925AA4">
              <w:t>Gingivitis is reversible if caught early. With proper oral hygiene, the inflammation can resolve within 1-2 weeks.</w:t>
            </w:r>
          </w:p>
          <w:p w14:paraId="4A2DA4C3" w14:textId="77777777" w:rsidR="003D76D2" w:rsidRPr="00925AA4" w:rsidRDefault="003D76D2" w:rsidP="003D76D2">
            <w:r w:rsidRPr="00925AA4">
              <w:t>What you should do:</w:t>
            </w:r>
          </w:p>
          <w:p w14:paraId="5416979E" w14:textId="77777777" w:rsidR="003D76D2" w:rsidRPr="00925AA4" w:rsidRDefault="003D76D2" w:rsidP="003D76D2"/>
          <w:p w14:paraId="01C36CE2" w14:textId="77777777" w:rsidR="003D76D2" w:rsidRPr="00925AA4" w:rsidRDefault="003D76D2" w:rsidP="003D76D2">
            <w:r w:rsidRPr="00925AA4">
              <w:t>Don't stop brushing - Continue brushing twice daily, but use a soft-bristled brush with gentle, circular motions</w:t>
            </w:r>
          </w:p>
          <w:p w14:paraId="4134BD78" w14:textId="77777777" w:rsidR="003D76D2" w:rsidRPr="00925AA4" w:rsidRDefault="003D76D2" w:rsidP="003D76D2">
            <w:r w:rsidRPr="00925AA4">
              <w:t>Floss daily - This removes plaque between teeth where your brush can't reach</w:t>
            </w:r>
          </w:p>
          <w:p w14:paraId="1F55743F" w14:textId="77777777" w:rsidR="003D76D2" w:rsidRPr="00925AA4" w:rsidRDefault="003D76D2" w:rsidP="003D76D2">
            <w:r w:rsidRPr="00925AA4">
              <w:t>Schedule a dental cleaning - Professional removal of plaque and tartar is often necessary</w:t>
            </w:r>
          </w:p>
          <w:p w14:paraId="2C596297" w14:textId="77777777" w:rsidR="003D76D2" w:rsidRPr="00925AA4" w:rsidRDefault="003D76D2" w:rsidP="003D76D2">
            <w:r w:rsidRPr="00925AA4">
              <w:t xml:space="preserve">Monitor the situation - If bleeding persists beyond 2 weeks of improved hygiene, </w:t>
            </w:r>
            <w:proofErr w:type="gramStart"/>
            <w:r w:rsidRPr="00925AA4">
              <w:t>definitely see</w:t>
            </w:r>
            <w:proofErr w:type="gramEnd"/>
            <w:r w:rsidRPr="00925AA4">
              <w:t xml:space="preserve"> your dentist</w:t>
            </w:r>
          </w:p>
          <w:p w14:paraId="7C27FC31" w14:textId="77777777" w:rsidR="003D76D2" w:rsidRPr="00925AA4" w:rsidRDefault="003D76D2" w:rsidP="003D76D2"/>
          <w:p w14:paraId="2502CCA1" w14:textId="77777777" w:rsidR="003D76D2" w:rsidRPr="00925AA4" w:rsidRDefault="003D76D2" w:rsidP="003D76D2">
            <w:r w:rsidRPr="00925AA4">
              <w:t>When to be concerned:</w:t>
            </w:r>
          </w:p>
          <w:p w14:paraId="7770F475" w14:textId="77777777" w:rsidR="003D76D2" w:rsidRPr="00925AA4" w:rsidRDefault="003D76D2" w:rsidP="003D76D2">
            <w:r w:rsidRPr="00925AA4">
              <w:t>Contact a dentist promptly if you also notice:</w:t>
            </w:r>
          </w:p>
          <w:p w14:paraId="435F20A5" w14:textId="77777777" w:rsidR="003D76D2" w:rsidRPr="00925AA4" w:rsidRDefault="003D76D2" w:rsidP="003D76D2"/>
          <w:p w14:paraId="33742240" w14:textId="77777777" w:rsidR="003D76D2" w:rsidRPr="00925AA4" w:rsidRDefault="003D76D2" w:rsidP="003D76D2">
            <w:r w:rsidRPr="00925AA4">
              <w:t>Persistent bad breath</w:t>
            </w:r>
          </w:p>
          <w:p w14:paraId="0952AF98" w14:textId="77777777" w:rsidR="003D76D2" w:rsidRPr="00925AA4" w:rsidRDefault="003D76D2" w:rsidP="003D76D2">
            <w:r w:rsidRPr="00925AA4">
              <w:t>Receding gums</w:t>
            </w:r>
          </w:p>
          <w:p w14:paraId="4427127D" w14:textId="77777777" w:rsidR="003D76D2" w:rsidRPr="00925AA4" w:rsidRDefault="003D76D2" w:rsidP="003D76D2">
            <w:r w:rsidRPr="00925AA4">
              <w:t>Loose teeth</w:t>
            </w:r>
          </w:p>
          <w:p w14:paraId="29FD2F10" w14:textId="77777777" w:rsidR="003D76D2" w:rsidRPr="00925AA4" w:rsidRDefault="003D76D2" w:rsidP="003D76D2">
            <w:r w:rsidRPr="00925AA4">
              <w:t>Pus between teeth and gums</w:t>
            </w:r>
          </w:p>
          <w:p w14:paraId="710330A2" w14:textId="77777777" w:rsidR="003D76D2" w:rsidRPr="00925AA4" w:rsidRDefault="003D76D2" w:rsidP="003D76D2">
            <w:r w:rsidRPr="00925AA4">
              <w:t>Changes in your bite</w:t>
            </w:r>
          </w:p>
          <w:p w14:paraId="226D9D0E" w14:textId="77777777" w:rsidR="003D76D2" w:rsidRPr="00925AA4" w:rsidRDefault="003D76D2" w:rsidP="003D76D2"/>
          <w:p w14:paraId="3EA80DCD" w14:textId="622EF2A2" w:rsidR="006F0382" w:rsidRPr="00925AA4" w:rsidRDefault="003D76D2" w:rsidP="003D76D2">
            <w:r w:rsidRPr="00925AA4">
              <w:t xml:space="preserve">Left untreated, gingivitis can progress to periodontitis, which causes irreversible damage to the bone supporting your teeth. </w:t>
            </w:r>
            <w:r w:rsidRPr="00925AA4">
              <w:lastRenderedPageBreak/>
              <w:t xml:space="preserve">Early intervention is key to preventing this </w:t>
            </w:r>
            <w:proofErr w:type="gramStart"/>
            <w:r w:rsidRPr="00925AA4">
              <w:t>progression._</w:t>
            </w:r>
            <w:proofErr w:type="gramEnd"/>
            <w:r w:rsidRPr="00925AA4">
              <w:t>_______________________________</w:t>
            </w:r>
          </w:p>
        </w:tc>
        <w:tc>
          <w:tcPr>
            <w:tcW w:w="4320" w:type="dxa"/>
          </w:tcPr>
          <w:p w14:paraId="689421FF" w14:textId="77777777" w:rsidR="002623B4" w:rsidRPr="00925AA4" w:rsidRDefault="002623B4" w:rsidP="002623B4">
            <w:r w:rsidRPr="00925AA4">
              <w:lastRenderedPageBreak/>
              <w:t>Bleeding of the gums while brushing your teeth is not normal. Gum bleeding may be a sign of periodontal disease, which is an infection of the tissues supporting the teeth. The most common cause of gum bleeding is gingivitis, an inflammation of the gums resulting from plaque and tartar accumulation. If left untreated, gingivitis may progress to periodontitis, which is characterized by bone loss.</w:t>
            </w:r>
          </w:p>
          <w:p w14:paraId="15E921C9" w14:textId="77777777" w:rsidR="002623B4" w:rsidRPr="00925AA4" w:rsidRDefault="002623B4" w:rsidP="002623B4">
            <w:r w:rsidRPr="00925AA4">
              <w:t>In addition;</w:t>
            </w:r>
            <w:r w:rsidRPr="00925AA4">
              <w:br/>
              <w:t>Incorrect brushing or improper use of dental floss,</w:t>
            </w:r>
            <w:r w:rsidRPr="00925AA4">
              <w:br/>
              <w:t>Certain medications,</w:t>
            </w:r>
            <w:r w:rsidRPr="00925AA4">
              <w:br/>
            </w:r>
            <w:r w:rsidRPr="00925AA4">
              <w:lastRenderedPageBreak/>
              <w:t>Accompanying systemic diseases,</w:t>
            </w:r>
            <w:r w:rsidRPr="00925AA4">
              <w:br/>
              <w:t>Hormonal changes (such as pregnancy and adolescence),</w:t>
            </w:r>
            <w:r w:rsidRPr="00925AA4">
              <w:br/>
              <w:t>Vitamin C deficiency may also cause gum bleeding.</w:t>
            </w:r>
          </w:p>
          <w:p w14:paraId="2BC1CFF2" w14:textId="77777777" w:rsidR="002623B4" w:rsidRPr="00925AA4" w:rsidRDefault="002623B4" w:rsidP="002623B4">
            <w:r w:rsidRPr="00925AA4">
              <w:t>Finally, I recommend that you consult a periodontology specialist to clarify the underlying cause of these symptoms and to plan appropriate treatment.</w:t>
            </w:r>
          </w:p>
          <w:p w14:paraId="50265859" w14:textId="77777777" w:rsidR="006F0382" w:rsidRPr="00925AA4" w:rsidRDefault="00000000">
            <w:r w:rsidRPr="00925AA4">
              <w:t>________________________________</w:t>
            </w:r>
          </w:p>
        </w:tc>
      </w:tr>
      <w:tr w:rsidR="006F0382" w:rsidRPr="00925AA4" w14:paraId="0B375D38" w14:textId="77777777">
        <w:tc>
          <w:tcPr>
            <w:tcW w:w="4320" w:type="dxa"/>
          </w:tcPr>
          <w:p w14:paraId="3E0BB7AA" w14:textId="77777777" w:rsidR="006F0382" w:rsidRPr="00925AA4" w:rsidRDefault="00000000">
            <w:r w:rsidRPr="00925AA4">
              <w:lastRenderedPageBreak/>
              <w:t>________________________________</w:t>
            </w:r>
          </w:p>
        </w:tc>
        <w:tc>
          <w:tcPr>
            <w:tcW w:w="4320" w:type="dxa"/>
          </w:tcPr>
          <w:p w14:paraId="6291B771" w14:textId="77777777" w:rsidR="006F0382" w:rsidRPr="00925AA4" w:rsidRDefault="00000000">
            <w:r w:rsidRPr="00925AA4">
              <w:t>________________________________</w:t>
            </w:r>
          </w:p>
        </w:tc>
      </w:tr>
    </w:tbl>
    <w:p w14:paraId="223B9DB8" w14:textId="6888A2C5" w:rsidR="006F0382" w:rsidRPr="00925AA4" w:rsidRDefault="00372A24">
      <w:r w:rsidRPr="00925AA4">
        <w:rPr>
          <w:b/>
          <w:bCs/>
        </w:rPr>
        <w:t>Question 2:</w:t>
      </w:r>
      <w:r w:rsidRPr="00925AA4">
        <w:t xml:space="preserve"> </w:t>
      </w:r>
      <w:r w:rsidR="004D2FF1" w:rsidRPr="00925AA4">
        <w:t>Assume the role of a periodontic specialist and provide a precise answer to the following patient question.</w:t>
      </w:r>
      <w:r w:rsidR="00665400">
        <w:t xml:space="preserve"> </w:t>
      </w:r>
      <w:r w:rsidR="004D2FF1" w:rsidRPr="00925AA4">
        <w:t xml:space="preserve">'What are the </w:t>
      </w:r>
      <w:r w:rsidR="00665400" w:rsidRPr="00665400">
        <w:t>warning</w:t>
      </w:r>
      <w:r w:rsidR="00665400">
        <w:t xml:space="preserve"> </w:t>
      </w:r>
      <w:r w:rsidR="004D2FF1" w:rsidRPr="00925AA4">
        <w:t>signs of gum disease?'</w:t>
      </w:r>
      <w:r w:rsidRPr="00925AA4">
        <w:br/>
      </w:r>
    </w:p>
    <w:tbl>
      <w:tblPr>
        <w:tblW w:w="0" w:type="auto"/>
        <w:tblLook w:val="04A0" w:firstRow="1" w:lastRow="0" w:firstColumn="1" w:lastColumn="0" w:noHBand="0" w:noVBand="1"/>
      </w:tblPr>
      <w:tblGrid>
        <w:gridCol w:w="4320"/>
        <w:gridCol w:w="4320"/>
      </w:tblGrid>
      <w:tr w:rsidR="006F0382" w:rsidRPr="00925AA4" w14:paraId="58B03D95" w14:textId="77777777">
        <w:tc>
          <w:tcPr>
            <w:tcW w:w="4320" w:type="dxa"/>
          </w:tcPr>
          <w:p w14:paraId="641E6B31" w14:textId="24045C52" w:rsidR="006F0382" w:rsidRPr="00925AA4" w:rsidRDefault="004A12B8">
            <w:r w:rsidRPr="00925AA4">
              <w:t>Answer A (ChatGPT)</w:t>
            </w:r>
          </w:p>
        </w:tc>
        <w:tc>
          <w:tcPr>
            <w:tcW w:w="4320" w:type="dxa"/>
          </w:tcPr>
          <w:p w14:paraId="7E031E59" w14:textId="0B5F2BD4" w:rsidR="006F0382" w:rsidRPr="00925AA4" w:rsidRDefault="004A12B8">
            <w:r w:rsidRPr="00925AA4">
              <w:t>Answer B (Gemini)</w:t>
            </w:r>
          </w:p>
        </w:tc>
      </w:tr>
      <w:tr w:rsidR="006F0382" w:rsidRPr="00925AA4" w14:paraId="2E473F02" w14:textId="77777777">
        <w:tc>
          <w:tcPr>
            <w:tcW w:w="4320" w:type="dxa"/>
          </w:tcPr>
          <w:p w14:paraId="246275FD" w14:textId="6CA6151F" w:rsidR="004D2FF1" w:rsidRPr="00925AA4" w:rsidRDefault="004D2FF1" w:rsidP="004D2FF1">
            <w:r w:rsidRPr="00925AA4">
              <w:t>As a periodontic specialist, here are the key warning signs of gum disease (gingivitis and periodontitis) that patients should watch for:</w:t>
            </w:r>
          </w:p>
          <w:p w14:paraId="705532D7" w14:textId="77777777" w:rsidR="004D2FF1" w:rsidRPr="00925AA4" w:rsidRDefault="004D2FF1" w:rsidP="004D2FF1">
            <w:r w:rsidRPr="00925AA4">
              <w:t>Early Signs (Gingivitis)</w:t>
            </w:r>
          </w:p>
          <w:p w14:paraId="0F8C4A56" w14:textId="77777777" w:rsidR="004D2FF1" w:rsidRPr="00925AA4" w:rsidRDefault="004D2FF1" w:rsidP="004D2FF1">
            <w:r w:rsidRPr="00925AA4">
              <w:t>Bleeding gums during brushing or flossing — this is the most common early indicator.</w:t>
            </w:r>
          </w:p>
          <w:p w14:paraId="140C6BD5" w14:textId="77777777" w:rsidR="004D2FF1" w:rsidRPr="00925AA4" w:rsidRDefault="004D2FF1" w:rsidP="004D2FF1">
            <w:r w:rsidRPr="00925AA4">
              <w:t>Red, swollen, or tender gums instead of firm, pink gums.</w:t>
            </w:r>
          </w:p>
          <w:p w14:paraId="3B9192C3" w14:textId="77777777" w:rsidR="004D2FF1" w:rsidRPr="00925AA4" w:rsidRDefault="004D2FF1" w:rsidP="004D2FF1">
            <w:r w:rsidRPr="00925AA4">
              <w:t>Persistent bad breath or bad taste in the mouth.</w:t>
            </w:r>
          </w:p>
          <w:p w14:paraId="5AB80826" w14:textId="77777777" w:rsidR="004D2FF1" w:rsidRPr="00925AA4" w:rsidRDefault="004D2FF1" w:rsidP="004D2FF1">
            <w:r w:rsidRPr="00925AA4">
              <w:t>Gum sensitivity when brushing, flossing, or eating.</w:t>
            </w:r>
          </w:p>
          <w:p w14:paraId="611D7451" w14:textId="77777777" w:rsidR="004D2FF1" w:rsidRPr="00925AA4" w:rsidRDefault="004D2FF1" w:rsidP="004D2FF1">
            <w:r w:rsidRPr="00925AA4">
              <w:t>Advanced Signs (Periodontitis)</w:t>
            </w:r>
          </w:p>
          <w:p w14:paraId="42043173" w14:textId="77777777" w:rsidR="004D2FF1" w:rsidRPr="00925AA4" w:rsidRDefault="004D2FF1" w:rsidP="004D2FF1">
            <w:r w:rsidRPr="00925AA4">
              <w:t>Gum recession — gums pulling away from the teeth, making teeth look longer.</w:t>
            </w:r>
          </w:p>
          <w:p w14:paraId="35E9E371" w14:textId="77777777" w:rsidR="004D2FF1" w:rsidRPr="00925AA4" w:rsidRDefault="004D2FF1" w:rsidP="004D2FF1">
            <w:r w:rsidRPr="00925AA4">
              <w:t>Formation of pockets between the teeth and gums (often felt as food getting trapped frequently).</w:t>
            </w:r>
          </w:p>
          <w:p w14:paraId="68C737A5" w14:textId="77777777" w:rsidR="004D2FF1" w:rsidRPr="00925AA4" w:rsidRDefault="004D2FF1" w:rsidP="004D2FF1">
            <w:r w:rsidRPr="00925AA4">
              <w:t>Loose or shifting teeth — a sign that the supporting bone is affected.</w:t>
            </w:r>
          </w:p>
          <w:p w14:paraId="3DAEADBA" w14:textId="77777777" w:rsidR="004D2FF1" w:rsidRPr="00925AA4" w:rsidRDefault="004D2FF1" w:rsidP="004D2FF1">
            <w:r w:rsidRPr="00925AA4">
              <w:t>Changes in your bite or how dentures fit.</w:t>
            </w:r>
          </w:p>
          <w:p w14:paraId="714B8AEA" w14:textId="77777777" w:rsidR="004D2FF1" w:rsidRPr="00925AA4" w:rsidRDefault="004D2FF1" w:rsidP="004D2FF1">
            <w:r w:rsidRPr="00925AA4">
              <w:t>Pus between the teeth and gums (indicates infection).</w:t>
            </w:r>
          </w:p>
          <w:p w14:paraId="7A1D24BF" w14:textId="77777777" w:rsidR="004D2FF1" w:rsidRPr="00925AA4" w:rsidRDefault="004D2FF1" w:rsidP="004D2FF1">
            <w:r w:rsidRPr="00925AA4">
              <w:t>When to See a Periodontist</w:t>
            </w:r>
          </w:p>
          <w:p w14:paraId="4B17A940" w14:textId="77777777" w:rsidR="004D2FF1" w:rsidRPr="00925AA4" w:rsidRDefault="004D2FF1" w:rsidP="004D2FF1">
            <w:r w:rsidRPr="00925AA4">
              <w:lastRenderedPageBreak/>
              <w:t>You should be evaluated promptly if you experience:</w:t>
            </w:r>
          </w:p>
          <w:p w14:paraId="65C4CB72" w14:textId="77777777" w:rsidR="004D2FF1" w:rsidRPr="00925AA4" w:rsidRDefault="004D2FF1" w:rsidP="004D2FF1">
            <w:r w:rsidRPr="00925AA4">
              <w:t>Bleeding gums that persist for more than a week</w:t>
            </w:r>
          </w:p>
          <w:p w14:paraId="49BDD464" w14:textId="77777777" w:rsidR="004D2FF1" w:rsidRPr="00925AA4" w:rsidRDefault="004D2FF1" w:rsidP="004D2FF1">
            <w:r w:rsidRPr="00925AA4">
              <w:t>Noticeable gum recession</w:t>
            </w:r>
          </w:p>
          <w:p w14:paraId="1289E376" w14:textId="77777777" w:rsidR="004D2FF1" w:rsidRPr="00925AA4" w:rsidRDefault="004D2FF1" w:rsidP="004D2FF1">
            <w:r w:rsidRPr="00925AA4">
              <w:t>Loose teeth</w:t>
            </w:r>
          </w:p>
          <w:p w14:paraId="4EE7E542" w14:textId="77777777" w:rsidR="004D2FF1" w:rsidRPr="00925AA4" w:rsidRDefault="004D2FF1" w:rsidP="004D2FF1">
            <w:r w:rsidRPr="00925AA4">
              <w:t>Any sign of pus or severe pain</w:t>
            </w:r>
          </w:p>
          <w:p w14:paraId="3152E214" w14:textId="77777777" w:rsidR="004D2FF1" w:rsidRPr="00925AA4" w:rsidRDefault="004D2FF1" w:rsidP="004D2FF1">
            <w:r w:rsidRPr="00925AA4">
              <w:t>Early diagnosis makes treatment far more effective, so it’s always better to be evaluated sooner rather than later.</w:t>
            </w:r>
          </w:p>
          <w:p w14:paraId="7C3763B4" w14:textId="53B7EF95" w:rsidR="006F0382" w:rsidRPr="00925AA4" w:rsidRDefault="004D2FF1" w:rsidP="004D2FF1">
            <w:r w:rsidRPr="00925AA4">
              <w:t xml:space="preserve">If you’d like, I can also help you assess your personal risk factors or explain what to expect during a periodontal </w:t>
            </w:r>
            <w:proofErr w:type="gramStart"/>
            <w:r w:rsidRPr="00925AA4">
              <w:t>evaluation._</w:t>
            </w:r>
            <w:proofErr w:type="gramEnd"/>
            <w:r w:rsidRPr="00925AA4">
              <w:t>_________________________</w:t>
            </w:r>
          </w:p>
        </w:tc>
        <w:tc>
          <w:tcPr>
            <w:tcW w:w="4320" w:type="dxa"/>
          </w:tcPr>
          <w:p w14:paraId="55EC576A" w14:textId="7202B9DE" w:rsidR="003C7183" w:rsidRPr="00925AA4" w:rsidRDefault="003C7183" w:rsidP="003C7183">
            <w:r w:rsidRPr="00925AA4">
              <w:lastRenderedPageBreak/>
              <w:t>Absolutely. As a periodontic specialist, I can give you a precise and comprehensive overview of the warning signs of gum disease, which we medically refer to as periodontal disease. Early detection is key to successful, non-surgical treatment.</w:t>
            </w:r>
          </w:p>
          <w:p w14:paraId="66E2570C" w14:textId="77777777" w:rsidR="003C7183" w:rsidRPr="00925AA4" w:rsidRDefault="003C7183" w:rsidP="003C7183">
            <w:r w:rsidRPr="00925AA4">
              <w:rPr>
                <w:rFonts w:ascii="Apple Color Emoji" w:hAnsi="Apple Color Emoji" w:cs="Apple Color Emoji"/>
              </w:rPr>
              <w:t>🛑</w:t>
            </w:r>
            <w:r w:rsidRPr="00925AA4">
              <w:t xml:space="preserve"> Warning Signs of Gum Disease (Periodontitis)</w:t>
            </w:r>
          </w:p>
          <w:p w14:paraId="67552F30" w14:textId="65DD3337" w:rsidR="003C7183" w:rsidRPr="00925AA4" w:rsidRDefault="003C7183" w:rsidP="003C7183">
            <w:r w:rsidRPr="00925AA4">
              <w:t>The signs of gum disease can be subtle at first (gingivitis stage) and become more pronounced as the disease progresses (periodontitis stage). You should be vigilant for any of the following:</w:t>
            </w:r>
          </w:p>
          <w:p w14:paraId="055F0FE3" w14:textId="32EDBFA0" w:rsidR="003C7183" w:rsidRPr="00925AA4" w:rsidRDefault="003C7183" w:rsidP="003C7183">
            <w:r w:rsidRPr="00925AA4">
              <w:t>1. Bleeding Gums (The Most Common Early Sign)</w:t>
            </w:r>
          </w:p>
          <w:p w14:paraId="7FCFDF51" w14:textId="3BEDF571" w:rsidR="003C7183" w:rsidRPr="00925AA4" w:rsidRDefault="003C7183" w:rsidP="003C7183">
            <w:r w:rsidRPr="00925AA4">
              <w:t>This is often the first sign of gingivitis (the mildest form).</w:t>
            </w:r>
          </w:p>
          <w:p w14:paraId="5F943434" w14:textId="3B220AD9" w:rsidR="003C7183" w:rsidRPr="00925AA4" w:rsidRDefault="003C7183" w:rsidP="003C7183">
            <w:r w:rsidRPr="00925AA4">
              <w:t>Your gums may bleed easily when you brush your teeth, floss, or even when you bite into hard foods (like an apple).</w:t>
            </w:r>
          </w:p>
          <w:p w14:paraId="476D3551" w14:textId="2407023F" w:rsidR="003C7183" w:rsidRPr="00925AA4" w:rsidRDefault="003C7183" w:rsidP="003C7183">
            <w:r w:rsidRPr="00925AA4">
              <w:t>Healthy gums should never bleed.</w:t>
            </w:r>
          </w:p>
          <w:p w14:paraId="67CC718E" w14:textId="13A4FA46" w:rsidR="003C7183" w:rsidRPr="00925AA4" w:rsidRDefault="003C7183" w:rsidP="003C7183">
            <w:r w:rsidRPr="00925AA4">
              <w:t>2. Red, Swollen, or Tender Gums</w:t>
            </w:r>
          </w:p>
          <w:p w14:paraId="48E45488" w14:textId="707D57FA" w:rsidR="003C7183" w:rsidRPr="00925AA4" w:rsidRDefault="003C7183" w:rsidP="003C7183">
            <w:r w:rsidRPr="00925AA4">
              <w:t>Color Change: Gums that are bright red, purplish, or puffy instead of a healthy pale pink.</w:t>
            </w:r>
          </w:p>
          <w:p w14:paraId="5F11FB99" w14:textId="591E0A48" w:rsidR="003C7183" w:rsidRPr="00925AA4" w:rsidRDefault="003C7183" w:rsidP="003C7183">
            <w:r w:rsidRPr="00925AA4">
              <w:lastRenderedPageBreak/>
              <w:t>Inflammation (Swelling): Noticeable enlargement or puffiness around the edges of the teeth.</w:t>
            </w:r>
          </w:p>
          <w:p w14:paraId="7B352F50" w14:textId="63C35EF0" w:rsidR="003C7183" w:rsidRPr="00925AA4" w:rsidRDefault="003C7183" w:rsidP="003C7183">
            <w:r w:rsidRPr="00925AA4">
              <w:t>Tenderness: Gums that hurt when touched or when you chew.</w:t>
            </w:r>
          </w:p>
          <w:p w14:paraId="370EB667" w14:textId="03836B98" w:rsidR="003C7183" w:rsidRPr="00925AA4" w:rsidRDefault="003C7183" w:rsidP="003C7183">
            <w:r w:rsidRPr="00925AA4">
              <w:t>3. Persistent Bad Breath (Halitosis) or Bad Taste</w:t>
            </w:r>
          </w:p>
          <w:p w14:paraId="084EFE74" w14:textId="455FB3D9" w:rsidR="003C7183" w:rsidRPr="00925AA4" w:rsidRDefault="003C7183" w:rsidP="003C7183">
            <w:r w:rsidRPr="00925AA4">
              <w:t>Gum disease causes bacteria to accumulate below the gum line, releasing volatile sulfur compounds.</w:t>
            </w:r>
          </w:p>
          <w:p w14:paraId="46AA2356" w14:textId="1C0D4D6B" w:rsidR="003C7183" w:rsidRPr="00925AA4" w:rsidRDefault="003C7183" w:rsidP="003C7183">
            <w:r w:rsidRPr="00925AA4">
              <w:t>If you have chronically bad breath or a bad taste in your mouth that does not go away after brushing, it may be a sign of active periodontal infection.</w:t>
            </w:r>
          </w:p>
          <w:p w14:paraId="7A4E7683" w14:textId="4FFC45C4" w:rsidR="003C7183" w:rsidRPr="00925AA4" w:rsidRDefault="003C7183" w:rsidP="003C7183">
            <w:r w:rsidRPr="00925AA4">
              <w:t>4. Receding Gums</w:t>
            </w:r>
          </w:p>
          <w:p w14:paraId="2F258051" w14:textId="77777777" w:rsidR="003C7183" w:rsidRPr="00925AA4" w:rsidRDefault="003C7183" w:rsidP="003C7183">
            <w:r w:rsidRPr="00925AA4">
              <w:t>This is a sign of more advanced disease. The gum tissue pulls away from the tooth, making the tooth look longer than normal.</w:t>
            </w:r>
          </w:p>
          <w:p w14:paraId="4CB87F83" w14:textId="77777777" w:rsidR="003C7183" w:rsidRPr="00925AA4" w:rsidRDefault="003C7183" w:rsidP="003C7183"/>
          <w:p w14:paraId="7D2683FB" w14:textId="32D5D294" w:rsidR="003C7183" w:rsidRPr="00925AA4" w:rsidRDefault="003C7183" w:rsidP="003C7183">
            <w:r w:rsidRPr="00925AA4">
              <w:t>This exposes the root surface, which can cause tooth sensitivity (especially to cold).</w:t>
            </w:r>
          </w:p>
          <w:p w14:paraId="6EB22C48" w14:textId="6C271822" w:rsidR="003C7183" w:rsidRPr="00925AA4" w:rsidRDefault="003C7183" w:rsidP="003C7183">
            <w:r w:rsidRPr="00925AA4">
              <w:t>5. Formation of Deep Pockets</w:t>
            </w:r>
          </w:p>
          <w:p w14:paraId="40610885" w14:textId="58F939B1" w:rsidR="003C7183" w:rsidRPr="00925AA4" w:rsidRDefault="003C7183" w:rsidP="003C7183">
            <w:r w:rsidRPr="00925AA4">
              <w:t>Healthy gums fit snugly around the tooth. As the disease progresses, the inflammatory response destroys the supportive tissue, leading to the formation of a space or "pocket" between the gum and the tooth root.</w:t>
            </w:r>
          </w:p>
          <w:p w14:paraId="7B49DA1F" w14:textId="35FA28BA" w:rsidR="003C7183" w:rsidRPr="00925AA4" w:rsidRDefault="003C7183" w:rsidP="003C7183">
            <w:r w:rsidRPr="00925AA4">
              <w:t>Measurement: We measure the depth of these pockets during your exam; pocket depths of 4 mm or more often indicate periodontitis.</w:t>
            </w:r>
          </w:p>
          <w:p w14:paraId="079AA5EA" w14:textId="63B51BD8" w:rsidR="003C7183" w:rsidRPr="00925AA4" w:rsidRDefault="003C7183" w:rsidP="003C7183">
            <w:r w:rsidRPr="00925AA4">
              <w:t>6. Loose or Shifting Teeth</w:t>
            </w:r>
          </w:p>
          <w:p w14:paraId="53A2B2A3" w14:textId="5BD05E0E" w:rsidR="003C7183" w:rsidRPr="00925AA4" w:rsidRDefault="003C7183" w:rsidP="003C7183">
            <w:r w:rsidRPr="00925AA4">
              <w:lastRenderedPageBreak/>
              <w:t>This is a sign of moderate to severe periodontitis, indicating significant bone loss.</w:t>
            </w:r>
          </w:p>
          <w:p w14:paraId="190BB813" w14:textId="21D74DCC" w:rsidR="003C7183" w:rsidRPr="00925AA4" w:rsidRDefault="003C7183" w:rsidP="003C7183">
            <w:r w:rsidRPr="00925AA4">
              <w:t>The destruction of the bone that anchors your teeth leads to mobility (wiggle), or your teeth may begin to fan out and shift position.</w:t>
            </w:r>
          </w:p>
          <w:p w14:paraId="5B6EA28D" w14:textId="74F97A57" w:rsidR="003C7183" w:rsidRPr="00925AA4" w:rsidRDefault="003C7183" w:rsidP="003C7183">
            <w:r w:rsidRPr="00925AA4">
              <w:t>7. Changes in Your Bite</w:t>
            </w:r>
          </w:p>
          <w:p w14:paraId="57F54EEA" w14:textId="039E8FA6" w:rsidR="003C7183" w:rsidRPr="00925AA4" w:rsidRDefault="003C7183" w:rsidP="003C7183">
            <w:r w:rsidRPr="00925AA4">
              <w:t>Your upper and lower teeth may not fit together the same way when you bite down.</w:t>
            </w:r>
          </w:p>
          <w:p w14:paraId="74BB13EA" w14:textId="476C6B61" w:rsidR="003C7183" w:rsidRPr="00925AA4" w:rsidRDefault="003C7183" w:rsidP="003C7183">
            <w:r w:rsidRPr="00925AA4">
              <w:t>Changes in the fit of partial dentures are also a warning sign.</w:t>
            </w:r>
          </w:p>
          <w:p w14:paraId="0E0E4BF9" w14:textId="55A21E2C" w:rsidR="003C7183" w:rsidRPr="00925AA4" w:rsidRDefault="003C7183" w:rsidP="003C7183">
            <w:r w:rsidRPr="00925AA4">
              <w:t>My Professional Advice: If you experience any of these signs, particularly bleeding gums or persistent bad breath, do not wait. Gum disease is a progressive, chronic bacterial infection. The sooner we intervene, the less invasive the treatment will be, and the better the long-term prognosis for saving your teeth and underlying bone.</w:t>
            </w:r>
          </w:p>
          <w:p w14:paraId="73F8E3C7" w14:textId="5D2AFFBF" w:rsidR="006F0382" w:rsidRPr="00925AA4" w:rsidRDefault="003C7183" w:rsidP="003C7183">
            <w:r w:rsidRPr="00925AA4">
              <w:t>Would you like me to use the information you've provided to help you locate a periodontist in your area for an evaluation?</w:t>
            </w:r>
          </w:p>
        </w:tc>
      </w:tr>
      <w:tr w:rsidR="006F0382" w:rsidRPr="00925AA4" w14:paraId="17347096" w14:textId="77777777">
        <w:tc>
          <w:tcPr>
            <w:tcW w:w="4320" w:type="dxa"/>
          </w:tcPr>
          <w:p w14:paraId="7E48F0FC" w14:textId="77777777" w:rsidR="006F0382" w:rsidRPr="00925AA4" w:rsidRDefault="00000000">
            <w:r w:rsidRPr="00925AA4">
              <w:lastRenderedPageBreak/>
              <w:t>________________________________</w:t>
            </w:r>
          </w:p>
        </w:tc>
        <w:tc>
          <w:tcPr>
            <w:tcW w:w="4320" w:type="dxa"/>
          </w:tcPr>
          <w:p w14:paraId="4F51FBC4" w14:textId="77777777" w:rsidR="006F0382" w:rsidRPr="00925AA4" w:rsidRDefault="00000000">
            <w:r w:rsidRPr="00925AA4">
              <w:t>________________________________</w:t>
            </w:r>
          </w:p>
        </w:tc>
      </w:tr>
    </w:tbl>
    <w:p w14:paraId="2A7994BF"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11198670" w14:textId="77777777">
        <w:tc>
          <w:tcPr>
            <w:tcW w:w="4320" w:type="dxa"/>
          </w:tcPr>
          <w:p w14:paraId="154C269A" w14:textId="40466680" w:rsidR="006F0382" w:rsidRPr="00925AA4" w:rsidRDefault="004A12B8">
            <w:r w:rsidRPr="00925AA4">
              <w:t>Answer C (Claude)</w:t>
            </w:r>
          </w:p>
        </w:tc>
        <w:tc>
          <w:tcPr>
            <w:tcW w:w="4320" w:type="dxa"/>
          </w:tcPr>
          <w:p w14:paraId="257192CD" w14:textId="41BC7D6E" w:rsidR="006F0382" w:rsidRPr="00925AA4" w:rsidRDefault="004A12B8">
            <w:r w:rsidRPr="00925AA4">
              <w:t>Answer D (</w:t>
            </w:r>
            <w:r w:rsidR="005C166D" w:rsidRPr="00925AA4">
              <w:t>Expert</w:t>
            </w:r>
            <w:r w:rsidRPr="00925AA4">
              <w:t>)</w:t>
            </w:r>
          </w:p>
        </w:tc>
      </w:tr>
      <w:tr w:rsidR="006F0382" w:rsidRPr="00925AA4" w14:paraId="00B04DF6" w14:textId="77777777">
        <w:tc>
          <w:tcPr>
            <w:tcW w:w="4320" w:type="dxa"/>
          </w:tcPr>
          <w:p w14:paraId="2FFB998F" w14:textId="77777777" w:rsidR="003D76D2" w:rsidRPr="00925AA4" w:rsidRDefault="003D76D2" w:rsidP="003D76D2">
            <w:r w:rsidRPr="00925AA4">
              <w:t>As a periodontic specialist, I'd like to help you recognize the warning signs of gum disease so you can seek treatment early when it's most manageable.</w:t>
            </w:r>
          </w:p>
          <w:p w14:paraId="623EDF42" w14:textId="77777777" w:rsidR="003D76D2" w:rsidRPr="00925AA4" w:rsidRDefault="003D76D2" w:rsidP="003D76D2">
            <w:r w:rsidRPr="00925AA4">
              <w:t>The key warning signs include:</w:t>
            </w:r>
          </w:p>
          <w:p w14:paraId="2107DECA" w14:textId="77777777" w:rsidR="003D76D2" w:rsidRPr="00925AA4" w:rsidRDefault="003D76D2" w:rsidP="003D76D2">
            <w:r w:rsidRPr="00925AA4">
              <w:lastRenderedPageBreak/>
              <w:t>Bleeding gums - This is often the earliest sign. Your gums shouldn't bleed during brushing, flossing, or eating. If they do, it indicates inflammation.</w:t>
            </w:r>
          </w:p>
          <w:p w14:paraId="45FAAFDE" w14:textId="77777777" w:rsidR="003D76D2" w:rsidRPr="00925AA4" w:rsidRDefault="003D76D2" w:rsidP="003D76D2">
            <w:r w:rsidRPr="00925AA4">
              <w:t>Red, swollen, or tender gums - Healthy gums are firm and pale pink. If yours appear puffy, bright red, or feel sore to the touch, this suggests gingivitis or early periodontal disease.</w:t>
            </w:r>
          </w:p>
          <w:p w14:paraId="3D39B23D" w14:textId="77777777" w:rsidR="003D76D2" w:rsidRPr="00925AA4" w:rsidRDefault="003D76D2" w:rsidP="003D76D2">
            <w:r w:rsidRPr="00925AA4">
              <w:t>Persistent bad breath or bad taste - Chronic halitosis that doesn't improve with brushing may indicate bacterial infection below the gum line.</w:t>
            </w:r>
          </w:p>
          <w:p w14:paraId="697798C9" w14:textId="77777777" w:rsidR="003D76D2" w:rsidRPr="00925AA4" w:rsidRDefault="003D76D2" w:rsidP="003D76D2">
            <w:r w:rsidRPr="00925AA4">
              <w:t>Receding gums - If your teeth appear longer than before or you notice the gum line pulling back, this exposes tooth roots and suggests gum disease progression.</w:t>
            </w:r>
          </w:p>
          <w:p w14:paraId="2C2D53ED" w14:textId="77777777" w:rsidR="003D76D2" w:rsidRPr="00925AA4" w:rsidRDefault="003D76D2" w:rsidP="003D76D2">
            <w:r w:rsidRPr="00925AA4">
              <w:t>Loose or shifting teeth - As the supporting bone deteriorates, teeth may feel mobile, change position, or develop gaps between them.</w:t>
            </w:r>
          </w:p>
          <w:p w14:paraId="61F97D11" w14:textId="77777777" w:rsidR="003D76D2" w:rsidRPr="00925AA4" w:rsidRDefault="003D76D2" w:rsidP="003D76D2">
            <w:r w:rsidRPr="00925AA4">
              <w:t>Pus between teeth and gums - This indicates active infection and requires immediate attention.</w:t>
            </w:r>
          </w:p>
          <w:p w14:paraId="3B3FEA70" w14:textId="77777777" w:rsidR="003D76D2" w:rsidRPr="00925AA4" w:rsidRDefault="003D76D2" w:rsidP="003D76D2">
            <w:r w:rsidRPr="00925AA4">
              <w:t>Changes in your bite - If your teeth fit together differently when you bite down, or if partial dentures fit differently, this may signal bone loss.</w:t>
            </w:r>
          </w:p>
          <w:p w14:paraId="1E11AECB" w14:textId="77777777" w:rsidR="003D76D2" w:rsidRPr="00925AA4" w:rsidRDefault="003D76D2" w:rsidP="003D76D2">
            <w:r w:rsidRPr="00925AA4">
              <w:t>Pain when chewing - Discomfort during eating can indicate periodontal problems affecting the supporting structures.</w:t>
            </w:r>
          </w:p>
          <w:p w14:paraId="1B472080" w14:textId="276B6F00" w:rsidR="006F0382" w:rsidRPr="00925AA4" w:rsidRDefault="003D76D2" w:rsidP="003D76D2">
            <w:r w:rsidRPr="00925AA4">
              <w:t xml:space="preserve">If you're experiencing any of these symptoms, I strongly recommend scheduling an evaluation. Early-stage gum disease (gingivitis) is reversible with professional cleaning and improved home care, but advanced periodontitis requires more intensive treatment. The sooner we </w:t>
            </w:r>
            <w:r w:rsidRPr="00925AA4">
              <w:lastRenderedPageBreak/>
              <w:t xml:space="preserve">address it, the better we can preserve your natural teeth and overall oral </w:t>
            </w:r>
            <w:proofErr w:type="gramStart"/>
            <w:r w:rsidRPr="00925AA4">
              <w:t>health._</w:t>
            </w:r>
            <w:proofErr w:type="gramEnd"/>
            <w:r w:rsidRPr="00925AA4">
              <w:t>_______________________________</w:t>
            </w:r>
          </w:p>
        </w:tc>
        <w:tc>
          <w:tcPr>
            <w:tcW w:w="4320" w:type="dxa"/>
          </w:tcPr>
          <w:p w14:paraId="26C0DECE" w14:textId="77777777" w:rsidR="002623B4" w:rsidRPr="00925AA4" w:rsidRDefault="002623B4" w:rsidP="002623B4">
            <w:r w:rsidRPr="00925AA4">
              <w:lastRenderedPageBreak/>
              <w:t>The signs of periodontal disease are as follows:</w:t>
            </w:r>
            <w:r w:rsidRPr="00925AA4">
              <w:br/>
              <w:t>One of the earliest signs of gingivitis is bleeding of the gums during tooth brushing or flossing. However, if you smoke, gum bleeding may not appear as an early sign.</w:t>
            </w:r>
          </w:p>
          <w:p w14:paraId="503049C5" w14:textId="77777777" w:rsidR="002623B4" w:rsidRPr="00925AA4" w:rsidRDefault="002623B4" w:rsidP="002623B4">
            <w:r w:rsidRPr="00925AA4">
              <w:lastRenderedPageBreak/>
              <w:t>In addition:</w:t>
            </w:r>
            <w:r w:rsidRPr="00925AA4">
              <w:br/>
              <w:t>Red, swollen, and tender gums.</w:t>
            </w:r>
            <w:r w:rsidRPr="00925AA4">
              <w:br/>
              <w:t>Teeth appearing longer than normal due to gum recession.</w:t>
            </w:r>
            <w:r w:rsidRPr="00925AA4">
              <w:br/>
              <w:t>Shifting and separation of the teeth.</w:t>
            </w:r>
            <w:r w:rsidRPr="00925AA4">
              <w:br/>
              <w:t>Bad breath and an unpleasant taste in the mouth.</w:t>
            </w:r>
            <w:r w:rsidRPr="00925AA4">
              <w:br/>
              <w:t>Changes in the fit of dental prostheses in relation to the gums.</w:t>
            </w:r>
          </w:p>
          <w:p w14:paraId="12B68F9E" w14:textId="2BAA3336" w:rsidR="006F0382" w:rsidRPr="00925AA4" w:rsidRDefault="00000000">
            <w:r w:rsidRPr="00925AA4">
              <w:t>______________________________</w:t>
            </w:r>
          </w:p>
        </w:tc>
      </w:tr>
      <w:tr w:rsidR="006F0382" w:rsidRPr="00925AA4" w14:paraId="38392A75" w14:textId="77777777">
        <w:tc>
          <w:tcPr>
            <w:tcW w:w="4320" w:type="dxa"/>
          </w:tcPr>
          <w:p w14:paraId="06AB7444" w14:textId="77777777" w:rsidR="006F0382" w:rsidRPr="00925AA4" w:rsidRDefault="00000000">
            <w:r w:rsidRPr="00925AA4">
              <w:lastRenderedPageBreak/>
              <w:t>________________________________</w:t>
            </w:r>
          </w:p>
        </w:tc>
        <w:tc>
          <w:tcPr>
            <w:tcW w:w="4320" w:type="dxa"/>
          </w:tcPr>
          <w:p w14:paraId="7A981A62" w14:textId="77777777" w:rsidR="006F0382" w:rsidRPr="00925AA4" w:rsidRDefault="00000000">
            <w:r w:rsidRPr="00925AA4">
              <w:t>________________________________</w:t>
            </w:r>
          </w:p>
        </w:tc>
      </w:tr>
    </w:tbl>
    <w:p w14:paraId="4B9C0820" w14:textId="77777777" w:rsidR="005C166D" w:rsidRPr="00925AA4" w:rsidRDefault="005C166D"/>
    <w:p w14:paraId="308E45C0" w14:textId="5EADC644" w:rsidR="006F0382" w:rsidRPr="00925AA4" w:rsidRDefault="00372A24">
      <w:r w:rsidRPr="00925AA4">
        <w:rPr>
          <w:b/>
          <w:bCs/>
        </w:rPr>
        <w:t>Question 3:</w:t>
      </w:r>
      <w:r w:rsidRPr="00925AA4">
        <w:t xml:space="preserve"> </w:t>
      </w:r>
      <w:r w:rsidR="00817E91" w:rsidRPr="00925AA4">
        <w:t xml:space="preserve">Assume the role of a periodontic specialist and provide a precise answer to the following patient question. </w:t>
      </w:r>
      <w:r w:rsidR="00817E91" w:rsidRPr="00925AA4">
        <w:rPr>
          <w:rFonts w:ascii="Times New Roman" w:eastAsia="Times New Roman" w:hAnsi="Times New Roman" w:cs="Times New Roman"/>
          <w:lang w:eastAsia="tr-TR"/>
        </w:rPr>
        <w:t>My gums look too big and my teeth look short. When I smile, you can barely see my teeth, only my gums. I feel embarrassed and try not to smile. Is there any way to improve my smile?</w:t>
      </w:r>
      <w:r w:rsidR="00817E91" w:rsidRPr="00925AA4">
        <w:t xml:space="preserve"> </w:t>
      </w:r>
      <w:r w:rsidRPr="00925AA4">
        <w:br/>
      </w:r>
    </w:p>
    <w:tbl>
      <w:tblPr>
        <w:tblW w:w="0" w:type="auto"/>
        <w:tblLook w:val="04A0" w:firstRow="1" w:lastRow="0" w:firstColumn="1" w:lastColumn="0" w:noHBand="0" w:noVBand="1"/>
      </w:tblPr>
      <w:tblGrid>
        <w:gridCol w:w="4320"/>
        <w:gridCol w:w="4320"/>
      </w:tblGrid>
      <w:tr w:rsidR="006F0382" w:rsidRPr="00925AA4" w14:paraId="1BEC7446" w14:textId="77777777">
        <w:tc>
          <w:tcPr>
            <w:tcW w:w="4320" w:type="dxa"/>
          </w:tcPr>
          <w:p w14:paraId="5D16A9D8" w14:textId="4281F96C" w:rsidR="006F0382" w:rsidRPr="00925AA4" w:rsidRDefault="004A12B8">
            <w:r w:rsidRPr="00925AA4">
              <w:t>Answer A (ChatGPT)</w:t>
            </w:r>
          </w:p>
        </w:tc>
        <w:tc>
          <w:tcPr>
            <w:tcW w:w="4320" w:type="dxa"/>
          </w:tcPr>
          <w:p w14:paraId="497EAE2B" w14:textId="50FBE92D" w:rsidR="006F0382" w:rsidRPr="00925AA4" w:rsidRDefault="004A12B8">
            <w:r w:rsidRPr="00925AA4">
              <w:t>Answer B (Gemini)</w:t>
            </w:r>
          </w:p>
        </w:tc>
      </w:tr>
      <w:tr w:rsidR="006F0382" w:rsidRPr="00925AA4" w14:paraId="1EBACF38" w14:textId="77777777">
        <w:tc>
          <w:tcPr>
            <w:tcW w:w="4320" w:type="dxa"/>
          </w:tcPr>
          <w:p w14:paraId="722FEC37" w14:textId="6EF1B6EB" w:rsidR="00817E91" w:rsidRPr="00925AA4" w:rsidRDefault="00000000" w:rsidP="00817E91">
            <w:r w:rsidRPr="00925AA4">
              <w:t>_</w:t>
            </w:r>
            <w:r w:rsidR="00817E91" w:rsidRPr="00925AA4">
              <w:t xml:space="preserve"> As a periodontic specialist, here’s how I would explain your situation and your options:</w:t>
            </w:r>
          </w:p>
          <w:p w14:paraId="3385E5CE" w14:textId="77777777" w:rsidR="00817E91" w:rsidRPr="00925AA4" w:rsidRDefault="00817E91" w:rsidP="00817E91">
            <w:r w:rsidRPr="00925AA4">
              <w:t>What you’re describing sounds like a “gummy smile”—a condition where too much gum tissue shows when you smile, or your teeth appear shorter than they really are. This can happen for several reasons, including:</w:t>
            </w:r>
          </w:p>
          <w:p w14:paraId="32CDD200" w14:textId="77777777" w:rsidR="00817E91" w:rsidRPr="00925AA4" w:rsidRDefault="00817E91" w:rsidP="00817E91">
            <w:r w:rsidRPr="00925AA4">
              <w:t>Common Causes</w:t>
            </w:r>
          </w:p>
          <w:p w14:paraId="1CFE0C64" w14:textId="77777777" w:rsidR="00817E91" w:rsidRPr="00925AA4" w:rsidRDefault="00817E91" w:rsidP="00817E91">
            <w:r w:rsidRPr="00925AA4">
              <w:t>Excess gum tissue covering the natural length of the teeth</w:t>
            </w:r>
          </w:p>
          <w:p w14:paraId="592E0941" w14:textId="77777777" w:rsidR="00817E91" w:rsidRPr="00925AA4" w:rsidRDefault="00817E91" w:rsidP="00817E91">
            <w:r w:rsidRPr="00925AA4">
              <w:t>Altered passive eruption (the gums never fully receded to their normal position after the teeth erupted)</w:t>
            </w:r>
          </w:p>
          <w:p w14:paraId="5625F3E7" w14:textId="77777777" w:rsidR="00817E91" w:rsidRPr="00925AA4" w:rsidRDefault="00817E91" w:rsidP="00817E91">
            <w:r w:rsidRPr="00925AA4">
              <w:t>Hyperactive upper lip that lifts too high when smiling</w:t>
            </w:r>
          </w:p>
          <w:p w14:paraId="090AD756" w14:textId="77777777" w:rsidR="00817E91" w:rsidRPr="00925AA4" w:rsidRDefault="00817E91" w:rsidP="00817E91">
            <w:r w:rsidRPr="00925AA4">
              <w:t>Vertical maxillary excess (the upper jaw is vertically longer than average)</w:t>
            </w:r>
          </w:p>
          <w:p w14:paraId="7FF3BFBA" w14:textId="77777777" w:rsidR="00817E91" w:rsidRPr="00925AA4" w:rsidRDefault="00817E91" w:rsidP="00817E91">
            <w:r w:rsidRPr="00925AA4">
              <w:t>Treatment Options</w:t>
            </w:r>
          </w:p>
          <w:p w14:paraId="450F3955" w14:textId="77777777" w:rsidR="00817E91" w:rsidRPr="00925AA4" w:rsidRDefault="00817E91" w:rsidP="00817E91">
            <w:r w:rsidRPr="00925AA4">
              <w:t>There are effective ways to improve your smile, and the right one depends on the underlying cause:</w:t>
            </w:r>
          </w:p>
          <w:p w14:paraId="741747F8" w14:textId="77777777" w:rsidR="00817E91" w:rsidRPr="00925AA4" w:rsidRDefault="00817E91" w:rsidP="00817E91">
            <w:r w:rsidRPr="00925AA4">
              <w:lastRenderedPageBreak/>
              <w:t>1. Cosmetic Crown Lengthening (Gum Contouring)</w:t>
            </w:r>
          </w:p>
          <w:p w14:paraId="3C30E9FC" w14:textId="77777777" w:rsidR="00817E91" w:rsidRPr="00925AA4" w:rsidRDefault="00817E91" w:rsidP="00817E91">
            <w:r w:rsidRPr="00925AA4">
              <w:t>Removes excess gum tissue and reshapes the gumline</w:t>
            </w:r>
          </w:p>
          <w:p w14:paraId="3B8D29CF" w14:textId="77777777" w:rsidR="00817E91" w:rsidRPr="00925AA4" w:rsidRDefault="00817E91" w:rsidP="00817E91">
            <w:r w:rsidRPr="00925AA4">
              <w:t>Exposes more of your natural tooth structure</w:t>
            </w:r>
          </w:p>
          <w:p w14:paraId="3189CC0F" w14:textId="77777777" w:rsidR="00817E91" w:rsidRPr="00925AA4" w:rsidRDefault="00817E91" w:rsidP="00817E91">
            <w:r w:rsidRPr="00925AA4">
              <w:t>Usually a minor, predictable, and long-lasting procedure</w:t>
            </w:r>
          </w:p>
          <w:p w14:paraId="0E661778" w14:textId="77777777" w:rsidR="00817E91" w:rsidRPr="00925AA4" w:rsidRDefault="00817E91" w:rsidP="00817E91">
            <w:r w:rsidRPr="00925AA4">
              <w:t>Provides an immediate improvement in tooth length and smile appearance</w:t>
            </w:r>
          </w:p>
          <w:p w14:paraId="7D9F1D06" w14:textId="77777777" w:rsidR="00817E91" w:rsidRPr="00925AA4" w:rsidRDefault="00817E91" w:rsidP="00817E91">
            <w:r w:rsidRPr="00925AA4">
              <w:t>2. Orthodontics + Gum Contouring</w:t>
            </w:r>
          </w:p>
          <w:p w14:paraId="5C29657D" w14:textId="77777777" w:rsidR="00817E91" w:rsidRPr="00925AA4" w:rsidRDefault="00817E91" w:rsidP="00817E91">
            <w:r w:rsidRPr="00925AA4">
              <w:t>If the teeth are in the wrong position, braces or clear aligners combined with periodontal reshaping can improve the smile balance.</w:t>
            </w:r>
          </w:p>
          <w:p w14:paraId="3B27656C" w14:textId="77777777" w:rsidR="00817E91" w:rsidRPr="00925AA4" w:rsidRDefault="00817E91" w:rsidP="00817E91">
            <w:r w:rsidRPr="00925AA4">
              <w:t>3. Botox for a Hyperactive Upper Lip</w:t>
            </w:r>
          </w:p>
          <w:p w14:paraId="716AA11F" w14:textId="77777777" w:rsidR="00817E91" w:rsidRPr="00925AA4" w:rsidRDefault="00817E91" w:rsidP="00817E91">
            <w:r w:rsidRPr="00925AA4">
              <w:t>Helps lower the upper lip so less gum shows</w:t>
            </w:r>
          </w:p>
          <w:p w14:paraId="22B407A4" w14:textId="77777777" w:rsidR="00817E91" w:rsidRPr="00925AA4" w:rsidRDefault="00817E91" w:rsidP="00817E91">
            <w:r w:rsidRPr="00925AA4">
              <w:t>Minimally invasive; results last ~3–4 months</w:t>
            </w:r>
          </w:p>
          <w:p w14:paraId="6F95EF46" w14:textId="77777777" w:rsidR="00817E91" w:rsidRPr="00925AA4" w:rsidRDefault="00817E91" w:rsidP="00817E91">
            <w:r w:rsidRPr="00925AA4">
              <w:t>4. Orthognathic (Jaw) Surgery</w:t>
            </w:r>
          </w:p>
          <w:p w14:paraId="66094252" w14:textId="77777777" w:rsidR="00817E91" w:rsidRPr="00925AA4" w:rsidRDefault="00817E91" w:rsidP="00817E91">
            <w:r w:rsidRPr="00925AA4">
              <w:t>Reserved for severe skeletal causes (vertical maxillary excess)</w:t>
            </w:r>
          </w:p>
          <w:p w14:paraId="0C42213A" w14:textId="77777777" w:rsidR="00817E91" w:rsidRPr="00925AA4" w:rsidRDefault="00817E91" w:rsidP="00817E91">
            <w:r w:rsidRPr="00925AA4">
              <w:t>Provides the most dramatic correction when indicated</w:t>
            </w:r>
          </w:p>
          <w:p w14:paraId="600174F3" w14:textId="77777777" w:rsidR="00817E91" w:rsidRPr="00925AA4" w:rsidRDefault="00817E91" w:rsidP="00817E91">
            <w:r w:rsidRPr="00925AA4">
              <w:t>Typically coordinated with an orthodontist and oral surgeon</w:t>
            </w:r>
          </w:p>
          <w:p w14:paraId="32F08809" w14:textId="77777777" w:rsidR="00817E91" w:rsidRPr="00925AA4" w:rsidRDefault="00817E91" w:rsidP="00817E91">
            <w:r w:rsidRPr="00925AA4">
              <w:t>What to Do Next</w:t>
            </w:r>
          </w:p>
          <w:p w14:paraId="509FA17A" w14:textId="77777777" w:rsidR="00817E91" w:rsidRPr="00925AA4" w:rsidRDefault="00817E91" w:rsidP="00817E91">
            <w:r w:rsidRPr="00925AA4">
              <w:t xml:space="preserve">The best first step is a comprehensive periodontal evaluation. We can measure your gum levels, tooth length, lip movement, and smile dynamics to determine the exact cause. Once we </w:t>
            </w:r>
            <w:r w:rsidRPr="00925AA4">
              <w:lastRenderedPageBreak/>
              <w:t>identify why the gums are prominent, we can tailor the most effective treatment plan.</w:t>
            </w:r>
          </w:p>
          <w:p w14:paraId="1702A7DB" w14:textId="77777777" w:rsidR="00817E91" w:rsidRPr="00925AA4" w:rsidRDefault="00817E91" w:rsidP="00817E91">
            <w:r w:rsidRPr="00925AA4">
              <w:t>The Good News</w:t>
            </w:r>
          </w:p>
          <w:p w14:paraId="5BEE2A90" w14:textId="77777777" w:rsidR="00817E91" w:rsidRPr="00925AA4" w:rsidRDefault="00817E91" w:rsidP="00817E91">
            <w:r w:rsidRPr="00925AA4">
              <w:t>Most patients with a gummy smile see excellent cosmetic improvement, often with minimally invasive procedures like crown lengthening.</w:t>
            </w:r>
          </w:p>
          <w:p w14:paraId="5935744D" w14:textId="138D05CD" w:rsidR="006F0382" w:rsidRPr="00925AA4" w:rsidRDefault="00817E91" w:rsidP="00817E91">
            <w:r w:rsidRPr="00925AA4">
              <w:t>If you want, I can walk you through what the initial exam would involve or what results typically look like.</w:t>
            </w:r>
          </w:p>
        </w:tc>
        <w:tc>
          <w:tcPr>
            <w:tcW w:w="4320" w:type="dxa"/>
          </w:tcPr>
          <w:p w14:paraId="5BC9E59A" w14:textId="587688CE" w:rsidR="003C7183" w:rsidRPr="00925AA4" w:rsidRDefault="003C7183" w:rsidP="003C7183">
            <w:r w:rsidRPr="00925AA4">
              <w:lastRenderedPageBreak/>
              <w:t>Hello. I understand your concern, and I hear how this is affecting your confidence. It sounds like you are describing what is commonly known as a "gummy smile," or excessive gingival display.</w:t>
            </w:r>
          </w:p>
          <w:p w14:paraId="4B7C82D5" w14:textId="566B1E93" w:rsidR="003C7183" w:rsidRPr="00925AA4" w:rsidRDefault="003C7183" w:rsidP="003C7183">
            <w:r w:rsidRPr="00925AA4">
              <w:t>As a periodontic specialist, I can assure you that this is a very common aesthetic issue, and there are highly effective, predictable ways to improve your smile and address your concerns.</w:t>
            </w:r>
          </w:p>
          <w:p w14:paraId="02B3FBED" w14:textId="77777777" w:rsidR="003C7183" w:rsidRPr="00925AA4" w:rsidRDefault="003C7183" w:rsidP="003C7183">
            <w:r w:rsidRPr="00925AA4">
              <w:rPr>
                <w:rFonts w:ascii="Apple Color Emoji" w:hAnsi="Apple Color Emoji" w:cs="Apple Color Emoji"/>
              </w:rPr>
              <w:t>🦷</w:t>
            </w:r>
            <w:r w:rsidRPr="00925AA4">
              <w:t xml:space="preserve"> Addressing the "Gummy Smile" (Excessive Gingival Display)</w:t>
            </w:r>
          </w:p>
          <w:p w14:paraId="674214A7" w14:textId="6680E223" w:rsidR="003C7183" w:rsidRPr="00925AA4" w:rsidRDefault="003C7183" w:rsidP="003C7183">
            <w:r w:rsidRPr="00925AA4">
              <w:t>When the gums cover a significant portion of the tooth crown, making the teeth appear short, the primary treatment is usually a procedure called Crown Lengthening.</w:t>
            </w:r>
          </w:p>
          <w:p w14:paraId="63C4A77A" w14:textId="797058C4" w:rsidR="003C7183" w:rsidRPr="00925AA4" w:rsidRDefault="003C7183" w:rsidP="003C7183">
            <w:r w:rsidRPr="00925AA4">
              <w:t>1. The Definitive Treatment: Crown Lengthening</w:t>
            </w:r>
          </w:p>
          <w:p w14:paraId="33CF9C2B" w14:textId="660A414D" w:rsidR="003C7183" w:rsidRPr="00925AA4" w:rsidRDefault="003C7183" w:rsidP="003C7183">
            <w:r w:rsidRPr="00925AA4">
              <w:t>Crown lengthening is a relatively routine periodontal procedure designed to reshape the gum tissue and, often, the underlying bone, to expose more of the natural tooth structure.</w:t>
            </w:r>
          </w:p>
          <w:p w14:paraId="25B843D1" w14:textId="3278089B" w:rsidR="003C7183" w:rsidRPr="00925AA4" w:rsidRDefault="003C7183" w:rsidP="003C7183">
            <w:r w:rsidRPr="00925AA4">
              <w:lastRenderedPageBreak/>
              <w:t>How it Works: The procedure involves precisely removing the excess gum tissue to reveal the full, correct length of your tooth crowns. This effectively "lengthens" the appearance of your teeth and reduces the amount of gum visible when you smile.</w:t>
            </w:r>
          </w:p>
          <w:p w14:paraId="2BF233EE" w14:textId="4DBD31F7" w:rsidR="003C7183" w:rsidRPr="00925AA4" w:rsidRDefault="003C7183" w:rsidP="003C7183">
            <w:r w:rsidRPr="00925AA4">
              <w:t>The Goal: To establish a biologically sound and aesthetically pleasing relationship between the gum tissue, the underlying bone, and the teeth. We aim for a natural contour where the gums frame the teeth beautifully.</w:t>
            </w:r>
          </w:p>
          <w:p w14:paraId="0A4CFB3D" w14:textId="6E329CEE" w:rsidR="003C7183" w:rsidRPr="00925AA4" w:rsidRDefault="003C7183" w:rsidP="003C7183">
            <w:r w:rsidRPr="00925AA4">
              <w:t>Outcome: The result is a more balanced smile, with teeth that appear longer and gums that are less prominent. The results are permanent.</w:t>
            </w:r>
          </w:p>
          <w:p w14:paraId="6114A901" w14:textId="26BB4C40" w:rsidR="003C7183" w:rsidRPr="00925AA4" w:rsidRDefault="003C7183" w:rsidP="003C7183">
            <w:r w:rsidRPr="00925AA4">
              <w:t>2. Other Potential Contributing Factors and Treatments</w:t>
            </w:r>
          </w:p>
          <w:p w14:paraId="72321ADD" w14:textId="7A68FB67" w:rsidR="003C7183" w:rsidRPr="00925AA4" w:rsidRDefault="003C7183" w:rsidP="003C7183">
            <w:r w:rsidRPr="00925AA4">
              <w:t>While crown lengthening is the most direct solution for many cases, a gummy smile can sometimes be caused or influenced by other factors that we would need to evaluate in a comprehensive examination:</w:t>
            </w:r>
          </w:p>
          <w:p w14:paraId="5F2AA52C" w14:textId="28819B8D" w:rsidR="003C7183" w:rsidRPr="00925AA4" w:rsidRDefault="003C7183" w:rsidP="003C7183">
            <w:r w:rsidRPr="00925AA4">
              <w:t>Altered Passive Eruption: This is a common cause where the gum tissue simply failed to recede properly during tooth development, leaving too much gum covering the enamel. Crown lengthening directly corrects this.</w:t>
            </w:r>
          </w:p>
          <w:p w14:paraId="2814B35D" w14:textId="0F3930BD" w:rsidR="003C7183" w:rsidRPr="00925AA4" w:rsidRDefault="003C7183" w:rsidP="003C7183">
            <w:r w:rsidRPr="00925AA4">
              <w:t>Lip Hyperactivity (Hypermobile Lip): Sometimes, the lip muscle is too strong and pulls the upper lip too high when you smile. If this is a major factor, treatments like a lip repositioning procedure or temporary, non-surgical treatment with a neuromodulator (like BOTOX) may be considered to restrict the muscle's movement.</w:t>
            </w:r>
          </w:p>
          <w:p w14:paraId="37493EE7" w14:textId="200F8533" w:rsidR="003C7183" w:rsidRPr="00925AA4" w:rsidRDefault="003C7183" w:rsidP="003C7183">
            <w:r w:rsidRPr="00925AA4">
              <w:lastRenderedPageBreak/>
              <w:t xml:space="preserve">Excessive Vertical Maxillary Growth: In rare, severe cases where the upper </w:t>
            </w:r>
            <w:proofErr w:type="gramStart"/>
            <w:r w:rsidRPr="00925AA4">
              <w:t>jaw bone</w:t>
            </w:r>
            <w:proofErr w:type="gramEnd"/>
            <w:r w:rsidRPr="00925AA4">
              <w:t xml:space="preserve"> itself is too long, Orthognathic Surgery (jaw surgery) may be required. However, this is usually reserved for the most complex cases and is not typically the first line of treatment.</w:t>
            </w:r>
          </w:p>
          <w:p w14:paraId="40CD7604" w14:textId="24245753" w:rsidR="003C7183" w:rsidRPr="00925AA4" w:rsidRDefault="003C7183" w:rsidP="003C7183">
            <w:r w:rsidRPr="00925AA4">
              <w:rPr>
                <w:rFonts w:ascii="Apple Color Emoji" w:hAnsi="Apple Color Emoji" w:cs="Apple Color Emoji"/>
              </w:rPr>
              <w:t>📝</w:t>
            </w:r>
            <w:r w:rsidRPr="00925AA4">
              <w:t xml:space="preserve"> Next Steps: What We Need to Do</w:t>
            </w:r>
          </w:p>
          <w:p w14:paraId="091AC052" w14:textId="2136DA6E" w:rsidR="003C7183" w:rsidRPr="00925AA4" w:rsidRDefault="003C7183" w:rsidP="003C7183">
            <w:r w:rsidRPr="00925AA4">
              <w:t>To provide you with a precise treatment plan, the first step is a comprehensive periodontal and aesthetic examination.</w:t>
            </w:r>
          </w:p>
          <w:p w14:paraId="4C68C32C" w14:textId="5066682E" w:rsidR="003C7183" w:rsidRPr="00925AA4" w:rsidRDefault="003C7183" w:rsidP="003C7183">
            <w:r w:rsidRPr="00925AA4">
              <w:t>Clinical Assessment: I will measure the exact amount of gum tissue, the length of your tooth crowns, the bone levels around your teeth, and evaluate your lip line and muscle function when you smile.</w:t>
            </w:r>
          </w:p>
          <w:p w14:paraId="25D0689F" w14:textId="03B78BB9" w:rsidR="003C7183" w:rsidRPr="00925AA4" w:rsidRDefault="003C7183" w:rsidP="003C7183">
            <w:r w:rsidRPr="00925AA4">
              <w:t>Imaging: We will likely take X-rays (radiographs) to visualize the position of the bone supporting your teeth, as this is crucial for planning the crown lengthening procedure.</w:t>
            </w:r>
          </w:p>
          <w:p w14:paraId="0BD1062D" w14:textId="3377F7F9" w:rsidR="003C7183" w:rsidRPr="00925AA4" w:rsidRDefault="003C7183" w:rsidP="003C7183">
            <w:r w:rsidRPr="00925AA4">
              <w:t>Diagnosis and Planning: Based on this information, I can definitively determine the cause of your gummy smile and recommend the most effective and least invasive procedure to achieve the beautiful, confident smile you are looking for.</w:t>
            </w:r>
          </w:p>
          <w:p w14:paraId="72BB83C3" w14:textId="37ABDC54" w:rsidR="006F0382" w:rsidRPr="00925AA4" w:rsidRDefault="003C7183" w:rsidP="003C7183">
            <w:r w:rsidRPr="00925AA4">
              <w:t>Would you like me to find out how to schedule a full consultation and examination to discuss your specific case?</w:t>
            </w:r>
          </w:p>
        </w:tc>
      </w:tr>
      <w:tr w:rsidR="006F0382" w:rsidRPr="00925AA4" w14:paraId="3B257196" w14:textId="77777777">
        <w:tc>
          <w:tcPr>
            <w:tcW w:w="4320" w:type="dxa"/>
          </w:tcPr>
          <w:p w14:paraId="7FAC6916" w14:textId="77777777" w:rsidR="006F0382" w:rsidRPr="00925AA4" w:rsidRDefault="00000000">
            <w:r w:rsidRPr="00925AA4">
              <w:lastRenderedPageBreak/>
              <w:t>________________________________</w:t>
            </w:r>
          </w:p>
        </w:tc>
        <w:tc>
          <w:tcPr>
            <w:tcW w:w="4320" w:type="dxa"/>
          </w:tcPr>
          <w:p w14:paraId="144877B7" w14:textId="77777777" w:rsidR="006F0382" w:rsidRPr="00925AA4" w:rsidRDefault="00000000">
            <w:r w:rsidRPr="00925AA4">
              <w:t>________________________________</w:t>
            </w:r>
          </w:p>
        </w:tc>
      </w:tr>
    </w:tbl>
    <w:p w14:paraId="144A3528"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7F103D5A" w14:textId="77777777">
        <w:tc>
          <w:tcPr>
            <w:tcW w:w="4320" w:type="dxa"/>
          </w:tcPr>
          <w:p w14:paraId="7DE60390" w14:textId="541B1476" w:rsidR="006F0382" w:rsidRPr="00925AA4" w:rsidRDefault="004A12B8">
            <w:r w:rsidRPr="00925AA4">
              <w:t>Answer C (Claude)</w:t>
            </w:r>
          </w:p>
        </w:tc>
        <w:tc>
          <w:tcPr>
            <w:tcW w:w="4320" w:type="dxa"/>
          </w:tcPr>
          <w:p w14:paraId="7C23A8D0" w14:textId="5828AB1A" w:rsidR="006F0382" w:rsidRPr="00925AA4" w:rsidRDefault="004A12B8">
            <w:r w:rsidRPr="00925AA4">
              <w:t>Answer D (</w:t>
            </w:r>
            <w:r w:rsidR="005C166D" w:rsidRPr="00925AA4">
              <w:t>Expert</w:t>
            </w:r>
            <w:r w:rsidRPr="00925AA4">
              <w:t>)</w:t>
            </w:r>
          </w:p>
        </w:tc>
      </w:tr>
      <w:tr w:rsidR="006F0382" w:rsidRPr="00925AA4" w14:paraId="68ECC224" w14:textId="77777777">
        <w:tc>
          <w:tcPr>
            <w:tcW w:w="4320" w:type="dxa"/>
          </w:tcPr>
          <w:p w14:paraId="233EBB08" w14:textId="77777777" w:rsidR="003D76D2" w:rsidRPr="00925AA4" w:rsidRDefault="003D76D2" w:rsidP="003D76D2">
            <w:r w:rsidRPr="00925AA4">
              <w:t>As a periodontic specialist, I can certainly help you with this concern.</w:t>
            </w:r>
          </w:p>
          <w:p w14:paraId="3899D83B" w14:textId="77777777" w:rsidR="003D76D2" w:rsidRPr="00925AA4" w:rsidRDefault="003D76D2" w:rsidP="003D76D2">
            <w:r w:rsidRPr="00925AA4">
              <w:lastRenderedPageBreak/>
              <w:t xml:space="preserve">What you're describing sounds like a condition we call "gummy smile" or excessive gingival display. This is a common aesthetic concern where the gums appear more prominent than desired, making the teeth appear shorter than they </w:t>
            </w:r>
            <w:proofErr w:type="gramStart"/>
            <w:r w:rsidRPr="00925AA4">
              <w:t>actually are</w:t>
            </w:r>
            <w:proofErr w:type="gramEnd"/>
            <w:r w:rsidRPr="00925AA4">
              <w:t>.</w:t>
            </w:r>
          </w:p>
          <w:p w14:paraId="01091D5D" w14:textId="77777777" w:rsidR="003D76D2" w:rsidRPr="00925AA4" w:rsidRDefault="003D76D2" w:rsidP="003D76D2">
            <w:r w:rsidRPr="00925AA4">
              <w:t>The good news is that this is treatable. The most appropriate solution depends on the underlying cause, which could include:</w:t>
            </w:r>
          </w:p>
          <w:p w14:paraId="55B828AA" w14:textId="77777777" w:rsidR="003D76D2" w:rsidRPr="00925AA4" w:rsidRDefault="003D76D2" w:rsidP="003D76D2"/>
          <w:p w14:paraId="14FCDE39" w14:textId="77777777" w:rsidR="003D76D2" w:rsidRPr="00925AA4" w:rsidRDefault="003D76D2" w:rsidP="003D76D2">
            <w:r w:rsidRPr="00925AA4">
              <w:t>Excess gum tissue covering your teeth (altered passive eruption)</w:t>
            </w:r>
          </w:p>
          <w:p w14:paraId="43E5F531" w14:textId="77777777" w:rsidR="003D76D2" w:rsidRPr="00925AA4" w:rsidRDefault="003D76D2" w:rsidP="003D76D2">
            <w:r w:rsidRPr="00925AA4">
              <w:t>Hyperactive upper lip that lifts too high when you smile</w:t>
            </w:r>
          </w:p>
          <w:p w14:paraId="67FC3363" w14:textId="77777777" w:rsidR="003D76D2" w:rsidRPr="00925AA4" w:rsidRDefault="003D76D2" w:rsidP="003D76D2">
            <w:r w:rsidRPr="00925AA4">
              <w:t xml:space="preserve">Vertical maxillary excess (overgrowth of the upper </w:t>
            </w:r>
            <w:proofErr w:type="gramStart"/>
            <w:r w:rsidRPr="00925AA4">
              <w:t>jaw bone</w:t>
            </w:r>
            <w:proofErr w:type="gramEnd"/>
            <w:r w:rsidRPr="00925AA4">
              <w:t>)</w:t>
            </w:r>
          </w:p>
          <w:p w14:paraId="514C4DF5" w14:textId="77777777" w:rsidR="003D76D2" w:rsidRPr="00925AA4" w:rsidRDefault="003D76D2" w:rsidP="003D76D2">
            <w:r w:rsidRPr="00925AA4">
              <w:t>A combination of factors</w:t>
            </w:r>
          </w:p>
          <w:p w14:paraId="7757868B" w14:textId="77777777" w:rsidR="003D76D2" w:rsidRPr="00925AA4" w:rsidRDefault="003D76D2" w:rsidP="003D76D2"/>
          <w:p w14:paraId="73D17AD4" w14:textId="77777777" w:rsidR="003D76D2" w:rsidRPr="00925AA4" w:rsidRDefault="003D76D2" w:rsidP="003D76D2">
            <w:r w:rsidRPr="00925AA4">
              <w:t>Treatment options I can offer include:</w:t>
            </w:r>
          </w:p>
          <w:p w14:paraId="46620C47" w14:textId="77777777" w:rsidR="003D76D2" w:rsidRPr="00925AA4" w:rsidRDefault="003D76D2" w:rsidP="003D76D2">
            <w:r w:rsidRPr="00925AA4">
              <w:t>Crown lengthening surgery is often the most effective periodontal solution. This procedure involves recontouring the gum tissue and sometimes a small amount of bone to expose more of your natural tooth structure. It's performed under local anesthesia, and most patients heal within 1-2 weeks with excellent, permanent results.</w:t>
            </w:r>
          </w:p>
          <w:p w14:paraId="3A7DE3F9" w14:textId="77777777" w:rsidR="003D76D2" w:rsidRPr="00925AA4" w:rsidRDefault="003D76D2" w:rsidP="003D76D2">
            <w:r w:rsidRPr="00925AA4">
              <w:t>Lip repositioning surgery may be recommended if your upper lip is hyperactive, which limits how high it rises when you smile.</w:t>
            </w:r>
          </w:p>
          <w:p w14:paraId="0A9F9BAE" w14:textId="77777777" w:rsidR="003D76D2" w:rsidRPr="00925AA4" w:rsidRDefault="003D76D2" w:rsidP="003D76D2">
            <w:r w:rsidRPr="00925AA4">
              <w:t xml:space="preserve">For more complex cases involving the </w:t>
            </w:r>
            <w:proofErr w:type="gramStart"/>
            <w:r w:rsidRPr="00925AA4">
              <w:t>jaw bone</w:t>
            </w:r>
            <w:proofErr w:type="gramEnd"/>
            <w:r w:rsidRPr="00925AA4">
              <w:t xml:space="preserve">, I would coordinate with an oral </w:t>
            </w:r>
            <w:r w:rsidRPr="00925AA4">
              <w:lastRenderedPageBreak/>
              <w:t>surgeon or orthodontist for comprehensive treatment.</w:t>
            </w:r>
          </w:p>
          <w:p w14:paraId="2D0EA766" w14:textId="28241BFC" w:rsidR="006F0382" w:rsidRPr="00925AA4" w:rsidRDefault="003D76D2" w:rsidP="003D76D2">
            <w:r w:rsidRPr="00925AA4">
              <w:t xml:space="preserve">I'd recommend scheduling a consultation where I can examine your teeth, gums, and smile dynamics. We'll take measurements, possibly some photographs, and create a personalized treatment plan. This condition is very correctable, and you shouldn't have to hide your smile any </w:t>
            </w:r>
            <w:proofErr w:type="gramStart"/>
            <w:r w:rsidRPr="00925AA4">
              <w:t>longer._</w:t>
            </w:r>
            <w:proofErr w:type="gramEnd"/>
            <w:r w:rsidRPr="00925AA4">
              <w:t>_______________________________</w:t>
            </w:r>
          </w:p>
        </w:tc>
        <w:tc>
          <w:tcPr>
            <w:tcW w:w="4320" w:type="dxa"/>
          </w:tcPr>
          <w:p w14:paraId="36D79CC2" w14:textId="77777777" w:rsidR="002623B4" w:rsidRPr="00925AA4" w:rsidRDefault="002623B4" w:rsidP="002623B4">
            <w:r w:rsidRPr="00925AA4">
              <w:lastRenderedPageBreak/>
              <w:t xml:space="preserve">Yes, there may be a way to correct this. The condition you described resembles what is </w:t>
            </w:r>
            <w:r w:rsidRPr="00925AA4">
              <w:lastRenderedPageBreak/>
              <w:t>known as a “gummy smile,” which is characterized by excessive gingival display.</w:t>
            </w:r>
          </w:p>
          <w:p w14:paraId="08A591E0" w14:textId="77777777" w:rsidR="002623B4" w:rsidRPr="00925AA4" w:rsidRDefault="002623B4" w:rsidP="002623B4">
            <w:r w:rsidRPr="00925AA4">
              <w:t>Excess gingival tissue can be removed through crown lengthening procedures to create a new tooth–gum margin.</w:t>
            </w:r>
          </w:p>
          <w:p w14:paraId="52D9F838" w14:textId="77777777" w:rsidR="002623B4" w:rsidRPr="00925AA4" w:rsidRDefault="002623B4" w:rsidP="002623B4">
            <w:r w:rsidRPr="00925AA4">
              <w:t>Additionally, your periodontology specialist may recommend complementary aesthetic treatments such as botulinum toxin (Botox) applications or dental crowns.</w:t>
            </w:r>
          </w:p>
          <w:p w14:paraId="0F145EE1" w14:textId="77777777" w:rsidR="002623B4" w:rsidRPr="00925AA4" w:rsidRDefault="002623B4" w:rsidP="002623B4">
            <w:r w:rsidRPr="00925AA4">
              <w:t>In some cases, since the positions of the teeth may need to be corrected, a multidisciplinary approach involving orthodontic, surgical, and restorative treatments may be required.</w:t>
            </w:r>
          </w:p>
          <w:p w14:paraId="1B888BBF" w14:textId="77777777" w:rsidR="002623B4" w:rsidRPr="00925AA4" w:rsidRDefault="002623B4" w:rsidP="002623B4">
            <w:r w:rsidRPr="00925AA4">
              <w:t>In certain situations, lip repositioning surgery or, in more advanced cases, corrective jaw surgery may be necessary.</w:t>
            </w:r>
          </w:p>
          <w:p w14:paraId="6065E617" w14:textId="77777777" w:rsidR="002623B4" w:rsidRPr="00925AA4" w:rsidRDefault="002623B4" w:rsidP="002623B4">
            <w:r w:rsidRPr="00925AA4">
              <w:t>Finally, the treatment of a gummy smile is entirely individualized. I recommend that you consult a periodontology specialist to develop a treatment plan appropriate for your condition.</w:t>
            </w:r>
          </w:p>
          <w:p w14:paraId="2638B7B8" w14:textId="77777777" w:rsidR="006F0382" w:rsidRPr="00925AA4" w:rsidRDefault="00000000">
            <w:r w:rsidRPr="00925AA4">
              <w:t>________________________________</w:t>
            </w:r>
          </w:p>
        </w:tc>
      </w:tr>
    </w:tbl>
    <w:p w14:paraId="14F932F3" w14:textId="19B45A45" w:rsidR="006F0382" w:rsidRPr="00925AA4" w:rsidRDefault="00372A24" w:rsidP="005C166D">
      <w:r w:rsidRPr="00925AA4">
        <w:rPr>
          <w:b/>
          <w:bCs/>
          <w:color w:val="000000" w:themeColor="text1"/>
        </w:rPr>
        <w:lastRenderedPageBreak/>
        <w:t>Question 4:</w:t>
      </w:r>
      <w:r w:rsidRPr="00925AA4">
        <w:rPr>
          <w:color w:val="000000" w:themeColor="text1"/>
        </w:rPr>
        <w:t xml:space="preserve"> </w:t>
      </w:r>
      <w:r w:rsidR="00817E91" w:rsidRPr="00925AA4">
        <w:rPr>
          <w:color w:val="000000" w:themeColor="text1"/>
        </w:rPr>
        <w:t>Assume the role of a periodontic specialist and provide a precise answer to the following patient question. My teeth feel loose and I’m very worried. Can these teeth be saved with treatment, or do they need to be extracted?</w:t>
      </w:r>
      <w:r w:rsidRPr="00925AA4">
        <w:rPr>
          <w:color w:val="000000" w:themeColor="text1"/>
        </w:rPr>
        <w:t xml:space="preserve"> </w:t>
      </w:r>
      <w:r w:rsidRPr="00925AA4">
        <w:br/>
      </w:r>
    </w:p>
    <w:tbl>
      <w:tblPr>
        <w:tblW w:w="0" w:type="auto"/>
        <w:tblLook w:val="04A0" w:firstRow="1" w:lastRow="0" w:firstColumn="1" w:lastColumn="0" w:noHBand="0" w:noVBand="1"/>
      </w:tblPr>
      <w:tblGrid>
        <w:gridCol w:w="4320"/>
        <w:gridCol w:w="4320"/>
      </w:tblGrid>
      <w:tr w:rsidR="006F0382" w:rsidRPr="00925AA4" w14:paraId="3C747FDC" w14:textId="77777777">
        <w:tc>
          <w:tcPr>
            <w:tcW w:w="4320" w:type="dxa"/>
          </w:tcPr>
          <w:p w14:paraId="37243E8A" w14:textId="25F6A1C8" w:rsidR="006F0382" w:rsidRPr="00925AA4" w:rsidRDefault="004A12B8">
            <w:r w:rsidRPr="00925AA4">
              <w:t>Answer A (ChatGPT)</w:t>
            </w:r>
          </w:p>
        </w:tc>
        <w:tc>
          <w:tcPr>
            <w:tcW w:w="4320" w:type="dxa"/>
          </w:tcPr>
          <w:p w14:paraId="047FF8B2" w14:textId="72174681" w:rsidR="006F0382" w:rsidRPr="00925AA4" w:rsidRDefault="004A12B8">
            <w:r w:rsidRPr="00925AA4">
              <w:t>Answer B (Gemini)</w:t>
            </w:r>
          </w:p>
        </w:tc>
      </w:tr>
      <w:tr w:rsidR="006F0382" w:rsidRPr="00925AA4" w14:paraId="0BAFF931" w14:textId="77777777">
        <w:tc>
          <w:tcPr>
            <w:tcW w:w="4320" w:type="dxa"/>
          </w:tcPr>
          <w:p w14:paraId="159CACB7" w14:textId="715942D3" w:rsidR="00817E91" w:rsidRPr="00925AA4" w:rsidRDefault="00000000" w:rsidP="00817E91">
            <w:r w:rsidRPr="00925AA4">
              <w:t>_</w:t>
            </w:r>
            <w:r w:rsidR="00817E91" w:rsidRPr="00925AA4">
              <w:t xml:space="preserve"> As a periodontic specialist, here’s how I would explain it to you:</w:t>
            </w:r>
          </w:p>
          <w:p w14:paraId="369A9C1B" w14:textId="77777777" w:rsidR="00817E91" w:rsidRPr="00925AA4" w:rsidRDefault="00817E91" w:rsidP="00817E91">
            <w:r w:rsidRPr="00925AA4">
              <w:t>Feeling that your teeth are loose is understandably alarming, but loose teeth do not automatically mean they must be extracted. Whether they can be saved depends on what’s causing the mobility and how advanced the problem is. In many cases, teeth can be stabilized with appropriate treatment.</w:t>
            </w:r>
          </w:p>
          <w:p w14:paraId="6463976A" w14:textId="77777777" w:rsidR="00817E91" w:rsidRPr="00925AA4" w:rsidRDefault="00817E91" w:rsidP="00817E91">
            <w:r w:rsidRPr="00925AA4">
              <w:t>Common Reasons Teeth Become Loose</w:t>
            </w:r>
          </w:p>
          <w:p w14:paraId="5BB4B504" w14:textId="77777777" w:rsidR="00817E91" w:rsidRPr="00925AA4" w:rsidRDefault="00817E91" w:rsidP="00817E91">
            <w:r w:rsidRPr="00925AA4">
              <w:t>Gum disease (periodontitis) – The most frequent cause. Infection leads to loss of the bone that supports the teeth.</w:t>
            </w:r>
          </w:p>
          <w:p w14:paraId="3E914FCB" w14:textId="77777777" w:rsidR="00817E91" w:rsidRPr="00925AA4" w:rsidRDefault="00817E91" w:rsidP="00817E91">
            <w:r w:rsidRPr="00925AA4">
              <w:t>Trauma or heavy bite forces – Grinding, clenching, or a misaligned bite can overload teeth.</w:t>
            </w:r>
          </w:p>
          <w:p w14:paraId="67AEE374" w14:textId="77777777" w:rsidR="00817E91" w:rsidRPr="00925AA4" w:rsidRDefault="00817E91" w:rsidP="00817E91">
            <w:r w:rsidRPr="00925AA4">
              <w:t>Acute infection or abscess – Can temporarily loosen a tooth.</w:t>
            </w:r>
          </w:p>
          <w:p w14:paraId="3B58C8A2" w14:textId="77777777" w:rsidR="00817E91" w:rsidRPr="00925AA4" w:rsidRDefault="00817E91" w:rsidP="00817E91">
            <w:r w:rsidRPr="00925AA4">
              <w:lastRenderedPageBreak/>
              <w:t>Systemic factors – Such as diabetes or smoking, which slow healing and worsen bone loss.</w:t>
            </w:r>
          </w:p>
          <w:p w14:paraId="5815D37B" w14:textId="77777777" w:rsidR="00817E91" w:rsidRPr="00925AA4" w:rsidRDefault="00817E91" w:rsidP="00817E91">
            <w:r w:rsidRPr="00925AA4">
              <w:t>Can the Teeth Be Saved?</w:t>
            </w:r>
          </w:p>
          <w:p w14:paraId="585EED59" w14:textId="77777777" w:rsidR="00817E91" w:rsidRPr="00925AA4" w:rsidRDefault="00817E91" w:rsidP="00817E91">
            <w:r w:rsidRPr="00925AA4">
              <w:t>Often, yes, especially if treated promptly. We look at:</w:t>
            </w:r>
          </w:p>
          <w:p w14:paraId="4CC45D1A" w14:textId="77777777" w:rsidR="00817E91" w:rsidRPr="00925AA4" w:rsidRDefault="00817E91" w:rsidP="00817E91">
            <w:r w:rsidRPr="00925AA4">
              <w:t>How much bone support remains around the tooth</w:t>
            </w:r>
          </w:p>
          <w:p w14:paraId="24348C42" w14:textId="77777777" w:rsidR="00817E91" w:rsidRPr="00925AA4" w:rsidRDefault="00817E91" w:rsidP="00817E91">
            <w:r w:rsidRPr="00925AA4">
              <w:t>Whether the tooth is still functionally stable</w:t>
            </w:r>
          </w:p>
          <w:p w14:paraId="0EF58357" w14:textId="77777777" w:rsidR="00817E91" w:rsidRPr="00925AA4" w:rsidRDefault="00817E91" w:rsidP="00817E91">
            <w:r w:rsidRPr="00925AA4">
              <w:t>Whether the cause (infection, bite issues, inflammation) can be controlled</w:t>
            </w:r>
          </w:p>
          <w:p w14:paraId="7BBC5F64" w14:textId="77777777" w:rsidR="00817E91" w:rsidRPr="00925AA4" w:rsidRDefault="00817E91" w:rsidP="00817E91">
            <w:r w:rsidRPr="00925AA4">
              <w:t>Treatments That May Save Loose Teeth</w:t>
            </w:r>
          </w:p>
          <w:p w14:paraId="04A487C7" w14:textId="77777777" w:rsidR="00817E91" w:rsidRPr="00925AA4" w:rsidRDefault="00817E91" w:rsidP="00817E91">
            <w:r w:rsidRPr="00925AA4">
              <w:t>Deep cleaning (scaling and root planing): Removes infection and reduces inflammation.</w:t>
            </w:r>
          </w:p>
          <w:p w14:paraId="36F987EE" w14:textId="77777777" w:rsidR="00817E91" w:rsidRPr="00925AA4" w:rsidRDefault="00817E91" w:rsidP="00817E91">
            <w:r w:rsidRPr="00925AA4">
              <w:t>Periodontal surgery / regenerative therapy: In some cases, we can rebuild lost support.</w:t>
            </w:r>
          </w:p>
          <w:p w14:paraId="1DE07680" w14:textId="77777777" w:rsidR="00817E91" w:rsidRPr="00925AA4" w:rsidRDefault="00817E91" w:rsidP="00817E91">
            <w:r w:rsidRPr="00925AA4">
              <w:t>Splinting: Linking loose teeth together to make them more stable.</w:t>
            </w:r>
          </w:p>
          <w:p w14:paraId="472ED974" w14:textId="77777777" w:rsidR="00817E91" w:rsidRPr="00925AA4" w:rsidRDefault="00817E91" w:rsidP="00817E91">
            <w:r w:rsidRPr="00925AA4">
              <w:t>Bite adjustment or nightguard: If grinding or trauma is contributing.</w:t>
            </w:r>
          </w:p>
          <w:p w14:paraId="6B58FF85" w14:textId="77777777" w:rsidR="00817E91" w:rsidRPr="00925AA4" w:rsidRDefault="00817E91" w:rsidP="00817E91">
            <w:r w:rsidRPr="00925AA4">
              <w:t>Antibiotic or antimicrobial therapy: When infection is significant.</w:t>
            </w:r>
          </w:p>
          <w:p w14:paraId="504F7CFD" w14:textId="77777777" w:rsidR="00817E91" w:rsidRPr="00925AA4" w:rsidRDefault="00817E91" w:rsidP="00817E91">
            <w:r w:rsidRPr="00925AA4">
              <w:t>When Extraction Is Necessary</w:t>
            </w:r>
          </w:p>
          <w:p w14:paraId="147AD080" w14:textId="77777777" w:rsidR="00817E91" w:rsidRPr="00925AA4" w:rsidRDefault="00817E91" w:rsidP="00817E91">
            <w:r w:rsidRPr="00925AA4">
              <w:t>Extraction is only recommended when:</w:t>
            </w:r>
          </w:p>
          <w:p w14:paraId="469D8921" w14:textId="77777777" w:rsidR="00817E91" w:rsidRPr="00925AA4" w:rsidRDefault="00817E91" w:rsidP="00817E91">
            <w:r w:rsidRPr="00925AA4">
              <w:t>The tooth has severe bone loss and can no longer function</w:t>
            </w:r>
          </w:p>
          <w:p w14:paraId="24A28D88" w14:textId="77777777" w:rsidR="00817E91" w:rsidRPr="00925AA4" w:rsidRDefault="00817E91" w:rsidP="00817E91">
            <w:r w:rsidRPr="00925AA4">
              <w:t>The mobility is grade III (moves in multiple directions and vertically)</w:t>
            </w:r>
          </w:p>
          <w:p w14:paraId="0B1C6C62" w14:textId="77777777" w:rsidR="00817E91" w:rsidRPr="00925AA4" w:rsidRDefault="00817E91" w:rsidP="00817E91">
            <w:r w:rsidRPr="00925AA4">
              <w:t>Infection cannot be controlled</w:t>
            </w:r>
          </w:p>
          <w:p w14:paraId="5C769423" w14:textId="77777777" w:rsidR="00817E91" w:rsidRPr="00925AA4" w:rsidRDefault="00817E91" w:rsidP="00817E91">
            <w:r w:rsidRPr="00925AA4">
              <w:lastRenderedPageBreak/>
              <w:t>Saving the tooth would not lead to a predictable, healthy long-term outcome</w:t>
            </w:r>
          </w:p>
          <w:p w14:paraId="4C1DE6D2" w14:textId="77777777" w:rsidR="00817E91" w:rsidRPr="00925AA4" w:rsidRDefault="00817E91" w:rsidP="00817E91">
            <w:r w:rsidRPr="00925AA4">
              <w:t>What You Should Do Now</w:t>
            </w:r>
          </w:p>
          <w:p w14:paraId="322CD38B" w14:textId="77777777" w:rsidR="00817E91" w:rsidRPr="00925AA4" w:rsidRDefault="00817E91" w:rsidP="00817E91">
            <w:r w:rsidRPr="00925AA4">
              <w:t>The next step is a full periodontal exam, including:</w:t>
            </w:r>
          </w:p>
          <w:p w14:paraId="7CBC3962" w14:textId="77777777" w:rsidR="00817E91" w:rsidRPr="00925AA4" w:rsidRDefault="00817E91" w:rsidP="00817E91">
            <w:r w:rsidRPr="00925AA4">
              <w:t>Pocket measurements</w:t>
            </w:r>
          </w:p>
          <w:p w14:paraId="5BF26627" w14:textId="77777777" w:rsidR="00817E91" w:rsidRPr="00925AA4" w:rsidRDefault="00817E91" w:rsidP="00817E91">
            <w:r w:rsidRPr="00925AA4">
              <w:t>Mobility grading</w:t>
            </w:r>
          </w:p>
          <w:p w14:paraId="7D45C240" w14:textId="77777777" w:rsidR="00817E91" w:rsidRPr="00925AA4" w:rsidRDefault="00817E91" w:rsidP="00817E91">
            <w:r w:rsidRPr="00925AA4">
              <w:t>X-rays to assess bone levels</w:t>
            </w:r>
          </w:p>
          <w:p w14:paraId="783A1A84" w14:textId="77777777" w:rsidR="00817E91" w:rsidRPr="00925AA4" w:rsidRDefault="00817E91" w:rsidP="00817E91">
            <w:r w:rsidRPr="00925AA4">
              <w:t>With this information, we can determine whether your teeth can be predictably saved—and in many cases, they can.</w:t>
            </w:r>
          </w:p>
          <w:p w14:paraId="68183129" w14:textId="77777777" w:rsidR="00817E91" w:rsidRPr="00925AA4" w:rsidRDefault="00817E91" w:rsidP="00817E91">
            <w:r w:rsidRPr="00925AA4">
              <w:t>If you’d like, you can tell me:</w:t>
            </w:r>
          </w:p>
          <w:p w14:paraId="0322F1CD" w14:textId="77777777" w:rsidR="00817E91" w:rsidRPr="00925AA4" w:rsidRDefault="00817E91" w:rsidP="00817E91">
            <w:r w:rsidRPr="00925AA4">
              <w:t>How long they’ve felt loose</w:t>
            </w:r>
          </w:p>
          <w:p w14:paraId="6EA2FB45" w14:textId="77777777" w:rsidR="00817E91" w:rsidRPr="00925AA4" w:rsidRDefault="00817E91" w:rsidP="00817E91">
            <w:r w:rsidRPr="00925AA4">
              <w:t>Whether there is pain, bleeding, or gum recession</w:t>
            </w:r>
          </w:p>
          <w:p w14:paraId="7D8E6FF0" w14:textId="77777777" w:rsidR="00817E91" w:rsidRPr="00925AA4" w:rsidRDefault="00817E91" w:rsidP="00817E91">
            <w:r w:rsidRPr="00925AA4">
              <w:t>If you grind your teeth</w:t>
            </w:r>
          </w:p>
          <w:p w14:paraId="5C695447" w14:textId="77777777" w:rsidR="00817E91" w:rsidRPr="00925AA4" w:rsidRDefault="00817E91" w:rsidP="00817E91">
            <w:r w:rsidRPr="00925AA4">
              <w:t>When your last dental cleaning was</w:t>
            </w:r>
          </w:p>
          <w:p w14:paraId="5C59E16E" w14:textId="3F298F1F" w:rsidR="006F0382" w:rsidRPr="00925AA4" w:rsidRDefault="00817E91" w:rsidP="00817E91">
            <w:r w:rsidRPr="00925AA4">
              <w:t>…and I can give you a more tailored idea of what may be happening.</w:t>
            </w:r>
          </w:p>
        </w:tc>
        <w:tc>
          <w:tcPr>
            <w:tcW w:w="4320" w:type="dxa"/>
          </w:tcPr>
          <w:p w14:paraId="6352530B" w14:textId="37E115C6" w:rsidR="00644FEE" w:rsidRPr="00925AA4" w:rsidRDefault="00644FEE" w:rsidP="00644FEE">
            <w:r w:rsidRPr="00925AA4">
              <w:lastRenderedPageBreak/>
              <w:t>This is a very important question, and I understand why you are worried. As a periodontic specialist, my primary focus is to save your natural teeth whenever possible.</w:t>
            </w:r>
          </w:p>
          <w:p w14:paraId="47D03EEC" w14:textId="668FDB68" w:rsidR="00644FEE" w:rsidRPr="00925AA4" w:rsidRDefault="00644FEE" w:rsidP="00644FEE">
            <w:r w:rsidRPr="00925AA4">
              <w:t>The short answer is: Yes, in many cases, loose teeth can be saved with appropriate periodontal treatment. However, whether a specific tooth can be saved depends on a thorough evaluation of several key factors.</w:t>
            </w:r>
          </w:p>
          <w:p w14:paraId="03F27AC8" w14:textId="2AA712FA" w:rsidR="00644FEE" w:rsidRPr="00925AA4" w:rsidRDefault="00644FEE" w:rsidP="00644FEE">
            <w:r w:rsidRPr="00925AA4">
              <w:t>Here is a precise breakdown of how we determine the prognosis and the treatment options available:</w:t>
            </w:r>
          </w:p>
          <w:p w14:paraId="085CEB2E" w14:textId="77777777" w:rsidR="00644FEE" w:rsidRPr="00925AA4" w:rsidRDefault="00644FEE" w:rsidP="00644FEE">
            <w:r w:rsidRPr="00925AA4">
              <w:rPr>
                <w:rFonts w:ascii="Apple Color Emoji" w:hAnsi="Apple Color Emoji" w:cs="Apple Color Emoji"/>
              </w:rPr>
              <w:t>🦷</w:t>
            </w:r>
            <w:r w:rsidRPr="00925AA4">
              <w:t xml:space="preserve"> Understanding Tooth Mobility (Looseness)</w:t>
            </w:r>
          </w:p>
          <w:p w14:paraId="583E893B" w14:textId="7B2DE495" w:rsidR="00644FEE" w:rsidRPr="00925AA4" w:rsidRDefault="00644FEE" w:rsidP="00644FEE">
            <w:r w:rsidRPr="00925AA4">
              <w:t>Tooth looseness, or mobility, is typically a sign of periodontitis (advanced gum disease). This disease causes the progressive destruction of the bone and connective tissues that anchor the tooth root to the jawbone (the periodontium).</w:t>
            </w:r>
          </w:p>
          <w:p w14:paraId="56CA9E19" w14:textId="37EF877F" w:rsidR="00644FEE" w:rsidRPr="00925AA4" w:rsidRDefault="00644FEE" w:rsidP="00644FEE">
            <w:r w:rsidRPr="00925AA4">
              <w:lastRenderedPageBreak/>
              <w:t>We grade tooth mobility using a scale:</w:t>
            </w:r>
          </w:p>
          <w:p w14:paraId="078B927E" w14:textId="040466FC" w:rsidR="00644FEE" w:rsidRPr="00925AA4" w:rsidRDefault="00644FEE" w:rsidP="00644FEE">
            <w:r w:rsidRPr="00925AA4">
              <w:t>Grade 1: Slight mobility, barely more than normal.</w:t>
            </w:r>
          </w:p>
          <w:p w14:paraId="0AF62CF6" w14:textId="63A9CC02" w:rsidR="00644FEE" w:rsidRPr="00925AA4" w:rsidRDefault="00644FEE" w:rsidP="00644FEE">
            <w:r w:rsidRPr="00925AA4">
              <w:t>Grade 2: Moderate mobility, the tooth can be moved up to 1 mm in any direction.</w:t>
            </w:r>
          </w:p>
          <w:p w14:paraId="0472D63B" w14:textId="7E88DD96" w:rsidR="00644FEE" w:rsidRPr="00925AA4" w:rsidRDefault="00644FEE" w:rsidP="00644FEE">
            <w:r w:rsidRPr="00925AA4">
              <w:t>Grade 3: Severe mobility, the tooth can be moved more than 1 mm and may also be depressible vertically (up and down).</w:t>
            </w:r>
          </w:p>
          <w:p w14:paraId="449156FF" w14:textId="77777777" w:rsidR="00644FEE" w:rsidRPr="00925AA4" w:rsidRDefault="00644FEE" w:rsidP="00644FEE">
            <w:r w:rsidRPr="00925AA4">
              <w:rPr>
                <w:rFonts w:ascii="Apple Color Emoji" w:hAnsi="Apple Color Emoji" w:cs="Apple Color Emoji"/>
              </w:rPr>
              <w:t>✅</w:t>
            </w:r>
            <w:r w:rsidRPr="00925AA4">
              <w:t xml:space="preserve"> Factors Determining If a Tooth Can Be Saved (Prognosis)</w:t>
            </w:r>
          </w:p>
          <w:p w14:paraId="5D479442" w14:textId="5D6B7588" w:rsidR="00644FEE" w:rsidRPr="00925AA4" w:rsidRDefault="00644FEE" w:rsidP="00644FEE">
            <w:r w:rsidRPr="00925AA4">
              <w:t>The decision to treat or extract is based on a comprehensive periodontal examination, which includes:</w:t>
            </w:r>
          </w:p>
          <w:p w14:paraId="5704BD4A" w14:textId="03473290" w:rsidR="00644FEE" w:rsidRPr="00925AA4" w:rsidRDefault="00644FEE" w:rsidP="00644FEE">
            <w:r w:rsidRPr="00925AA4">
              <w:t>Amount of Remaining Bone Support</w:t>
            </w:r>
          </w:p>
          <w:p w14:paraId="598A9409" w14:textId="74087396" w:rsidR="00644FEE" w:rsidRPr="00925AA4" w:rsidRDefault="00644FEE" w:rsidP="00644FEE">
            <w:r w:rsidRPr="00925AA4">
              <w:t>This is the most critical factor. We use dental radiographs (X-rays) to measure the level of bone loss. If the bone loss is minimal to moderate, the prognosis is usually good to fair. If the tooth has lost a very large percentage (e.g., 75%+) of its supporting bone, the long-term prognosis is poor.</w:t>
            </w:r>
          </w:p>
          <w:p w14:paraId="172AD8D3" w14:textId="78085DEE" w:rsidR="00644FEE" w:rsidRPr="00925AA4" w:rsidRDefault="00644FEE" w:rsidP="00644FEE">
            <w:r w:rsidRPr="00925AA4">
              <w:t>Grade of Mobility</w:t>
            </w:r>
          </w:p>
          <w:p w14:paraId="0AC90AC4" w14:textId="5487C7C9" w:rsidR="00644FEE" w:rsidRPr="00925AA4" w:rsidRDefault="00644FEE" w:rsidP="00644FEE">
            <w:r w:rsidRPr="00925AA4">
              <w:t>Teeth with Grade 1 or 2 mobility often respond well to treatment. Teeth with severe (Grade 3) mobility, especially if associated with severe bone loss, have a guarded or poor prognosis.</w:t>
            </w:r>
          </w:p>
          <w:p w14:paraId="104B206C" w14:textId="7FA0BD36" w:rsidR="00644FEE" w:rsidRPr="00925AA4" w:rsidRDefault="00644FEE" w:rsidP="00644FEE">
            <w:r w:rsidRPr="00925AA4">
              <w:t>Presence of Infection and Deep Pockets</w:t>
            </w:r>
          </w:p>
          <w:p w14:paraId="62E7AE18" w14:textId="234A9772" w:rsidR="00644FEE" w:rsidRPr="00925AA4" w:rsidRDefault="00644FEE" w:rsidP="00644FEE">
            <w:r w:rsidRPr="00925AA4">
              <w:t>We measure the pocket depth (the space between the gum and the tooth). Deeper pockets (e.g., ≥6 mm) indicate more severe disease. The presence of pus or abscesses also impacts the immediate treatment plan.</w:t>
            </w:r>
          </w:p>
          <w:p w14:paraId="6859711E" w14:textId="285A17AA" w:rsidR="00644FEE" w:rsidRPr="00925AA4" w:rsidRDefault="00644FEE" w:rsidP="00644FEE">
            <w:r w:rsidRPr="00925AA4">
              <w:lastRenderedPageBreak/>
              <w:t>Root Anatomy and Involvement</w:t>
            </w:r>
          </w:p>
          <w:p w14:paraId="4AE1C1AD" w14:textId="2FFA173C" w:rsidR="00644FEE" w:rsidRPr="00925AA4" w:rsidRDefault="00644FEE" w:rsidP="00644FEE">
            <w:r w:rsidRPr="00925AA4">
              <w:t>Teeth with complex root shapes or furcation involvement (bone loss between the roots of multi-rooted teeth) can be more challenging to save.</w:t>
            </w:r>
          </w:p>
          <w:p w14:paraId="2D6A7F1D" w14:textId="6C87C76A" w:rsidR="00644FEE" w:rsidRPr="00925AA4" w:rsidRDefault="00644FEE" w:rsidP="00644FEE">
            <w:r w:rsidRPr="00925AA4">
              <w:t>Patient's Overall Health and Oral Hygiene</w:t>
            </w:r>
          </w:p>
          <w:p w14:paraId="054FAAC3" w14:textId="28876058" w:rsidR="00644FEE" w:rsidRPr="00925AA4" w:rsidRDefault="00644FEE" w:rsidP="00644FEE">
            <w:r w:rsidRPr="00925AA4">
              <w:t>Controlling contributing factors like diabetes and ensuring excellent daily oral hygiene are non-negotiable for successful long-term treatment.</w:t>
            </w:r>
          </w:p>
          <w:p w14:paraId="5C569F2E" w14:textId="77777777" w:rsidR="00644FEE" w:rsidRPr="00925AA4" w:rsidRDefault="00644FEE" w:rsidP="00644FEE">
            <w:r w:rsidRPr="00925AA4">
              <w:rPr>
                <w:rFonts w:ascii="Apple Color Emoji" w:hAnsi="Apple Color Emoji" w:cs="Apple Color Emoji"/>
              </w:rPr>
              <w:t>🛠</w:t>
            </w:r>
            <w:r w:rsidRPr="00925AA4">
              <w:t xml:space="preserve"> Treatment Options to Save the Teeth</w:t>
            </w:r>
          </w:p>
          <w:p w14:paraId="7474A98E" w14:textId="2369AFBB" w:rsidR="00644FEE" w:rsidRPr="00925AA4" w:rsidRDefault="00644FEE" w:rsidP="00644FEE">
            <w:r w:rsidRPr="00925AA4">
              <w:t>If the teeth are deemed salvageable, treatment typically follows a phased approach:</w:t>
            </w:r>
          </w:p>
          <w:p w14:paraId="32F15C38" w14:textId="3D709750" w:rsidR="00644FEE" w:rsidRPr="00925AA4" w:rsidRDefault="00644FEE" w:rsidP="00644FEE">
            <w:r w:rsidRPr="00925AA4">
              <w:t>Phase 1: Non-Surgical Therapy</w:t>
            </w:r>
          </w:p>
          <w:p w14:paraId="6BCBD17F" w14:textId="437A147B" w:rsidR="00644FEE" w:rsidRPr="00925AA4" w:rsidRDefault="00644FEE" w:rsidP="00644FEE">
            <w:r w:rsidRPr="00925AA4">
              <w:t>Scaling and Root Planing (Deep Cleaning): This is the gold standard initial treatment. We meticulously remove plaque, tartar, and bacteria from the root surfaces beneath the gum line to reduce inflammation and pocket depth.</w:t>
            </w:r>
          </w:p>
          <w:p w14:paraId="3FC2B910" w14:textId="72BFCF21" w:rsidR="00644FEE" w:rsidRPr="00925AA4" w:rsidRDefault="00644FEE" w:rsidP="00644FEE">
            <w:r w:rsidRPr="00925AA4">
              <w:t>Phase 2: Management of Mobility</w:t>
            </w:r>
          </w:p>
          <w:p w14:paraId="0C9BDB2E" w14:textId="2B44355C" w:rsidR="00644FEE" w:rsidRPr="00925AA4" w:rsidRDefault="00644FEE" w:rsidP="00644FEE">
            <w:r w:rsidRPr="00925AA4">
              <w:t>Splinting: If mobility remains after initial therapy, we can splint the loose teeth together using a composite resin or a thin wire to create a single, more stable unit. This distributes the biting force and allows the periodontal ligament to heal.</w:t>
            </w:r>
          </w:p>
          <w:p w14:paraId="35EFCCB0" w14:textId="775FA4DA" w:rsidR="00644FEE" w:rsidRPr="00925AA4" w:rsidRDefault="00644FEE" w:rsidP="00644FEE">
            <w:r w:rsidRPr="00925AA4">
              <w:t xml:space="preserve">Phase 3: Surgical Therapy (If </w:t>
            </w:r>
            <w:proofErr w:type="gramStart"/>
            <w:r w:rsidRPr="00925AA4">
              <w:t>Needed</w:t>
            </w:r>
            <w:proofErr w:type="gramEnd"/>
            <w:r w:rsidRPr="00925AA4">
              <w:t>)</w:t>
            </w:r>
          </w:p>
          <w:p w14:paraId="60A6F1C4" w14:textId="7CC0468E" w:rsidR="00644FEE" w:rsidRPr="00925AA4" w:rsidRDefault="00644FEE" w:rsidP="00644FEE">
            <w:r w:rsidRPr="00925AA4">
              <w:t>Pocket Reduction Surgery (Flap Surgery): To access and clean deeper areas and sometimes to reshape the bone (osseous surgery) to reduce the depth of the gum pockets.</w:t>
            </w:r>
          </w:p>
          <w:p w14:paraId="33705C6A" w14:textId="091EC6E0" w:rsidR="00644FEE" w:rsidRPr="00925AA4" w:rsidRDefault="00644FEE" w:rsidP="00644FEE">
            <w:r w:rsidRPr="00925AA4">
              <w:lastRenderedPageBreak/>
              <w:t>Regenerative Procedures: Techniques using bone grafts and/or guided tissue regeneration (GTR) membranes can sometimes be used to stimulate the growth of new supporting bone and ligament.</w:t>
            </w:r>
          </w:p>
          <w:p w14:paraId="78961DB4" w14:textId="77777777" w:rsidR="00644FEE" w:rsidRPr="00925AA4" w:rsidRDefault="00644FEE" w:rsidP="00644FEE">
            <w:r w:rsidRPr="00925AA4">
              <w:t>In Summary</w:t>
            </w:r>
          </w:p>
          <w:p w14:paraId="0BDC3348" w14:textId="53D08322" w:rsidR="00644FEE" w:rsidRPr="00925AA4" w:rsidRDefault="00644FEE" w:rsidP="00644FEE">
            <w:r w:rsidRPr="00925AA4">
              <w:t>Do not panic. We need to take an immediate series of high-quality radiographs and perform a full clinical charting. This diagnostic workup will give us the precise data needed to create a personalized treatment plan.</w:t>
            </w:r>
          </w:p>
          <w:p w14:paraId="5F8F97F6" w14:textId="5C9178B4" w:rsidR="00644FEE" w:rsidRPr="00925AA4" w:rsidRDefault="00644FEE" w:rsidP="00644FEE">
            <w:r w:rsidRPr="00925AA4">
              <w:t>The goal is to stop the progression of the disease and restore stability.</w:t>
            </w:r>
          </w:p>
          <w:p w14:paraId="7F2A0FE0" w14:textId="426CA20C" w:rsidR="006F0382" w:rsidRPr="00925AA4" w:rsidRDefault="00644FEE" w:rsidP="00644FEE">
            <w:r w:rsidRPr="00925AA4">
              <w:t>Would you like me to schedule a comprehensive periodontal examination so we can determine the exact prognosis for each of your affected teeth?</w:t>
            </w:r>
          </w:p>
        </w:tc>
      </w:tr>
      <w:tr w:rsidR="006F0382" w:rsidRPr="00925AA4" w14:paraId="4323BD90" w14:textId="77777777">
        <w:tc>
          <w:tcPr>
            <w:tcW w:w="4320" w:type="dxa"/>
          </w:tcPr>
          <w:p w14:paraId="78F7872B" w14:textId="77777777" w:rsidR="006F0382" w:rsidRPr="00925AA4" w:rsidRDefault="00000000">
            <w:r w:rsidRPr="00925AA4">
              <w:lastRenderedPageBreak/>
              <w:t>________________________________</w:t>
            </w:r>
          </w:p>
        </w:tc>
        <w:tc>
          <w:tcPr>
            <w:tcW w:w="4320" w:type="dxa"/>
          </w:tcPr>
          <w:p w14:paraId="4B096991" w14:textId="77777777" w:rsidR="006F0382" w:rsidRPr="00925AA4" w:rsidRDefault="00000000">
            <w:r w:rsidRPr="00925AA4">
              <w:t>________________________________</w:t>
            </w:r>
          </w:p>
        </w:tc>
      </w:tr>
    </w:tbl>
    <w:p w14:paraId="08904D65"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1D6C9B15" w14:textId="77777777">
        <w:tc>
          <w:tcPr>
            <w:tcW w:w="4320" w:type="dxa"/>
          </w:tcPr>
          <w:p w14:paraId="22F5C128" w14:textId="73567F44" w:rsidR="006F0382" w:rsidRPr="00925AA4" w:rsidRDefault="004A12B8">
            <w:r w:rsidRPr="00925AA4">
              <w:t>Answer C (Claude)</w:t>
            </w:r>
          </w:p>
        </w:tc>
        <w:tc>
          <w:tcPr>
            <w:tcW w:w="4320" w:type="dxa"/>
          </w:tcPr>
          <w:p w14:paraId="48FFEE7A" w14:textId="3E8F3562" w:rsidR="006F0382" w:rsidRPr="00925AA4" w:rsidRDefault="004A12B8">
            <w:r w:rsidRPr="00925AA4">
              <w:t>Answer D (</w:t>
            </w:r>
            <w:r w:rsidR="005C166D" w:rsidRPr="00925AA4">
              <w:t>Expert</w:t>
            </w:r>
            <w:r w:rsidRPr="00925AA4">
              <w:t>)</w:t>
            </w:r>
          </w:p>
        </w:tc>
      </w:tr>
      <w:tr w:rsidR="006F0382" w:rsidRPr="00925AA4" w14:paraId="16977450" w14:textId="77777777">
        <w:tc>
          <w:tcPr>
            <w:tcW w:w="4320" w:type="dxa"/>
          </w:tcPr>
          <w:p w14:paraId="16562B67" w14:textId="77777777" w:rsidR="003D76D2" w:rsidRPr="00925AA4" w:rsidRDefault="003D76D2" w:rsidP="003D76D2">
            <w:r w:rsidRPr="00925AA4">
              <w:t>As a periodontic specialist, I understand your concern about loose teeth—this is understandably worrying, but the good news is that many loose teeth can be saved with appropriate treatment.</w:t>
            </w:r>
          </w:p>
          <w:p w14:paraId="02CBD528" w14:textId="77777777" w:rsidR="003D76D2" w:rsidRPr="00925AA4" w:rsidRDefault="003D76D2" w:rsidP="003D76D2">
            <w:r w:rsidRPr="00925AA4">
              <w:t>Whether your teeth can be saved depends on several factors:</w:t>
            </w:r>
          </w:p>
          <w:p w14:paraId="60BCFEA0" w14:textId="77777777" w:rsidR="003D76D2" w:rsidRPr="00925AA4" w:rsidRDefault="003D76D2" w:rsidP="003D76D2">
            <w:r w:rsidRPr="00925AA4">
              <w:t>The extent of bone loss around the teeth, the degree of mobility, your overall oral health, and how well you maintain oral hygiene all play crucial roles. In many cases of moderate periodontal disease, teeth can be stabilized and saved through treatment.</w:t>
            </w:r>
          </w:p>
          <w:p w14:paraId="4D812894" w14:textId="77777777" w:rsidR="003D76D2" w:rsidRPr="00925AA4" w:rsidRDefault="003D76D2" w:rsidP="003D76D2">
            <w:r w:rsidRPr="00925AA4">
              <w:lastRenderedPageBreak/>
              <w:t>Treatment options that may save your teeth include:</w:t>
            </w:r>
          </w:p>
          <w:p w14:paraId="6EFE882F" w14:textId="77777777" w:rsidR="003D76D2" w:rsidRPr="00925AA4" w:rsidRDefault="003D76D2" w:rsidP="003D76D2">
            <w:r w:rsidRPr="00925AA4">
              <w:t>Deep cleaning procedures such as scaling and root planing to remove bacteria and tartar below the gum line are often the first step. For more advanced cases, periodontal surgery may be necessary to reduce pocket depths and regenerate lost bone. In some situations, splinting (bonding loose teeth together) can provide stability while healing occurs. Bone grafting or guided tissue regeneration can help rebuild supporting structures in certain cases.</w:t>
            </w:r>
          </w:p>
          <w:p w14:paraId="35BB6BC9" w14:textId="77777777" w:rsidR="003D76D2" w:rsidRPr="00925AA4" w:rsidRDefault="003D76D2" w:rsidP="003D76D2">
            <w:r w:rsidRPr="00925AA4">
              <w:t>When extraction might be necessary:</w:t>
            </w:r>
          </w:p>
          <w:p w14:paraId="7222C978" w14:textId="77777777" w:rsidR="003D76D2" w:rsidRPr="00925AA4" w:rsidRDefault="003D76D2" w:rsidP="003D76D2">
            <w:r w:rsidRPr="00925AA4">
              <w:t>If there's severe bone loss (typically more than 50-70% around the tooth roots), if the tooth has a poor long-term prognosis despite treatment, or if keeping the tooth would compromise adjacent teeth or overall oral health, extraction followed by replacement options like implants might be recommended.</w:t>
            </w:r>
          </w:p>
          <w:p w14:paraId="3B97FD6D" w14:textId="77777777" w:rsidR="003D76D2" w:rsidRPr="00925AA4" w:rsidRDefault="003D76D2" w:rsidP="003D76D2">
            <w:r w:rsidRPr="00925AA4">
              <w:t>What you should do immediately:</w:t>
            </w:r>
          </w:p>
          <w:p w14:paraId="50E2099A" w14:textId="77777777" w:rsidR="003D76D2" w:rsidRPr="00925AA4" w:rsidRDefault="003D76D2" w:rsidP="003D76D2">
            <w:r w:rsidRPr="00925AA4">
              <w:t>Schedule an urgent appointment with a periodontist for a comprehensive evaluation including X-rays to assess bone levels. We need to measure pocket depths and evaluate tooth mobility clinically. Based on these findings, I can provide you with a specific treatment plan and realistic prognosis for each affected tooth.</w:t>
            </w:r>
          </w:p>
          <w:p w14:paraId="6A864985" w14:textId="0A972BF8" w:rsidR="006F0382" w:rsidRPr="00925AA4" w:rsidRDefault="003D76D2" w:rsidP="003D76D2">
            <w:r w:rsidRPr="00925AA4">
              <w:t xml:space="preserve">The earlier we intervene, the better your chances of saving these teeth. Please don't delay—prompt treatment significantly improves </w:t>
            </w:r>
            <w:proofErr w:type="gramStart"/>
            <w:r w:rsidRPr="00925AA4">
              <w:t>outcomes._</w:t>
            </w:r>
            <w:proofErr w:type="gramEnd"/>
            <w:r w:rsidRPr="00925AA4">
              <w:t>______________________________</w:t>
            </w:r>
          </w:p>
        </w:tc>
        <w:tc>
          <w:tcPr>
            <w:tcW w:w="4320" w:type="dxa"/>
          </w:tcPr>
          <w:p w14:paraId="0770F3C0" w14:textId="77777777" w:rsidR="005C166D" w:rsidRPr="00925AA4" w:rsidRDefault="005C166D" w:rsidP="005C166D">
            <w:r w:rsidRPr="00925AA4">
              <w:lastRenderedPageBreak/>
              <w:t>You should consult a periodontology specialist as soon as you notice the symptoms.</w:t>
            </w:r>
          </w:p>
          <w:p w14:paraId="1343C087" w14:textId="77777777" w:rsidR="005C166D" w:rsidRPr="00925AA4" w:rsidRDefault="005C166D" w:rsidP="005C166D">
            <w:r w:rsidRPr="00925AA4">
              <w:t>In the early stages of tooth mobility, professional scaling and root planing procedures may be sufficient.</w:t>
            </w:r>
          </w:p>
          <w:p w14:paraId="293DC23A" w14:textId="77777777" w:rsidR="005C166D" w:rsidRPr="00925AA4" w:rsidRDefault="005C166D" w:rsidP="005C166D">
            <w:r w:rsidRPr="00925AA4">
              <w:t>In more advanced cases, a periodontal splint may be required to stabilize the teeth by providing support between them.</w:t>
            </w:r>
          </w:p>
          <w:p w14:paraId="4150F3FA" w14:textId="77777777" w:rsidR="005C166D" w:rsidRPr="00925AA4" w:rsidRDefault="005C166D" w:rsidP="005C166D">
            <w:r w:rsidRPr="00925AA4">
              <w:t>In some cases, surgical treatments may be necessary to reduce pocket depths and to regenerate lost tissues (bone and gingiva).</w:t>
            </w:r>
          </w:p>
          <w:p w14:paraId="59AC8D8B" w14:textId="77777777" w:rsidR="005C166D" w:rsidRPr="00925AA4" w:rsidRDefault="005C166D" w:rsidP="005C166D">
            <w:r w:rsidRPr="00925AA4">
              <w:lastRenderedPageBreak/>
              <w:t>If the supporting tissues of the teeth are severely lost, extraction of the tooth and replacement with an implant, fixed, or removable prosthesis may be required.</w:t>
            </w:r>
          </w:p>
          <w:p w14:paraId="4BBEF186" w14:textId="77777777" w:rsidR="005C166D" w:rsidRPr="00925AA4" w:rsidRDefault="005C166D" w:rsidP="005C166D">
            <w:r w:rsidRPr="00925AA4">
              <w:t>Additionally, if teeth grinding (bruxism) is present, controlling this habit with a night guard or other appropriate methods is important for the success of the treatment.</w:t>
            </w:r>
          </w:p>
          <w:p w14:paraId="3CBF6BCD" w14:textId="77777777" w:rsidR="006F0382" w:rsidRPr="00925AA4" w:rsidRDefault="00000000">
            <w:r w:rsidRPr="00925AA4">
              <w:t>________________________________</w:t>
            </w:r>
          </w:p>
        </w:tc>
      </w:tr>
      <w:tr w:rsidR="006F0382" w:rsidRPr="00925AA4" w14:paraId="40857A46" w14:textId="77777777">
        <w:tc>
          <w:tcPr>
            <w:tcW w:w="4320" w:type="dxa"/>
          </w:tcPr>
          <w:p w14:paraId="4B55D690" w14:textId="77777777" w:rsidR="006F0382" w:rsidRPr="00925AA4" w:rsidRDefault="00000000">
            <w:r w:rsidRPr="00925AA4">
              <w:lastRenderedPageBreak/>
              <w:t>________________________________</w:t>
            </w:r>
          </w:p>
        </w:tc>
        <w:tc>
          <w:tcPr>
            <w:tcW w:w="4320" w:type="dxa"/>
          </w:tcPr>
          <w:p w14:paraId="37152050" w14:textId="77777777" w:rsidR="006F0382" w:rsidRPr="00925AA4" w:rsidRDefault="00000000">
            <w:r w:rsidRPr="00925AA4">
              <w:t>________________________________</w:t>
            </w:r>
          </w:p>
        </w:tc>
      </w:tr>
    </w:tbl>
    <w:p w14:paraId="66201BC1" w14:textId="4EBA2999" w:rsidR="006F0382" w:rsidRPr="00925AA4" w:rsidRDefault="00372A24">
      <w:r w:rsidRPr="00925AA4">
        <w:rPr>
          <w:b/>
          <w:bCs/>
        </w:rPr>
        <w:lastRenderedPageBreak/>
        <w:t>Question 5:</w:t>
      </w:r>
      <w:r w:rsidRPr="00925AA4">
        <w:t xml:space="preserve"> </w:t>
      </w:r>
      <w:r w:rsidR="00817E91" w:rsidRPr="00925AA4">
        <w:t xml:space="preserve">Assume the role of a periodontic specialist and provide a precise answer to the following patient question. How does smoking affect my gum health?      </w:t>
      </w:r>
      <w:r w:rsidRPr="00925AA4">
        <w:br/>
      </w:r>
    </w:p>
    <w:tbl>
      <w:tblPr>
        <w:tblW w:w="0" w:type="auto"/>
        <w:tblLook w:val="04A0" w:firstRow="1" w:lastRow="0" w:firstColumn="1" w:lastColumn="0" w:noHBand="0" w:noVBand="1"/>
      </w:tblPr>
      <w:tblGrid>
        <w:gridCol w:w="4320"/>
        <w:gridCol w:w="4320"/>
      </w:tblGrid>
      <w:tr w:rsidR="006F0382" w:rsidRPr="00925AA4" w14:paraId="73B27CDC" w14:textId="77777777">
        <w:tc>
          <w:tcPr>
            <w:tcW w:w="4320" w:type="dxa"/>
          </w:tcPr>
          <w:p w14:paraId="78D59CE4" w14:textId="324D800E" w:rsidR="006F0382" w:rsidRPr="00925AA4" w:rsidRDefault="004A12B8">
            <w:r w:rsidRPr="00925AA4">
              <w:t>Answer A (ChatGPT)</w:t>
            </w:r>
          </w:p>
        </w:tc>
        <w:tc>
          <w:tcPr>
            <w:tcW w:w="4320" w:type="dxa"/>
          </w:tcPr>
          <w:p w14:paraId="35F0D89B" w14:textId="18DFA196" w:rsidR="006F0382" w:rsidRPr="00925AA4" w:rsidRDefault="004A12B8">
            <w:r w:rsidRPr="00925AA4">
              <w:t>Answer B (Gemini)</w:t>
            </w:r>
          </w:p>
        </w:tc>
      </w:tr>
      <w:tr w:rsidR="006F0382" w:rsidRPr="00925AA4" w14:paraId="40A9BEFA" w14:textId="77777777">
        <w:tc>
          <w:tcPr>
            <w:tcW w:w="4320" w:type="dxa"/>
          </w:tcPr>
          <w:p w14:paraId="11D139EB" w14:textId="77777777" w:rsidR="00FC0779" w:rsidRPr="00925AA4" w:rsidRDefault="00FC0779" w:rsidP="00FC0779">
            <w:r w:rsidRPr="00925AA4">
              <w:t>As a periodontist, here is the clear, evidence-based explanation I give my patients:</w:t>
            </w:r>
          </w:p>
          <w:p w14:paraId="22A7B5A7" w14:textId="77777777" w:rsidR="00FC0779" w:rsidRPr="00925AA4" w:rsidRDefault="00FC0779" w:rsidP="00FC0779">
            <w:r w:rsidRPr="00925AA4">
              <w:t>How Smoking Affects Gum Health</w:t>
            </w:r>
          </w:p>
          <w:p w14:paraId="16F093DF" w14:textId="77777777" w:rsidR="00FC0779" w:rsidRPr="00925AA4" w:rsidRDefault="00FC0779" w:rsidP="00FC0779">
            <w:r w:rsidRPr="00925AA4">
              <w:t>1. Reduced Blood Flow to the Gums</w:t>
            </w:r>
          </w:p>
          <w:p w14:paraId="2665A170" w14:textId="77777777" w:rsidR="00FC0779" w:rsidRPr="00925AA4" w:rsidRDefault="00FC0779" w:rsidP="00FC0779">
            <w:r w:rsidRPr="00925AA4">
              <w:t>Nicotine causes blood vessels to constrict. This means your gums receive less oxygen and fewer nutrients, slowing healing and making them more vulnerable to infection.</w:t>
            </w:r>
          </w:p>
          <w:p w14:paraId="23EF0DD8" w14:textId="77777777" w:rsidR="00FC0779" w:rsidRPr="00925AA4" w:rsidRDefault="00FC0779" w:rsidP="00FC0779">
            <w:r w:rsidRPr="00925AA4">
              <w:t>2. Suppressed Immune Response</w:t>
            </w:r>
          </w:p>
          <w:p w14:paraId="24F2EE3D" w14:textId="77777777" w:rsidR="00FC0779" w:rsidRPr="00925AA4" w:rsidRDefault="00FC0779" w:rsidP="00FC0779">
            <w:r w:rsidRPr="00925AA4">
              <w:t>Smoking weakens your body’s ability to fight bacteria. As a result, the harmful bacteria that cause gum disease can grow unchecked.</w:t>
            </w:r>
          </w:p>
          <w:p w14:paraId="16AA5AAD" w14:textId="77777777" w:rsidR="00FC0779" w:rsidRPr="00925AA4" w:rsidRDefault="00FC0779" w:rsidP="00FC0779">
            <w:r w:rsidRPr="00925AA4">
              <w:t>3. “Hidden” Inflammation</w:t>
            </w:r>
          </w:p>
          <w:p w14:paraId="20656163" w14:textId="77777777" w:rsidR="00FC0779" w:rsidRPr="00925AA4" w:rsidRDefault="00FC0779" w:rsidP="00FC0779">
            <w:r w:rsidRPr="00925AA4">
              <w:t>Smokers often don’t bleed as much, even when gum disease is present. This can make gum problems appear less severe than they really are and delay diagnosis.</w:t>
            </w:r>
          </w:p>
          <w:p w14:paraId="6C55D1D4" w14:textId="77777777" w:rsidR="00FC0779" w:rsidRPr="00925AA4" w:rsidRDefault="00FC0779" w:rsidP="00FC0779">
            <w:r w:rsidRPr="00925AA4">
              <w:t>4. Faster Progression of Gum Disease</w:t>
            </w:r>
          </w:p>
          <w:p w14:paraId="335F9B11" w14:textId="77777777" w:rsidR="00FC0779" w:rsidRPr="00925AA4" w:rsidRDefault="00FC0779" w:rsidP="00FC0779">
            <w:r w:rsidRPr="00925AA4">
              <w:t>Smokers experience:</w:t>
            </w:r>
          </w:p>
          <w:p w14:paraId="75CCA7F9" w14:textId="77777777" w:rsidR="00FC0779" w:rsidRPr="00925AA4" w:rsidRDefault="00FC0779" w:rsidP="00FC0779">
            <w:r w:rsidRPr="00925AA4">
              <w:t>More bone loss around teeth</w:t>
            </w:r>
          </w:p>
          <w:p w14:paraId="475502A1" w14:textId="77777777" w:rsidR="00FC0779" w:rsidRPr="00925AA4" w:rsidRDefault="00FC0779" w:rsidP="00FC0779">
            <w:r w:rsidRPr="00925AA4">
              <w:t>Deeper periodontal pockets</w:t>
            </w:r>
          </w:p>
          <w:p w14:paraId="2352A80B" w14:textId="77777777" w:rsidR="00FC0779" w:rsidRPr="00925AA4" w:rsidRDefault="00FC0779" w:rsidP="00FC0779">
            <w:r w:rsidRPr="00925AA4">
              <w:t>Greater attachment loss</w:t>
            </w:r>
          </w:p>
          <w:p w14:paraId="35056166" w14:textId="77777777" w:rsidR="00FC0779" w:rsidRPr="00925AA4" w:rsidRDefault="00FC0779" w:rsidP="00FC0779">
            <w:r w:rsidRPr="00925AA4">
              <w:t>These factors significantly increase the risk of tooth loss.</w:t>
            </w:r>
          </w:p>
          <w:p w14:paraId="2A7650C3" w14:textId="77777777" w:rsidR="00FC0779" w:rsidRPr="00925AA4" w:rsidRDefault="00FC0779" w:rsidP="00FC0779">
            <w:r w:rsidRPr="00925AA4">
              <w:t>5. Poor Healing After Dental Procedures</w:t>
            </w:r>
          </w:p>
          <w:p w14:paraId="1804FFFD" w14:textId="77777777" w:rsidR="00FC0779" w:rsidRPr="00925AA4" w:rsidRDefault="00FC0779" w:rsidP="00FC0779">
            <w:r w:rsidRPr="00925AA4">
              <w:lastRenderedPageBreak/>
              <w:t>Whether it’s a cleaning, gum surgery, implants, or extractions, smokers typically heal more slowly and have higher complication rates.</w:t>
            </w:r>
          </w:p>
          <w:p w14:paraId="12DD5AC4" w14:textId="77777777" w:rsidR="00FC0779" w:rsidRPr="00925AA4" w:rsidRDefault="00FC0779" w:rsidP="00FC0779">
            <w:r w:rsidRPr="00925AA4">
              <w:t>6. Higher Risk of Implant Failure</w:t>
            </w:r>
          </w:p>
          <w:p w14:paraId="50EFBA1D" w14:textId="77777777" w:rsidR="00FC0779" w:rsidRPr="00925AA4" w:rsidRDefault="00FC0779" w:rsidP="00FC0779">
            <w:r w:rsidRPr="00925AA4">
              <w:t>Smoking doubles the risk of implant failure because it impairs bone integration and soft tissue healing.</w:t>
            </w:r>
          </w:p>
          <w:p w14:paraId="17C3CB1F" w14:textId="77777777" w:rsidR="00FC0779" w:rsidRPr="00925AA4" w:rsidRDefault="00FC0779" w:rsidP="00FC0779">
            <w:r w:rsidRPr="00925AA4">
              <w:t>Good News: Quitting Helps Quickly</w:t>
            </w:r>
          </w:p>
          <w:p w14:paraId="4D541CE8" w14:textId="77777777" w:rsidR="00FC0779" w:rsidRPr="00925AA4" w:rsidRDefault="00FC0779" w:rsidP="00FC0779">
            <w:r w:rsidRPr="00925AA4">
              <w:t>If you stop smoking, blood flow improves within days, and your gums begin healing more effectively within weeks. Over time, your risk for gum disease decreases significantly.</w:t>
            </w:r>
          </w:p>
          <w:p w14:paraId="216CF9DC" w14:textId="27110A34" w:rsidR="006F0382" w:rsidRPr="00925AA4" w:rsidRDefault="00FC0779" w:rsidP="00FC0779">
            <w:r w:rsidRPr="00925AA4">
              <w:t>If you’d like, I can also explain how specific treatments work for smokers or provide strategies that make quitting easier.</w:t>
            </w:r>
          </w:p>
        </w:tc>
        <w:tc>
          <w:tcPr>
            <w:tcW w:w="4320" w:type="dxa"/>
          </w:tcPr>
          <w:p w14:paraId="41A8E865" w14:textId="77777777" w:rsidR="00644FEE" w:rsidRPr="00925AA4" w:rsidRDefault="00644FEE" w:rsidP="00644FEE">
            <w:r w:rsidRPr="00925AA4">
              <w:rPr>
                <w:rFonts w:ascii="Apple Color Emoji" w:hAnsi="Apple Color Emoji" w:cs="Apple Color Emoji"/>
              </w:rPr>
              <w:lastRenderedPageBreak/>
              <w:t>🚬</w:t>
            </w:r>
            <w:r w:rsidRPr="00925AA4">
              <w:t xml:space="preserve"> Impact of Smoking on Gum Health: A Periodontist's Perspective</w:t>
            </w:r>
          </w:p>
          <w:p w14:paraId="74F5E2F0" w14:textId="25AAC7BC" w:rsidR="00644FEE" w:rsidRPr="00925AA4" w:rsidRDefault="00644FEE" w:rsidP="00644FEE">
            <w:r w:rsidRPr="00925AA4">
              <w:t>As a periodontic specialist, I can provide a precise and serious answer to your question. Smoking is one of the most significant modifiable risk factors for the development and progression of gum disease, also known as periodontal disease.</w:t>
            </w:r>
          </w:p>
          <w:p w14:paraId="38E2D8D2" w14:textId="6454D636" w:rsidR="00644FEE" w:rsidRPr="00925AA4" w:rsidRDefault="00644FEE" w:rsidP="00644FEE">
            <w:r w:rsidRPr="00925AA4">
              <w:t>The way smoking affects your gum health is multifaceted and highly detrimental:</w:t>
            </w:r>
          </w:p>
          <w:p w14:paraId="59360DCE" w14:textId="5D320E20" w:rsidR="00644FEE" w:rsidRPr="00925AA4" w:rsidRDefault="00644FEE" w:rsidP="00644FEE">
            <w:r w:rsidRPr="00925AA4">
              <w:t>1. Masking the Symptoms (The Deceptive Effect)</w:t>
            </w:r>
          </w:p>
          <w:p w14:paraId="21BD1958" w14:textId="0D3FA1E2" w:rsidR="00644FEE" w:rsidRPr="00925AA4" w:rsidRDefault="00644FEE" w:rsidP="00644FEE">
            <w:r w:rsidRPr="00925AA4">
              <w:t>One of the most dangerous effects of smoking is its ability to hide the early warning signs of gum disease.</w:t>
            </w:r>
          </w:p>
          <w:p w14:paraId="0CEB2AA8" w14:textId="55F403B9" w:rsidR="00644FEE" w:rsidRPr="00925AA4" w:rsidRDefault="00644FEE" w:rsidP="00644FEE">
            <w:r w:rsidRPr="00925AA4">
              <w:t>Reduced Bleeding: Nicotine is a vasoconstrictor, meaning it causes the blood vessels in your gums to narrow. This significantly reduces blood flow. In non-smokers, the primary sign of gingivitis (early gum disease) is bleeding gums. Because blood flow is restricted in smokers, your gums may not bleed even when they are severely inflamed and infected. This gives you a false sense of security, delaying diagnosis and treatment.</w:t>
            </w:r>
          </w:p>
          <w:p w14:paraId="2FDFA5DD" w14:textId="04052F4B" w:rsidR="00644FEE" w:rsidRPr="00925AA4" w:rsidRDefault="00644FEE" w:rsidP="00644FEE">
            <w:r w:rsidRPr="00925AA4">
              <w:t>2. Compromising the Immune System</w:t>
            </w:r>
          </w:p>
          <w:p w14:paraId="1CBBF9C4" w14:textId="335CA3D0" w:rsidR="00644FEE" w:rsidRPr="00925AA4" w:rsidRDefault="00644FEE" w:rsidP="00644FEE">
            <w:r w:rsidRPr="00925AA4">
              <w:t>Smoking weakens your body's defense mechanisms in the mouth.</w:t>
            </w:r>
          </w:p>
          <w:p w14:paraId="54F1769B" w14:textId="53C122B0" w:rsidR="00644FEE" w:rsidRPr="00925AA4" w:rsidRDefault="00644FEE" w:rsidP="00644FEE">
            <w:r w:rsidRPr="00925AA4">
              <w:t xml:space="preserve">Impaired Immune Response: Smoking compromises the function of immune cells (like neutrophils and T-lymphocytes) that </w:t>
            </w:r>
            <w:r w:rsidRPr="00925AA4">
              <w:lastRenderedPageBreak/>
              <w:t>are essential for fighting off the bacteria responsible for periodontal disease. Your immune system becomes less effective at killing these bacteria and resolving the inflammation.</w:t>
            </w:r>
          </w:p>
          <w:p w14:paraId="55268774" w14:textId="583C4285" w:rsidR="00644FEE" w:rsidRPr="00925AA4" w:rsidRDefault="00644FEE" w:rsidP="00644FEE">
            <w:r w:rsidRPr="00925AA4">
              <w:t>Increased Bacterial Virulence: Smoking creates a more favorable environment for aggressive, disease-causing bacteria to thrive in the plaque biofilm.</w:t>
            </w:r>
          </w:p>
          <w:p w14:paraId="7A30C1F4" w14:textId="164E6318" w:rsidR="00644FEE" w:rsidRPr="00925AA4" w:rsidRDefault="00644FEE" w:rsidP="00644FEE">
            <w:r w:rsidRPr="00925AA4">
              <w:t>3. Accelerating Tissue Destruction</w:t>
            </w:r>
          </w:p>
          <w:p w14:paraId="4347E0C1" w14:textId="26D6B79A" w:rsidR="00644FEE" w:rsidRPr="00925AA4" w:rsidRDefault="00644FEE" w:rsidP="00644FEE">
            <w:r w:rsidRPr="00925AA4">
              <w:t>Smoking directly speeds up the destruction of the structures that support your teeth.</w:t>
            </w:r>
          </w:p>
          <w:p w14:paraId="2ECFC5CF" w14:textId="366DA16E" w:rsidR="00644FEE" w:rsidRPr="00925AA4" w:rsidRDefault="00644FEE" w:rsidP="00644FEE">
            <w:r w:rsidRPr="00925AA4">
              <w:t xml:space="preserve">Bone Loss: It promotes a higher rate of alveolar bone loss, which is the bone that holds your teeth in place. The deeper periodontal pockets and greater bone loss lead to </w:t>
            </w:r>
            <w:proofErr w:type="gramStart"/>
            <w:r w:rsidRPr="00925AA4">
              <w:t>loose</w:t>
            </w:r>
            <w:proofErr w:type="gramEnd"/>
            <w:r w:rsidRPr="00925AA4">
              <w:t xml:space="preserve"> teeth and eventually tooth loss.</w:t>
            </w:r>
          </w:p>
          <w:p w14:paraId="19EDCC5F" w14:textId="3D065167" w:rsidR="00644FEE" w:rsidRPr="00925AA4" w:rsidRDefault="00644FEE" w:rsidP="00644FEE">
            <w:r w:rsidRPr="00925AA4">
              <w:t>Impaired Healing: Smoking significantly hinders the healing process after both non-surgical (deep cleaning/scaling and root planing) and surgical periodontal treatments. This is why treatment outcomes for active smokers are often less successful than for non-smokers.</w:t>
            </w:r>
          </w:p>
          <w:p w14:paraId="1727C826" w14:textId="6ED6AF0C" w:rsidR="00644FEE" w:rsidRPr="00925AA4" w:rsidRDefault="00644FEE" w:rsidP="00644FEE">
            <w:r w:rsidRPr="00925AA4">
              <w:t>4. Increased Risk of Specific Conditions</w:t>
            </w:r>
          </w:p>
          <w:p w14:paraId="71324E9E" w14:textId="56935FFF" w:rsidR="00644FEE" w:rsidRPr="00925AA4" w:rsidRDefault="00644FEE" w:rsidP="00644FEE">
            <w:r w:rsidRPr="00925AA4">
              <w:t>Higher Prevalence and Severity: Smokers are two to six times more likely to develop periodontal disease compared to non-smokers, and the disease is typically more severe.</w:t>
            </w:r>
          </w:p>
          <w:p w14:paraId="1E42C7D1" w14:textId="7FDCD990" w:rsidR="00644FEE" w:rsidRPr="00925AA4" w:rsidRDefault="00644FEE" w:rsidP="00644FEE">
            <w:r w:rsidRPr="00925AA4">
              <w:t>Refractory Periodontitis: It makes your condition more likely to be resistant to standard therapy.</w:t>
            </w:r>
          </w:p>
          <w:p w14:paraId="0D8A1610" w14:textId="225A5E35" w:rsidR="00644FEE" w:rsidRPr="00925AA4" w:rsidRDefault="00644FEE" w:rsidP="00644FEE">
            <w:r w:rsidRPr="00925AA4">
              <w:lastRenderedPageBreak/>
              <w:t>Necrotizing Ulcerative Periodontitis (NUP): Smokers are at a much higher risk for this acute and painful form of gum disease.</w:t>
            </w:r>
          </w:p>
          <w:p w14:paraId="2E09D6FF" w14:textId="107CE498" w:rsidR="00644FEE" w:rsidRPr="00925AA4" w:rsidRDefault="00644FEE" w:rsidP="00644FEE">
            <w:r w:rsidRPr="00925AA4">
              <w:t>In summary, as an active smoker, you face higher risk, greater severity, and poorer treatment prognosis for gum disease. The absence of bleeding is not an indicator of health; rather, it is a warning sign that the disease is progressing silently and aggressively.</w:t>
            </w:r>
          </w:p>
          <w:p w14:paraId="1F39A43E" w14:textId="380770BD" w:rsidR="00644FEE" w:rsidRPr="00925AA4" w:rsidRDefault="00644FEE" w:rsidP="00644FEE">
            <w:r w:rsidRPr="00925AA4">
              <w:t>The single most effective action you can take to improve your gum health and the success of any future treatment is to quit smoking.</w:t>
            </w:r>
          </w:p>
          <w:p w14:paraId="6CBA4303" w14:textId="767A6DDE" w:rsidR="006F0382" w:rsidRPr="00925AA4" w:rsidRDefault="00644FEE" w:rsidP="00644FEE">
            <w:r w:rsidRPr="00925AA4">
              <w:t>Would you like me to discuss the specific treatment options available for managing gum disease in smokers, or help you find resources to assist with smoking cessation?</w:t>
            </w:r>
          </w:p>
        </w:tc>
      </w:tr>
      <w:tr w:rsidR="006F0382" w:rsidRPr="00925AA4" w14:paraId="0D567873" w14:textId="77777777">
        <w:tc>
          <w:tcPr>
            <w:tcW w:w="4320" w:type="dxa"/>
          </w:tcPr>
          <w:p w14:paraId="4B106472" w14:textId="77777777" w:rsidR="006F0382" w:rsidRPr="00925AA4" w:rsidRDefault="00000000">
            <w:r w:rsidRPr="00925AA4">
              <w:lastRenderedPageBreak/>
              <w:t>________________________________</w:t>
            </w:r>
          </w:p>
        </w:tc>
        <w:tc>
          <w:tcPr>
            <w:tcW w:w="4320" w:type="dxa"/>
          </w:tcPr>
          <w:p w14:paraId="4EEA4B45" w14:textId="77777777" w:rsidR="006F0382" w:rsidRPr="00925AA4" w:rsidRDefault="00000000">
            <w:r w:rsidRPr="00925AA4">
              <w:t>________________________________</w:t>
            </w:r>
          </w:p>
        </w:tc>
      </w:tr>
    </w:tbl>
    <w:p w14:paraId="6F8BEB2B"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278AF4AC" w14:textId="77777777">
        <w:tc>
          <w:tcPr>
            <w:tcW w:w="4320" w:type="dxa"/>
          </w:tcPr>
          <w:p w14:paraId="65C9BA1E" w14:textId="6F9D584E" w:rsidR="006F0382" w:rsidRPr="00925AA4" w:rsidRDefault="004A12B8">
            <w:r w:rsidRPr="00925AA4">
              <w:t>Answer C (Claude)</w:t>
            </w:r>
          </w:p>
        </w:tc>
        <w:tc>
          <w:tcPr>
            <w:tcW w:w="4320" w:type="dxa"/>
          </w:tcPr>
          <w:p w14:paraId="06F60784" w14:textId="43E2CABD" w:rsidR="006F0382" w:rsidRPr="00925AA4" w:rsidRDefault="004A12B8">
            <w:r w:rsidRPr="00925AA4">
              <w:t>Answer D (</w:t>
            </w:r>
            <w:r w:rsidR="005C166D" w:rsidRPr="00925AA4">
              <w:t>Expert</w:t>
            </w:r>
            <w:r w:rsidRPr="00925AA4">
              <w:t>)</w:t>
            </w:r>
          </w:p>
        </w:tc>
      </w:tr>
      <w:tr w:rsidR="006F0382" w:rsidRPr="00925AA4" w14:paraId="1FEE0BB2" w14:textId="77777777">
        <w:tc>
          <w:tcPr>
            <w:tcW w:w="4320" w:type="dxa"/>
          </w:tcPr>
          <w:p w14:paraId="020741F9" w14:textId="77777777" w:rsidR="003D76D2" w:rsidRPr="00925AA4" w:rsidRDefault="003D76D2" w:rsidP="003D76D2">
            <w:r w:rsidRPr="00925AA4">
              <w:t>As a periodontic specialist, I can tell you that smoking has profoundly damaging effects on your gum health and is one of the most significant risk factors for periodontal disease.</w:t>
            </w:r>
          </w:p>
          <w:p w14:paraId="6B7A8D60" w14:textId="77777777" w:rsidR="003D76D2" w:rsidRPr="00925AA4" w:rsidRDefault="003D76D2" w:rsidP="003D76D2">
            <w:r w:rsidRPr="00925AA4">
              <w:t>Here's how smoking harms your gums:</w:t>
            </w:r>
          </w:p>
          <w:p w14:paraId="578E8440" w14:textId="77777777" w:rsidR="003D76D2" w:rsidRPr="00925AA4" w:rsidRDefault="003D76D2" w:rsidP="003D76D2">
            <w:r w:rsidRPr="00925AA4">
              <w:t xml:space="preserve">Smoking constricts blood vessels in your gum tissue, reducing blood flow and oxygen delivery. This impaired circulation means your gums receive fewer nutrients and immune cells, making it harder for your body to fight off bacterial infections that cause gum disease. You're also less likely to notice early warning signs like </w:t>
            </w:r>
            <w:r w:rsidRPr="00925AA4">
              <w:lastRenderedPageBreak/>
              <w:t>bleeding gums because the reduced blood flow masks this symptom.</w:t>
            </w:r>
          </w:p>
          <w:p w14:paraId="11747D12" w14:textId="77777777" w:rsidR="003D76D2" w:rsidRPr="00925AA4" w:rsidRDefault="003D76D2" w:rsidP="003D76D2">
            <w:r w:rsidRPr="00925AA4">
              <w:t>The harmful chemicals in tobacco smoke weaken your immune response, making you more susceptible to periodontal infections. Smokers are 2-7 times more likely to develop periodontitis compared to non-smokers, and the disease tends to progress more rapidly and severely.</w:t>
            </w:r>
          </w:p>
          <w:p w14:paraId="3CEECBA5" w14:textId="77777777" w:rsidR="003D76D2" w:rsidRPr="00925AA4" w:rsidRDefault="003D76D2" w:rsidP="003D76D2">
            <w:r w:rsidRPr="00925AA4">
              <w:t>Smoking also impairs your body's ability to heal. If you develop gum disease or need periodontal treatment, your recovery will be significantly slower and less predictable. Bone loss around teeth occurs more rapidly in smokers, and you face a much higher risk of tooth loss.</w:t>
            </w:r>
          </w:p>
          <w:p w14:paraId="300743F2" w14:textId="77777777" w:rsidR="003D76D2" w:rsidRPr="00925AA4" w:rsidRDefault="003D76D2" w:rsidP="003D76D2">
            <w:r w:rsidRPr="00925AA4">
              <w:t>Additionally, smoking creates an environment where harmful bacteria thrive, increases plaque and tartar buildup, and reduces saliva production, which normally helps protect your gums.</w:t>
            </w:r>
          </w:p>
          <w:p w14:paraId="21C66DF0" w14:textId="77777777" w:rsidR="003D76D2" w:rsidRPr="00925AA4" w:rsidRDefault="003D76D2" w:rsidP="003D76D2">
            <w:r w:rsidRPr="00925AA4">
              <w:t>The good news: Quitting smoking dramatically improves your periodontal health. Your gum tissue begins to heal, blood flow improves, and your risk of disease progression decreases significantly. Even if you already have gum disease, quitting will improve your treatment outcomes.</w:t>
            </w:r>
          </w:p>
          <w:p w14:paraId="18D93A49" w14:textId="54744D8E" w:rsidR="006F0382" w:rsidRPr="00925AA4" w:rsidRDefault="003D76D2" w:rsidP="003D76D2">
            <w:r w:rsidRPr="00925AA4">
              <w:t>I strongly encourage you to quit smoking. I can work with you on a comprehensive treatment plan and connect you with cessation resources to protect your gum health long-</w:t>
            </w:r>
            <w:proofErr w:type="gramStart"/>
            <w:r w:rsidRPr="00925AA4">
              <w:t>term._</w:t>
            </w:r>
            <w:proofErr w:type="gramEnd"/>
            <w:r w:rsidRPr="00925AA4">
              <w:t>______________________________</w:t>
            </w:r>
          </w:p>
        </w:tc>
        <w:tc>
          <w:tcPr>
            <w:tcW w:w="4320" w:type="dxa"/>
          </w:tcPr>
          <w:p w14:paraId="3F918B97" w14:textId="77777777" w:rsidR="005C166D" w:rsidRPr="00925AA4" w:rsidRDefault="005C166D" w:rsidP="005C166D">
            <w:r w:rsidRPr="00925AA4">
              <w:lastRenderedPageBreak/>
              <w:t>When smoking, the chemical and carcinogenic substances it contains come into direct contact with the teeth and gingival tissues. Smoking reduces the amount of oxygen delivered to the tissues, slows healing, and weakens the immune system’s resistance to infections. For this reason, periodontal diseases tend to be more severe and progress much more rapidly in smokers.</w:t>
            </w:r>
          </w:p>
          <w:p w14:paraId="4DA4EE9B" w14:textId="77777777" w:rsidR="005C166D" w:rsidRPr="00925AA4" w:rsidRDefault="005C166D" w:rsidP="005C166D">
            <w:r w:rsidRPr="00925AA4">
              <w:t>In addition, since smoking reduces blood circulation, it can mask early warning signs such as gum bleeding. This may lead to periodontal disease progressing insidiously without noticeable symptoms.</w:t>
            </w:r>
          </w:p>
          <w:p w14:paraId="4B62867A" w14:textId="77777777" w:rsidR="005C166D" w:rsidRPr="00925AA4" w:rsidRDefault="005C166D" w:rsidP="005C166D">
            <w:r w:rsidRPr="00925AA4">
              <w:lastRenderedPageBreak/>
              <w:t>Smoking increases the severity of periodontitis, which is characterized by bone loss, and leads to greater loss of both bone and soft tissue.</w:t>
            </w:r>
          </w:p>
          <w:p w14:paraId="1DCDCBD1" w14:textId="77777777" w:rsidR="005C166D" w:rsidRPr="00925AA4" w:rsidRDefault="005C166D" w:rsidP="005C166D">
            <w:r w:rsidRPr="00925AA4">
              <w:t xml:space="preserve">Moreover, deeper periodontal pockets are observed in smokers with periodontitis. At the same time, it reduces the success of both non-surgical periodontal treatments and surgical </w:t>
            </w:r>
            <w:proofErr w:type="gramStart"/>
            <w:r w:rsidRPr="00925AA4">
              <w:t>procedures, and</w:t>
            </w:r>
            <w:proofErr w:type="gramEnd"/>
            <w:r w:rsidRPr="00925AA4">
              <w:t xml:space="preserve"> significantly prolongs the healing period.</w:t>
            </w:r>
          </w:p>
          <w:p w14:paraId="7B10CE10" w14:textId="77777777" w:rsidR="005C166D" w:rsidRPr="00925AA4" w:rsidRDefault="005C166D" w:rsidP="005C166D">
            <w:r w:rsidRPr="00925AA4">
              <w:t>As the number of cigarettes smoked daily increases, the risk of these negative effects rises in parallel.</w:t>
            </w:r>
          </w:p>
          <w:p w14:paraId="4EBE4468" w14:textId="77777777" w:rsidR="005C166D" w:rsidRPr="00925AA4" w:rsidRDefault="005C166D" w:rsidP="005C166D">
            <w:r w:rsidRPr="00925AA4">
              <w:t>Additionally, smoking may cause discoloration, yellowing, and superficial staining on the teeth and gums.</w:t>
            </w:r>
          </w:p>
          <w:p w14:paraId="609DC727" w14:textId="77777777" w:rsidR="006F0382" w:rsidRPr="00925AA4" w:rsidRDefault="00000000">
            <w:r w:rsidRPr="00925AA4">
              <w:t>________________________________</w:t>
            </w:r>
          </w:p>
        </w:tc>
      </w:tr>
    </w:tbl>
    <w:p w14:paraId="1A6A9BD6" w14:textId="07681AD5" w:rsidR="006F0382" w:rsidRPr="00925AA4" w:rsidRDefault="00D61BF9">
      <w:r w:rsidRPr="00925AA4">
        <w:rPr>
          <w:b/>
          <w:bCs/>
        </w:rPr>
        <w:lastRenderedPageBreak/>
        <w:t>Question 6:</w:t>
      </w:r>
      <w:r w:rsidRPr="00925AA4">
        <w:t xml:space="preserve"> </w:t>
      </w:r>
      <w:r w:rsidR="00FC0779" w:rsidRPr="00925AA4">
        <w:t>Assume the role of a periodontic specialist and provide a precise answer to the following patient question.</w:t>
      </w:r>
      <w:r w:rsidR="00FC0779" w:rsidRPr="00925AA4">
        <w:rPr>
          <w:rFonts w:ascii="Times New Roman" w:eastAsia="Times New Roman" w:hAnsi="Times New Roman" w:cs="Times New Roman"/>
          <w:lang w:eastAsia="tr-TR"/>
        </w:rPr>
        <w:t xml:space="preserve"> I have diabetes — does that make gum disease more likely?</w:t>
      </w:r>
    </w:p>
    <w:tbl>
      <w:tblPr>
        <w:tblW w:w="0" w:type="auto"/>
        <w:tblLook w:val="04A0" w:firstRow="1" w:lastRow="0" w:firstColumn="1" w:lastColumn="0" w:noHBand="0" w:noVBand="1"/>
      </w:tblPr>
      <w:tblGrid>
        <w:gridCol w:w="4320"/>
        <w:gridCol w:w="4320"/>
      </w:tblGrid>
      <w:tr w:rsidR="006F0382" w:rsidRPr="00925AA4" w14:paraId="7498F5B0" w14:textId="77777777">
        <w:tc>
          <w:tcPr>
            <w:tcW w:w="4320" w:type="dxa"/>
          </w:tcPr>
          <w:p w14:paraId="06E91BDD" w14:textId="02DDA8EB" w:rsidR="006F0382" w:rsidRPr="00925AA4" w:rsidRDefault="004A12B8">
            <w:r w:rsidRPr="00925AA4">
              <w:t>Answer A (ChatGPT)</w:t>
            </w:r>
          </w:p>
        </w:tc>
        <w:tc>
          <w:tcPr>
            <w:tcW w:w="4320" w:type="dxa"/>
          </w:tcPr>
          <w:p w14:paraId="37DEACD3" w14:textId="36561984" w:rsidR="006F0382" w:rsidRPr="00925AA4" w:rsidRDefault="004A12B8">
            <w:r w:rsidRPr="00925AA4">
              <w:t>Answer B (Gemini)</w:t>
            </w:r>
          </w:p>
        </w:tc>
      </w:tr>
      <w:tr w:rsidR="006F0382" w:rsidRPr="00925AA4" w14:paraId="3CCB754E" w14:textId="77777777">
        <w:tc>
          <w:tcPr>
            <w:tcW w:w="4320" w:type="dxa"/>
          </w:tcPr>
          <w:p w14:paraId="6AF896AC" w14:textId="6A0711A7" w:rsidR="00FC0779" w:rsidRPr="00925AA4" w:rsidRDefault="00000000" w:rsidP="00FC0779">
            <w:r w:rsidRPr="00925AA4">
              <w:lastRenderedPageBreak/>
              <w:t>_</w:t>
            </w:r>
            <w:r w:rsidR="00FC0779" w:rsidRPr="00925AA4">
              <w:t xml:space="preserve"> In short, yes — diabetes does increase the risk of developing gum (periodontal) disease.</w:t>
            </w:r>
          </w:p>
          <w:p w14:paraId="5DB94356" w14:textId="77777777" w:rsidR="00FC0779" w:rsidRPr="00925AA4" w:rsidRDefault="00FC0779" w:rsidP="00FC0779">
            <w:r w:rsidRPr="00925AA4">
              <w:t>Here’s why, from a periodontic standpoint:</w:t>
            </w:r>
          </w:p>
          <w:p w14:paraId="27592804" w14:textId="77777777" w:rsidR="00FC0779" w:rsidRPr="00925AA4" w:rsidRDefault="00FC0779" w:rsidP="00FC0779">
            <w:r w:rsidRPr="00925AA4">
              <w:t>1. Higher blood sugar affects your immune response</w:t>
            </w:r>
          </w:p>
          <w:p w14:paraId="2260D8E7" w14:textId="77777777" w:rsidR="00FC0779" w:rsidRPr="00925AA4" w:rsidRDefault="00FC0779" w:rsidP="00FC0779">
            <w:r w:rsidRPr="00925AA4">
              <w:t>When blood glucose levels are elevated, your body’s ability to fight infection is reduced. Since gum disease is an infection caused by bacteria around the teeth, this weakened response makes you more susceptible.</w:t>
            </w:r>
          </w:p>
          <w:p w14:paraId="786DD946" w14:textId="77777777" w:rsidR="00FC0779" w:rsidRPr="00925AA4" w:rsidRDefault="00FC0779" w:rsidP="00FC0779">
            <w:r w:rsidRPr="00925AA4">
              <w:t>2. Diabetes can make your gums more inflammatory</w:t>
            </w:r>
          </w:p>
          <w:p w14:paraId="29355DF3" w14:textId="77777777" w:rsidR="00FC0779" w:rsidRPr="00925AA4" w:rsidRDefault="00FC0779" w:rsidP="00FC0779">
            <w:r w:rsidRPr="00925AA4">
              <w:t>High glucose levels can trigger an exaggerated inflammatory reaction in the gums. This inflammation accelerates the breakdown of the tissues and bone that support the teeth.</w:t>
            </w:r>
          </w:p>
          <w:p w14:paraId="7F61EEFE" w14:textId="77777777" w:rsidR="00FC0779" w:rsidRPr="00925AA4" w:rsidRDefault="00FC0779" w:rsidP="00FC0779">
            <w:r w:rsidRPr="00925AA4">
              <w:t>3. Healing is slower</w:t>
            </w:r>
          </w:p>
          <w:p w14:paraId="6B1A7D8F" w14:textId="77777777" w:rsidR="00FC0779" w:rsidRPr="00925AA4" w:rsidRDefault="00FC0779" w:rsidP="00FC0779">
            <w:r w:rsidRPr="00925AA4">
              <w:t>Diabetes can slow circulation and impair healing. Once gum disease starts, it tends to progress more quickly and is harder to control.</w:t>
            </w:r>
          </w:p>
          <w:p w14:paraId="724FB761" w14:textId="77777777" w:rsidR="00FC0779" w:rsidRPr="00925AA4" w:rsidRDefault="00FC0779" w:rsidP="00FC0779">
            <w:r w:rsidRPr="00925AA4">
              <w:t>4. The relationship goes both ways</w:t>
            </w:r>
          </w:p>
          <w:p w14:paraId="773AFBBF" w14:textId="77777777" w:rsidR="00FC0779" w:rsidRPr="00925AA4" w:rsidRDefault="00FC0779" w:rsidP="00FC0779">
            <w:r w:rsidRPr="00925AA4">
              <w:t>Not only does diabetes increase your risk of gum disease — active gum disease can also make blood sugar harder to control, contributing to wider health complications.</w:t>
            </w:r>
          </w:p>
          <w:p w14:paraId="2CD8C3CD" w14:textId="77777777" w:rsidR="00FC0779" w:rsidRPr="00925AA4" w:rsidRDefault="00FC0779" w:rsidP="00FC0779">
            <w:r w:rsidRPr="00925AA4">
              <w:t>What you can do</w:t>
            </w:r>
          </w:p>
          <w:p w14:paraId="12DC5B3A" w14:textId="77777777" w:rsidR="00FC0779" w:rsidRPr="00925AA4" w:rsidRDefault="00FC0779" w:rsidP="00FC0779">
            <w:r w:rsidRPr="00925AA4">
              <w:t>Keep blood sugar as well controlled as possible — this is the most important step.</w:t>
            </w:r>
          </w:p>
          <w:p w14:paraId="2AA48C0D" w14:textId="77777777" w:rsidR="00FC0779" w:rsidRPr="00925AA4" w:rsidRDefault="00FC0779" w:rsidP="00FC0779">
            <w:r w:rsidRPr="00925AA4">
              <w:t>Maintain strict daily oral hygiene (brushing twice daily, interdental cleaning).</w:t>
            </w:r>
          </w:p>
          <w:p w14:paraId="059D893F" w14:textId="77777777" w:rsidR="00FC0779" w:rsidRPr="00925AA4" w:rsidRDefault="00FC0779" w:rsidP="00FC0779">
            <w:r w:rsidRPr="00925AA4">
              <w:lastRenderedPageBreak/>
              <w:t>Have regular periodontal checkups and cleanings (often 3–4 times per year for diabetic patients).</w:t>
            </w:r>
          </w:p>
          <w:p w14:paraId="07A6E40C" w14:textId="77777777" w:rsidR="00FC0779" w:rsidRPr="00925AA4" w:rsidRDefault="00FC0779" w:rsidP="00FC0779">
            <w:r w:rsidRPr="00925AA4">
              <w:t>Watch for early signs: bleeding gums, bad breath, gum tenderness, or loose teeth.</w:t>
            </w:r>
          </w:p>
          <w:p w14:paraId="2B165561" w14:textId="19AF6834" w:rsidR="006F0382" w:rsidRPr="00925AA4" w:rsidRDefault="00FC0779" w:rsidP="00FC0779">
            <w:r w:rsidRPr="00925AA4">
              <w:t>If your diabetes is well managed and you stay on top of your oral health, your risk can be reduced significantly.</w:t>
            </w:r>
          </w:p>
        </w:tc>
        <w:tc>
          <w:tcPr>
            <w:tcW w:w="4320" w:type="dxa"/>
          </w:tcPr>
          <w:p w14:paraId="67D3F080" w14:textId="1FADE0F6" w:rsidR="00644FEE" w:rsidRPr="00925AA4" w:rsidRDefault="00644FEE" w:rsidP="00644FEE">
            <w:r w:rsidRPr="00925AA4">
              <w:lastRenderedPageBreak/>
              <w:t>Absolutely. As a periodontic specialist, I can tell you that there is a strong and well-documented connection between diabetes mellitus and an increased risk and severity of periodontal disease (gum disease).</w:t>
            </w:r>
          </w:p>
          <w:p w14:paraId="48FC3FCE" w14:textId="02AC1BA9" w:rsidR="00644FEE" w:rsidRPr="00925AA4" w:rsidRDefault="00644FEE" w:rsidP="00644FEE">
            <w:r w:rsidRPr="00925AA4">
              <w:t>Here is a precise explanation of why:</w:t>
            </w:r>
          </w:p>
          <w:p w14:paraId="0241FE01" w14:textId="100749EF" w:rsidR="00644FEE" w:rsidRPr="00925AA4" w:rsidRDefault="00644FEE" w:rsidP="00644FEE">
            <w:r w:rsidRPr="00925AA4">
              <w:rPr>
                <w:rFonts w:ascii="Apple Color Emoji" w:hAnsi="Apple Color Emoji" w:cs="Apple Color Emoji"/>
              </w:rPr>
              <w:t>🔬</w:t>
            </w:r>
            <w:r w:rsidRPr="00925AA4">
              <w:t xml:space="preserve"> The Link Between Diabetes and Gum Disease</w:t>
            </w:r>
          </w:p>
          <w:p w14:paraId="57F40650" w14:textId="3FA74B79" w:rsidR="00644FEE" w:rsidRPr="00925AA4" w:rsidRDefault="00644FEE" w:rsidP="00644FEE">
            <w:r w:rsidRPr="00925AA4">
              <w:t>Increased Inflammation (Hyperglycemia): When your blood sugar (glucose) levels are poorly controlled (hyperglycemia), the elevated glucose promotes the production of inflammatory molecules (cytokines). This makes the gums more susceptible to the damaging effects of the bacteria that cause periodontitis, leading to faster and more severe tissue destruction (bone loss, deeper pockets).</w:t>
            </w:r>
          </w:p>
          <w:p w14:paraId="553EF53C" w14:textId="793D4C5C" w:rsidR="00644FEE" w:rsidRPr="00925AA4" w:rsidRDefault="00644FEE" w:rsidP="00644FEE">
            <w:r w:rsidRPr="00925AA4">
              <w:t>Impaired Immune Response: High blood sugar can compromise the function of certain immune cells, specifically neutrophils, which are the first line of defense against bacterial infections in your mouth. This weakens your body's ability to fight off the gum-disease-causing bacteria, allowing the infection to progress more easily.</w:t>
            </w:r>
          </w:p>
          <w:p w14:paraId="64AC929E" w14:textId="5D864788" w:rsidR="00644FEE" w:rsidRPr="00925AA4" w:rsidRDefault="00644FEE" w:rsidP="00644FEE">
            <w:r w:rsidRPr="00925AA4">
              <w:t>Impaired Healing: Diabetes can also slow down the healing process. This means that once the gum tissue and underlying bone are damaged, your body takes longer to repair them, making treatment outcomes potentially less predictable if the diabetes is uncontrolled.</w:t>
            </w:r>
          </w:p>
          <w:p w14:paraId="473D0558" w14:textId="2B079906" w:rsidR="00644FEE" w:rsidRPr="00925AA4" w:rsidRDefault="00644FEE" w:rsidP="00644FEE">
            <w:r w:rsidRPr="00925AA4">
              <w:rPr>
                <w:rFonts w:ascii="Apple Color Emoji" w:hAnsi="Apple Color Emoji" w:cs="Apple Color Emoji"/>
              </w:rPr>
              <w:t>📈</w:t>
            </w:r>
            <w:r w:rsidRPr="00925AA4">
              <w:t xml:space="preserve"> Clinical Outcomes</w:t>
            </w:r>
          </w:p>
          <w:p w14:paraId="0A6B2807" w14:textId="46B1B8B4" w:rsidR="00644FEE" w:rsidRPr="00925AA4" w:rsidRDefault="00644FEE" w:rsidP="00644FEE">
            <w:r w:rsidRPr="00925AA4">
              <w:t xml:space="preserve">Patients with poorly controlled diabetes are two to three times more likely to develop periodontitis than non-diabetic </w:t>
            </w:r>
            <w:r w:rsidRPr="00925AA4">
              <w:lastRenderedPageBreak/>
              <w:t>individuals. Furthermore, periodontitis is often considered the sixth complication of diabetes.</w:t>
            </w:r>
          </w:p>
          <w:p w14:paraId="1A81CD26" w14:textId="3876F56A" w:rsidR="00644FEE" w:rsidRPr="00925AA4" w:rsidRDefault="00644FEE" w:rsidP="00644FEE">
            <w:r w:rsidRPr="00925AA4">
              <w:t>Vicious Cycle: It's important to note this is a two-way street. Severe periodontitis can also negatively impact your diabetes control by increasing the overall inflammatory burden in your body, which can make it harder to maintain target blood glucose levels (HbA1c).</w:t>
            </w:r>
          </w:p>
          <w:p w14:paraId="44D8ECE1" w14:textId="7716959F" w:rsidR="00644FEE" w:rsidRPr="00925AA4" w:rsidRDefault="00644FEE" w:rsidP="00644FEE">
            <w:r w:rsidRPr="00925AA4">
              <w:rPr>
                <w:rFonts w:ascii="Apple Color Emoji" w:hAnsi="Apple Color Emoji" w:cs="Apple Color Emoji"/>
              </w:rPr>
              <w:t>✅</w:t>
            </w:r>
            <w:r w:rsidRPr="00925AA4">
              <w:t xml:space="preserve"> Recommendation</w:t>
            </w:r>
          </w:p>
          <w:p w14:paraId="2ABF9F52" w14:textId="7EED77B7" w:rsidR="00644FEE" w:rsidRPr="00925AA4" w:rsidRDefault="00644FEE" w:rsidP="00644FEE">
            <w:r w:rsidRPr="00925AA4">
              <w:t>Given your diagnosis of diabetes, meticulous oral hygiene, regular professional dental cleanings, and frequent periodontal evaluations are critical. Controlling your blood sugar is not just vital for your systemic health but is also the most important factor in successfully managing and preventing gum disease.</w:t>
            </w:r>
          </w:p>
          <w:p w14:paraId="12D6280F" w14:textId="12631A1D" w:rsidR="006F0382" w:rsidRPr="00925AA4" w:rsidRDefault="00644FEE" w:rsidP="00644FEE">
            <w:r w:rsidRPr="00925AA4">
              <w:t>Would you like me to check your periodontal status now and discuss a personalized maintenance schedule based on your diabetic history?</w:t>
            </w:r>
          </w:p>
        </w:tc>
      </w:tr>
      <w:tr w:rsidR="006F0382" w:rsidRPr="00925AA4" w14:paraId="742B4B05" w14:textId="77777777">
        <w:tc>
          <w:tcPr>
            <w:tcW w:w="4320" w:type="dxa"/>
          </w:tcPr>
          <w:p w14:paraId="64601178" w14:textId="77777777" w:rsidR="006F0382" w:rsidRPr="00925AA4" w:rsidRDefault="00000000">
            <w:r w:rsidRPr="00925AA4">
              <w:lastRenderedPageBreak/>
              <w:t>________________________________</w:t>
            </w:r>
          </w:p>
        </w:tc>
        <w:tc>
          <w:tcPr>
            <w:tcW w:w="4320" w:type="dxa"/>
          </w:tcPr>
          <w:p w14:paraId="548B0428" w14:textId="77777777" w:rsidR="006F0382" w:rsidRPr="00925AA4" w:rsidRDefault="00000000">
            <w:r w:rsidRPr="00925AA4">
              <w:t>________________________________</w:t>
            </w:r>
          </w:p>
        </w:tc>
      </w:tr>
    </w:tbl>
    <w:p w14:paraId="0F78BC9E"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5D749995" w14:textId="77777777">
        <w:tc>
          <w:tcPr>
            <w:tcW w:w="4320" w:type="dxa"/>
          </w:tcPr>
          <w:p w14:paraId="25E8B8A4" w14:textId="436A0394" w:rsidR="006F0382" w:rsidRPr="00925AA4" w:rsidRDefault="004A12B8">
            <w:r w:rsidRPr="00925AA4">
              <w:t>Answer C (Claude)</w:t>
            </w:r>
          </w:p>
        </w:tc>
        <w:tc>
          <w:tcPr>
            <w:tcW w:w="4320" w:type="dxa"/>
          </w:tcPr>
          <w:p w14:paraId="6C002ABE" w14:textId="6DB5A657" w:rsidR="006F0382" w:rsidRPr="00925AA4" w:rsidRDefault="004A12B8">
            <w:r w:rsidRPr="00925AA4">
              <w:t>Answer D (</w:t>
            </w:r>
            <w:r w:rsidR="005C166D" w:rsidRPr="00925AA4">
              <w:t>Expert</w:t>
            </w:r>
            <w:r w:rsidRPr="00925AA4">
              <w:t>)</w:t>
            </w:r>
          </w:p>
        </w:tc>
      </w:tr>
      <w:tr w:rsidR="006F0382" w:rsidRPr="00925AA4" w14:paraId="1BAF88B2" w14:textId="77777777">
        <w:tc>
          <w:tcPr>
            <w:tcW w:w="4320" w:type="dxa"/>
          </w:tcPr>
          <w:p w14:paraId="1BA9D9FA" w14:textId="4ECE37DA" w:rsidR="003D76D2" w:rsidRPr="00925AA4" w:rsidRDefault="003D76D2" w:rsidP="003D76D2">
            <w:r w:rsidRPr="00925AA4">
              <w:t>Yes, having diabetes does significantly increase your risk of developing gum disease, and there's a two-way relationship between these conditions.</w:t>
            </w:r>
          </w:p>
          <w:p w14:paraId="5E1C0B22" w14:textId="77777777" w:rsidR="003D76D2" w:rsidRPr="00925AA4" w:rsidRDefault="003D76D2" w:rsidP="003D76D2">
            <w:r w:rsidRPr="00925AA4">
              <w:t>Why diabetes increases gum disease risk:</w:t>
            </w:r>
          </w:p>
          <w:p w14:paraId="74E403D8" w14:textId="77777777" w:rsidR="003D76D2" w:rsidRPr="00925AA4" w:rsidRDefault="003D76D2" w:rsidP="003D76D2">
            <w:r w:rsidRPr="00925AA4">
              <w:t xml:space="preserve">When blood sugar levels are poorly controlled, several things happen in your mouth. High glucose levels in your saliva create an ideal environment for harmful </w:t>
            </w:r>
            <w:r w:rsidRPr="00925AA4">
              <w:lastRenderedPageBreak/>
              <w:t>bacteria to thrive. Additionally, diabetes impairs your immune system's ability to fight off bacterial infections, including those affecting your gums. Diabetes also reduces blood flow to the gums, which slows healing and makes you more susceptible to infection.</w:t>
            </w:r>
          </w:p>
          <w:p w14:paraId="6A747645" w14:textId="77777777" w:rsidR="003D76D2" w:rsidRPr="00925AA4" w:rsidRDefault="003D76D2" w:rsidP="003D76D2">
            <w:r w:rsidRPr="00925AA4">
              <w:t>The two-way connection:</w:t>
            </w:r>
          </w:p>
          <w:p w14:paraId="10EA1833" w14:textId="77777777" w:rsidR="003D76D2" w:rsidRPr="00925AA4" w:rsidRDefault="003D76D2" w:rsidP="003D76D2">
            <w:r w:rsidRPr="00925AA4">
              <w:t xml:space="preserve">What's particularly important to understand is that this relationship works both ways. Not only does diabetes make gum disease more likely and more severe, but active gum disease can </w:t>
            </w:r>
            <w:proofErr w:type="gramStart"/>
            <w:r w:rsidRPr="00925AA4">
              <w:t>actually make</w:t>
            </w:r>
            <w:proofErr w:type="gramEnd"/>
            <w:r w:rsidRPr="00925AA4">
              <w:t xml:space="preserve"> it harder to control your blood sugar levels. The inflammation from periodontal disease can increase insulin resistance, creating a problematic cycle.</w:t>
            </w:r>
          </w:p>
          <w:p w14:paraId="7FAF1BEA" w14:textId="77777777" w:rsidR="003D76D2" w:rsidRPr="00925AA4" w:rsidRDefault="003D76D2" w:rsidP="003D76D2">
            <w:r w:rsidRPr="00925AA4">
              <w:t>What this means for you:</w:t>
            </w:r>
          </w:p>
          <w:p w14:paraId="7BCED378" w14:textId="77777777" w:rsidR="003D76D2" w:rsidRPr="00925AA4" w:rsidRDefault="003D76D2" w:rsidP="003D76D2"/>
          <w:p w14:paraId="48939F59" w14:textId="77777777" w:rsidR="003D76D2" w:rsidRPr="00925AA4" w:rsidRDefault="003D76D2" w:rsidP="003D76D2">
            <w:r w:rsidRPr="00925AA4">
              <w:t>You're at higher risk for gingivitis and periodontitis</w:t>
            </w:r>
          </w:p>
          <w:p w14:paraId="625503CE" w14:textId="77777777" w:rsidR="003D76D2" w:rsidRPr="00925AA4" w:rsidRDefault="003D76D2" w:rsidP="003D76D2">
            <w:r w:rsidRPr="00925AA4">
              <w:t>Gum disease may progress more rapidly if you develop it</w:t>
            </w:r>
          </w:p>
          <w:p w14:paraId="727FD3F1" w14:textId="77777777" w:rsidR="003D76D2" w:rsidRPr="00925AA4" w:rsidRDefault="003D76D2" w:rsidP="003D76D2">
            <w:r w:rsidRPr="00925AA4">
              <w:t>Healing after dental procedures may take longer</w:t>
            </w:r>
          </w:p>
          <w:p w14:paraId="2CF2CA26" w14:textId="77777777" w:rsidR="003D76D2" w:rsidRPr="00925AA4" w:rsidRDefault="003D76D2" w:rsidP="003D76D2">
            <w:r w:rsidRPr="00925AA4">
              <w:t>You're more prone to other oral infections as well</w:t>
            </w:r>
          </w:p>
          <w:p w14:paraId="7941E88C" w14:textId="77777777" w:rsidR="003D76D2" w:rsidRPr="00925AA4" w:rsidRDefault="003D76D2" w:rsidP="003D76D2"/>
          <w:p w14:paraId="70832D68" w14:textId="77777777" w:rsidR="003D76D2" w:rsidRPr="00925AA4" w:rsidRDefault="003D76D2" w:rsidP="003D76D2">
            <w:r w:rsidRPr="00925AA4">
              <w:t>My recommendations:</w:t>
            </w:r>
          </w:p>
          <w:p w14:paraId="7371D3DB" w14:textId="77777777" w:rsidR="003D76D2" w:rsidRPr="00925AA4" w:rsidRDefault="003D76D2" w:rsidP="003D76D2"/>
          <w:p w14:paraId="70D97A1B" w14:textId="77777777" w:rsidR="003D76D2" w:rsidRPr="00925AA4" w:rsidRDefault="003D76D2" w:rsidP="003D76D2">
            <w:r w:rsidRPr="00925AA4">
              <w:t>Maintain excellent blood sugar control—this is your best defense</w:t>
            </w:r>
          </w:p>
          <w:p w14:paraId="622E6042" w14:textId="77777777" w:rsidR="003D76D2" w:rsidRPr="00925AA4" w:rsidRDefault="003D76D2" w:rsidP="003D76D2">
            <w:r w:rsidRPr="00925AA4">
              <w:t>See your dentist at least every 3-4 months for professional cleanings and monitoring</w:t>
            </w:r>
          </w:p>
          <w:p w14:paraId="282FA6F5" w14:textId="77777777" w:rsidR="003D76D2" w:rsidRPr="00925AA4" w:rsidRDefault="003D76D2" w:rsidP="003D76D2">
            <w:r w:rsidRPr="00925AA4">
              <w:lastRenderedPageBreak/>
              <w:t>Practice meticulous home care: brush twice daily and floss daily</w:t>
            </w:r>
          </w:p>
          <w:p w14:paraId="4724DCD2" w14:textId="77777777" w:rsidR="003D76D2" w:rsidRPr="00925AA4" w:rsidRDefault="003D76D2" w:rsidP="003D76D2">
            <w:r w:rsidRPr="00925AA4">
              <w:t>Report any gum bleeding, swelling, or changes immediately</w:t>
            </w:r>
          </w:p>
          <w:p w14:paraId="6C3839A1" w14:textId="77777777" w:rsidR="003D76D2" w:rsidRPr="00925AA4" w:rsidRDefault="003D76D2" w:rsidP="003D76D2">
            <w:r w:rsidRPr="00925AA4">
              <w:t>Keep both your physician and dentist informed about your diabetes management</w:t>
            </w:r>
          </w:p>
          <w:p w14:paraId="4407D16B" w14:textId="77777777" w:rsidR="003D76D2" w:rsidRPr="00925AA4" w:rsidRDefault="003D76D2" w:rsidP="003D76D2"/>
          <w:p w14:paraId="5D34CBCF" w14:textId="7AF9E057" w:rsidR="006F0382" w:rsidRPr="00925AA4" w:rsidRDefault="003D76D2" w:rsidP="003D76D2">
            <w:r w:rsidRPr="00925AA4">
              <w:t xml:space="preserve">With proper diabetes control and diligent oral hygiene, you can absolutely maintain healthy gums. Think of your oral health as part of your overall diabetes management </w:t>
            </w:r>
            <w:proofErr w:type="gramStart"/>
            <w:r w:rsidRPr="00925AA4">
              <w:t>plan._</w:t>
            </w:r>
            <w:proofErr w:type="gramEnd"/>
            <w:r w:rsidRPr="00925AA4">
              <w:t>_______________________________</w:t>
            </w:r>
          </w:p>
        </w:tc>
        <w:tc>
          <w:tcPr>
            <w:tcW w:w="4320" w:type="dxa"/>
          </w:tcPr>
          <w:p w14:paraId="55568070" w14:textId="77777777" w:rsidR="005C166D" w:rsidRPr="00925AA4" w:rsidRDefault="005C166D" w:rsidP="005C166D">
            <w:r w:rsidRPr="00925AA4">
              <w:lastRenderedPageBreak/>
              <w:t>Controlled diabetes does not significantly increase the risk of periodontal disease compared to individuals without diabetes. However, irregular and elevated blood glucose levels markedly increase this risk.</w:t>
            </w:r>
          </w:p>
          <w:p w14:paraId="728A1FC0" w14:textId="77777777" w:rsidR="005C166D" w:rsidRPr="00925AA4" w:rsidRDefault="005C166D" w:rsidP="005C166D">
            <w:r w:rsidRPr="00925AA4">
              <w:t xml:space="preserve">In individuals with poorly controlled diabetes, periodontal disease progresses more rapidly, follows a more severe course, and susceptibility to infection increases. Therefore, periodontal abscesses are </w:t>
            </w:r>
            <w:r w:rsidRPr="00925AA4">
              <w:lastRenderedPageBreak/>
              <w:t>observed more frequently in these individuals.</w:t>
            </w:r>
          </w:p>
          <w:p w14:paraId="37F10B80" w14:textId="77777777" w:rsidR="005C166D" w:rsidRPr="00925AA4" w:rsidRDefault="005C166D" w:rsidP="005C166D">
            <w:r w:rsidRPr="00925AA4">
              <w:t>There is a bidirectional relationship between diabetes and advanced periodontal disease, periodontitis. While diabetes increases the risk of developing periodontitis, periodontitis can also worsen diabetes by making glycemic control more difficult. Studies have shown that successful treatment of periodontitis contributes positively to glycemic control.</w:t>
            </w:r>
          </w:p>
          <w:p w14:paraId="355305FE" w14:textId="77777777" w:rsidR="005C166D" w:rsidRPr="00925AA4" w:rsidRDefault="005C166D" w:rsidP="005C166D">
            <w:r w:rsidRPr="00925AA4">
              <w:t>In individuals with well-controlled diabetes, the treatment of periodontitis is as successful as in individuals without diabetes. However, in cases of uncontrolled diabetes, delayed wound healing is observed, and healing after periodontal treatment and surgical procedures becomes more difficult.</w:t>
            </w:r>
          </w:p>
          <w:p w14:paraId="4D19A89B" w14:textId="77777777" w:rsidR="005C166D" w:rsidRPr="00925AA4" w:rsidRDefault="005C166D" w:rsidP="005C166D">
            <w:r w:rsidRPr="00925AA4">
              <w:t>To reduce the risk of periodontal disease, it is extremely important to maintain stable blood glucose levels, sustain proper oral hygiene, and attend regular periodontology check-ups.</w:t>
            </w:r>
          </w:p>
          <w:p w14:paraId="4D7BA681" w14:textId="77777777" w:rsidR="006F0382" w:rsidRPr="00925AA4" w:rsidRDefault="00000000">
            <w:r w:rsidRPr="00925AA4">
              <w:t>________________________________</w:t>
            </w:r>
          </w:p>
        </w:tc>
      </w:tr>
      <w:tr w:rsidR="006F0382" w:rsidRPr="00925AA4" w14:paraId="42156B8F" w14:textId="77777777">
        <w:tc>
          <w:tcPr>
            <w:tcW w:w="4320" w:type="dxa"/>
          </w:tcPr>
          <w:p w14:paraId="381BC25F" w14:textId="77777777" w:rsidR="006F0382" w:rsidRPr="00925AA4" w:rsidRDefault="00000000">
            <w:r w:rsidRPr="00925AA4">
              <w:lastRenderedPageBreak/>
              <w:t>________________________________</w:t>
            </w:r>
          </w:p>
        </w:tc>
        <w:tc>
          <w:tcPr>
            <w:tcW w:w="4320" w:type="dxa"/>
          </w:tcPr>
          <w:p w14:paraId="1BFC88B6" w14:textId="77777777" w:rsidR="006F0382" w:rsidRPr="00925AA4" w:rsidRDefault="00000000">
            <w:r w:rsidRPr="00925AA4">
              <w:t>________________________________</w:t>
            </w:r>
          </w:p>
        </w:tc>
      </w:tr>
    </w:tbl>
    <w:p w14:paraId="3A638CB4" w14:textId="3F0D1782" w:rsidR="00FC0779" w:rsidRPr="00925AA4" w:rsidRDefault="00D61BF9" w:rsidP="005C166D">
      <w:r w:rsidRPr="00925AA4">
        <w:rPr>
          <w:b/>
          <w:bCs/>
        </w:rPr>
        <w:t>Question 7:</w:t>
      </w:r>
      <w:r w:rsidRPr="00925AA4">
        <w:t xml:space="preserve"> </w:t>
      </w:r>
      <w:r w:rsidR="00FC0779" w:rsidRPr="00925AA4">
        <w:t>Assume the role of a periodontic specialist and provide a precise answer to the following patient question.</w:t>
      </w:r>
      <w:r w:rsidR="00FC0779" w:rsidRPr="00925AA4">
        <w:rPr>
          <w:rFonts w:ascii="Times New Roman" w:eastAsia="Times New Roman" w:hAnsi="Times New Roman" w:cs="Times New Roman"/>
          <w:lang w:eastAsia="tr-TR"/>
        </w:rPr>
        <w:t xml:space="preserve"> I’m pregnant. Why do my gums bleed more easily these days?</w:t>
      </w:r>
    </w:p>
    <w:p w14:paraId="44F4E4A2" w14:textId="5C811F5D"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013A7721" w14:textId="77777777">
        <w:tc>
          <w:tcPr>
            <w:tcW w:w="4320" w:type="dxa"/>
          </w:tcPr>
          <w:p w14:paraId="01F3EDA7" w14:textId="19248DE6" w:rsidR="006F0382" w:rsidRPr="00925AA4" w:rsidRDefault="004A12B8">
            <w:r w:rsidRPr="00925AA4">
              <w:t>Answer A (ChatGPT)</w:t>
            </w:r>
          </w:p>
        </w:tc>
        <w:tc>
          <w:tcPr>
            <w:tcW w:w="4320" w:type="dxa"/>
          </w:tcPr>
          <w:p w14:paraId="05F0C822" w14:textId="50CFC866" w:rsidR="006F0382" w:rsidRPr="00925AA4" w:rsidRDefault="004A12B8">
            <w:r w:rsidRPr="00925AA4">
              <w:t>Answer B (Gemini)</w:t>
            </w:r>
          </w:p>
        </w:tc>
      </w:tr>
      <w:tr w:rsidR="006F0382" w:rsidRPr="00925AA4" w14:paraId="373588FC" w14:textId="77777777">
        <w:tc>
          <w:tcPr>
            <w:tcW w:w="4320" w:type="dxa"/>
          </w:tcPr>
          <w:p w14:paraId="5B740F2E" w14:textId="77777777" w:rsidR="00FC0779" w:rsidRPr="00925AA4" w:rsidRDefault="00FC0779" w:rsidP="00FC0779">
            <w:r w:rsidRPr="00925AA4">
              <w:t>During pregnancy, your gums tend to bleed more easily because hormonal changes—especially higher levels of estrogen and progesterone—make your gum tissues more reactive to dental plaque (the thin bacterial film that naturally forms on teeth).</w:t>
            </w:r>
          </w:p>
          <w:p w14:paraId="0E7748A2" w14:textId="77777777" w:rsidR="00FC0779" w:rsidRPr="00925AA4" w:rsidRDefault="00FC0779" w:rsidP="00FC0779">
            <w:r w:rsidRPr="00925AA4">
              <w:t>Here’s what’s happening:</w:t>
            </w:r>
          </w:p>
          <w:p w14:paraId="112A1811" w14:textId="77777777" w:rsidR="00FC0779" w:rsidRPr="00925AA4" w:rsidRDefault="00FC0779" w:rsidP="00FC0779">
            <w:r w:rsidRPr="00925AA4">
              <w:t>1. Increased blood flow to the gums</w:t>
            </w:r>
          </w:p>
          <w:p w14:paraId="16E9F3E8" w14:textId="77777777" w:rsidR="00FC0779" w:rsidRPr="00925AA4" w:rsidRDefault="00FC0779" w:rsidP="00FC0779">
            <w:r w:rsidRPr="00925AA4">
              <w:t>Pregnancy hormones enlarge the tiny blood vessels in the gums, making them more sensitive and prone to bleeding, even with gentle brushing or flossing.</w:t>
            </w:r>
          </w:p>
          <w:p w14:paraId="283ED9CF" w14:textId="77777777" w:rsidR="00FC0779" w:rsidRPr="00925AA4" w:rsidRDefault="00FC0779" w:rsidP="00FC0779">
            <w:r w:rsidRPr="00925AA4">
              <w:t>2. Heightened inflammatory response</w:t>
            </w:r>
          </w:p>
          <w:p w14:paraId="0E369B77" w14:textId="77777777" w:rsidR="00FC0779" w:rsidRPr="00925AA4" w:rsidRDefault="00FC0779" w:rsidP="00FC0779">
            <w:r w:rsidRPr="00925AA4">
              <w:t>Your immune response shifts during pregnancy. As a result, your gums can over-</w:t>
            </w:r>
            <w:r w:rsidRPr="00925AA4">
              <w:lastRenderedPageBreak/>
              <w:t>react to small amounts of plaque, leading to pregnancy gingivitis—red, swollen, tender gums that bleed easily.</w:t>
            </w:r>
          </w:p>
          <w:p w14:paraId="5FF6DFB9" w14:textId="77777777" w:rsidR="00FC0779" w:rsidRPr="00925AA4" w:rsidRDefault="00FC0779" w:rsidP="00FC0779">
            <w:r w:rsidRPr="00925AA4">
              <w:t>3. Changes in saliva</w:t>
            </w:r>
          </w:p>
          <w:p w14:paraId="1CF19E97" w14:textId="77777777" w:rsidR="00FC0779" w:rsidRPr="00925AA4" w:rsidRDefault="00FC0779" w:rsidP="00FC0779">
            <w:r w:rsidRPr="00925AA4">
              <w:t>Pregnancy can reduce saliva’s cleansing ability, allowing plaque to accumulate more quickly, which further irritates gum tissues.</w:t>
            </w:r>
          </w:p>
          <w:p w14:paraId="7C5DCD49" w14:textId="77777777" w:rsidR="00FC0779" w:rsidRPr="00925AA4" w:rsidRDefault="00FC0779" w:rsidP="00FC0779">
            <w:r w:rsidRPr="00925AA4">
              <w:t>What you can do</w:t>
            </w:r>
          </w:p>
          <w:p w14:paraId="35995FD5" w14:textId="77777777" w:rsidR="00FC0779" w:rsidRPr="00925AA4" w:rsidRDefault="00FC0779" w:rsidP="00FC0779">
            <w:r w:rsidRPr="00925AA4">
              <w:t>Brush twice daily with a soft toothbrush.</w:t>
            </w:r>
          </w:p>
          <w:p w14:paraId="57FE4106" w14:textId="77777777" w:rsidR="00FC0779" w:rsidRPr="00925AA4" w:rsidRDefault="00FC0779" w:rsidP="00FC0779">
            <w:r w:rsidRPr="00925AA4">
              <w:t>Floss every day, even if your gums bleed (bleeding usually improves with consistent cleaning).</w:t>
            </w:r>
          </w:p>
          <w:p w14:paraId="50116A6E" w14:textId="77777777" w:rsidR="00FC0779" w:rsidRPr="00925AA4" w:rsidRDefault="00FC0779" w:rsidP="00FC0779">
            <w:r w:rsidRPr="00925AA4">
              <w:t>Schedule a dental cleaning—it’s safe during pregnancy and often significantly reduces symptoms.</w:t>
            </w:r>
          </w:p>
          <w:p w14:paraId="472CE357" w14:textId="77777777" w:rsidR="00FC0779" w:rsidRPr="00925AA4" w:rsidRDefault="00FC0779" w:rsidP="00FC0779">
            <w:r w:rsidRPr="00925AA4">
              <w:t>Rinse with warm salt water to soothe inflammation.</w:t>
            </w:r>
          </w:p>
          <w:p w14:paraId="201A513B" w14:textId="77777777" w:rsidR="00FC0779" w:rsidRPr="00925AA4" w:rsidRDefault="00FC0779" w:rsidP="00FC0779">
            <w:r w:rsidRPr="00925AA4">
              <w:t>Pay extra attention to diet and oral hygiene if you experience morning sickness.</w:t>
            </w:r>
          </w:p>
          <w:p w14:paraId="3AF8EEFF" w14:textId="7A31F9B1" w:rsidR="006F0382" w:rsidRPr="00925AA4" w:rsidRDefault="00FC0779" w:rsidP="00FC0779">
            <w:r w:rsidRPr="00925AA4">
              <w:t>If bleeding is heavy, persistent, or accompanied by pain or swelling, let your dentist or periodontist know—sometimes additional care is needed.</w:t>
            </w:r>
          </w:p>
        </w:tc>
        <w:tc>
          <w:tcPr>
            <w:tcW w:w="4320" w:type="dxa"/>
          </w:tcPr>
          <w:p w14:paraId="60945471" w14:textId="7BDF8C82" w:rsidR="00644FEE" w:rsidRPr="00925AA4" w:rsidRDefault="00000000" w:rsidP="00644FEE">
            <w:r w:rsidRPr="00925AA4">
              <w:lastRenderedPageBreak/>
              <w:t>_</w:t>
            </w:r>
            <w:r w:rsidR="00644FEE" w:rsidRPr="00925AA4">
              <w:t xml:space="preserve"> Hello. Thank you for asking this important question. I understand your concern about increased gum bleeding during your pregnancy.</w:t>
            </w:r>
          </w:p>
          <w:p w14:paraId="63E84FF6" w14:textId="5F37D47C" w:rsidR="00644FEE" w:rsidRPr="00925AA4" w:rsidRDefault="00644FEE" w:rsidP="00644FEE">
            <w:r w:rsidRPr="00925AA4">
              <w:t>As a periodontic specialist, I can assure you that this is a very common symptom often referred to as "Pregnancy Gingivitis." It is usually not a cause for immediate alarm, but it requires diligent care.</w:t>
            </w:r>
          </w:p>
          <w:p w14:paraId="47318970" w14:textId="7140D4FD" w:rsidR="00644FEE" w:rsidRPr="00925AA4" w:rsidRDefault="00644FEE" w:rsidP="00644FEE">
            <w:r w:rsidRPr="00925AA4">
              <w:t>Here is a precise explanation of why your gums are bleeding more easily:</w:t>
            </w:r>
          </w:p>
          <w:p w14:paraId="0787D3E9" w14:textId="40AABDD1" w:rsidR="00644FEE" w:rsidRPr="00925AA4" w:rsidRDefault="00644FEE" w:rsidP="00644FEE">
            <w:r w:rsidRPr="00925AA4">
              <w:rPr>
                <w:rFonts w:ascii="Apple Color Emoji" w:hAnsi="Apple Color Emoji" w:cs="Apple Color Emoji"/>
              </w:rPr>
              <w:t>🩸</w:t>
            </w:r>
            <w:r w:rsidRPr="00925AA4">
              <w:t xml:space="preserve"> The Primary Cause: Hormonal Changes</w:t>
            </w:r>
          </w:p>
          <w:p w14:paraId="2C936D09" w14:textId="1CFD68D0" w:rsidR="00644FEE" w:rsidRPr="00925AA4" w:rsidRDefault="00644FEE" w:rsidP="00644FEE">
            <w:r w:rsidRPr="00925AA4">
              <w:t>The main reason for the increased bleeding is the significant surge in hormones, specifically estrogen and progesterone, that your body experiences during pregnancy.</w:t>
            </w:r>
          </w:p>
          <w:p w14:paraId="32FA02E2" w14:textId="51469CE2" w:rsidR="00644FEE" w:rsidRPr="00925AA4" w:rsidRDefault="00644FEE" w:rsidP="00644FEE">
            <w:r w:rsidRPr="00925AA4">
              <w:lastRenderedPageBreak/>
              <w:t>Increased Blood Flow: These hormones cause blood vessels throughout your body to dilate (widen) and become more permeable, including those in your gum tissue (gingiva). This heightened blood volume and vessel sensitivity mean that even minor irritation that wouldn't normally cause bleeding now causes the tissue to bleed very easily.</w:t>
            </w:r>
          </w:p>
          <w:p w14:paraId="01A49177" w14:textId="26D4EAF6" w:rsidR="00644FEE" w:rsidRPr="00925AA4" w:rsidRDefault="00644FEE" w:rsidP="00644FEE">
            <w:r w:rsidRPr="00925AA4">
              <w:t>Exaggerated Inflammatory Response: The hormonal shift also changes the way your gum tissue reacts to the presence of dental plaque (the sticky film of bacteria on your teeth). Your body's inflammatory response is exaggerated. This means that a small amount of plaque that might only cause mild inflammation (gingivitis) in a non-pregnant individual can cause much more noticeable swelling, redness, and bleeding in a pregnant patient.</w:t>
            </w:r>
          </w:p>
          <w:p w14:paraId="74C67D07" w14:textId="236CFA8E" w:rsidR="00644FEE" w:rsidRPr="00925AA4" w:rsidRDefault="00644FEE" w:rsidP="00644FEE">
            <w:r w:rsidRPr="00925AA4">
              <w:rPr>
                <w:rFonts w:ascii="Apple Color Emoji" w:hAnsi="Apple Color Emoji" w:cs="Apple Color Emoji"/>
              </w:rPr>
              <w:t>🔬</w:t>
            </w:r>
            <w:r w:rsidRPr="00925AA4">
              <w:t xml:space="preserve"> What We Call It: Pregnancy Gingivitis</w:t>
            </w:r>
          </w:p>
          <w:p w14:paraId="02BB3BA0" w14:textId="096C8668" w:rsidR="00644FEE" w:rsidRPr="00925AA4" w:rsidRDefault="00644FEE" w:rsidP="00644FEE">
            <w:r w:rsidRPr="00925AA4">
              <w:t xml:space="preserve">Condition: This heightened inflammation and bleeding </w:t>
            </w:r>
            <w:proofErr w:type="gramStart"/>
            <w:r w:rsidRPr="00925AA4">
              <w:t>is</w:t>
            </w:r>
            <w:proofErr w:type="gramEnd"/>
            <w:r w:rsidRPr="00925AA4">
              <w:t xml:space="preserve"> clinically called Pregnancy Gingivitis. It typically begins during the second trimester (around the second month) and often subsides after delivery.</w:t>
            </w:r>
          </w:p>
          <w:p w14:paraId="4B4DED4B" w14:textId="74FF83B4" w:rsidR="00644FEE" w:rsidRPr="00925AA4" w:rsidRDefault="00644FEE" w:rsidP="00644FEE">
            <w:r w:rsidRPr="00925AA4">
              <w:t>Causative Factor: While hormones make the tissue susceptible, the actual bleeding and inflammation are still caused by the plaque and bacteria. The hormones are essentially acting as a catalyst, magnifying the existing bacterial irritation.</w:t>
            </w:r>
          </w:p>
          <w:p w14:paraId="04B28784" w14:textId="431E1B06" w:rsidR="00644FEE" w:rsidRPr="00925AA4" w:rsidRDefault="00644FEE" w:rsidP="00644FEE">
            <w:r w:rsidRPr="00925AA4">
              <w:rPr>
                <w:rFonts w:ascii="Apple Color Emoji" w:hAnsi="Apple Color Emoji" w:cs="Apple Color Emoji"/>
              </w:rPr>
              <w:t>📝</w:t>
            </w:r>
            <w:r w:rsidRPr="00925AA4">
              <w:t xml:space="preserve"> My Recommendation for Next Steps</w:t>
            </w:r>
          </w:p>
          <w:p w14:paraId="00BAC7DA" w14:textId="00366DC7" w:rsidR="00644FEE" w:rsidRPr="00925AA4" w:rsidRDefault="00644FEE" w:rsidP="00644FEE">
            <w:r w:rsidRPr="00925AA4">
              <w:t xml:space="preserve">Maintain Excellent Oral Hygiene: This is crucial. Brush gently but thoroughly twice a day with a soft-bristled brush and floss daily. Do not stop flossing because of the </w:t>
            </w:r>
            <w:r w:rsidRPr="00925AA4">
              <w:lastRenderedPageBreak/>
              <w:t>bleeding—the bleeding is a sign you need to remove the plaque more effectively.</w:t>
            </w:r>
          </w:p>
          <w:p w14:paraId="2494BAC6" w14:textId="52396DCF" w:rsidR="00644FEE" w:rsidRPr="00925AA4" w:rsidRDefault="00644FEE" w:rsidP="00644FEE">
            <w:r w:rsidRPr="00925AA4">
              <w:t>Professional Cleaning: Schedule a visit with your general dentist and/or a hygienist for a professional cleaning. Removing the hardened plaque (calculus) will significantly reduce the primary source of irritation.</w:t>
            </w:r>
          </w:p>
          <w:p w14:paraId="14CD69AD" w14:textId="65C85A34" w:rsidR="00644FEE" w:rsidRPr="00925AA4" w:rsidRDefault="00644FEE" w:rsidP="00644FEE">
            <w:r w:rsidRPr="00925AA4">
              <w:t>Periodontal Evaluation: I recommend maintaining your regular periodontal check-ups to monitor your gum health and ensure the gingivitis does not progress to the more severe form of gum disease, periodontitis, which can pose risks to both you and the baby.</w:t>
            </w:r>
          </w:p>
          <w:p w14:paraId="7AF57FD2" w14:textId="23509748" w:rsidR="006F0382" w:rsidRPr="00925AA4" w:rsidRDefault="00644FEE" w:rsidP="00644FEE">
            <w:r w:rsidRPr="00925AA4">
              <w:t>Would you like me to suggest the ideal type of toothpaste or mouthwash to help manage the plaque and inflammation safely during your pregnancy?</w:t>
            </w:r>
          </w:p>
        </w:tc>
      </w:tr>
    </w:tbl>
    <w:p w14:paraId="6D31F8BC"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767DCAFF" w14:textId="77777777">
        <w:tc>
          <w:tcPr>
            <w:tcW w:w="4320" w:type="dxa"/>
          </w:tcPr>
          <w:p w14:paraId="3120269B" w14:textId="3C412CCE" w:rsidR="006F0382" w:rsidRPr="00925AA4" w:rsidRDefault="004A12B8">
            <w:r w:rsidRPr="00925AA4">
              <w:t>Answer C (Claude)</w:t>
            </w:r>
          </w:p>
        </w:tc>
        <w:tc>
          <w:tcPr>
            <w:tcW w:w="4320" w:type="dxa"/>
          </w:tcPr>
          <w:p w14:paraId="3975C7C6" w14:textId="7A0E9B62" w:rsidR="006F0382" w:rsidRPr="00925AA4" w:rsidRDefault="004A12B8">
            <w:r w:rsidRPr="00925AA4">
              <w:t>Answer D (</w:t>
            </w:r>
            <w:r w:rsidR="005C166D" w:rsidRPr="00925AA4">
              <w:t>Expert</w:t>
            </w:r>
            <w:r w:rsidRPr="00925AA4">
              <w:t>)</w:t>
            </w:r>
          </w:p>
        </w:tc>
      </w:tr>
      <w:tr w:rsidR="006F0382" w:rsidRPr="00925AA4" w14:paraId="4229F7B5" w14:textId="77777777">
        <w:tc>
          <w:tcPr>
            <w:tcW w:w="4320" w:type="dxa"/>
          </w:tcPr>
          <w:p w14:paraId="176B00A5" w14:textId="77777777" w:rsidR="00BC07B5" w:rsidRPr="00925AA4" w:rsidRDefault="00BC07B5" w:rsidP="00BC07B5">
            <w:r w:rsidRPr="00925AA4">
              <w:t>As a periodontic specialist, I can explain what's happening with your gums during pregnancy.</w:t>
            </w:r>
          </w:p>
          <w:p w14:paraId="7F047714" w14:textId="77777777" w:rsidR="00BC07B5" w:rsidRPr="00925AA4" w:rsidRDefault="00BC07B5" w:rsidP="00BC07B5">
            <w:r w:rsidRPr="00925AA4">
              <w:t>The cause: Pregnancy gingivitis</w:t>
            </w:r>
          </w:p>
          <w:p w14:paraId="695942DC" w14:textId="77777777" w:rsidR="00BC07B5" w:rsidRPr="00925AA4" w:rsidRDefault="00BC07B5" w:rsidP="00BC07B5">
            <w:r w:rsidRPr="00925AA4">
              <w:t>Your gums are bleeding more easily due to hormonal changes, particularly the significant increase in progesterone and estrogen levels during pregnancy. These hormones affect your gums in several ways:</w:t>
            </w:r>
          </w:p>
          <w:p w14:paraId="2066D0DC" w14:textId="77777777" w:rsidR="00BC07B5" w:rsidRPr="00925AA4" w:rsidRDefault="00BC07B5" w:rsidP="00BC07B5"/>
          <w:p w14:paraId="236740B8" w14:textId="77777777" w:rsidR="00BC07B5" w:rsidRPr="00925AA4" w:rsidRDefault="00BC07B5" w:rsidP="00BC07B5">
            <w:r w:rsidRPr="00925AA4">
              <w:t xml:space="preserve">Increased blood flow: Hormones cause increased blood circulation to your gum </w:t>
            </w:r>
            <w:r w:rsidRPr="00925AA4">
              <w:lastRenderedPageBreak/>
              <w:t>tissues, making them more engorged and sensitive.</w:t>
            </w:r>
          </w:p>
          <w:p w14:paraId="4B2AA08B" w14:textId="77777777" w:rsidR="00BC07B5" w:rsidRPr="00925AA4" w:rsidRDefault="00BC07B5" w:rsidP="00BC07B5">
            <w:r w:rsidRPr="00925AA4">
              <w:t>Altered immune response: Your body's response to the bacteria in dental plaque changes during pregnancy. Your gums become more reactive to plaque, even if your oral hygiene hasn't changed.</w:t>
            </w:r>
          </w:p>
          <w:p w14:paraId="3D5DDC33" w14:textId="77777777" w:rsidR="00BC07B5" w:rsidRPr="00925AA4" w:rsidRDefault="00BC07B5" w:rsidP="00BC07B5">
            <w:r w:rsidRPr="00925AA4">
              <w:t>Increased vascular permeability: The small blood vessels in your gums become more fragile and prone to bleeding with minimal irritation.</w:t>
            </w:r>
          </w:p>
          <w:p w14:paraId="54D552FD" w14:textId="77777777" w:rsidR="00BC07B5" w:rsidRPr="00925AA4" w:rsidRDefault="00BC07B5" w:rsidP="00BC07B5"/>
          <w:p w14:paraId="16DD922C" w14:textId="77777777" w:rsidR="00BC07B5" w:rsidRPr="00925AA4" w:rsidRDefault="00BC07B5" w:rsidP="00BC07B5">
            <w:r w:rsidRPr="00925AA4">
              <w:t>What you're experiencing:</w:t>
            </w:r>
          </w:p>
          <w:p w14:paraId="4D3D68CB" w14:textId="77777777" w:rsidR="00BC07B5" w:rsidRPr="00925AA4" w:rsidRDefault="00BC07B5" w:rsidP="00BC07B5">
            <w:r w:rsidRPr="00925AA4">
              <w:t>This condition, called "pregnancy gingivitis," typically begins around the second month of pregnancy and often peaks in the third trimester. You may notice your gums are:</w:t>
            </w:r>
          </w:p>
          <w:p w14:paraId="47EA002C" w14:textId="77777777" w:rsidR="00BC07B5" w:rsidRPr="00925AA4" w:rsidRDefault="00BC07B5" w:rsidP="00BC07B5"/>
          <w:p w14:paraId="77157C4F" w14:textId="77777777" w:rsidR="00BC07B5" w:rsidRPr="00925AA4" w:rsidRDefault="00BC07B5" w:rsidP="00BC07B5">
            <w:proofErr w:type="gramStart"/>
            <w:r w:rsidRPr="00925AA4">
              <w:t>More red</w:t>
            </w:r>
            <w:proofErr w:type="gramEnd"/>
            <w:r w:rsidRPr="00925AA4">
              <w:t xml:space="preserve"> or swollen</w:t>
            </w:r>
          </w:p>
          <w:p w14:paraId="0E4EEB39" w14:textId="77777777" w:rsidR="00BC07B5" w:rsidRPr="00925AA4" w:rsidRDefault="00BC07B5" w:rsidP="00BC07B5">
            <w:r w:rsidRPr="00925AA4">
              <w:t>Tender to touch</w:t>
            </w:r>
          </w:p>
          <w:p w14:paraId="04A29B3D" w14:textId="77777777" w:rsidR="00BC07B5" w:rsidRPr="00925AA4" w:rsidRDefault="00BC07B5" w:rsidP="00BC07B5">
            <w:r w:rsidRPr="00925AA4">
              <w:t>Bleeding during brushing or flossing</w:t>
            </w:r>
          </w:p>
          <w:p w14:paraId="6D2A291B" w14:textId="77777777" w:rsidR="00BC07B5" w:rsidRPr="00925AA4" w:rsidRDefault="00BC07B5" w:rsidP="00BC07B5"/>
          <w:p w14:paraId="0577E89F" w14:textId="77777777" w:rsidR="00BC07B5" w:rsidRPr="00925AA4" w:rsidRDefault="00BC07B5" w:rsidP="00BC07B5">
            <w:r w:rsidRPr="00925AA4">
              <w:t>What you should do:</w:t>
            </w:r>
          </w:p>
          <w:p w14:paraId="6423E052" w14:textId="77777777" w:rsidR="00BC07B5" w:rsidRPr="00925AA4" w:rsidRDefault="00BC07B5" w:rsidP="00BC07B5"/>
          <w:p w14:paraId="4F618B58" w14:textId="77777777" w:rsidR="00BC07B5" w:rsidRPr="00925AA4" w:rsidRDefault="00BC07B5" w:rsidP="00BC07B5">
            <w:r w:rsidRPr="00925AA4">
              <w:t>Maintain excellent oral hygiene—brush twice daily and floss once daily, even if your gums bleed slightly</w:t>
            </w:r>
          </w:p>
          <w:p w14:paraId="6C2B9BD6" w14:textId="77777777" w:rsidR="00BC07B5" w:rsidRPr="00925AA4" w:rsidRDefault="00BC07B5" w:rsidP="00BC07B5">
            <w:r w:rsidRPr="00925AA4">
              <w:t>Schedule a dental cleaning and checkup (it's safe during pregnancy)</w:t>
            </w:r>
          </w:p>
          <w:p w14:paraId="60065E05" w14:textId="77777777" w:rsidR="00BC07B5" w:rsidRPr="00925AA4" w:rsidRDefault="00BC07B5" w:rsidP="00BC07B5">
            <w:r w:rsidRPr="00925AA4">
              <w:t>Use a soft-bristled toothbrush</w:t>
            </w:r>
          </w:p>
          <w:p w14:paraId="6F51DAA1" w14:textId="77777777" w:rsidR="00BC07B5" w:rsidRPr="00925AA4" w:rsidRDefault="00BC07B5" w:rsidP="00BC07B5">
            <w:r w:rsidRPr="00925AA4">
              <w:lastRenderedPageBreak/>
              <w:t>Rinse with warm salt water if your gums are particularly irritated</w:t>
            </w:r>
          </w:p>
          <w:p w14:paraId="323D3326" w14:textId="77777777" w:rsidR="00BC07B5" w:rsidRPr="00925AA4" w:rsidRDefault="00BC07B5" w:rsidP="00BC07B5"/>
          <w:p w14:paraId="52E19132" w14:textId="70DFF86B" w:rsidR="006F0382" w:rsidRPr="00925AA4" w:rsidRDefault="00BC07B5" w:rsidP="00BC07B5">
            <w:r w:rsidRPr="00925AA4">
              <w:t xml:space="preserve">Don't ignore this bleeding. While pregnancy gingivitis is common (affecting 60-75% of pregnant women), untreated gum disease has been linked to adverse pregnancy outcomes. The good news is that with proper care, your gums should return to normal after </w:t>
            </w:r>
            <w:proofErr w:type="gramStart"/>
            <w:r w:rsidRPr="00925AA4">
              <w:t>delivery._</w:t>
            </w:r>
            <w:proofErr w:type="gramEnd"/>
            <w:r w:rsidRPr="00925AA4">
              <w:t>______________________________</w:t>
            </w:r>
          </w:p>
        </w:tc>
        <w:tc>
          <w:tcPr>
            <w:tcW w:w="4320" w:type="dxa"/>
          </w:tcPr>
          <w:p w14:paraId="060B3CF1" w14:textId="77777777" w:rsidR="00D41D88" w:rsidRPr="00925AA4" w:rsidRDefault="00D41D88" w:rsidP="00D41D88">
            <w:r w:rsidRPr="00925AA4">
              <w:lastRenderedPageBreak/>
              <w:t>During pregnancy, the levels of estrogen and progesterone increase significantly. This leads to increased blood flow to the gingiva, making the gums more sensitive and prone to bleeding. This condition is generally referred to as “pregnancy gingivitis.”</w:t>
            </w:r>
          </w:p>
          <w:p w14:paraId="782D8DE3" w14:textId="77777777" w:rsidR="00D41D88" w:rsidRPr="00925AA4" w:rsidRDefault="00D41D88" w:rsidP="00D41D88">
            <w:r w:rsidRPr="00925AA4">
              <w:t>Additionally, the immune system weakens during pregnancy, and the number of bacteria in the mouth that can cause periodontal disease increases. As a result, gingival inflammation and gum bleeding are observed more frequently.</w:t>
            </w:r>
          </w:p>
          <w:p w14:paraId="06A94158" w14:textId="77777777" w:rsidR="00D41D88" w:rsidRPr="00925AA4" w:rsidRDefault="00D41D88" w:rsidP="00D41D88">
            <w:r w:rsidRPr="00925AA4">
              <w:t xml:space="preserve">Furthermore, if tooth surfaces are not adequately cleaned due to the frequent nausea reflex experienced during </w:t>
            </w:r>
            <w:r w:rsidRPr="00925AA4">
              <w:lastRenderedPageBreak/>
              <w:t>pregnancy, this may lead to plaque accumulation and gingival inflammation.</w:t>
            </w:r>
          </w:p>
          <w:p w14:paraId="328C0F0B" w14:textId="77777777" w:rsidR="006F0382" w:rsidRPr="00925AA4" w:rsidRDefault="00000000">
            <w:r w:rsidRPr="00925AA4">
              <w:t>________________________________</w:t>
            </w:r>
          </w:p>
        </w:tc>
      </w:tr>
      <w:tr w:rsidR="006F0382" w:rsidRPr="00925AA4" w14:paraId="6B7886F5" w14:textId="77777777">
        <w:tc>
          <w:tcPr>
            <w:tcW w:w="4320" w:type="dxa"/>
          </w:tcPr>
          <w:p w14:paraId="5F10A502" w14:textId="77777777" w:rsidR="006F0382" w:rsidRPr="00925AA4" w:rsidRDefault="00000000">
            <w:r w:rsidRPr="00925AA4">
              <w:lastRenderedPageBreak/>
              <w:t>________________________________</w:t>
            </w:r>
          </w:p>
        </w:tc>
        <w:tc>
          <w:tcPr>
            <w:tcW w:w="4320" w:type="dxa"/>
          </w:tcPr>
          <w:p w14:paraId="1C9717CB" w14:textId="77777777" w:rsidR="006F0382" w:rsidRPr="00925AA4" w:rsidRDefault="00000000">
            <w:r w:rsidRPr="00925AA4">
              <w:t>________________________________</w:t>
            </w:r>
          </w:p>
        </w:tc>
      </w:tr>
    </w:tbl>
    <w:p w14:paraId="3549E212" w14:textId="1EA62182" w:rsidR="006F0382" w:rsidRPr="00925AA4" w:rsidRDefault="00D61BF9" w:rsidP="00D41D88">
      <w:r w:rsidRPr="00925AA4">
        <w:rPr>
          <w:b/>
          <w:bCs/>
        </w:rPr>
        <w:t>Question 8:</w:t>
      </w:r>
      <w:r w:rsidRPr="00925AA4">
        <w:t xml:space="preserve"> </w:t>
      </w:r>
      <w:r w:rsidR="00FC0779" w:rsidRPr="00925AA4">
        <w:t>Assume the role of a periodontic specialist and provide a precise answer to the following patient question.</w:t>
      </w:r>
      <w:r w:rsidR="00FC0779" w:rsidRPr="00925AA4">
        <w:rPr>
          <w:rFonts w:ascii="Times New Roman" w:eastAsia="Times New Roman" w:hAnsi="Times New Roman" w:cs="Times New Roman"/>
          <w:lang w:eastAsia="tr-TR"/>
        </w:rPr>
        <w:t xml:space="preserve"> Can stress really cause gum problems?</w:t>
      </w:r>
      <w:r w:rsidRPr="00925AA4">
        <w:br/>
      </w:r>
    </w:p>
    <w:tbl>
      <w:tblPr>
        <w:tblW w:w="0" w:type="auto"/>
        <w:tblLook w:val="04A0" w:firstRow="1" w:lastRow="0" w:firstColumn="1" w:lastColumn="0" w:noHBand="0" w:noVBand="1"/>
      </w:tblPr>
      <w:tblGrid>
        <w:gridCol w:w="4320"/>
        <w:gridCol w:w="4320"/>
      </w:tblGrid>
      <w:tr w:rsidR="006F0382" w:rsidRPr="00925AA4" w14:paraId="0AF30D39" w14:textId="77777777">
        <w:tc>
          <w:tcPr>
            <w:tcW w:w="4320" w:type="dxa"/>
          </w:tcPr>
          <w:p w14:paraId="6E72A015" w14:textId="3C74526F" w:rsidR="006F0382" w:rsidRPr="00925AA4" w:rsidRDefault="004A12B8">
            <w:r w:rsidRPr="00925AA4">
              <w:t>Answer A (ChatGPT)</w:t>
            </w:r>
          </w:p>
        </w:tc>
        <w:tc>
          <w:tcPr>
            <w:tcW w:w="4320" w:type="dxa"/>
          </w:tcPr>
          <w:p w14:paraId="3E7433C6" w14:textId="7E70C2F4" w:rsidR="006F0382" w:rsidRPr="00925AA4" w:rsidRDefault="004A12B8">
            <w:r w:rsidRPr="00925AA4">
              <w:t>Answer B (Gemini)</w:t>
            </w:r>
          </w:p>
        </w:tc>
      </w:tr>
      <w:tr w:rsidR="006F0382" w:rsidRPr="00925AA4" w14:paraId="450F44AA" w14:textId="77777777">
        <w:tc>
          <w:tcPr>
            <w:tcW w:w="4320" w:type="dxa"/>
          </w:tcPr>
          <w:p w14:paraId="44E78A99" w14:textId="77777777" w:rsidR="00FC0779" w:rsidRPr="00925AA4" w:rsidRDefault="00FC0779" w:rsidP="00FC0779">
            <w:r w:rsidRPr="00925AA4">
              <w:t>Yes—stress can absolutely contribute to gum problems, and we see this frequently in clinical practice.</w:t>
            </w:r>
          </w:p>
          <w:p w14:paraId="01BCF1BE" w14:textId="77777777" w:rsidR="00FC0779" w:rsidRPr="00925AA4" w:rsidRDefault="00FC0779" w:rsidP="00FC0779">
            <w:r w:rsidRPr="00925AA4">
              <w:t>How stress affects your gums</w:t>
            </w:r>
          </w:p>
          <w:p w14:paraId="4892B78D" w14:textId="77777777" w:rsidR="00FC0779" w:rsidRPr="00925AA4" w:rsidRDefault="00FC0779" w:rsidP="00FC0779">
            <w:r w:rsidRPr="00925AA4">
              <w:t>Immune system suppression:</w:t>
            </w:r>
          </w:p>
          <w:p w14:paraId="3F987889" w14:textId="77777777" w:rsidR="00FC0779" w:rsidRPr="00925AA4" w:rsidRDefault="00FC0779" w:rsidP="00FC0779">
            <w:r w:rsidRPr="00925AA4">
              <w:t>Chronic stress weakens your immune response, making it harder for your body to fight the bacteria that cause gum inflammation and periodontal disease.</w:t>
            </w:r>
          </w:p>
          <w:p w14:paraId="57550838" w14:textId="77777777" w:rsidR="00FC0779" w:rsidRPr="00925AA4" w:rsidRDefault="00FC0779" w:rsidP="00FC0779">
            <w:r w:rsidRPr="00925AA4">
              <w:t>Increased inflammation:</w:t>
            </w:r>
          </w:p>
          <w:p w14:paraId="74292E1F" w14:textId="77777777" w:rsidR="00FC0779" w:rsidRPr="00925AA4" w:rsidRDefault="00FC0779" w:rsidP="00FC0779">
            <w:r w:rsidRPr="00925AA4">
              <w:t>Stress elevates inflammatory markers in the body. This can intensify existing gum inflammation and accelerate tissue breakdown.</w:t>
            </w:r>
          </w:p>
          <w:p w14:paraId="6ADB5D09" w14:textId="77777777" w:rsidR="00FC0779" w:rsidRPr="00925AA4" w:rsidRDefault="00FC0779" w:rsidP="00FC0779">
            <w:r w:rsidRPr="00925AA4">
              <w:t>Changes in habits and hygiene:</w:t>
            </w:r>
          </w:p>
          <w:p w14:paraId="7C8D132F" w14:textId="77777777" w:rsidR="00FC0779" w:rsidRPr="00925AA4" w:rsidRDefault="00FC0779" w:rsidP="00FC0779">
            <w:r w:rsidRPr="00925AA4">
              <w:t xml:space="preserve">Many patients under stress brush less effectively, skip flossing, or snack more </w:t>
            </w:r>
            <w:r w:rsidRPr="00925AA4">
              <w:lastRenderedPageBreak/>
              <w:t>frequently—especially on sugary or acidic foods—which increases plaque buildup.</w:t>
            </w:r>
          </w:p>
          <w:p w14:paraId="4B25E816" w14:textId="77777777" w:rsidR="00FC0779" w:rsidRPr="00925AA4" w:rsidRDefault="00FC0779" w:rsidP="00FC0779">
            <w:r w:rsidRPr="00925AA4">
              <w:t>Bruxism (teeth grinding/clenching):</w:t>
            </w:r>
          </w:p>
          <w:p w14:paraId="08457122" w14:textId="77777777" w:rsidR="00FC0779" w:rsidRPr="00925AA4" w:rsidRDefault="00FC0779" w:rsidP="00FC0779">
            <w:r w:rsidRPr="00925AA4">
              <w:t>Stress-related grinding places excessive force on the teeth and the supporting tissues, which can worsen gum recession and periodontal issues.</w:t>
            </w:r>
          </w:p>
          <w:p w14:paraId="6B11D05C" w14:textId="77777777" w:rsidR="00FC0779" w:rsidRPr="00925AA4" w:rsidRDefault="00FC0779" w:rsidP="00FC0779">
            <w:r w:rsidRPr="00925AA4">
              <w:t>Dry mouth:</w:t>
            </w:r>
          </w:p>
          <w:p w14:paraId="25733D4E" w14:textId="77777777" w:rsidR="00FC0779" w:rsidRPr="00925AA4" w:rsidRDefault="00FC0779" w:rsidP="00FC0779">
            <w:r w:rsidRPr="00925AA4">
              <w:t>Stress and certain stress-related medications reduce saliva flow. Saliva protects the gums and teeth, so decreased flow increases risk of inflammation and decay.</w:t>
            </w:r>
          </w:p>
          <w:p w14:paraId="510391C2" w14:textId="77777777" w:rsidR="00FC0779" w:rsidRPr="00925AA4" w:rsidRDefault="00FC0779" w:rsidP="00FC0779">
            <w:r w:rsidRPr="00925AA4">
              <w:t>What you can do</w:t>
            </w:r>
          </w:p>
          <w:p w14:paraId="10FB90B4" w14:textId="77777777" w:rsidR="00FC0779" w:rsidRPr="00925AA4" w:rsidRDefault="00FC0779" w:rsidP="00FC0779">
            <w:r w:rsidRPr="00925AA4">
              <w:t>Maintain consistent brushing and flossing even during stressful periods.</w:t>
            </w:r>
          </w:p>
          <w:p w14:paraId="1DEAF8F9" w14:textId="77777777" w:rsidR="00FC0779" w:rsidRPr="00925AA4" w:rsidRDefault="00FC0779" w:rsidP="00FC0779">
            <w:r w:rsidRPr="00925AA4">
              <w:t>Schedule regular cleanings to catch early signs of gum inflammation.</w:t>
            </w:r>
          </w:p>
          <w:p w14:paraId="5A5E290B" w14:textId="77777777" w:rsidR="00FC0779" w:rsidRPr="00925AA4" w:rsidRDefault="00FC0779" w:rsidP="00FC0779">
            <w:r w:rsidRPr="00925AA4">
              <w:t>Manage stress with sleep, exercise, or relaxation techniques.</w:t>
            </w:r>
          </w:p>
          <w:p w14:paraId="69597ADD" w14:textId="77777777" w:rsidR="00FC0779" w:rsidRPr="00925AA4" w:rsidRDefault="00FC0779" w:rsidP="00FC0779">
            <w:r w:rsidRPr="00925AA4">
              <w:t>Wear a nightguard if grinding is an issue.</w:t>
            </w:r>
          </w:p>
          <w:p w14:paraId="28CB5165" w14:textId="77777777" w:rsidR="00FC0779" w:rsidRPr="00925AA4" w:rsidRDefault="00FC0779" w:rsidP="00FC0779">
            <w:r w:rsidRPr="00925AA4">
              <w:t>Stay hydrated and avoid frequent snacking.</w:t>
            </w:r>
          </w:p>
          <w:p w14:paraId="294EF277" w14:textId="52B4ADAB" w:rsidR="006F0382" w:rsidRPr="00925AA4" w:rsidRDefault="00FC0779" w:rsidP="00FC0779">
            <w:r w:rsidRPr="00925AA4">
              <w:t>If you’ve noticed bleeding gums, recession, or increased sensitivity during stressful times, it’s worth getting a periodontal evaluation. Early intervention can prevent more serious gum disease.</w:t>
            </w:r>
          </w:p>
        </w:tc>
        <w:tc>
          <w:tcPr>
            <w:tcW w:w="4320" w:type="dxa"/>
          </w:tcPr>
          <w:p w14:paraId="2A10E150" w14:textId="267369A8" w:rsidR="00FE5D71" w:rsidRPr="00925AA4" w:rsidRDefault="00FE5D71" w:rsidP="00FE5D71">
            <w:r w:rsidRPr="00925AA4">
              <w:rPr>
                <w:rFonts w:ascii="Apple Color Emoji" w:hAnsi="Apple Color Emoji" w:cs="Apple Color Emoji"/>
              </w:rPr>
              <w:lastRenderedPageBreak/>
              <w:t>👋</w:t>
            </w:r>
            <w:r w:rsidRPr="00925AA4">
              <w:t xml:space="preserve"> Hello. As a periodontics specialist, I can provide you with a precise answer to your question.</w:t>
            </w:r>
          </w:p>
          <w:p w14:paraId="64A0842A" w14:textId="77777777" w:rsidR="00FE5D71" w:rsidRPr="00925AA4" w:rsidRDefault="00FE5D71" w:rsidP="00FE5D71">
            <w:r w:rsidRPr="00925AA4">
              <w:rPr>
                <w:rFonts w:ascii="Apple Color Emoji" w:hAnsi="Apple Color Emoji" w:cs="Apple Color Emoji"/>
              </w:rPr>
              <w:t>🔬</w:t>
            </w:r>
            <w:r w:rsidRPr="00925AA4">
              <w:t xml:space="preserve"> The Link Between Stress and Gum Problems</w:t>
            </w:r>
          </w:p>
          <w:p w14:paraId="4BB05B35" w14:textId="1D2EC620" w:rsidR="00FE5D71" w:rsidRPr="00925AA4" w:rsidRDefault="00FE5D71" w:rsidP="00FE5D71">
            <w:r w:rsidRPr="00925AA4">
              <w:t>Yes, stress can absolutely contribute to and exacerbate gum problems, primarily periodontal disease (gingivitis and periodontitis).</w:t>
            </w:r>
          </w:p>
          <w:p w14:paraId="0B6133AC" w14:textId="7E0B93B7" w:rsidR="00FE5D71" w:rsidRPr="00925AA4" w:rsidRDefault="00FE5D71" w:rsidP="00FE5D71">
            <w:r w:rsidRPr="00925AA4">
              <w:t>It's not a direct, immediate cause like a bacterial infection, but rather a powerful cofactor that significantly compromises your body's ability to fight the existing bacterial threat.</w:t>
            </w:r>
          </w:p>
          <w:p w14:paraId="6EF6D992" w14:textId="12345E1F" w:rsidR="00FE5D71" w:rsidRPr="00925AA4" w:rsidRDefault="00FE5D71" w:rsidP="00FE5D71">
            <w:r w:rsidRPr="00925AA4">
              <w:t>Key Mechanisms: How Stress Affects Your Gums</w:t>
            </w:r>
          </w:p>
          <w:p w14:paraId="64537223" w14:textId="5C24FE15" w:rsidR="00FE5D71" w:rsidRPr="00925AA4" w:rsidRDefault="00FE5D71" w:rsidP="00FE5D71">
            <w:r w:rsidRPr="00925AA4">
              <w:t>Stress influences your periodontal health through three main pathways:</w:t>
            </w:r>
          </w:p>
          <w:p w14:paraId="12434D1C" w14:textId="41A46E37" w:rsidR="00FE5D71" w:rsidRPr="00925AA4" w:rsidRDefault="00FE5D71" w:rsidP="00FE5D71">
            <w:r w:rsidRPr="00925AA4">
              <w:lastRenderedPageBreak/>
              <w:t>1. Hormonal Changes and Inflammation</w:t>
            </w:r>
          </w:p>
          <w:p w14:paraId="6DB2040F" w14:textId="4499E844" w:rsidR="00FE5D71" w:rsidRPr="00925AA4" w:rsidRDefault="00FE5D71" w:rsidP="00FE5D71">
            <w:r w:rsidRPr="00925AA4">
              <w:t>Cortisol Release: Chronic stress triggers the release of elevated levels of stress hormones, particularly cortisol.</w:t>
            </w:r>
          </w:p>
          <w:p w14:paraId="39928425" w14:textId="72FBD196" w:rsidR="00FE5D71" w:rsidRPr="00925AA4" w:rsidRDefault="00FE5D71" w:rsidP="00FE5D71">
            <w:r w:rsidRPr="00925AA4">
              <w:t>Immunosuppression: High cortisol levels are known to suppress the immune system's inflammatory response in general. While this might sound helpful, it can impair the local immune cells in your gums, making them less effective at fighting the pathogenic bacteria that cause plaque and periodontitis.</w:t>
            </w:r>
          </w:p>
          <w:p w14:paraId="0567A62C" w14:textId="07AFF4C7" w:rsidR="00FE5D71" w:rsidRPr="00925AA4" w:rsidRDefault="00FE5D71" w:rsidP="00FE5D71">
            <w:r w:rsidRPr="00925AA4">
              <w:t>Increased Tissue Destruction: Conversely, stress is also linked to an upregulation of inflammatory markers (cytokines) in the bloodstream, which can accelerate the destruction of the periodontal ligaments and bone surrounding your teeth.</w:t>
            </w:r>
          </w:p>
          <w:p w14:paraId="6A8B888C" w14:textId="220728AB" w:rsidR="00FE5D71" w:rsidRPr="00925AA4" w:rsidRDefault="00FE5D71" w:rsidP="00FE5D71">
            <w:r w:rsidRPr="00925AA4">
              <w:t>2. Behavioral Changes</w:t>
            </w:r>
          </w:p>
          <w:p w14:paraId="235D3CF9" w14:textId="13F46659" w:rsidR="00FE5D71" w:rsidRPr="00925AA4" w:rsidRDefault="00FE5D71" w:rsidP="00FE5D71">
            <w:r w:rsidRPr="00925AA4">
              <w:t>Neglected Oral Hygiene: When under significant stress, patients often neglect their meticulous oral hygiene routine (brushing twice daily and flossing). This lapse allows plaque to accumulate rapidly, directly leading to gingivitis and progressing to periodontitis.</w:t>
            </w:r>
          </w:p>
          <w:p w14:paraId="466A9434" w14:textId="4AFE2C40" w:rsidR="00FE5D71" w:rsidRPr="00925AA4" w:rsidRDefault="00FE5D71" w:rsidP="00FE5D71">
            <w:r w:rsidRPr="00925AA4">
              <w:t>Poor Diet/Smoking: Stress can lead to unhealthy coping mechanisms, such as increased smoking (a major risk factor for periodontitis) or poor nutrition, which further weakens the immune response.</w:t>
            </w:r>
          </w:p>
          <w:p w14:paraId="6674254B" w14:textId="4B7E6539" w:rsidR="00FE5D71" w:rsidRPr="00925AA4" w:rsidRDefault="00FE5D71" w:rsidP="00FE5D71">
            <w:r w:rsidRPr="00925AA4">
              <w:t>3. Bruxism and Clenching (Parafunction)</w:t>
            </w:r>
          </w:p>
          <w:p w14:paraId="55D8AD55" w14:textId="409FBF65" w:rsidR="00FE5D71" w:rsidRPr="00925AA4" w:rsidRDefault="00FE5D71" w:rsidP="00FE5D71">
            <w:r w:rsidRPr="00925AA4">
              <w:t>Increased Forces: Many people react to stress by unconsciously clenching their jaw or grinding their teeth (bruxism), often during sleep.</w:t>
            </w:r>
          </w:p>
          <w:p w14:paraId="3411BAAD" w14:textId="7ADE6398" w:rsidR="00FE5D71" w:rsidRPr="00925AA4" w:rsidRDefault="00FE5D71" w:rsidP="00FE5D71">
            <w:r w:rsidRPr="00925AA4">
              <w:lastRenderedPageBreak/>
              <w:t>Accelerated Destruction: While clenching/grinding doesn't cause gum disease, the excessive forces placed on the teeth can accelerate the breakdown of the supporting bone and ligaments in areas where active periodontitis is already present. This is called secondary occlusal trauma.</w:t>
            </w:r>
          </w:p>
          <w:p w14:paraId="7811E747" w14:textId="52F4228D" w:rsidR="00FE5D71" w:rsidRPr="00925AA4" w:rsidRDefault="00FE5D71" w:rsidP="00FE5D71">
            <w:r w:rsidRPr="00925AA4">
              <w:t>Summary Table</w:t>
            </w:r>
          </w:p>
          <w:p w14:paraId="61E29117" w14:textId="77777777" w:rsidR="00FE5D71" w:rsidRPr="00925AA4" w:rsidRDefault="00FE5D71" w:rsidP="00FE5D71">
            <w:r w:rsidRPr="00925AA4">
              <w:t>Effect of Stress</w:t>
            </w:r>
            <w:r w:rsidRPr="00925AA4">
              <w:tab/>
              <w:t>Mechanism</w:t>
            </w:r>
            <w:r w:rsidRPr="00925AA4">
              <w:tab/>
              <w:t>Result on Gums</w:t>
            </w:r>
          </w:p>
          <w:p w14:paraId="4BE51AC3" w14:textId="77777777" w:rsidR="00FE5D71" w:rsidRPr="00925AA4" w:rsidRDefault="00FE5D71" w:rsidP="00FE5D71">
            <w:r w:rsidRPr="00925AA4">
              <w:t>Physiological</w:t>
            </w:r>
            <w:r w:rsidRPr="00925AA4">
              <w:tab/>
              <w:t>High Cortisol/Inflammatory Markers</w:t>
            </w:r>
            <w:r w:rsidRPr="00925AA4">
              <w:tab/>
              <w:t>Impaired immune response, accelerated bone/tissue loss.</w:t>
            </w:r>
          </w:p>
          <w:p w14:paraId="2F408AE6" w14:textId="77777777" w:rsidR="00FE5D71" w:rsidRPr="00925AA4" w:rsidRDefault="00FE5D71" w:rsidP="00FE5D71">
            <w:r w:rsidRPr="00925AA4">
              <w:t>Behavioral</w:t>
            </w:r>
            <w:r w:rsidRPr="00925AA4">
              <w:tab/>
              <w:t>Neglected Brushing/Flossing</w:t>
            </w:r>
            <w:r w:rsidRPr="00925AA4">
              <w:tab/>
              <w:t>Rapid plaque accumulation and progression of disease.</w:t>
            </w:r>
          </w:p>
          <w:p w14:paraId="5A1D6E26" w14:textId="77777777" w:rsidR="00FE5D71" w:rsidRPr="00925AA4" w:rsidRDefault="00FE5D71" w:rsidP="00FE5D71">
            <w:r w:rsidRPr="00925AA4">
              <w:t>Mechanical</w:t>
            </w:r>
            <w:r w:rsidRPr="00925AA4">
              <w:tab/>
              <w:t>Bruxism/Clenching</w:t>
            </w:r>
            <w:r w:rsidRPr="00925AA4">
              <w:tab/>
              <w:t>Increased stress on teeth, worsening existing ligament/bone damage.</w:t>
            </w:r>
          </w:p>
          <w:p w14:paraId="3F3FC3D4" w14:textId="32B7DF09" w:rsidR="00FE5D71" w:rsidRPr="00925AA4" w:rsidRDefault="00FE5D71" w:rsidP="00FE5D71">
            <w:r w:rsidRPr="00925AA4">
              <w:t>What I Recommend</w:t>
            </w:r>
          </w:p>
          <w:p w14:paraId="0C487662" w14:textId="77777777" w:rsidR="00FE5D71" w:rsidRPr="00925AA4" w:rsidRDefault="00FE5D71" w:rsidP="00FE5D71">
            <w:r w:rsidRPr="00925AA4">
              <w:t>Managing stress is a critical component of treating and preventing gum disease. We must address both the bacterial cause and the systemic cofactors.</w:t>
            </w:r>
          </w:p>
          <w:p w14:paraId="52F24353" w14:textId="77777777" w:rsidR="00FE5D71" w:rsidRPr="00925AA4" w:rsidRDefault="00FE5D71" w:rsidP="00FE5D71"/>
          <w:p w14:paraId="2E41D24C" w14:textId="303314F6" w:rsidR="00FE5D71" w:rsidRPr="00925AA4" w:rsidRDefault="00FE5D71" w:rsidP="00FE5D71">
            <w:r w:rsidRPr="00925AA4">
              <w:t>Strict Oral Hygiene: Even when stressed, maintain your routine—it is your first line of defense.</w:t>
            </w:r>
          </w:p>
          <w:p w14:paraId="23A3B919" w14:textId="15210E6C" w:rsidR="00FE5D71" w:rsidRPr="00925AA4" w:rsidRDefault="00FE5D71" w:rsidP="00FE5D71">
            <w:r w:rsidRPr="00925AA4">
              <w:t>Professional Care: Regular checkups and professional cleanings (scaling and root planing) are essential to remove calcified plaque (calculus) that your brush and floss cannot.</w:t>
            </w:r>
          </w:p>
          <w:p w14:paraId="462E27D5" w14:textId="3A6D7B54" w:rsidR="00FE5D71" w:rsidRPr="00925AA4" w:rsidRDefault="00FE5D71" w:rsidP="00FE5D71">
            <w:r w:rsidRPr="00925AA4">
              <w:t xml:space="preserve">Stress Management: Consider incorporating activities known to reduce </w:t>
            </w:r>
            <w:r w:rsidRPr="00925AA4">
              <w:lastRenderedPageBreak/>
              <w:t>stress, such as exercise, meditation, or seeking professional counseling.</w:t>
            </w:r>
          </w:p>
          <w:p w14:paraId="54B87FE5" w14:textId="56955868" w:rsidR="006F0382" w:rsidRPr="00925AA4" w:rsidRDefault="00FE5D71" w:rsidP="00FE5D71">
            <w:r w:rsidRPr="00925AA4">
              <w:t>Do you have any questions about specific stress-related symptoms you might be experiencing, such as jaw pain from clenching, or would you like to schedule an appointment for a thorough periodontal examination?</w:t>
            </w:r>
          </w:p>
        </w:tc>
      </w:tr>
    </w:tbl>
    <w:p w14:paraId="62A17C8B"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264A45B9" w14:textId="77777777">
        <w:tc>
          <w:tcPr>
            <w:tcW w:w="4320" w:type="dxa"/>
          </w:tcPr>
          <w:p w14:paraId="6833CC9E" w14:textId="4F6AA4D7" w:rsidR="006F0382" w:rsidRPr="00925AA4" w:rsidRDefault="004A12B8">
            <w:r w:rsidRPr="00925AA4">
              <w:t>Answer C (Claude)</w:t>
            </w:r>
          </w:p>
        </w:tc>
        <w:tc>
          <w:tcPr>
            <w:tcW w:w="4320" w:type="dxa"/>
          </w:tcPr>
          <w:p w14:paraId="263DA75C" w14:textId="4F9A1EEF" w:rsidR="006F0382" w:rsidRPr="00925AA4" w:rsidRDefault="004A12B8">
            <w:r w:rsidRPr="00925AA4">
              <w:t>Answer D (</w:t>
            </w:r>
            <w:r w:rsidR="005C166D" w:rsidRPr="00925AA4">
              <w:t>Expert</w:t>
            </w:r>
            <w:r w:rsidRPr="00925AA4">
              <w:t>)</w:t>
            </w:r>
          </w:p>
        </w:tc>
      </w:tr>
      <w:tr w:rsidR="006F0382" w:rsidRPr="00925AA4" w14:paraId="500263CB" w14:textId="77777777">
        <w:tc>
          <w:tcPr>
            <w:tcW w:w="4320" w:type="dxa"/>
          </w:tcPr>
          <w:p w14:paraId="6738E78A" w14:textId="77777777" w:rsidR="00BC07B5" w:rsidRPr="00925AA4" w:rsidRDefault="00BC07B5" w:rsidP="00BC07B5">
            <w:r w:rsidRPr="00925AA4">
              <w:t>Yes, stress can genuinely contribute to gum problems, and there's solid scientific evidence supporting this connection.</w:t>
            </w:r>
          </w:p>
          <w:p w14:paraId="0D178ACD" w14:textId="77777777" w:rsidR="00BC07B5" w:rsidRPr="00925AA4" w:rsidRDefault="00BC07B5" w:rsidP="00BC07B5">
            <w:r w:rsidRPr="00925AA4">
              <w:t>How stress affects your gums:</w:t>
            </w:r>
          </w:p>
          <w:p w14:paraId="5B34A300" w14:textId="77777777" w:rsidR="00BC07B5" w:rsidRPr="00925AA4" w:rsidRDefault="00BC07B5" w:rsidP="00BC07B5">
            <w:r w:rsidRPr="00925AA4">
              <w:t>Stress impacts your periodontal health through several mechanisms. When you're stressed, your body releases cortisol and other stress hormones that suppress your immune system. This weakened immune response makes it harder for your body to fight off the bacteria that cause gum disease, making you more susceptible to gingivitis and periodontitis.</w:t>
            </w:r>
          </w:p>
          <w:p w14:paraId="0D5E309D" w14:textId="77777777" w:rsidR="00BC07B5" w:rsidRPr="00925AA4" w:rsidRDefault="00BC07B5" w:rsidP="00BC07B5">
            <w:r w:rsidRPr="00925AA4">
              <w:t>Additionally, stress often leads to behavioral changes that harm your oral health. Many patients under stress may:</w:t>
            </w:r>
          </w:p>
          <w:p w14:paraId="717BA2F1" w14:textId="77777777" w:rsidR="00BC07B5" w:rsidRPr="00925AA4" w:rsidRDefault="00BC07B5" w:rsidP="00BC07B5"/>
          <w:p w14:paraId="2F26E253" w14:textId="77777777" w:rsidR="00BC07B5" w:rsidRPr="00925AA4" w:rsidRDefault="00BC07B5" w:rsidP="00BC07B5">
            <w:r w:rsidRPr="00925AA4">
              <w:t>Neglect their oral hygiene routine</w:t>
            </w:r>
          </w:p>
          <w:p w14:paraId="01C55DDA" w14:textId="77777777" w:rsidR="00BC07B5" w:rsidRPr="00925AA4" w:rsidRDefault="00BC07B5" w:rsidP="00BC07B5">
            <w:r w:rsidRPr="00925AA4">
              <w:t>Grind or clench their teeth (bruxism), which can damage gum tissue</w:t>
            </w:r>
          </w:p>
          <w:p w14:paraId="0BAE238E" w14:textId="77777777" w:rsidR="00BC07B5" w:rsidRPr="00925AA4" w:rsidRDefault="00BC07B5" w:rsidP="00BC07B5">
            <w:r w:rsidRPr="00925AA4">
              <w:t>Smoke more or consume more alcohol</w:t>
            </w:r>
          </w:p>
          <w:p w14:paraId="3296AA46" w14:textId="77777777" w:rsidR="00BC07B5" w:rsidRPr="00925AA4" w:rsidRDefault="00BC07B5" w:rsidP="00BC07B5">
            <w:r w:rsidRPr="00925AA4">
              <w:t>Eat poorly or skip meals</w:t>
            </w:r>
          </w:p>
          <w:p w14:paraId="590F05ED" w14:textId="77777777" w:rsidR="00BC07B5" w:rsidRPr="00925AA4" w:rsidRDefault="00BC07B5" w:rsidP="00BC07B5">
            <w:r w:rsidRPr="00925AA4">
              <w:lastRenderedPageBreak/>
              <w:t>Experience dry mouth due to stress or medications</w:t>
            </w:r>
          </w:p>
          <w:p w14:paraId="30634322" w14:textId="77777777" w:rsidR="00BC07B5" w:rsidRPr="00925AA4" w:rsidRDefault="00BC07B5" w:rsidP="00BC07B5"/>
          <w:p w14:paraId="6B132C0B" w14:textId="77777777" w:rsidR="00BC07B5" w:rsidRPr="00925AA4" w:rsidRDefault="00BC07B5" w:rsidP="00BC07B5">
            <w:r w:rsidRPr="00925AA4">
              <w:t>Clinical observations:</w:t>
            </w:r>
          </w:p>
          <w:p w14:paraId="598D80C7" w14:textId="77777777" w:rsidR="00BC07B5" w:rsidRPr="00925AA4" w:rsidRDefault="00BC07B5" w:rsidP="00BC07B5">
            <w:r w:rsidRPr="00925AA4">
              <w:t>Research has shown that people experiencing significant life stressors—such as financial problems, job loss, or relationship difficulties—have higher rates of periodontal disease. Some studies indicate that stressed individuals may be up to twice as likely to develop periodontal disease compared to those with lower stress levels.</w:t>
            </w:r>
          </w:p>
          <w:p w14:paraId="249249F5" w14:textId="77777777" w:rsidR="00BC07B5" w:rsidRPr="00925AA4" w:rsidRDefault="00BC07B5" w:rsidP="00BC07B5">
            <w:r w:rsidRPr="00925AA4">
              <w:t>What you should do:</w:t>
            </w:r>
          </w:p>
          <w:p w14:paraId="0A6180C2" w14:textId="7FB4B440" w:rsidR="006F0382" w:rsidRPr="00925AA4" w:rsidRDefault="00BC07B5" w:rsidP="00BC07B5">
            <w:r w:rsidRPr="00925AA4">
              <w:t>While managing stress is important for overall health, don't let it become an excuse to skip your oral care. Maintain consistent brushing and flossing, keep your regular dental cleanings, and if you're going through a particularly stressful period, let me know so we can monitor your gum health more closely. Stress management techniques like exercise, meditation, or therapy can benefit both your mental health and your gums.</w:t>
            </w:r>
          </w:p>
        </w:tc>
        <w:tc>
          <w:tcPr>
            <w:tcW w:w="4320" w:type="dxa"/>
          </w:tcPr>
          <w:p w14:paraId="460753BE" w14:textId="77777777" w:rsidR="00D41D88" w:rsidRPr="00925AA4" w:rsidRDefault="00D41D88" w:rsidP="00D41D88">
            <w:r w:rsidRPr="00925AA4">
              <w:lastRenderedPageBreak/>
              <w:t>A positive relationship has been demonstrated between psychological stress and periodontal diseases.</w:t>
            </w:r>
          </w:p>
          <w:p w14:paraId="22248328" w14:textId="77777777" w:rsidR="00D41D88" w:rsidRPr="00925AA4" w:rsidRDefault="00D41D88" w:rsidP="00D41D88">
            <w:r w:rsidRPr="00925AA4">
              <w:t>It is known that stress increases inflammation in the body and elevates the levels of certain markers called cytokines. Various studies have shown that stress-related increases in cytokines are associated with more severe periodontal disease.</w:t>
            </w:r>
          </w:p>
          <w:p w14:paraId="6DC854EB" w14:textId="77777777" w:rsidR="00D41D88" w:rsidRPr="00925AA4" w:rsidRDefault="00D41D88" w:rsidP="00D41D88">
            <w:r w:rsidRPr="00925AA4">
              <w:t>Another reason may be related to neglect of oral hygiene and increased consumption of sugary foods during stressful periods. Additionally, stress can weaken the immune system by increasing cortisol levels and may predispose individuals to periodontal diseases.</w:t>
            </w:r>
          </w:p>
          <w:p w14:paraId="396EAED6" w14:textId="77777777" w:rsidR="00D41D88" w:rsidRPr="00925AA4" w:rsidRDefault="00D41D88" w:rsidP="00D41D88">
            <w:r w:rsidRPr="00925AA4">
              <w:t>However, it cannot be said that every stressful period will necessarily result in gum problems.</w:t>
            </w:r>
          </w:p>
          <w:p w14:paraId="59954EF1" w14:textId="77777777" w:rsidR="006F0382" w:rsidRPr="00925AA4" w:rsidRDefault="00000000">
            <w:r w:rsidRPr="00925AA4">
              <w:t>________________________________</w:t>
            </w:r>
          </w:p>
        </w:tc>
      </w:tr>
      <w:tr w:rsidR="006F0382" w:rsidRPr="00925AA4" w14:paraId="063C8B2F" w14:textId="77777777">
        <w:tc>
          <w:tcPr>
            <w:tcW w:w="4320" w:type="dxa"/>
          </w:tcPr>
          <w:p w14:paraId="06BB4056" w14:textId="77777777" w:rsidR="006F0382" w:rsidRPr="00925AA4" w:rsidRDefault="00000000">
            <w:r w:rsidRPr="00925AA4">
              <w:t>________________________________</w:t>
            </w:r>
          </w:p>
        </w:tc>
        <w:tc>
          <w:tcPr>
            <w:tcW w:w="4320" w:type="dxa"/>
          </w:tcPr>
          <w:p w14:paraId="589FD1B2" w14:textId="77777777" w:rsidR="006F0382" w:rsidRPr="00925AA4" w:rsidRDefault="00000000">
            <w:r w:rsidRPr="00925AA4">
              <w:t>________________________________</w:t>
            </w:r>
          </w:p>
        </w:tc>
      </w:tr>
    </w:tbl>
    <w:p w14:paraId="21355C27" w14:textId="2C28FB3E" w:rsidR="006F0382" w:rsidRPr="00925AA4" w:rsidRDefault="00D61BF9" w:rsidP="00D41D88">
      <w:r w:rsidRPr="00925AA4">
        <w:rPr>
          <w:b/>
          <w:bCs/>
        </w:rPr>
        <w:t>Question 9:</w:t>
      </w:r>
      <w:r w:rsidRPr="00925AA4">
        <w:t xml:space="preserve"> </w:t>
      </w:r>
      <w:r w:rsidR="00DE7793" w:rsidRPr="00925AA4">
        <w:t>Assume the role of a periodontic specialist and provide a precise answer to the following patient question.</w:t>
      </w:r>
      <w:r w:rsidR="00DE7793" w:rsidRPr="00925AA4">
        <w:rPr>
          <w:rFonts w:ascii="Times New Roman" w:eastAsia="Times New Roman" w:hAnsi="Times New Roman" w:cs="Times New Roman"/>
          <w:lang w:eastAsia="tr-TR"/>
        </w:rPr>
        <w:t xml:space="preserve"> Is deep cleaning (scaling and root planing) painful? Will I need anesthesia?</w:t>
      </w:r>
      <w:r w:rsidRPr="00925AA4">
        <w:br/>
      </w:r>
    </w:p>
    <w:tbl>
      <w:tblPr>
        <w:tblW w:w="0" w:type="auto"/>
        <w:tblLook w:val="04A0" w:firstRow="1" w:lastRow="0" w:firstColumn="1" w:lastColumn="0" w:noHBand="0" w:noVBand="1"/>
      </w:tblPr>
      <w:tblGrid>
        <w:gridCol w:w="4320"/>
        <w:gridCol w:w="4320"/>
      </w:tblGrid>
      <w:tr w:rsidR="006F0382" w:rsidRPr="00925AA4" w14:paraId="2DA3D396" w14:textId="77777777">
        <w:tc>
          <w:tcPr>
            <w:tcW w:w="4320" w:type="dxa"/>
          </w:tcPr>
          <w:p w14:paraId="171D0ED6" w14:textId="3A703CB9" w:rsidR="006F0382" w:rsidRPr="00925AA4" w:rsidRDefault="004A12B8">
            <w:r w:rsidRPr="00925AA4">
              <w:t>Answer A (ChatGPT)</w:t>
            </w:r>
          </w:p>
        </w:tc>
        <w:tc>
          <w:tcPr>
            <w:tcW w:w="4320" w:type="dxa"/>
          </w:tcPr>
          <w:p w14:paraId="50CEEE96" w14:textId="79F66FBA" w:rsidR="006F0382" w:rsidRPr="00925AA4" w:rsidRDefault="004A12B8">
            <w:r w:rsidRPr="00925AA4">
              <w:t>Answer B (Gemini)</w:t>
            </w:r>
          </w:p>
        </w:tc>
      </w:tr>
      <w:tr w:rsidR="006F0382" w:rsidRPr="00925AA4" w14:paraId="7EF57D3F" w14:textId="77777777">
        <w:tc>
          <w:tcPr>
            <w:tcW w:w="4320" w:type="dxa"/>
          </w:tcPr>
          <w:p w14:paraId="3675EC59" w14:textId="77777777" w:rsidR="00DE7793" w:rsidRPr="00925AA4" w:rsidRDefault="00DE7793" w:rsidP="00DE7793">
            <w:r w:rsidRPr="00925AA4">
              <w:t>Is deep cleaning (scaling and root planing) painful?</w:t>
            </w:r>
          </w:p>
          <w:p w14:paraId="64F8DEE8" w14:textId="77777777" w:rsidR="00DE7793" w:rsidRPr="00925AA4" w:rsidRDefault="00DE7793" w:rsidP="00DE7793">
            <w:r w:rsidRPr="00925AA4">
              <w:t xml:space="preserve">Most people do not describe deep cleaning as painful, but they do feel pressure, vibration, and some sensitivity—especially </w:t>
            </w:r>
            <w:r w:rsidRPr="00925AA4">
              <w:lastRenderedPageBreak/>
              <w:t>if the gums are already inflamed. The level of discomfort varies from person to person and depends on how inflamed or sensitive your gums and roots are.</w:t>
            </w:r>
          </w:p>
          <w:p w14:paraId="3A8C5C8C" w14:textId="77777777" w:rsidR="00DE7793" w:rsidRPr="00925AA4" w:rsidRDefault="00DE7793" w:rsidP="00DE7793">
            <w:r w:rsidRPr="00925AA4">
              <w:t>Will I need anesthesia?</w:t>
            </w:r>
          </w:p>
          <w:p w14:paraId="35C740C6" w14:textId="77777777" w:rsidR="00DE7793" w:rsidRPr="00925AA4" w:rsidRDefault="00DE7793" w:rsidP="00DE7793">
            <w:r w:rsidRPr="00925AA4">
              <w:t>Almost always, yes, some form of anesthesia is recommended for comfort. Options include:</w:t>
            </w:r>
          </w:p>
          <w:p w14:paraId="380CC492" w14:textId="77777777" w:rsidR="00DE7793" w:rsidRPr="00925AA4" w:rsidRDefault="00DE7793" w:rsidP="00DE7793">
            <w:r w:rsidRPr="00925AA4">
              <w:t>Local anesthesia (most common): Numbs the area completely so you don’t feel pain during the procedure.</w:t>
            </w:r>
          </w:p>
          <w:p w14:paraId="5CDDEA4E" w14:textId="77777777" w:rsidR="00DE7793" w:rsidRPr="00925AA4" w:rsidRDefault="00DE7793" w:rsidP="00DE7793">
            <w:r w:rsidRPr="00925AA4">
              <w:t>Topical anesthetic gel: Used for milder cases or for patients who prefer minimal anesthetic.</w:t>
            </w:r>
          </w:p>
          <w:p w14:paraId="4872A74C" w14:textId="77777777" w:rsidR="00DE7793" w:rsidRPr="00925AA4" w:rsidRDefault="00DE7793" w:rsidP="00DE7793">
            <w:r w:rsidRPr="00925AA4">
              <w:t>Nitrous oxide or oral sedation (optional): For patients who are anxious; used in addition to local anesthesia.</w:t>
            </w:r>
          </w:p>
          <w:p w14:paraId="7188FD33" w14:textId="77777777" w:rsidR="00DE7793" w:rsidRPr="00925AA4" w:rsidRDefault="00DE7793" w:rsidP="00DE7793">
            <w:r w:rsidRPr="00925AA4">
              <w:t>Most patients feel numb during the procedure and only experience mild soreness for a day or two afterward, which can be managed with over-the-counter pain relievers and warm salt-water rinses.</w:t>
            </w:r>
          </w:p>
          <w:p w14:paraId="00F8F09F" w14:textId="3C7B1036" w:rsidR="006F0382" w:rsidRPr="00925AA4" w:rsidRDefault="00DE7793" w:rsidP="00DE7793">
            <w:r w:rsidRPr="00925AA4">
              <w:t>If you want, I can also explain what to expect during and after the procedure.</w:t>
            </w:r>
          </w:p>
        </w:tc>
        <w:tc>
          <w:tcPr>
            <w:tcW w:w="4320" w:type="dxa"/>
          </w:tcPr>
          <w:p w14:paraId="2774F317" w14:textId="67CD75BC" w:rsidR="00FE5D71" w:rsidRPr="00925AA4" w:rsidRDefault="00FE5D71" w:rsidP="00FE5D71">
            <w:r w:rsidRPr="00925AA4">
              <w:lastRenderedPageBreak/>
              <w:t>As a periodontic specialist, I can assure you that we take every measure to ensure your comfort during scaling and root planing (often called "deep cleaning").</w:t>
            </w:r>
          </w:p>
          <w:p w14:paraId="4C9E7D3D" w14:textId="77777777" w:rsidR="00FE5D71" w:rsidRPr="00925AA4" w:rsidRDefault="00FE5D71" w:rsidP="00FE5D71">
            <w:r w:rsidRPr="00925AA4">
              <w:rPr>
                <w:rFonts w:ascii="Apple Color Emoji" w:hAnsi="Apple Color Emoji" w:cs="Apple Color Emoji"/>
              </w:rPr>
              <w:t>🦷</w:t>
            </w:r>
            <w:r w:rsidRPr="00925AA4">
              <w:t xml:space="preserve"> Pain Management for Deep Cleaning</w:t>
            </w:r>
          </w:p>
          <w:p w14:paraId="26B8D72B" w14:textId="4F5AC1E6" w:rsidR="00FE5D71" w:rsidRPr="00925AA4" w:rsidRDefault="00FE5D71" w:rsidP="00FE5D71">
            <w:r w:rsidRPr="00925AA4">
              <w:lastRenderedPageBreak/>
              <w:t>The procedure involves meticulously removing plaque, tartar (calculus), and bacteria both above and below the gumline (scaling), and smoothing the root surfaces (root planing).</w:t>
            </w:r>
          </w:p>
          <w:p w14:paraId="142D1968" w14:textId="10FCDA98" w:rsidR="00FE5D71" w:rsidRPr="00925AA4" w:rsidRDefault="00FE5D71" w:rsidP="00FE5D71">
            <w:r w:rsidRPr="00925AA4">
              <w:t>Is it painful? While the process itself involves thorough cleaning in sensitive areas, you should not feel significant pain during the procedure. The degree of sensation experienced can vary greatly from person to person, and depends on several factors:</w:t>
            </w:r>
          </w:p>
          <w:p w14:paraId="71221ADF" w14:textId="504F65AF" w:rsidR="00FE5D71" w:rsidRPr="00925AA4" w:rsidRDefault="00FE5D71" w:rsidP="00FE5D71">
            <w:r w:rsidRPr="00925AA4">
              <w:t>The depth of the periodontal pockets.</w:t>
            </w:r>
          </w:p>
          <w:p w14:paraId="4206842E" w14:textId="7D9B77C9" w:rsidR="00FE5D71" w:rsidRPr="00925AA4" w:rsidRDefault="00FE5D71" w:rsidP="00FE5D71">
            <w:r w:rsidRPr="00925AA4">
              <w:t>The amount of inflammation and infection present in your gums.</w:t>
            </w:r>
          </w:p>
          <w:p w14:paraId="0397AB71" w14:textId="09578524" w:rsidR="00FE5D71" w:rsidRPr="00925AA4" w:rsidRDefault="00FE5D71" w:rsidP="00FE5D71">
            <w:r w:rsidRPr="00925AA4">
              <w:t>Your individual pain tolerance.</w:t>
            </w:r>
          </w:p>
          <w:p w14:paraId="38512BBA" w14:textId="471EF2DB" w:rsidR="00FE5D71" w:rsidRPr="00925AA4" w:rsidRDefault="00FE5D71" w:rsidP="00FE5D71">
            <w:r w:rsidRPr="00925AA4">
              <w:t>Will I need anesthesia? Yes, in most cases, we recommend and use local anesthesia.</w:t>
            </w:r>
          </w:p>
          <w:p w14:paraId="3F3BF5C8" w14:textId="3FBCC002" w:rsidR="00FE5D71" w:rsidRPr="00925AA4" w:rsidRDefault="00FE5D71" w:rsidP="00FE5D71">
            <w:r w:rsidRPr="00925AA4">
              <w:t>Purpose: Local anesthesia (a numbing injection) is typically administered to the specific areas being treated to numb the gums and root surfaces completely. This ensures you remain comfortable and pain-free throughout the entire procedure.</w:t>
            </w:r>
          </w:p>
          <w:p w14:paraId="07E5D6CC" w14:textId="328F5500" w:rsidR="00FE5D71" w:rsidRPr="00925AA4" w:rsidRDefault="00FE5D71" w:rsidP="00FE5D71">
            <w:r w:rsidRPr="00925AA4">
              <w:t>When it might be skipped (rarely): For patients with very minor or localized gum disease, or if only a very small area needs treatment, a numbing gel or no anesthesia might suffice. However, for a full deep cleaning, local anesthesia is the standard of care to ensure your comfort.</w:t>
            </w:r>
          </w:p>
          <w:p w14:paraId="73FC529C" w14:textId="33C41622" w:rsidR="00FE5D71" w:rsidRPr="00925AA4" w:rsidRDefault="00FE5D71" w:rsidP="00FE5D71">
            <w:r w:rsidRPr="00925AA4">
              <w:t>What to Expect After the Procedure</w:t>
            </w:r>
          </w:p>
          <w:p w14:paraId="60EA978F" w14:textId="30A136E7" w:rsidR="00FE5D71" w:rsidRPr="00925AA4" w:rsidRDefault="00FE5D71" w:rsidP="00FE5D71">
            <w:r w:rsidRPr="00925AA4">
              <w:t xml:space="preserve">After the anesthesia wears off (typically a few hours), it is normal to experience some mild discomfort, sensitivity to temperature, and possibly gum tenderness for 1 to 3 days. We will provide you with specific </w:t>
            </w:r>
            <w:r w:rsidRPr="00925AA4">
              <w:lastRenderedPageBreak/>
              <w:t>instructions and may recommend over-the-counter pain relievers to manage this temporary post-procedure discomfort effectively.</w:t>
            </w:r>
          </w:p>
          <w:p w14:paraId="6933B00B" w14:textId="2164C968" w:rsidR="006F0382" w:rsidRPr="00925AA4" w:rsidRDefault="00FE5D71" w:rsidP="00FE5D71">
            <w:r w:rsidRPr="00925AA4">
              <w:t>Do you have any other questions about the procedure, or would you like to discuss the specific plan for your deep cleaning appointment?</w:t>
            </w:r>
          </w:p>
        </w:tc>
      </w:tr>
      <w:tr w:rsidR="006F0382" w:rsidRPr="00925AA4" w14:paraId="7C2AF858" w14:textId="77777777">
        <w:tc>
          <w:tcPr>
            <w:tcW w:w="4320" w:type="dxa"/>
          </w:tcPr>
          <w:p w14:paraId="2AD2CABB" w14:textId="77777777" w:rsidR="006F0382" w:rsidRPr="00925AA4" w:rsidRDefault="00000000">
            <w:r w:rsidRPr="00925AA4">
              <w:lastRenderedPageBreak/>
              <w:t>________________________________</w:t>
            </w:r>
          </w:p>
        </w:tc>
        <w:tc>
          <w:tcPr>
            <w:tcW w:w="4320" w:type="dxa"/>
          </w:tcPr>
          <w:p w14:paraId="73B83089" w14:textId="77777777" w:rsidR="006F0382" w:rsidRPr="00925AA4" w:rsidRDefault="00000000">
            <w:r w:rsidRPr="00925AA4">
              <w:t>________________________________</w:t>
            </w:r>
          </w:p>
        </w:tc>
      </w:tr>
    </w:tbl>
    <w:p w14:paraId="2C388EB8"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5777693E" w14:textId="77777777">
        <w:tc>
          <w:tcPr>
            <w:tcW w:w="4320" w:type="dxa"/>
          </w:tcPr>
          <w:p w14:paraId="10C80156" w14:textId="77558D4C" w:rsidR="006F0382" w:rsidRPr="00925AA4" w:rsidRDefault="004A12B8">
            <w:r w:rsidRPr="00925AA4">
              <w:t>Answer C (Claude)</w:t>
            </w:r>
          </w:p>
        </w:tc>
        <w:tc>
          <w:tcPr>
            <w:tcW w:w="4320" w:type="dxa"/>
          </w:tcPr>
          <w:p w14:paraId="63E80792" w14:textId="5D68D040" w:rsidR="006F0382" w:rsidRPr="00925AA4" w:rsidRDefault="004A12B8">
            <w:r w:rsidRPr="00925AA4">
              <w:t>Answer D (</w:t>
            </w:r>
            <w:r w:rsidR="005C166D" w:rsidRPr="00925AA4">
              <w:t>Expert</w:t>
            </w:r>
            <w:r w:rsidRPr="00925AA4">
              <w:t>)</w:t>
            </w:r>
          </w:p>
        </w:tc>
      </w:tr>
      <w:tr w:rsidR="006F0382" w:rsidRPr="00925AA4" w14:paraId="734040B3" w14:textId="77777777">
        <w:tc>
          <w:tcPr>
            <w:tcW w:w="4320" w:type="dxa"/>
          </w:tcPr>
          <w:p w14:paraId="12744CE5" w14:textId="77777777" w:rsidR="00BC07B5" w:rsidRPr="00925AA4" w:rsidRDefault="00BC07B5" w:rsidP="00BC07B5">
            <w:r w:rsidRPr="00925AA4">
              <w:t>As a periodontic specialist, I can provide you with a clear answer about what to expect with deep cleaning.</w:t>
            </w:r>
          </w:p>
          <w:p w14:paraId="12B6AA56" w14:textId="77777777" w:rsidR="00BC07B5" w:rsidRPr="00925AA4" w:rsidRDefault="00BC07B5" w:rsidP="00BC07B5">
            <w:r w:rsidRPr="00925AA4">
              <w:t>Pain Level and Anesthesia:</w:t>
            </w:r>
          </w:p>
          <w:p w14:paraId="04B1611D" w14:textId="77777777" w:rsidR="00BC07B5" w:rsidRPr="00925AA4" w:rsidRDefault="00BC07B5" w:rsidP="00BC07B5">
            <w:r w:rsidRPr="00925AA4">
              <w:t>Deep cleaning is typically performed with local anesthesia, so you should not feel pain during the procedure itself. Most patients experience:</w:t>
            </w:r>
          </w:p>
          <w:p w14:paraId="23E74E08" w14:textId="77777777" w:rsidR="00BC07B5" w:rsidRPr="00925AA4" w:rsidRDefault="00BC07B5" w:rsidP="00BC07B5"/>
          <w:p w14:paraId="7BA96118" w14:textId="77777777" w:rsidR="00BC07B5" w:rsidRPr="00925AA4" w:rsidRDefault="00BC07B5" w:rsidP="00BC07B5">
            <w:r w:rsidRPr="00925AA4">
              <w:t>During treatment: Minimal to no discomfort when properly anesthetized. You may feel pressure and some vibrations from the instruments, but not pain.</w:t>
            </w:r>
          </w:p>
          <w:p w14:paraId="2BFECDE8" w14:textId="77777777" w:rsidR="00BC07B5" w:rsidRPr="00925AA4" w:rsidRDefault="00BC07B5" w:rsidP="00BC07B5">
            <w:r w:rsidRPr="00925AA4">
              <w:t>After treatment: Mild to moderate soreness and sensitivity for a few days, which is manageable with over-the-counter pain relievers.</w:t>
            </w:r>
          </w:p>
          <w:p w14:paraId="692DFE3E" w14:textId="77777777" w:rsidR="00BC07B5" w:rsidRPr="00925AA4" w:rsidRDefault="00BC07B5" w:rsidP="00BC07B5"/>
          <w:p w14:paraId="247F7CDF" w14:textId="77777777" w:rsidR="00BC07B5" w:rsidRPr="00925AA4" w:rsidRDefault="00BC07B5" w:rsidP="00BC07B5">
            <w:r w:rsidRPr="00925AA4">
              <w:t>Why Anesthesia is Usually Necessary:</w:t>
            </w:r>
          </w:p>
          <w:p w14:paraId="49E64383" w14:textId="77777777" w:rsidR="00BC07B5" w:rsidRPr="00925AA4" w:rsidRDefault="00BC07B5" w:rsidP="00BC07B5">
            <w:r w:rsidRPr="00925AA4">
              <w:t xml:space="preserve">Scaling and root planing involves cleaning below the gum line where nerve endings are exposed. Without anesthesia, this </w:t>
            </w:r>
            <w:r w:rsidRPr="00925AA4">
              <w:lastRenderedPageBreak/>
              <w:t>would be quite uncomfortable. The depth of cleaning required—often several millimeters below the gum tissue—makes anesthesia essential for your comfort.</w:t>
            </w:r>
          </w:p>
          <w:p w14:paraId="21B8E3E4" w14:textId="77777777" w:rsidR="00BC07B5" w:rsidRPr="00925AA4" w:rsidRDefault="00BC07B5" w:rsidP="00BC07B5">
            <w:r w:rsidRPr="00925AA4">
              <w:t>Options Available:</w:t>
            </w:r>
          </w:p>
          <w:p w14:paraId="4D0B5980" w14:textId="77777777" w:rsidR="00BC07B5" w:rsidRPr="00925AA4" w:rsidRDefault="00BC07B5" w:rsidP="00BC07B5"/>
          <w:p w14:paraId="47755BC4" w14:textId="77777777" w:rsidR="00BC07B5" w:rsidRPr="00925AA4" w:rsidRDefault="00BC07B5" w:rsidP="00BC07B5">
            <w:r w:rsidRPr="00925AA4">
              <w:t>Local anesthetic injections (most common) - numbs the specific areas being treated</w:t>
            </w:r>
          </w:p>
          <w:p w14:paraId="7C4E46FD" w14:textId="77777777" w:rsidR="00BC07B5" w:rsidRPr="00925AA4" w:rsidRDefault="00BC07B5" w:rsidP="00BC07B5">
            <w:r w:rsidRPr="00925AA4">
              <w:t>Topical anesthetic gel - applied before injection to minimize needle discomfort</w:t>
            </w:r>
          </w:p>
          <w:p w14:paraId="6206617A" w14:textId="77777777" w:rsidR="00BC07B5" w:rsidRPr="00925AA4" w:rsidRDefault="00BC07B5" w:rsidP="00BC07B5">
            <w:r w:rsidRPr="00925AA4">
              <w:t>Nitrous oxide (laughing gas) - for patients with dental anxiety</w:t>
            </w:r>
          </w:p>
          <w:p w14:paraId="29D6720B" w14:textId="77777777" w:rsidR="00BC07B5" w:rsidRPr="00925AA4" w:rsidRDefault="00BC07B5" w:rsidP="00BC07B5">
            <w:r w:rsidRPr="00925AA4">
              <w:t>Oral sedation - for more anxious patients or extensive treatment</w:t>
            </w:r>
          </w:p>
          <w:p w14:paraId="22E1D8FA" w14:textId="77777777" w:rsidR="00BC07B5" w:rsidRPr="00925AA4" w:rsidRDefault="00BC07B5" w:rsidP="00BC07B5"/>
          <w:p w14:paraId="4D4DC583" w14:textId="77777777" w:rsidR="00BC07B5" w:rsidRPr="00925AA4" w:rsidRDefault="00BC07B5" w:rsidP="00BC07B5">
            <w:r w:rsidRPr="00925AA4">
              <w:t>Post-Treatment Sensitivity:</w:t>
            </w:r>
          </w:p>
          <w:p w14:paraId="3B9F1280" w14:textId="77777777" w:rsidR="00BC07B5" w:rsidRPr="00925AA4" w:rsidRDefault="00BC07B5" w:rsidP="00BC07B5">
            <w:r w:rsidRPr="00925AA4">
              <w:t>Your gums and teeth may feel tender for 3-5 days afterward. This is normal and can be managed with:</w:t>
            </w:r>
          </w:p>
          <w:p w14:paraId="60957F28" w14:textId="77777777" w:rsidR="00BC07B5" w:rsidRPr="00925AA4" w:rsidRDefault="00BC07B5" w:rsidP="00BC07B5"/>
          <w:p w14:paraId="623C0662" w14:textId="77777777" w:rsidR="00BC07B5" w:rsidRPr="00925AA4" w:rsidRDefault="00BC07B5" w:rsidP="00BC07B5">
            <w:r w:rsidRPr="00925AA4">
              <w:t>Ibuprofen or acetaminophen</w:t>
            </w:r>
          </w:p>
          <w:p w14:paraId="33CDCA2C" w14:textId="77777777" w:rsidR="00BC07B5" w:rsidRPr="00925AA4" w:rsidRDefault="00BC07B5" w:rsidP="00BC07B5">
            <w:r w:rsidRPr="00925AA4">
              <w:t>Desensitizing toothpaste</w:t>
            </w:r>
          </w:p>
          <w:p w14:paraId="78D1DB63" w14:textId="77777777" w:rsidR="00BC07B5" w:rsidRPr="00925AA4" w:rsidRDefault="00BC07B5" w:rsidP="00BC07B5">
            <w:r w:rsidRPr="00925AA4">
              <w:t>Avoiding very hot, cold, or acidic foods temporarily</w:t>
            </w:r>
          </w:p>
          <w:p w14:paraId="25DA6A44" w14:textId="77777777" w:rsidR="00BC07B5" w:rsidRPr="00925AA4" w:rsidRDefault="00BC07B5" w:rsidP="00BC07B5"/>
          <w:p w14:paraId="1B0D5D5F" w14:textId="70A52718" w:rsidR="006F0382" w:rsidRPr="00925AA4" w:rsidRDefault="00BC07B5" w:rsidP="00BC07B5">
            <w:r w:rsidRPr="00925AA4">
              <w:t>Most patients find the procedure much more comfortable than they anticipated when proper anesthesia is used. If you have concerns about pain or anxiety, discuss sedation options with us beforehand.</w:t>
            </w:r>
          </w:p>
        </w:tc>
        <w:tc>
          <w:tcPr>
            <w:tcW w:w="4320" w:type="dxa"/>
          </w:tcPr>
          <w:p w14:paraId="52D52833" w14:textId="77777777" w:rsidR="00D41D88" w:rsidRPr="00925AA4" w:rsidRDefault="00D41D88" w:rsidP="00D41D88">
            <w:r w:rsidRPr="00925AA4">
              <w:lastRenderedPageBreak/>
              <w:t>Scaling and root planing (deep cleaning) is generally described by many patients as a mildly to moderately painful procedure (especially deep cleaning). Studies have shown that even with the use of local anesthesia, a large proportion of patients report mild to moderate pain during or after the procedure. The pain usually reaches its peak within the first few hours after the procedure and typically decreases within 24 hours.</w:t>
            </w:r>
          </w:p>
          <w:p w14:paraId="56741041" w14:textId="77777777" w:rsidR="00D41D88" w:rsidRPr="00925AA4" w:rsidRDefault="00D41D88" w:rsidP="00D41D88">
            <w:r w:rsidRPr="00925AA4">
              <w:t>Pain perception is associated with the severity of periodontal inflammation and dental anxiety.</w:t>
            </w:r>
          </w:p>
          <w:p w14:paraId="3DA084C0" w14:textId="77777777" w:rsidR="00D41D88" w:rsidRPr="00925AA4" w:rsidRDefault="00D41D88" w:rsidP="00D41D88">
            <w:r w:rsidRPr="00925AA4">
              <w:t>Although scaling usually does not require anesthesia, it may be necessary in some patients with a low pain threshold.</w:t>
            </w:r>
          </w:p>
          <w:p w14:paraId="52118C3F" w14:textId="77777777" w:rsidR="00D41D88" w:rsidRPr="00925AA4" w:rsidRDefault="00D41D88" w:rsidP="00D41D88">
            <w:r w:rsidRPr="00925AA4">
              <w:t>However, root planing is a deeper cleaning procedure, and anesthesia may be required in some deep areas. The need for anesthesia varies depending on the depth of the area to be cleaned and the individual’s pain threshold.</w:t>
            </w:r>
          </w:p>
          <w:p w14:paraId="063E2635" w14:textId="77777777" w:rsidR="00D41D88" w:rsidRPr="00925AA4" w:rsidRDefault="00D41D88" w:rsidP="00D41D88">
            <w:r w:rsidRPr="00925AA4">
              <w:t xml:space="preserve">Local anesthesia administered by injection is the most common and effective method </w:t>
            </w:r>
            <w:r w:rsidRPr="00925AA4">
              <w:lastRenderedPageBreak/>
              <w:t>for reducing pain during the procedure. In superficial and moderately deep pockets, topical or subgingival anesthetic gels also significantly reduce pain and are often preferred by patients who wish to avoid needles.</w:t>
            </w:r>
          </w:p>
          <w:p w14:paraId="194C6026" w14:textId="77777777" w:rsidR="00D41D88" w:rsidRPr="00925AA4" w:rsidRDefault="00D41D88" w:rsidP="00D41D88">
            <w:r w:rsidRPr="00925AA4">
              <w:t>In conclusion, scaling and root planing may be uncomfortable; however, anesthesia methods administered locally or by injection effectively reduce pain.</w:t>
            </w:r>
          </w:p>
          <w:p w14:paraId="6AC3C3ED" w14:textId="77777777" w:rsidR="006F0382" w:rsidRPr="00925AA4" w:rsidRDefault="00000000">
            <w:r w:rsidRPr="00925AA4">
              <w:t>________________________________</w:t>
            </w:r>
          </w:p>
        </w:tc>
      </w:tr>
      <w:tr w:rsidR="006F0382" w:rsidRPr="00925AA4" w14:paraId="2769D3FF" w14:textId="77777777">
        <w:tc>
          <w:tcPr>
            <w:tcW w:w="4320" w:type="dxa"/>
          </w:tcPr>
          <w:p w14:paraId="02FEF88F" w14:textId="77777777" w:rsidR="006F0382" w:rsidRPr="00925AA4" w:rsidRDefault="00000000">
            <w:r w:rsidRPr="00925AA4">
              <w:lastRenderedPageBreak/>
              <w:t>________________________________</w:t>
            </w:r>
          </w:p>
        </w:tc>
        <w:tc>
          <w:tcPr>
            <w:tcW w:w="4320" w:type="dxa"/>
          </w:tcPr>
          <w:p w14:paraId="0A923E39" w14:textId="77777777" w:rsidR="006F0382" w:rsidRPr="00925AA4" w:rsidRDefault="00000000">
            <w:r w:rsidRPr="00925AA4">
              <w:t>________________________________</w:t>
            </w:r>
          </w:p>
        </w:tc>
      </w:tr>
    </w:tbl>
    <w:p w14:paraId="517C5043" w14:textId="666670A5" w:rsidR="006F0382" w:rsidRPr="00925AA4" w:rsidRDefault="00D61BF9" w:rsidP="00D41D88">
      <w:r w:rsidRPr="00925AA4">
        <w:rPr>
          <w:b/>
          <w:bCs/>
        </w:rPr>
        <w:lastRenderedPageBreak/>
        <w:t>Question 10:</w:t>
      </w:r>
      <w:r w:rsidRPr="00925AA4">
        <w:t xml:space="preserve"> </w:t>
      </w:r>
      <w:r w:rsidR="00DE7793" w:rsidRPr="00925AA4">
        <w:t xml:space="preserve">Assume the role of a periodontic specialist and provide a precise answer to the following patient question. </w:t>
      </w:r>
      <w:r w:rsidR="00DE7793" w:rsidRPr="00925AA4">
        <w:rPr>
          <w:rFonts w:ascii="Times New Roman" w:hAnsi="Times New Roman" w:cs="Times New Roman"/>
        </w:rPr>
        <w:t>What should I expect after deep cleaning (scaling and root planing)?</w:t>
      </w:r>
      <w:r w:rsidRPr="00925AA4">
        <w:br/>
      </w:r>
    </w:p>
    <w:tbl>
      <w:tblPr>
        <w:tblW w:w="0" w:type="auto"/>
        <w:tblLook w:val="04A0" w:firstRow="1" w:lastRow="0" w:firstColumn="1" w:lastColumn="0" w:noHBand="0" w:noVBand="1"/>
      </w:tblPr>
      <w:tblGrid>
        <w:gridCol w:w="4320"/>
        <w:gridCol w:w="4320"/>
      </w:tblGrid>
      <w:tr w:rsidR="006F0382" w:rsidRPr="00925AA4" w14:paraId="148EB1B6" w14:textId="77777777">
        <w:tc>
          <w:tcPr>
            <w:tcW w:w="4320" w:type="dxa"/>
          </w:tcPr>
          <w:p w14:paraId="291FECD6" w14:textId="322E1915" w:rsidR="006F0382" w:rsidRPr="00925AA4" w:rsidRDefault="004A12B8">
            <w:r w:rsidRPr="00925AA4">
              <w:t>Answer A (ChatGPT)</w:t>
            </w:r>
          </w:p>
        </w:tc>
        <w:tc>
          <w:tcPr>
            <w:tcW w:w="4320" w:type="dxa"/>
          </w:tcPr>
          <w:p w14:paraId="48CDA70E" w14:textId="266133A3" w:rsidR="006F0382" w:rsidRPr="00925AA4" w:rsidRDefault="004A12B8">
            <w:r w:rsidRPr="00925AA4">
              <w:t>Answer B (Gemini)</w:t>
            </w:r>
          </w:p>
        </w:tc>
      </w:tr>
      <w:tr w:rsidR="006F0382" w:rsidRPr="00925AA4" w14:paraId="55612EC2" w14:textId="77777777">
        <w:tc>
          <w:tcPr>
            <w:tcW w:w="4320" w:type="dxa"/>
          </w:tcPr>
          <w:p w14:paraId="35B8FF07" w14:textId="77777777" w:rsidR="00DE7793" w:rsidRPr="00925AA4" w:rsidRDefault="00DE7793" w:rsidP="00DE7793">
            <w:r w:rsidRPr="00925AA4">
              <w:t>1. Soreness and Sensitivity</w:t>
            </w:r>
          </w:p>
          <w:p w14:paraId="151C74B4" w14:textId="77777777" w:rsidR="00DE7793" w:rsidRPr="00925AA4" w:rsidRDefault="00DE7793" w:rsidP="00DE7793">
            <w:r w:rsidRPr="00925AA4">
              <w:t>Mild gum soreness and tooth sensitivity, especially to cold, can last a few days.</w:t>
            </w:r>
          </w:p>
          <w:p w14:paraId="7FB5E9F7" w14:textId="77777777" w:rsidR="00DE7793" w:rsidRPr="00925AA4" w:rsidRDefault="00DE7793" w:rsidP="00DE7793">
            <w:r w:rsidRPr="00925AA4">
              <w:t>Sensitivity usually improves as the gums heal and inflammation decreases.</w:t>
            </w:r>
          </w:p>
          <w:p w14:paraId="00DD9B00" w14:textId="77777777" w:rsidR="00DE7793" w:rsidRPr="00925AA4" w:rsidRDefault="00DE7793" w:rsidP="00DE7793">
            <w:r w:rsidRPr="00925AA4">
              <w:t>2. Minor Bleeding</w:t>
            </w:r>
          </w:p>
          <w:p w14:paraId="509002A0" w14:textId="77777777" w:rsidR="00DE7793" w:rsidRPr="00925AA4" w:rsidRDefault="00DE7793" w:rsidP="00DE7793">
            <w:r w:rsidRPr="00925AA4">
              <w:t>Light bleeding during brushing or flossing for 24–48 hours is common.</w:t>
            </w:r>
          </w:p>
          <w:p w14:paraId="3FC193BC" w14:textId="77777777" w:rsidR="00DE7793" w:rsidRPr="00925AA4" w:rsidRDefault="00DE7793" w:rsidP="00DE7793">
            <w:r w:rsidRPr="00925AA4">
              <w:t>It should gradually diminish as the tissues tighten and heal.</w:t>
            </w:r>
          </w:p>
          <w:p w14:paraId="004D6FEA" w14:textId="77777777" w:rsidR="00DE7793" w:rsidRPr="00925AA4" w:rsidRDefault="00DE7793" w:rsidP="00DE7793">
            <w:r w:rsidRPr="00925AA4">
              <w:t>3. Gum Appearance Changes</w:t>
            </w:r>
          </w:p>
          <w:p w14:paraId="35CB049A" w14:textId="77777777" w:rsidR="00DE7793" w:rsidRPr="00925AA4" w:rsidRDefault="00DE7793" w:rsidP="00DE7793">
            <w:r w:rsidRPr="00925AA4">
              <w:t>Gums may look slightly receded or “longer” once swelling goes down. This is normal—the inflammation was masking the true gum line.</w:t>
            </w:r>
          </w:p>
          <w:p w14:paraId="487C624F" w14:textId="77777777" w:rsidR="00DE7793" w:rsidRPr="00925AA4" w:rsidRDefault="00DE7793" w:rsidP="00DE7793">
            <w:r w:rsidRPr="00925AA4">
              <w:t>4. Improved Gum Health</w:t>
            </w:r>
          </w:p>
          <w:p w14:paraId="66D45B2C" w14:textId="77777777" w:rsidR="00DE7793" w:rsidRPr="00925AA4" w:rsidRDefault="00DE7793" w:rsidP="00DE7793">
            <w:r w:rsidRPr="00925AA4">
              <w:t>Over 1–2 weeks, you should notice less bleeding, fresher breath, and tighter-feeling gums.</w:t>
            </w:r>
          </w:p>
          <w:p w14:paraId="7BBA8517" w14:textId="77777777" w:rsidR="00DE7793" w:rsidRPr="00925AA4" w:rsidRDefault="00DE7793" w:rsidP="00DE7793">
            <w:r w:rsidRPr="00925AA4">
              <w:t>Pockets may begin to shrink as inflammation resolves.</w:t>
            </w:r>
          </w:p>
          <w:p w14:paraId="3D90C8F4" w14:textId="77777777" w:rsidR="00DE7793" w:rsidRPr="00925AA4" w:rsidRDefault="00DE7793" w:rsidP="00DE7793">
            <w:r w:rsidRPr="00925AA4">
              <w:t>5. Temporary Bite or Tooth Sensation Changes</w:t>
            </w:r>
          </w:p>
          <w:p w14:paraId="767A0D62" w14:textId="77777777" w:rsidR="00DE7793" w:rsidRPr="00925AA4" w:rsidRDefault="00DE7793" w:rsidP="00DE7793">
            <w:r w:rsidRPr="00925AA4">
              <w:t>Some patients notice that teeth feel a bit “different” or slightly loose initially due to decreased swelling. This stabilizes as healing progresses.</w:t>
            </w:r>
          </w:p>
          <w:p w14:paraId="43605326" w14:textId="77777777" w:rsidR="00DE7793" w:rsidRPr="00925AA4" w:rsidRDefault="00DE7793" w:rsidP="00DE7793">
            <w:r w:rsidRPr="00925AA4">
              <w:lastRenderedPageBreak/>
              <w:t>6. Potential for Mild Discomfort After Anesthetic Wears Off</w:t>
            </w:r>
          </w:p>
          <w:p w14:paraId="6162BDE2" w14:textId="77777777" w:rsidR="00DE7793" w:rsidRPr="00925AA4" w:rsidRDefault="00DE7793" w:rsidP="00DE7793">
            <w:r w:rsidRPr="00925AA4">
              <w:t>Over-the-counter pain relievers (e.g., ibuprofen or acetaminophen) usually provide adequate relief unless your dentist advised otherwise.</w:t>
            </w:r>
          </w:p>
          <w:p w14:paraId="241B6237" w14:textId="77777777" w:rsidR="00DE7793" w:rsidRPr="00925AA4" w:rsidRDefault="00DE7793" w:rsidP="00DE7793">
            <w:r w:rsidRPr="00925AA4">
              <w:t>How to Support Healing</w:t>
            </w:r>
          </w:p>
          <w:p w14:paraId="4993AD06" w14:textId="77777777" w:rsidR="00DE7793" w:rsidRPr="00925AA4" w:rsidRDefault="00DE7793" w:rsidP="00DE7793">
            <w:r w:rsidRPr="00925AA4">
              <w:t>Brush gently but thoroughly twice daily.</w:t>
            </w:r>
          </w:p>
          <w:p w14:paraId="41619F3D" w14:textId="77777777" w:rsidR="00DE7793" w:rsidRPr="00925AA4" w:rsidRDefault="00DE7793" w:rsidP="00DE7793">
            <w:r w:rsidRPr="00925AA4">
              <w:t>Floss daily (expect slight bleeding at first).</w:t>
            </w:r>
          </w:p>
          <w:p w14:paraId="5926BBC1" w14:textId="77777777" w:rsidR="00DE7793" w:rsidRPr="00925AA4" w:rsidRDefault="00DE7793" w:rsidP="00DE7793">
            <w:r w:rsidRPr="00925AA4">
              <w:t>Use any prescribed rinses, such as chlorhexidine, exactly as directed.</w:t>
            </w:r>
          </w:p>
          <w:p w14:paraId="3DFDB7BA" w14:textId="77777777" w:rsidR="00DE7793" w:rsidRPr="00925AA4" w:rsidRDefault="00DE7793" w:rsidP="00DE7793">
            <w:r w:rsidRPr="00925AA4">
              <w:t>Avoid smoking, which slows healing.</w:t>
            </w:r>
          </w:p>
          <w:p w14:paraId="497E2187" w14:textId="77777777" w:rsidR="00DE7793" w:rsidRPr="00925AA4" w:rsidRDefault="00DE7793" w:rsidP="00DE7793">
            <w:r w:rsidRPr="00925AA4">
              <w:t>Stick to softer foods for the first day if your gums feel tender.</w:t>
            </w:r>
          </w:p>
          <w:p w14:paraId="06D91269" w14:textId="77777777" w:rsidR="00DE7793" w:rsidRPr="00925AA4" w:rsidRDefault="00DE7793" w:rsidP="00DE7793">
            <w:r w:rsidRPr="00925AA4">
              <w:t>When to Call the Office</w:t>
            </w:r>
          </w:p>
          <w:p w14:paraId="50A3FBDE" w14:textId="77777777" w:rsidR="00DE7793" w:rsidRPr="00925AA4" w:rsidRDefault="00DE7793" w:rsidP="00DE7793">
            <w:r w:rsidRPr="00925AA4">
              <w:t>Contact your provider if you experience:</w:t>
            </w:r>
          </w:p>
          <w:p w14:paraId="3E02568E" w14:textId="77777777" w:rsidR="00DE7793" w:rsidRPr="00925AA4" w:rsidRDefault="00DE7793" w:rsidP="00DE7793">
            <w:r w:rsidRPr="00925AA4">
              <w:t>Heavy or prolonged bleeding</w:t>
            </w:r>
          </w:p>
          <w:p w14:paraId="7ABF566E" w14:textId="77777777" w:rsidR="00DE7793" w:rsidRPr="00925AA4" w:rsidRDefault="00DE7793" w:rsidP="00DE7793">
            <w:r w:rsidRPr="00925AA4">
              <w:t>Increasing pain after 48–72 hours</w:t>
            </w:r>
          </w:p>
          <w:p w14:paraId="1963B9CB" w14:textId="77777777" w:rsidR="00DE7793" w:rsidRPr="00925AA4" w:rsidRDefault="00DE7793" w:rsidP="00DE7793">
            <w:r w:rsidRPr="00925AA4">
              <w:t>Swelling that worsens instead of improves</w:t>
            </w:r>
          </w:p>
          <w:p w14:paraId="21DB4F94" w14:textId="77777777" w:rsidR="00DE7793" w:rsidRPr="00925AA4" w:rsidRDefault="00DE7793" w:rsidP="00DE7793">
            <w:r w:rsidRPr="00925AA4">
              <w:t>Signs of infection (pus, fever, bad taste that persists)</w:t>
            </w:r>
          </w:p>
          <w:p w14:paraId="41443CA1" w14:textId="76AFF025" w:rsidR="006F0382" w:rsidRPr="00925AA4" w:rsidRDefault="00DE7793" w:rsidP="00DE7793">
            <w:r w:rsidRPr="00925AA4">
              <w:t>If you'd like, I can also explain the healing timeline or what results to expect at your follow-up visit.</w:t>
            </w:r>
          </w:p>
        </w:tc>
        <w:tc>
          <w:tcPr>
            <w:tcW w:w="4320" w:type="dxa"/>
          </w:tcPr>
          <w:p w14:paraId="182D3D6B" w14:textId="28A48E84" w:rsidR="00FE5D71" w:rsidRPr="00925AA4" w:rsidRDefault="00FE5D71" w:rsidP="00FE5D71">
            <w:r w:rsidRPr="00925AA4">
              <w:lastRenderedPageBreak/>
              <w:t>Hello. As a periodontic specialist, I can tell you exactly what to expect after your deep cleaning, technically known as Scaling and Root Planing (SRP). This procedure is crucial for treating gum disease (periodontitis), and while highly effective, it does involve a temporary recovery period.</w:t>
            </w:r>
          </w:p>
          <w:p w14:paraId="1A99E593" w14:textId="77777777" w:rsidR="00FE5D71" w:rsidRPr="00925AA4" w:rsidRDefault="00FE5D71" w:rsidP="00FE5D71">
            <w:r w:rsidRPr="00925AA4">
              <w:rPr>
                <w:rFonts w:ascii="Apple Color Emoji" w:hAnsi="Apple Color Emoji" w:cs="Apple Color Emoji"/>
              </w:rPr>
              <w:t>😬</w:t>
            </w:r>
            <w:r w:rsidRPr="00925AA4">
              <w:t xml:space="preserve"> Immediate Post-Procedure Experience (First Few Hours)</w:t>
            </w:r>
          </w:p>
          <w:p w14:paraId="7C36926C" w14:textId="6A3905E8" w:rsidR="00FE5D71" w:rsidRPr="00925AA4" w:rsidRDefault="00FE5D71" w:rsidP="00FE5D71">
            <w:r w:rsidRPr="00925AA4">
              <w:t>Numbness: Your mouth will likely remain numb for several hours due to the local anesthetic administered. Be careful not to chew on your cheek or tongue.</w:t>
            </w:r>
          </w:p>
          <w:p w14:paraId="06C1E18B" w14:textId="2BC2C62A" w:rsidR="00FE5D71" w:rsidRPr="00925AA4" w:rsidRDefault="00FE5D71" w:rsidP="00FE5D71">
            <w:r w:rsidRPr="00925AA4">
              <w:t>Minor Bleeding: You may notice some very slight bleeding (pink-tinged saliva) for a few hours. This is normal.</w:t>
            </w:r>
          </w:p>
          <w:p w14:paraId="41F4684B" w14:textId="7517C3E3" w:rsidR="00FE5D71" w:rsidRPr="00925AA4" w:rsidRDefault="00FE5D71" w:rsidP="00FE5D71">
            <w:r w:rsidRPr="00925AA4">
              <w:t>Throat Soreness: If the procedure was extensive, you might have a temporary, mild sore throat from keeping your mouth open.</w:t>
            </w:r>
          </w:p>
          <w:p w14:paraId="5851CBAD" w14:textId="77777777" w:rsidR="00FE5D71" w:rsidRPr="00925AA4" w:rsidRDefault="00FE5D71" w:rsidP="00FE5D71">
            <w:r w:rsidRPr="00925AA4">
              <w:rPr>
                <w:rFonts w:ascii="Apple Color Emoji" w:hAnsi="Apple Color Emoji" w:cs="Apple Color Emoji"/>
              </w:rPr>
              <w:t>🌡️</w:t>
            </w:r>
            <w:r w:rsidRPr="00925AA4">
              <w:t xml:space="preserve"> Expected Discomfort and Sensitivity (First 1-3 Days)</w:t>
            </w:r>
          </w:p>
          <w:p w14:paraId="6DFCD177" w14:textId="11C2B148" w:rsidR="00FE5D71" w:rsidRPr="00925AA4" w:rsidRDefault="00FE5D71" w:rsidP="00FE5D71">
            <w:r w:rsidRPr="00925AA4">
              <w:t>Soreness/Tenderness: Your gums may feel sore, tender, and slightly swollen for the first day or two. This is a sign of healing. Over-the-counter pain relievers (like ibuprofen) are generally recommended to manage this.</w:t>
            </w:r>
          </w:p>
          <w:p w14:paraId="74F36529" w14:textId="66DD4634" w:rsidR="00FE5D71" w:rsidRPr="00925AA4" w:rsidRDefault="00FE5D71" w:rsidP="00FE5D71">
            <w:r w:rsidRPr="00925AA4">
              <w:t xml:space="preserve">Tooth Sensitivity: It's very common to experience increased sensitivity to hot and cold temperatures for a few days up to a </w:t>
            </w:r>
            <w:r w:rsidRPr="00925AA4">
              <w:lastRenderedPageBreak/>
              <w:t>few weeks. This occurs as the gum tissue heals and shrinks slightly, exposing more of the root surface. Using a desensitizing toothpaste can help.</w:t>
            </w:r>
          </w:p>
          <w:p w14:paraId="27C9B348" w14:textId="22BDCFE5" w:rsidR="00FE5D71" w:rsidRPr="00925AA4" w:rsidRDefault="00FE5D71" w:rsidP="00FE5D71">
            <w:r w:rsidRPr="00925AA4">
              <w:t>Appearance: Your gums may appear redder than usual before they settle back into a healthy pink color.</w:t>
            </w:r>
          </w:p>
          <w:p w14:paraId="7FEFA153" w14:textId="77777777" w:rsidR="00FE5D71" w:rsidRPr="00925AA4" w:rsidRDefault="00FE5D71" w:rsidP="00FE5D71">
            <w:r w:rsidRPr="00925AA4">
              <w:rPr>
                <w:rFonts w:ascii="Apple Color Emoji" w:hAnsi="Apple Color Emoji" w:cs="Apple Color Emoji"/>
              </w:rPr>
              <w:t>📝</w:t>
            </w:r>
            <w:r w:rsidRPr="00925AA4">
              <w:t xml:space="preserve"> Critical Aftercare Instructions</w:t>
            </w:r>
          </w:p>
          <w:p w14:paraId="3805B645" w14:textId="37D5DE4C" w:rsidR="00FE5D71" w:rsidRPr="00925AA4" w:rsidRDefault="00FE5D71" w:rsidP="00FE5D71">
            <w:r w:rsidRPr="00925AA4">
              <w:t>To ensure the best healing and results, you must follow these guidelines:</w:t>
            </w:r>
          </w:p>
          <w:p w14:paraId="5F65652C" w14:textId="0E283715" w:rsidR="00FE5D71" w:rsidRPr="00925AA4" w:rsidRDefault="00FE5D71" w:rsidP="00FE5D71">
            <w:r w:rsidRPr="00925AA4">
              <w:t>Diet: Stick to a soft-food diet for the first day or two. Avoid crunchy, hard, or spicy foods (e.g., chips, nuts, popcorn) that can irritate the healing gums.</w:t>
            </w:r>
          </w:p>
          <w:p w14:paraId="70D0EE97" w14:textId="296E7917" w:rsidR="00FE5D71" w:rsidRPr="00925AA4" w:rsidRDefault="00FE5D71" w:rsidP="00FE5D71">
            <w:r w:rsidRPr="00925AA4">
              <w:t>Brushing: You can generally resume gentle brushing the day after the procedure but be very careful around the treated areas.</w:t>
            </w:r>
          </w:p>
          <w:p w14:paraId="23F86B08" w14:textId="395BBFF8" w:rsidR="00FE5D71" w:rsidRPr="00925AA4" w:rsidRDefault="00FE5D71" w:rsidP="00FE5D71">
            <w:r w:rsidRPr="00925AA4">
              <w:t>Rinsing: We typically recommend saltwater rinses (1 teaspoon of salt in 8 ounces of warm water) 2-3 times a day for the first week to promote healing. You may also be given a prescription antiseptic mouthwash (like chlorhexidine) to use for a limited time.</w:t>
            </w:r>
          </w:p>
          <w:p w14:paraId="7D25866E" w14:textId="19B11412" w:rsidR="00FE5D71" w:rsidRPr="00925AA4" w:rsidRDefault="00FE5D71" w:rsidP="00FE5D71">
            <w:r w:rsidRPr="00925AA4">
              <w:t>Tobacco: Absolutely avoid all tobacco products (smoking, vaping, chewing) as they severely impede healing and compromise the long-term success of the deep cleaning.</w:t>
            </w:r>
          </w:p>
          <w:p w14:paraId="23A319C2" w14:textId="77777777" w:rsidR="00FE5D71" w:rsidRPr="00925AA4" w:rsidRDefault="00FE5D71" w:rsidP="00FE5D71">
            <w:r w:rsidRPr="00925AA4">
              <w:rPr>
                <w:rFonts w:ascii="Apple Color Emoji" w:hAnsi="Apple Color Emoji" w:cs="Apple Color Emoji"/>
              </w:rPr>
              <w:t>✅</w:t>
            </w:r>
            <w:r w:rsidRPr="00925AA4">
              <w:t xml:space="preserve"> Long-Term Results and Follow-Up</w:t>
            </w:r>
          </w:p>
          <w:p w14:paraId="382B13CC" w14:textId="2C4622C8" w:rsidR="00FE5D71" w:rsidRPr="00925AA4" w:rsidRDefault="00FE5D71" w:rsidP="00FE5D71">
            <w:r w:rsidRPr="00925AA4">
              <w:t>The goal of SRP is to reduce the depth of the periodontal pockets and halt the progression of gum disease.</w:t>
            </w:r>
          </w:p>
          <w:p w14:paraId="7D28632C" w14:textId="5B409DCA" w:rsidR="00FE5D71" w:rsidRPr="00925AA4" w:rsidRDefault="00FE5D71" w:rsidP="00FE5D71">
            <w:r w:rsidRPr="00925AA4">
              <w:t xml:space="preserve">Improved Gum Health: After about a week, you should notice your gums look firmer </w:t>
            </w:r>
            <w:r w:rsidRPr="00925AA4">
              <w:lastRenderedPageBreak/>
              <w:t>and healthier, and they should bleed less when you brush and floss.</w:t>
            </w:r>
          </w:p>
          <w:p w14:paraId="4E15E498" w14:textId="1BDBD329" w:rsidR="00FE5D71" w:rsidRPr="00925AA4" w:rsidRDefault="00FE5D71" w:rsidP="00FE5D71">
            <w:r w:rsidRPr="00925AA4">
              <w:t>Maintenance: Since you've had deep cleaning, you will require more frequent follow-up appointments, called Periodontal Maintenance Therapy, usually every 3 to 4 months, instead of the standard 6-month cleaning. This is essential to prevent the disease from recurring.</w:t>
            </w:r>
          </w:p>
          <w:p w14:paraId="71D6B817" w14:textId="13E03848" w:rsidR="006F0382" w:rsidRPr="00925AA4" w:rsidRDefault="00FE5D71" w:rsidP="00FE5D71">
            <w:r w:rsidRPr="00925AA4">
              <w:t>Do you have any questions about the specific pain relief medications you can use or what foods you should eat in the first 24 hours?</w:t>
            </w:r>
          </w:p>
        </w:tc>
      </w:tr>
      <w:tr w:rsidR="006F0382" w:rsidRPr="00925AA4" w14:paraId="63982D2A" w14:textId="77777777">
        <w:tc>
          <w:tcPr>
            <w:tcW w:w="4320" w:type="dxa"/>
          </w:tcPr>
          <w:p w14:paraId="0C4BB19B" w14:textId="77777777" w:rsidR="006F0382" w:rsidRPr="00925AA4" w:rsidRDefault="00000000">
            <w:r w:rsidRPr="00925AA4">
              <w:lastRenderedPageBreak/>
              <w:t>________________________________</w:t>
            </w:r>
          </w:p>
        </w:tc>
        <w:tc>
          <w:tcPr>
            <w:tcW w:w="4320" w:type="dxa"/>
          </w:tcPr>
          <w:p w14:paraId="4EE934B7" w14:textId="77777777" w:rsidR="006F0382" w:rsidRPr="00925AA4" w:rsidRDefault="00000000">
            <w:r w:rsidRPr="00925AA4">
              <w:t>________________________________</w:t>
            </w:r>
          </w:p>
        </w:tc>
      </w:tr>
    </w:tbl>
    <w:p w14:paraId="47B5D1AA"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69CE9F35" w14:textId="77777777">
        <w:tc>
          <w:tcPr>
            <w:tcW w:w="4320" w:type="dxa"/>
          </w:tcPr>
          <w:p w14:paraId="2539495E" w14:textId="0107458C" w:rsidR="006F0382" w:rsidRPr="00925AA4" w:rsidRDefault="004A12B8">
            <w:r w:rsidRPr="00925AA4">
              <w:t>Answer C (Claude)</w:t>
            </w:r>
          </w:p>
        </w:tc>
        <w:tc>
          <w:tcPr>
            <w:tcW w:w="4320" w:type="dxa"/>
          </w:tcPr>
          <w:p w14:paraId="21C05020" w14:textId="31796E47" w:rsidR="006F0382" w:rsidRPr="00925AA4" w:rsidRDefault="004A12B8">
            <w:r w:rsidRPr="00925AA4">
              <w:t>Answer D (</w:t>
            </w:r>
            <w:r w:rsidR="005C166D" w:rsidRPr="00925AA4">
              <w:t>Expert</w:t>
            </w:r>
            <w:r w:rsidRPr="00925AA4">
              <w:t>)</w:t>
            </w:r>
          </w:p>
        </w:tc>
      </w:tr>
      <w:tr w:rsidR="006F0382" w:rsidRPr="00925AA4" w14:paraId="3687B2B4" w14:textId="77777777">
        <w:tc>
          <w:tcPr>
            <w:tcW w:w="4320" w:type="dxa"/>
          </w:tcPr>
          <w:p w14:paraId="6358FD38" w14:textId="77777777" w:rsidR="00BC07B5" w:rsidRPr="00925AA4" w:rsidRDefault="00BC07B5" w:rsidP="00BC07B5">
            <w:r w:rsidRPr="00925AA4">
              <w:t>What to Expect After Deep Cleaning (Scaling and Root Planing)</w:t>
            </w:r>
          </w:p>
          <w:p w14:paraId="67F744C7" w14:textId="77777777" w:rsidR="00BC07B5" w:rsidRPr="00925AA4" w:rsidRDefault="00BC07B5" w:rsidP="00BC07B5">
            <w:r w:rsidRPr="00925AA4">
              <w:t>As a periodontic specialist, I want you to be well-prepared for your recovery. Here's what's typical after scaling and root planing:</w:t>
            </w:r>
          </w:p>
          <w:p w14:paraId="141674AA" w14:textId="77777777" w:rsidR="00BC07B5" w:rsidRPr="00925AA4" w:rsidRDefault="00BC07B5" w:rsidP="00BC07B5">
            <w:r w:rsidRPr="00925AA4">
              <w:t>Immediate Aftermath (First 24-48 Hours)</w:t>
            </w:r>
          </w:p>
          <w:p w14:paraId="3C866697" w14:textId="77777777" w:rsidR="00BC07B5" w:rsidRPr="00925AA4" w:rsidRDefault="00BC07B5" w:rsidP="00BC07B5">
            <w:r w:rsidRPr="00925AA4">
              <w:t>Sensitivity and Discomfort</w:t>
            </w:r>
          </w:p>
          <w:p w14:paraId="0B1A779D" w14:textId="77777777" w:rsidR="00BC07B5" w:rsidRPr="00925AA4" w:rsidRDefault="00BC07B5" w:rsidP="00BC07B5">
            <w:r w:rsidRPr="00925AA4">
              <w:t>You'll likely experience tooth sensitivity, particularly to cold temperatures and sweet foods. Your gums may feel tender or sore, especially if we treated multiple quadrants. This is normal and typically peaks within the first day, then gradually improves. Over-the-counter pain relievers like ibuprofen usually manage this well.</w:t>
            </w:r>
          </w:p>
          <w:p w14:paraId="116B83D3" w14:textId="77777777" w:rsidR="00BC07B5" w:rsidRPr="00925AA4" w:rsidRDefault="00BC07B5" w:rsidP="00BC07B5">
            <w:r w:rsidRPr="00925AA4">
              <w:t>Gum Appearance</w:t>
            </w:r>
          </w:p>
          <w:p w14:paraId="64ACFB8F" w14:textId="77777777" w:rsidR="00BC07B5" w:rsidRPr="00925AA4" w:rsidRDefault="00BC07B5" w:rsidP="00BC07B5">
            <w:r w:rsidRPr="00925AA4">
              <w:lastRenderedPageBreak/>
              <w:t>Your gums may appear slightly swollen or red initially, and some minor bleeding when brushing is expected for the first few days. You might also notice your gums look different as swelling reduces—they may appear to recede slightly as inflamed tissue heals and becomes healthier.</w:t>
            </w:r>
          </w:p>
          <w:p w14:paraId="5B3B88D8" w14:textId="77777777" w:rsidR="00BC07B5" w:rsidRPr="00925AA4" w:rsidRDefault="00BC07B5" w:rsidP="00BC07B5">
            <w:r w:rsidRPr="00925AA4">
              <w:t>First Week</w:t>
            </w:r>
          </w:p>
          <w:p w14:paraId="15FDB5E4" w14:textId="77777777" w:rsidR="00BC07B5" w:rsidRPr="00925AA4" w:rsidRDefault="00BC07B5" w:rsidP="00BC07B5">
            <w:r w:rsidRPr="00925AA4">
              <w:t>Dietary Considerations</w:t>
            </w:r>
          </w:p>
          <w:p w14:paraId="4137A320" w14:textId="77777777" w:rsidR="00BC07B5" w:rsidRPr="00925AA4" w:rsidRDefault="00BC07B5" w:rsidP="00BC07B5">
            <w:r w:rsidRPr="00925AA4">
              <w:t>Stick to soft, lukewarm foods for the first day or two. Avoid very hot, spicy, crunchy, or sticky foods that could irritate the treated areas. Good options include yogurt, scrambled eggs, soup (not too hot), mashed potatoes, and smoothies.</w:t>
            </w:r>
          </w:p>
          <w:p w14:paraId="0E79DE6A" w14:textId="77777777" w:rsidR="00BC07B5" w:rsidRPr="00925AA4" w:rsidRDefault="00BC07B5" w:rsidP="00BC07B5">
            <w:r w:rsidRPr="00925AA4">
              <w:t>Oral Hygiene</w:t>
            </w:r>
          </w:p>
          <w:p w14:paraId="74564F89" w14:textId="77777777" w:rsidR="00BC07B5" w:rsidRPr="00925AA4" w:rsidRDefault="00BC07B5" w:rsidP="00BC07B5">
            <w:r w:rsidRPr="00925AA4">
              <w:t>Continue brushing gently but thoroughly twice daily. You may need to use a softer toothbrush temporarily. I'll often recommend a special antimicrobial mouth rinse (like chlorhexidine) to support healing and reduce bacteria.</w:t>
            </w:r>
          </w:p>
          <w:p w14:paraId="2E364277" w14:textId="77777777" w:rsidR="00BC07B5" w:rsidRPr="00925AA4" w:rsidRDefault="00BC07B5" w:rsidP="00BC07B5">
            <w:r w:rsidRPr="00925AA4">
              <w:t>Ongoing Recovery (2-4 Weeks)</w:t>
            </w:r>
          </w:p>
          <w:p w14:paraId="72A0A745" w14:textId="77777777" w:rsidR="00BC07B5" w:rsidRPr="00925AA4" w:rsidRDefault="00BC07B5" w:rsidP="00BC07B5">
            <w:r w:rsidRPr="00925AA4">
              <w:t xml:space="preserve">The sensitivity should steadily decrease. Your gums will continue healing and tightening around your teeth. You may notice improved gum color (less red, </w:t>
            </w:r>
            <w:proofErr w:type="gramStart"/>
            <w:r w:rsidRPr="00925AA4">
              <w:t>more pink</w:t>
            </w:r>
            <w:proofErr w:type="gramEnd"/>
            <w:r w:rsidRPr="00925AA4">
              <w:t>) and reduced bleeding during routine brushing.</w:t>
            </w:r>
          </w:p>
          <w:p w14:paraId="183DEC51" w14:textId="77777777" w:rsidR="00BC07B5" w:rsidRPr="00925AA4" w:rsidRDefault="00BC07B5" w:rsidP="00BC07B5">
            <w:r w:rsidRPr="00925AA4">
              <w:t>When to Contact Me</w:t>
            </w:r>
          </w:p>
          <w:p w14:paraId="1A9FA8A2" w14:textId="77777777" w:rsidR="00BC07B5" w:rsidRPr="00925AA4" w:rsidRDefault="00BC07B5" w:rsidP="00BC07B5">
            <w:r w:rsidRPr="00925AA4">
              <w:t>Call our office if you experience severe pain not controlled by medication, significant swelling, fever, or bleeding that doesn't stop with gentle pressure. These are rare but need attention.</w:t>
            </w:r>
          </w:p>
          <w:p w14:paraId="36BEAE50" w14:textId="34D0A378" w:rsidR="006F0382" w:rsidRPr="00925AA4" w:rsidRDefault="00BC07B5" w:rsidP="00BC07B5">
            <w:r w:rsidRPr="00925AA4">
              <w:lastRenderedPageBreak/>
              <w:t>The goal of this treatment is to eliminate infection and create an environment where your gums can reattach to your teeth. Most patients feel significantly better within a week and notice healthier gums within a month.</w:t>
            </w:r>
          </w:p>
        </w:tc>
        <w:tc>
          <w:tcPr>
            <w:tcW w:w="4320" w:type="dxa"/>
          </w:tcPr>
          <w:p w14:paraId="3C9947A9" w14:textId="77777777" w:rsidR="00D41D88" w:rsidRPr="00925AA4" w:rsidRDefault="00D41D88" w:rsidP="00D41D88">
            <w:r w:rsidRPr="00925AA4">
              <w:lastRenderedPageBreak/>
              <w:t>Most patients may experience mild to moderate pain, temporary tooth sensitivity, and slight bleeding after deep cleaning (scaling and root planing). These symptoms usually decrease and resolve spontaneously within a few days. Mild bleeding during and after the procedure is normal, especially in areas with inflamed tissues or deep periodontal pockets.</w:t>
            </w:r>
          </w:p>
          <w:p w14:paraId="5F5EE846" w14:textId="77777777" w:rsidR="00D41D88" w:rsidRPr="00925AA4" w:rsidRDefault="00D41D88" w:rsidP="00D41D88">
            <w:r w:rsidRPr="00925AA4">
              <w:t>During the first few days after the procedure, sensitivity or pain may be felt while brushing and flossing. However, despite this, continuing regular brushing and interdental cleaning supports gingival healing and helps reduce sensitivity over time.</w:t>
            </w:r>
          </w:p>
          <w:p w14:paraId="5701A304" w14:textId="77777777" w:rsidR="00D41D88" w:rsidRPr="00925AA4" w:rsidRDefault="00D41D88" w:rsidP="00D41D88">
            <w:r w:rsidRPr="00925AA4">
              <w:t xml:space="preserve">With the healing process, the color of the gums returns to a healthier pink appearance, and swelling decreases. As inflammation subsides, periodontal pockets </w:t>
            </w:r>
            <w:r w:rsidRPr="00925AA4">
              <w:lastRenderedPageBreak/>
              <w:t>may shrink, which can sometimes make the teeth appear longer.</w:t>
            </w:r>
          </w:p>
          <w:p w14:paraId="74D7A545" w14:textId="77777777" w:rsidR="00D41D88" w:rsidRPr="00925AA4" w:rsidRDefault="00D41D88" w:rsidP="00D41D88">
            <w:r w:rsidRPr="00925AA4">
              <w:t>In the long term, gum bleeding decreases or disappears completely, periodontal pockets are brought under control, and a noticeable improvement in oral malodor is achieved.</w:t>
            </w:r>
          </w:p>
          <w:p w14:paraId="0FEC3996" w14:textId="77777777" w:rsidR="00D41D88" w:rsidRPr="00925AA4" w:rsidRDefault="00D41D88" w:rsidP="00D41D88">
            <w:r w:rsidRPr="00925AA4">
              <w:t xml:space="preserve">If you experience increased swelling after the procedure, pain that does not decrease within 2–3 days or becomes more severe, or bleeding that does not stop with pressure, you should </w:t>
            </w:r>
            <w:proofErr w:type="gramStart"/>
            <w:r w:rsidRPr="00925AA4">
              <w:t>definitely contact</w:t>
            </w:r>
            <w:proofErr w:type="gramEnd"/>
            <w:r w:rsidRPr="00925AA4">
              <w:t xml:space="preserve"> your periodontologist.</w:t>
            </w:r>
          </w:p>
          <w:p w14:paraId="4C3208C8" w14:textId="77777777" w:rsidR="006F0382" w:rsidRPr="00925AA4" w:rsidRDefault="00000000">
            <w:r w:rsidRPr="00925AA4">
              <w:t>________________________________</w:t>
            </w:r>
          </w:p>
        </w:tc>
      </w:tr>
      <w:tr w:rsidR="006F0382" w:rsidRPr="00925AA4" w14:paraId="443382FE" w14:textId="77777777">
        <w:tc>
          <w:tcPr>
            <w:tcW w:w="4320" w:type="dxa"/>
          </w:tcPr>
          <w:p w14:paraId="0EDF7943" w14:textId="77777777" w:rsidR="006F0382" w:rsidRPr="00925AA4" w:rsidRDefault="00000000">
            <w:r w:rsidRPr="00925AA4">
              <w:lastRenderedPageBreak/>
              <w:t>________________________________</w:t>
            </w:r>
          </w:p>
        </w:tc>
        <w:tc>
          <w:tcPr>
            <w:tcW w:w="4320" w:type="dxa"/>
          </w:tcPr>
          <w:p w14:paraId="2E3BB8F6" w14:textId="77777777" w:rsidR="006F0382" w:rsidRPr="00925AA4" w:rsidRDefault="00000000">
            <w:r w:rsidRPr="00925AA4">
              <w:t>________________________________</w:t>
            </w:r>
          </w:p>
        </w:tc>
      </w:tr>
    </w:tbl>
    <w:p w14:paraId="7D89BB3E" w14:textId="707B0DAE" w:rsidR="006F0382" w:rsidRPr="00925AA4" w:rsidRDefault="00D61BF9">
      <w:r w:rsidRPr="00925AA4">
        <w:rPr>
          <w:b/>
          <w:bCs/>
        </w:rPr>
        <w:t>Question 11:</w:t>
      </w:r>
      <w:r w:rsidRPr="00925AA4">
        <w:t xml:space="preserve"> </w:t>
      </w:r>
      <w:r w:rsidR="00DE7793" w:rsidRPr="00925AA4">
        <w:t xml:space="preserve">Assume the role of a periodontic specialist and provide a precise answer to the following patient question. My parents both had gum problems, and now my gums bleed too. Am I going to lose my teeth like them? </w:t>
      </w:r>
      <w:r w:rsidRPr="00925AA4">
        <w:br/>
      </w:r>
    </w:p>
    <w:tbl>
      <w:tblPr>
        <w:tblW w:w="0" w:type="auto"/>
        <w:tblLook w:val="04A0" w:firstRow="1" w:lastRow="0" w:firstColumn="1" w:lastColumn="0" w:noHBand="0" w:noVBand="1"/>
      </w:tblPr>
      <w:tblGrid>
        <w:gridCol w:w="4320"/>
        <w:gridCol w:w="4320"/>
      </w:tblGrid>
      <w:tr w:rsidR="006F0382" w:rsidRPr="00925AA4" w14:paraId="1F6967F0" w14:textId="77777777">
        <w:tc>
          <w:tcPr>
            <w:tcW w:w="4320" w:type="dxa"/>
          </w:tcPr>
          <w:p w14:paraId="27E12D4A" w14:textId="3562023D" w:rsidR="006F0382" w:rsidRPr="00925AA4" w:rsidRDefault="00372A24">
            <w:r w:rsidRPr="00925AA4">
              <w:t>Answer A (ChatGPT)</w:t>
            </w:r>
          </w:p>
        </w:tc>
        <w:tc>
          <w:tcPr>
            <w:tcW w:w="4320" w:type="dxa"/>
          </w:tcPr>
          <w:p w14:paraId="04933BCA" w14:textId="1B3821FC" w:rsidR="006F0382" w:rsidRPr="00925AA4" w:rsidRDefault="00372A24">
            <w:r w:rsidRPr="00925AA4">
              <w:t>Answer B (Gemini)</w:t>
            </w:r>
          </w:p>
        </w:tc>
      </w:tr>
      <w:tr w:rsidR="006F0382" w:rsidRPr="00925AA4" w14:paraId="3A00731A" w14:textId="77777777">
        <w:tc>
          <w:tcPr>
            <w:tcW w:w="4320" w:type="dxa"/>
          </w:tcPr>
          <w:p w14:paraId="7FA8E7EB" w14:textId="77777777" w:rsidR="00DE7793" w:rsidRPr="00925AA4" w:rsidRDefault="00DE7793" w:rsidP="00DE7793">
            <w:r w:rsidRPr="00925AA4">
              <w:t>There is a hereditary component to gum disease, but it does not mean you are destined to lose your teeth.</w:t>
            </w:r>
          </w:p>
          <w:p w14:paraId="0DD620C7" w14:textId="77777777" w:rsidR="00DE7793" w:rsidRPr="00925AA4" w:rsidRDefault="00DE7793" w:rsidP="00DE7793">
            <w:r w:rsidRPr="00925AA4">
              <w:t>Here’s the key information I would give a patient:</w:t>
            </w:r>
          </w:p>
          <w:p w14:paraId="6AB43640" w14:textId="77777777" w:rsidR="00DE7793" w:rsidRPr="00925AA4" w:rsidRDefault="00DE7793" w:rsidP="00DE7793">
            <w:r w:rsidRPr="00925AA4">
              <w:t>1. Genetics increase risk, not outcomes.</w:t>
            </w:r>
          </w:p>
          <w:p w14:paraId="1E922BCA" w14:textId="77777777" w:rsidR="00DE7793" w:rsidRPr="00925AA4" w:rsidRDefault="00DE7793" w:rsidP="00DE7793">
            <w:r w:rsidRPr="00925AA4">
              <w:t>If your parents had periodontitis, your baseline susceptibility may be higher. That means you may develop inflammation more easily or progress faster if plaque isn’t well controlled—not that tooth loss is inevitable.</w:t>
            </w:r>
          </w:p>
          <w:p w14:paraId="68A6A57E" w14:textId="77777777" w:rsidR="00DE7793" w:rsidRPr="00925AA4" w:rsidRDefault="00DE7793" w:rsidP="00DE7793">
            <w:r w:rsidRPr="00925AA4">
              <w:t>2. Bleeding gums are an early warning sign, not a point of no return.</w:t>
            </w:r>
          </w:p>
          <w:p w14:paraId="5C27CD0E" w14:textId="77777777" w:rsidR="00DE7793" w:rsidRPr="00925AA4" w:rsidRDefault="00DE7793" w:rsidP="00DE7793">
            <w:r w:rsidRPr="00925AA4">
              <w:t>Bleeding is usually a sign of gingivitis, which is the earliest and most reversible stage of gum disease. With proper care, it can go back to completely healthy.</w:t>
            </w:r>
          </w:p>
          <w:p w14:paraId="7DF27CB5" w14:textId="77777777" w:rsidR="00DE7793" w:rsidRPr="00925AA4" w:rsidRDefault="00DE7793" w:rsidP="00DE7793">
            <w:r w:rsidRPr="00925AA4">
              <w:t>3. What determines whether you keep your teeth is what you do next.</w:t>
            </w:r>
          </w:p>
          <w:p w14:paraId="5AA717CD" w14:textId="77777777" w:rsidR="00DE7793" w:rsidRPr="00925AA4" w:rsidRDefault="00DE7793" w:rsidP="00DE7793">
            <w:r w:rsidRPr="00925AA4">
              <w:t>People with a genetic predisposition can still maintain lifelong tooth stability if they:</w:t>
            </w:r>
          </w:p>
          <w:p w14:paraId="5748EA77" w14:textId="77777777" w:rsidR="00DE7793" w:rsidRPr="00925AA4" w:rsidRDefault="00DE7793" w:rsidP="00DE7793">
            <w:r w:rsidRPr="00925AA4">
              <w:lastRenderedPageBreak/>
              <w:t>Brush twice daily with excellent technique</w:t>
            </w:r>
          </w:p>
          <w:p w14:paraId="2357ACA7" w14:textId="77777777" w:rsidR="00DE7793" w:rsidRPr="00925AA4" w:rsidRDefault="00DE7793" w:rsidP="00DE7793">
            <w:r w:rsidRPr="00925AA4">
              <w:t>Clean between the teeth daily (floss or interdental brushes)</w:t>
            </w:r>
          </w:p>
          <w:p w14:paraId="758738D7" w14:textId="77777777" w:rsidR="00DE7793" w:rsidRPr="00925AA4" w:rsidRDefault="00DE7793" w:rsidP="00DE7793">
            <w:r w:rsidRPr="00925AA4">
              <w:t>Get professional cleanings at least twice a year (sometimes every 3–4 months if high-risk)</w:t>
            </w:r>
          </w:p>
          <w:p w14:paraId="5F9C7675" w14:textId="77777777" w:rsidR="00DE7793" w:rsidRPr="00925AA4" w:rsidRDefault="00DE7793" w:rsidP="00DE7793">
            <w:r w:rsidRPr="00925AA4">
              <w:t>Avoid smoking (the biggest accelerator of gum breakdown)</w:t>
            </w:r>
          </w:p>
          <w:p w14:paraId="107944FE" w14:textId="77777777" w:rsidR="00DE7793" w:rsidRPr="00925AA4" w:rsidRDefault="00DE7793" w:rsidP="00DE7793">
            <w:r w:rsidRPr="00925AA4">
              <w:t>Have a periodontal evaluation if bleeding persists</w:t>
            </w:r>
          </w:p>
          <w:p w14:paraId="175879A0" w14:textId="77777777" w:rsidR="00DE7793" w:rsidRPr="00925AA4" w:rsidRDefault="00DE7793" w:rsidP="00DE7793">
            <w:r w:rsidRPr="00925AA4">
              <w:t>4. Early treatment changes the entire outcome.</w:t>
            </w:r>
          </w:p>
          <w:p w14:paraId="383EAF31" w14:textId="77777777" w:rsidR="00DE7793" w:rsidRPr="00925AA4" w:rsidRDefault="00DE7793" w:rsidP="00DE7793">
            <w:r w:rsidRPr="00925AA4">
              <w:t>Periodontitis becomes dangerous only when it progresses without management.</w:t>
            </w:r>
          </w:p>
          <w:p w14:paraId="57D3A9E4" w14:textId="77777777" w:rsidR="00DE7793" w:rsidRPr="00925AA4" w:rsidRDefault="00DE7793" w:rsidP="00DE7793">
            <w:r w:rsidRPr="00925AA4">
              <w:t>If you treat inflammation early, the long-term outlook is excellent—even with family history.</w:t>
            </w:r>
          </w:p>
          <w:p w14:paraId="6E29676B" w14:textId="77777777" w:rsidR="00DE7793" w:rsidRPr="00925AA4" w:rsidRDefault="00DE7793" w:rsidP="00DE7793">
            <w:r w:rsidRPr="00925AA4">
              <w:t>Bottom line:</w:t>
            </w:r>
          </w:p>
          <w:p w14:paraId="45715AAC" w14:textId="1C700626" w:rsidR="00DE7793" w:rsidRPr="00925AA4" w:rsidRDefault="00DE7793" w:rsidP="00DE7793">
            <w:r w:rsidRPr="00925AA4">
              <w:t>Your family history raises your risk, but you are not destined to lose your teeth. Bleeding gums are a sign to act now, and with proper care and monitoring, most patients in your situation keep their teeth for life.</w:t>
            </w:r>
          </w:p>
          <w:p w14:paraId="29C51477" w14:textId="10A8AD35" w:rsidR="006F0382" w:rsidRPr="00925AA4" w:rsidRDefault="00DE7793" w:rsidP="00DE7793">
            <w:r w:rsidRPr="00925AA4">
              <w:t>If you’d like, I can walk you through what habits and tools would best protect your gums.</w:t>
            </w:r>
          </w:p>
        </w:tc>
        <w:tc>
          <w:tcPr>
            <w:tcW w:w="4320" w:type="dxa"/>
          </w:tcPr>
          <w:p w14:paraId="3AE52E17" w14:textId="0628673C" w:rsidR="00FE5D71" w:rsidRPr="00925AA4" w:rsidRDefault="00FE5D71" w:rsidP="00FE5D71">
            <w:r w:rsidRPr="00925AA4">
              <w:lastRenderedPageBreak/>
              <w:t>Hello. I understand your concern, especially given your family history. It's very wise of you to ask this question.</w:t>
            </w:r>
          </w:p>
          <w:p w14:paraId="1D2F3559" w14:textId="286D5A28" w:rsidR="00FE5D71" w:rsidRPr="00925AA4" w:rsidRDefault="00FE5D71" w:rsidP="00FE5D71">
            <w:r w:rsidRPr="00925AA4">
              <w:t>As a periodontic specialist, I can provide a precise answer: Having bleeding gums and a family history of gum problems means you are at a significantly higher risk for developing periodontitis (advanced gum disease), but it does not mean you are certain to lose your teeth.</w:t>
            </w:r>
          </w:p>
          <w:p w14:paraId="23507488" w14:textId="3356EA75" w:rsidR="00FE5D71" w:rsidRPr="00925AA4" w:rsidRDefault="00FE5D71" w:rsidP="00FE5D71">
            <w:r w:rsidRPr="00925AA4">
              <w:rPr>
                <w:rFonts w:ascii="Apple Color Emoji" w:hAnsi="Apple Color Emoji" w:cs="Apple Color Emoji"/>
              </w:rPr>
              <w:t>🩺</w:t>
            </w:r>
            <w:r w:rsidRPr="00925AA4">
              <w:t xml:space="preserve"> What Bleeding Gums Mean</w:t>
            </w:r>
          </w:p>
          <w:p w14:paraId="0F9772A0" w14:textId="4EABE401" w:rsidR="00FE5D71" w:rsidRPr="00925AA4" w:rsidRDefault="00FE5D71" w:rsidP="00FE5D71">
            <w:r w:rsidRPr="00925AA4">
              <w:t>Bleeding gums, particularly during brushing or flossing, is the primary sign of gingivitis, which is the earliest and mildest form of gum disease.</w:t>
            </w:r>
          </w:p>
          <w:p w14:paraId="0348AB5B" w14:textId="04691734" w:rsidR="00FE5D71" w:rsidRPr="00925AA4" w:rsidRDefault="00FE5D71" w:rsidP="00FE5D71">
            <w:r w:rsidRPr="00925AA4">
              <w:t>Cause: It is almost always caused by inadequate plaque removal, leading to inflammation.</w:t>
            </w:r>
          </w:p>
          <w:p w14:paraId="2B3700C8" w14:textId="323A5F5C" w:rsidR="00FE5D71" w:rsidRPr="00925AA4" w:rsidRDefault="00FE5D71" w:rsidP="00FE5D71">
            <w:r w:rsidRPr="00925AA4">
              <w:t>Reversibility: Gingivitis is completely reversible with professional cleaning (a scaling) and improved daily oral hygiene. If it is caught at this stage, you will not lose your teeth.</w:t>
            </w:r>
          </w:p>
          <w:p w14:paraId="5D2EADA3" w14:textId="50A70367" w:rsidR="00FE5D71" w:rsidRPr="00925AA4" w:rsidRDefault="00FE5D71" w:rsidP="00FE5D71">
            <w:r w:rsidRPr="00925AA4">
              <w:rPr>
                <w:rFonts w:ascii="Apple Color Emoji" w:hAnsi="Apple Color Emoji" w:cs="Apple Color Emoji"/>
              </w:rPr>
              <w:t>🧬</w:t>
            </w:r>
            <w:r w:rsidRPr="00925AA4">
              <w:t xml:space="preserve"> The Role of Genetics (Periodontitis Risk)</w:t>
            </w:r>
          </w:p>
          <w:p w14:paraId="3362C0AC" w14:textId="6CDF615C" w:rsidR="00FE5D71" w:rsidRPr="00925AA4" w:rsidRDefault="00FE5D71" w:rsidP="00FE5D71">
            <w:r w:rsidRPr="00925AA4">
              <w:lastRenderedPageBreak/>
              <w:t>Your family history is a crucial piece of information.</w:t>
            </w:r>
          </w:p>
          <w:p w14:paraId="31EB3BB1" w14:textId="2D107EDB" w:rsidR="00FE5D71" w:rsidRPr="00925AA4" w:rsidRDefault="00FE5D71" w:rsidP="00FE5D71">
            <w:r w:rsidRPr="00925AA4">
              <w:t>Hereditary Risk: Research confirms that there is a strong genetic component to the more advanced disease, periodontitis. If your parents had severe gum problems (periodontitis, which involves bone loss), your body's immune response to the bacteria may be similar, making you more susceptible to developing the severe form.</w:t>
            </w:r>
          </w:p>
          <w:p w14:paraId="2ED84CAB" w14:textId="4B418ECF" w:rsidR="00FE5D71" w:rsidRPr="00925AA4" w:rsidRDefault="00FE5D71" w:rsidP="00FE5D71">
            <w:r w:rsidRPr="00925AA4">
              <w:t>Environmental Factors: However, genetics only makes you vulnerable. The disease itself is initiated and driven by the bacteria in dental plaque. This means that environmental factors—namely, your oral hygiene habits, smoking status, stress levels, and overall health (e.g., controlling diabetes, if present)—are what ultimately determine whether the disease progresses.</w:t>
            </w:r>
          </w:p>
          <w:p w14:paraId="5A05D08E" w14:textId="692B2F8E" w:rsidR="00FE5D71" w:rsidRPr="00925AA4" w:rsidRDefault="00FE5D71" w:rsidP="00FE5D71">
            <w:r w:rsidRPr="00925AA4">
              <w:rPr>
                <w:rFonts w:ascii="Apple Color Emoji" w:hAnsi="Apple Color Emoji" w:cs="Apple Color Emoji"/>
              </w:rPr>
              <w:t>✅</w:t>
            </w:r>
            <w:r w:rsidRPr="00925AA4">
              <w:t xml:space="preserve"> Your Path to Keeping Your Teeth</w:t>
            </w:r>
          </w:p>
          <w:p w14:paraId="32F09898" w14:textId="13A62D79" w:rsidR="00FE5D71" w:rsidRPr="00925AA4" w:rsidRDefault="00FE5D71" w:rsidP="00FE5D71">
            <w:r w:rsidRPr="00925AA4">
              <w:t>You are in a position right now to take control and prevent the disease from advancing to the stage your parents may have experienced.</w:t>
            </w:r>
          </w:p>
          <w:p w14:paraId="4805E61F" w14:textId="03C0B9D7" w:rsidR="00FE5D71" w:rsidRPr="00925AA4" w:rsidRDefault="00FE5D71" w:rsidP="00FE5D71">
            <w:r w:rsidRPr="00925AA4">
              <w:t>Immediate Step: Clinical Examination: You need a comprehensive periodontal examination. This involves me or a colleague measuring the gum pockets around your teeth and taking dental X-rays to check for any early signs of bone loss. This is the only way to confirm if your condition is mild gingivitis or has already progressed to periodontitis.</w:t>
            </w:r>
          </w:p>
          <w:p w14:paraId="0AA430E6" w14:textId="21ACF85D" w:rsidR="00FE5D71" w:rsidRPr="00925AA4" w:rsidRDefault="00FE5D71" w:rsidP="00FE5D71">
            <w:r w:rsidRPr="00925AA4">
              <w:t>Professional Therapy: Depending on the diagnosis, you will need a professional dental cleaning (scaling</w:t>
            </w:r>
            <w:proofErr w:type="gramStart"/>
            <w:r w:rsidRPr="00925AA4">
              <w:t>)</w:t>
            </w:r>
            <w:proofErr w:type="gramEnd"/>
            <w:r w:rsidRPr="00925AA4">
              <w:t xml:space="preserve"> or a more in-depth procedure called scaling and root </w:t>
            </w:r>
            <w:r w:rsidRPr="00925AA4">
              <w:lastRenderedPageBreak/>
              <w:t>planing (deep cleaning) to remove the plaque and tartar below the gumline.</w:t>
            </w:r>
          </w:p>
          <w:p w14:paraId="5BCFEBE4" w14:textId="6039BA4D" w:rsidR="00FE5D71" w:rsidRPr="00925AA4" w:rsidRDefault="00FE5D71" w:rsidP="00FE5D71">
            <w:r w:rsidRPr="00925AA4">
              <w:t>Strict Daily Care: You must commit to impeccable daily hygiene:</w:t>
            </w:r>
          </w:p>
          <w:p w14:paraId="629F9CA2" w14:textId="7CB2537C" w:rsidR="00FE5D71" w:rsidRPr="00925AA4" w:rsidRDefault="00FE5D71" w:rsidP="00FE5D71">
            <w:r w:rsidRPr="00925AA4">
              <w:t>Brush twice a day with a soft brush and fluoride toothpaste.</w:t>
            </w:r>
          </w:p>
          <w:p w14:paraId="29003900" w14:textId="70E0D759" w:rsidR="00FE5D71" w:rsidRPr="00925AA4" w:rsidRDefault="00FE5D71" w:rsidP="00FE5D71">
            <w:r w:rsidRPr="00925AA4">
              <w:t>Floss or use interdental brushes once a day. This is non-negotiable for high-risk patients.</w:t>
            </w:r>
          </w:p>
          <w:p w14:paraId="39555F85" w14:textId="5307E4C9" w:rsidR="00FE5D71" w:rsidRPr="00925AA4" w:rsidRDefault="00FE5D71" w:rsidP="00FE5D71">
            <w:r w:rsidRPr="00925AA4">
              <w:t>Consider using an antiseptic mouthwash if recommended by your dentist.</w:t>
            </w:r>
          </w:p>
          <w:p w14:paraId="1B3E4277" w14:textId="77777777" w:rsidR="00FE5D71" w:rsidRPr="00925AA4" w:rsidRDefault="00FE5D71" w:rsidP="00FE5D71">
            <w:r w:rsidRPr="00925AA4">
              <w:t>The takeaway is this: Periodontitis is a preventable disease. With early intervention and a disciplined oral hygiene routine, you can break the cycle and prevent tooth loss.</w:t>
            </w:r>
          </w:p>
          <w:p w14:paraId="3E889E35" w14:textId="77777777" w:rsidR="00FE5D71" w:rsidRPr="00925AA4" w:rsidRDefault="00FE5D71" w:rsidP="00FE5D71"/>
          <w:p w14:paraId="08AEEE81" w14:textId="07B75927" w:rsidR="006F0382" w:rsidRPr="00925AA4" w:rsidRDefault="00FE5D71" w:rsidP="00FE5D71">
            <w:r w:rsidRPr="00925AA4">
              <w:t>Would you like me to explain the difference between a standard cleaning and a deep cleaning (scaling and root planing)?</w:t>
            </w:r>
          </w:p>
        </w:tc>
      </w:tr>
    </w:tbl>
    <w:p w14:paraId="62481126"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5EA1DACD" w14:textId="77777777">
        <w:tc>
          <w:tcPr>
            <w:tcW w:w="4320" w:type="dxa"/>
          </w:tcPr>
          <w:p w14:paraId="01C6DB57" w14:textId="286B84D3" w:rsidR="006F0382" w:rsidRPr="00925AA4" w:rsidRDefault="00372A24">
            <w:r w:rsidRPr="00925AA4">
              <w:t>Answer C (Claude)</w:t>
            </w:r>
          </w:p>
        </w:tc>
        <w:tc>
          <w:tcPr>
            <w:tcW w:w="4320" w:type="dxa"/>
          </w:tcPr>
          <w:p w14:paraId="44D947BC" w14:textId="7C67A672" w:rsidR="006F0382" w:rsidRPr="00925AA4" w:rsidRDefault="00372A24">
            <w:r w:rsidRPr="00925AA4">
              <w:t>Answer D (</w:t>
            </w:r>
            <w:r w:rsidR="005C166D" w:rsidRPr="00925AA4">
              <w:t>Expert</w:t>
            </w:r>
            <w:r w:rsidRPr="00925AA4">
              <w:t>)</w:t>
            </w:r>
          </w:p>
        </w:tc>
      </w:tr>
      <w:tr w:rsidR="006F0382" w:rsidRPr="00925AA4" w14:paraId="06780FE1" w14:textId="77777777">
        <w:tc>
          <w:tcPr>
            <w:tcW w:w="4320" w:type="dxa"/>
          </w:tcPr>
          <w:p w14:paraId="43849F07" w14:textId="77777777" w:rsidR="00BC07B5" w:rsidRPr="00925AA4" w:rsidRDefault="00BC07B5" w:rsidP="00BC07B5">
            <w:r w:rsidRPr="00925AA4">
              <w:t>I understand your concern, especially given your family history. Let me give you some reassuring but realistic information.</w:t>
            </w:r>
          </w:p>
          <w:p w14:paraId="51D5AF3A" w14:textId="77777777" w:rsidR="00BC07B5" w:rsidRPr="00925AA4" w:rsidRDefault="00BC07B5" w:rsidP="00BC07B5">
            <w:r w:rsidRPr="00925AA4">
              <w:t>The short answer: No, you don't have to lose your teeth like your parents did.</w:t>
            </w:r>
          </w:p>
          <w:p w14:paraId="0DB01C30" w14:textId="77777777" w:rsidR="00BC07B5" w:rsidRPr="00925AA4" w:rsidRDefault="00BC07B5" w:rsidP="00BC07B5">
            <w:r w:rsidRPr="00925AA4">
              <w:t xml:space="preserve">While there is a genetic component to periodontal disease—you may have inherited a predisposition to gum inflammation or a less robust immune response to oral bacteria—genetics is not destiny. We now have much better understanding, diagnostic tools, and </w:t>
            </w:r>
            <w:r w:rsidRPr="00925AA4">
              <w:lastRenderedPageBreak/>
              <w:t>treatment options than your parents likely had access to.</w:t>
            </w:r>
          </w:p>
          <w:p w14:paraId="3836284B" w14:textId="77777777" w:rsidR="00BC07B5" w:rsidRPr="00925AA4" w:rsidRDefault="00BC07B5" w:rsidP="00BC07B5">
            <w:r w:rsidRPr="00925AA4">
              <w:t>Here's what matters most:</w:t>
            </w:r>
          </w:p>
          <w:p w14:paraId="10B48A55" w14:textId="77777777" w:rsidR="00BC07B5" w:rsidRPr="00925AA4" w:rsidRDefault="00BC07B5" w:rsidP="00BC07B5">
            <w:r w:rsidRPr="00925AA4">
              <w:t xml:space="preserve">The bleeding you're experiencing is an early warning sign, which is </w:t>
            </w:r>
            <w:proofErr w:type="gramStart"/>
            <w:r w:rsidRPr="00925AA4">
              <w:t>actually good</w:t>
            </w:r>
            <w:proofErr w:type="gramEnd"/>
            <w:r w:rsidRPr="00925AA4">
              <w:t xml:space="preserve"> news because you're catching it early. Bleeding gums typically indicate gingivitis or early periodontal disease, both of which are treatable and often reversible with proper intervention.</w:t>
            </w:r>
          </w:p>
          <w:p w14:paraId="792BA47C" w14:textId="77777777" w:rsidR="00BC07B5" w:rsidRPr="00925AA4" w:rsidRDefault="00BC07B5" w:rsidP="00BC07B5">
            <w:r w:rsidRPr="00925AA4">
              <w:t>What you need to do:</w:t>
            </w:r>
          </w:p>
          <w:p w14:paraId="1A521F70" w14:textId="77777777" w:rsidR="00BC07B5" w:rsidRPr="00925AA4" w:rsidRDefault="00BC07B5" w:rsidP="00BC07B5"/>
          <w:p w14:paraId="5B8CBEDD" w14:textId="77777777" w:rsidR="00BC07B5" w:rsidRPr="00925AA4" w:rsidRDefault="00BC07B5" w:rsidP="00BC07B5">
            <w:r w:rsidRPr="00925AA4">
              <w:t>Get a comprehensive periodontal evaluation - We'll measure pocket depths, assess bone levels, and determine the extent of any disease</w:t>
            </w:r>
          </w:p>
          <w:p w14:paraId="41830072" w14:textId="77777777" w:rsidR="00BC07B5" w:rsidRPr="00925AA4" w:rsidRDefault="00BC07B5" w:rsidP="00BC07B5">
            <w:r w:rsidRPr="00925AA4">
              <w:t>Improve your home care - Most periodontal disease is preventable with proper brushing technique, daily flossing, and possibly antimicrobial rinses</w:t>
            </w:r>
          </w:p>
          <w:p w14:paraId="59B4FF49" w14:textId="77777777" w:rsidR="00BC07B5" w:rsidRPr="00925AA4" w:rsidRDefault="00BC07B5" w:rsidP="00BC07B5">
            <w:r w:rsidRPr="00925AA4">
              <w:t>Get professional cleanings - Depending on your risk level, you may need cleanings every 3-4 months rather than the standard 6 months</w:t>
            </w:r>
          </w:p>
          <w:p w14:paraId="0FB2869D" w14:textId="77777777" w:rsidR="00BC07B5" w:rsidRPr="00925AA4" w:rsidRDefault="00BC07B5" w:rsidP="00BC07B5">
            <w:r w:rsidRPr="00925AA4">
              <w:t>Address risk factors - Smoking, diabetes, stress, and poor nutrition all worsen gum disease</w:t>
            </w:r>
          </w:p>
          <w:p w14:paraId="4EE2E883" w14:textId="77777777" w:rsidR="00BC07B5" w:rsidRPr="00925AA4" w:rsidRDefault="00BC07B5" w:rsidP="00BC07B5"/>
          <w:p w14:paraId="71FEBB42" w14:textId="3AF0266C" w:rsidR="00BC07B5" w:rsidRPr="00925AA4" w:rsidRDefault="00BC07B5" w:rsidP="00BC07B5">
            <w:r w:rsidRPr="00925AA4">
              <w:t>The key difference between you and your parents is that you're aware and acting now. With modern periodontal therapy—ranging from improved home care to deep cleanings, localized antibiotics, and if needed, surgical interventions—we can usually halt disease progression and maintain your natural teeth for life.</w:t>
            </w:r>
          </w:p>
          <w:p w14:paraId="0253E3B6" w14:textId="6C188A13" w:rsidR="006F0382" w:rsidRPr="00925AA4" w:rsidRDefault="00BC07B5" w:rsidP="00BC07B5">
            <w:r w:rsidRPr="00925AA4">
              <w:lastRenderedPageBreak/>
              <w:t>Schedule an appointment soon. Early intervention makes all the difference.</w:t>
            </w:r>
          </w:p>
        </w:tc>
        <w:tc>
          <w:tcPr>
            <w:tcW w:w="4320" w:type="dxa"/>
          </w:tcPr>
          <w:p w14:paraId="3B61033D" w14:textId="77777777" w:rsidR="00535BBA" w:rsidRPr="00925AA4" w:rsidRDefault="00535BBA" w:rsidP="00535BBA">
            <w:r w:rsidRPr="00925AA4">
              <w:lastRenderedPageBreak/>
              <w:t>Genetic factors play a role in periodontitis, a disease that can lead to tooth loss if left untreated. However, having a family history of tooth loss does not necessarily mean that you will experience the same outcome.</w:t>
            </w:r>
          </w:p>
          <w:p w14:paraId="13C605A4" w14:textId="77777777" w:rsidR="00535BBA" w:rsidRPr="00925AA4" w:rsidRDefault="00535BBA" w:rsidP="00535BBA">
            <w:r w:rsidRPr="00925AA4">
              <w:t>Gum bleeding may be an early sign of periodontal disease and does not always indicate advanced periodontal disease (periodontitis). It may also be associated with gingivitis, which is a milder and reversible condition.</w:t>
            </w:r>
          </w:p>
          <w:p w14:paraId="2ED32D2F" w14:textId="77777777" w:rsidR="00535BBA" w:rsidRPr="00925AA4" w:rsidRDefault="00535BBA" w:rsidP="00535BBA">
            <w:r w:rsidRPr="00925AA4">
              <w:lastRenderedPageBreak/>
              <w:t>Genetic predisposition is significantly influenced by environmental and lifestyle factors such as smoking, diabetes, obesity, and inadequate oral hygiene.</w:t>
            </w:r>
          </w:p>
          <w:p w14:paraId="76793E49" w14:textId="77777777" w:rsidR="00535BBA" w:rsidRPr="00925AA4" w:rsidRDefault="00535BBA" w:rsidP="00535BBA">
            <w:r w:rsidRPr="00925AA4">
              <w:t>Individuals who are genetically predisposed to periodontitis can greatly reduce the risk of disease progression through regular tooth brushing, interdental cleaning, and periodic scaling and root planing procedures.</w:t>
            </w:r>
          </w:p>
          <w:p w14:paraId="24576B09" w14:textId="77777777" w:rsidR="00535BBA" w:rsidRPr="00925AA4" w:rsidRDefault="00535BBA" w:rsidP="00535BBA">
            <w:r w:rsidRPr="00925AA4">
              <w:t>Additionally, avoiding smoking and maintaining control of systemic diseases are critically important in reducing the risk of tooth loss.</w:t>
            </w:r>
          </w:p>
          <w:p w14:paraId="67536C8B" w14:textId="77777777" w:rsidR="006F0382" w:rsidRPr="00925AA4" w:rsidRDefault="00000000">
            <w:r w:rsidRPr="00925AA4">
              <w:t>________________________________</w:t>
            </w:r>
          </w:p>
        </w:tc>
      </w:tr>
      <w:tr w:rsidR="006F0382" w:rsidRPr="00925AA4" w14:paraId="0543F14E" w14:textId="77777777">
        <w:tc>
          <w:tcPr>
            <w:tcW w:w="4320" w:type="dxa"/>
          </w:tcPr>
          <w:p w14:paraId="4705ED20" w14:textId="77777777" w:rsidR="006F0382" w:rsidRPr="00925AA4" w:rsidRDefault="00000000">
            <w:r w:rsidRPr="00925AA4">
              <w:lastRenderedPageBreak/>
              <w:t>________________________________</w:t>
            </w:r>
          </w:p>
        </w:tc>
        <w:tc>
          <w:tcPr>
            <w:tcW w:w="4320" w:type="dxa"/>
          </w:tcPr>
          <w:p w14:paraId="4966BBEB" w14:textId="77777777" w:rsidR="006F0382" w:rsidRPr="00925AA4" w:rsidRDefault="00000000">
            <w:r w:rsidRPr="00925AA4">
              <w:t>________________________________</w:t>
            </w:r>
          </w:p>
        </w:tc>
      </w:tr>
    </w:tbl>
    <w:p w14:paraId="668F8EC8" w14:textId="65189AB5" w:rsidR="006F0382" w:rsidRPr="00925AA4" w:rsidRDefault="00D61BF9">
      <w:r w:rsidRPr="00925AA4">
        <w:rPr>
          <w:b/>
          <w:bCs/>
        </w:rPr>
        <w:t>Question 12:</w:t>
      </w:r>
      <w:r w:rsidRPr="00925AA4">
        <w:t xml:space="preserve"> </w:t>
      </w:r>
      <w:r w:rsidR="00DE7793" w:rsidRPr="00925AA4">
        <w:t xml:space="preserve">Assume the role of a periodontic specialist and provide a precise answer to the following patient question. </w:t>
      </w:r>
      <w:r w:rsidR="000255F2" w:rsidRPr="00925AA4">
        <w:t>‘</w:t>
      </w:r>
      <w:r w:rsidR="000255F2" w:rsidRPr="00925AA4">
        <w:rPr>
          <w:rFonts w:ascii="Times New Roman" w:hAnsi="Times New Roman" w:cs="Times New Roman"/>
        </w:rPr>
        <w:t>I have periodontitis. Is it possible for me to get dental implants?’</w:t>
      </w:r>
      <w:r w:rsidRPr="00925AA4">
        <w:br/>
      </w:r>
    </w:p>
    <w:tbl>
      <w:tblPr>
        <w:tblW w:w="0" w:type="auto"/>
        <w:tblLook w:val="04A0" w:firstRow="1" w:lastRow="0" w:firstColumn="1" w:lastColumn="0" w:noHBand="0" w:noVBand="1"/>
      </w:tblPr>
      <w:tblGrid>
        <w:gridCol w:w="4320"/>
        <w:gridCol w:w="4320"/>
      </w:tblGrid>
      <w:tr w:rsidR="006F0382" w:rsidRPr="00925AA4" w14:paraId="71688C6F" w14:textId="77777777">
        <w:tc>
          <w:tcPr>
            <w:tcW w:w="4320" w:type="dxa"/>
          </w:tcPr>
          <w:p w14:paraId="2C657024" w14:textId="7A731149" w:rsidR="006F0382" w:rsidRPr="00925AA4" w:rsidRDefault="00372A24">
            <w:r w:rsidRPr="00925AA4">
              <w:t>Answer A (ChatGPT)</w:t>
            </w:r>
          </w:p>
        </w:tc>
        <w:tc>
          <w:tcPr>
            <w:tcW w:w="4320" w:type="dxa"/>
          </w:tcPr>
          <w:p w14:paraId="4A8BD49E" w14:textId="438EBFED" w:rsidR="006F0382" w:rsidRPr="00925AA4" w:rsidRDefault="00372A24">
            <w:r w:rsidRPr="00925AA4">
              <w:t>Answer B (Gemini)</w:t>
            </w:r>
          </w:p>
        </w:tc>
      </w:tr>
      <w:tr w:rsidR="006F0382" w:rsidRPr="00925AA4" w14:paraId="0E0B9F0A" w14:textId="77777777">
        <w:tc>
          <w:tcPr>
            <w:tcW w:w="4320" w:type="dxa"/>
          </w:tcPr>
          <w:p w14:paraId="35350511" w14:textId="77777777" w:rsidR="000255F2" w:rsidRPr="00925AA4" w:rsidRDefault="000255F2" w:rsidP="000255F2">
            <w:r w:rsidRPr="00925AA4">
              <w:t>Yes—many patients with a history of periodontitis can receive dental implants, but a few conditions must be met to ensure long-term success:</w:t>
            </w:r>
          </w:p>
          <w:p w14:paraId="4E1033DE" w14:textId="77777777" w:rsidR="000255F2" w:rsidRPr="00925AA4" w:rsidRDefault="000255F2" w:rsidP="000255F2">
            <w:r w:rsidRPr="00925AA4">
              <w:rPr>
                <w:rFonts w:ascii="Apple Color Emoji" w:hAnsi="Apple Color Emoji" w:cs="Apple Color Emoji"/>
              </w:rPr>
              <w:t>✔</w:t>
            </w:r>
            <w:r w:rsidRPr="00925AA4">
              <w:t xml:space="preserve"> Requirements before implant placement</w:t>
            </w:r>
          </w:p>
          <w:p w14:paraId="5EA2AB8E" w14:textId="77777777" w:rsidR="000255F2" w:rsidRPr="00925AA4" w:rsidRDefault="000255F2" w:rsidP="000255F2">
            <w:r w:rsidRPr="00925AA4">
              <w:t>Disease must be fully controlled.</w:t>
            </w:r>
          </w:p>
          <w:p w14:paraId="219C539C" w14:textId="77777777" w:rsidR="000255F2" w:rsidRPr="00925AA4" w:rsidRDefault="000255F2" w:rsidP="000255F2">
            <w:r w:rsidRPr="00925AA4">
              <w:t>Active inflammation, deep pockets, or ongoing bone loss must be treated first with scaling/root planing, possible surgical therapy, and strict oral-hygiene measures.</w:t>
            </w:r>
          </w:p>
          <w:p w14:paraId="0540462A" w14:textId="77777777" w:rsidR="000255F2" w:rsidRPr="00925AA4" w:rsidRDefault="000255F2" w:rsidP="000255F2">
            <w:r w:rsidRPr="00925AA4">
              <w:t>Sufficient, healthy bone must be present.</w:t>
            </w:r>
          </w:p>
          <w:p w14:paraId="0DD07F78" w14:textId="77777777" w:rsidR="000255F2" w:rsidRPr="00925AA4" w:rsidRDefault="000255F2" w:rsidP="000255F2">
            <w:r w:rsidRPr="00925AA4">
              <w:t>Periodontitis often reduces bone volume. If the remaining bone is inadequate, bone grafting or sinus augmentation may be needed before an implant can be placed.</w:t>
            </w:r>
          </w:p>
          <w:p w14:paraId="12B6D9A4" w14:textId="77777777" w:rsidR="000255F2" w:rsidRPr="00925AA4" w:rsidRDefault="000255F2" w:rsidP="000255F2">
            <w:r w:rsidRPr="00925AA4">
              <w:t>Good plaque control and maintenance.</w:t>
            </w:r>
          </w:p>
          <w:p w14:paraId="0BC82127" w14:textId="77777777" w:rsidR="000255F2" w:rsidRPr="00925AA4" w:rsidRDefault="000255F2" w:rsidP="000255F2">
            <w:r w:rsidRPr="00925AA4">
              <w:t>Patients with a history of periodontitis have a higher lifetime risk of implant complications (peri-implantitis). Meticulous home care and professional cleanings every 3–4 months are essential.</w:t>
            </w:r>
          </w:p>
          <w:p w14:paraId="17AC8DF7" w14:textId="77777777" w:rsidR="000255F2" w:rsidRPr="00925AA4" w:rsidRDefault="000255F2" w:rsidP="000255F2">
            <w:r w:rsidRPr="00925AA4">
              <w:t>Smoking and systemic factors must be addressed.</w:t>
            </w:r>
          </w:p>
          <w:p w14:paraId="51CF0A6E" w14:textId="77777777" w:rsidR="000255F2" w:rsidRPr="00925AA4" w:rsidRDefault="000255F2" w:rsidP="000255F2">
            <w:r w:rsidRPr="00925AA4">
              <w:t>Smoking, uncontrolled diabetes, and certain medications significantly increase the failure risk and should be optimized.</w:t>
            </w:r>
          </w:p>
          <w:p w14:paraId="0ED005AA" w14:textId="77777777" w:rsidR="000255F2" w:rsidRPr="00925AA4" w:rsidRDefault="000255F2" w:rsidP="000255F2">
            <w:r w:rsidRPr="00925AA4">
              <w:rPr>
                <w:rFonts w:ascii="Apple Color Emoji" w:hAnsi="Apple Color Emoji" w:cs="Apple Color Emoji"/>
              </w:rPr>
              <w:lastRenderedPageBreak/>
              <w:t>✔</w:t>
            </w:r>
            <w:r w:rsidRPr="00925AA4">
              <w:t xml:space="preserve"> What the evidence shows</w:t>
            </w:r>
          </w:p>
          <w:p w14:paraId="5D760D38" w14:textId="77777777" w:rsidR="000255F2" w:rsidRPr="00925AA4" w:rsidRDefault="000255F2" w:rsidP="000255F2">
            <w:r w:rsidRPr="00925AA4">
              <w:t>Implants in treated periodontitis patients can have high success rates if the disease is stabilized and maintenance is consistent.</w:t>
            </w:r>
          </w:p>
          <w:p w14:paraId="14E5FB9B" w14:textId="77777777" w:rsidR="000255F2" w:rsidRPr="00925AA4" w:rsidRDefault="000255F2" w:rsidP="000255F2">
            <w:r w:rsidRPr="00925AA4">
              <w:t>Without strict maintenance, the risk of peri-implant inflammation and bone loss is considerably higher compared with patients who never had periodontal disease.</w:t>
            </w:r>
          </w:p>
          <w:p w14:paraId="55F2301D" w14:textId="77777777" w:rsidR="000255F2" w:rsidRPr="00925AA4" w:rsidRDefault="000255F2" w:rsidP="000255F2">
            <w:r w:rsidRPr="00925AA4">
              <w:rPr>
                <w:rFonts w:ascii="Apple Color Emoji" w:hAnsi="Apple Color Emoji" w:cs="Apple Color Emoji"/>
              </w:rPr>
              <w:t>📌</w:t>
            </w:r>
            <w:r w:rsidRPr="00925AA4">
              <w:t xml:space="preserve"> Bottom line</w:t>
            </w:r>
          </w:p>
          <w:p w14:paraId="472CBB53" w14:textId="77777777" w:rsidR="000255F2" w:rsidRPr="00925AA4" w:rsidRDefault="000255F2" w:rsidP="000255F2">
            <w:r w:rsidRPr="00925AA4">
              <w:t>You may be a good candidate for implants, but only after your periodontitis is treated and stable, and after a specialist confirms you have enough healthy bone. A personalized exam, X-rays, and sometimes 3-D imaging are needed to determine this.</w:t>
            </w:r>
          </w:p>
          <w:p w14:paraId="52E072C3" w14:textId="3D563F1F" w:rsidR="006F0382" w:rsidRPr="00925AA4" w:rsidRDefault="000255F2" w:rsidP="000255F2">
            <w:r w:rsidRPr="00925AA4">
              <w:t>If you want, I can outline what an implant evaluation appointment usually includes.</w:t>
            </w:r>
          </w:p>
        </w:tc>
        <w:tc>
          <w:tcPr>
            <w:tcW w:w="4320" w:type="dxa"/>
          </w:tcPr>
          <w:p w14:paraId="7EE31313" w14:textId="14ECE227" w:rsidR="001773A6" w:rsidRPr="00925AA4" w:rsidRDefault="001773A6" w:rsidP="001773A6">
            <w:r w:rsidRPr="00925AA4">
              <w:lastRenderedPageBreak/>
              <w:t>That's a very important question, and I'm glad you're asking it. As a periodontic specialist, my focus is on the health of your gums and the bone supporting your teeth, which is critical for the success of any dental procedure, especially implants.</w:t>
            </w:r>
          </w:p>
          <w:p w14:paraId="39C19B5B" w14:textId="6291F83B" w:rsidR="001773A6" w:rsidRPr="00925AA4" w:rsidRDefault="001773A6" w:rsidP="001773A6">
            <w:r w:rsidRPr="00925AA4">
              <w:t>Here is a precise answer to your question:</w:t>
            </w:r>
          </w:p>
          <w:p w14:paraId="5371C454" w14:textId="77777777" w:rsidR="001773A6" w:rsidRPr="00925AA4" w:rsidRDefault="001773A6" w:rsidP="001773A6">
            <w:r w:rsidRPr="00925AA4">
              <w:rPr>
                <w:rFonts w:ascii="Apple Color Emoji" w:hAnsi="Apple Color Emoji" w:cs="Apple Color Emoji"/>
              </w:rPr>
              <w:t>🦷</w:t>
            </w:r>
            <w:r w:rsidRPr="00925AA4">
              <w:t xml:space="preserve"> Periodontitis and Dental Implants</w:t>
            </w:r>
          </w:p>
          <w:p w14:paraId="7A88AB80" w14:textId="12C67562" w:rsidR="001773A6" w:rsidRPr="00925AA4" w:rsidRDefault="001773A6" w:rsidP="001773A6">
            <w:r w:rsidRPr="00925AA4">
              <w:t>The answer is yes, it is often possible to receive dental implants, but only after your periodontitis is successfully treated and controlled.</w:t>
            </w:r>
          </w:p>
          <w:p w14:paraId="6B905746" w14:textId="2E1FBDF0" w:rsidR="001773A6" w:rsidRPr="00925AA4" w:rsidRDefault="001773A6" w:rsidP="001773A6">
            <w:r w:rsidRPr="00925AA4">
              <w:t>It is crucial to understand the relationship between periodontitis (advanced gum disease) and dental implants.</w:t>
            </w:r>
          </w:p>
          <w:p w14:paraId="5D2F6BFF" w14:textId="19AA1CCE" w:rsidR="001773A6" w:rsidRPr="00925AA4" w:rsidRDefault="001773A6" w:rsidP="001773A6">
            <w:r w:rsidRPr="00925AA4">
              <w:rPr>
                <w:rFonts w:ascii="Apple Color Emoji" w:hAnsi="Apple Color Emoji" w:cs="Apple Color Emoji"/>
              </w:rPr>
              <w:t>🛑</w:t>
            </w:r>
            <w:r w:rsidRPr="00925AA4">
              <w:t xml:space="preserve"> The Immediate Problem</w:t>
            </w:r>
          </w:p>
          <w:p w14:paraId="13963DDD" w14:textId="548F5484" w:rsidR="001773A6" w:rsidRPr="00925AA4" w:rsidRDefault="001773A6" w:rsidP="001773A6">
            <w:r w:rsidRPr="00925AA4">
              <w:t>If you currently have active periodontitis (characterized by deep pockets, ongoing bone loss, bleeding, and inflammation), placing a dental implant immediately is highly discouraged and carries a significant risk of failure.</w:t>
            </w:r>
          </w:p>
          <w:p w14:paraId="1940C094" w14:textId="70DC755D" w:rsidR="001773A6" w:rsidRPr="00925AA4" w:rsidRDefault="001773A6" w:rsidP="001773A6">
            <w:r w:rsidRPr="00925AA4">
              <w:t xml:space="preserve">Risk of Peri-Implantitis: Dental implants can develop a condition called peri-implantitis, which is essentially gum disease around the implant. Active bacteria and inflammation from existing periodontitis can easily spread to the </w:t>
            </w:r>
            <w:r w:rsidRPr="00925AA4">
              <w:lastRenderedPageBreak/>
              <w:t>implant site, leading to rapid bone loss around the implant and potentially causing it to fail.</w:t>
            </w:r>
          </w:p>
          <w:p w14:paraId="0A422536" w14:textId="730A6548" w:rsidR="001773A6" w:rsidRPr="00925AA4" w:rsidRDefault="001773A6" w:rsidP="001773A6">
            <w:r w:rsidRPr="00925AA4">
              <w:rPr>
                <w:rFonts w:ascii="Apple Color Emoji" w:hAnsi="Apple Color Emoji" w:cs="Apple Color Emoji"/>
              </w:rPr>
              <w:t>✅</w:t>
            </w:r>
            <w:r w:rsidRPr="00925AA4">
              <w:t xml:space="preserve"> The Path to Successful Implants</w:t>
            </w:r>
          </w:p>
          <w:p w14:paraId="04E0C354" w14:textId="17FA292D" w:rsidR="001773A6" w:rsidRPr="00925AA4" w:rsidRDefault="001773A6" w:rsidP="001773A6">
            <w:r w:rsidRPr="00925AA4">
              <w:t>To ensure the long-term success and health of your potential implant, we must follow a phased, systematic approach:</w:t>
            </w:r>
          </w:p>
          <w:p w14:paraId="741BD3CA" w14:textId="30C88745" w:rsidR="001773A6" w:rsidRPr="00925AA4" w:rsidRDefault="001773A6" w:rsidP="001773A6">
            <w:r w:rsidRPr="00925AA4">
              <w:t>Phase I: Active Periodontal Therapy</w:t>
            </w:r>
          </w:p>
          <w:p w14:paraId="06A514A8" w14:textId="0AE93CA7" w:rsidR="001773A6" w:rsidRPr="00925AA4" w:rsidRDefault="001773A6" w:rsidP="001773A6">
            <w:r w:rsidRPr="00925AA4">
              <w:t>This is the most critical step. We must first aggressively treat and stabilize your periodontitis. This typically involves non-surgical procedures like scaling and root planing (deep cleaning), and potentially surgical procedures to reduce pocket depth, regenerate lost bone, or correct gum recession.</w:t>
            </w:r>
          </w:p>
          <w:p w14:paraId="1D4960F5" w14:textId="4C76F6DC" w:rsidR="001773A6" w:rsidRPr="00925AA4" w:rsidRDefault="001773A6" w:rsidP="001773A6">
            <w:r w:rsidRPr="00925AA4">
              <w:t>The goal is to eliminate inflammation, reduce bacterial load, and arrest all active bone loss.</w:t>
            </w:r>
          </w:p>
          <w:p w14:paraId="1EE8E43A" w14:textId="1F098D1B" w:rsidR="001773A6" w:rsidRPr="00925AA4" w:rsidRDefault="001773A6" w:rsidP="001773A6">
            <w:r w:rsidRPr="00925AA4">
              <w:t>Phase II: Maintenance and Stability Assessment</w:t>
            </w:r>
          </w:p>
          <w:p w14:paraId="6FB1C73F" w14:textId="48DC3E1E" w:rsidR="001773A6" w:rsidRPr="00925AA4" w:rsidRDefault="001773A6" w:rsidP="001773A6">
            <w:r w:rsidRPr="00925AA4">
              <w:t>Once the active treatment is complete, we enter a period of meticulous periodontal maintenance (frequent, customized professional cleanings) and monitoring, usually for several months.</w:t>
            </w:r>
          </w:p>
          <w:p w14:paraId="2E252214" w14:textId="52C0C898" w:rsidR="001773A6" w:rsidRPr="00925AA4" w:rsidRDefault="001773A6" w:rsidP="001773A6">
            <w:r w:rsidRPr="00925AA4">
              <w:t>I need to see that your gums are healthy, stable, and that you are consistently maintaining excellent oral hygiene. This proves you can keep the implant environment clean once it's placed.</w:t>
            </w:r>
          </w:p>
          <w:p w14:paraId="4AC3A194" w14:textId="79E1492A" w:rsidR="001773A6" w:rsidRPr="00925AA4" w:rsidRDefault="001773A6" w:rsidP="001773A6">
            <w:r w:rsidRPr="00925AA4">
              <w:t>Phase III: Implant Placement</w:t>
            </w:r>
          </w:p>
          <w:p w14:paraId="6B46D581" w14:textId="46E5D320" w:rsidR="001773A6" w:rsidRPr="00925AA4" w:rsidRDefault="001773A6" w:rsidP="001773A6">
            <w:r w:rsidRPr="00925AA4">
              <w:t>If your periodontal health is stable and your bone structure is adequate, we can proceed with implant planning.</w:t>
            </w:r>
          </w:p>
          <w:p w14:paraId="2F314B0E" w14:textId="77A9C48A" w:rsidR="001773A6" w:rsidRPr="00925AA4" w:rsidRDefault="001773A6" w:rsidP="001773A6">
            <w:r w:rsidRPr="00925AA4">
              <w:lastRenderedPageBreak/>
              <w:t>Bone Grafting: Because periodontitis causes bone loss, you may require a bone grafting procedure to build up sufficient bone volume and density to securely support the implant before or during placement.</w:t>
            </w:r>
          </w:p>
          <w:p w14:paraId="09FFB7ED" w14:textId="53978A84" w:rsidR="001773A6" w:rsidRPr="00925AA4" w:rsidRDefault="001773A6" w:rsidP="001773A6">
            <w:r w:rsidRPr="00925AA4">
              <w:t>In Summary</w:t>
            </w:r>
          </w:p>
          <w:p w14:paraId="517E99E4" w14:textId="0ECC6DA8" w:rsidR="001773A6" w:rsidRPr="00925AA4" w:rsidRDefault="001773A6" w:rsidP="001773A6">
            <w:r w:rsidRPr="00925AA4">
              <w:t>You cannot put a high-quality implant into a diseased foundation. We must treat the disease first. Your implant success relies heavily on your commitment to ongoing periodontal health and maintenance both before and after the implant is placed.</w:t>
            </w:r>
          </w:p>
          <w:p w14:paraId="079F8706" w14:textId="29CF3FB9" w:rsidR="006F0382" w:rsidRPr="00925AA4" w:rsidRDefault="001773A6" w:rsidP="001773A6">
            <w:r w:rsidRPr="00925AA4">
              <w:t>Would you like to schedule a comprehensive periodontal examination so we can assess the current severity of your periodontitis and discuss a tailored treatment plan to prepare you for implants?</w:t>
            </w:r>
          </w:p>
        </w:tc>
      </w:tr>
    </w:tbl>
    <w:p w14:paraId="571FBDD3"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130B0FA7" w14:textId="77777777">
        <w:tc>
          <w:tcPr>
            <w:tcW w:w="4320" w:type="dxa"/>
          </w:tcPr>
          <w:p w14:paraId="77C22922" w14:textId="16E43D2B" w:rsidR="006F0382" w:rsidRPr="00925AA4" w:rsidRDefault="00372A24">
            <w:r w:rsidRPr="00925AA4">
              <w:t>Answer C (Claude)</w:t>
            </w:r>
          </w:p>
        </w:tc>
        <w:tc>
          <w:tcPr>
            <w:tcW w:w="4320" w:type="dxa"/>
          </w:tcPr>
          <w:p w14:paraId="6EB0E340" w14:textId="7AF9C0BA" w:rsidR="006F0382" w:rsidRPr="00925AA4" w:rsidRDefault="00372A24">
            <w:r w:rsidRPr="00925AA4">
              <w:t>Answer D (</w:t>
            </w:r>
            <w:r w:rsidR="005C166D" w:rsidRPr="00925AA4">
              <w:t>Expert</w:t>
            </w:r>
            <w:r w:rsidRPr="00925AA4">
              <w:t>)</w:t>
            </w:r>
          </w:p>
        </w:tc>
      </w:tr>
      <w:tr w:rsidR="006F0382" w:rsidRPr="00925AA4" w14:paraId="55569100" w14:textId="77777777">
        <w:tc>
          <w:tcPr>
            <w:tcW w:w="4320" w:type="dxa"/>
          </w:tcPr>
          <w:p w14:paraId="16D77414" w14:textId="77777777" w:rsidR="00BC07B5" w:rsidRPr="00925AA4" w:rsidRDefault="00BC07B5" w:rsidP="00BC07B5">
            <w:r w:rsidRPr="00925AA4">
              <w:t>As a periodontic specialist, I can tell you that yes, it is possible for you to get dental implants even with periodontitis, but there are important conditions that must be met first.</w:t>
            </w:r>
          </w:p>
          <w:p w14:paraId="628CE6D9" w14:textId="77777777" w:rsidR="00BC07B5" w:rsidRPr="00925AA4" w:rsidRDefault="00BC07B5" w:rsidP="00BC07B5">
            <w:r w:rsidRPr="00925AA4">
              <w:t>Here's what you need to know:</w:t>
            </w:r>
          </w:p>
          <w:p w14:paraId="52810CE4" w14:textId="77777777" w:rsidR="00BC07B5" w:rsidRPr="00925AA4" w:rsidRDefault="00BC07B5" w:rsidP="00BC07B5">
            <w:r w:rsidRPr="00925AA4">
              <w:t>Before Implant Placement:</w:t>
            </w:r>
          </w:p>
          <w:p w14:paraId="3BD85C8C" w14:textId="77777777" w:rsidR="00BC07B5" w:rsidRPr="00925AA4" w:rsidRDefault="00BC07B5" w:rsidP="00BC07B5">
            <w:r w:rsidRPr="00925AA4">
              <w:t>Your active periodontal disease must be treated and brought under control. This is critical because the bacteria and inflammation that cause periodontitis can also lead to implant failure through a condition called peri-implantitis. We would need to:</w:t>
            </w:r>
          </w:p>
          <w:p w14:paraId="766338E7" w14:textId="77777777" w:rsidR="00BC07B5" w:rsidRPr="00925AA4" w:rsidRDefault="00BC07B5" w:rsidP="00BC07B5"/>
          <w:p w14:paraId="578AF226" w14:textId="77777777" w:rsidR="00BC07B5" w:rsidRPr="00925AA4" w:rsidRDefault="00BC07B5" w:rsidP="00BC07B5">
            <w:r w:rsidRPr="00925AA4">
              <w:t>Eliminate the infection through deep cleanings (scaling and root planing)</w:t>
            </w:r>
          </w:p>
          <w:p w14:paraId="08787BCB" w14:textId="77777777" w:rsidR="00BC07B5" w:rsidRPr="00925AA4" w:rsidRDefault="00BC07B5" w:rsidP="00BC07B5">
            <w:r w:rsidRPr="00925AA4">
              <w:t>Possibly perform periodontal surgery if needed</w:t>
            </w:r>
          </w:p>
          <w:p w14:paraId="1131C203" w14:textId="77777777" w:rsidR="00BC07B5" w:rsidRPr="00925AA4" w:rsidRDefault="00BC07B5" w:rsidP="00BC07B5">
            <w:r w:rsidRPr="00925AA4">
              <w:t>Achieve stable, healthy gum tissue</w:t>
            </w:r>
          </w:p>
          <w:p w14:paraId="3CECA776" w14:textId="77777777" w:rsidR="00BC07B5" w:rsidRPr="00925AA4" w:rsidRDefault="00BC07B5" w:rsidP="00BC07B5">
            <w:r w:rsidRPr="00925AA4">
              <w:t>Ensure you have adequate bone support (periodontitis causes bone loss)</w:t>
            </w:r>
          </w:p>
          <w:p w14:paraId="5DE12073" w14:textId="77777777" w:rsidR="00BC07B5" w:rsidRPr="00925AA4" w:rsidRDefault="00BC07B5" w:rsidP="00BC07B5"/>
          <w:p w14:paraId="20A6B9AA" w14:textId="77777777" w:rsidR="00BC07B5" w:rsidRPr="00925AA4" w:rsidRDefault="00BC07B5" w:rsidP="00BC07B5">
            <w:r w:rsidRPr="00925AA4">
              <w:t>Bone Considerations:</w:t>
            </w:r>
          </w:p>
          <w:p w14:paraId="372D7916" w14:textId="77777777" w:rsidR="00BC07B5" w:rsidRPr="00925AA4" w:rsidRDefault="00BC07B5" w:rsidP="00BC07B5">
            <w:r w:rsidRPr="00925AA4">
              <w:t>If periodontitis has caused significant bone loss, you may need bone grafting procedures before implants can be placed. The good news is that bone grafting is highly successful and can restore the foundation needed for implants.</w:t>
            </w:r>
          </w:p>
          <w:p w14:paraId="668B2206" w14:textId="77777777" w:rsidR="00BC07B5" w:rsidRPr="00925AA4" w:rsidRDefault="00BC07B5" w:rsidP="00BC07B5">
            <w:r w:rsidRPr="00925AA4">
              <w:t>Long-term Success Factors:</w:t>
            </w:r>
          </w:p>
          <w:p w14:paraId="02A522A4" w14:textId="77777777" w:rsidR="00BC07B5" w:rsidRPr="00925AA4" w:rsidRDefault="00BC07B5" w:rsidP="00BC07B5">
            <w:r w:rsidRPr="00925AA4">
              <w:t>Your implant success depends heavily on:</w:t>
            </w:r>
          </w:p>
          <w:p w14:paraId="142E949E" w14:textId="77777777" w:rsidR="00BC07B5" w:rsidRPr="00925AA4" w:rsidRDefault="00BC07B5" w:rsidP="00BC07B5"/>
          <w:p w14:paraId="5A083D3A" w14:textId="77777777" w:rsidR="00BC07B5" w:rsidRPr="00925AA4" w:rsidRDefault="00BC07B5" w:rsidP="00BC07B5">
            <w:r w:rsidRPr="00925AA4">
              <w:t>Achieving excellent oral hygiene habits</w:t>
            </w:r>
          </w:p>
          <w:p w14:paraId="0921C406" w14:textId="77777777" w:rsidR="00BC07B5" w:rsidRPr="00925AA4" w:rsidRDefault="00BC07B5" w:rsidP="00BC07B5">
            <w:r w:rsidRPr="00925AA4">
              <w:t>Attending regular maintenance appointments (typically every 3-4 months)</w:t>
            </w:r>
          </w:p>
          <w:p w14:paraId="6F69C782" w14:textId="77777777" w:rsidR="00BC07B5" w:rsidRPr="00925AA4" w:rsidRDefault="00BC07B5" w:rsidP="00BC07B5">
            <w:r w:rsidRPr="00925AA4">
              <w:t>Not smoking, as this dramatically increases failure risk</w:t>
            </w:r>
          </w:p>
          <w:p w14:paraId="4817C24F" w14:textId="77777777" w:rsidR="00BC07B5" w:rsidRPr="00925AA4" w:rsidRDefault="00BC07B5" w:rsidP="00BC07B5">
            <w:r w:rsidRPr="00925AA4">
              <w:t>Controlling any systemic factors like diabetes</w:t>
            </w:r>
          </w:p>
          <w:p w14:paraId="528622BF" w14:textId="77777777" w:rsidR="00BC07B5" w:rsidRPr="00925AA4" w:rsidRDefault="00BC07B5" w:rsidP="00BC07B5"/>
          <w:p w14:paraId="7EEFCF40" w14:textId="77777777" w:rsidR="00BC07B5" w:rsidRPr="00925AA4" w:rsidRDefault="00BC07B5" w:rsidP="00BC07B5">
            <w:r w:rsidRPr="00925AA4">
              <w:t>The Bottom Line:</w:t>
            </w:r>
          </w:p>
          <w:p w14:paraId="50EED099" w14:textId="77777777" w:rsidR="00BC07B5" w:rsidRPr="00925AA4" w:rsidRDefault="00BC07B5" w:rsidP="00BC07B5">
            <w:r w:rsidRPr="00925AA4">
              <w:t xml:space="preserve">Periodontitis is not an absolute contraindication to implants, but it does mean we need to be more careful and thorough in our approach. With proper </w:t>
            </w:r>
            <w:r w:rsidRPr="00925AA4">
              <w:lastRenderedPageBreak/>
              <w:t>treatment, disease control, and maintenance, patients with a history of periodontitis can successfully receive and maintain dental implants.</w:t>
            </w:r>
          </w:p>
          <w:p w14:paraId="2A6447D2" w14:textId="7EA8B03C" w:rsidR="006F0382" w:rsidRPr="00925AA4" w:rsidRDefault="00BC07B5" w:rsidP="00BC07B5">
            <w:r w:rsidRPr="00925AA4">
              <w:t>I'd recommend scheduling a comprehensive periodontal evaluation so we can assess your specific situation and create a treatment plan tailored to your needs.</w:t>
            </w:r>
          </w:p>
        </w:tc>
        <w:tc>
          <w:tcPr>
            <w:tcW w:w="4320" w:type="dxa"/>
          </w:tcPr>
          <w:p w14:paraId="283F1831" w14:textId="77777777" w:rsidR="00535BBA" w:rsidRPr="00925AA4" w:rsidRDefault="00535BBA" w:rsidP="00535BBA">
            <w:r w:rsidRPr="00925AA4">
              <w:lastRenderedPageBreak/>
              <w:t>Implants can be placed in patients with periodontitis; however, these patients are at a higher risk for peri-implantitis (inflammation of the bone and soft tissues surrounding the implant). Therefore, implant placement should not be performed before active periodontal disease is treated and brought under control.</w:t>
            </w:r>
          </w:p>
          <w:p w14:paraId="178FE0E0" w14:textId="77777777" w:rsidR="00535BBA" w:rsidRPr="00925AA4" w:rsidRDefault="00535BBA" w:rsidP="00535BBA">
            <w:r w:rsidRPr="00925AA4">
              <w:t>In cases of inadequate oral hygiene or severe periodontitis, the risk of complications and implant failure increases significantly.</w:t>
            </w:r>
          </w:p>
          <w:p w14:paraId="05B2B963" w14:textId="77777777" w:rsidR="00535BBA" w:rsidRPr="00925AA4" w:rsidRDefault="00535BBA" w:rsidP="00535BBA">
            <w:r w:rsidRPr="00925AA4">
              <w:lastRenderedPageBreak/>
              <w:t>For long-term implant success, regeneration of the bone and soft tissues lost due to periodontitis may be necessary.</w:t>
            </w:r>
          </w:p>
          <w:p w14:paraId="347EAD6F" w14:textId="77777777" w:rsidR="00535BBA" w:rsidRPr="00925AA4" w:rsidRDefault="00535BBA" w:rsidP="00535BBA">
            <w:r w:rsidRPr="00925AA4">
              <w:t>Therefore, it is recommended that implant treatment be planned by a periodontology specialist, supported by regular periodontal therapy, and accompanied by good oral hygiene.</w:t>
            </w:r>
          </w:p>
          <w:p w14:paraId="64240812" w14:textId="77777777" w:rsidR="006F0382" w:rsidRPr="00925AA4" w:rsidRDefault="00000000">
            <w:r w:rsidRPr="00925AA4">
              <w:t>________________________________</w:t>
            </w:r>
          </w:p>
        </w:tc>
      </w:tr>
      <w:tr w:rsidR="006F0382" w:rsidRPr="00925AA4" w14:paraId="6F9BF706" w14:textId="77777777">
        <w:tc>
          <w:tcPr>
            <w:tcW w:w="4320" w:type="dxa"/>
          </w:tcPr>
          <w:p w14:paraId="75058D81" w14:textId="77777777" w:rsidR="006F0382" w:rsidRPr="00925AA4" w:rsidRDefault="00000000">
            <w:r w:rsidRPr="00925AA4">
              <w:lastRenderedPageBreak/>
              <w:t>________________________________</w:t>
            </w:r>
          </w:p>
        </w:tc>
        <w:tc>
          <w:tcPr>
            <w:tcW w:w="4320" w:type="dxa"/>
          </w:tcPr>
          <w:p w14:paraId="71128C44" w14:textId="77777777" w:rsidR="006F0382" w:rsidRPr="00925AA4" w:rsidRDefault="00000000">
            <w:r w:rsidRPr="00925AA4">
              <w:t>________________________________</w:t>
            </w:r>
          </w:p>
        </w:tc>
      </w:tr>
    </w:tbl>
    <w:p w14:paraId="5C70B813" w14:textId="465B0FA3" w:rsidR="006F0382" w:rsidRPr="00925AA4" w:rsidRDefault="00D61BF9">
      <w:r w:rsidRPr="00925AA4">
        <w:rPr>
          <w:b/>
          <w:bCs/>
        </w:rPr>
        <w:t>Question 13:</w:t>
      </w:r>
      <w:r w:rsidRPr="00925AA4">
        <w:t xml:space="preserve"> </w:t>
      </w:r>
      <w:r w:rsidR="000255F2" w:rsidRPr="00925AA4">
        <w:t xml:space="preserve">Assume the role of a periodontic specialist and provide a precise answer to the following patient question. </w:t>
      </w:r>
      <w:r w:rsidR="000255F2" w:rsidRPr="00925AA4">
        <w:rPr>
          <w:rFonts w:ascii="Times New Roman" w:hAnsi="Times New Roman" w:cs="Times New Roman"/>
        </w:rPr>
        <w:t>I have gum disease. How often should I visit my periodontist for check-ups?</w:t>
      </w:r>
    </w:p>
    <w:tbl>
      <w:tblPr>
        <w:tblW w:w="0" w:type="auto"/>
        <w:tblLook w:val="04A0" w:firstRow="1" w:lastRow="0" w:firstColumn="1" w:lastColumn="0" w:noHBand="0" w:noVBand="1"/>
      </w:tblPr>
      <w:tblGrid>
        <w:gridCol w:w="4320"/>
        <w:gridCol w:w="4320"/>
      </w:tblGrid>
      <w:tr w:rsidR="006F0382" w:rsidRPr="00925AA4" w14:paraId="23F023C0" w14:textId="77777777">
        <w:tc>
          <w:tcPr>
            <w:tcW w:w="4320" w:type="dxa"/>
          </w:tcPr>
          <w:p w14:paraId="6B529A06" w14:textId="3FA8CAE2" w:rsidR="006F0382" w:rsidRPr="00925AA4" w:rsidRDefault="00372A24">
            <w:r w:rsidRPr="00925AA4">
              <w:t>Answer A (ChatGPT)</w:t>
            </w:r>
          </w:p>
        </w:tc>
        <w:tc>
          <w:tcPr>
            <w:tcW w:w="4320" w:type="dxa"/>
          </w:tcPr>
          <w:p w14:paraId="5AEBD250" w14:textId="3636042B" w:rsidR="006F0382" w:rsidRPr="00925AA4" w:rsidRDefault="00372A24">
            <w:r w:rsidRPr="00925AA4">
              <w:t>Answer B (Gemini)</w:t>
            </w:r>
          </w:p>
        </w:tc>
      </w:tr>
      <w:tr w:rsidR="006F0382" w:rsidRPr="00925AA4" w14:paraId="134B3FD2" w14:textId="77777777">
        <w:tc>
          <w:tcPr>
            <w:tcW w:w="4320" w:type="dxa"/>
          </w:tcPr>
          <w:p w14:paraId="315E63FA" w14:textId="77777777" w:rsidR="00DF1805" w:rsidRPr="00925AA4" w:rsidRDefault="00DF1805" w:rsidP="00DF1805">
            <w:r w:rsidRPr="00925AA4">
              <w:t>As a periodontic specialist, here’s the general guideline:</w:t>
            </w:r>
          </w:p>
          <w:p w14:paraId="0D2E42DE" w14:textId="77777777" w:rsidR="00DF1805" w:rsidRPr="00925AA4" w:rsidRDefault="00DF1805" w:rsidP="00DF1805">
            <w:r w:rsidRPr="00925AA4">
              <w:t>For patients with a history of gum disease, periodontal maintenance visits are typically recommended every 3–4 months. This schedule helps:</w:t>
            </w:r>
          </w:p>
          <w:p w14:paraId="42C7F858" w14:textId="77777777" w:rsidR="00DF1805" w:rsidRPr="00925AA4" w:rsidRDefault="00DF1805" w:rsidP="00DF1805">
            <w:r w:rsidRPr="00925AA4">
              <w:t>Control bacterial levels before they cause new inflammation</w:t>
            </w:r>
          </w:p>
          <w:p w14:paraId="0C8F1C91" w14:textId="77777777" w:rsidR="00DF1805" w:rsidRPr="00925AA4" w:rsidRDefault="00DF1805" w:rsidP="00DF1805">
            <w:r w:rsidRPr="00925AA4">
              <w:t>Monitor pocket depths and attachment levels</w:t>
            </w:r>
          </w:p>
          <w:p w14:paraId="69479CEC" w14:textId="77777777" w:rsidR="00DF1805" w:rsidRPr="00925AA4" w:rsidRDefault="00DF1805" w:rsidP="00DF1805">
            <w:r w:rsidRPr="00925AA4">
              <w:t>Detect early changes that may need additional treatment</w:t>
            </w:r>
          </w:p>
          <w:p w14:paraId="7B5BF70D" w14:textId="77777777" w:rsidR="00DF1805" w:rsidRPr="00925AA4" w:rsidRDefault="00DF1805" w:rsidP="00DF1805">
            <w:r w:rsidRPr="00925AA4">
              <w:t>Maintain results after procedures like scaling and root planing or surgery</w:t>
            </w:r>
          </w:p>
          <w:p w14:paraId="1221AE74" w14:textId="77777777" w:rsidR="00DF1805" w:rsidRPr="00925AA4" w:rsidRDefault="00DF1805" w:rsidP="00DF1805">
            <w:r w:rsidRPr="00925AA4">
              <w:t>Why not every 6 months?</w:t>
            </w:r>
          </w:p>
          <w:p w14:paraId="312E4DDE" w14:textId="4E71605C" w:rsidR="00DF1805" w:rsidRPr="00925AA4" w:rsidRDefault="00DF1805" w:rsidP="00DF1805">
            <w:r w:rsidRPr="00925AA4">
              <w:t xml:space="preserve">Once you’ve had periodontitis, you remain more susceptible to recurrence. The bacterial repopulation cycle in periodontal pockets tends to reach harmful levels again </w:t>
            </w:r>
            <w:r w:rsidRPr="00925AA4">
              <w:lastRenderedPageBreak/>
              <w:t>by around 12–16 weeks, which is why the 3–4-month interval is standard.</w:t>
            </w:r>
          </w:p>
          <w:p w14:paraId="586DFA30" w14:textId="77777777" w:rsidR="00DF1805" w:rsidRPr="00925AA4" w:rsidRDefault="00DF1805" w:rsidP="00DF1805">
            <w:r w:rsidRPr="00925AA4">
              <w:t>However:</w:t>
            </w:r>
          </w:p>
          <w:p w14:paraId="0E23FAA7" w14:textId="77777777" w:rsidR="00DF1805" w:rsidRPr="00925AA4" w:rsidRDefault="00DF1805" w:rsidP="00DF1805">
            <w:r w:rsidRPr="00925AA4">
              <w:t>Your exact interval should be tailored to your case. Factors that may require more frequent visits include:</w:t>
            </w:r>
          </w:p>
          <w:p w14:paraId="15538BC6" w14:textId="77777777" w:rsidR="00DF1805" w:rsidRPr="00925AA4" w:rsidRDefault="00DF1805" w:rsidP="00DF1805">
            <w:r w:rsidRPr="00925AA4">
              <w:t>Deep pockets (≥5 mm)</w:t>
            </w:r>
          </w:p>
          <w:p w14:paraId="4125D9C3" w14:textId="77777777" w:rsidR="00DF1805" w:rsidRPr="00925AA4" w:rsidRDefault="00DF1805" w:rsidP="00DF1805">
            <w:r w:rsidRPr="00925AA4">
              <w:t>Active inflammation or bleeding</w:t>
            </w:r>
          </w:p>
          <w:p w14:paraId="641FD578" w14:textId="77777777" w:rsidR="00DF1805" w:rsidRPr="00925AA4" w:rsidRDefault="00DF1805" w:rsidP="00DF1805">
            <w:r w:rsidRPr="00925AA4">
              <w:t>Smoking</w:t>
            </w:r>
          </w:p>
          <w:p w14:paraId="344D4F4F" w14:textId="77777777" w:rsidR="00DF1805" w:rsidRPr="00925AA4" w:rsidRDefault="00DF1805" w:rsidP="00DF1805">
            <w:r w:rsidRPr="00925AA4">
              <w:t>Diabetes</w:t>
            </w:r>
          </w:p>
          <w:p w14:paraId="14E86710" w14:textId="77777777" w:rsidR="00DF1805" w:rsidRPr="00925AA4" w:rsidRDefault="00DF1805" w:rsidP="00DF1805">
            <w:r w:rsidRPr="00925AA4">
              <w:t>Poor plaque control</w:t>
            </w:r>
          </w:p>
          <w:p w14:paraId="32C690BA" w14:textId="234D00C8" w:rsidR="00DF1805" w:rsidRPr="00925AA4" w:rsidRDefault="00DF1805" w:rsidP="00DF1805">
            <w:r w:rsidRPr="00925AA4">
              <w:t>History of rapid attachment loss</w:t>
            </w:r>
          </w:p>
          <w:p w14:paraId="06AB0717" w14:textId="77777777" w:rsidR="00DF1805" w:rsidRPr="00925AA4" w:rsidRDefault="00DF1805" w:rsidP="00DF1805">
            <w:r w:rsidRPr="00925AA4">
              <w:t>If your disease is very stable, your periodontist may extend intervals slightly, but 3–4 months remains the most common and effective maintenance frequency.</w:t>
            </w:r>
          </w:p>
          <w:p w14:paraId="4E984AAD" w14:textId="2EF4BB64" w:rsidR="006F0382" w:rsidRPr="00925AA4" w:rsidRDefault="00DF1805" w:rsidP="00DF1805">
            <w:r w:rsidRPr="00925AA4">
              <w:t>If you’d like, I can also explain what typically happens during a periodontal maintenance visit.</w:t>
            </w:r>
          </w:p>
        </w:tc>
        <w:tc>
          <w:tcPr>
            <w:tcW w:w="4320" w:type="dxa"/>
          </w:tcPr>
          <w:p w14:paraId="06A911BF" w14:textId="17A8DCA5" w:rsidR="001773A6" w:rsidRPr="00925AA4" w:rsidRDefault="001773A6" w:rsidP="001773A6">
            <w:r w:rsidRPr="00925AA4">
              <w:lastRenderedPageBreak/>
              <w:t>As a periodontic specialist, I recommend a personalized recall schedule for your check-ups, as the frequency depends entirely on the severity of your gum disease, how well it's controlled, and your overall risk factors.</w:t>
            </w:r>
          </w:p>
          <w:p w14:paraId="1F1A899B" w14:textId="77777777" w:rsidR="001773A6" w:rsidRPr="00925AA4" w:rsidRDefault="001773A6" w:rsidP="001773A6">
            <w:r w:rsidRPr="00925AA4">
              <w:rPr>
                <w:rFonts w:ascii="Apple Color Emoji" w:hAnsi="Apple Color Emoji" w:cs="Apple Color Emoji"/>
              </w:rPr>
              <w:t>👩‍⚕️</w:t>
            </w:r>
            <w:r w:rsidRPr="00925AA4">
              <w:t xml:space="preserve"> Standard Recommendations for Periodontal Maintenance</w:t>
            </w:r>
          </w:p>
          <w:p w14:paraId="08ADE02F" w14:textId="744F0CBE" w:rsidR="001773A6" w:rsidRPr="00925AA4" w:rsidRDefault="001773A6" w:rsidP="001773A6">
            <w:r w:rsidRPr="00925AA4">
              <w:t>For most patients successfully treated for gum disease (periodontitis), the standard recommendation is to have periodontal maintenance appointments every three months (quarterly).</w:t>
            </w:r>
          </w:p>
          <w:p w14:paraId="2E35FB18" w14:textId="1A48C234" w:rsidR="001773A6" w:rsidRPr="00925AA4" w:rsidRDefault="001773A6" w:rsidP="001773A6">
            <w:r w:rsidRPr="00925AA4">
              <w:t>Why Every Three Months?</w:t>
            </w:r>
          </w:p>
          <w:p w14:paraId="47A7A8E8" w14:textId="5E345FB6" w:rsidR="001773A6" w:rsidRPr="00925AA4" w:rsidRDefault="001773A6" w:rsidP="001773A6">
            <w:r w:rsidRPr="00925AA4">
              <w:t>Bacterial Regrowth: The bacteria responsible for gum disease tend to repopulate in the deep pockets around your teeth to destructive levels within approximately 90 days.</w:t>
            </w:r>
          </w:p>
          <w:p w14:paraId="6F995821" w14:textId="1990AC72" w:rsidR="001773A6" w:rsidRPr="00925AA4" w:rsidRDefault="001773A6" w:rsidP="001773A6">
            <w:r w:rsidRPr="00925AA4">
              <w:t xml:space="preserve">Effective Plaque Removal: A three-month interval ensures we can mechanically remove the hardened plaque (calculus) and </w:t>
            </w:r>
            <w:r w:rsidRPr="00925AA4">
              <w:lastRenderedPageBreak/>
              <w:t>bacterial biofilm from below the gum line (a procedure called scaling and root planing) before significant damage occurs.</w:t>
            </w:r>
          </w:p>
          <w:p w14:paraId="142BB648" w14:textId="0DD40356" w:rsidR="001773A6" w:rsidRPr="00925AA4" w:rsidRDefault="001773A6" w:rsidP="001773A6">
            <w:r w:rsidRPr="00925AA4">
              <w:t>Monitoring: This frequency allows us to closely monitor pocket depths, bleeding, and bone loss, catching any disease recurrence early before it progresses.</w:t>
            </w:r>
          </w:p>
          <w:p w14:paraId="6BFCB089" w14:textId="77777777" w:rsidR="001773A6" w:rsidRPr="00925AA4" w:rsidRDefault="001773A6" w:rsidP="001773A6">
            <w:r w:rsidRPr="00925AA4">
              <w:rPr>
                <w:rFonts w:ascii="Apple Color Emoji" w:hAnsi="Apple Color Emoji" w:cs="Apple Color Emoji"/>
              </w:rPr>
              <w:t>📈</w:t>
            </w:r>
            <w:r w:rsidRPr="00925AA4">
              <w:t xml:space="preserve"> Adjusting Your Schedule</w:t>
            </w:r>
          </w:p>
          <w:p w14:paraId="14ACC0A4" w14:textId="3C3D1178" w:rsidR="001773A6" w:rsidRPr="00925AA4" w:rsidRDefault="001773A6" w:rsidP="001773A6">
            <w:r w:rsidRPr="00925AA4">
              <w:t>While three months is common, your specific needs might require a shorter or longer interval:</w:t>
            </w:r>
          </w:p>
          <w:p w14:paraId="08FEADCD" w14:textId="76552A1A" w:rsidR="001773A6" w:rsidRPr="00925AA4" w:rsidRDefault="001773A6" w:rsidP="001773A6">
            <w:r w:rsidRPr="00925AA4">
              <w:t>More Frequent (e.g., Every 4-6 Weeks): This may be necessary if:</w:t>
            </w:r>
          </w:p>
          <w:p w14:paraId="135A1D88" w14:textId="31A08683" w:rsidR="001773A6" w:rsidRPr="00925AA4" w:rsidRDefault="001773A6" w:rsidP="001773A6">
            <w:r w:rsidRPr="00925AA4">
              <w:t>Your disease is highly aggressive or uncontrolled.</w:t>
            </w:r>
          </w:p>
          <w:p w14:paraId="3CDE870E" w14:textId="53E5CAC3" w:rsidR="001773A6" w:rsidRPr="00925AA4" w:rsidRDefault="001773A6" w:rsidP="001773A6">
            <w:r w:rsidRPr="00925AA4">
              <w:t>You have significant systemic risk factors (like poorly controlled diabetes or a compromised immune system).</w:t>
            </w:r>
          </w:p>
          <w:p w14:paraId="767CE3CB" w14:textId="79B5F0DA" w:rsidR="001773A6" w:rsidRPr="00925AA4" w:rsidRDefault="001773A6" w:rsidP="001773A6">
            <w:r w:rsidRPr="00925AA4">
              <w:t>You are a smoker or have complex restorative work like dental implants that require extra monitoring.</w:t>
            </w:r>
          </w:p>
          <w:p w14:paraId="0375E1ED" w14:textId="6E883068" w:rsidR="001773A6" w:rsidRPr="00925AA4" w:rsidRDefault="001773A6" w:rsidP="001773A6">
            <w:r w:rsidRPr="00925AA4">
              <w:t>Less Frequent (e.g., Every 4-6 Months): This may be considered only if:</w:t>
            </w:r>
          </w:p>
          <w:p w14:paraId="41C91995" w14:textId="07C0123C" w:rsidR="001773A6" w:rsidRPr="00925AA4" w:rsidRDefault="001773A6" w:rsidP="001773A6">
            <w:r w:rsidRPr="00925AA4">
              <w:t>Your periodontitis was mild.</w:t>
            </w:r>
          </w:p>
          <w:p w14:paraId="75824FF1" w14:textId="6A92E959" w:rsidR="001773A6" w:rsidRPr="00925AA4" w:rsidRDefault="001773A6" w:rsidP="001773A6">
            <w:r w:rsidRPr="00925AA4">
              <w:t>You have achieved outstanding stability (minimal pocket depths, no bleeding).</w:t>
            </w:r>
          </w:p>
          <w:p w14:paraId="2FD56392" w14:textId="6103D1C2" w:rsidR="001773A6" w:rsidRPr="00925AA4" w:rsidRDefault="001773A6" w:rsidP="001773A6">
            <w:r w:rsidRPr="00925AA4">
              <w:t>You demonstrate excellent daily oral hygiene and compliance.</w:t>
            </w:r>
          </w:p>
          <w:p w14:paraId="112CD764" w14:textId="7AAD2F7D" w:rsidR="001773A6" w:rsidRPr="00925AA4" w:rsidRDefault="001773A6" w:rsidP="001773A6">
            <w:r w:rsidRPr="00925AA4">
              <w:t>The goal is to establish the shortest interval necessary to maintain stability and prevent the recurrence of your gum disease. We will assess your specific case at your next appointment and determine the ideal schedule for you.</w:t>
            </w:r>
          </w:p>
          <w:p w14:paraId="4375A517" w14:textId="75BD4FD9" w:rsidR="006F0382" w:rsidRPr="00925AA4" w:rsidRDefault="001773A6" w:rsidP="001773A6">
            <w:r w:rsidRPr="00925AA4">
              <w:lastRenderedPageBreak/>
              <w:t>Would you like me to explain what happens during a typical periodontal maintenance visit?</w:t>
            </w:r>
          </w:p>
        </w:tc>
      </w:tr>
      <w:tr w:rsidR="006F0382" w:rsidRPr="00925AA4" w14:paraId="3A1974AD" w14:textId="77777777">
        <w:tc>
          <w:tcPr>
            <w:tcW w:w="4320" w:type="dxa"/>
          </w:tcPr>
          <w:p w14:paraId="48DC144F" w14:textId="225B472B" w:rsidR="006F0382" w:rsidRPr="00925AA4" w:rsidRDefault="006F0382"/>
        </w:tc>
        <w:tc>
          <w:tcPr>
            <w:tcW w:w="4320" w:type="dxa"/>
          </w:tcPr>
          <w:p w14:paraId="3E03FD4E" w14:textId="77777777" w:rsidR="006F0382" w:rsidRPr="00925AA4" w:rsidRDefault="00000000">
            <w:r w:rsidRPr="00925AA4">
              <w:t>________________________________</w:t>
            </w:r>
          </w:p>
        </w:tc>
      </w:tr>
    </w:tbl>
    <w:p w14:paraId="052624B1"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27EBDCEE" w14:textId="77777777">
        <w:tc>
          <w:tcPr>
            <w:tcW w:w="4320" w:type="dxa"/>
          </w:tcPr>
          <w:p w14:paraId="235A45B0" w14:textId="38DFA33A" w:rsidR="006F0382" w:rsidRPr="00925AA4" w:rsidRDefault="00372A24">
            <w:r w:rsidRPr="00925AA4">
              <w:t>Answer C (Claude)</w:t>
            </w:r>
          </w:p>
        </w:tc>
        <w:tc>
          <w:tcPr>
            <w:tcW w:w="4320" w:type="dxa"/>
          </w:tcPr>
          <w:p w14:paraId="59302AEE" w14:textId="3C794F25" w:rsidR="006F0382" w:rsidRPr="00925AA4" w:rsidRDefault="00372A24">
            <w:r w:rsidRPr="00925AA4">
              <w:t>Answer D (</w:t>
            </w:r>
            <w:r w:rsidR="005C166D" w:rsidRPr="00925AA4">
              <w:t>Expert</w:t>
            </w:r>
            <w:r w:rsidRPr="00925AA4">
              <w:t>)</w:t>
            </w:r>
          </w:p>
        </w:tc>
      </w:tr>
      <w:tr w:rsidR="006F0382" w:rsidRPr="00925AA4" w14:paraId="4231E057" w14:textId="77777777">
        <w:tc>
          <w:tcPr>
            <w:tcW w:w="4320" w:type="dxa"/>
          </w:tcPr>
          <w:p w14:paraId="1AD7BD33" w14:textId="77777777" w:rsidR="00C74859" w:rsidRPr="00925AA4" w:rsidRDefault="00C74859" w:rsidP="00C74859">
            <w:r w:rsidRPr="00925AA4">
              <w:t>As a periodontic specialist, my recommendation for check-up frequency depends on the severity and stability of your gum disease:</w:t>
            </w:r>
          </w:p>
          <w:p w14:paraId="618209B1" w14:textId="77777777" w:rsidR="00C74859" w:rsidRPr="00925AA4" w:rsidRDefault="00C74859" w:rsidP="00C74859">
            <w:r w:rsidRPr="00925AA4">
              <w:t>For Active Periodontal Disease:</w:t>
            </w:r>
          </w:p>
          <w:p w14:paraId="54BAC608" w14:textId="77777777" w:rsidR="00C74859" w:rsidRPr="00925AA4" w:rsidRDefault="00C74859" w:rsidP="00C74859">
            <w:r w:rsidRPr="00925AA4">
              <w:t>You should visit every 3 months (quarterly) for periodontal maintenance therapy. This is the most common interval and is critical for managing active disease.</w:t>
            </w:r>
          </w:p>
          <w:p w14:paraId="1C4C0EFA" w14:textId="77777777" w:rsidR="00C74859" w:rsidRPr="00925AA4" w:rsidRDefault="00C74859" w:rsidP="00C74859">
            <w:r w:rsidRPr="00925AA4">
              <w:t>For Severe or Unstable Cases:</w:t>
            </w:r>
          </w:p>
          <w:p w14:paraId="2CE76024" w14:textId="77777777" w:rsidR="00C74859" w:rsidRPr="00925AA4" w:rsidRDefault="00C74859" w:rsidP="00C74859">
            <w:r w:rsidRPr="00925AA4">
              <w:t>More frequent visits every 6-8 weeks may be necessary until the condition stabilizes.</w:t>
            </w:r>
          </w:p>
          <w:p w14:paraId="43601E51" w14:textId="77777777" w:rsidR="00C74859" w:rsidRPr="00925AA4" w:rsidRDefault="00C74859" w:rsidP="00C74859">
            <w:r w:rsidRPr="00925AA4">
              <w:t>For Well-Controlled/Stable Disease:</w:t>
            </w:r>
          </w:p>
          <w:p w14:paraId="5977F014" w14:textId="77777777" w:rsidR="00C74859" w:rsidRPr="00925AA4" w:rsidRDefault="00C74859" w:rsidP="00C74859">
            <w:r w:rsidRPr="00925AA4">
              <w:t>Once your gum disease is under control and you've demonstrated excellent home care, we might extend visits to every 4-6 months, though 3 months remains ideal for most patients.</w:t>
            </w:r>
          </w:p>
          <w:p w14:paraId="69420342" w14:textId="77777777" w:rsidR="00C74859" w:rsidRPr="00925AA4" w:rsidRDefault="00C74859" w:rsidP="00C74859">
            <w:r w:rsidRPr="00925AA4">
              <w:t>Why 3-month intervals?</w:t>
            </w:r>
          </w:p>
          <w:p w14:paraId="2483EC92" w14:textId="77777777" w:rsidR="00C74859" w:rsidRPr="00925AA4" w:rsidRDefault="00C74859" w:rsidP="00C74859">
            <w:r w:rsidRPr="00925AA4">
              <w:t>Research shows that harmful bacteria repopulate periodontal pockets within approximately 90 days after professional cleaning. Regular maintenance prevents recolonization and disease progression.</w:t>
            </w:r>
          </w:p>
          <w:p w14:paraId="74175E99" w14:textId="77777777" w:rsidR="00C74859" w:rsidRPr="00925AA4" w:rsidRDefault="00C74859" w:rsidP="00C74859">
            <w:r w:rsidRPr="00925AA4">
              <w:t>What happens at these visits:</w:t>
            </w:r>
          </w:p>
          <w:p w14:paraId="3F951150" w14:textId="77777777" w:rsidR="00C74859" w:rsidRPr="00925AA4" w:rsidRDefault="00C74859" w:rsidP="00C74859"/>
          <w:p w14:paraId="54C5FBF5" w14:textId="77777777" w:rsidR="00C74859" w:rsidRPr="00925AA4" w:rsidRDefault="00C74859" w:rsidP="00C74859">
            <w:r w:rsidRPr="00925AA4">
              <w:lastRenderedPageBreak/>
              <w:t>Professional deep cleaning of periodontal pockets</w:t>
            </w:r>
          </w:p>
          <w:p w14:paraId="4A5FD44C" w14:textId="77777777" w:rsidR="00C74859" w:rsidRPr="00925AA4" w:rsidRDefault="00C74859" w:rsidP="00C74859">
            <w:r w:rsidRPr="00925AA4">
              <w:t>Removal of tartar below the gum line</w:t>
            </w:r>
          </w:p>
          <w:p w14:paraId="59604FD5" w14:textId="77777777" w:rsidR="00C74859" w:rsidRPr="00925AA4" w:rsidRDefault="00C74859" w:rsidP="00C74859">
            <w:r w:rsidRPr="00925AA4">
              <w:t>Assessment of pocket depths and attachment levels</w:t>
            </w:r>
          </w:p>
          <w:p w14:paraId="5EE3919E" w14:textId="77777777" w:rsidR="00C74859" w:rsidRPr="00925AA4" w:rsidRDefault="00C74859" w:rsidP="00C74859">
            <w:r w:rsidRPr="00925AA4">
              <w:t>Evaluation of your home care effectiveness</w:t>
            </w:r>
          </w:p>
          <w:p w14:paraId="5B56422C" w14:textId="77777777" w:rsidR="00C74859" w:rsidRPr="00925AA4" w:rsidRDefault="00C74859" w:rsidP="00C74859">
            <w:r w:rsidRPr="00925AA4">
              <w:t>Early detection of any disease progression</w:t>
            </w:r>
          </w:p>
          <w:p w14:paraId="173581C8" w14:textId="77777777" w:rsidR="00C74859" w:rsidRPr="00925AA4" w:rsidRDefault="00C74859" w:rsidP="00C74859"/>
          <w:p w14:paraId="1E876297" w14:textId="06CA410A" w:rsidR="006F0382" w:rsidRPr="00925AA4" w:rsidRDefault="00C74859" w:rsidP="00C74859">
            <w:r w:rsidRPr="00925AA4">
              <w:t>Important: These periodontal maintenance appointments are in addition to any general dental cleanings and are specifically tailored to manage gum disease. Never skip appointments, as periodontal disease can progress silently and cause irreversible bone loss.</w:t>
            </w:r>
          </w:p>
        </w:tc>
        <w:tc>
          <w:tcPr>
            <w:tcW w:w="4320" w:type="dxa"/>
          </w:tcPr>
          <w:p w14:paraId="5E2063C8" w14:textId="77777777" w:rsidR="00B11BD4" w:rsidRPr="00B11BD4" w:rsidRDefault="00B11BD4" w:rsidP="00B11BD4">
            <w:r w:rsidRPr="00B11BD4">
              <w:lastRenderedPageBreak/>
              <w:t>The 2017 World Workshop on Periodontology recommends supportive periodontal care appointments at intervals of 3–12 months following active periodontal treatment in patients with a history of periodontitis.</w:t>
            </w:r>
          </w:p>
          <w:p w14:paraId="1BA0E60C" w14:textId="77777777" w:rsidR="00B11BD4" w:rsidRPr="00B11BD4" w:rsidRDefault="00B11BD4" w:rsidP="00B11BD4">
            <w:r w:rsidRPr="00B11BD4">
              <w:t>Patients with treated periodontitis are considered individuals at high risk for disease recurrence or progression and therefore require regular follow-up.</w:t>
            </w:r>
          </w:p>
          <w:p w14:paraId="06A60D8A" w14:textId="77777777" w:rsidR="00B11BD4" w:rsidRPr="00B11BD4" w:rsidRDefault="00B11BD4" w:rsidP="00B11BD4">
            <w:r w:rsidRPr="00B11BD4">
              <w:t>The frequency of follow-up should be individualized based on the patient’s risk profile, disease severity, and post-treatment clinical status.</w:t>
            </w:r>
          </w:p>
          <w:p w14:paraId="2B621CEF" w14:textId="77777777" w:rsidR="00B11BD4" w:rsidRPr="00B11BD4" w:rsidRDefault="00B11BD4" w:rsidP="00B11BD4">
            <w:r w:rsidRPr="00B11BD4">
              <w:t>More frequent monitoring may be required in cases such as smoking, diabetes, advanced age, systemic diseases, and poor patient compliance.</w:t>
            </w:r>
          </w:p>
          <w:p w14:paraId="6DFCC055" w14:textId="77777777" w:rsidR="00B11BD4" w:rsidRPr="00B11BD4" w:rsidRDefault="00B11BD4" w:rsidP="00B11BD4">
            <w:r w:rsidRPr="00B11BD4">
              <w:t>With a personalized care plan, regular follow-up and continuous motivational support can help prevent disease recurrence and tooth loss.</w:t>
            </w:r>
          </w:p>
          <w:p w14:paraId="146B6FF9" w14:textId="77777777" w:rsidR="00B11BD4" w:rsidRPr="00B11BD4" w:rsidRDefault="00B11BD4" w:rsidP="00B11BD4">
            <w:r w:rsidRPr="00B11BD4">
              <w:t>During these follow-up appointments, systemic condition, periodontal health, oral hygiene, and risk factors are evaluated; additionally, professional mechanical plaque removal and cleaning of residual periodontal pockets are performed.</w:t>
            </w:r>
          </w:p>
          <w:p w14:paraId="4ADE0350" w14:textId="663CBBF7" w:rsidR="006F0382" w:rsidRPr="00925AA4" w:rsidRDefault="00000000">
            <w:r w:rsidRPr="00925AA4">
              <w:t>_______________________________</w:t>
            </w:r>
          </w:p>
        </w:tc>
      </w:tr>
      <w:tr w:rsidR="006F0382" w:rsidRPr="00925AA4" w14:paraId="3773A469" w14:textId="77777777">
        <w:tc>
          <w:tcPr>
            <w:tcW w:w="4320" w:type="dxa"/>
          </w:tcPr>
          <w:p w14:paraId="0E784000" w14:textId="77777777" w:rsidR="006F0382" w:rsidRPr="00925AA4" w:rsidRDefault="00000000">
            <w:r w:rsidRPr="00925AA4">
              <w:t>________________________________</w:t>
            </w:r>
          </w:p>
        </w:tc>
        <w:tc>
          <w:tcPr>
            <w:tcW w:w="4320" w:type="dxa"/>
          </w:tcPr>
          <w:p w14:paraId="363C0409" w14:textId="77777777" w:rsidR="006F0382" w:rsidRPr="00925AA4" w:rsidRDefault="00000000">
            <w:r w:rsidRPr="00925AA4">
              <w:t>________________________________</w:t>
            </w:r>
          </w:p>
        </w:tc>
      </w:tr>
    </w:tbl>
    <w:p w14:paraId="6086146B" w14:textId="7239234F" w:rsidR="006F0382" w:rsidRPr="00925AA4" w:rsidRDefault="00D61BF9">
      <w:r w:rsidRPr="00925AA4">
        <w:rPr>
          <w:b/>
          <w:bCs/>
        </w:rPr>
        <w:t>Question 14:</w:t>
      </w:r>
      <w:r w:rsidRPr="00925AA4">
        <w:t xml:space="preserve"> </w:t>
      </w:r>
      <w:r w:rsidR="00DF1805" w:rsidRPr="00925AA4">
        <w:t xml:space="preserve">Assume the role of a periodontic specialist and provide a precise answer to the following patient question. </w:t>
      </w:r>
      <w:r w:rsidR="00DF1805" w:rsidRPr="00925AA4">
        <w:rPr>
          <w:rFonts w:ascii="Times New Roman" w:hAnsi="Times New Roman" w:cs="Times New Roman"/>
        </w:rPr>
        <w:t>What can I do at home to prevent gum disease?</w:t>
      </w:r>
      <w:r w:rsidR="00DF1805" w:rsidRPr="00925AA4">
        <w:t xml:space="preserve"> </w:t>
      </w:r>
      <w:r w:rsidRPr="00925AA4">
        <w:br/>
      </w:r>
    </w:p>
    <w:tbl>
      <w:tblPr>
        <w:tblW w:w="0" w:type="auto"/>
        <w:tblLook w:val="04A0" w:firstRow="1" w:lastRow="0" w:firstColumn="1" w:lastColumn="0" w:noHBand="0" w:noVBand="1"/>
      </w:tblPr>
      <w:tblGrid>
        <w:gridCol w:w="4320"/>
        <w:gridCol w:w="4320"/>
      </w:tblGrid>
      <w:tr w:rsidR="006F0382" w:rsidRPr="00925AA4" w14:paraId="211ACC3C" w14:textId="77777777">
        <w:tc>
          <w:tcPr>
            <w:tcW w:w="4320" w:type="dxa"/>
          </w:tcPr>
          <w:p w14:paraId="12CA3579" w14:textId="5282B50A" w:rsidR="006F0382" w:rsidRPr="00925AA4" w:rsidRDefault="00372A24">
            <w:r w:rsidRPr="00925AA4">
              <w:t>Answer A (ChatGPT)</w:t>
            </w:r>
          </w:p>
        </w:tc>
        <w:tc>
          <w:tcPr>
            <w:tcW w:w="4320" w:type="dxa"/>
          </w:tcPr>
          <w:p w14:paraId="72722C4F" w14:textId="662DCA36" w:rsidR="006F0382" w:rsidRPr="00925AA4" w:rsidRDefault="00372A24">
            <w:r w:rsidRPr="00925AA4">
              <w:t>Answer B (Gemini)</w:t>
            </w:r>
          </w:p>
        </w:tc>
      </w:tr>
      <w:tr w:rsidR="006F0382" w:rsidRPr="00925AA4" w14:paraId="7354F010" w14:textId="77777777">
        <w:tc>
          <w:tcPr>
            <w:tcW w:w="4320" w:type="dxa"/>
          </w:tcPr>
          <w:p w14:paraId="261E264B" w14:textId="77777777" w:rsidR="00DF1805" w:rsidRPr="00925AA4" w:rsidRDefault="00DF1805" w:rsidP="00DF1805">
            <w:r w:rsidRPr="00925AA4">
              <w:t>As a periodontic specialist, here’s the most effective, evidence-based guidance for preventing gum disease at home:</w:t>
            </w:r>
          </w:p>
          <w:p w14:paraId="6DAFD7E5" w14:textId="77777777" w:rsidR="00DF1805" w:rsidRPr="00925AA4" w:rsidRDefault="00DF1805" w:rsidP="00DF1805">
            <w:r w:rsidRPr="00925AA4">
              <w:t>1. Brush thoroughly—twice daily</w:t>
            </w:r>
          </w:p>
          <w:p w14:paraId="0DFA656E" w14:textId="77777777" w:rsidR="00DF1805" w:rsidRPr="00925AA4" w:rsidRDefault="00DF1805" w:rsidP="00DF1805">
            <w:r w:rsidRPr="00925AA4">
              <w:t>Use a soft-bristled brush or an electric toothbrush.</w:t>
            </w:r>
          </w:p>
          <w:p w14:paraId="5A11DC64" w14:textId="77777777" w:rsidR="00DF1805" w:rsidRPr="00925AA4" w:rsidRDefault="00DF1805" w:rsidP="00DF1805">
            <w:r w:rsidRPr="00925AA4">
              <w:t>Angle the bristles 45° toward the gumline and make small, gentle strokes.</w:t>
            </w:r>
          </w:p>
          <w:p w14:paraId="7A40C157" w14:textId="77777777" w:rsidR="00DF1805" w:rsidRPr="00925AA4" w:rsidRDefault="00DF1805" w:rsidP="00DF1805">
            <w:r w:rsidRPr="00925AA4">
              <w:t>Brush for 2 minutes each time.</w:t>
            </w:r>
          </w:p>
          <w:p w14:paraId="21461EB8" w14:textId="77777777" w:rsidR="00DF1805" w:rsidRPr="00925AA4" w:rsidRDefault="00DF1805" w:rsidP="00DF1805">
            <w:r w:rsidRPr="00925AA4">
              <w:t>2. Clean between your teeth every day</w:t>
            </w:r>
          </w:p>
          <w:p w14:paraId="1A1532EA" w14:textId="77777777" w:rsidR="00DF1805" w:rsidRPr="00925AA4" w:rsidRDefault="00DF1805" w:rsidP="00DF1805">
            <w:r w:rsidRPr="00925AA4">
              <w:t>Floss once daily (traditional floss, floss picks, or interdental brushes).</w:t>
            </w:r>
          </w:p>
          <w:p w14:paraId="3A4F0C15" w14:textId="77777777" w:rsidR="00DF1805" w:rsidRPr="00925AA4" w:rsidRDefault="00DF1805" w:rsidP="00DF1805">
            <w:r w:rsidRPr="00925AA4">
              <w:lastRenderedPageBreak/>
              <w:t>If you have larger spaces or gum recession, interdental brushes may clean more effectively than floss.</w:t>
            </w:r>
          </w:p>
          <w:p w14:paraId="058F49A4" w14:textId="77777777" w:rsidR="00DF1805" w:rsidRPr="00925AA4" w:rsidRDefault="00DF1805" w:rsidP="00DF1805">
            <w:r w:rsidRPr="00925AA4">
              <w:t>3. Add an antimicrobial or fluoride mouth rinse</w:t>
            </w:r>
          </w:p>
          <w:p w14:paraId="6508BB0B" w14:textId="77777777" w:rsidR="00DF1805" w:rsidRPr="00925AA4" w:rsidRDefault="00DF1805" w:rsidP="00DF1805">
            <w:r w:rsidRPr="00925AA4">
              <w:t>A daily antimicrobial rinse (like chlorhexidine only if prescribed, or OTC antiseptic rinses) can reduce bacterial load.</w:t>
            </w:r>
          </w:p>
          <w:p w14:paraId="1AFC841E" w14:textId="77777777" w:rsidR="00DF1805" w:rsidRPr="00925AA4" w:rsidRDefault="00DF1805" w:rsidP="00DF1805">
            <w:r w:rsidRPr="00925AA4">
              <w:t>A fluoride rinse can help protect exposed roots if you have recession.</w:t>
            </w:r>
          </w:p>
          <w:p w14:paraId="646534AF" w14:textId="77777777" w:rsidR="00DF1805" w:rsidRPr="00925AA4" w:rsidRDefault="00DF1805" w:rsidP="00DF1805">
            <w:r w:rsidRPr="00925AA4">
              <w:t>4. Use toothpaste formulated for gum health</w:t>
            </w:r>
          </w:p>
          <w:p w14:paraId="19A309D9" w14:textId="77777777" w:rsidR="00DF1805" w:rsidRPr="00925AA4" w:rsidRDefault="00DF1805" w:rsidP="00DF1805">
            <w:r w:rsidRPr="00925AA4">
              <w:t>Look for toothpaste with stannous fluoride or antibacterial agents that help reduce plaque and gingival inflammation.</w:t>
            </w:r>
          </w:p>
          <w:p w14:paraId="1EBD8F5E" w14:textId="77777777" w:rsidR="00DF1805" w:rsidRPr="00925AA4" w:rsidRDefault="00DF1805" w:rsidP="00DF1805">
            <w:r w:rsidRPr="00925AA4">
              <w:t>5. Clean your tongue</w:t>
            </w:r>
          </w:p>
          <w:p w14:paraId="6931D234" w14:textId="77777777" w:rsidR="00DF1805" w:rsidRPr="00925AA4" w:rsidRDefault="00DF1805" w:rsidP="00DF1805">
            <w:r w:rsidRPr="00925AA4">
              <w:t>Use a tongue scraper or brush your tongue to reduce overall bacterial accumulation.</w:t>
            </w:r>
          </w:p>
          <w:p w14:paraId="3759F28D" w14:textId="77777777" w:rsidR="00DF1805" w:rsidRPr="00925AA4" w:rsidRDefault="00DF1805" w:rsidP="00DF1805">
            <w:r w:rsidRPr="00925AA4">
              <w:t>6. Maintain a healthy diet</w:t>
            </w:r>
          </w:p>
          <w:p w14:paraId="10BAE703" w14:textId="77777777" w:rsidR="00DF1805" w:rsidRPr="00925AA4" w:rsidRDefault="00DF1805" w:rsidP="00DF1805">
            <w:r w:rsidRPr="00925AA4">
              <w:t>Limit sugar and refined carbohydrates.</w:t>
            </w:r>
          </w:p>
          <w:p w14:paraId="6D3D251F" w14:textId="77777777" w:rsidR="00DF1805" w:rsidRPr="00925AA4" w:rsidRDefault="00DF1805" w:rsidP="00DF1805">
            <w:r w:rsidRPr="00925AA4">
              <w:t>Increase intake of fruits, vegetables, and omega-3 fatty acids, which support gum health.</w:t>
            </w:r>
          </w:p>
          <w:p w14:paraId="5DC5F798" w14:textId="77777777" w:rsidR="00DF1805" w:rsidRPr="00925AA4" w:rsidRDefault="00DF1805" w:rsidP="00DF1805">
            <w:r w:rsidRPr="00925AA4">
              <w:t>Stay well-hydrated to maintain saliva flow.</w:t>
            </w:r>
          </w:p>
          <w:p w14:paraId="0EB85A43" w14:textId="77777777" w:rsidR="00DF1805" w:rsidRPr="00925AA4" w:rsidRDefault="00DF1805" w:rsidP="00DF1805">
            <w:r w:rsidRPr="00925AA4">
              <w:t>7. Avoid tobacco</w:t>
            </w:r>
          </w:p>
          <w:p w14:paraId="516B8039" w14:textId="77777777" w:rsidR="00DF1805" w:rsidRPr="00925AA4" w:rsidRDefault="00DF1805" w:rsidP="00DF1805">
            <w:r w:rsidRPr="00925AA4">
              <w:t>Smoking or chewing tobacco dramatically increases your risk for gum disease and slows healing.</w:t>
            </w:r>
          </w:p>
          <w:p w14:paraId="2422FA47" w14:textId="77777777" w:rsidR="00DF1805" w:rsidRPr="00925AA4" w:rsidRDefault="00DF1805" w:rsidP="00DF1805">
            <w:r w:rsidRPr="00925AA4">
              <w:t>8. Monitor for early signs</w:t>
            </w:r>
          </w:p>
          <w:p w14:paraId="6CE83B06" w14:textId="77777777" w:rsidR="00DF1805" w:rsidRPr="00925AA4" w:rsidRDefault="00DF1805" w:rsidP="00DF1805">
            <w:r w:rsidRPr="00925AA4">
              <w:t>Bleeding when brushing or flossing</w:t>
            </w:r>
          </w:p>
          <w:p w14:paraId="242D4F17" w14:textId="77777777" w:rsidR="00DF1805" w:rsidRPr="00925AA4" w:rsidRDefault="00DF1805" w:rsidP="00DF1805">
            <w:r w:rsidRPr="00925AA4">
              <w:t>Persistent bad breath</w:t>
            </w:r>
          </w:p>
          <w:p w14:paraId="793FED35" w14:textId="77777777" w:rsidR="00DF1805" w:rsidRPr="00925AA4" w:rsidRDefault="00DF1805" w:rsidP="00DF1805">
            <w:r w:rsidRPr="00925AA4">
              <w:lastRenderedPageBreak/>
              <w:t>Gum tenderness or swelling</w:t>
            </w:r>
          </w:p>
          <w:p w14:paraId="247C11E0" w14:textId="77777777" w:rsidR="00DF1805" w:rsidRPr="00925AA4" w:rsidRDefault="00DF1805" w:rsidP="00DF1805">
            <w:r w:rsidRPr="00925AA4">
              <w:t>If you notice these, seeking care early prevents progression.</w:t>
            </w:r>
          </w:p>
          <w:p w14:paraId="46C68F5F" w14:textId="77777777" w:rsidR="00DF1805" w:rsidRPr="00925AA4" w:rsidRDefault="00DF1805" w:rsidP="00DF1805">
            <w:r w:rsidRPr="00925AA4">
              <w:t>9. Keep up with professional cleanings</w:t>
            </w:r>
          </w:p>
          <w:p w14:paraId="4A7716EA" w14:textId="77777777" w:rsidR="00DF1805" w:rsidRPr="00925AA4" w:rsidRDefault="00DF1805" w:rsidP="00DF1805">
            <w:r w:rsidRPr="00925AA4">
              <w:t>Even perfect home care cannot remove all plaque and tartar. Regular cleanings—typically every 6 months or more often if recommended—are essential.</w:t>
            </w:r>
          </w:p>
          <w:p w14:paraId="1C19E51A" w14:textId="2D09506F" w:rsidR="006F0382" w:rsidRPr="00925AA4" w:rsidRDefault="00DF1805" w:rsidP="00DF1805">
            <w:r w:rsidRPr="00925AA4">
              <w:t>If you’d like, I can also give you a step-by-step home routine tailored to your specific symptoms or risk factors.</w:t>
            </w:r>
          </w:p>
        </w:tc>
        <w:tc>
          <w:tcPr>
            <w:tcW w:w="4320" w:type="dxa"/>
          </w:tcPr>
          <w:p w14:paraId="3019FDCF" w14:textId="656F74BC" w:rsidR="001773A6" w:rsidRPr="00925AA4" w:rsidRDefault="001773A6" w:rsidP="001773A6">
            <w:r w:rsidRPr="00925AA4">
              <w:lastRenderedPageBreak/>
              <w:t>Hello. As a periodontic specialist, I'm glad you're asking this important question. Preventing gum disease, or periodontal disease, primarily relies on consistent and effective home care.</w:t>
            </w:r>
          </w:p>
          <w:p w14:paraId="349695D0" w14:textId="0C34ECDC" w:rsidR="001773A6" w:rsidRPr="00925AA4" w:rsidRDefault="001773A6" w:rsidP="001773A6">
            <w:r w:rsidRPr="00925AA4">
              <w:t>Here is a precise summary of what you can do at home to maintain excellent gum health:</w:t>
            </w:r>
          </w:p>
          <w:p w14:paraId="0FFE29DA" w14:textId="77777777" w:rsidR="001773A6" w:rsidRPr="00925AA4" w:rsidRDefault="001773A6" w:rsidP="001773A6">
            <w:r w:rsidRPr="00925AA4">
              <w:rPr>
                <w:rFonts w:ascii="Apple Color Emoji" w:hAnsi="Apple Color Emoji" w:cs="Apple Color Emoji"/>
              </w:rPr>
              <w:t>🦷</w:t>
            </w:r>
            <w:r w:rsidRPr="00925AA4">
              <w:t xml:space="preserve"> Key At-Home Strategies for Gum Disease Prevention</w:t>
            </w:r>
          </w:p>
          <w:p w14:paraId="013AC5B8" w14:textId="524DC2BF" w:rsidR="001773A6" w:rsidRPr="00925AA4" w:rsidRDefault="001773A6" w:rsidP="001773A6">
            <w:r w:rsidRPr="00925AA4">
              <w:t>1. Superior Brushing Technique</w:t>
            </w:r>
          </w:p>
          <w:p w14:paraId="498BCCC3" w14:textId="2205C470" w:rsidR="001773A6" w:rsidRPr="00925AA4" w:rsidRDefault="001773A6" w:rsidP="001773A6">
            <w:r w:rsidRPr="00925AA4">
              <w:t>Brush Twice Daily: Use a soft-bristled toothbrush or an electric toothbrush.</w:t>
            </w:r>
          </w:p>
          <w:p w14:paraId="61CDCB9F" w14:textId="0FD2B8BC" w:rsidR="001773A6" w:rsidRPr="00925AA4" w:rsidRDefault="001773A6" w:rsidP="001773A6">
            <w:r w:rsidRPr="00925AA4">
              <w:lastRenderedPageBreak/>
              <w:t>Use Fluoride Toothpaste: This helps strengthen enamel and reduce plaque buildup.</w:t>
            </w:r>
          </w:p>
          <w:p w14:paraId="19640CED" w14:textId="14B8C7B9" w:rsidR="001773A6" w:rsidRPr="00925AA4" w:rsidRDefault="001773A6" w:rsidP="001773A6">
            <w:r w:rsidRPr="00925AA4">
              <w:t>The Bass Technique: Angle the bristles at 45 degrees toward the gum line. Use short, gentle, circular strokes to brush the outer, inner, and chewing surfaces of the teeth.</w:t>
            </w:r>
          </w:p>
          <w:p w14:paraId="68D4CB0C" w14:textId="48CDA827" w:rsidR="001773A6" w:rsidRPr="00925AA4" w:rsidRDefault="001773A6" w:rsidP="001773A6">
            <w:r w:rsidRPr="00925AA4">
              <w:t>Brush for Two Minutes: Ensure you cover all areas.</w:t>
            </w:r>
          </w:p>
          <w:p w14:paraId="7F6C689A" w14:textId="1BC75326" w:rsidR="001773A6" w:rsidRPr="00925AA4" w:rsidRDefault="001773A6" w:rsidP="001773A6">
            <w:r w:rsidRPr="00925AA4">
              <w:t>2. Daily Interdental Cleaning (The Most Crucial Step)</w:t>
            </w:r>
          </w:p>
          <w:p w14:paraId="7F05AFCE" w14:textId="268A1EAB" w:rsidR="001773A6" w:rsidRPr="00925AA4" w:rsidRDefault="001773A6" w:rsidP="001773A6">
            <w:r w:rsidRPr="00925AA4">
              <w:t>Floss Once Daily: Use dental floss, floss picks, or an interdental cleaner to clean between the teeth and under the gum line. This is where plaque is most likely to calcify into tartar (calculus), which cannot be removed by brushing alone.</w:t>
            </w:r>
          </w:p>
          <w:p w14:paraId="7DFAE1C5" w14:textId="59798903" w:rsidR="001773A6" w:rsidRPr="00925AA4" w:rsidRDefault="001773A6" w:rsidP="001773A6">
            <w:r w:rsidRPr="00925AA4">
              <w:t xml:space="preserve">C-Shape Method: Gently slide the floss between teeth, curve it into a "C" shape against one </w:t>
            </w:r>
            <w:proofErr w:type="gramStart"/>
            <w:r w:rsidRPr="00925AA4">
              <w:t>tooth, and</w:t>
            </w:r>
            <w:proofErr w:type="gramEnd"/>
            <w:r w:rsidRPr="00925AA4">
              <w:t xml:space="preserve"> slide it into the space between the gum and the tooth. Repeat on the adjacent tooth.</w:t>
            </w:r>
          </w:p>
          <w:p w14:paraId="49DFB7D5" w14:textId="7A74449F" w:rsidR="001773A6" w:rsidRPr="00925AA4" w:rsidRDefault="001773A6" w:rsidP="001773A6">
            <w:r w:rsidRPr="00925AA4">
              <w:t>Consider Interdental Brushes or Water Flossers: If you have large gaps, bridges, or fixed retainers, interdental brushes or a water flosser can be excellent supplemental tools.</w:t>
            </w:r>
          </w:p>
          <w:p w14:paraId="5607771B" w14:textId="7FF87A2E" w:rsidR="001773A6" w:rsidRPr="00925AA4" w:rsidRDefault="001773A6" w:rsidP="001773A6">
            <w:r w:rsidRPr="00925AA4">
              <w:t>3. Tongue Cleaning</w:t>
            </w:r>
          </w:p>
          <w:p w14:paraId="4BCD1D28" w14:textId="101B3CCF" w:rsidR="001773A6" w:rsidRPr="00925AA4" w:rsidRDefault="001773A6" w:rsidP="001773A6">
            <w:r w:rsidRPr="00925AA4">
              <w:t>Clean Your Tongue: Use a tongue scraper or the back of your toothbrush to remove bacteria and food debris. This not only improves breath but also reduces the overall bacterial load in your mouth.</w:t>
            </w:r>
          </w:p>
          <w:p w14:paraId="50B7DF5C" w14:textId="4036C473" w:rsidR="001773A6" w:rsidRPr="00925AA4" w:rsidRDefault="001773A6" w:rsidP="001773A6">
            <w:r w:rsidRPr="00925AA4">
              <w:t>4. Rinse (As an Adjunct)</w:t>
            </w:r>
          </w:p>
          <w:p w14:paraId="67817AD2" w14:textId="0399D96C" w:rsidR="001773A6" w:rsidRPr="00925AA4" w:rsidRDefault="001773A6" w:rsidP="001773A6">
            <w:r w:rsidRPr="00925AA4">
              <w:t xml:space="preserve">Therapeutic Mouthwash: Use an antimicrobial mouthwash as recommended </w:t>
            </w:r>
            <w:r w:rsidRPr="00925AA4">
              <w:lastRenderedPageBreak/>
              <w:t>by a dentist or periodontist. While helpful, it is not a substitute for brushing and flossing. Use it to reduce plaque and slow the progression of gingivitis (the early stage of gum disease).</w:t>
            </w:r>
          </w:p>
          <w:p w14:paraId="758D188C" w14:textId="375CF117" w:rsidR="001773A6" w:rsidRPr="00925AA4" w:rsidRDefault="001773A6" w:rsidP="001773A6">
            <w:r w:rsidRPr="00925AA4">
              <w:t>5. Lifestyle and Diet Management</w:t>
            </w:r>
          </w:p>
          <w:p w14:paraId="5DAB1B45" w14:textId="4E51E8CD" w:rsidR="001773A6" w:rsidRPr="00925AA4" w:rsidRDefault="001773A6" w:rsidP="001773A6">
            <w:r w:rsidRPr="00925AA4">
              <w:t>Maintain a Balanced Diet: Limit sugary and starchy foods and drinks, as these feed the bacteria that produce plaque.</w:t>
            </w:r>
          </w:p>
          <w:p w14:paraId="671D17C9" w14:textId="51E160F8" w:rsidR="001773A6" w:rsidRPr="00925AA4" w:rsidRDefault="001773A6" w:rsidP="001773A6">
            <w:r w:rsidRPr="00925AA4">
              <w:t>Hydration: Drink plenty of water throughout the day.</w:t>
            </w:r>
          </w:p>
          <w:p w14:paraId="794B4CF4" w14:textId="4F8F9203" w:rsidR="001773A6" w:rsidRPr="00925AA4" w:rsidRDefault="001773A6" w:rsidP="001773A6">
            <w:r w:rsidRPr="00925AA4">
              <w:t>Avoid Tobacco Products: Smoking and vaping are significant risk factors for severe gum disease. Eliminating tobacco is one of the most impactful things you can do to protect your gums.</w:t>
            </w:r>
          </w:p>
          <w:p w14:paraId="5DAC98F1" w14:textId="7A6A0004" w:rsidR="001773A6" w:rsidRPr="00925AA4" w:rsidRDefault="001773A6" w:rsidP="001773A6">
            <w:r w:rsidRPr="00925AA4">
              <w:t>In summary, the most effective home defense against gum disease is the consistent combination of thorough two-minute brushing twice a day and meticulous cleaning between your teeth (flossing or interdental brushes) once a day.</w:t>
            </w:r>
          </w:p>
          <w:p w14:paraId="2876DEFA" w14:textId="7984E59F" w:rsidR="006F0382" w:rsidRPr="00925AA4" w:rsidRDefault="001773A6" w:rsidP="001773A6">
            <w:r w:rsidRPr="00925AA4">
              <w:t>Do you have any questions about specific tools or techniques, such as how to properly use a water flosser?</w:t>
            </w:r>
          </w:p>
        </w:tc>
      </w:tr>
    </w:tbl>
    <w:p w14:paraId="20231F0A"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1A50489D" w14:textId="77777777">
        <w:tc>
          <w:tcPr>
            <w:tcW w:w="4320" w:type="dxa"/>
          </w:tcPr>
          <w:p w14:paraId="7E6A7E7F" w14:textId="4CD1B2F3" w:rsidR="006F0382" w:rsidRPr="00925AA4" w:rsidRDefault="00372A24">
            <w:r w:rsidRPr="00925AA4">
              <w:t>Answer C (Claude)</w:t>
            </w:r>
          </w:p>
        </w:tc>
        <w:tc>
          <w:tcPr>
            <w:tcW w:w="4320" w:type="dxa"/>
          </w:tcPr>
          <w:p w14:paraId="5683D35C" w14:textId="246255D8" w:rsidR="006F0382" w:rsidRPr="00925AA4" w:rsidRDefault="00372A24">
            <w:r w:rsidRPr="00925AA4">
              <w:t>Answer D (</w:t>
            </w:r>
            <w:r w:rsidR="005C166D" w:rsidRPr="00925AA4">
              <w:t>Expert</w:t>
            </w:r>
            <w:r w:rsidRPr="00925AA4">
              <w:t>)</w:t>
            </w:r>
          </w:p>
        </w:tc>
      </w:tr>
      <w:tr w:rsidR="006F0382" w:rsidRPr="00925AA4" w14:paraId="246D2273" w14:textId="77777777">
        <w:tc>
          <w:tcPr>
            <w:tcW w:w="4320" w:type="dxa"/>
          </w:tcPr>
          <w:p w14:paraId="0ABE3163" w14:textId="77777777" w:rsidR="00C74859" w:rsidRPr="00925AA4" w:rsidRDefault="00C74859" w:rsidP="00C74859">
            <w:r w:rsidRPr="00925AA4">
              <w:t>As a periodontic specialist, I'm glad you're taking a proactive approach to your gum health. Here's what you can do at home to prevent gum disease:</w:t>
            </w:r>
          </w:p>
          <w:p w14:paraId="3D795FF5" w14:textId="77777777" w:rsidR="00C74859" w:rsidRPr="00925AA4" w:rsidRDefault="00C74859" w:rsidP="00C74859">
            <w:r w:rsidRPr="00925AA4">
              <w:t>Essential Daily Practices:</w:t>
            </w:r>
          </w:p>
          <w:p w14:paraId="74630E4C" w14:textId="77777777" w:rsidR="00C74859" w:rsidRPr="00925AA4" w:rsidRDefault="00C74859" w:rsidP="00C74859">
            <w:r w:rsidRPr="00925AA4">
              <w:t xml:space="preserve">Brush twice daily for two minutes using a soft-bristled toothbrush at a 45-degree </w:t>
            </w:r>
            <w:r w:rsidRPr="00925AA4">
              <w:lastRenderedPageBreak/>
              <w:t>angle to your gumline. This angle allows the bristles to clean just below the gum margin where plaque accumulates. Use gentle, circular motions rather than aggressive scrubbing, which can damage your gums.</w:t>
            </w:r>
          </w:p>
          <w:p w14:paraId="172860B7" w14:textId="77777777" w:rsidR="00C74859" w:rsidRPr="00925AA4" w:rsidRDefault="00C74859" w:rsidP="00C74859">
            <w:r w:rsidRPr="00925AA4">
              <w:t>Floss once daily, ideally before bedtime. Proper flossing technique matters: curve the floss around each tooth in a C-shape and gently slide it beneath the gumline. This removes plaque and food particles from areas your toothbrush can't reach.</w:t>
            </w:r>
          </w:p>
          <w:p w14:paraId="0312FD90" w14:textId="77777777" w:rsidR="00C74859" w:rsidRPr="00925AA4" w:rsidRDefault="00C74859" w:rsidP="00C74859">
            <w:r w:rsidRPr="00925AA4">
              <w:t>Additional Measures:</w:t>
            </w:r>
          </w:p>
          <w:p w14:paraId="0A962FD1" w14:textId="77777777" w:rsidR="00C74859" w:rsidRPr="00925AA4" w:rsidRDefault="00C74859" w:rsidP="00C74859">
            <w:r w:rsidRPr="00925AA4">
              <w:t xml:space="preserve">Consider using an antimicrobial mouthwash to reduce bacteria that cause gum inflammation. Look for products containing chlorhexidine or </w:t>
            </w:r>
            <w:proofErr w:type="spellStart"/>
            <w:r w:rsidRPr="00925AA4">
              <w:t>cetylpyridinium</w:t>
            </w:r>
            <w:proofErr w:type="spellEnd"/>
            <w:r w:rsidRPr="00925AA4">
              <w:t xml:space="preserve"> chloride if I've recommended them, or essential oils for daily maintenance.</w:t>
            </w:r>
          </w:p>
          <w:p w14:paraId="3EB528BD" w14:textId="77777777" w:rsidR="00C74859" w:rsidRPr="00925AA4" w:rsidRDefault="00C74859" w:rsidP="00C74859">
            <w:r w:rsidRPr="00925AA4">
              <w:t>If you have difficulty with traditional floss, interdental brushes or water flossers can be effective alternatives, particularly if you have larger spaces between teeth or dental work.</w:t>
            </w:r>
          </w:p>
          <w:p w14:paraId="46E8B3E4" w14:textId="77777777" w:rsidR="00C74859" w:rsidRPr="00925AA4" w:rsidRDefault="00C74859" w:rsidP="00C74859">
            <w:r w:rsidRPr="00925AA4">
              <w:t>Lifestyle Factors:</w:t>
            </w:r>
          </w:p>
          <w:p w14:paraId="684A0931" w14:textId="77777777" w:rsidR="00C74859" w:rsidRPr="00925AA4" w:rsidRDefault="00C74859" w:rsidP="00C74859">
            <w:r w:rsidRPr="00925AA4">
              <w:t>Don't smoke or use tobacco products—they're among the most significant risk factors for periodontal disease. Maintain a balanced diet rich in vitamins C and D, which support gum health. Manage stress and conditions like diabetes, as these can affect your periodontal status.</w:t>
            </w:r>
          </w:p>
          <w:p w14:paraId="7B4F950F" w14:textId="77777777" w:rsidR="00C74859" w:rsidRPr="00925AA4" w:rsidRDefault="00C74859" w:rsidP="00C74859">
            <w:r w:rsidRPr="00925AA4">
              <w:t>Professional Care:</w:t>
            </w:r>
          </w:p>
          <w:p w14:paraId="37164EBF" w14:textId="77777777" w:rsidR="00C74859" w:rsidRPr="00925AA4" w:rsidRDefault="00C74859" w:rsidP="00C74859">
            <w:r w:rsidRPr="00925AA4">
              <w:t xml:space="preserve">Even with excellent home care, professional cleanings every six months (or more frequently if I've recommended) are </w:t>
            </w:r>
            <w:r w:rsidRPr="00925AA4">
              <w:lastRenderedPageBreak/>
              <w:t>essential. Some plaque hardens into calculus that only we can remove.</w:t>
            </w:r>
          </w:p>
          <w:p w14:paraId="14FE80DC" w14:textId="120333C2" w:rsidR="006F0382" w:rsidRPr="00925AA4" w:rsidRDefault="00C74859" w:rsidP="00C74859">
            <w:r w:rsidRPr="00925AA4">
              <w:t>If you notice bleeding gums, persistent bad breath, or gum recession, schedule an appointment promptly rather than waiting for your routine visit.</w:t>
            </w:r>
          </w:p>
        </w:tc>
        <w:tc>
          <w:tcPr>
            <w:tcW w:w="4320" w:type="dxa"/>
          </w:tcPr>
          <w:p w14:paraId="517835C4" w14:textId="77777777" w:rsidR="00B11BD4" w:rsidRPr="00B11BD4" w:rsidRDefault="00B11BD4" w:rsidP="00B11BD4">
            <w:r w:rsidRPr="00B11BD4">
              <w:lastRenderedPageBreak/>
              <w:t>The most effective way to prevent periodontal diseases is regular and comprehensive daily oral hygiene.</w:t>
            </w:r>
          </w:p>
          <w:p w14:paraId="0BB37866" w14:textId="77777777" w:rsidR="00B11BD4" w:rsidRPr="00B11BD4" w:rsidRDefault="00B11BD4" w:rsidP="00B11BD4">
            <w:r w:rsidRPr="00B11BD4">
              <w:t>Teeth should be brushed with toothpaste at least twice a day, especially before going to bed at night.</w:t>
            </w:r>
          </w:p>
          <w:p w14:paraId="7F1E8C82" w14:textId="77777777" w:rsidR="00B11BD4" w:rsidRPr="00B11BD4" w:rsidRDefault="00B11BD4" w:rsidP="00B11BD4">
            <w:r w:rsidRPr="00B11BD4">
              <w:lastRenderedPageBreak/>
              <w:t>For cleaning between the teeth, dental floss and interdental brushes should be used according to individual needs.</w:t>
            </w:r>
          </w:p>
          <w:p w14:paraId="520164EA" w14:textId="77777777" w:rsidR="00B11BD4" w:rsidRPr="00B11BD4" w:rsidRDefault="00B11BD4" w:rsidP="00B11BD4">
            <w:r w:rsidRPr="00B11BD4">
              <w:t>Additionally, an oral irrigator may also be used to support this cleaning.</w:t>
            </w:r>
          </w:p>
          <w:p w14:paraId="1A89516F" w14:textId="77777777" w:rsidR="00B11BD4" w:rsidRPr="00B11BD4" w:rsidRDefault="00B11BD4" w:rsidP="00B11BD4">
            <w:r w:rsidRPr="00B11BD4">
              <w:t>A healthy diet, the use of sugar-free gum, and mouthwashes may be beneficial as supportive measures; however, they do not replace mechanical cleaning.</w:t>
            </w:r>
          </w:p>
          <w:p w14:paraId="2105BC6F" w14:textId="77777777" w:rsidR="00B11BD4" w:rsidRPr="00B11BD4" w:rsidRDefault="00B11BD4" w:rsidP="00B11BD4">
            <w:r w:rsidRPr="00B11BD4">
              <w:t>Furthermore, avoiding tobacco products and keeping systemic diseases (such as diabetes) under control significantly reduces the risk of periodontal disease.</w:t>
            </w:r>
          </w:p>
          <w:p w14:paraId="741AAF22" w14:textId="77777777" w:rsidR="00B11BD4" w:rsidRPr="00B11BD4" w:rsidRDefault="00B11BD4" w:rsidP="00B11BD4">
            <w:r w:rsidRPr="00B11BD4">
              <w:t>In addition to all these measures, having professional scaling performed at intervals recommended by your periodontist and applying the brushing techniques specifically recommended for you are critical for maintaining periodontal health.</w:t>
            </w:r>
          </w:p>
          <w:p w14:paraId="3EBDB020" w14:textId="77777777" w:rsidR="00B11BD4" w:rsidRPr="00B11BD4" w:rsidRDefault="00B11BD4" w:rsidP="00B11BD4">
            <w:pPr>
              <w:rPr>
                <w:vanish/>
              </w:rPr>
            </w:pPr>
            <w:r w:rsidRPr="00B11BD4">
              <w:rPr>
                <w:vanish/>
              </w:rPr>
              <w:t>Formun Üstü</w:t>
            </w:r>
          </w:p>
          <w:p w14:paraId="0E1A905F" w14:textId="77777777" w:rsidR="00B11BD4" w:rsidRPr="00B11BD4" w:rsidRDefault="00B11BD4" w:rsidP="00B11BD4">
            <w:pPr>
              <w:rPr>
                <w:vanish/>
              </w:rPr>
            </w:pPr>
            <w:r w:rsidRPr="00B11BD4">
              <w:rPr>
                <w:vanish/>
              </w:rPr>
              <w:t>Formun Altı</w:t>
            </w:r>
          </w:p>
          <w:p w14:paraId="02A238E4" w14:textId="77777777" w:rsidR="006F0382" w:rsidRPr="00925AA4" w:rsidRDefault="00000000">
            <w:r w:rsidRPr="00925AA4">
              <w:t>________________________________</w:t>
            </w:r>
          </w:p>
        </w:tc>
      </w:tr>
      <w:tr w:rsidR="006F0382" w:rsidRPr="00925AA4" w14:paraId="6279ADB0" w14:textId="77777777">
        <w:tc>
          <w:tcPr>
            <w:tcW w:w="4320" w:type="dxa"/>
          </w:tcPr>
          <w:p w14:paraId="09CF6249" w14:textId="77777777" w:rsidR="006F0382" w:rsidRPr="00925AA4" w:rsidRDefault="00000000">
            <w:r w:rsidRPr="00925AA4">
              <w:lastRenderedPageBreak/>
              <w:t>________________________________</w:t>
            </w:r>
          </w:p>
        </w:tc>
        <w:tc>
          <w:tcPr>
            <w:tcW w:w="4320" w:type="dxa"/>
          </w:tcPr>
          <w:p w14:paraId="73FA4017" w14:textId="77777777" w:rsidR="006F0382" w:rsidRPr="00925AA4" w:rsidRDefault="00000000">
            <w:r w:rsidRPr="00925AA4">
              <w:t>________________________________</w:t>
            </w:r>
          </w:p>
        </w:tc>
      </w:tr>
    </w:tbl>
    <w:p w14:paraId="22CFDE2C" w14:textId="64967E5E" w:rsidR="006F0382" w:rsidRPr="00925AA4" w:rsidRDefault="00D61BF9" w:rsidP="00B11BD4">
      <w:r w:rsidRPr="00925AA4">
        <w:rPr>
          <w:b/>
          <w:bCs/>
        </w:rPr>
        <w:t>Question 15:</w:t>
      </w:r>
      <w:r w:rsidRPr="00925AA4">
        <w:t xml:space="preserve"> </w:t>
      </w:r>
      <w:r w:rsidR="00DF1805" w:rsidRPr="00925AA4">
        <w:t xml:space="preserve">Assume the role of a periodontic specialist and provide a precise answer to the following patient question. </w:t>
      </w:r>
      <w:r w:rsidR="00DF1805" w:rsidRPr="00925AA4">
        <w:rPr>
          <w:rFonts w:ascii="Times New Roman" w:eastAsia="Times New Roman" w:hAnsi="Times New Roman" w:cs="Times New Roman"/>
          <w:lang w:eastAsia="tr-TR"/>
        </w:rPr>
        <w:t>I have periodontitis. What problems or consequences might I face if I don’t get treatment?</w:t>
      </w:r>
      <w:r w:rsidRPr="00925AA4">
        <w:br/>
      </w:r>
    </w:p>
    <w:tbl>
      <w:tblPr>
        <w:tblW w:w="0" w:type="auto"/>
        <w:tblLook w:val="04A0" w:firstRow="1" w:lastRow="0" w:firstColumn="1" w:lastColumn="0" w:noHBand="0" w:noVBand="1"/>
      </w:tblPr>
      <w:tblGrid>
        <w:gridCol w:w="4320"/>
        <w:gridCol w:w="4320"/>
      </w:tblGrid>
      <w:tr w:rsidR="006F0382" w:rsidRPr="00925AA4" w14:paraId="59258199" w14:textId="77777777">
        <w:tc>
          <w:tcPr>
            <w:tcW w:w="4320" w:type="dxa"/>
          </w:tcPr>
          <w:p w14:paraId="1B8B0C23" w14:textId="6020E407" w:rsidR="006F0382" w:rsidRPr="00925AA4" w:rsidRDefault="00372A24">
            <w:r w:rsidRPr="00925AA4">
              <w:t>Answer A (ChatGPT)</w:t>
            </w:r>
          </w:p>
        </w:tc>
        <w:tc>
          <w:tcPr>
            <w:tcW w:w="4320" w:type="dxa"/>
          </w:tcPr>
          <w:p w14:paraId="405D5F80" w14:textId="60A36E8B" w:rsidR="006F0382" w:rsidRPr="00925AA4" w:rsidRDefault="00372A24">
            <w:r w:rsidRPr="00925AA4">
              <w:t>Answer B (Gemini)</w:t>
            </w:r>
          </w:p>
        </w:tc>
      </w:tr>
      <w:tr w:rsidR="006F0382" w:rsidRPr="00925AA4" w14:paraId="28B931F1" w14:textId="77777777">
        <w:tc>
          <w:tcPr>
            <w:tcW w:w="4320" w:type="dxa"/>
          </w:tcPr>
          <w:p w14:paraId="1448FFE1" w14:textId="77777777" w:rsidR="00DF1805" w:rsidRPr="00925AA4" w:rsidRDefault="00DF1805" w:rsidP="00DF1805">
            <w:r w:rsidRPr="00925AA4">
              <w:t>As a periodontic specialist, here’s what you should know. Untreated periodontitis is not just a “gum problem”—it is a progressive inflammatory disease that can affect your entire mouth and, in some cases, your overall health. The main consequences include:</w:t>
            </w:r>
          </w:p>
          <w:p w14:paraId="4F8D0659" w14:textId="77777777" w:rsidR="00DF1805" w:rsidRPr="00925AA4" w:rsidRDefault="00DF1805" w:rsidP="00DF1805">
            <w:r w:rsidRPr="00925AA4">
              <w:t>1. Continued Bone Loss</w:t>
            </w:r>
          </w:p>
          <w:p w14:paraId="7039533B" w14:textId="77777777" w:rsidR="00DF1805" w:rsidRPr="00925AA4" w:rsidRDefault="00DF1805" w:rsidP="00DF1805">
            <w:r w:rsidRPr="00925AA4">
              <w:t>Periodontitis destroys the bone that supports your teeth. Without treatment, this bone loss continues, making teeth increasingly unstable.</w:t>
            </w:r>
          </w:p>
          <w:p w14:paraId="623AE289" w14:textId="77777777" w:rsidR="00DF1805" w:rsidRPr="00925AA4" w:rsidRDefault="00DF1805" w:rsidP="00DF1805">
            <w:r w:rsidRPr="00925AA4">
              <w:t>2. Tooth Mobility and Tooth Loss</w:t>
            </w:r>
          </w:p>
          <w:p w14:paraId="08119563" w14:textId="77777777" w:rsidR="00DF1805" w:rsidRPr="00925AA4" w:rsidRDefault="00DF1805" w:rsidP="00DF1805">
            <w:r w:rsidRPr="00925AA4">
              <w:t>As the supporting bone and ligaments break down, teeth can loosen, shift, or eventually fall out. Periodontitis is the leading cause of tooth loss in adults.</w:t>
            </w:r>
          </w:p>
          <w:p w14:paraId="259CB4DC" w14:textId="77777777" w:rsidR="00DF1805" w:rsidRPr="00925AA4" w:rsidRDefault="00DF1805" w:rsidP="00DF1805">
            <w:r w:rsidRPr="00925AA4">
              <w:t>3. Gum Recession</w:t>
            </w:r>
          </w:p>
          <w:p w14:paraId="07D310C0" w14:textId="77777777" w:rsidR="00DF1805" w:rsidRPr="00925AA4" w:rsidRDefault="00DF1805" w:rsidP="00DF1805">
            <w:r w:rsidRPr="00925AA4">
              <w:t>Ongoing inflammation can cause your gums to pull away from your teeth, making teeth appear longer and increasing sensitivity to hot, cold, and brushing.</w:t>
            </w:r>
          </w:p>
          <w:p w14:paraId="47364B66" w14:textId="77777777" w:rsidR="00DF1805" w:rsidRPr="00925AA4" w:rsidRDefault="00DF1805" w:rsidP="00DF1805">
            <w:r w:rsidRPr="00925AA4">
              <w:lastRenderedPageBreak/>
              <w:t>4. Persistent Infection and Pain</w:t>
            </w:r>
          </w:p>
          <w:p w14:paraId="08F763FF" w14:textId="77777777" w:rsidR="00DF1805" w:rsidRPr="00925AA4" w:rsidRDefault="00DF1805" w:rsidP="00DF1805">
            <w:r w:rsidRPr="00925AA4">
              <w:t>The bacterial infection can cause chronic bad breath, gum abscesses, bleeding, swelling, and discomfort while chewing.</w:t>
            </w:r>
          </w:p>
          <w:p w14:paraId="15C3DC3F" w14:textId="77777777" w:rsidR="00DF1805" w:rsidRPr="00925AA4" w:rsidRDefault="00DF1805" w:rsidP="00DF1805">
            <w:r w:rsidRPr="00925AA4">
              <w:t>5. Difficulty Eating and Reduced Quality of Life</w:t>
            </w:r>
          </w:p>
          <w:p w14:paraId="15E50F9E" w14:textId="77777777" w:rsidR="00DF1805" w:rsidRPr="00925AA4" w:rsidRDefault="00DF1805" w:rsidP="00DF1805">
            <w:r w:rsidRPr="00925AA4">
              <w:t>Loose or missing teeth impair chewing, speech, and confidence in social situations.</w:t>
            </w:r>
          </w:p>
          <w:p w14:paraId="0F94D2C1" w14:textId="77777777" w:rsidR="00DF1805" w:rsidRPr="00925AA4" w:rsidRDefault="00DF1805" w:rsidP="00DF1805">
            <w:r w:rsidRPr="00925AA4">
              <w:t>6. Higher Risk of Systemic Health Problems</w:t>
            </w:r>
          </w:p>
          <w:p w14:paraId="5B65EBFC" w14:textId="77777777" w:rsidR="00DF1805" w:rsidRPr="00925AA4" w:rsidRDefault="00DF1805" w:rsidP="00DF1805">
            <w:r w:rsidRPr="00925AA4">
              <w:t>Untreated periodontal inflammation has been associated with:</w:t>
            </w:r>
          </w:p>
          <w:p w14:paraId="701B1363" w14:textId="77777777" w:rsidR="00DF1805" w:rsidRPr="00925AA4" w:rsidRDefault="00DF1805" w:rsidP="00DF1805">
            <w:r w:rsidRPr="00925AA4">
              <w:t>Poorly controlled diabetes</w:t>
            </w:r>
          </w:p>
          <w:p w14:paraId="59C3ABEF" w14:textId="77777777" w:rsidR="00DF1805" w:rsidRPr="00925AA4" w:rsidRDefault="00DF1805" w:rsidP="00DF1805">
            <w:r w:rsidRPr="00925AA4">
              <w:t>Increased cardiovascular disease risk</w:t>
            </w:r>
          </w:p>
          <w:p w14:paraId="42A7CA1D" w14:textId="77777777" w:rsidR="00DF1805" w:rsidRPr="00925AA4" w:rsidRDefault="00DF1805" w:rsidP="00DF1805">
            <w:r w:rsidRPr="00925AA4">
              <w:t>Adverse pregnancy outcomes (e.g., low birth weight)</w:t>
            </w:r>
          </w:p>
          <w:p w14:paraId="3A018FA8" w14:textId="77777777" w:rsidR="00DF1805" w:rsidRPr="00925AA4" w:rsidRDefault="00DF1805" w:rsidP="00DF1805">
            <w:r w:rsidRPr="00925AA4">
              <w:t>Worsening respiratory diseases in some individuals</w:t>
            </w:r>
          </w:p>
          <w:p w14:paraId="68F0E0B1" w14:textId="77777777" w:rsidR="00DF1805" w:rsidRPr="00925AA4" w:rsidRDefault="00DF1805" w:rsidP="00DF1805">
            <w:r w:rsidRPr="00925AA4">
              <w:t>7. More Complex and Costly Future Treatment</w:t>
            </w:r>
          </w:p>
          <w:p w14:paraId="7BE8DD22" w14:textId="77777777" w:rsidR="00DF1805" w:rsidRPr="00925AA4" w:rsidRDefault="00DF1805" w:rsidP="00DF1805">
            <w:r w:rsidRPr="00925AA4">
              <w:t>Early intervention is typically simpler and more predictable. Delaying care often results in needing:</w:t>
            </w:r>
          </w:p>
          <w:p w14:paraId="2F7864B4" w14:textId="77777777" w:rsidR="00DF1805" w:rsidRPr="00925AA4" w:rsidRDefault="00DF1805" w:rsidP="00DF1805">
            <w:r w:rsidRPr="00925AA4">
              <w:t>Surgical periodontal therapy</w:t>
            </w:r>
          </w:p>
          <w:p w14:paraId="38BC10E7" w14:textId="77777777" w:rsidR="00DF1805" w:rsidRPr="00925AA4" w:rsidRDefault="00DF1805" w:rsidP="00DF1805">
            <w:r w:rsidRPr="00925AA4">
              <w:t>Bone grafting</w:t>
            </w:r>
          </w:p>
          <w:p w14:paraId="21E13AA6" w14:textId="77777777" w:rsidR="00DF1805" w:rsidRPr="00925AA4" w:rsidRDefault="00DF1805" w:rsidP="00DF1805">
            <w:r w:rsidRPr="00925AA4">
              <w:t>Tooth extraction and replacement (implants, bridges, dentures)</w:t>
            </w:r>
          </w:p>
          <w:p w14:paraId="5893A5C7" w14:textId="77777777" w:rsidR="00DF1805" w:rsidRPr="00925AA4" w:rsidRDefault="00DF1805" w:rsidP="00DF1805">
            <w:r w:rsidRPr="00925AA4">
              <w:t>In short: Periodontitis will not resolve on its own. Without treatment, it progresses and can lead to irreversible bone loss, tooth loss, chronic infection, and increased risks to systemic health.</w:t>
            </w:r>
          </w:p>
          <w:p w14:paraId="0EE9AB18" w14:textId="334BBB54" w:rsidR="006F0382" w:rsidRPr="00925AA4" w:rsidRDefault="00DF1805" w:rsidP="00DF1805">
            <w:r w:rsidRPr="00925AA4">
              <w:lastRenderedPageBreak/>
              <w:t xml:space="preserve">If you want, I can explain what treatment typically involves at different stages or help you understand your recent periodontal charting or X-ray </w:t>
            </w:r>
            <w:proofErr w:type="gramStart"/>
            <w:r w:rsidRPr="00925AA4">
              <w:t>results._</w:t>
            </w:r>
            <w:proofErr w:type="gramEnd"/>
            <w:r w:rsidRPr="00925AA4">
              <w:t>______________________________</w:t>
            </w:r>
          </w:p>
        </w:tc>
        <w:tc>
          <w:tcPr>
            <w:tcW w:w="4320" w:type="dxa"/>
          </w:tcPr>
          <w:p w14:paraId="02DFF4D6" w14:textId="4227F494" w:rsidR="001773A6" w:rsidRPr="00925AA4" w:rsidRDefault="001773A6" w:rsidP="001773A6">
            <w:r w:rsidRPr="00925AA4">
              <w:lastRenderedPageBreak/>
              <w:t>That's a very important question. As a periodontic specialist, I can provide you with a precise overview of the potential consequences of untreated periodontitis.</w:t>
            </w:r>
          </w:p>
          <w:p w14:paraId="64C07847" w14:textId="77777777" w:rsidR="001773A6" w:rsidRPr="00925AA4" w:rsidRDefault="001773A6" w:rsidP="001773A6">
            <w:r w:rsidRPr="00925AA4">
              <w:rPr>
                <w:rFonts w:ascii="Apple Color Emoji" w:hAnsi="Apple Color Emoji" w:cs="Apple Color Emoji"/>
              </w:rPr>
              <w:t>⚠️</w:t>
            </w:r>
            <w:r w:rsidRPr="00925AA4">
              <w:t xml:space="preserve"> Consequences of Untreated Periodontitis</w:t>
            </w:r>
          </w:p>
          <w:p w14:paraId="2CA6BCDF" w14:textId="59238165" w:rsidR="001773A6" w:rsidRPr="00925AA4" w:rsidRDefault="001773A6" w:rsidP="001773A6">
            <w:r w:rsidRPr="00925AA4">
              <w:t>Periodontitis is a progressive disease, meaning it will not resolve on its own and will inevitably worsen without professional intervention. The problems you might face range from localized oral issues to systemic health complications.</w:t>
            </w:r>
          </w:p>
          <w:p w14:paraId="4179D305" w14:textId="572247A6" w:rsidR="001773A6" w:rsidRPr="00925AA4" w:rsidRDefault="001773A6" w:rsidP="001773A6">
            <w:r w:rsidRPr="00925AA4">
              <w:t>1. Oral and Dental Complications</w:t>
            </w:r>
          </w:p>
          <w:p w14:paraId="385FF40B" w14:textId="3AE7512F" w:rsidR="001773A6" w:rsidRPr="00925AA4" w:rsidRDefault="001773A6" w:rsidP="001773A6">
            <w:r w:rsidRPr="00925AA4">
              <w:t>These are the most immediate and recognizable consequences:</w:t>
            </w:r>
          </w:p>
          <w:p w14:paraId="3B21ED4C" w14:textId="28DCD515" w:rsidR="001773A6" w:rsidRPr="00925AA4" w:rsidRDefault="001773A6" w:rsidP="001773A6">
            <w:r w:rsidRPr="00925AA4">
              <w:t>Progressive Bone Loss: This is the most critical issue. The chronic infection causes your body to resorb the alveolar bone that supports your teeth. As the bone loss progresses, the periodontal pockets deepen, trapping more bacteria and creating a destructive cycle.</w:t>
            </w:r>
          </w:p>
          <w:p w14:paraId="56B3612D" w14:textId="18BC890D" w:rsidR="001773A6" w:rsidRPr="00925AA4" w:rsidRDefault="001773A6" w:rsidP="001773A6">
            <w:r w:rsidRPr="00925AA4">
              <w:t xml:space="preserve">Tooth Mobility and Loss: As the foundation (bone) supporting the teeth is destroyed, </w:t>
            </w:r>
            <w:r w:rsidRPr="00925AA4">
              <w:lastRenderedPageBreak/>
              <w:t>the teeth will become increasingly mobile (loose). Eventually, if the support is compromised past a critical point, the teeth will need to be extracted or will fall out on their own.</w:t>
            </w:r>
          </w:p>
          <w:p w14:paraId="3A6A21C8" w14:textId="7AE75BE0" w:rsidR="001773A6" w:rsidRPr="00925AA4" w:rsidRDefault="001773A6" w:rsidP="001773A6">
            <w:r w:rsidRPr="00925AA4">
              <w:t>Gum Recession and Sensitivity: The gums will continue to recede, exposing the tooth roots. This can lead to significant tooth sensitivity to hot, cold, and sweets, and make the root surfaces more susceptible to decay (root caries).</w:t>
            </w:r>
          </w:p>
          <w:p w14:paraId="2BDB8930" w14:textId="3E952634" w:rsidR="001773A6" w:rsidRPr="00925AA4" w:rsidRDefault="001773A6" w:rsidP="001773A6">
            <w:r w:rsidRPr="00925AA4">
              <w:t>Persistent Halitosis (Bad Breath): The presence of deep periodontal pockets, accumulating plaque, calculus, and necrotic tissue, leads to a chronic and often severe form of bad breath that cannot be resolved with brushing alone.</w:t>
            </w:r>
          </w:p>
          <w:p w14:paraId="256846C3" w14:textId="03FDE70A" w:rsidR="001773A6" w:rsidRPr="00925AA4" w:rsidRDefault="001773A6" w:rsidP="001773A6">
            <w:r w:rsidRPr="00925AA4">
              <w:t>Changes in Bite (Occlusion): As teeth shift due and drift due to bone loss, your bite may change, making chewing difficult or painful.</w:t>
            </w:r>
          </w:p>
          <w:p w14:paraId="4744A2F6" w14:textId="2495056D" w:rsidR="001773A6" w:rsidRPr="00925AA4" w:rsidRDefault="001773A6" w:rsidP="001773A6">
            <w:r w:rsidRPr="00925AA4">
              <w:t>2. Systemic Health Implications (The Oral-Systemic Link)</w:t>
            </w:r>
          </w:p>
          <w:p w14:paraId="2F2C7FF9" w14:textId="77777777" w:rsidR="001773A6" w:rsidRPr="00925AA4" w:rsidRDefault="001773A6" w:rsidP="001773A6">
            <w:r w:rsidRPr="00925AA4">
              <w:t>The bacterial load and the chronic inflammation in your gums do not stay isolated in your mouth. The inflammatory mediators and bacteria can enter your bloodstream, potentially impacting your overall health.</w:t>
            </w:r>
          </w:p>
          <w:p w14:paraId="479C6B00" w14:textId="0619BDDA" w:rsidR="001773A6" w:rsidRPr="00925AA4" w:rsidRDefault="001773A6" w:rsidP="001773A6">
            <w:r w:rsidRPr="00925AA4">
              <w:t>Increased Risk in Cardiovascular Disease: Periodontitis is associated with an increased risk for coronary artery disease and stroke. The chronic inflammation may contribute to the hardening of the arteries (atherosclerosis).</w:t>
            </w:r>
          </w:p>
          <w:p w14:paraId="5F673297" w14:textId="79DF49A8" w:rsidR="001773A6" w:rsidRPr="00925AA4" w:rsidRDefault="001773A6" w:rsidP="001773A6">
            <w:r w:rsidRPr="00925AA4">
              <w:t xml:space="preserve">Diabetes Management: Periodontitis is considered the 6th complication of diabetes. It can make blood sugar control </w:t>
            </w:r>
            <w:r w:rsidRPr="00925AA4">
              <w:lastRenderedPageBreak/>
              <w:t>significantly more difficult (elevating HbA1c levels), and conversely, uncontrolled diabetes can worsen periodontitis. It is a bidirectional relationship.</w:t>
            </w:r>
          </w:p>
          <w:p w14:paraId="20D21571" w14:textId="0ABFC46D" w:rsidR="001773A6" w:rsidRPr="00925AA4" w:rsidRDefault="001773A6" w:rsidP="001773A6">
            <w:r w:rsidRPr="00925AA4">
              <w:t>Adverse Pregnancy Outcomes: Untreated severe periodontitis has been linked to an increased risk of preterm birth and low birth weight in pregnant individuals.</w:t>
            </w:r>
          </w:p>
          <w:p w14:paraId="67A5FE35" w14:textId="6313D42E" w:rsidR="001773A6" w:rsidRPr="00925AA4" w:rsidRDefault="001773A6" w:rsidP="001773A6">
            <w:r w:rsidRPr="00925AA4">
              <w:t>Respiratory Diseases: For older or immunocompromised individuals, the bacteria from the mouth can be aspirated into the lungs, potentially leading to aspiration pneumonia.</w:t>
            </w:r>
          </w:p>
          <w:p w14:paraId="66163129" w14:textId="77777777" w:rsidR="001773A6" w:rsidRPr="00925AA4" w:rsidRDefault="001773A6" w:rsidP="001773A6">
            <w:r w:rsidRPr="00925AA4">
              <w:t>In summary, neglecting treatment for periodontitis leads to the inevitable loss of teeth and contributes to a state of chronic inflammation that can negatively affect your entire body. Early and consistent treatment is essential to halt the disease progression and preserve both your oral health and your overall well-being.</w:t>
            </w:r>
          </w:p>
          <w:p w14:paraId="35556966" w14:textId="1835CD5B" w:rsidR="006F0382" w:rsidRPr="00925AA4" w:rsidRDefault="001773A6" w:rsidP="001773A6">
            <w:r w:rsidRPr="00925AA4">
              <w:t>Would you like me to discuss the different treatment options available for managing your periodontitis?</w:t>
            </w:r>
          </w:p>
        </w:tc>
      </w:tr>
      <w:tr w:rsidR="006F0382" w:rsidRPr="00925AA4" w14:paraId="195DBFAA" w14:textId="77777777">
        <w:tc>
          <w:tcPr>
            <w:tcW w:w="4320" w:type="dxa"/>
          </w:tcPr>
          <w:p w14:paraId="63BDB3C1" w14:textId="77777777" w:rsidR="006F0382" w:rsidRPr="00925AA4" w:rsidRDefault="00000000">
            <w:r w:rsidRPr="00925AA4">
              <w:lastRenderedPageBreak/>
              <w:t>________________________________</w:t>
            </w:r>
          </w:p>
        </w:tc>
        <w:tc>
          <w:tcPr>
            <w:tcW w:w="4320" w:type="dxa"/>
          </w:tcPr>
          <w:p w14:paraId="7FA5DEB5" w14:textId="77777777" w:rsidR="006F0382" w:rsidRPr="00925AA4" w:rsidRDefault="00000000">
            <w:r w:rsidRPr="00925AA4">
              <w:t>________________________________</w:t>
            </w:r>
          </w:p>
        </w:tc>
      </w:tr>
    </w:tbl>
    <w:p w14:paraId="182E23ED"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7028081D" w14:textId="77777777">
        <w:tc>
          <w:tcPr>
            <w:tcW w:w="4320" w:type="dxa"/>
          </w:tcPr>
          <w:p w14:paraId="3D25080D" w14:textId="1374691A" w:rsidR="006F0382" w:rsidRPr="00925AA4" w:rsidRDefault="00372A24">
            <w:r w:rsidRPr="00925AA4">
              <w:t>Answer C (Claude)</w:t>
            </w:r>
          </w:p>
        </w:tc>
        <w:tc>
          <w:tcPr>
            <w:tcW w:w="4320" w:type="dxa"/>
          </w:tcPr>
          <w:p w14:paraId="50B2A31A" w14:textId="416D8FAE" w:rsidR="006F0382" w:rsidRPr="00925AA4" w:rsidRDefault="00372A24">
            <w:r w:rsidRPr="00925AA4">
              <w:t>Answer D (</w:t>
            </w:r>
            <w:r w:rsidR="005C166D" w:rsidRPr="00925AA4">
              <w:t>Expert</w:t>
            </w:r>
            <w:r w:rsidRPr="00925AA4">
              <w:t>)</w:t>
            </w:r>
          </w:p>
        </w:tc>
      </w:tr>
      <w:tr w:rsidR="006F0382" w:rsidRPr="00925AA4" w14:paraId="3A7BA349" w14:textId="77777777">
        <w:tc>
          <w:tcPr>
            <w:tcW w:w="4320" w:type="dxa"/>
          </w:tcPr>
          <w:p w14:paraId="14409E7B" w14:textId="77777777" w:rsidR="00C74859" w:rsidRPr="00925AA4" w:rsidRDefault="00C74859" w:rsidP="00C74859">
            <w:r w:rsidRPr="00925AA4">
              <w:t>As a periodontic specialist, I need to be clear with you: untreated periodontitis can lead to serious consequences, both in your mouth and throughout your body.</w:t>
            </w:r>
          </w:p>
          <w:p w14:paraId="0E0C9773" w14:textId="77777777" w:rsidR="00C74859" w:rsidRPr="00925AA4" w:rsidRDefault="00C74859" w:rsidP="00C74859">
            <w:r w:rsidRPr="00925AA4">
              <w:t>Oral consequences:</w:t>
            </w:r>
          </w:p>
          <w:p w14:paraId="141AC430" w14:textId="77777777" w:rsidR="00C74859" w:rsidRPr="00925AA4" w:rsidRDefault="00C74859" w:rsidP="00C74859">
            <w:r w:rsidRPr="00925AA4">
              <w:t xml:space="preserve">Tooth loss is the most direct outcome. Periodontitis destroys the bone and </w:t>
            </w:r>
            <w:r w:rsidRPr="00925AA4">
              <w:lastRenderedPageBreak/>
              <w:t xml:space="preserve">ligaments supporting your teeth. As this progresses, teeth become loose and eventually fall out or require extraction. This isn't just one or two teeth—severe periodontitis can lead to losing multiple or even </w:t>
            </w:r>
            <w:proofErr w:type="gramStart"/>
            <w:r w:rsidRPr="00925AA4">
              <w:t>all of</w:t>
            </w:r>
            <w:proofErr w:type="gramEnd"/>
            <w:r w:rsidRPr="00925AA4">
              <w:t xml:space="preserve"> your teeth.</w:t>
            </w:r>
          </w:p>
          <w:p w14:paraId="61E51BC2" w14:textId="77777777" w:rsidR="00C74859" w:rsidRPr="00925AA4" w:rsidRDefault="00C74859" w:rsidP="00C74859">
            <w:r w:rsidRPr="00925AA4">
              <w:t>Gum recession and abscesses will worsen over time. You may experience recurrent painful infections, swelling, and pus formation in the gum pockets around your teeth.</w:t>
            </w:r>
          </w:p>
          <w:p w14:paraId="2D66D5C4" w14:textId="77777777" w:rsidR="00C74859" w:rsidRPr="00925AA4" w:rsidRDefault="00C74859" w:rsidP="00C74859">
            <w:r w:rsidRPr="00925AA4">
              <w:t>Bone loss in your jaw becomes permanent. Once the bone supporting your teeth is destroyed, it doesn't regenerate on its own. This can affect your facial structure and make future tooth replacement options like dental implants more difficult or impossible without extensive bone grafting.</w:t>
            </w:r>
          </w:p>
          <w:p w14:paraId="5D239672" w14:textId="77777777" w:rsidR="00C74859" w:rsidRPr="00925AA4" w:rsidRDefault="00C74859" w:rsidP="00C74859">
            <w:r w:rsidRPr="00925AA4">
              <w:t>Systemic health consequences:</w:t>
            </w:r>
          </w:p>
          <w:p w14:paraId="394F6FE0" w14:textId="77777777" w:rsidR="00C74859" w:rsidRPr="00925AA4" w:rsidRDefault="00C74859" w:rsidP="00C74859">
            <w:r w:rsidRPr="00925AA4">
              <w:t>The bacteria from periodontal disease enter your bloodstream, and research has linked untreated periodontitis to several serious health conditions:</w:t>
            </w:r>
          </w:p>
          <w:p w14:paraId="3783C3C2" w14:textId="77777777" w:rsidR="00C74859" w:rsidRPr="00925AA4" w:rsidRDefault="00C74859" w:rsidP="00C74859"/>
          <w:p w14:paraId="54F9CC15" w14:textId="77777777" w:rsidR="00C74859" w:rsidRPr="00925AA4" w:rsidRDefault="00C74859" w:rsidP="00C74859">
            <w:r w:rsidRPr="00925AA4">
              <w:t>Cardiovascular disease: Increased risk of heart attack, stroke, and atherosclerosis</w:t>
            </w:r>
          </w:p>
          <w:p w14:paraId="0E171CF8" w14:textId="77777777" w:rsidR="00C74859" w:rsidRPr="00925AA4" w:rsidRDefault="00C74859" w:rsidP="00C74859">
            <w:r w:rsidRPr="00925AA4">
              <w:t>Diabetes complications: Periodontitis makes blood sugar harder to control, and uncontrolled diabetes worsens periodontitis—creating a dangerous cycle</w:t>
            </w:r>
          </w:p>
          <w:p w14:paraId="27BF19AE" w14:textId="77777777" w:rsidR="00C74859" w:rsidRPr="00925AA4" w:rsidRDefault="00C74859" w:rsidP="00C74859">
            <w:r w:rsidRPr="00925AA4">
              <w:t>Respiratory infections: Bacteria can be aspirated into the lungs</w:t>
            </w:r>
          </w:p>
          <w:p w14:paraId="6948FBE7" w14:textId="77777777" w:rsidR="00C74859" w:rsidRPr="00925AA4" w:rsidRDefault="00C74859" w:rsidP="00C74859">
            <w:r w:rsidRPr="00925AA4">
              <w:t>Pregnancy complications: Higher risk of preterm birth and low birth weight</w:t>
            </w:r>
          </w:p>
          <w:p w14:paraId="2FF4C900" w14:textId="77777777" w:rsidR="00C74859" w:rsidRPr="00925AA4" w:rsidRDefault="00C74859" w:rsidP="00C74859">
            <w:r w:rsidRPr="00925AA4">
              <w:t>Rheumatoid arthritis: Worsening of symptoms</w:t>
            </w:r>
          </w:p>
          <w:p w14:paraId="5CCFD70C" w14:textId="77777777" w:rsidR="00C74859" w:rsidRPr="00925AA4" w:rsidRDefault="00C74859" w:rsidP="00C74859"/>
          <w:p w14:paraId="2C79BD3B" w14:textId="77777777" w:rsidR="00C74859" w:rsidRPr="00925AA4" w:rsidRDefault="00C74859" w:rsidP="00C74859">
            <w:r w:rsidRPr="00925AA4">
              <w:t>Quality of life impacts:</w:t>
            </w:r>
          </w:p>
          <w:p w14:paraId="555D3A0D" w14:textId="77777777" w:rsidR="00C74859" w:rsidRPr="00925AA4" w:rsidRDefault="00C74859" w:rsidP="00C74859">
            <w:r w:rsidRPr="00925AA4">
              <w:t>Chronic bad breath, difficulty eating, pain, and embarrassment about your smile can significantly affect your social life, nutrition, and self-confidence.</w:t>
            </w:r>
          </w:p>
          <w:p w14:paraId="4ACC4169" w14:textId="20ECF3CF" w:rsidR="006F0382" w:rsidRPr="00925AA4" w:rsidRDefault="00C74859" w:rsidP="00C74859">
            <w:r w:rsidRPr="00925AA4">
              <w:t>The good news is that periodontitis is treatable, especially when caught early. Treatment can halt progression, save your teeth, and protect your overall health. I strongly encourage you to seek treatment promptly.</w:t>
            </w:r>
          </w:p>
        </w:tc>
        <w:tc>
          <w:tcPr>
            <w:tcW w:w="4320" w:type="dxa"/>
          </w:tcPr>
          <w:p w14:paraId="4FA703DF" w14:textId="77777777" w:rsidR="00B11BD4" w:rsidRPr="00B11BD4" w:rsidRDefault="00B11BD4" w:rsidP="00B11BD4">
            <w:r w:rsidRPr="00B11BD4">
              <w:lastRenderedPageBreak/>
              <w:t>Untreated periodontitis leads to irreversible loss of the tissues supporting the teeth (such as bone and gingival tissue</w:t>
            </w:r>
            <w:proofErr w:type="gramStart"/>
            <w:r w:rsidRPr="00B11BD4">
              <w:t>), and</w:t>
            </w:r>
            <w:proofErr w:type="gramEnd"/>
            <w:r w:rsidRPr="00B11BD4">
              <w:t xml:space="preserve"> ultimately results in tooth loss. Tooth loss negatively affects chewing and speech functions, while also causing aesthetic concerns, social and psychological </w:t>
            </w:r>
            <w:r w:rsidRPr="00B11BD4">
              <w:lastRenderedPageBreak/>
              <w:t>problems, and a significant decline in quality of life.</w:t>
            </w:r>
          </w:p>
          <w:p w14:paraId="554C6BBC" w14:textId="77777777" w:rsidR="00B11BD4" w:rsidRPr="00B11BD4" w:rsidRDefault="00B11BD4" w:rsidP="00B11BD4">
            <w:r w:rsidRPr="00B11BD4">
              <w:t>As a result of severe periodontitis, replacing lost teeth with methods such as implants often requires reconstruction of the lost bone through complex grafting procedures. This may lead to a prolonged treatment process, increased costs, and a higher risk of complications.</w:t>
            </w:r>
          </w:p>
          <w:p w14:paraId="6FCDF073" w14:textId="77777777" w:rsidR="00B11BD4" w:rsidRPr="00B11BD4" w:rsidRDefault="00B11BD4" w:rsidP="00B11BD4">
            <w:r w:rsidRPr="00B11BD4">
              <w:t>Today, periodontitis is known to be associated with many systemic diseases, including cardiovascular diseases, diabetes and its complications, respiratory diseases, and adverse pregnancy outcomes. Therefore, the treatment of periodontitis affects not only oral health but also overall health.</w:t>
            </w:r>
          </w:p>
          <w:p w14:paraId="4A8E4DDC" w14:textId="77777777" w:rsidR="00B11BD4" w:rsidRPr="00B11BD4" w:rsidRDefault="00B11BD4" w:rsidP="00B11BD4">
            <w:r w:rsidRPr="00B11BD4">
              <w:t>Failure to control periodontitis may lead not only to tooth loss and reduced quality of life but also to increased healthcare costs in the long term.</w:t>
            </w:r>
          </w:p>
          <w:p w14:paraId="18F6432C" w14:textId="77777777" w:rsidR="006F0382" w:rsidRPr="00925AA4" w:rsidRDefault="00000000">
            <w:r w:rsidRPr="00925AA4">
              <w:t>________________________________</w:t>
            </w:r>
          </w:p>
        </w:tc>
      </w:tr>
      <w:tr w:rsidR="006F0382" w:rsidRPr="00925AA4" w14:paraId="250D0A23" w14:textId="77777777">
        <w:tc>
          <w:tcPr>
            <w:tcW w:w="4320" w:type="dxa"/>
          </w:tcPr>
          <w:p w14:paraId="3433F91E" w14:textId="77777777" w:rsidR="006F0382" w:rsidRPr="00925AA4" w:rsidRDefault="00000000">
            <w:r w:rsidRPr="00925AA4">
              <w:lastRenderedPageBreak/>
              <w:t>________________________________</w:t>
            </w:r>
          </w:p>
        </w:tc>
        <w:tc>
          <w:tcPr>
            <w:tcW w:w="4320" w:type="dxa"/>
          </w:tcPr>
          <w:p w14:paraId="48E8C652" w14:textId="77777777" w:rsidR="006F0382" w:rsidRPr="00925AA4" w:rsidRDefault="00000000">
            <w:r w:rsidRPr="00925AA4">
              <w:t>________________________________</w:t>
            </w:r>
          </w:p>
        </w:tc>
      </w:tr>
    </w:tbl>
    <w:p w14:paraId="7DC5EC87" w14:textId="06ABB32A" w:rsidR="006F0382" w:rsidRPr="00925AA4" w:rsidRDefault="00D61BF9">
      <w:r w:rsidRPr="00925AA4">
        <w:rPr>
          <w:b/>
          <w:bCs/>
        </w:rPr>
        <w:t>Question 16:</w:t>
      </w:r>
      <w:r w:rsidRPr="00925AA4">
        <w:t xml:space="preserve"> </w:t>
      </w:r>
      <w:r w:rsidR="00DF1805" w:rsidRPr="00925AA4">
        <w:t xml:space="preserve">Assume the role of a periodontic specialist and provide a precise answer to the following patient question. </w:t>
      </w:r>
      <w:r w:rsidR="00AB106D" w:rsidRPr="00925AA4">
        <w:t xml:space="preserve">I’ve heard that gum disease is linked to heart disease. Is that true? </w:t>
      </w:r>
      <w:r w:rsidRPr="00925AA4">
        <w:br/>
      </w:r>
    </w:p>
    <w:tbl>
      <w:tblPr>
        <w:tblW w:w="0" w:type="auto"/>
        <w:tblLook w:val="04A0" w:firstRow="1" w:lastRow="0" w:firstColumn="1" w:lastColumn="0" w:noHBand="0" w:noVBand="1"/>
      </w:tblPr>
      <w:tblGrid>
        <w:gridCol w:w="4320"/>
        <w:gridCol w:w="4320"/>
      </w:tblGrid>
      <w:tr w:rsidR="006F0382" w:rsidRPr="00925AA4" w14:paraId="2678D6C9" w14:textId="77777777">
        <w:tc>
          <w:tcPr>
            <w:tcW w:w="4320" w:type="dxa"/>
          </w:tcPr>
          <w:p w14:paraId="2D0FE93C" w14:textId="7D9F8BAE" w:rsidR="006F0382" w:rsidRPr="00925AA4" w:rsidRDefault="00372A24">
            <w:r w:rsidRPr="00925AA4">
              <w:t>Answer A (ChatGPT)</w:t>
            </w:r>
          </w:p>
        </w:tc>
        <w:tc>
          <w:tcPr>
            <w:tcW w:w="4320" w:type="dxa"/>
          </w:tcPr>
          <w:p w14:paraId="567375BE" w14:textId="6271A761" w:rsidR="006F0382" w:rsidRPr="00925AA4" w:rsidRDefault="00372A24">
            <w:r w:rsidRPr="00925AA4">
              <w:t>Answer B (Gemini)</w:t>
            </w:r>
          </w:p>
        </w:tc>
      </w:tr>
      <w:tr w:rsidR="006F0382" w:rsidRPr="00925AA4" w14:paraId="77D53ED2" w14:textId="77777777">
        <w:tc>
          <w:tcPr>
            <w:tcW w:w="4320" w:type="dxa"/>
          </w:tcPr>
          <w:p w14:paraId="32A8650E" w14:textId="77777777" w:rsidR="00AB106D" w:rsidRPr="00925AA4" w:rsidRDefault="00AB106D" w:rsidP="00AB106D">
            <w:r w:rsidRPr="00925AA4">
              <w:t>Yes — gum disease (periodontitis) is associated with heart disease, but it has not been proven to directly cause it.</w:t>
            </w:r>
          </w:p>
          <w:p w14:paraId="01398BF4" w14:textId="77777777" w:rsidR="00AB106D" w:rsidRPr="00925AA4" w:rsidRDefault="00AB106D" w:rsidP="00AB106D">
            <w:r w:rsidRPr="00925AA4">
              <w:t>What we do know from many well-designed studies is:</w:t>
            </w:r>
          </w:p>
          <w:p w14:paraId="17BAB628" w14:textId="259DD6F6" w:rsidR="00AB106D" w:rsidRPr="00925AA4" w:rsidRDefault="00AB106D" w:rsidP="00AB106D">
            <w:r w:rsidRPr="00925AA4">
              <w:t xml:space="preserve">1. People with moderate–severe gum disease </w:t>
            </w:r>
            <w:r w:rsidR="0015299D" w:rsidRPr="00925AA4">
              <w:t>has</w:t>
            </w:r>
            <w:r w:rsidRPr="00925AA4">
              <w:t xml:space="preserve"> a higher risk of cardiovascular problems.</w:t>
            </w:r>
          </w:p>
          <w:p w14:paraId="70EADDF1" w14:textId="77777777" w:rsidR="00AB106D" w:rsidRPr="00925AA4" w:rsidRDefault="00AB106D" w:rsidP="00AB106D">
            <w:r w:rsidRPr="00925AA4">
              <w:t>This includes coronary artery disease, heart attack, and stroke. The risk is modest but consistent across studies.</w:t>
            </w:r>
          </w:p>
          <w:p w14:paraId="7D5161D8" w14:textId="77777777" w:rsidR="00AB106D" w:rsidRPr="00925AA4" w:rsidRDefault="00AB106D" w:rsidP="00AB106D">
            <w:r w:rsidRPr="00925AA4">
              <w:t>2. The likely link is inflammation.</w:t>
            </w:r>
          </w:p>
          <w:p w14:paraId="3623844B" w14:textId="77777777" w:rsidR="00AB106D" w:rsidRPr="00925AA4" w:rsidRDefault="00AB106D" w:rsidP="00AB106D">
            <w:r w:rsidRPr="00925AA4">
              <w:t xml:space="preserve">Periodontitis is a chronic inflammatory condition. That inflammation can spill over into the bloodstream and may contribute to </w:t>
            </w:r>
            <w:r w:rsidRPr="00925AA4">
              <w:lastRenderedPageBreak/>
              <w:t>the formation or progression of arterial plaque.</w:t>
            </w:r>
          </w:p>
          <w:p w14:paraId="0B970F96" w14:textId="77777777" w:rsidR="00AB106D" w:rsidRPr="00925AA4" w:rsidRDefault="00AB106D" w:rsidP="00AB106D">
            <w:r w:rsidRPr="00925AA4">
              <w:t>3. Oral bacteria can enter the bloodstream.</w:t>
            </w:r>
          </w:p>
          <w:p w14:paraId="3D3D94E8" w14:textId="77777777" w:rsidR="00AB106D" w:rsidRPr="00925AA4" w:rsidRDefault="00AB106D" w:rsidP="00AB106D">
            <w:r w:rsidRPr="00925AA4">
              <w:t>Bacteria from infected gums can travel through the blood, and traces of oral pathogens have been found in arterial plaque. This does not prove causation but supports a biological connection.</w:t>
            </w:r>
          </w:p>
          <w:p w14:paraId="7E865095" w14:textId="77777777" w:rsidR="00AB106D" w:rsidRPr="00925AA4" w:rsidRDefault="00AB106D" w:rsidP="00AB106D">
            <w:r w:rsidRPr="00925AA4">
              <w:t>4. Treating gum disease improves oral health and reduces inflammatory markers.</w:t>
            </w:r>
          </w:p>
          <w:p w14:paraId="01CE6F33" w14:textId="77777777" w:rsidR="00AB106D" w:rsidRPr="00925AA4" w:rsidRDefault="00AB106D" w:rsidP="00AB106D">
            <w:r w:rsidRPr="00925AA4">
              <w:t>Although treatment hasn’t been definitively shown to prevent heart attacks, it does reduce systemic inflammation—one of the risk factors involved in cardiovascular disease.</w:t>
            </w:r>
          </w:p>
          <w:p w14:paraId="678CAFCC" w14:textId="77777777" w:rsidR="00AB106D" w:rsidRPr="00925AA4" w:rsidRDefault="00AB106D" w:rsidP="00AB106D">
            <w:r w:rsidRPr="00925AA4">
              <w:t>Bottom line:</w:t>
            </w:r>
          </w:p>
          <w:p w14:paraId="1B410EC3" w14:textId="77777777" w:rsidR="00AB106D" w:rsidRPr="00925AA4" w:rsidRDefault="00AB106D" w:rsidP="00AB106D">
            <w:r w:rsidRPr="00925AA4">
              <w:t>Gum disease and heart disease are linked, mostly through chronic inflammation.</w:t>
            </w:r>
          </w:p>
          <w:p w14:paraId="29E01DAB" w14:textId="77777777" w:rsidR="00AB106D" w:rsidRPr="00925AA4" w:rsidRDefault="00AB106D" w:rsidP="00AB106D">
            <w:r w:rsidRPr="00925AA4">
              <w:t>Treating periodontitis is important for your overall health and may help lower systemic inflammatory burden, even though it’s not considered a stand-alone heart-disease prevention method.</w:t>
            </w:r>
          </w:p>
          <w:p w14:paraId="04D4B1EB" w14:textId="52AF89B6" w:rsidR="006F0382" w:rsidRPr="00925AA4" w:rsidRDefault="00AB106D" w:rsidP="00AB106D">
            <w:r w:rsidRPr="00925AA4">
              <w:t>If you have gum disease and risk factors like high blood pressure, high cholesterol, diabetes, or a family history of heart disease, it’s especially important to keep your periodontal health under control.</w:t>
            </w:r>
          </w:p>
        </w:tc>
        <w:tc>
          <w:tcPr>
            <w:tcW w:w="4320" w:type="dxa"/>
          </w:tcPr>
          <w:p w14:paraId="390F851E" w14:textId="4016A744" w:rsidR="001773A6" w:rsidRPr="00925AA4" w:rsidRDefault="001773A6" w:rsidP="001773A6">
            <w:r w:rsidRPr="00925AA4">
              <w:lastRenderedPageBreak/>
              <w:t>That is an excellent and very important question. As a periodontist, I can tell you that the connection between gum disease (periodontal disease) and heart disease (cardiovascular disease) is the subject of extensive research, and while we don't say that one causes the other, there is a well-documented and strong association between the two conditions.</w:t>
            </w:r>
          </w:p>
          <w:p w14:paraId="7FDB355B" w14:textId="3603851E" w:rsidR="001773A6" w:rsidRPr="00925AA4" w:rsidRDefault="001773A6" w:rsidP="001773A6">
            <w:r w:rsidRPr="00925AA4">
              <w:t>Here is a precise summary of the current understanding:</w:t>
            </w:r>
          </w:p>
          <w:p w14:paraId="179AE371" w14:textId="3EC8BCE5" w:rsidR="001773A6" w:rsidRPr="00925AA4" w:rsidRDefault="001773A6" w:rsidP="001773A6">
            <w:r w:rsidRPr="00925AA4">
              <w:rPr>
                <w:rFonts w:ascii="Apple Color Emoji" w:hAnsi="Apple Color Emoji" w:cs="Apple Color Emoji"/>
              </w:rPr>
              <w:t>🦷</w:t>
            </w:r>
            <w:r w:rsidRPr="00925AA4">
              <w:t xml:space="preserve"> Periodontal Disease and </w:t>
            </w:r>
            <w:r w:rsidRPr="00925AA4">
              <w:rPr>
                <w:rFonts w:ascii="Apple Color Emoji" w:hAnsi="Apple Color Emoji" w:cs="Apple Color Emoji"/>
              </w:rPr>
              <w:t>❤️</w:t>
            </w:r>
            <w:r w:rsidRPr="00925AA4">
              <w:t xml:space="preserve"> heart disease: The Scientific Link</w:t>
            </w:r>
          </w:p>
          <w:p w14:paraId="18EDAFAF" w14:textId="2893D7C8" w:rsidR="001773A6" w:rsidRPr="00925AA4" w:rsidRDefault="001773A6" w:rsidP="001773A6">
            <w:r w:rsidRPr="00925AA4">
              <w:t>The relationship is primarily driven by inflammation and the presence of harmful bacteria.</w:t>
            </w:r>
          </w:p>
          <w:p w14:paraId="60965D56" w14:textId="114F4196" w:rsidR="001773A6" w:rsidRPr="00925AA4" w:rsidRDefault="001773A6" w:rsidP="001773A6">
            <w:r w:rsidRPr="00925AA4">
              <w:t>1. The Role of Chronic Inflammation</w:t>
            </w:r>
          </w:p>
          <w:p w14:paraId="04548118" w14:textId="3EF9D438" w:rsidR="001773A6" w:rsidRPr="00925AA4" w:rsidRDefault="001773A6" w:rsidP="001773A6">
            <w:r w:rsidRPr="00925AA4">
              <w:lastRenderedPageBreak/>
              <w:t>Periodontal Disease is an Inflammatory Condition: Gum disease, particularly the advanced form called periodontitis, is essentially a chronic, low-grade infection and inflammatory response in the gum tissues and supporting bone.</w:t>
            </w:r>
          </w:p>
          <w:p w14:paraId="6359FAC8" w14:textId="57BE6A1E" w:rsidR="001773A6" w:rsidRPr="00925AA4" w:rsidRDefault="001773A6" w:rsidP="001773A6">
            <w:r w:rsidRPr="00925AA4">
              <w:t>Systemic Spread: The inflammation doesn't always stay confined to the mouth. The byproducts of this chronic oral inflammation can enter the bloodstream.</w:t>
            </w:r>
          </w:p>
          <w:p w14:paraId="4F69B040" w14:textId="387E137D" w:rsidR="001773A6" w:rsidRPr="00925AA4" w:rsidRDefault="001773A6" w:rsidP="001773A6">
            <w:r w:rsidRPr="00925AA4">
              <w:t>Atherosclerosis: When these inflammatory markers (like C-reactive protein) circulate throughout the body, they are believed to contribute to systemic inflammation. This process is a major risk factor for atherosclerosis—the hardening and narrowing of the arteries due to plaque buildup—which is the underlying cause of most heart attacks and strokes.</w:t>
            </w:r>
          </w:p>
          <w:p w14:paraId="7713CA98" w14:textId="243C4DB6" w:rsidR="001773A6" w:rsidRPr="00925AA4" w:rsidRDefault="001773A6" w:rsidP="001773A6">
            <w:r w:rsidRPr="00925AA4">
              <w:t>2. The Impact of Oral Bacteria</w:t>
            </w:r>
          </w:p>
          <w:p w14:paraId="16F5EA1F" w14:textId="57564906" w:rsidR="001773A6" w:rsidRPr="00925AA4" w:rsidRDefault="001773A6" w:rsidP="001773A6">
            <w:r w:rsidRPr="00925AA4">
              <w:t>Bacteremia: When you have periodontitis, the tissue lining of your gums is compromised, allowing the bacteria responsible for the gum infection (e.g., Porphyromonas gingivalis) to easily enter the bloodstream, a phenomenon known as bacteremia.</w:t>
            </w:r>
          </w:p>
          <w:p w14:paraId="31DACE1D" w14:textId="746EBD04" w:rsidR="001773A6" w:rsidRPr="00925AA4" w:rsidRDefault="001773A6" w:rsidP="001773A6">
            <w:r w:rsidRPr="00925AA4">
              <w:t>Plaque Formation: Once in the blood, these bacteria or their components have been found in the fatty plaque deposits (</w:t>
            </w:r>
            <w:proofErr w:type="spellStart"/>
            <w:r w:rsidRPr="00925AA4">
              <w:t>atheromas</w:t>
            </w:r>
            <w:proofErr w:type="spellEnd"/>
            <w:r w:rsidRPr="00925AA4">
              <w:t>) inside the coronary arteries of patients with heart disease. While the exact mechanism is still under investigation, it is theorized that these pathogens could directly contribute to the formation or destabilization of this arterial plaque.</w:t>
            </w:r>
          </w:p>
          <w:p w14:paraId="3221F857" w14:textId="77777777" w:rsidR="001773A6" w:rsidRPr="00925AA4" w:rsidRDefault="001773A6" w:rsidP="001773A6">
            <w:r w:rsidRPr="00925AA4">
              <w:rPr>
                <w:rFonts w:ascii="Apple Color Emoji" w:hAnsi="Apple Color Emoji" w:cs="Apple Color Emoji"/>
              </w:rPr>
              <w:t>📝</w:t>
            </w:r>
            <w:r w:rsidRPr="00925AA4">
              <w:t xml:space="preserve"> Key Takeaway for Patients</w:t>
            </w:r>
          </w:p>
          <w:p w14:paraId="437F7BA6" w14:textId="2422FCD5" w:rsidR="001773A6" w:rsidRPr="00925AA4" w:rsidRDefault="001773A6" w:rsidP="001773A6">
            <w:r w:rsidRPr="00925AA4">
              <w:lastRenderedPageBreak/>
              <w:t>Shared Risk Factors: It is important to note that both periodontal disease and heart disease often share common risk factors, such as smoking, diabetes, and poor nutrition/genetics.</w:t>
            </w:r>
          </w:p>
          <w:p w14:paraId="7107BC1B" w14:textId="4F26F21C" w:rsidR="001773A6" w:rsidRPr="00925AA4" w:rsidRDefault="001773A6" w:rsidP="001773A6">
            <w:r w:rsidRPr="00925AA4">
              <w:t>The Consensus: The professional consensus is that having severe periodontitis increases your risk of developing cardiovascular disease and vice versa.</w:t>
            </w:r>
          </w:p>
          <w:p w14:paraId="2E7B3891" w14:textId="105605BE" w:rsidR="001773A6" w:rsidRPr="00925AA4" w:rsidRDefault="001773A6" w:rsidP="001773A6">
            <w:r w:rsidRPr="00925AA4">
              <w:t>In summary: While we cannot definitively say that gum disease causes heart disease, treating your periodontal disease is crucial because it reduces the overall inflammatory burden on your body and eliminates a significant source of systemic infection, which is a prudent step in managing your overall cardiovascular risk.</w:t>
            </w:r>
          </w:p>
          <w:p w14:paraId="6EBA3020" w14:textId="290718FA" w:rsidR="006F0382" w:rsidRPr="00925AA4" w:rsidRDefault="001773A6" w:rsidP="001773A6">
            <w:r w:rsidRPr="00925AA4">
              <w:t>Would you like me to discuss the next steps for a comprehensive periodontal evaluation and treatment plan to help manage your oral and systemic health?</w:t>
            </w:r>
          </w:p>
        </w:tc>
      </w:tr>
    </w:tbl>
    <w:p w14:paraId="461BD38B"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2808C596" w14:textId="77777777">
        <w:tc>
          <w:tcPr>
            <w:tcW w:w="4320" w:type="dxa"/>
          </w:tcPr>
          <w:p w14:paraId="348F53D6" w14:textId="532490F4" w:rsidR="006F0382" w:rsidRPr="00925AA4" w:rsidRDefault="00372A24">
            <w:r w:rsidRPr="00925AA4">
              <w:t>Answer C (Claude)</w:t>
            </w:r>
          </w:p>
        </w:tc>
        <w:tc>
          <w:tcPr>
            <w:tcW w:w="4320" w:type="dxa"/>
          </w:tcPr>
          <w:p w14:paraId="7990187F" w14:textId="30B17324" w:rsidR="006F0382" w:rsidRPr="00925AA4" w:rsidRDefault="00372A24">
            <w:r w:rsidRPr="00925AA4">
              <w:t>Answer D (</w:t>
            </w:r>
            <w:r w:rsidR="005C166D" w:rsidRPr="00925AA4">
              <w:t>Expert</w:t>
            </w:r>
            <w:r w:rsidRPr="00925AA4">
              <w:t>)</w:t>
            </w:r>
          </w:p>
        </w:tc>
      </w:tr>
      <w:tr w:rsidR="006F0382" w:rsidRPr="00925AA4" w14:paraId="65764D62" w14:textId="77777777">
        <w:tc>
          <w:tcPr>
            <w:tcW w:w="4320" w:type="dxa"/>
          </w:tcPr>
          <w:p w14:paraId="539DBBF0" w14:textId="77777777" w:rsidR="00C74859" w:rsidRPr="00925AA4" w:rsidRDefault="00C74859" w:rsidP="00C74859">
            <w:r w:rsidRPr="00925AA4">
              <w:t>Yes, that's true. There is a well-established connection between gum disease (periodontal disease) and heart disease, though I should clarify what we know about this relationship.</w:t>
            </w:r>
          </w:p>
          <w:p w14:paraId="653FCB0A" w14:textId="77777777" w:rsidR="00C74859" w:rsidRPr="00925AA4" w:rsidRDefault="00C74859" w:rsidP="00C74859">
            <w:r w:rsidRPr="00925AA4">
              <w:t>What the research shows:</w:t>
            </w:r>
          </w:p>
          <w:p w14:paraId="5B5D2B34" w14:textId="77777777" w:rsidR="00C74859" w:rsidRPr="00925AA4" w:rsidRDefault="00C74859" w:rsidP="00C74859">
            <w:r w:rsidRPr="00925AA4">
              <w:t>Multiple studies have demonstrated that people with periodontal disease have a significantly higher risk of cardiovascular disease, including heart attacks and strokes. The association is strong enough that it's now recognized by both dental and medical professionals.</w:t>
            </w:r>
          </w:p>
          <w:p w14:paraId="204F4B4D" w14:textId="77777777" w:rsidR="00C74859" w:rsidRPr="00925AA4" w:rsidRDefault="00C74859" w:rsidP="00C74859">
            <w:r w:rsidRPr="00925AA4">
              <w:lastRenderedPageBreak/>
              <w:t>The likely mechanisms:</w:t>
            </w:r>
          </w:p>
          <w:p w14:paraId="1D08818C" w14:textId="77777777" w:rsidR="00C74859" w:rsidRPr="00925AA4" w:rsidRDefault="00C74859" w:rsidP="00C74859">
            <w:r w:rsidRPr="00925AA4">
              <w:t>The connection appears to work through inflammation and bacteria. When you have gum disease, bacteria from your mouth can enter your bloodstream through inflamed gum tissues. This can contribute to:</w:t>
            </w:r>
          </w:p>
          <w:p w14:paraId="6A5E90A7" w14:textId="77777777" w:rsidR="00C74859" w:rsidRPr="00925AA4" w:rsidRDefault="00C74859" w:rsidP="00C74859"/>
          <w:p w14:paraId="48E04ABB" w14:textId="77777777" w:rsidR="00C74859" w:rsidRPr="00925AA4" w:rsidRDefault="00C74859" w:rsidP="00C74859">
            <w:r w:rsidRPr="00925AA4">
              <w:t>Chronic systemic inflammation, which damages blood vessels</w:t>
            </w:r>
          </w:p>
          <w:p w14:paraId="5F9FCFA2" w14:textId="77777777" w:rsidR="00C74859" w:rsidRPr="00925AA4" w:rsidRDefault="00C74859" w:rsidP="00C74859">
            <w:r w:rsidRPr="00925AA4">
              <w:t>Atherosclerosis (plaque buildup in arteries)</w:t>
            </w:r>
          </w:p>
          <w:p w14:paraId="10ED62AE" w14:textId="77777777" w:rsidR="00C74859" w:rsidRPr="00925AA4" w:rsidRDefault="00C74859" w:rsidP="00C74859">
            <w:r w:rsidRPr="00925AA4">
              <w:t>Increased risk of blood clots</w:t>
            </w:r>
          </w:p>
          <w:p w14:paraId="7DEF651B" w14:textId="77777777" w:rsidR="00C74859" w:rsidRPr="00925AA4" w:rsidRDefault="00C74859" w:rsidP="00C74859">
            <w:r w:rsidRPr="00925AA4">
              <w:t>Bacterial deposits in arterial plaques</w:t>
            </w:r>
          </w:p>
          <w:p w14:paraId="6406A9FA" w14:textId="77777777" w:rsidR="00C74859" w:rsidRPr="00925AA4" w:rsidRDefault="00C74859" w:rsidP="00C74859"/>
          <w:p w14:paraId="6EB3CEAF" w14:textId="77777777" w:rsidR="00C74859" w:rsidRPr="00925AA4" w:rsidRDefault="00C74859" w:rsidP="00C74859">
            <w:r w:rsidRPr="00925AA4">
              <w:t>Important distinction:</w:t>
            </w:r>
          </w:p>
          <w:p w14:paraId="030CFAE0" w14:textId="77777777" w:rsidR="00C74859" w:rsidRPr="00925AA4" w:rsidRDefault="00C74859" w:rsidP="00C74859">
            <w:r w:rsidRPr="00925AA4">
              <w:t>While the association is clear, we haven't definitively proven that gum disease causes heart disease. It's possible that:</w:t>
            </w:r>
          </w:p>
          <w:p w14:paraId="24011B0C" w14:textId="77777777" w:rsidR="00C74859" w:rsidRPr="00925AA4" w:rsidRDefault="00C74859" w:rsidP="00C74859"/>
          <w:p w14:paraId="597773A0" w14:textId="77777777" w:rsidR="00C74859" w:rsidRPr="00925AA4" w:rsidRDefault="00C74859" w:rsidP="00C74859">
            <w:r w:rsidRPr="00925AA4">
              <w:t>Gum disease contributes directly to heart disease</w:t>
            </w:r>
          </w:p>
          <w:p w14:paraId="569BB0EB" w14:textId="77777777" w:rsidR="00C74859" w:rsidRPr="00925AA4" w:rsidRDefault="00C74859" w:rsidP="00C74859">
            <w:r w:rsidRPr="00925AA4">
              <w:t>Both conditions share common risk factors (smoking, diabetes, poor diet)</w:t>
            </w:r>
          </w:p>
          <w:p w14:paraId="2DDF0183" w14:textId="77777777" w:rsidR="00C74859" w:rsidRPr="00925AA4" w:rsidRDefault="00C74859" w:rsidP="00C74859">
            <w:r w:rsidRPr="00925AA4">
              <w:t>Some combination of both</w:t>
            </w:r>
          </w:p>
          <w:p w14:paraId="5F49C5C5" w14:textId="77777777" w:rsidR="00C74859" w:rsidRPr="00925AA4" w:rsidRDefault="00C74859" w:rsidP="00C74859"/>
          <w:p w14:paraId="2C3505D6" w14:textId="77777777" w:rsidR="00C74859" w:rsidRPr="00925AA4" w:rsidRDefault="00C74859" w:rsidP="00C74859">
            <w:r w:rsidRPr="00925AA4">
              <w:t>The practical takeaway:</w:t>
            </w:r>
          </w:p>
          <w:p w14:paraId="092DB278" w14:textId="77777777" w:rsidR="00C74859" w:rsidRPr="00925AA4" w:rsidRDefault="00C74859" w:rsidP="00C74859">
            <w:r w:rsidRPr="00925AA4">
              <w:t xml:space="preserve">Regardless of the exact mechanism, maintaining healthy gums is important for your overall health, not just your mouth. Good periodontal health—through regular brushing, flossing, and professional </w:t>
            </w:r>
            <w:r w:rsidRPr="00925AA4">
              <w:lastRenderedPageBreak/>
              <w:t>cleanings—may help reduce your cardiovascular risk.</w:t>
            </w:r>
          </w:p>
          <w:p w14:paraId="39246343" w14:textId="77777777" w:rsidR="00C74859" w:rsidRPr="00925AA4" w:rsidRDefault="00C74859" w:rsidP="00C74859">
            <w:r w:rsidRPr="00925AA4">
              <w:t>If you have gum disease, treating it is important. And if you have heart disease or risk factors for it, paying extra attention to your periodontal health is wise.</w:t>
            </w:r>
          </w:p>
          <w:p w14:paraId="7390D24C" w14:textId="48CE21D7" w:rsidR="006F0382" w:rsidRPr="00925AA4" w:rsidRDefault="00C74859" w:rsidP="00C74859">
            <w:r w:rsidRPr="00925AA4">
              <w:t>Do you have concerns about your gum health that prompted this question?</w:t>
            </w:r>
          </w:p>
        </w:tc>
        <w:tc>
          <w:tcPr>
            <w:tcW w:w="4320" w:type="dxa"/>
          </w:tcPr>
          <w:p w14:paraId="58D6935B" w14:textId="77777777" w:rsidR="00B11BD4" w:rsidRPr="00B11BD4" w:rsidRDefault="00B11BD4" w:rsidP="00B11BD4">
            <w:r w:rsidRPr="00B11BD4">
              <w:lastRenderedPageBreak/>
              <w:t>There is substantial scientific evidence demonstrating a strong and consistent association between periodontal disease and cardiovascular disease.</w:t>
            </w:r>
          </w:p>
          <w:p w14:paraId="3ADFF488" w14:textId="77777777" w:rsidR="00B11BD4" w:rsidRPr="00B11BD4" w:rsidRDefault="00B11BD4" w:rsidP="00B11BD4">
            <w:r w:rsidRPr="00B11BD4">
              <w:t>Bacteria that cause periodontal disease can enter the bloodstream and may lead to inflammation, particularly within the cardiovascular system. These bacteria can contribute to plaque accumulation on vessel walls, potentially leading to vascular occlusion and, consequently, an increased risk of heart attack or stroke.</w:t>
            </w:r>
          </w:p>
          <w:p w14:paraId="3CB4E384" w14:textId="77777777" w:rsidR="00B11BD4" w:rsidRPr="00B11BD4" w:rsidRDefault="00B11BD4" w:rsidP="00B11BD4">
            <w:r w:rsidRPr="00B11BD4">
              <w:t xml:space="preserve">However, a direct cause-and-effect relationship between periodontal disease </w:t>
            </w:r>
            <w:r w:rsidRPr="00B11BD4">
              <w:lastRenderedPageBreak/>
              <w:t>and cardiovascular disease has not yet been definitively proven.</w:t>
            </w:r>
          </w:p>
          <w:p w14:paraId="02891E31" w14:textId="77777777" w:rsidR="00B11BD4" w:rsidRPr="00B11BD4" w:rsidRDefault="00B11BD4" w:rsidP="00B11BD4">
            <w:r w:rsidRPr="00B11BD4">
              <w:t>Nevertheless, maintaining good oral health is extremely important for overall health and for the cardiovascular system.</w:t>
            </w:r>
          </w:p>
          <w:p w14:paraId="15E0A067" w14:textId="77777777" w:rsidR="006F0382" w:rsidRPr="00925AA4" w:rsidRDefault="00000000">
            <w:r w:rsidRPr="00925AA4">
              <w:t>________________________________</w:t>
            </w:r>
          </w:p>
        </w:tc>
      </w:tr>
      <w:tr w:rsidR="006F0382" w:rsidRPr="00925AA4" w14:paraId="623A4E75" w14:textId="77777777">
        <w:tc>
          <w:tcPr>
            <w:tcW w:w="4320" w:type="dxa"/>
          </w:tcPr>
          <w:p w14:paraId="06838AC3" w14:textId="77777777" w:rsidR="006F0382" w:rsidRPr="00925AA4" w:rsidRDefault="00000000">
            <w:r w:rsidRPr="00925AA4">
              <w:lastRenderedPageBreak/>
              <w:t>________________________________</w:t>
            </w:r>
          </w:p>
        </w:tc>
        <w:tc>
          <w:tcPr>
            <w:tcW w:w="4320" w:type="dxa"/>
          </w:tcPr>
          <w:p w14:paraId="7F6F0C5D" w14:textId="77777777" w:rsidR="006F0382" w:rsidRPr="00925AA4" w:rsidRDefault="00000000">
            <w:r w:rsidRPr="00925AA4">
              <w:t>________________________________</w:t>
            </w:r>
          </w:p>
        </w:tc>
      </w:tr>
    </w:tbl>
    <w:p w14:paraId="155FC90D" w14:textId="75DA62E7" w:rsidR="006F0382" w:rsidRPr="00925AA4" w:rsidRDefault="00D61BF9">
      <w:r w:rsidRPr="00925AA4">
        <w:rPr>
          <w:b/>
          <w:bCs/>
        </w:rPr>
        <w:t>Question 17:</w:t>
      </w:r>
      <w:r w:rsidRPr="00925AA4">
        <w:t xml:space="preserve"> </w:t>
      </w:r>
      <w:r w:rsidR="00AB106D" w:rsidRPr="00925AA4">
        <w:t xml:space="preserve">Assume the role of a periodontic specialist and provide a precise answer to the following patient question. </w:t>
      </w:r>
      <w:r w:rsidR="00C31E92" w:rsidRPr="00925AA4">
        <w:rPr>
          <w:rFonts w:ascii="Times New Roman" w:eastAsia="Times New Roman" w:hAnsi="Times New Roman" w:cs="Times New Roman"/>
          <w:lang w:eastAsia="tr-TR"/>
        </w:rPr>
        <w:t xml:space="preserve">My dentist said I need scaling and root planing — what exactly does that mean, and </w:t>
      </w:r>
      <w:proofErr w:type="spellStart"/>
      <w:r w:rsidR="00C31E92" w:rsidRPr="00925AA4">
        <w:rPr>
          <w:rFonts w:ascii="Times New Roman" w:eastAsia="Times New Roman" w:hAnsi="Times New Roman" w:cs="Times New Roman"/>
          <w:lang w:eastAsia="tr-TR"/>
        </w:rPr>
        <w:t>howis</w:t>
      </w:r>
      <w:proofErr w:type="spellEnd"/>
      <w:r w:rsidR="00C31E92" w:rsidRPr="00925AA4">
        <w:rPr>
          <w:rFonts w:ascii="Times New Roman" w:eastAsia="Times New Roman" w:hAnsi="Times New Roman" w:cs="Times New Roman"/>
          <w:lang w:eastAsia="tr-TR"/>
        </w:rPr>
        <w:t xml:space="preserve"> it needed?</w:t>
      </w:r>
      <w:r w:rsidR="00C31E92" w:rsidRPr="00925AA4">
        <w:t xml:space="preserve"> </w:t>
      </w:r>
      <w:r w:rsidRPr="00925AA4">
        <w:br/>
      </w:r>
    </w:p>
    <w:tbl>
      <w:tblPr>
        <w:tblW w:w="0" w:type="auto"/>
        <w:tblLook w:val="04A0" w:firstRow="1" w:lastRow="0" w:firstColumn="1" w:lastColumn="0" w:noHBand="0" w:noVBand="1"/>
      </w:tblPr>
      <w:tblGrid>
        <w:gridCol w:w="4320"/>
        <w:gridCol w:w="4320"/>
      </w:tblGrid>
      <w:tr w:rsidR="006F0382" w:rsidRPr="00925AA4" w14:paraId="77A802E5" w14:textId="77777777">
        <w:tc>
          <w:tcPr>
            <w:tcW w:w="4320" w:type="dxa"/>
          </w:tcPr>
          <w:p w14:paraId="16B0C6A0" w14:textId="49C31B9D" w:rsidR="006F0382" w:rsidRPr="00925AA4" w:rsidRDefault="00372A24">
            <w:r w:rsidRPr="00925AA4">
              <w:t>Answer A (ChatGPT)</w:t>
            </w:r>
          </w:p>
        </w:tc>
        <w:tc>
          <w:tcPr>
            <w:tcW w:w="4320" w:type="dxa"/>
          </w:tcPr>
          <w:p w14:paraId="16C0A5DE" w14:textId="7A8D55F9" w:rsidR="006F0382" w:rsidRPr="00925AA4" w:rsidRDefault="00372A24">
            <w:r w:rsidRPr="00925AA4">
              <w:t>Answer B (Gemini)</w:t>
            </w:r>
          </w:p>
        </w:tc>
      </w:tr>
      <w:tr w:rsidR="006F0382" w:rsidRPr="00925AA4" w14:paraId="6E818EF9" w14:textId="77777777">
        <w:tc>
          <w:tcPr>
            <w:tcW w:w="4320" w:type="dxa"/>
          </w:tcPr>
          <w:p w14:paraId="5899728E" w14:textId="77777777" w:rsidR="00C31E92" w:rsidRPr="00925AA4" w:rsidRDefault="00C31E92" w:rsidP="00C31E92">
            <w:r w:rsidRPr="00925AA4">
              <w:t>As a periodontic specialist, here’s the clearest way to understand scaling and root planing and why it’s recommended:</w:t>
            </w:r>
          </w:p>
          <w:p w14:paraId="11CC8CB4" w14:textId="77777777" w:rsidR="00C31E92" w:rsidRPr="00925AA4" w:rsidRDefault="00C31E92" w:rsidP="00C31E92">
            <w:r w:rsidRPr="00925AA4">
              <w:t>What is scaling and root planing?</w:t>
            </w:r>
          </w:p>
          <w:p w14:paraId="6F3E8412" w14:textId="77777777" w:rsidR="00C31E92" w:rsidRPr="00925AA4" w:rsidRDefault="00C31E92" w:rsidP="00C31E92">
            <w:r w:rsidRPr="00925AA4">
              <w:t>It’s a deep cleaning procedure designed to treat gum disease (periodontitis or moderate–severe gingivitis). It has two parts:</w:t>
            </w:r>
          </w:p>
          <w:p w14:paraId="4C5D8699" w14:textId="77777777" w:rsidR="00C31E92" w:rsidRPr="00925AA4" w:rsidRDefault="00C31E92" w:rsidP="00C31E92">
            <w:r w:rsidRPr="00925AA4">
              <w:t>Scaling</w:t>
            </w:r>
          </w:p>
          <w:p w14:paraId="3B01702D" w14:textId="77777777" w:rsidR="00C31E92" w:rsidRPr="00925AA4" w:rsidRDefault="00C31E92" w:rsidP="00C31E92">
            <w:r w:rsidRPr="00925AA4">
              <w:t>This removes plaque, tartar (calculus), and bacteria from the surfaces of your teeth, especially below the gumline, where a regular cleaning cannot reach.</w:t>
            </w:r>
          </w:p>
          <w:p w14:paraId="41394AF6" w14:textId="77777777" w:rsidR="00C31E92" w:rsidRPr="00925AA4" w:rsidRDefault="00C31E92" w:rsidP="00C31E92">
            <w:r w:rsidRPr="00925AA4">
              <w:t>Root Planing</w:t>
            </w:r>
          </w:p>
          <w:p w14:paraId="4DFD8653" w14:textId="77777777" w:rsidR="00C31E92" w:rsidRPr="00925AA4" w:rsidRDefault="00C31E92" w:rsidP="00C31E92">
            <w:r w:rsidRPr="00925AA4">
              <w:t>This smooths the root surfaces of the teeth.</w:t>
            </w:r>
          </w:p>
          <w:p w14:paraId="1216F885" w14:textId="77777777" w:rsidR="00C31E92" w:rsidRPr="00925AA4" w:rsidRDefault="00C31E92" w:rsidP="00C31E92">
            <w:r w:rsidRPr="00925AA4">
              <w:t>A smoother root makes it harder for bacteria to reattach and helps the gums re-adhere and heal properly.</w:t>
            </w:r>
          </w:p>
          <w:p w14:paraId="1648BC0B" w14:textId="77777777" w:rsidR="00C31E92" w:rsidRPr="00925AA4" w:rsidRDefault="00C31E92" w:rsidP="00C31E92">
            <w:r w:rsidRPr="00925AA4">
              <w:lastRenderedPageBreak/>
              <w:t>It is typically done with local anesthesia so you’re comfortable during the procedure.</w:t>
            </w:r>
          </w:p>
          <w:p w14:paraId="7F62AE89" w14:textId="77777777" w:rsidR="00C31E92" w:rsidRPr="00925AA4" w:rsidRDefault="00C31E92" w:rsidP="00C31E92">
            <w:r w:rsidRPr="00925AA4">
              <w:t>Why is it needed?</w:t>
            </w:r>
          </w:p>
          <w:p w14:paraId="07CEB4FC" w14:textId="77777777" w:rsidR="00C31E92" w:rsidRPr="00925AA4" w:rsidRDefault="00C31E92" w:rsidP="00C31E92">
            <w:r w:rsidRPr="00925AA4">
              <w:t>Scaling and root planing is recommended when:</w:t>
            </w:r>
          </w:p>
          <w:p w14:paraId="2001DABA" w14:textId="77777777" w:rsidR="00C31E92" w:rsidRPr="00925AA4" w:rsidRDefault="00C31E92" w:rsidP="00C31E92">
            <w:r w:rsidRPr="00925AA4">
              <w:t>Your gums are inflamed, red, swollen, or bleeding.</w:t>
            </w:r>
          </w:p>
          <w:p w14:paraId="0230C75F" w14:textId="77777777" w:rsidR="00C31E92" w:rsidRPr="00925AA4" w:rsidRDefault="00C31E92" w:rsidP="00C31E92">
            <w:r w:rsidRPr="00925AA4">
              <w:t>You have periodontal pockets deeper than 4 mm (spaces between your gums and teeth where bacteria accumulate).</w:t>
            </w:r>
          </w:p>
          <w:p w14:paraId="245D4B06" w14:textId="77777777" w:rsidR="00C31E92" w:rsidRPr="00925AA4" w:rsidRDefault="00C31E92" w:rsidP="00C31E92">
            <w:r w:rsidRPr="00925AA4">
              <w:t>There is tartar buildup below the gums.</w:t>
            </w:r>
          </w:p>
          <w:p w14:paraId="2A13F1E9" w14:textId="77777777" w:rsidR="00C31E92" w:rsidRPr="00925AA4" w:rsidRDefault="00C31E92" w:rsidP="00C31E92">
            <w:r w:rsidRPr="00925AA4">
              <w:t>X-rays show early bone loss around teeth.</w:t>
            </w:r>
          </w:p>
          <w:p w14:paraId="5A34421F" w14:textId="77777777" w:rsidR="00C31E92" w:rsidRPr="00925AA4" w:rsidRDefault="00C31E92" w:rsidP="00C31E92">
            <w:r w:rsidRPr="00925AA4">
              <w:t>If these pockets aren’t cleaned:</w:t>
            </w:r>
          </w:p>
          <w:p w14:paraId="21D98E3C" w14:textId="77777777" w:rsidR="00C31E92" w:rsidRPr="00925AA4" w:rsidRDefault="00C31E92" w:rsidP="00C31E92">
            <w:r w:rsidRPr="00925AA4">
              <w:t>Bacteria continue to grow.</w:t>
            </w:r>
          </w:p>
          <w:p w14:paraId="323247A6" w14:textId="77777777" w:rsidR="00C31E92" w:rsidRPr="00925AA4" w:rsidRDefault="00C31E92" w:rsidP="00C31E92">
            <w:r w:rsidRPr="00925AA4">
              <w:t>The inflammation destroys the tissue and bone supporting your teeth.</w:t>
            </w:r>
          </w:p>
          <w:p w14:paraId="4DF37974" w14:textId="77777777" w:rsidR="00C31E92" w:rsidRPr="00925AA4" w:rsidRDefault="00C31E92" w:rsidP="00C31E92">
            <w:r w:rsidRPr="00925AA4">
              <w:t>Teeth can eventually loosen or be lost.</w:t>
            </w:r>
          </w:p>
          <w:p w14:paraId="1087424B" w14:textId="77777777" w:rsidR="00C31E92" w:rsidRPr="00925AA4" w:rsidRDefault="00C31E92" w:rsidP="00C31E92">
            <w:r w:rsidRPr="00925AA4">
              <w:t>Scaling and root planing removes the infection source and allows the gums to heal and tighten around your teeth, preventing progression of gum disease.</w:t>
            </w:r>
          </w:p>
          <w:p w14:paraId="3006E0FC" w14:textId="77777777" w:rsidR="00C31E92" w:rsidRPr="00925AA4" w:rsidRDefault="00C31E92" w:rsidP="00C31E92">
            <w:r w:rsidRPr="00925AA4">
              <w:t>Bottom line</w:t>
            </w:r>
          </w:p>
          <w:p w14:paraId="12F1DDB2" w14:textId="77777777" w:rsidR="00C31E92" w:rsidRPr="00925AA4" w:rsidRDefault="00C31E92" w:rsidP="00C31E92">
            <w:r w:rsidRPr="00925AA4">
              <w:t>Scaling and root planing is a therapeutic deep cleaning, not just a “stronger regular cleaning.” It is necessary to stop gum disease from getting worse and to protect the long-term health of your teeth and gums.</w:t>
            </w:r>
          </w:p>
          <w:p w14:paraId="038415D0" w14:textId="60453CD0" w:rsidR="006F0382" w:rsidRPr="00925AA4" w:rsidRDefault="00C31E92" w:rsidP="00C31E92">
            <w:r w:rsidRPr="00925AA4">
              <w:t>If you’d like, I can also explain what to expect during the appointment and how recovery works.</w:t>
            </w:r>
          </w:p>
        </w:tc>
        <w:tc>
          <w:tcPr>
            <w:tcW w:w="4320" w:type="dxa"/>
          </w:tcPr>
          <w:p w14:paraId="47C044B0" w14:textId="7F6D9ADA" w:rsidR="0015299D" w:rsidRPr="00925AA4" w:rsidRDefault="0015299D" w:rsidP="0015299D">
            <w:r w:rsidRPr="00925AA4">
              <w:lastRenderedPageBreak/>
              <w:t>That's an excellent and very important question. As a periodontic specialist, I can provide you with a precise explanation of Scaling and Root Planing (SRP) and why it has been recommended for you.</w:t>
            </w:r>
          </w:p>
          <w:p w14:paraId="3617FCFD" w14:textId="77777777" w:rsidR="0015299D" w:rsidRPr="00925AA4" w:rsidRDefault="0015299D" w:rsidP="0015299D">
            <w:r w:rsidRPr="00925AA4">
              <w:rPr>
                <w:rFonts w:ascii="Apple Color Emoji" w:hAnsi="Apple Color Emoji" w:cs="Apple Color Emoji"/>
              </w:rPr>
              <w:t>🦷</w:t>
            </w:r>
            <w:r w:rsidRPr="00925AA4">
              <w:t xml:space="preserve"> Understanding Scaling and Root Planing (SRP)</w:t>
            </w:r>
          </w:p>
          <w:p w14:paraId="357920ED" w14:textId="7169B5BA" w:rsidR="0015299D" w:rsidRPr="00925AA4" w:rsidRDefault="0015299D" w:rsidP="0015299D">
            <w:r w:rsidRPr="00925AA4">
              <w:t>Scaling and Root Planing is a specialized, non-surgical procedure. It is essentially a deep cleaning of the teeth below the gumline. It's the primary treatment for early to moderate chronic periodontitis (gum disease) and is needed when standard professional cleaning is insufficient.</w:t>
            </w:r>
          </w:p>
          <w:p w14:paraId="70734711" w14:textId="1F008136" w:rsidR="0015299D" w:rsidRPr="00925AA4" w:rsidRDefault="0015299D" w:rsidP="0015299D">
            <w:r w:rsidRPr="00925AA4">
              <w:t>1. Scaling: The Deep Cleaning Phase</w:t>
            </w:r>
          </w:p>
          <w:p w14:paraId="1B32670A" w14:textId="2BF6329D" w:rsidR="0015299D" w:rsidRPr="00925AA4" w:rsidRDefault="0015299D" w:rsidP="0015299D">
            <w:r w:rsidRPr="00925AA4">
              <w:t>What it means: This is the removal of dental plaque, calculus (tartar), and bacterial toxins from the tooth surface both above and below the gumline.</w:t>
            </w:r>
          </w:p>
          <w:p w14:paraId="77016BF7" w14:textId="19B410D3" w:rsidR="0015299D" w:rsidRPr="00925AA4" w:rsidRDefault="0015299D" w:rsidP="0015299D">
            <w:r w:rsidRPr="00925AA4">
              <w:t xml:space="preserve">How it's done: Specialized instruments (hand instruments and/or ultrasonic </w:t>
            </w:r>
            <w:r w:rsidRPr="00925AA4">
              <w:lastRenderedPageBreak/>
              <w:t>devices) are used to access the base of the periodontal pocket—the space that has formed between your tooth and gum as the disease progresses.</w:t>
            </w:r>
          </w:p>
          <w:p w14:paraId="3AEC70EF" w14:textId="74FFF056" w:rsidR="0015299D" w:rsidRPr="00925AA4" w:rsidRDefault="0015299D" w:rsidP="0015299D">
            <w:r w:rsidRPr="00925AA4">
              <w:t>2. Root Planing: The Smoothing Phase</w:t>
            </w:r>
          </w:p>
          <w:p w14:paraId="1486FE69" w14:textId="7C0CDC3D" w:rsidR="0015299D" w:rsidRPr="00925AA4" w:rsidRDefault="0015299D" w:rsidP="0015299D">
            <w:r w:rsidRPr="00925AA4">
              <w:t>What it means: This involves smoothing the tooth root surfaces.</w:t>
            </w:r>
          </w:p>
          <w:p w14:paraId="78A6ED36" w14:textId="60B0AD94" w:rsidR="0015299D" w:rsidRPr="00925AA4" w:rsidRDefault="0015299D" w:rsidP="0015299D">
            <w:r w:rsidRPr="00925AA4">
              <w:t>How it's done: Once the hard deposits (calculus) are removed, the root surface is carefully planned. This removes residual cementum and dentin that are infiltrated with bacteria and toxins. The goal is to create a smooth, clean surface that makes it difficult for new bacteria to adhere and allows the gum tissue to reattach to the tooth.</w:t>
            </w:r>
          </w:p>
          <w:p w14:paraId="36E73265" w14:textId="77777777" w:rsidR="0015299D" w:rsidRPr="00925AA4" w:rsidRDefault="0015299D" w:rsidP="0015299D">
            <w:r w:rsidRPr="00925AA4">
              <w:rPr>
                <w:rFonts w:ascii="Apple Color Emoji" w:hAnsi="Apple Color Emoji" w:cs="Apple Color Emoji"/>
              </w:rPr>
              <w:t>🔬</w:t>
            </w:r>
            <w:r w:rsidRPr="00925AA4">
              <w:t xml:space="preserve"> Why is it Needed (The Clinical Rationale)?</w:t>
            </w:r>
          </w:p>
          <w:p w14:paraId="32D99B76" w14:textId="1F7E26B4" w:rsidR="0015299D" w:rsidRPr="00925AA4" w:rsidRDefault="0015299D" w:rsidP="0015299D">
            <w:r w:rsidRPr="00925AA4">
              <w:t>Your dentist has recommended SRP because the clinical assessment (likely involving pocket depth measurements and X-rays) indicates the presence of periodontal disease.</w:t>
            </w:r>
          </w:p>
          <w:p w14:paraId="362952E5" w14:textId="6847A47C" w:rsidR="0015299D" w:rsidRPr="00925AA4" w:rsidRDefault="0015299D" w:rsidP="0015299D">
            <w:r w:rsidRPr="00925AA4">
              <w:t>Here is the step-by-step reason why SRP is the necessary treatment:</w:t>
            </w:r>
          </w:p>
          <w:p w14:paraId="6A5DDC74" w14:textId="77777777" w:rsidR="0015299D" w:rsidRPr="00925AA4" w:rsidRDefault="0015299D" w:rsidP="0015299D">
            <w:r w:rsidRPr="00925AA4">
              <w:t>Clinical Indicator</w:t>
            </w:r>
            <w:r w:rsidRPr="00925AA4">
              <w:tab/>
              <w:t>Explanation and Necessity of SRP</w:t>
            </w:r>
          </w:p>
          <w:p w14:paraId="2DDF3000" w14:textId="77777777" w:rsidR="0015299D" w:rsidRPr="00925AA4" w:rsidRDefault="0015299D" w:rsidP="0015299D">
            <w:r w:rsidRPr="00925AA4">
              <w:t>Increased Pocket Depths</w:t>
            </w:r>
            <w:r w:rsidRPr="00925AA4">
              <w:tab/>
              <w:t>Your gum pockets are likely &gt;3 mm deep. At this depth, a toothbrush and standard cleaning instruments cannot reach the bacteria and calculus. SRP is required to access and disinfect these areas.</w:t>
            </w:r>
          </w:p>
          <w:p w14:paraId="66412C04" w14:textId="77777777" w:rsidR="0015299D" w:rsidRPr="00925AA4" w:rsidRDefault="0015299D" w:rsidP="0015299D">
            <w:r w:rsidRPr="00925AA4">
              <w:t>Presence of Subgingival Calculus</w:t>
            </w:r>
            <w:r w:rsidRPr="00925AA4">
              <w:tab/>
            </w:r>
            <w:proofErr w:type="spellStart"/>
            <w:r w:rsidRPr="00925AA4">
              <w:t>Calculus</w:t>
            </w:r>
            <w:proofErr w:type="spellEnd"/>
            <w:r w:rsidRPr="00925AA4">
              <w:t xml:space="preserve"> (hardened plaque) is present below the gumline. This material is rough and acts as a reservoir for millions of </w:t>
            </w:r>
            <w:r w:rsidRPr="00925AA4">
              <w:lastRenderedPageBreak/>
              <w:t>pathogenic bacteria. This calculus must be mechanically removed.</w:t>
            </w:r>
          </w:p>
          <w:p w14:paraId="6D42823F" w14:textId="77777777" w:rsidR="0015299D" w:rsidRPr="00925AA4" w:rsidRDefault="0015299D" w:rsidP="0015299D">
            <w:r w:rsidRPr="00925AA4">
              <w:t>Inflammation and Bone Loss</w:t>
            </w:r>
            <w:r w:rsidRPr="00925AA4">
              <w:tab/>
              <w:t>The bacteria and toxins cause chronic inflammation (gingivitis), which, when left untreated, progresses to periodontitis, leading to the gradual destruction of the supporting bone around your teeth. SRP is the critical step to arrest this bone loss and prevent tooth mobility or eventual tooth loss.</w:t>
            </w:r>
          </w:p>
          <w:p w14:paraId="2B8BA133" w14:textId="77777777" w:rsidR="0015299D" w:rsidRPr="00925AA4" w:rsidRDefault="0015299D" w:rsidP="0015299D">
            <w:r w:rsidRPr="00925AA4">
              <w:t>Gum Reattachment</w:t>
            </w:r>
            <w:r w:rsidRPr="00925AA4">
              <w:tab/>
              <w:t>The goal of a successful SRP is to eliminate the irritants, allowing the gum tissue (periodontal ligament) to heal and potentially re-attach to the root surface, reducing the pocket depth and creating a healthier environment.</w:t>
            </w:r>
          </w:p>
          <w:p w14:paraId="60AB233C" w14:textId="6564D4E1" w:rsidR="0015299D" w:rsidRPr="00925AA4" w:rsidRDefault="0015299D" w:rsidP="0015299D">
            <w:r w:rsidRPr="00925AA4">
              <w:t>In summary, Scaling and Root Planing is not just a cleaning; it is a therapeutic procedure aimed at removing the cause of your disease, halting its progression, and preventing more complex and costly treatments (like surgery) down the line.</w:t>
            </w:r>
          </w:p>
          <w:p w14:paraId="0DEE80F9" w14:textId="4A2AC217" w:rsidR="0015299D" w:rsidRPr="00925AA4" w:rsidRDefault="0015299D" w:rsidP="0015299D">
            <w:r w:rsidRPr="00925AA4">
              <w:rPr>
                <w:rFonts w:ascii="Apple Color Emoji" w:hAnsi="Apple Color Emoji" w:cs="Apple Color Emoji"/>
              </w:rPr>
              <w:t>🤔</w:t>
            </w:r>
            <w:r w:rsidRPr="00925AA4">
              <w:t xml:space="preserve"> What Happens After the Procedure?</w:t>
            </w:r>
          </w:p>
          <w:p w14:paraId="701F9C02" w14:textId="2E5691F9" w:rsidR="0015299D" w:rsidRPr="00925AA4" w:rsidRDefault="0015299D" w:rsidP="0015299D">
            <w:r w:rsidRPr="00925AA4">
              <w:t>Following SRP, your periodontist or dental hygienist will implement a Periodontal Maintenance (PM) schedule, typically involving cleanings every 3-4 months, instead of the standard 6 months. This close monitoring is vital to ensure the disease remains under control.</w:t>
            </w:r>
          </w:p>
          <w:p w14:paraId="7D458162" w14:textId="07B0E59A" w:rsidR="006F0382" w:rsidRPr="00925AA4" w:rsidRDefault="0015299D" w:rsidP="0015299D">
            <w:r w:rsidRPr="00925AA4">
              <w:t>Do you have any further questions about the procedure itself, such as the use of anesthesia, or what you should expect during the recovery period? I would be happy to elaborate.</w:t>
            </w:r>
          </w:p>
        </w:tc>
      </w:tr>
      <w:tr w:rsidR="006F0382" w:rsidRPr="00925AA4" w14:paraId="4A27E173" w14:textId="77777777">
        <w:tc>
          <w:tcPr>
            <w:tcW w:w="4320" w:type="dxa"/>
          </w:tcPr>
          <w:p w14:paraId="7B56E8C1" w14:textId="77777777" w:rsidR="006F0382" w:rsidRPr="00925AA4" w:rsidRDefault="00000000">
            <w:r w:rsidRPr="00925AA4">
              <w:lastRenderedPageBreak/>
              <w:t>________________________________</w:t>
            </w:r>
          </w:p>
        </w:tc>
        <w:tc>
          <w:tcPr>
            <w:tcW w:w="4320" w:type="dxa"/>
          </w:tcPr>
          <w:p w14:paraId="502C2F85" w14:textId="77777777" w:rsidR="006F0382" w:rsidRPr="00925AA4" w:rsidRDefault="00000000">
            <w:r w:rsidRPr="00925AA4">
              <w:t>________________________________</w:t>
            </w:r>
          </w:p>
        </w:tc>
      </w:tr>
    </w:tbl>
    <w:p w14:paraId="19D4DD4C" w14:textId="7DE21514" w:rsidR="006F0382" w:rsidRPr="00925AA4" w:rsidRDefault="006F0382"/>
    <w:tbl>
      <w:tblPr>
        <w:tblW w:w="0" w:type="auto"/>
        <w:tblLook w:val="04A0" w:firstRow="1" w:lastRow="0" w:firstColumn="1" w:lastColumn="0" w:noHBand="0" w:noVBand="1"/>
      </w:tblPr>
      <w:tblGrid>
        <w:gridCol w:w="4320"/>
        <w:gridCol w:w="4320"/>
      </w:tblGrid>
      <w:tr w:rsidR="006F0382" w:rsidRPr="00925AA4" w14:paraId="665ADD18" w14:textId="77777777">
        <w:tc>
          <w:tcPr>
            <w:tcW w:w="4320" w:type="dxa"/>
          </w:tcPr>
          <w:p w14:paraId="163A76F2" w14:textId="6C45DD55" w:rsidR="006F0382" w:rsidRPr="00925AA4" w:rsidRDefault="00372A24">
            <w:r w:rsidRPr="00925AA4">
              <w:lastRenderedPageBreak/>
              <w:t>Answer C (Claude)</w:t>
            </w:r>
          </w:p>
        </w:tc>
        <w:tc>
          <w:tcPr>
            <w:tcW w:w="4320" w:type="dxa"/>
          </w:tcPr>
          <w:p w14:paraId="5BF1CD39" w14:textId="2BD80CBD" w:rsidR="006F0382" w:rsidRPr="00925AA4" w:rsidRDefault="00372A24">
            <w:r w:rsidRPr="00925AA4">
              <w:t>Answer D (</w:t>
            </w:r>
            <w:r w:rsidR="005C166D" w:rsidRPr="00925AA4">
              <w:t>Expert</w:t>
            </w:r>
            <w:r w:rsidRPr="00925AA4">
              <w:t>)</w:t>
            </w:r>
          </w:p>
        </w:tc>
      </w:tr>
      <w:tr w:rsidR="006F0382" w:rsidRPr="00925AA4" w14:paraId="69A30E1E" w14:textId="77777777">
        <w:tc>
          <w:tcPr>
            <w:tcW w:w="4320" w:type="dxa"/>
          </w:tcPr>
          <w:p w14:paraId="36CD10BA" w14:textId="77777777" w:rsidR="007C1BB0" w:rsidRPr="00925AA4" w:rsidRDefault="007C1BB0" w:rsidP="007C1BB0">
            <w:r w:rsidRPr="00925AA4">
              <w:t>Understanding Scaling and Root Planing</w:t>
            </w:r>
          </w:p>
          <w:p w14:paraId="74077015" w14:textId="77777777" w:rsidR="007C1BB0" w:rsidRPr="00925AA4" w:rsidRDefault="007C1BB0" w:rsidP="007C1BB0">
            <w:r w:rsidRPr="00925AA4">
              <w:t>As a periodontic specialist, let me explain what your dentist is recommending and why.</w:t>
            </w:r>
          </w:p>
          <w:p w14:paraId="5C63BE87" w14:textId="77777777" w:rsidR="007C1BB0" w:rsidRPr="00925AA4" w:rsidRDefault="007C1BB0" w:rsidP="007C1BB0">
            <w:r w:rsidRPr="00925AA4">
              <w:t>What It Is</w:t>
            </w:r>
          </w:p>
          <w:p w14:paraId="79912645" w14:textId="77777777" w:rsidR="007C1BB0" w:rsidRPr="00925AA4" w:rsidRDefault="007C1BB0" w:rsidP="007C1BB0">
            <w:r w:rsidRPr="00925AA4">
              <w:t>Scaling and root planing is a deep cleaning procedure that goes beyond a regular dental cleaning. Think of it as a more thorough treatment specifically targeting gum disease.</w:t>
            </w:r>
          </w:p>
          <w:p w14:paraId="50760E1D" w14:textId="77777777" w:rsidR="007C1BB0" w:rsidRPr="00925AA4" w:rsidRDefault="007C1BB0" w:rsidP="007C1BB0">
            <w:r w:rsidRPr="00925AA4">
              <w:t>Scaling means removing plaque, tartar (calculus), and bacterial deposits from your tooth surfaces, especially below the gum line where your toothbrush can't reach. We use specialized instruments to clean deep into the pockets that form between your teeth and gums.</w:t>
            </w:r>
          </w:p>
          <w:p w14:paraId="5C0861B3" w14:textId="77777777" w:rsidR="007C1BB0" w:rsidRPr="00925AA4" w:rsidRDefault="007C1BB0" w:rsidP="007C1BB0">
            <w:r w:rsidRPr="00925AA4">
              <w:t>Root planing involves smoothing the root surfaces of your teeth. This removes bacterial toxins and creates a clean surface that allows your gums to reattach more firmly to the tooth, reducing pocket depth.</w:t>
            </w:r>
          </w:p>
          <w:p w14:paraId="4898F0D6" w14:textId="77777777" w:rsidR="007C1BB0" w:rsidRPr="00925AA4" w:rsidRDefault="007C1BB0" w:rsidP="007C1BB0">
            <w:r w:rsidRPr="00925AA4">
              <w:t>Why You Need It</w:t>
            </w:r>
          </w:p>
          <w:p w14:paraId="2E5C0F4B" w14:textId="77777777" w:rsidR="007C1BB0" w:rsidRPr="00925AA4" w:rsidRDefault="007C1BB0" w:rsidP="007C1BB0">
            <w:r w:rsidRPr="00925AA4">
              <w:t>Your dentist likely identified signs of periodontal (gum) disease, which typically include:</w:t>
            </w:r>
          </w:p>
          <w:p w14:paraId="1CC38A03" w14:textId="77777777" w:rsidR="007C1BB0" w:rsidRPr="00925AA4" w:rsidRDefault="007C1BB0" w:rsidP="007C1BB0"/>
          <w:p w14:paraId="14925FCC" w14:textId="77777777" w:rsidR="007C1BB0" w:rsidRPr="00925AA4" w:rsidRDefault="007C1BB0" w:rsidP="007C1BB0">
            <w:r w:rsidRPr="00925AA4">
              <w:t>Gum pockets deeper than 3-4mm (healthy gums have shallow pockets of 1-3mm)</w:t>
            </w:r>
          </w:p>
          <w:p w14:paraId="4E71CC42" w14:textId="77777777" w:rsidR="007C1BB0" w:rsidRPr="00925AA4" w:rsidRDefault="007C1BB0" w:rsidP="007C1BB0">
            <w:r w:rsidRPr="00925AA4">
              <w:t>Bleeding when probing or brushing</w:t>
            </w:r>
          </w:p>
          <w:p w14:paraId="7EB5CDD3" w14:textId="77777777" w:rsidR="007C1BB0" w:rsidRPr="00925AA4" w:rsidRDefault="007C1BB0" w:rsidP="007C1BB0">
            <w:r w:rsidRPr="00925AA4">
              <w:t>Tartar buildup below the gum line</w:t>
            </w:r>
          </w:p>
          <w:p w14:paraId="1FA60D4B" w14:textId="77777777" w:rsidR="007C1BB0" w:rsidRPr="00925AA4" w:rsidRDefault="007C1BB0" w:rsidP="007C1BB0">
            <w:r w:rsidRPr="00925AA4">
              <w:t>Possible bone loss visible on X-rays</w:t>
            </w:r>
          </w:p>
          <w:p w14:paraId="4058B077" w14:textId="77777777" w:rsidR="007C1BB0" w:rsidRPr="00925AA4" w:rsidRDefault="007C1BB0" w:rsidP="007C1BB0">
            <w:r w:rsidRPr="00925AA4">
              <w:lastRenderedPageBreak/>
              <w:t>Gum inflammation or recession</w:t>
            </w:r>
          </w:p>
          <w:p w14:paraId="2576A43E" w14:textId="77777777" w:rsidR="007C1BB0" w:rsidRPr="00925AA4" w:rsidRDefault="007C1BB0" w:rsidP="007C1BB0"/>
          <w:p w14:paraId="53879E49" w14:textId="77777777" w:rsidR="007C1BB0" w:rsidRPr="00925AA4" w:rsidRDefault="007C1BB0" w:rsidP="007C1BB0">
            <w:r w:rsidRPr="00925AA4">
              <w:t>Without treatment, periodontal disease progresses and can lead to tooth loss, bone deterioration, and has been linked to systemic health issues like heart disease and diabetes complications.</w:t>
            </w:r>
          </w:p>
          <w:p w14:paraId="14D04677" w14:textId="77777777" w:rsidR="007C1BB0" w:rsidRPr="00925AA4" w:rsidRDefault="007C1BB0" w:rsidP="007C1BB0">
            <w:r w:rsidRPr="00925AA4">
              <w:t>The Goal</w:t>
            </w:r>
          </w:p>
          <w:p w14:paraId="152C04F2" w14:textId="77777777" w:rsidR="007C1BB0" w:rsidRPr="00925AA4" w:rsidRDefault="007C1BB0" w:rsidP="007C1BB0">
            <w:r w:rsidRPr="00925AA4">
              <w:t>This treatment aims to halt the progression of gum disease, reduce inflammation, allow your gums to heal and reattach, and prevent future bone and tooth loss. It's typically done with local anesthesia for your comfort, often in sections over 2-4 visits.</w:t>
            </w:r>
          </w:p>
          <w:p w14:paraId="46E0D64F" w14:textId="0E075796" w:rsidR="006F0382" w:rsidRPr="00925AA4" w:rsidRDefault="007C1BB0" w:rsidP="007C1BB0">
            <w:r w:rsidRPr="00925AA4">
              <w:t>Is this procedure urgent? I'd recommend not delaying it—periodontal disease doesn't reverse on its own and early intervention prevents more extensive (and expensive) treatment later.</w:t>
            </w:r>
          </w:p>
        </w:tc>
        <w:tc>
          <w:tcPr>
            <w:tcW w:w="4320" w:type="dxa"/>
          </w:tcPr>
          <w:p w14:paraId="65B35301" w14:textId="77777777" w:rsidR="00925AA4" w:rsidRPr="00925AA4" w:rsidRDefault="00925AA4" w:rsidP="00925AA4">
            <w:r w:rsidRPr="00925AA4">
              <w:lastRenderedPageBreak/>
              <w:t>Scaling and root planing is a non-surgical treatment method performed to prevent and treat the progression of periodontal disease (periodontitis) by removing plaque, tartar, and bacteria from the tooth surfaces and below the gum line.</w:t>
            </w:r>
          </w:p>
          <w:p w14:paraId="2B842D33" w14:textId="77777777" w:rsidR="00925AA4" w:rsidRPr="00925AA4" w:rsidRDefault="00925AA4" w:rsidP="00925AA4">
            <w:r w:rsidRPr="00925AA4">
              <w:t>The root planing procedure cleans bacterial toxins from the root surface and makes it more difficult for bacteria to reattach. In this way, it supports gingival healing and the reattachment of the gum to the tooth.</w:t>
            </w:r>
          </w:p>
          <w:p w14:paraId="08C6BD38" w14:textId="77777777" w:rsidR="00925AA4" w:rsidRPr="00925AA4" w:rsidRDefault="00925AA4" w:rsidP="00925AA4">
            <w:r w:rsidRPr="00925AA4">
              <w:t>The treatment is usually performed under local anesthesia and may be completed in multiple sessions depending on the severity of the disease. This treatment is considered the gold standard in first-line therapy for periodontitis; it is essential for stopping disease progression, reducing gingival inflammation, and preventing tooth loss.</w:t>
            </w:r>
          </w:p>
          <w:p w14:paraId="4B55CFF4" w14:textId="77777777" w:rsidR="00925AA4" w:rsidRPr="00925AA4" w:rsidRDefault="00925AA4" w:rsidP="00925AA4">
            <w:r w:rsidRPr="00925AA4">
              <w:t>Scaling and root planing procedures are carried out using sonic and ultrasonic devices, as well as special hand instruments such as scalers and curettes.</w:t>
            </w:r>
          </w:p>
          <w:p w14:paraId="3A8A6074" w14:textId="77777777" w:rsidR="006F0382" w:rsidRPr="00925AA4" w:rsidRDefault="00000000">
            <w:r w:rsidRPr="00925AA4">
              <w:t>________________________________</w:t>
            </w:r>
          </w:p>
        </w:tc>
      </w:tr>
      <w:tr w:rsidR="006F0382" w:rsidRPr="00925AA4" w14:paraId="45F3E9FE" w14:textId="77777777">
        <w:tc>
          <w:tcPr>
            <w:tcW w:w="4320" w:type="dxa"/>
          </w:tcPr>
          <w:p w14:paraId="2F6175C8" w14:textId="77777777" w:rsidR="006F0382" w:rsidRPr="00925AA4" w:rsidRDefault="00000000">
            <w:r w:rsidRPr="00925AA4">
              <w:t>________________________________</w:t>
            </w:r>
          </w:p>
        </w:tc>
        <w:tc>
          <w:tcPr>
            <w:tcW w:w="4320" w:type="dxa"/>
          </w:tcPr>
          <w:p w14:paraId="48F04E2D" w14:textId="77777777" w:rsidR="006F0382" w:rsidRPr="00925AA4" w:rsidRDefault="00000000">
            <w:r w:rsidRPr="00925AA4">
              <w:t>________________________________</w:t>
            </w:r>
          </w:p>
        </w:tc>
      </w:tr>
    </w:tbl>
    <w:p w14:paraId="44924249" w14:textId="7F4336E5" w:rsidR="006F0382" w:rsidRPr="00925AA4" w:rsidRDefault="00D61BF9">
      <w:r w:rsidRPr="00925AA4">
        <w:rPr>
          <w:b/>
          <w:bCs/>
        </w:rPr>
        <w:t>Question 18:</w:t>
      </w:r>
      <w:r w:rsidRPr="00925AA4">
        <w:t xml:space="preserve"> </w:t>
      </w:r>
      <w:r w:rsidR="00C31E92" w:rsidRPr="00925AA4">
        <w:t xml:space="preserve">Assume the role of a periodontic specialist and provide a precise answer to the following patient question. </w:t>
      </w:r>
      <w:r w:rsidR="00C31E92" w:rsidRPr="00925AA4">
        <w:rPr>
          <w:rFonts w:ascii="Times New Roman" w:eastAsia="Times New Roman" w:hAnsi="Times New Roman" w:cs="Times New Roman"/>
          <w:lang w:eastAsia="tr-TR"/>
        </w:rPr>
        <w:t>I occasionally notice bad breath. Could this be related to gum disease? What can I do at home to reduce it?</w:t>
      </w:r>
      <w:r w:rsidRPr="00925AA4">
        <w:br/>
      </w:r>
    </w:p>
    <w:tbl>
      <w:tblPr>
        <w:tblW w:w="0" w:type="auto"/>
        <w:tblLook w:val="04A0" w:firstRow="1" w:lastRow="0" w:firstColumn="1" w:lastColumn="0" w:noHBand="0" w:noVBand="1"/>
      </w:tblPr>
      <w:tblGrid>
        <w:gridCol w:w="4320"/>
        <w:gridCol w:w="4320"/>
      </w:tblGrid>
      <w:tr w:rsidR="006F0382" w:rsidRPr="00925AA4" w14:paraId="655933B4" w14:textId="77777777">
        <w:tc>
          <w:tcPr>
            <w:tcW w:w="4320" w:type="dxa"/>
          </w:tcPr>
          <w:p w14:paraId="3A05B3A7" w14:textId="411D9714" w:rsidR="006F0382" w:rsidRPr="00925AA4" w:rsidRDefault="00372A24">
            <w:r w:rsidRPr="00925AA4">
              <w:t>Answer A (ChatGPT)</w:t>
            </w:r>
          </w:p>
        </w:tc>
        <w:tc>
          <w:tcPr>
            <w:tcW w:w="4320" w:type="dxa"/>
          </w:tcPr>
          <w:p w14:paraId="07C9D767" w14:textId="6DB08B1B" w:rsidR="006F0382" w:rsidRPr="00925AA4" w:rsidRDefault="00372A24">
            <w:r w:rsidRPr="00925AA4">
              <w:t>Answer B (Gemini)</w:t>
            </w:r>
          </w:p>
        </w:tc>
      </w:tr>
      <w:tr w:rsidR="006F0382" w:rsidRPr="00925AA4" w14:paraId="087ABD80" w14:textId="77777777">
        <w:tc>
          <w:tcPr>
            <w:tcW w:w="4320" w:type="dxa"/>
          </w:tcPr>
          <w:p w14:paraId="2B444925" w14:textId="77777777" w:rsidR="00C31E92" w:rsidRPr="00925AA4" w:rsidRDefault="00C31E92" w:rsidP="00C31E92">
            <w:r w:rsidRPr="00925AA4">
              <w:t>As a periodontic specialist, here’s what I would tell you:</w:t>
            </w:r>
          </w:p>
          <w:p w14:paraId="75B6EA6D" w14:textId="233D75BF" w:rsidR="00C31E92" w:rsidRPr="00925AA4" w:rsidRDefault="00C31E92" w:rsidP="00C31E92">
            <w:r w:rsidRPr="00925AA4">
              <w:t xml:space="preserve">Yes, bad breath (halitosis) can be related to gum disease, especially if it occurs repeatedly. Gum disease causes inflammation and creates deep pockets around the teeth where bacteria accumulate. These bacteria release sulfur-containing compounds that produce a noticeable odor. Other common </w:t>
            </w:r>
            <w:r w:rsidRPr="00925AA4">
              <w:lastRenderedPageBreak/>
              <w:t>contributors include tongue coating, dry mouth, certain foods, and sinus issues.</w:t>
            </w:r>
          </w:p>
          <w:p w14:paraId="054C5D93" w14:textId="77777777" w:rsidR="00C31E92" w:rsidRPr="00925AA4" w:rsidRDefault="00C31E92" w:rsidP="00C31E92">
            <w:r w:rsidRPr="00925AA4">
              <w:t>What you can do at home</w:t>
            </w:r>
          </w:p>
          <w:p w14:paraId="5DAE7B2F" w14:textId="77777777" w:rsidR="00C31E92" w:rsidRPr="00925AA4" w:rsidRDefault="00C31E92" w:rsidP="00C31E92">
            <w:r w:rsidRPr="00925AA4">
              <w:t>These steps often help reduce bad breath and support gum health:</w:t>
            </w:r>
          </w:p>
          <w:p w14:paraId="09B8AF6A" w14:textId="77777777" w:rsidR="00C31E92" w:rsidRPr="00925AA4" w:rsidRDefault="00C31E92" w:rsidP="00C31E92">
            <w:r w:rsidRPr="00925AA4">
              <w:t>Brush twice daily—with careful attention to the gumline.</w:t>
            </w:r>
          </w:p>
          <w:p w14:paraId="0D2E3A38" w14:textId="77777777" w:rsidR="00C31E92" w:rsidRPr="00925AA4" w:rsidRDefault="00C31E92" w:rsidP="00C31E92">
            <w:r w:rsidRPr="00925AA4">
              <w:t>Use a soft toothbrush and gentle, short strokes along the gums.</w:t>
            </w:r>
          </w:p>
          <w:p w14:paraId="417C3F79" w14:textId="77777777" w:rsidR="00C31E92" w:rsidRPr="00925AA4" w:rsidRDefault="00C31E92" w:rsidP="00C31E92">
            <w:r w:rsidRPr="00925AA4">
              <w:t>Clean between your teeth every day.</w:t>
            </w:r>
          </w:p>
          <w:p w14:paraId="569BE996" w14:textId="77777777" w:rsidR="00C31E92" w:rsidRPr="00925AA4" w:rsidRDefault="00C31E92" w:rsidP="00C31E92">
            <w:r w:rsidRPr="00925AA4">
              <w:t>Flossing or using interdental brushes removes the bacterial plaque that contributes most to gum-related odor.</w:t>
            </w:r>
          </w:p>
          <w:p w14:paraId="365CF729" w14:textId="77777777" w:rsidR="00C31E92" w:rsidRPr="00925AA4" w:rsidRDefault="00C31E92" w:rsidP="00C31E92">
            <w:r w:rsidRPr="00925AA4">
              <w:t>Brush or scrape your tongue.</w:t>
            </w:r>
          </w:p>
          <w:p w14:paraId="2782A74E" w14:textId="77777777" w:rsidR="00C31E92" w:rsidRPr="00925AA4" w:rsidRDefault="00C31E92" w:rsidP="00C31E92">
            <w:r w:rsidRPr="00925AA4">
              <w:t>The tongue is a major source of odor-producing bacteria.</w:t>
            </w:r>
          </w:p>
          <w:p w14:paraId="5A5912C8" w14:textId="77777777" w:rsidR="00C31E92" w:rsidRPr="00925AA4" w:rsidRDefault="00C31E92" w:rsidP="00C31E92">
            <w:r w:rsidRPr="00925AA4">
              <w:t>Use an antimicrobial mouth rinse.</w:t>
            </w:r>
          </w:p>
          <w:p w14:paraId="26326C62" w14:textId="77777777" w:rsidR="00C31E92" w:rsidRPr="00925AA4" w:rsidRDefault="00C31E92" w:rsidP="00C31E92">
            <w:r w:rsidRPr="00925AA4">
              <w:t xml:space="preserve">Options containing chlorhexidine, </w:t>
            </w:r>
            <w:proofErr w:type="spellStart"/>
            <w:r w:rsidRPr="00925AA4">
              <w:t>cetylpyridinium</w:t>
            </w:r>
            <w:proofErr w:type="spellEnd"/>
            <w:r w:rsidRPr="00925AA4">
              <w:t xml:space="preserve"> chloride (CPC), or essential oils can reduce bacterial load. (Avoid long-term daily use of chlorhexidine without dentist supervision.)</w:t>
            </w:r>
          </w:p>
          <w:p w14:paraId="7774AA63" w14:textId="77777777" w:rsidR="00C31E92" w:rsidRPr="00925AA4" w:rsidRDefault="00C31E92" w:rsidP="00C31E92">
            <w:r w:rsidRPr="00925AA4">
              <w:t>Stay well-hydrated.</w:t>
            </w:r>
          </w:p>
          <w:p w14:paraId="51B9A069" w14:textId="77777777" w:rsidR="00C31E92" w:rsidRPr="00925AA4" w:rsidRDefault="00C31E92" w:rsidP="00C31E92">
            <w:r w:rsidRPr="00925AA4">
              <w:t>A dry mouth encourages odor; sipping water throughout the day can help.</w:t>
            </w:r>
          </w:p>
          <w:p w14:paraId="594BAD24" w14:textId="77777777" w:rsidR="00C31E92" w:rsidRPr="00925AA4" w:rsidRDefault="00C31E92" w:rsidP="00C31E92">
            <w:r w:rsidRPr="00925AA4">
              <w:t>Limit tobacco and reduce alcohol intake.</w:t>
            </w:r>
          </w:p>
          <w:p w14:paraId="473E257B" w14:textId="77777777" w:rsidR="00C31E92" w:rsidRPr="00925AA4" w:rsidRDefault="00C31E92" w:rsidP="00C31E92">
            <w:r w:rsidRPr="00925AA4">
              <w:t>Both worsen dry mouth and increase gum problems.</w:t>
            </w:r>
          </w:p>
          <w:p w14:paraId="3630ACA3" w14:textId="77777777" w:rsidR="00C31E92" w:rsidRPr="00925AA4" w:rsidRDefault="00C31E92" w:rsidP="00C31E92">
            <w:r w:rsidRPr="00925AA4">
              <w:t>When to see a professional</w:t>
            </w:r>
          </w:p>
          <w:p w14:paraId="045BB199" w14:textId="77777777" w:rsidR="00C31E92" w:rsidRPr="00925AA4" w:rsidRDefault="00C31E92" w:rsidP="00C31E92">
            <w:r w:rsidRPr="00925AA4">
              <w:t xml:space="preserve">If bad breath persists despite good home care—or if you notice bleeding gums, gum tenderness, or loosened teeth—an </w:t>
            </w:r>
            <w:r w:rsidRPr="00925AA4">
              <w:lastRenderedPageBreak/>
              <w:t>examination is important. Gum disease is treatable, and early intervention prevents more serious problems.</w:t>
            </w:r>
          </w:p>
          <w:p w14:paraId="2A215D74" w14:textId="774E8E8D" w:rsidR="006F0382" w:rsidRPr="00925AA4" w:rsidRDefault="00C31E92" w:rsidP="00C31E92">
            <w:r w:rsidRPr="00925AA4">
              <w:t>If you’d like, I can also explain what a periodontal evaluation involves or how to optimize your daily routine.</w:t>
            </w:r>
          </w:p>
        </w:tc>
        <w:tc>
          <w:tcPr>
            <w:tcW w:w="4320" w:type="dxa"/>
          </w:tcPr>
          <w:p w14:paraId="1F8A9B87" w14:textId="74BFD652" w:rsidR="0015299D" w:rsidRPr="00925AA4" w:rsidRDefault="0015299D" w:rsidP="0015299D">
            <w:r w:rsidRPr="00925AA4">
              <w:lastRenderedPageBreak/>
              <w:t>Hello. As a periodontic specialist, I can tell you that yes, bad breath, or halitosis, is very often related to gum disease.</w:t>
            </w:r>
          </w:p>
          <w:p w14:paraId="237D5ECA" w14:textId="77777777" w:rsidR="0015299D" w:rsidRPr="00925AA4" w:rsidRDefault="0015299D" w:rsidP="0015299D">
            <w:r w:rsidRPr="00925AA4">
              <w:rPr>
                <w:rFonts w:ascii="Apple Color Emoji" w:hAnsi="Apple Color Emoji" w:cs="Apple Color Emoji"/>
              </w:rPr>
              <w:t>🧐</w:t>
            </w:r>
            <w:r w:rsidRPr="00925AA4">
              <w:t xml:space="preserve"> The Link Between Bad Breath and Gum Disease</w:t>
            </w:r>
          </w:p>
          <w:p w14:paraId="6AEFB2C0" w14:textId="6CDCFC16" w:rsidR="0015299D" w:rsidRPr="00925AA4" w:rsidRDefault="0015299D" w:rsidP="0015299D">
            <w:r w:rsidRPr="00925AA4">
              <w:t>The primary cause of both bad breath and gum disease (gingivitis and periodontitis) is the accumulation of dental plaque, which is a sticky film of bacteria.</w:t>
            </w:r>
          </w:p>
          <w:p w14:paraId="6769931D" w14:textId="5DC515AA" w:rsidR="0015299D" w:rsidRPr="00925AA4" w:rsidRDefault="0015299D" w:rsidP="0015299D">
            <w:r w:rsidRPr="00925AA4">
              <w:lastRenderedPageBreak/>
              <w:t>Bacterial Culprits: The bacteria associated with gum disease, particularly in the deep pockets formed around the teeth in periodontitis, produce Volatile Sulfur Compounds (VSCs). These compounds, such as hydrogen sulfide and methyl mercaptan, are what give the breath its distinctly unpleasant odor.</w:t>
            </w:r>
          </w:p>
          <w:p w14:paraId="4F205ED0" w14:textId="18A71B0A" w:rsidR="0015299D" w:rsidRPr="00925AA4" w:rsidRDefault="0015299D" w:rsidP="0015299D">
            <w:r w:rsidRPr="00925AA4">
              <w:t>Tissue Breakdown: As gum disease progresses, the breakdown of gum tissue and the presence of blood and pus also contribute significantly to the foul smell.</w:t>
            </w:r>
          </w:p>
          <w:p w14:paraId="2B123B4E" w14:textId="0F75519C" w:rsidR="0015299D" w:rsidRPr="00925AA4" w:rsidRDefault="0015299D" w:rsidP="0015299D">
            <w:r w:rsidRPr="00925AA4">
              <w:t>Therefore, when you notice occasional bad breath, it could be a warning sign that your gums are inflamed (gingivitis) or that a more advanced condition (periodontitis) is developing.</w:t>
            </w:r>
          </w:p>
          <w:p w14:paraId="7579F9B2" w14:textId="77777777" w:rsidR="0015299D" w:rsidRPr="00925AA4" w:rsidRDefault="0015299D" w:rsidP="0015299D">
            <w:r w:rsidRPr="00925AA4">
              <w:rPr>
                <w:rFonts w:ascii="Apple Color Emoji" w:hAnsi="Apple Color Emoji" w:cs="Apple Color Emoji"/>
              </w:rPr>
              <w:t>🏡</w:t>
            </w:r>
            <w:r w:rsidRPr="00925AA4">
              <w:t xml:space="preserve"> Home Care Strategies to Reduce Bad Breath</w:t>
            </w:r>
          </w:p>
          <w:p w14:paraId="6D0F4F83" w14:textId="1D3B854B" w:rsidR="0015299D" w:rsidRPr="00925AA4" w:rsidRDefault="0015299D" w:rsidP="0015299D">
            <w:r w:rsidRPr="00925AA4">
              <w:t>While professional treatment is necessary to control and reverse gum disease, there are several effective measures you can take at home to significantly reduce bad breath:</w:t>
            </w:r>
          </w:p>
          <w:p w14:paraId="2CF624E9" w14:textId="715677B6" w:rsidR="0015299D" w:rsidRPr="00925AA4" w:rsidRDefault="0015299D" w:rsidP="0015299D">
            <w:r w:rsidRPr="00925AA4">
              <w:t xml:space="preserve">1. </w:t>
            </w:r>
            <w:r w:rsidRPr="00925AA4">
              <w:rPr>
                <w:rFonts w:ascii="Apple Color Emoji" w:hAnsi="Apple Color Emoji" w:cs="Apple Color Emoji"/>
              </w:rPr>
              <w:t>🦷</w:t>
            </w:r>
            <w:r w:rsidRPr="00925AA4">
              <w:t xml:space="preserve"> Master Brushing and Flossing</w:t>
            </w:r>
          </w:p>
          <w:p w14:paraId="73C6E5F5" w14:textId="4428EE9B" w:rsidR="0015299D" w:rsidRPr="00925AA4" w:rsidRDefault="0015299D" w:rsidP="0015299D">
            <w:r w:rsidRPr="00925AA4">
              <w:t>Brush Twice Daily: Use a soft-bristled toothbrush and a fluoride toothpaste to brush for at least two minutes, paying special attention to the area where the gums and teeth meet.</w:t>
            </w:r>
          </w:p>
          <w:p w14:paraId="768ECABD" w14:textId="6D7532C0" w:rsidR="0015299D" w:rsidRPr="00925AA4" w:rsidRDefault="0015299D" w:rsidP="0015299D">
            <w:r w:rsidRPr="00925AA4">
              <w:t>Floss Daily (Crucial!): Flossing once a day is arguably the most important home care step for gum health. It removes plaque and food debris from between your teeth and under the gumline where your toothbrush can't reach. If you have trouble with string floss, consider using interdental brushes or a water flosser.</w:t>
            </w:r>
          </w:p>
          <w:p w14:paraId="525936EE" w14:textId="7631BEE4" w:rsidR="0015299D" w:rsidRPr="00925AA4" w:rsidRDefault="0015299D" w:rsidP="0015299D">
            <w:r w:rsidRPr="00925AA4">
              <w:lastRenderedPageBreak/>
              <w:t xml:space="preserve">2. </w:t>
            </w:r>
            <w:r w:rsidRPr="00925AA4">
              <w:rPr>
                <w:rFonts w:ascii="Apple Color Emoji" w:hAnsi="Apple Color Emoji" w:cs="Apple Color Emoji"/>
              </w:rPr>
              <w:t>👅</w:t>
            </w:r>
            <w:r w:rsidRPr="00925AA4">
              <w:t xml:space="preserve"> Clean Your Tongue</w:t>
            </w:r>
          </w:p>
          <w:p w14:paraId="419D88A3" w14:textId="10FA87A0" w:rsidR="0015299D" w:rsidRPr="00925AA4" w:rsidRDefault="0015299D" w:rsidP="0015299D">
            <w:r w:rsidRPr="00925AA4">
              <w:t>The tongue's surface is a major reservoir for odor-producing bacteria. Scrape or brush your tongue daily using a tongue scraper or the back of your toothbrush.</w:t>
            </w:r>
          </w:p>
          <w:p w14:paraId="4A3009BD" w14:textId="7FB9ABA3" w:rsidR="0015299D" w:rsidRPr="00925AA4" w:rsidRDefault="0015299D" w:rsidP="0015299D">
            <w:r w:rsidRPr="00925AA4">
              <w:t xml:space="preserve">3. </w:t>
            </w:r>
            <w:r w:rsidRPr="00925AA4">
              <w:rPr>
                <w:rFonts w:ascii="Apple Color Emoji" w:hAnsi="Apple Color Emoji" w:cs="Apple Color Emoji"/>
              </w:rPr>
              <w:t>💧</w:t>
            </w:r>
            <w:r w:rsidRPr="00925AA4">
              <w:t xml:space="preserve"> Rinse and Hydrate</w:t>
            </w:r>
          </w:p>
          <w:p w14:paraId="042C9F57" w14:textId="6DD42C70" w:rsidR="0015299D" w:rsidRPr="00925AA4" w:rsidRDefault="0015299D" w:rsidP="0015299D">
            <w:r w:rsidRPr="00925AA4">
              <w:t xml:space="preserve">Antiseptic Mouthwash: Using an over-the-counter antiseptic mouthwash (preferably one containing </w:t>
            </w:r>
            <w:proofErr w:type="spellStart"/>
            <w:r w:rsidRPr="00925AA4">
              <w:t>cetylpyridinium</w:t>
            </w:r>
            <w:proofErr w:type="spellEnd"/>
            <w:r w:rsidRPr="00925AA4">
              <w:t xml:space="preserve"> chloride (CPC) or chlorhexidine, if professionally recommended) can temporarily reduce bacteria. Use it as directed, but remember it's a supplement, not a substitute, for brushing and flossing.</w:t>
            </w:r>
          </w:p>
          <w:p w14:paraId="1BFAF8CC" w14:textId="01106A8C" w:rsidR="0015299D" w:rsidRPr="00925AA4" w:rsidRDefault="0015299D" w:rsidP="0015299D">
            <w:r w:rsidRPr="00925AA4">
              <w:t>Stay Hydrated: Dry mouth (xerostomia) often leads to bad breath, as saliva helps wash away bacteria. Drink plenty of water throughout the day.</w:t>
            </w:r>
          </w:p>
          <w:p w14:paraId="33E6FF7F" w14:textId="70B5948A" w:rsidR="0015299D" w:rsidRPr="00925AA4" w:rsidRDefault="0015299D" w:rsidP="0015299D">
            <w:r w:rsidRPr="00925AA4">
              <w:t xml:space="preserve">4. </w:t>
            </w:r>
            <w:r w:rsidRPr="00925AA4">
              <w:rPr>
                <w:rFonts w:ascii="Apple Color Emoji" w:hAnsi="Apple Color Emoji" w:cs="Apple Color Emoji"/>
              </w:rPr>
              <w:t>🍏</w:t>
            </w:r>
            <w:r w:rsidRPr="00925AA4">
              <w:t xml:space="preserve"> Dietary and Lifestyle Changes</w:t>
            </w:r>
          </w:p>
          <w:p w14:paraId="396743AE" w14:textId="47ADC6EF" w:rsidR="0015299D" w:rsidRPr="00925AA4" w:rsidRDefault="0015299D" w:rsidP="0015299D">
            <w:r w:rsidRPr="00925AA4">
              <w:t>Avoid Odor-Causing Foods: Temporarily reduce or avoid foods like garlic and onions.</w:t>
            </w:r>
          </w:p>
          <w:p w14:paraId="0842370C" w14:textId="37A17261" w:rsidR="0015299D" w:rsidRPr="00925AA4" w:rsidRDefault="0015299D" w:rsidP="0015299D">
            <w:r w:rsidRPr="00925AA4">
              <w:t>Limit Alcohol and Tobacco: Smoking and other tobacco products are major risk factors for both bad breath and severe gum disease.</w:t>
            </w:r>
          </w:p>
          <w:p w14:paraId="6F468BFE" w14:textId="77777777" w:rsidR="0015299D" w:rsidRPr="00925AA4" w:rsidRDefault="0015299D" w:rsidP="0015299D">
            <w:r w:rsidRPr="00925AA4">
              <w:rPr>
                <w:rFonts w:ascii="Apple Color Emoji" w:hAnsi="Apple Color Emoji" w:cs="Apple Color Emoji"/>
              </w:rPr>
              <w:t>👩‍⚕️</w:t>
            </w:r>
            <w:r w:rsidRPr="00925AA4">
              <w:t xml:space="preserve"> Next Steps</w:t>
            </w:r>
          </w:p>
          <w:p w14:paraId="3581B5EF" w14:textId="269B8747" w:rsidR="0015299D" w:rsidRPr="00925AA4" w:rsidRDefault="0015299D" w:rsidP="0015299D">
            <w:r w:rsidRPr="00925AA4">
              <w:t>Because bad breath is a common symptom of gum disease, I strongly recommend you schedule an appointment for a thorough periodontal examination. We can accurately diagnose the cause of your bad breath, assess the health of your gums, and provide the necessary professional cleaning and treatment plan.</w:t>
            </w:r>
          </w:p>
          <w:p w14:paraId="5D0AF58B" w14:textId="1ECC0D24" w:rsidR="006F0382" w:rsidRPr="00925AA4" w:rsidRDefault="0015299D" w:rsidP="0015299D">
            <w:r w:rsidRPr="00925AA4">
              <w:lastRenderedPageBreak/>
              <w:t>Would you like me to recommend what to look for when choosing a professional-grade mouthwash?</w:t>
            </w:r>
          </w:p>
        </w:tc>
      </w:tr>
      <w:tr w:rsidR="006F0382" w:rsidRPr="00925AA4" w14:paraId="54C70E9A" w14:textId="77777777">
        <w:tc>
          <w:tcPr>
            <w:tcW w:w="4320" w:type="dxa"/>
          </w:tcPr>
          <w:p w14:paraId="67C48F78" w14:textId="77777777" w:rsidR="006F0382" w:rsidRPr="00925AA4" w:rsidRDefault="00000000">
            <w:r w:rsidRPr="00925AA4">
              <w:lastRenderedPageBreak/>
              <w:t>________________________________</w:t>
            </w:r>
          </w:p>
        </w:tc>
        <w:tc>
          <w:tcPr>
            <w:tcW w:w="4320" w:type="dxa"/>
          </w:tcPr>
          <w:p w14:paraId="7AC0E2BB" w14:textId="77777777" w:rsidR="006F0382" w:rsidRPr="00925AA4" w:rsidRDefault="00000000">
            <w:r w:rsidRPr="00925AA4">
              <w:t>________________________________</w:t>
            </w:r>
          </w:p>
        </w:tc>
      </w:tr>
    </w:tbl>
    <w:p w14:paraId="46FB1421"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4C714D6D" w14:textId="77777777">
        <w:tc>
          <w:tcPr>
            <w:tcW w:w="4320" w:type="dxa"/>
          </w:tcPr>
          <w:p w14:paraId="294018AC" w14:textId="1FD60B35" w:rsidR="006F0382" w:rsidRPr="00925AA4" w:rsidRDefault="00372A24">
            <w:r w:rsidRPr="00925AA4">
              <w:t>Answer C (Claude)</w:t>
            </w:r>
          </w:p>
        </w:tc>
        <w:tc>
          <w:tcPr>
            <w:tcW w:w="4320" w:type="dxa"/>
          </w:tcPr>
          <w:p w14:paraId="1AFF3A6E" w14:textId="77AA21B4" w:rsidR="006F0382" w:rsidRPr="00925AA4" w:rsidRDefault="00372A24">
            <w:r w:rsidRPr="00925AA4">
              <w:t>Answer D (</w:t>
            </w:r>
            <w:r w:rsidR="005C166D" w:rsidRPr="00925AA4">
              <w:t>Expert</w:t>
            </w:r>
            <w:r w:rsidRPr="00925AA4">
              <w:t>)</w:t>
            </w:r>
          </w:p>
        </w:tc>
      </w:tr>
      <w:tr w:rsidR="006F0382" w:rsidRPr="00925AA4" w14:paraId="0E85233C" w14:textId="77777777">
        <w:tc>
          <w:tcPr>
            <w:tcW w:w="4320" w:type="dxa"/>
          </w:tcPr>
          <w:p w14:paraId="7DA1990C" w14:textId="77777777" w:rsidR="007C1BB0" w:rsidRPr="00925AA4" w:rsidRDefault="007C1BB0" w:rsidP="007C1BB0">
            <w:r w:rsidRPr="00925AA4">
              <w:t>Professional Assessment</w:t>
            </w:r>
          </w:p>
          <w:p w14:paraId="3B796742" w14:textId="5C23AE5D" w:rsidR="007C1BB0" w:rsidRPr="00925AA4" w:rsidRDefault="007C1BB0" w:rsidP="007C1BB0">
            <w:r w:rsidRPr="00925AA4">
              <w:t xml:space="preserve">Yes, bad breath (halitosis) can be related to gum disease, and it's </w:t>
            </w:r>
            <w:proofErr w:type="gramStart"/>
            <w:r w:rsidRPr="00925AA4">
              <w:t>actually one</w:t>
            </w:r>
            <w:proofErr w:type="gramEnd"/>
            <w:r w:rsidRPr="00925AA4">
              <w:t xml:space="preserve"> of the most common causes of persistent bad breath.</w:t>
            </w:r>
          </w:p>
          <w:p w14:paraId="3B7B193B" w14:textId="77777777" w:rsidR="007C1BB0" w:rsidRPr="00925AA4" w:rsidRDefault="007C1BB0" w:rsidP="007C1BB0">
            <w:r w:rsidRPr="00925AA4">
              <w:t>The Connection Between Bad Breath and Gum Disease</w:t>
            </w:r>
          </w:p>
          <w:p w14:paraId="7C83C67E" w14:textId="77777777" w:rsidR="007C1BB0" w:rsidRPr="00925AA4" w:rsidRDefault="007C1BB0" w:rsidP="007C1BB0">
            <w:r w:rsidRPr="00925AA4">
              <w:t>When you have gum disease (gingivitis or periodontitis), bacteria accumulate in the pockets between your teeth and gums. These bacteria produce volatile sulfur compounds (VSCs) that create the unpleasant odor. Additionally, decaying food particles trapped in these spaces and inflammation of the gum tissues contribute to the smell.</w:t>
            </w:r>
          </w:p>
          <w:p w14:paraId="6662DCB6" w14:textId="77777777" w:rsidR="007C1BB0" w:rsidRPr="00925AA4" w:rsidRDefault="007C1BB0" w:rsidP="007C1BB0">
            <w:r w:rsidRPr="00925AA4">
              <w:t>Warning Signs to Watch For</w:t>
            </w:r>
          </w:p>
          <w:p w14:paraId="79BA2594" w14:textId="77777777" w:rsidR="007C1BB0" w:rsidRPr="00925AA4" w:rsidRDefault="007C1BB0" w:rsidP="007C1BB0">
            <w:r w:rsidRPr="00925AA4">
              <w:t>You may have gum disease if you also notice:</w:t>
            </w:r>
          </w:p>
          <w:p w14:paraId="75409B72" w14:textId="77777777" w:rsidR="007C1BB0" w:rsidRPr="00925AA4" w:rsidRDefault="007C1BB0" w:rsidP="007C1BB0"/>
          <w:p w14:paraId="4A9847D8" w14:textId="77777777" w:rsidR="007C1BB0" w:rsidRPr="00925AA4" w:rsidRDefault="007C1BB0" w:rsidP="007C1BB0">
            <w:r w:rsidRPr="00925AA4">
              <w:t>Bleeding gums when brushing or flossing</w:t>
            </w:r>
          </w:p>
          <w:p w14:paraId="4F0904CE" w14:textId="77777777" w:rsidR="007C1BB0" w:rsidRPr="00925AA4" w:rsidRDefault="007C1BB0" w:rsidP="007C1BB0">
            <w:r w:rsidRPr="00925AA4">
              <w:t>Red, swollen, or tender gums</w:t>
            </w:r>
          </w:p>
          <w:p w14:paraId="280A3CC9" w14:textId="77777777" w:rsidR="007C1BB0" w:rsidRPr="00925AA4" w:rsidRDefault="007C1BB0" w:rsidP="007C1BB0">
            <w:r w:rsidRPr="00925AA4">
              <w:t>Gums that have pulled away from your teeth</w:t>
            </w:r>
          </w:p>
          <w:p w14:paraId="2BCABEB7" w14:textId="77777777" w:rsidR="007C1BB0" w:rsidRPr="00925AA4" w:rsidRDefault="007C1BB0" w:rsidP="007C1BB0">
            <w:r w:rsidRPr="00925AA4">
              <w:t>Persistent bad taste in your mouth</w:t>
            </w:r>
          </w:p>
          <w:p w14:paraId="1C034833" w14:textId="77777777" w:rsidR="007C1BB0" w:rsidRPr="00925AA4" w:rsidRDefault="007C1BB0" w:rsidP="007C1BB0"/>
          <w:p w14:paraId="44F59E93" w14:textId="77777777" w:rsidR="007C1BB0" w:rsidRPr="00925AA4" w:rsidRDefault="007C1BB0" w:rsidP="007C1BB0">
            <w:r w:rsidRPr="00925AA4">
              <w:t>At-Home Management Strategies</w:t>
            </w:r>
          </w:p>
          <w:p w14:paraId="1DD14346" w14:textId="77777777" w:rsidR="007C1BB0" w:rsidRPr="00925AA4" w:rsidRDefault="007C1BB0" w:rsidP="007C1BB0">
            <w:r w:rsidRPr="00925AA4">
              <w:t>Essential daily habits:</w:t>
            </w:r>
          </w:p>
          <w:p w14:paraId="000E8E0E" w14:textId="77777777" w:rsidR="007C1BB0" w:rsidRPr="00925AA4" w:rsidRDefault="007C1BB0" w:rsidP="007C1BB0"/>
          <w:p w14:paraId="496C5659" w14:textId="77777777" w:rsidR="007C1BB0" w:rsidRPr="00925AA4" w:rsidRDefault="007C1BB0" w:rsidP="007C1BB0">
            <w:r w:rsidRPr="00925AA4">
              <w:t>Brush twice daily for two minutes using proper technique, angling the brush at 45 degrees toward the gumline</w:t>
            </w:r>
          </w:p>
          <w:p w14:paraId="5C397510" w14:textId="77777777" w:rsidR="007C1BB0" w:rsidRPr="00925AA4" w:rsidRDefault="007C1BB0" w:rsidP="007C1BB0">
            <w:r w:rsidRPr="00925AA4">
              <w:t>Floss once daily to remove bacteria and food particles between teeth where your brush can't reach</w:t>
            </w:r>
          </w:p>
          <w:p w14:paraId="234CE166" w14:textId="77777777" w:rsidR="007C1BB0" w:rsidRPr="00925AA4" w:rsidRDefault="007C1BB0" w:rsidP="007C1BB0">
            <w:r w:rsidRPr="00925AA4">
              <w:t>Use an antimicrobial or antibacterial mouthwash to reduce bacterial load</w:t>
            </w:r>
          </w:p>
          <w:p w14:paraId="576FBFD3" w14:textId="77777777" w:rsidR="007C1BB0" w:rsidRPr="00925AA4" w:rsidRDefault="007C1BB0" w:rsidP="007C1BB0">
            <w:r w:rsidRPr="00925AA4">
              <w:t>Brush or scrape your tongue, as bacteria accumulate on its surface</w:t>
            </w:r>
          </w:p>
          <w:p w14:paraId="751EDD36" w14:textId="77777777" w:rsidR="007C1BB0" w:rsidRPr="00925AA4" w:rsidRDefault="007C1BB0" w:rsidP="007C1BB0"/>
          <w:p w14:paraId="3C195F79" w14:textId="77777777" w:rsidR="007C1BB0" w:rsidRPr="00925AA4" w:rsidRDefault="007C1BB0" w:rsidP="007C1BB0">
            <w:r w:rsidRPr="00925AA4">
              <w:t>Additional helpful measures:</w:t>
            </w:r>
          </w:p>
          <w:p w14:paraId="34706C5D" w14:textId="77777777" w:rsidR="007C1BB0" w:rsidRPr="00925AA4" w:rsidRDefault="007C1BB0" w:rsidP="007C1BB0"/>
          <w:p w14:paraId="57FA0998" w14:textId="77777777" w:rsidR="007C1BB0" w:rsidRPr="00925AA4" w:rsidRDefault="007C1BB0" w:rsidP="007C1BB0">
            <w:r w:rsidRPr="00925AA4">
              <w:t>Stay well-hydrated, as dry mouth promotes bacterial growth</w:t>
            </w:r>
          </w:p>
          <w:p w14:paraId="2E4EF5F2" w14:textId="77777777" w:rsidR="007C1BB0" w:rsidRPr="00925AA4" w:rsidRDefault="007C1BB0" w:rsidP="007C1BB0">
            <w:r w:rsidRPr="00925AA4">
              <w:t>Avoid tobacco products, which worsen gum disease and cause bad breath</w:t>
            </w:r>
          </w:p>
          <w:p w14:paraId="263E03B5" w14:textId="77777777" w:rsidR="007C1BB0" w:rsidRPr="00925AA4" w:rsidRDefault="007C1BB0" w:rsidP="007C1BB0">
            <w:r w:rsidRPr="00925AA4">
              <w:t>Limit foods with strong odors (garlic, onions) and sugary foods that feed bacteria</w:t>
            </w:r>
          </w:p>
          <w:p w14:paraId="3420F279" w14:textId="77777777" w:rsidR="007C1BB0" w:rsidRPr="00925AA4" w:rsidRDefault="007C1BB0" w:rsidP="007C1BB0"/>
          <w:p w14:paraId="6F02DCE1" w14:textId="77777777" w:rsidR="007C1BB0" w:rsidRPr="00925AA4" w:rsidRDefault="007C1BB0" w:rsidP="007C1BB0">
            <w:r w:rsidRPr="00925AA4">
              <w:t>Important Next Step</w:t>
            </w:r>
          </w:p>
          <w:p w14:paraId="31B422AB" w14:textId="5085CAC0" w:rsidR="006F0382" w:rsidRPr="00925AA4" w:rsidRDefault="007C1BB0" w:rsidP="007C1BB0">
            <w:r w:rsidRPr="00925AA4">
              <w:t xml:space="preserve">I strongly recommend scheduling a professional evaluation. If gum disease is present, professional cleaning (scaling and root planing) may be necessary to remove hardened plaque (tartar) that you cannot remove at home. Early intervention prevents progression to more serious </w:t>
            </w:r>
            <w:r w:rsidRPr="00925AA4">
              <w:lastRenderedPageBreak/>
              <w:t>periodontal disease and potential tooth loss.</w:t>
            </w:r>
          </w:p>
        </w:tc>
        <w:tc>
          <w:tcPr>
            <w:tcW w:w="4320" w:type="dxa"/>
          </w:tcPr>
          <w:p w14:paraId="695CF111" w14:textId="77777777" w:rsidR="00925AA4" w:rsidRPr="00925AA4" w:rsidRDefault="00925AA4" w:rsidP="00925AA4">
            <w:r w:rsidRPr="00925AA4">
              <w:lastRenderedPageBreak/>
              <w:t>Numerous studies have demonstrated a strong association between halitosis and periodontal disease. Individuals with periodontal disease are 3–4 times more likely to experience bad breath compared to healthy individuals. The primary reason for this is bacteria that accumulate in periodontal pockets and on the tongue surface, which produce volatile sulfur compounds.</w:t>
            </w:r>
          </w:p>
          <w:p w14:paraId="2D9917BB" w14:textId="77777777" w:rsidR="00925AA4" w:rsidRPr="00925AA4" w:rsidRDefault="00925AA4" w:rsidP="00925AA4">
            <w:r w:rsidRPr="00925AA4">
              <w:t>Therefore, it is important to first be examined by a periodontology specialist and, if necessary, receive periodontal treatment. Following appropriate treatment, regular oral hygiene practices can significantly reduce halitosis:</w:t>
            </w:r>
            <w:r w:rsidRPr="00925AA4">
              <w:br/>
              <w:t>• Brushing teeth twice a day</w:t>
            </w:r>
            <w:r w:rsidRPr="00925AA4">
              <w:br/>
              <w:t>• Daily use of dental floss or interdental cleaning</w:t>
            </w:r>
            <w:r w:rsidRPr="00925AA4">
              <w:br/>
              <w:t>• Tongue cleaning / use of a tongue scraper</w:t>
            </w:r>
            <w:r w:rsidRPr="00925AA4">
              <w:br/>
              <w:t>• Antimicrobial or essential oil–containing mouthwashes</w:t>
            </w:r>
            <w:r w:rsidRPr="00925AA4">
              <w:br/>
              <w:t>• Zinc-containing mouthwashes (help neutralize volatile sulfur compounds)</w:t>
            </w:r>
            <w:r w:rsidRPr="00925AA4">
              <w:br/>
              <w:t>• Additionally, certain probiotics and herbal supplements may also help reduce halitosis.</w:t>
            </w:r>
          </w:p>
          <w:p w14:paraId="66A2CC51" w14:textId="0ED70569" w:rsidR="006F0382" w:rsidRPr="00925AA4" w:rsidRDefault="00000000">
            <w:r w:rsidRPr="00925AA4">
              <w:t>_______________________________</w:t>
            </w:r>
          </w:p>
        </w:tc>
      </w:tr>
      <w:tr w:rsidR="006F0382" w:rsidRPr="00925AA4" w14:paraId="543584E5" w14:textId="77777777">
        <w:tc>
          <w:tcPr>
            <w:tcW w:w="4320" w:type="dxa"/>
          </w:tcPr>
          <w:p w14:paraId="24A5662D" w14:textId="77777777" w:rsidR="006F0382" w:rsidRPr="00925AA4" w:rsidRDefault="00000000">
            <w:r w:rsidRPr="00925AA4">
              <w:lastRenderedPageBreak/>
              <w:t>________________________________</w:t>
            </w:r>
          </w:p>
        </w:tc>
        <w:tc>
          <w:tcPr>
            <w:tcW w:w="4320" w:type="dxa"/>
          </w:tcPr>
          <w:p w14:paraId="784D9AB8" w14:textId="77777777" w:rsidR="006F0382" w:rsidRPr="00925AA4" w:rsidRDefault="00000000">
            <w:r w:rsidRPr="00925AA4">
              <w:t>________________________________</w:t>
            </w:r>
          </w:p>
        </w:tc>
      </w:tr>
    </w:tbl>
    <w:p w14:paraId="3E93EE8F" w14:textId="23D96985" w:rsidR="00C31E92" w:rsidRPr="00925AA4" w:rsidRDefault="00D61BF9" w:rsidP="00925AA4">
      <w:r w:rsidRPr="00925AA4">
        <w:rPr>
          <w:b/>
          <w:bCs/>
        </w:rPr>
        <w:t>Question 19:</w:t>
      </w:r>
      <w:r w:rsidRPr="00925AA4">
        <w:t xml:space="preserve"> </w:t>
      </w:r>
      <w:r w:rsidR="00C31E92" w:rsidRPr="00925AA4">
        <w:t xml:space="preserve">Assume the role of a periodontic specialist and provide a precise answer to the following patient question. </w:t>
      </w:r>
      <w:r w:rsidR="00665400">
        <w:t>‘</w:t>
      </w:r>
      <w:r w:rsidR="00665400" w:rsidRPr="00665400">
        <w:t>I’m taking medication for high blood pressure, and lately my gums look swollen. Could the medications I’m taking be causing gum overgrowth?</w:t>
      </w:r>
      <w:r w:rsidR="00665400">
        <w:t>’</w:t>
      </w:r>
    </w:p>
    <w:p w14:paraId="629F8903" w14:textId="29BF9EDB" w:rsidR="006F0382" w:rsidRPr="00925AA4" w:rsidRDefault="006F0382"/>
    <w:tbl>
      <w:tblPr>
        <w:tblW w:w="0" w:type="auto"/>
        <w:tblLook w:val="04A0" w:firstRow="1" w:lastRow="0" w:firstColumn="1" w:lastColumn="0" w:noHBand="0" w:noVBand="1"/>
      </w:tblPr>
      <w:tblGrid>
        <w:gridCol w:w="4320"/>
        <w:gridCol w:w="4320"/>
      </w:tblGrid>
      <w:tr w:rsidR="006F0382" w:rsidRPr="00925AA4" w14:paraId="1068B863" w14:textId="77777777">
        <w:tc>
          <w:tcPr>
            <w:tcW w:w="4320" w:type="dxa"/>
          </w:tcPr>
          <w:p w14:paraId="1D5831B3" w14:textId="7A5B042F" w:rsidR="006F0382" w:rsidRPr="00925AA4" w:rsidRDefault="00372A24">
            <w:r w:rsidRPr="00925AA4">
              <w:t>Answer A (ChatGPT)</w:t>
            </w:r>
          </w:p>
        </w:tc>
        <w:tc>
          <w:tcPr>
            <w:tcW w:w="4320" w:type="dxa"/>
          </w:tcPr>
          <w:p w14:paraId="5B77724C" w14:textId="2B79CC62" w:rsidR="006F0382" w:rsidRPr="00925AA4" w:rsidRDefault="00372A24">
            <w:r w:rsidRPr="00925AA4">
              <w:t>Answer B (Gemini)</w:t>
            </w:r>
          </w:p>
        </w:tc>
      </w:tr>
      <w:tr w:rsidR="006F0382" w:rsidRPr="00925AA4" w14:paraId="3C3226AC" w14:textId="77777777">
        <w:tc>
          <w:tcPr>
            <w:tcW w:w="4320" w:type="dxa"/>
          </w:tcPr>
          <w:p w14:paraId="78190A80" w14:textId="77777777" w:rsidR="00C31E92" w:rsidRPr="00925AA4" w:rsidRDefault="00C31E92" w:rsidP="00C31E92">
            <w:r w:rsidRPr="00925AA4">
              <w:t>Yes — some blood-pressure medications can cause gum overgrowth (gingival hyperplasia).</w:t>
            </w:r>
          </w:p>
          <w:p w14:paraId="73B4CDED" w14:textId="77777777" w:rsidR="00C31E92" w:rsidRPr="00925AA4" w:rsidRDefault="00C31E92" w:rsidP="00C31E92">
            <w:r w:rsidRPr="00925AA4">
              <w:t>As a periodontic specialist, here’s what you should know:</w:t>
            </w:r>
          </w:p>
          <w:p w14:paraId="7A4CFFD8" w14:textId="77777777" w:rsidR="00C31E92" w:rsidRPr="00925AA4" w:rsidRDefault="00C31E92" w:rsidP="00C31E92">
            <w:r w:rsidRPr="00925AA4">
              <w:t>Common blood-pressure medications linked to gum overgrowth</w:t>
            </w:r>
          </w:p>
          <w:p w14:paraId="77000052" w14:textId="77777777" w:rsidR="00C31E92" w:rsidRPr="00925AA4" w:rsidRDefault="00C31E92" w:rsidP="00C31E92">
            <w:r w:rsidRPr="00925AA4">
              <w:t>The medications most often associated with swollen or enlarged gums are:</w:t>
            </w:r>
          </w:p>
          <w:p w14:paraId="5619378F" w14:textId="77777777" w:rsidR="00C31E92" w:rsidRPr="00925AA4" w:rsidRDefault="00C31E92" w:rsidP="00C31E92">
            <w:r w:rsidRPr="00925AA4">
              <w:t>Calcium-channel blockers, such as:</w:t>
            </w:r>
          </w:p>
          <w:p w14:paraId="207546D6" w14:textId="77777777" w:rsidR="00C31E92" w:rsidRPr="00925AA4" w:rsidRDefault="00C31E92" w:rsidP="00C31E92">
            <w:r w:rsidRPr="00925AA4">
              <w:t>Amlodipine</w:t>
            </w:r>
          </w:p>
          <w:p w14:paraId="4E2B4A12" w14:textId="77777777" w:rsidR="00C31E92" w:rsidRPr="00925AA4" w:rsidRDefault="00C31E92" w:rsidP="00C31E92">
            <w:r w:rsidRPr="00925AA4">
              <w:t>Nifedipine</w:t>
            </w:r>
          </w:p>
          <w:p w14:paraId="6DC57592" w14:textId="77777777" w:rsidR="00C31E92" w:rsidRPr="00925AA4" w:rsidRDefault="00C31E92" w:rsidP="00C31E92">
            <w:r w:rsidRPr="00925AA4">
              <w:t>Verapamil</w:t>
            </w:r>
          </w:p>
          <w:p w14:paraId="4B3C447F" w14:textId="77777777" w:rsidR="00C31E92" w:rsidRPr="00925AA4" w:rsidRDefault="00C31E92" w:rsidP="00C31E92">
            <w:r w:rsidRPr="00925AA4">
              <w:t>Diltiazem</w:t>
            </w:r>
          </w:p>
          <w:p w14:paraId="621C8989" w14:textId="77777777" w:rsidR="00C31E92" w:rsidRPr="00925AA4" w:rsidRDefault="00C31E92" w:rsidP="00C31E92">
            <w:r w:rsidRPr="00925AA4">
              <w:t>These drugs can stimulate gum tissue cells to overproduce collagen, leading to thickened, puffy, or swollen gums.</w:t>
            </w:r>
          </w:p>
          <w:p w14:paraId="7BD53EF5" w14:textId="77777777" w:rsidR="00C31E92" w:rsidRPr="00925AA4" w:rsidRDefault="00C31E92" w:rsidP="00C31E92">
            <w:r w:rsidRPr="00925AA4">
              <w:t>What gum overgrowth looks/feels like</w:t>
            </w:r>
          </w:p>
          <w:p w14:paraId="3EDD3650" w14:textId="77777777" w:rsidR="00C31E92" w:rsidRPr="00925AA4" w:rsidRDefault="00C31E92" w:rsidP="00C31E92">
            <w:r w:rsidRPr="00925AA4">
              <w:t>Swelling between the teeth</w:t>
            </w:r>
          </w:p>
          <w:p w14:paraId="477977E6" w14:textId="77777777" w:rsidR="00C31E92" w:rsidRPr="00925AA4" w:rsidRDefault="00C31E92" w:rsidP="00C31E92">
            <w:r w:rsidRPr="00925AA4">
              <w:t>Gums that bleed more easily</w:t>
            </w:r>
          </w:p>
          <w:p w14:paraId="19F98E6B" w14:textId="77777777" w:rsidR="00C31E92" w:rsidRPr="00925AA4" w:rsidRDefault="00C31E92" w:rsidP="00C31E92">
            <w:r w:rsidRPr="00925AA4">
              <w:t>Tissue that may grow over parts of the teeth</w:t>
            </w:r>
          </w:p>
          <w:p w14:paraId="15D96CE0" w14:textId="77777777" w:rsidR="00C31E92" w:rsidRPr="00925AA4" w:rsidRDefault="00C31E92" w:rsidP="00C31E92">
            <w:r w:rsidRPr="00925AA4">
              <w:lastRenderedPageBreak/>
              <w:t>Difficulty cleaning between teeth</w:t>
            </w:r>
          </w:p>
          <w:p w14:paraId="51328439" w14:textId="77777777" w:rsidR="00C31E92" w:rsidRPr="00925AA4" w:rsidRDefault="00C31E92" w:rsidP="00C31E92">
            <w:r w:rsidRPr="00925AA4">
              <w:t>Other contributing factors</w:t>
            </w:r>
          </w:p>
          <w:p w14:paraId="1A07570D" w14:textId="77777777" w:rsidR="00C31E92" w:rsidRPr="00925AA4" w:rsidRDefault="00C31E92" w:rsidP="00C31E92">
            <w:r w:rsidRPr="00925AA4">
              <w:t>Medication-related gum changes are more likely if:</w:t>
            </w:r>
          </w:p>
          <w:p w14:paraId="26A3471F" w14:textId="77777777" w:rsidR="00C31E92" w:rsidRPr="00925AA4" w:rsidRDefault="00C31E92" w:rsidP="00C31E92">
            <w:r w:rsidRPr="00925AA4">
              <w:t>Plaque control is not optimal</w:t>
            </w:r>
          </w:p>
          <w:p w14:paraId="60EC28FB" w14:textId="77777777" w:rsidR="00C31E92" w:rsidRPr="00925AA4" w:rsidRDefault="00C31E92" w:rsidP="00C31E92">
            <w:r w:rsidRPr="00925AA4">
              <w:t>You are genetically susceptible</w:t>
            </w:r>
          </w:p>
          <w:p w14:paraId="5EED1247" w14:textId="77777777" w:rsidR="00C31E92" w:rsidRPr="00925AA4" w:rsidRDefault="00C31E92" w:rsidP="00C31E92">
            <w:r w:rsidRPr="00925AA4">
              <w:t>You take higher doses or have been on the medication for a long time</w:t>
            </w:r>
          </w:p>
          <w:p w14:paraId="47E3199D" w14:textId="77777777" w:rsidR="00C31E92" w:rsidRPr="00925AA4" w:rsidRDefault="00C31E92" w:rsidP="00C31E92">
            <w:r w:rsidRPr="00925AA4">
              <w:t>What you should do next</w:t>
            </w:r>
          </w:p>
          <w:p w14:paraId="6E5A847C" w14:textId="77777777" w:rsidR="00C31E92" w:rsidRPr="00925AA4" w:rsidRDefault="00C31E92" w:rsidP="00C31E92">
            <w:r w:rsidRPr="00925AA4">
              <w:t>Do not stop the medication on your own — blood pressure control is essential.</w:t>
            </w:r>
          </w:p>
          <w:p w14:paraId="21996AD5" w14:textId="77777777" w:rsidR="00C31E92" w:rsidRPr="00925AA4" w:rsidRDefault="00C31E92" w:rsidP="00C31E92">
            <w:r w:rsidRPr="00925AA4">
              <w:t>Schedule a visit with your dentist/periodontist to evaluate the gum changes.</w:t>
            </w:r>
          </w:p>
          <w:p w14:paraId="15A42282" w14:textId="77777777" w:rsidR="00C31E92" w:rsidRPr="00925AA4" w:rsidRDefault="00C31E92" w:rsidP="00C31E92">
            <w:r w:rsidRPr="00925AA4">
              <w:t>Your dentist may collaborate with your physician to see if:</w:t>
            </w:r>
          </w:p>
          <w:p w14:paraId="54CC8062" w14:textId="77777777" w:rsidR="00C31E92" w:rsidRPr="00925AA4" w:rsidRDefault="00C31E92" w:rsidP="00C31E92">
            <w:r w:rsidRPr="00925AA4">
              <w:t>A dosage adjustment is possible</w:t>
            </w:r>
          </w:p>
          <w:p w14:paraId="4466216B" w14:textId="77777777" w:rsidR="00C31E92" w:rsidRPr="00925AA4" w:rsidRDefault="00C31E92" w:rsidP="00C31E92">
            <w:r w:rsidRPr="00925AA4">
              <w:t>An alternative blood-pressure medication could be substituted</w:t>
            </w:r>
          </w:p>
          <w:p w14:paraId="1D1CDC57" w14:textId="77777777" w:rsidR="00C31E92" w:rsidRPr="00925AA4" w:rsidRDefault="00C31E92" w:rsidP="00C31E92">
            <w:r w:rsidRPr="00925AA4">
              <w:t>Improving daily oral hygiene and having professional cleanings can significantly reduce or reverse early gum overgrowth.</w:t>
            </w:r>
          </w:p>
          <w:p w14:paraId="1C765B39" w14:textId="50320391" w:rsidR="006F0382" w:rsidRPr="00925AA4" w:rsidRDefault="00C31E92" w:rsidP="00C31E92">
            <w:r w:rsidRPr="00925AA4">
              <w:t>If you’d like, I can walk you through what to expect at the dental visit or how to manage symptoms in the meantime.</w:t>
            </w:r>
          </w:p>
        </w:tc>
        <w:tc>
          <w:tcPr>
            <w:tcW w:w="4320" w:type="dxa"/>
          </w:tcPr>
          <w:p w14:paraId="6F4489FE" w14:textId="394E070B" w:rsidR="0015299D" w:rsidRPr="00925AA4" w:rsidRDefault="0015299D" w:rsidP="0015299D">
            <w:r w:rsidRPr="00925AA4">
              <w:lastRenderedPageBreak/>
              <w:t xml:space="preserve">Hello. As a periodontic specialist, I can tell you that yes, it is </w:t>
            </w:r>
            <w:proofErr w:type="gramStart"/>
            <w:r w:rsidRPr="00925AA4">
              <w:t>absolutely possible</w:t>
            </w:r>
            <w:proofErr w:type="gramEnd"/>
            <w:r w:rsidRPr="00925AA4">
              <w:t xml:space="preserve"> that the medication you are taking for high blood pressure is causing your gum swelling, which we clinically refer to as gingival overgrowth or drug-induced gingival enlargement.</w:t>
            </w:r>
          </w:p>
          <w:p w14:paraId="3CE10800" w14:textId="0FD35419" w:rsidR="0015299D" w:rsidRPr="00925AA4" w:rsidRDefault="0015299D" w:rsidP="0015299D">
            <w:r w:rsidRPr="00925AA4">
              <w:rPr>
                <w:rFonts w:ascii="Apple Color Emoji" w:hAnsi="Apple Color Emoji" w:cs="Apple Color Emoji"/>
              </w:rPr>
              <w:t>🩺</w:t>
            </w:r>
            <w:r w:rsidRPr="00925AA4">
              <w:t xml:space="preserve"> Key Information</w:t>
            </w:r>
          </w:p>
          <w:p w14:paraId="3E23CC99" w14:textId="6746B618" w:rsidR="0015299D" w:rsidRPr="00925AA4" w:rsidRDefault="0015299D" w:rsidP="0015299D">
            <w:r w:rsidRPr="00925AA4">
              <w:t>The specific class of high blood pressure (antihypertensive) medications most associated with this side effect is the Calcium Channel Blockers (CCBs).</w:t>
            </w:r>
          </w:p>
          <w:p w14:paraId="3157E3AD" w14:textId="469801AA" w:rsidR="0015299D" w:rsidRPr="00925AA4" w:rsidRDefault="0015299D" w:rsidP="0015299D">
            <w:r w:rsidRPr="00925AA4">
              <w:t>Primary Culprits: Medications like Nifedipine (Procardia, Adalat) and, less frequently, Amlodipine (Norvasc) or Verapamil are known to interfere with the normal collagen breakdown in the gum tissue, leading to an accumulation and enlargement.</w:t>
            </w:r>
          </w:p>
          <w:p w14:paraId="13C634B3" w14:textId="77777777" w:rsidR="0015299D" w:rsidRPr="00925AA4" w:rsidRDefault="0015299D" w:rsidP="0015299D">
            <w:r w:rsidRPr="00925AA4">
              <w:t>Appearance: This condition typically causes the gums to look firm, pink, and enlarged, often covering a significant portion of the tooth surface. It is usually most noticeable in the gum tissue around the front teeth.</w:t>
            </w:r>
          </w:p>
          <w:p w14:paraId="258857B5" w14:textId="08447DBA" w:rsidR="0015299D" w:rsidRPr="00925AA4" w:rsidRDefault="0015299D" w:rsidP="0015299D">
            <w:r w:rsidRPr="00925AA4">
              <w:t xml:space="preserve">Non-Drug Factors: While the medication is the cause, the severity of the overgrowth is often dramatically worsened by the </w:t>
            </w:r>
            <w:r w:rsidRPr="00925AA4">
              <w:lastRenderedPageBreak/>
              <w:t>presence of dental plaque and poor oral hygiene.</w:t>
            </w:r>
          </w:p>
          <w:p w14:paraId="6EE0F42B" w14:textId="24811D0F" w:rsidR="0015299D" w:rsidRPr="00925AA4" w:rsidRDefault="0015299D" w:rsidP="0015299D">
            <w:r w:rsidRPr="00925AA4">
              <w:rPr>
                <w:rFonts w:ascii="Apple Color Emoji" w:hAnsi="Apple Color Emoji" w:cs="Apple Color Emoji"/>
              </w:rPr>
              <w:t>🎯</w:t>
            </w:r>
            <w:r w:rsidRPr="00925AA4">
              <w:t xml:space="preserve"> Next Steps and Management</w:t>
            </w:r>
          </w:p>
          <w:p w14:paraId="7EE37E24" w14:textId="744209DB" w:rsidR="0015299D" w:rsidRPr="00925AA4" w:rsidRDefault="0015299D" w:rsidP="0015299D">
            <w:r w:rsidRPr="00925AA4">
              <w:t>It is important that we address this for both your periodontal health and overall comfort.</w:t>
            </w:r>
          </w:p>
          <w:p w14:paraId="44598474" w14:textId="205EE9F4" w:rsidR="0015299D" w:rsidRPr="00925AA4" w:rsidRDefault="0015299D" w:rsidP="0015299D">
            <w:r w:rsidRPr="00925AA4">
              <w:t>Comprehensive Periodontal Exam: The first step is for me to perform a thorough examination to confirm the diagnosis and rule out other potential causes of swelling (like advanced inflammation from periodontitis).</w:t>
            </w:r>
          </w:p>
          <w:p w14:paraId="310266F5" w14:textId="2B81747F" w:rsidR="0015299D" w:rsidRPr="00925AA4" w:rsidRDefault="0015299D" w:rsidP="0015299D">
            <w:r w:rsidRPr="00925AA4">
              <w:t>Consultation with Your Physician: Do not stop taking your blood pressure medication. We will coordinate with your prescribing physician (cardiologist or general practitioner) to discuss potential alternatives. Often, switching to a different class of antihypertensive drug (like an ACE inhibitor or an ARB) can resolve or significantly reduce the gum overgrowth.</w:t>
            </w:r>
          </w:p>
          <w:p w14:paraId="44349135" w14:textId="77777777" w:rsidR="0015299D" w:rsidRPr="00925AA4" w:rsidRDefault="0015299D" w:rsidP="0015299D">
            <w:r w:rsidRPr="00925AA4">
              <w:t>Strict Oral Hygiene: We must implement an extremely rigorous oral hygiene routine. Controlling plaque is crucial, as even a small amount can lead to a severe reaction in combination with the CCB.</w:t>
            </w:r>
          </w:p>
          <w:p w14:paraId="7B1410EA" w14:textId="6858A366" w:rsidR="0015299D" w:rsidRPr="00925AA4" w:rsidRDefault="0015299D" w:rsidP="0015299D">
            <w:r w:rsidRPr="00925AA4">
              <w:t>Professional Treatment: Depending on the severity, treatment can range from non-surgical professional cleanings to a surgical procedure called a gingivectomy to remove the excess tissue and restore the natural gum contour.</w:t>
            </w:r>
          </w:p>
          <w:p w14:paraId="7CD61213" w14:textId="263C0A02" w:rsidR="0015299D" w:rsidRPr="00925AA4" w:rsidRDefault="0015299D" w:rsidP="0015299D">
            <w:r w:rsidRPr="00925AA4">
              <w:t>I recommend scheduling an appointment as soon as possible so we can properly evaluate the extent of the overgrowth and create a management plan.</w:t>
            </w:r>
          </w:p>
          <w:p w14:paraId="03966876" w14:textId="0F21FEE3" w:rsidR="006F0382" w:rsidRPr="00925AA4" w:rsidRDefault="0015299D" w:rsidP="0015299D">
            <w:r w:rsidRPr="00925AA4">
              <w:t xml:space="preserve">Would you like me to recommend any specific interdental cleaning tools, like an </w:t>
            </w:r>
            <w:r w:rsidRPr="00925AA4">
              <w:lastRenderedPageBreak/>
              <w:t>irrigating device or specialized brushes, that can help control the plaque until your appointment?</w:t>
            </w:r>
          </w:p>
        </w:tc>
      </w:tr>
      <w:tr w:rsidR="006F0382" w:rsidRPr="00925AA4" w14:paraId="19297563" w14:textId="77777777">
        <w:tc>
          <w:tcPr>
            <w:tcW w:w="4320" w:type="dxa"/>
          </w:tcPr>
          <w:p w14:paraId="6B0269FA" w14:textId="77777777" w:rsidR="006F0382" w:rsidRPr="00925AA4" w:rsidRDefault="00000000">
            <w:r w:rsidRPr="00925AA4">
              <w:lastRenderedPageBreak/>
              <w:t>________________________________</w:t>
            </w:r>
          </w:p>
        </w:tc>
        <w:tc>
          <w:tcPr>
            <w:tcW w:w="4320" w:type="dxa"/>
          </w:tcPr>
          <w:p w14:paraId="56A87F53" w14:textId="77777777" w:rsidR="006F0382" w:rsidRPr="00925AA4" w:rsidRDefault="00000000">
            <w:r w:rsidRPr="00925AA4">
              <w:t>________________________________</w:t>
            </w:r>
          </w:p>
        </w:tc>
      </w:tr>
    </w:tbl>
    <w:p w14:paraId="2B1EB565" w14:textId="77777777" w:rsidR="006F0382" w:rsidRPr="00925AA4" w:rsidRDefault="00000000">
      <w:r w:rsidRPr="00925AA4">
        <w:br/>
      </w:r>
    </w:p>
    <w:tbl>
      <w:tblPr>
        <w:tblW w:w="0" w:type="auto"/>
        <w:tblLook w:val="04A0" w:firstRow="1" w:lastRow="0" w:firstColumn="1" w:lastColumn="0" w:noHBand="0" w:noVBand="1"/>
      </w:tblPr>
      <w:tblGrid>
        <w:gridCol w:w="4320"/>
        <w:gridCol w:w="4320"/>
      </w:tblGrid>
      <w:tr w:rsidR="006F0382" w:rsidRPr="00925AA4" w14:paraId="36D427A1" w14:textId="77777777">
        <w:tc>
          <w:tcPr>
            <w:tcW w:w="4320" w:type="dxa"/>
          </w:tcPr>
          <w:p w14:paraId="5421A9AC" w14:textId="4D1C0CF0" w:rsidR="006F0382" w:rsidRPr="00925AA4" w:rsidRDefault="00372A24">
            <w:r w:rsidRPr="00925AA4">
              <w:t>Answer C (Claude)</w:t>
            </w:r>
          </w:p>
        </w:tc>
        <w:tc>
          <w:tcPr>
            <w:tcW w:w="4320" w:type="dxa"/>
          </w:tcPr>
          <w:p w14:paraId="2A771E5A" w14:textId="135C9051" w:rsidR="006F0382" w:rsidRPr="00925AA4" w:rsidRDefault="00372A24">
            <w:r w:rsidRPr="00925AA4">
              <w:t>Answer D (</w:t>
            </w:r>
            <w:r w:rsidR="005C166D" w:rsidRPr="00925AA4">
              <w:t>Expert</w:t>
            </w:r>
            <w:r w:rsidRPr="00925AA4">
              <w:t>)</w:t>
            </w:r>
          </w:p>
        </w:tc>
      </w:tr>
      <w:tr w:rsidR="006F0382" w:rsidRPr="00925AA4" w14:paraId="705D09B4" w14:textId="77777777">
        <w:tc>
          <w:tcPr>
            <w:tcW w:w="4320" w:type="dxa"/>
          </w:tcPr>
          <w:p w14:paraId="0B6237AE" w14:textId="77777777" w:rsidR="007C1BB0" w:rsidRPr="00925AA4" w:rsidRDefault="007C1BB0" w:rsidP="007C1BB0">
            <w:r w:rsidRPr="00925AA4">
              <w:t>Yes, certain blood pressure medications can indeed cause gum overgrowth, a condition called "drug-induced gingival enlargement" or "gingival hyperplasia."</w:t>
            </w:r>
          </w:p>
          <w:p w14:paraId="51FEC7FB" w14:textId="77777777" w:rsidR="007C1BB0" w:rsidRPr="00925AA4" w:rsidRDefault="007C1BB0" w:rsidP="007C1BB0">
            <w:r w:rsidRPr="00925AA4">
              <w:t>The most common culprits are:</w:t>
            </w:r>
          </w:p>
          <w:p w14:paraId="364AC3BF" w14:textId="77777777" w:rsidR="007C1BB0" w:rsidRPr="00925AA4" w:rsidRDefault="007C1BB0" w:rsidP="007C1BB0">
            <w:r w:rsidRPr="00925AA4">
              <w:t>Calcium channel blockers - particularly nifedipine, amlodipine, verapamil, and diltiazem. These are among the most frequently prescribed blood pressure medications and are well-documented causes of gum swelling.</w:t>
            </w:r>
          </w:p>
          <w:p w14:paraId="6D444EE0" w14:textId="77777777" w:rsidR="007C1BB0" w:rsidRPr="00925AA4" w:rsidRDefault="007C1BB0" w:rsidP="007C1BB0">
            <w:r w:rsidRPr="00925AA4">
              <w:t>How this happens:</w:t>
            </w:r>
          </w:p>
          <w:p w14:paraId="7092D511" w14:textId="77777777" w:rsidR="007C1BB0" w:rsidRPr="00925AA4" w:rsidRDefault="007C1BB0" w:rsidP="007C1BB0">
            <w:r w:rsidRPr="00925AA4">
              <w:t>These medications can alter the way your gum tissue cells (fibroblasts) function, leading to excessive production of collagen and other proteins in the gums. This results in enlarged, swollen gum tissue, typically most noticeable around your front teeth and between the teeth.</w:t>
            </w:r>
          </w:p>
          <w:p w14:paraId="4C04EA61" w14:textId="77777777" w:rsidR="007C1BB0" w:rsidRPr="00925AA4" w:rsidRDefault="007C1BB0" w:rsidP="007C1BB0">
            <w:r w:rsidRPr="00925AA4">
              <w:t>What you should know:</w:t>
            </w:r>
          </w:p>
          <w:p w14:paraId="73A07928" w14:textId="77777777" w:rsidR="007C1BB0" w:rsidRPr="00925AA4" w:rsidRDefault="007C1BB0" w:rsidP="007C1BB0"/>
          <w:p w14:paraId="6E54DF47" w14:textId="77777777" w:rsidR="007C1BB0" w:rsidRPr="00925AA4" w:rsidRDefault="007C1BB0" w:rsidP="007C1BB0">
            <w:r w:rsidRPr="00925AA4">
              <w:t>The swelling usually appears within 1-3 months of starting the medication</w:t>
            </w:r>
          </w:p>
          <w:p w14:paraId="49068846" w14:textId="77777777" w:rsidR="007C1BB0" w:rsidRPr="00925AA4" w:rsidRDefault="007C1BB0" w:rsidP="007C1BB0">
            <w:r w:rsidRPr="00925AA4">
              <w:t>It affects approximately 10-20% of people taking these drugs</w:t>
            </w:r>
          </w:p>
          <w:p w14:paraId="1AA6CB69" w14:textId="77777777" w:rsidR="007C1BB0" w:rsidRPr="00925AA4" w:rsidRDefault="007C1BB0" w:rsidP="007C1BB0">
            <w:r w:rsidRPr="00925AA4">
              <w:t>Good oral hygiene can reduce the severity but may not prevent it entirely</w:t>
            </w:r>
          </w:p>
          <w:p w14:paraId="0BD636CA" w14:textId="77777777" w:rsidR="007C1BB0" w:rsidRPr="00925AA4" w:rsidRDefault="007C1BB0" w:rsidP="007C1BB0">
            <w:r w:rsidRPr="00925AA4">
              <w:lastRenderedPageBreak/>
              <w:t>The condition is reversible - if the medication is changed, the swelling typically improves</w:t>
            </w:r>
          </w:p>
          <w:p w14:paraId="3400AD57" w14:textId="77777777" w:rsidR="007C1BB0" w:rsidRPr="00925AA4" w:rsidRDefault="007C1BB0" w:rsidP="007C1BB0"/>
          <w:p w14:paraId="1906A0CC" w14:textId="77777777" w:rsidR="007C1BB0" w:rsidRPr="00925AA4" w:rsidRDefault="007C1BB0" w:rsidP="007C1BB0">
            <w:r w:rsidRPr="00925AA4">
              <w:t>What I recommend:</w:t>
            </w:r>
          </w:p>
          <w:p w14:paraId="2E5382CF" w14:textId="77777777" w:rsidR="007C1BB0" w:rsidRPr="00925AA4" w:rsidRDefault="007C1BB0" w:rsidP="007C1BB0"/>
          <w:p w14:paraId="54CE0ABA" w14:textId="77777777" w:rsidR="007C1BB0" w:rsidRPr="00925AA4" w:rsidRDefault="007C1BB0" w:rsidP="007C1BB0">
            <w:r w:rsidRPr="00925AA4">
              <w:t>Don't stop your medication - high blood pressure control is critical for your overall health</w:t>
            </w:r>
          </w:p>
          <w:p w14:paraId="7F7E5F01" w14:textId="77777777" w:rsidR="007C1BB0" w:rsidRPr="00925AA4" w:rsidRDefault="007C1BB0" w:rsidP="007C1BB0">
            <w:r w:rsidRPr="00925AA4">
              <w:t>Contact your physician to discuss alternative blood pressure medications that don't cause this side effect</w:t>
            </w:r>
          </w:p>
          <w:p w14:paraId="2E0F969C" w14:textId="77777777" w:rsidR="007C1BB0" w:rsidRPr="00925AA4" w:rsidRDefault="007C1BB0" w:rsidP="007C1BB0">
            <w:r w:rsidRPr="00925AA4">
              <w:t>Schedule an appointment with your dentist or periodontist for professional cleaning and evaluation</w:t>
            </w:r>
          </w:p>
          <w:p w14:paraId="2711B212" w14:textId="77777777" w:rsidR="007C1BB0" w:rsidRPr="00925AA4" w:rsidRDefault="007C1BB0" w:rsidP="007C1BB0">
            <w:r w:rsidRPr="00925AA4">
              <w:t>Maintain excellent oral hygiene - brush twice daily, floss daily, and consider using an antimicrobial mouthwash</w:t>
            </w:r>
          </w:p>
          <w:p w14:paraId="6CE91662" w14:textId="77777777" w:rsidR="007C1BB0" w:rsidRPr="00925AA4" w:rsidRDefault="007C1BB0" w:rsidP="007C1BB0"/>
          <w:p w14:paraId="04012987" w14:textId="11C7FC49" w:rsidR="006F0382" w:rsidRPr="00925AA4" w:rsidRDefault="007C1BB0" w:rsidP="007C1BB0">
            <w:r w:rsidRPr="00925AA4">
              <w:t>The swollen gums can trap more bacteria and plaque, potentially leading to inflammation or infection, so prompt attention is important.</w:t>
            </w:r>
          </w:p>
        </w:tc>
        <w:tc>
          <w:tcPr>
            <w:tcW w:w="4320" w:type="dxa"/>
          </w:tcPr>
          <w:p w14:paraId="7ACE3A69" w14:textId="77777777" w:rsidR="00925AA4" w:rsidRPr="00925AA4" w:rsidRDefault="00925AA4" w:rsidP="00925AA4">
            <w:r w:rsidRPr="00925AA4">
              <w:lastRenderedPageBreak/>
              <w:t>Yes, some antihypertensive medications (especially calcium channel blockers such as amlodipine and nifedipine) may cause gingival enlargement as a side effect.</w:t>
            </w:r>
          </w:p>
          <w:p w14:paraId="54A3BFBC" w14:textId="77777777" w:rsidR="00925AA4" w:rsidRPr="00925AA4" w:rsidRDefault="00925AA4" w:rsidP="00925AA4">
            <w:r w:rsidRPr="00925AA4">
              <w:t>These drugs act on gingival cells and increase tissue growth; if plaque accumulation and inflammation are present, this condition becomes more pronounced. Symptoms usually appear 1–3 months after starting the medication. Therefore, if you notice these symptoms, it is recommended that you consult a gum specialist (periodontologist). If necessary, your periodontologist may contact your physician to request a change in medication.</w:t>
            </w:r>
          </w:p>
          <w:p w14:paraId="28FF7739" w14:textId="77777777" w:rsidR="00925AA4" w:rsidRPr="00925AA4" w:rsidRDefault="00925AA4" w:rsidP="00925AA4">
            <w:r w:rsidRPr="00925AA4">
              <w:t>If you notice swelling or enlargement of your gums, the following steps may be helpful:</w:t>
            </w:r>
            <w:r w:rsidRPr="00925AA4">
              <w:br/>
              <w:t>Improving your oral hygiene</w:t>
            </w:r>
            <w:r w:rsidRPr="00925AA4">
              <w:br/>
              <w:t>Having regular professional scaling and root planing</w:t>
            </w:r>
            <w:r w:rsidRPr="00925AA4">
              <w:br/>
              <w:t>Evaluating an alternative antihypertensive medication under medical supervision</w:t>
            </w:r>
          </w:p>
          <w:p w14:paraId="6B8D9D12" w14:textId="77777777" w:rsidR="00925AA4" w:rsidRPr="00925AA4" w:rsidRDefault="00925AA4" w:rsidP="00925AA4">
            <w:r w:rsidRPr="00925AA4">
              <w:t>These measures may reduce gingival enlargement or allow it to resolve completely.</w:t>
            </w:r>
          </w:p>
          <w:p w14:paraId="3BA2D1F2" w14:textId="1690F119" w:rsidR="006F0382" w:rsidRPr="00925AA4" w:rsidRDefault="00000000">
            <w:r w:rsidRPr="00925AA4">
              <w:t>_______________________________</w:t>
            </w:r>
          </w:p>
        </w:tc>
      </w:tr>
      <w:tr w:rsidR="006F0382" w:rsidRPr="00925AA4" w14:paraId="734BD687" w14:textId="77777777">
        <w:tc>
          <w:tcPr>
            <w:tcW w:w="4320" w:type="dxa"/>
          </w:tcPr>
          <w:p w14:paraId="3C4A2199" w14:textId="77777777" w:rsidR="006F0382" w:rsidRPr="00925AA4" w:rsidRDefault="00000000">
            <w:r w:rsidRPr="00925AA4">
              <w:t>________________________________</w:t>
            </w:r>
          </w:p>
        </w:tc>
        <w:tc>
          <w:tcPr>
            <w:tcW w:w="4320" w:type="dxa"/>
          </w:tcPr>
          <w:p w14:paraId="02F7B0F2" w14:textId="77777777" w:rsidR="006F0382" w:rsidRPr="00925AA4" w:rsidRDefault="00000000">
            <w:r w:rsidRPr="00925AA4">
              <w:t>________________________________</w:t>
            </w:r>
          </w:p>
        </w:tc>
      </w:tr>
    </w:tbl>
    <w:p w14:paraId="46D7448A" w14:textId="0F65EA49" w:rsidR="006F0382" w:rsidRPr="00925AA4" w:rsidRDefault="00D61BF9">
      <w:r w:rsidRPr="00925AA4">
        <w:rPr>
          <w:b/>
          <w:bCs/>
        </w:rPr>
        <w:t>Question 20:</w:t>
      </w:r>
      <w:r w:rsidRPr="00925AA4">
        <w:t xml:space="preserve"> </w:t>
      </w:r>
      <w:r w:rsidR="00C31E92" w:rsidRPr="00925AA4">
        <w:t xml:space="preserve">Assume the role of a periodontic specialist and provide a precise answer to the following patient question. </w:t>
      </w:r>
      <w:r w:rsidR="00C31E92" w:rsidRPr="00925AA4">
        <w:rPr>
          <w:rFonts w:ascii="Times New Roman" w:hAnsi="Times New Roman" w:cs="Times New Roman"/>
        </w:rPr>
        <w:t>I'm a periodontitis patient, and I’ve recently developed black triangles (spaces) between my teeth. Will these gaps close with treatment, and can my smile return to its previous appearance?</w:t>
      </w:r>
      <w:r w:rsidR="00C31E92" w:rsidRPr="00925AA4">
        <w:t xml:space="preserve"> </w:t>
      </w:r>
      <w:r w:rsidRPr="00925AA4">
        <w:br/>
      </w:r>
    </w:p>
    <w:tbl>
      <w:tblPr>
        <w:tblW w:w="0" w:type="auto"/>
        <w:tblLook w:val="04A0" w:firstRow="1" w:lastRow="0" w:firstColumn="1" w:lastColumn="0" w:noHBand="0" w:noVBand="1"/>
      </w:tblPr>
      <w:tblGrid>
        <w:gridCol w:w="4320"/>
        <w:gridCol w:w="4320"/>
      </w:tblGrid>
      <w:tr w:rsidR="006F0382" w:rsidRPr="00925AA4" w14:paraId="4B7B58EE" w14:textId="77777777">
        <w:tc>
          <w:tcPr>
            <w:tcW w:w="4320" w:type="dxa"/>
          </w:tcPr>
          <w:p w14:paraId="4B6D4530" w14:textId="7550166E" w:rsidR="006F0382" w:rsidRPr="00925AA4" w:rsidRDefault="00372A24">
            <w:r w:rsidRPr="00925AA4">
              <w:t>Answer A (ChatGPT)</w:t>
            </w:r>
          </w:p>
        </w:tc>
        <w:tc>
          <w:tcPr>
            <w:tcW w:w="4320" w:type="dxa"/>
          </w:tcPr>
          <w:p w14:paraId="3A042139" w14:textId="7BC649A0" w:rsidR="006F0382" w:rsidRPr="00925AA4" w:rsidRDefault="00372A24">
            <w:r w:rsidRPr="00925AA4">
              <w:t>Answer B (Gemini)</w:t>
            </w:r>
          </w:p>
        </w:tc>
      </w:tr>
      <w:tr w:rsidR="006F0382" w:rsidRPr="00925AA4" w14:paraId="2EE77C05" w14:textId="77777777">
        <w:tc>
          <w:tcPr>
            <w:tcW w:w="4320" w:type="dxa"/>
          </w:tcPr>
          <w:p w14:paraId="33D84684" w14:textId="77777777" w:rsidR="00351DA7" w:rsidRPr="00925AA4" w:rsidRDefault="00351DA7" w:rsidP="00351DA7">
            <w:r w:rsidRPr="00925AA4">
              <w:t>As a periodontist, here’s the clearest way to understand what’s happening and what you can expect:</w:t>
            </w:r>
          </w:p>
          <w:p w14:paraId="0B160A7A" w14:textId="77777777" w:rsidR="00351DA7" w:rsidRPr="00925AA4" w:rsidRDefault="00351DA7" w:rsidP="00351DA7">
            <w:r w:rsidRPr="00925AA4">
              <w:lastRenderedPageBreak/>
              <w:t>Why black triangles appear</w:t>
            </w:r>
          </w:p>
          <w:p w14:paraId="679C9999" w14:textId="77777777" w:rsidR="00351DA7" w:rsidRPr="00925AA4" w:rsidRDefault="00351DA7" w:rsidP="00351DA7">
            <w:r w:rsidRPr="00925AA4">
              <w:t>Black triangles (open gingival embrasures) usually develop when gum tissue is lost or shrinks due to inflammation, attachment loss, or bone loss from periodontitis. Even after periodontal treatment stops the disease, the tissue does not typically regenerate to its previous height on its own.</w:t>
            </w:r>
          </w:p>
          <w:p w14:paraId="7DBD7405" w14:textId="77777777" w:rsidR="00351DA7" w:rsidRPr="00925AA4" w:rsidRDefault="00351DA7" w:rsidP="00351DA7">
            <w:r w:rsidRPr="00925AA4">
              <w:t>Will the gaps close with treatment?</w:t>
            </w:r>
          </w:p>
          <w:p w14:paraId="6818E42B" w14:textId="77777777" w:rsidR="00351DA7" w:rsidRPr="00925AA4" w:rsidRDefault="00351DA7" w:rsidP="00351DA7">
            <w:r w:rsidRPr="00925AA4">
              <w:t>They may close partially, but they often do not close completely on their own.</w:t>
            </w:r>
          </w:p>
          <w:p w14:paraId="1DF6254F" w14:textId="77777777" w:rsidR="00351DA7" w:rsidRPr="00925AA4" w:rsidRDefault="00351DA7" w:rsidP="00351DA7">
            <w:r w:rsidRPr="00925AA4">
              <w:t>What periodontal treatment can do is halt the disease, reduce inflammation, and allow the gums to become firmer and healthier. This sometimes causes slight “plumping” of the tissue, but when a significant amount of bone or papilla height has been lost, the papilla cannot predictably regrow to fill the space naturally.</w:t>
            </w:r>
          </w:p>
          <w:p w14:paraId="0701F975" w14:textId="77777777" w:rsidR="00351DA7" w:rsidRPr="00925AA4" w:rsidRDefault="00351DA7" w:rsidP="00351DA7">
            <w:r w:rsidRPr="00925AA4">
              <w:t>Can the smile be restored?</w:t>
            </w:r>
          </w:p>
          <w:p w14:paraId="71CBA1FE" w14:textId="77777777" w:rsidR="00351DA7" w:rsidRPr="00925AA4" w:rsidRDefault="00351DA7" w:rsidP="00351DA7">
            <w:r w:rsidRPr="00925AA4">
              <w:t>While the gum tissue itself may not fully return to its original form, the appearance can usually be improved with the right approach. Options include:</w:t>
            </w:r>
          </w:p>
          <w:p w14:paraId="2C1278B9" w14:textId="77777777" w:rsidR="00351DA7" w:rsidRPr="00925AA4" w:rsidRDefault="00351DA7" w:rsidP="00351DA7">
            <w:r w:rsidRPr="00925AA4">
              <w:t>1. Orthodontic treatment (Invisalign or braces)</w:t>
            </w:r>
          </w:p>
          <w:p w14:paraId="5BAE16D0" w14:textId="77777777" w:rsidR="00351DA7" w:rsidRPr="00925AA4" w:rsidRDefault="00351DA7" w:rsidP="00351DA7">
            <w:r w:rsidRPr="00925AA4">
              <w:t>Moving teeth closer together or adjusting their shape can help close or reduce the spaces.</w:t>
            </w:r>
          </w:p>
          <w:p w14:paraId="40AE1FF3" w14:textId="77777777" w:rsidR="00351DA7" w:rsidRPr="00925AA4" w:rsidRDefault="00351DA7" w:rsidP="00351DA7">
            <w:r w:rsidRPr="00925AA4">
              <w:t>2. Biologic or surgical approaches</w:t>
            </w:r>
          </w:p>
          <w:p w14:paraId="730C86D0" w14:textId="77777777" w:rsidR="00351DA7" w:rsidRPr="00925AA4" w:rsidRDefault="00351DA7" w:rsidP="00351DA7">
            <w:r w:rsidRPr="00925AA4">
              <w:t>Papilla reconstruction surgeries exist but have limited and variable predictability, depending heavily on the remaining bone support.</w:t>
            </w:r>
          </w:p>
          <w:p w14:paraId="429CDC16" w14:textId="186BBE47" w:rsidR="00351DA7" w:rsidRPr="00925AA4" w:rsidRDefault="00351DA7" w:rsidP="00351DA7">
            <w:r w:rsidRPr="00925AA4">
              <w:lastRenderedPageBreak/>
              <w:t>Soft tissue grafting can help in select cases, but it does not reliably recreate full papilla height.</w:t>
            </w:r>
          </w:p>
          <w:p w14:paraId="16B421DE" w14:textId="77777777" w:rsidR="00351DA7" w:rsidRPr="00925AA4" w:rsidRDefault="00351DA7" w:rsidP="00351DA7">
            <w:r w:rsidRPr="00925AA4">
              <w:t>3. Minimally invasive restorative solutions</w:t>
            </w:r>
          </w:p>
          <w:p w14:paraId="17840E61" w14:textId="77777777" w:rsidR="00351DA7" w:rsidRPr="00925AA4" w:rsidRDefault="00351DA7" w:rsidP="00351DA7">
            <w:r w:rsidRPr="00925AA4">
              <w:t>Often the most predictable for esthetics:</w:t>
            </w:r>
          </w:p>
          <w:p w14:paraId="402852B7" w14:textId="77777777" w:rsidR="00351DA7" w:rsidRPr="00925AA4" w:rsidRDefault="00351DA7" w:rsidP="00351DA7">
            <w:r w:rsidRPr="00925AA4">
              <w:t>Composite bonding added to the sides of teeth to change their shape and close the embrasure.</w:t>
            </w:r>
          </w:p>
          <w:p w14:paraId="65FA0826" w14:textId="77777777" w:rsidR="00351DA7" w:rsidRPr="00925AA4" w:rsidRDefault="00351DA7" w:rsidP="00351DA7">
            <w:r w:rsidRPr="00925AA4">
              <w:t>Porcelain veneers in cases requiring more comprehensive correction.</w:t>
            </w:r>
          </w:p>
          <w:p w14:paraId="4417998F" w14:textId="77777777" w:rsidR="00351DA7" w:rsidRPr="00925AA4" w:rsidRDefault="00351DA7" w:rsidP="00351DA7">
            <w:r w:rsidRPr="00925AA4">
              <w:t>These solutions can give a very natural appearance and successfully eliminate or camouflage black triangles.</w:t>
            </w:r>
          </w:p>
          <w:p w14:paraId="586AD12C" w14:textId="77777777" w:rsidR="00351DA7" w:rsidRPr="00925AA4" w:rsidRDefault="00351DA7" w:rsidP="00351DA7">
            <w:r w:rsidRPr="00925AA4">
              <w:t>Bottom line</w:t>
            </w:r>
          </w:p>
          <w:p w14:paraId="14E7771A" w14:textId="77777777" w:rsidR="00351DA7" w:rsidRPr="00925AA4" w:rsidRDefault="00351DA7" w:rsidP="00351DA7">
            <w:r w:rsidRPr="00925AA4">
              <w:t>Periodontal treatment will stop the disease and may reduce the size of the triangles but usually does not close them entirely.</w:t>
            </w:r>
          </w:p>
          <w:p w14:paraId="0ED0EC6D" w14:textId="77777777" w:rsidR="00351DA7" w:rsidRPr="00925AA4" w:rsidRDefault="00351DA7" w:rsidP="00351DA7">
            <w:r w:rsidRPr="00925AA4">
              <w:t>Your smile can be restored, but often through a combination of periodontal stability + orthodontic or restorative esthetic treatment.</w:t>
            </w:r>
          </w:p>
          <w:p w14:paraId="000ACC1F" w14:textId="77777777" w:rsidR="00351DA7" w:rsidRPr="00925AA4" w:rsidRDefault="00351DA7" w:rsidP="00351DA7">
            <w:r w:rsidRPr="00925AA4">
              <w:t>The exact approach depends on your specific bone levels, tooth position, and tissue condition.</w:t>
            </w:r>
          </w:p>
          <w:p w14:paraId="560F7867" w14:textId="36787AC9" w:rsidR="006F0382" w:rsidRPr="00925AA4" w:rsidRDefault="00351DA7" w:rsidP="00351DA7">
            <w:r w:rsidRPr="00925AA4">
              <w:t>If you want, I can walk you through what tends to work best in situations like yours or explain what to ask during your next appointment.</w:t>
            </w:r>
          </w:p>
        </w:tc>
        <w:tc>
          <w:tcPr>
            <w:tcW w:w="4320" w:type="dxa"/>
          </w:tcPr>
          <w:p w14:paraId="28FDA1AA" w14:textId="788AD88E" w:rsidR="0015299D" w:rsidRPr="00925AA4" w:rsidRDefault="0015299D" w:rsidP="0015299D">
            <w:r w:rsidRPr="00925AA4">
              <w:lastRenderedPageBreak/>
              <w:t xml:space="preserve">Hello. I understand your concern about the appearance of black triangles (clinically known as open gingival embrasures) between your teeth. This is a very common </w:t>
            </w:r>
            <w:r w:rsidRPr="00925AA4">
              <w:lastRenderedPageBreak/>
              <w:t>aesthetic complaint for patients who have experienced periodontitis and subsequent treatment.</w:t>
            </w:r>
          </w:p>
          <w:p w14:paraId="321B2087" w14:textId="134C7E02" w:rsidR="0015299D" w:rsidRPr="00925AA4" w:rsidRDefault="0015299D" w:rsidP="0015299D">
            <w:r w:rsidRPr="00925AA4">
              <w:t>As a periodontic specialist, I can provide you with a precise answer regarding the prognosis for closing these gaps and restoring your smile.</w:t>
            </w:r>
          </w:p>
          <w:p w14:paraId="1C9B7956" w14:textId="0C8988A9" w:rsidR="0015299D" w:rsidRPr="00925AA4" w:rsidRDefault="0015299D" w:rsidP="0015299D">
            <w:r w:rsidRPr="00925AA4">
              <w:rPr>
                <w:rFonts w:ascii="Apple Color Emoji" w:hAnsi="Apple Color Emoji" w:cs="Apple Color Emoji"/>
              </w:rPr>
              <w:t>🦷</w:t>
            </w:r>
            <w:r w:rsidRPr="00925AA4">
              <w:t xml:space="preserve"> Understanding the Black Triangles</w:t>
            </w:r>
          </w:p>
          <w:p w14:paraId="489CDB4C" w14:textId="5FE26D57" w:rsidR="0015299D" w:rsidRPr="00925AA4" w:rsidRDefault="0015299D" w:rsidP="0015299D">
            <w:r w:rsidRPr="00925AA4">
              <w:t>The appearance of these black triangles is a direct result of the periodontitis you have experienced.</w:t>
            </w:r>
          </w:p>
          <w:p w14:paraId="3F672541" w14:textId="40CBA76A" w:rsidR="0015299D" w:rsidRPr="00925AA4" w:rsidRDefault="0015299D" w:rsidP="0015299D">
            <w:r w:rsidRPr="00925AA4">
              <w:t>Bone Loss: Periodontitis causes the progressive destruction of the bone that supports your teeth.</w:t>
            </w:r>
          </w:p>
          <w:p w14:paraId="5685B640" w14:textId="243C851E" w:rsidR="0015299D" w:rsidRPr="00925AA4" w:rsidRDefault="0015299D" w:rsidP="0015299D">
            <w:r w:rsidRPr="00925AA4">
              <w:t>Gum Recession: As the underlying bone is lost, the gingiva (gum tissue) that covers it naturally recedes to a level supported by the remaining bone.</w:t>
            </w:r>
          </w:p>
          <w:p w14:paraId="39795E75" w14:textId="36A99EC4" w:rsidR="0015299D" w:rsidRPr="00925AA4" w:rsidRDefault="0015299D" w:rsidP="0015299D">
            <w:r w:rsidRPr="00925AA4">
              <w:t>The Space: The gum tissue usually fills the space (the gingival embrasure) just below the contact point where two teeth touch. When the gum recedes due to bone loss, this triangular space becomes visible, leading to the "black triangle" appearance.</w:t>
            </w:r>
          </w:p>
          <w:p w14:paraId="51F38593" w14:textId="7D5811A3" w:rsidR="0015299D" w:rsidRPr="00925AA4" w:rsidRDefault="0015299D" w:rsidP="0015299D">
            <w:r w:rsidRPr="00925AA4">
              <w:rPr>
                <w:rFonts w:ascii="Apple Color Emoji" w:hAnsi="Apple Color Emoji" w:cs="Apple Color Emoji"/>
              </w:rPr>
              <w:t>🔍</w:t>
            </w:r>
            <w:r w:rsidRPr="00925AA4">
              <w:t xml:space="preserve"> Will These Gaps Close with Treatment?</w:t>
            </w:r>
          </w:p>
          <w:p w14:paraId="01A607E9" w14:textId="73B18C16" w:rsidR="0015299D" w:rsidRPr="00925AA4" w:rsidRDefault="0015299D" w:rsidP="0015299D">
            <w:r w:rsidRPr="00925AA4">
              <w:t>This is the most critical question, and the answer, unfortunately, is typically no, they will not close naturally or spontaneously just from standard periodontal therapy.</w:t>
            </w:r>
          </w:p>
          <w:p w14:paraId="2646C5B1" w14:textId="0E4B2405" w:rsidR="0015299D" w:rsidRPr="00925AA4" w:rsidRDefault="0015299D" w:rsidP="0015299D">
            <w:r w:rsidRPr="00925AA4">
              <w:t xml:space="preserve">Standard Periodontal Treatment (Scaling and Root Planing, Osseous Surgery): The primary goal of our periodontic treatment is to eliminate the infection, stop the bone loss, and stabilize the tooth support. While successful treatment is vital for your long-term oral health, it does not regenerate the significant amount of lost gum tissue and </w:t>
            </w:r>
            <w:r w:rsidRPr="00925AA4">
              <w:lastRenderedPageBreak/>
              <w:t>bone required to fill those spaces. In fact, following treatment, there can sometimes be temporary or slight worsening of the recession as inflammation resolves and the swollen gums shrink to a healthier, more stable level.</w:t>
            </w:r>
          </w:p>
          <w:p w14:paraId="178AF04C" w14:textId="7960B6A0" w:rsidR="0015299D" w:rsidRPr="00925AA4" w:rsidRDefault="0015299D" w:rsidP="0015299D">
            <w:r w:rsidRPr="00925AA4">
              <w:rPr>
                <w:rFonts w:ascii="Apple Color Emoji" w:hAnsi="Apple Color Emoji" w:cs="Apple Color Emoji"/>
              </w:rPr>
              <w:t>✨</w:t>
            </w:r>
            <w:r w:rsidRPr="00925AA4">
              <w:t xml:space="preserve"> Can My Smile Return to Its Previous Appearance?</w:t>
            </w:r>
          </w:p>
          <w:p w14:paraId="27D9ADA3" w14:textId="7AA725C3" w:rsidR="0015299D" w:rsidRPr="00925AA4" w:rsidRDefault="0015299D" w:rsidP="0015299D">
            <w:r w:rsidRPr="00925AA4">
              <w:t xml:space="preserve">While the gaps themselves are unlikely to close on their own, yes, your smile can often be significantly </w:t>
            </w:r>
            <w:proofErr w:type="gramStart"/>
            <w:r w:rsidRPr="00925AA4">
              <w:t>improved</w:t>
            </w:r>
            <w:proofErr w:type="gramEnd"/>
            <w:r w:rsidRPr="00925AA4">
              <w:t xml:space="preserve"> and a highly aesthetic result can be achieved using adjunctive treatments specifically designed to address these spaces.</w:t>
            </w:r>
          </w:p>
          <w:p w14:paraId="0F1C4969" w14:textId="50E4F566" w:rsidR="0015299D" w:rsidRPr="00925AA4" w:rsidRDefault="0015299D" w:rsidP="0015299D">
            <w:r w:rsidRPr="00925AA4">
              <w:t>Here are the primary restorative options we use to manage black triangles:</w:t>
            </w:r>
          </w:p>
          <w:p w14:paraId="659F8BD1" w14:textId="153FEFF3" w:rsidR="0015299D" w:rsidRPr="00925AA4" w:rsidRDefault="0015299D" w:rsidP="0015299D">
            <w:r w:rsidRPr="00925AA4">
              <w:t>1. Cosmetic Bonding (Composite Resin)</w:t>
            </w:r>
          </w:p>
          <w:p w14:paraId="53B6F923" w14:textId="38B86679" w:rsidR="0015299D" w:rsidRPr="00925AA4" w:rsidRDefault="0015299D" w:rsidP="0015299D">
            <w:r w:rsidRPr="00925AA4">
              <w:t>Procedure: Your general dentist or a restorative specialist will apply a tooth-colored resin material (the same material used for fillings) to the sides of the teeth, precisely reshaping them to close the gap at the gum line.</w:t>
            </w:r>
          </w:p>
          <w:p w14:paraId="3B4709C8" w14:textId="334D54BB" w:rsidR="0015299D" w:rsidRPr="00925AA4" w:rsidRDefault="0015299D" w:rsidP="0015299D">
            <w:r w:rsidRPr="00925AA4">
              <w:t>Pros: Non-invasive, completed in one visit, cost-effective, and reversible (the natural tooth is not removed).</w:t>
            </w:r>
          </w:p>
          <w:p w14:paraId="049EFED8" w14:textId="38F1E790" w:rsidR="0015299D" w:rsidRPr="00925AA4" w:rsidRDefault="0015299D" w:rsidP="0015299D">
            <w:r w:rsidRPr="00925AA4">
              <w:t>Cons: Requires periodic maintenance (polishing, repair) and may be susceptible to staining over time.</w:t>
            </w:r>
          </w:p>
          <w:p w14:paraId="2EDF172F" w14:textId="41D8E5BA" w:rsidR="0015299D" w:rsidRPr="00925AA4" w:rsidRDefault="0015299D" w:rsidP="0015299D">
            <w:r w:rsidRPr="00925AA4">
              <w:t>2. Orthodontics (Braces or Clear Aligners)</w:t>
            </w:r>
          </w:p>
          <w:p w14:paraId="0C5508FD" w14:textId="70853897" w:rsidR="0015299D" w:rsidRPr="00925AA4" w:rsidRDefault="0015299D" w:rsidP="0015299D">
            <w:r w:rsidRPr="00925AA4">
              <w:t>Procedure: Moving the teeth closer together to reduce the width of the gap. This is a viable option if there is excess space or if the teeth are naturally splayed.</w:t>
            </w:r>
          </w:p>
          <w:p w14:paraId="6F46C3D0" w14:textId="1937109E" w:rsidR="0015299D" w:rsidRPr="00925AA4" w:rsidRDefault="0015299D" w:rsidP="0015299D">
            <w:r w:rsidRPr="00925AA4">
              <w:t>Pros: Permanent closure of the space between the contact points of the teeth.</w:t>
            </w:r>
          </w:p>
          <w:p w14:paraId="205A9F2E" w14:textId="2470DF66" w:rsidR="0015299D" w:rsidRPr="00925AA4" w:rsidRDefault="0015299D" w:rsidP="0015299D">
            <w:r w:rsidRPr="00925AA4">
              <w:lastRenderedPageBreak/>
              <w:t>Cons: Lengthy treatment time.</w:t>
            </w:r>
          </w:p>
          <w:p w14:paraId="4E343998" w14:textId="0B89117F" w:rsidR="0015299D" w:rsidRPr="00925AA4" w:rsidRDefault="0015299D" w:rsidP="0015299D">
            <w:r w:rsidRPr="00925AA4">
              <w:t>3. Restorative Veneers or Crowns</w:t>
            </w:r>
          </w:p>
          <w:p w14:paraId="3D3E6C26" w14:textId="056840C2" w:rsidR="0015299D" w:rsidRPr="00925AA4" w:rsidRDefault="0015299D" w:rsidP="0015299D">
            <w:r w:rsidRPr="00925AA4">
              <w:t>Procedure: More comprehensive restorations that cover the entire visible surface of the tooth, allowing for full reshaping of the tooth contours (including the sides) to eliminate the triangle.</w:t>
            </w:r>
          </w:p>
          <w:p w14:paraId="6E7CD68E" w14:textId="7A726210" w:rsidR="0015299D" w:rsidRPr="00925AA4" w:rsidRDefault="0015299D" w:rsidP="0015299D">
            <w:r w:rsidRPr="00925AA4">
              <w:t>Pros: Excellent aesthetics and durability.</w:t>
            </w:r>
          </w:p>
          <w:p w14:paraId="1E6AA7BE" w14:textId="5044CCD2" w:rsidR="0015299D" w:rsidRPr="00925AA4" w:rsidRDefault="0015299D" w:rsidP="0015299D">
            <w:r w:rsidRPr="00925AA4">
              <w:t>Cons: More invasive (requires removing some healthy tooth structure) and more costly.</w:t>
            </w:r>
          </w:p>
          <w:p w14:paraId="4F6866DE" w14:textId="066448AD" w:rsidR="0015299D" w:rsidRPr="00925AA4" w:rsidRDefault="0015299D" w:rsidP="0015299D">
            <w:r w:rsidRPr="00925AA4">
              <w:t>4. Periodontal Surgery (The Less Common Option)</w:t>
            </w:r>
          </w:p>
          <w:p w14:paraId="5A5280CE" w14:textId="6440009C" w:rsidR="0015299D" w:rsidRPr="00925AA4" w:rsidRDefault="0015299D" w:rsidP="0015299D">
            <w:r w:rsidRPr="00925AA4">
              <w:t>Procedure: In specific, ideal cases where bone loss is minimal or in certain areas (e.g., in the front), we may attempt a gingival (gum) grafting procedure to try and push the tissue higher.</w:t>
            </w:r>
          </w:p>
          <w:p w14:paraId="4B45CF05" w14:textId="1763A1B9" w:rsidR="0015299D" w:rsidRPr="00925AA4" w:rsidRDefault="0015299D" w:rsidP="0015299D">
            <w:r w:rsidRPr="00925AA4">
              <w:t>Pros: Truly biological solution.</w:t>
            </w:r>
          </w:p>
          <w:p w14:paraId="070AAABE" w14:textId="0A591ABE" w:rsidR="0015299D" w:rsidRPr="00925AA4" w:rsidRDefault="0015299D" w:rsidP="0015299D">
            <w:r w:rsidRPr="00925AA4">
              <w:t>Cons: Highly technique-sensitive and predictable only in very specific situations where the underlying bone is still relatively high.</w:t>
            </w:r>
          </w:p>
          <w:p w14:paraId="5444A1BD" w14:textId="550DB802" w:rsidR="0015299D" w:rsidRPr="00925AA4" w:rsidRDefault="0015299D" w:rsidP="0015299D">
            <w:r w:rsidRPr="00925AA4">
              <w:rPr>
                <w:rFonts w:ascii="Apple Color Emoji" w:hAnsi="Apple Color Emoji" w:cs="Apple Color Emoji"/>
              </w:rPr>
              <w:t>✅</w:t>
            </w:r>
            <w:r w:rsidRPr="00925AA4">
              <w:t xml:space="preserve"> My Professional Recommendation</w:t>
            </w:r>
          </w:p>
          <w:p w14:paraId="09736424" w14:textId="621D912F" w:rsidR="0015299D" w:rsidRPr="00925AA4" w:rsidRDefault="0015299D" w:rsidP="0015299D">
            <w:r w:rsidRPr="00925AA4">
              <w:t>First and foremost, you must remain diligent with your periodontal maintenance appointments. Stopping the disease progression is the foundation for any successful aesthetic treatment.</w:t>
            </w:r>
          </w:p>
          <w:p w14:paraId="59700CB9" w14:textId="25D7C7ED" w:rsidR="0015299D" w:rsidRPr="00925AA4" w:rsidRDefault="0015299D" w:rsidP="0015299D">
            <w:r w:rsidRPr="00925AA4">
              <w:t xml:space="preserve">Once your periodontitis is stable, I recommend a consultation with your general dentist or a restorative dentist. They can assess the size and number of the triangles and determine if Cosmetic Bonding would be the most conservative </w:t>
            </w:r>
            <w:r w:rsidRPr="00925AA4">
              <w:lastRenderedPageBreak/>
              <w:t>and effective starting point to restore your smile's previous appearance.</w:t>
            </w:r>
          </w:p>
          <w:p w14:paraId="2A8AEE5F" w14:textId="72B641F8" w:rsidR="006F0382" w:rsidRPr="00925AA4" w:rsidRDefault="0015299D" w:rsidP="0015299D">
            <w:r w:rsidRPr="00925AA4">
              <w:t>Would you like me to clarify any of the treatment options, or perhaps look up highly rated restorative dentists in your area?</w:t>
            </w:r>
          </w:p>
        </w:tc>
      </w:tr>
    </w:tbl>
    <w:p w14:paraId="444A81B2" w14:textId="77777777" w:rsidR="006F0382" w:rsidRPr="00925AA4" w:rsidRDefault="00000000">
      <w:r w:rsidRPr="00925AA4">
        <w:lastRenderedPageBreak/>
        <w:br/>
      </w:r>
    </w:p>
    <w:tbl>
      <w:tblPr>
        <w:tblW w:w="0" w:type="auto"/>
        <w:tblLook w:val="04A0" w:firstRow="1" w:lastRow="0" w:firstColumn="1" w:lastColumn="0" w:noHBand="0" w:noVBand="1"/>
      </w:tblPr>
      <w:tblGrid>
        <w:gridCol w:w="4320"/>
        <w:gridCol w:w="4320"/>
      </w:tblGrid>
      <w:tr w:rsidR="006F0382" w:rsidRPr="00925AA4" w14:paraId="21FC27DB" w14:textId="77777777">
        <w:tc>
          <w:tcPr>
            <w:tcW w:w="4320" w:type="dxa"/>
          </w:tcPr>
          <w:p w14:paraId="795E7435" w14:textId="7BD446BB" w:rsidR="006F0382" w:rsidRPr="00925AA4" w:rsidRDefault="00372A24">
            <w:r w:rsidRPr="00925AA4">
              <w:t>Answer C (Claude)</w:t>
            </w:r>
          </w:p>
        </w:tc>
        <w:tc>
          <w:tcPr>
            <w:tcW w:w="4320" w:type="dxa"/>
          </w:tcPr>
          <w:p w14:paraId="379D20B2" w14:textId="1E40CEB8" w:rsidR="006F0382" w:rsidRPr="00925AA4" w:rsidRDefault="00372A24">
            <w:r w:rsidRPr="00925AA4">
              <w:t>Answer D (</w:t>
            </w:r>
            <w:r w:rsidR="005C166D" w:rsidRPr="00925AA4">
              <w:t>Expert</w:t>
            </w:r>
            <w:r w:rsidRPr="00925AA4">
              <w:t>)</w:t>
            </w:r>
          </w:p>
        </w:tc>
      </w:tr>
      <w:tr w:rsidR="006F0382" w:rsidRPr="00925AA4" w14:paraId="01DF67C6" w14:textId="77777777">
        <w:tc>
          <w:tcPr>
            <w:tcW w:w="4320" w:type="dxa"/>
          </w:tcPr>
          <w:p w14:paraId="7E2DC7AD" w14:textId="77777777" w:rsidR="007C1BB0" w:rsidRPr="00925AA4" w:rsidRDefault="007C1BB0" w:rsidP="007C1BB0">
            <w:r w:rsidRPr="00925AA4">
              <w:t>As a periodontic specialist, I understand your concern about the black triangles that have developed between your teeth. Let me give you an honest and thorough answer.</w:t>
            </w:r>
          </w:p>
          <w:p w14:paraId="3D5234D4" w14:textId="77777777" w:rsidR="007C1BB0" w:rsidRPr="00925AA4" w:rsidRDefault="007C1BB0" w:rsidP="007C1BB0">
            <w:r w:rsidRPr="00925AA4">
              <w:t>The reality about black triangles:</w:t>
            </w:r>
          </w:p>
          <w:p w14:paraId="15C181F5" w14:textId="77777777" w:rsidR="007C1BB0" w:rsidRPr="00925AA4" w:rsidRDefault="007C1BB0" w:rsidP="007C1BB0">
            <w:r w:rsidRPr="00925AA4">
              <w:t>Black triangles form when the gum tissue (specifically the interdental papilla) that normally fills the space between teeth recedes or fails to regenerate after periodontal disease. Unfortunately, once these spaces develop, they typically do not close completely with standard periodontal treatment alone. The gum tissue that has been lost due to periodontitis has limited regenerative capacity, particularly the papillae.</w:t>
            </w:r>
          </w:p>
          <w:p w14:paraId="3BA35EC8" w14:textId="77777777" w:rsidR="007C1BB0" w:rsidRPr="00925AA4" w:rsidRDefault="007C1BB0" w:rsidP="007C1BB0">
            <w:r w:rsidRPr="00925AA4">
              <w:t>What periodontal treatment CAN achieve:</w:t>
            </w:r>
          </w:p>
          <w:p w14:paraId="05780324" w14:textId="77777777" w:rsidR="007C1BB0" w:rsidRPr="00925AA4" w:rsidRDefault="007C1BB0" w:rsidP="007C1BB0">
            <w:r w:rsidRPr="00925AA4">
              <w:t>While we may not eliminate the black triangles entirely, treatment is still essential and beneficial:</w:t>
            </w:r>
          </w:p>
          <w:p w14:paraId="681D1F71" w14:textId="77777777" w:rsidR="007C1BB0" w:rsidRPr="00925AA4" w:rsidRDefault="007C1BB0" w:rsidP="007C1BB0"/>
          <w:p w14:paraId="404C2810" w14:textId="77777777" w:rsidR="007C1BB0" w:rsidRPr="00925AA4" w:rsidRDefault="007C1BB0" w:rsidP="007C1BB0">
            <w:r w:rsidRPr="00925AA4">
              <w:t>Halting disease progression – We can stop further gum recession and bone loss</w:t>
            </w:r>
          </w:p>
          <w:p w14:paraId="44A9CAE0" w14:textId="77777777" w:rsidR="007C1BB0" w:rsidRPr="00925AA4" w:rsidRDefault="007C1BB0" w:rsidP="007C1BB0">
            <w:r w:rsidRPr="00925AA4">
              <w:t>Stabilizing your condition – Preventing the triangles from becoming larger</w:t>
            </w:r>
          </w:p>
          <w:p w14:paraId="40D8BDC7" w14:textId="77777777" w:rsidR="007C1BB0" w:rsidRPr="00925AA4" w:rsidRDefault="007C1BB0" w:rsidP="007C1BB0">
            <w:r w:rsidRPr="00925AA4">
              <w:lastRenderedPageBreak/>
              <w:t>Minor improvement – In some cases, with excellent oral hygiene and periodontal therapy, you may see slight tissue improvement, though significant papilla regeneration is rare</w:t>
            </w:r>
          </w:p>
          <w:p w14:paraId="55F5634B" w14:textId="77777777" w:rsidR="007C1BB0" w:rsidRPr="00925AA4" w:rsidRDefault="007C1BB0" w:rsidP="007C1BB0">
            <w:r w:rsidRPr="00925AA4">
              <w:t>Overall gum health – Reducing inflammation and restoring healthy, firm gum tissue</w:t>
            </w:r>
          </w:p>
          <w:p w14:paraId="41EF1295" w14:textId="77777777" w:rsidR="007C1BB0" w:rsidRPr="00925AA4" w:rsidRDefault="007C1BB0" w:rsidP="007C1BB0"/>
          <w:p w14:paraId="0BA8ABE8" w14:textId="77777777" w:rsidR="007C1BB0" w:rsidRPr="00925AA4" w:rsidRDefault="007C1BB0" w:rsidP="007C1BB0">
            <w:r w:rsidRPr="00925AA4">
              <w:t>Options to improve your smile's appearance:</w:t>
            </w:r>
          </w:p>
          <w:p w14:paraId="60D7AB96" w14:textId="77777777" w:rsidR="007C1BB0" w:rsidRPr="00925AA4" w:rsidRDefault="007C1BB0" w:rsidP="007C1BB0"/>
          <w:p w14:paraId="4CDE7E32" w14:textId="77777777" w:rsidR="007C1BB0" w:rsidRPr="00925AA4" w:rsidRDefault="007C1BB0" w:rsidP="007C1BB0">
            <w:r w:rsidRPr="00925AA4">
              <w:t>Composite bonding – Tooth-colored material can be added to close gaps</w:t>
            </w:r>
          </w:p>
          <w:p w14:paraId="0E9C22CD" w14:textId="77777777" w:rsidR="007C1BB0" w:rsidRPr="00925AA4" w:rsidRDefault="007C1BB0" w:rsidP="007C1BB0">
            <w:r w:rsidRPr="00925AA4">
              <w:t>Porcelain veneers – Can reshape teeth to minimize visible spaces</w:t>
            </w:r>
          </w:p>
          <w:p w14:paraId="16EFD5C3" w14:textId="77777777" w:rsidR="007C1BB0" w:rsidRPr="00925AA4" w:rsidRDefault="007C1BB0" w:rsidP="007C1BB0">
            <w:r w:rsidRPr="00925AA4">
              <w:t>Orthodontics – In select cases, repositioning teeth can help reduce triangle size</w:t>
            </w:r>
          </w:p>
          <w:p w14:paraId="09E851AA" w14:textId="77777777" w:rsidR="007C1BB0" w:rsidRPr="00925AA4" w:rsidRDefault="007C1BB0" w:rsidP="007C1BB0">
            <w:r w:rsidRPr="00925AA4">
              <w:t>Hyaluronic acid injections – Emerging treatment showing some promise for papilla augmentation, though results vary</w:t>
            </w:r>
          </w:p>
          <w:p w14:paraId="3091A699" w14:textId="77777777" w:rsidR="007C1BB0" w:rsidRPr="00925AA4" w:rsidRDefault="007C1BB0" w:rsidP="007C1BB0">
            <w:r w:rsidRPr="00925AA4">
              <w:t>Surgical papilla reconstruction – Limited success rates but possible in certain anatomical situations</w:t>
            </w:r>
          </w:p>
          <w:p w14:paraId="5EB10C21" w14:textId="77777777" w:rsidR="007C1BB0" w:rsidRPr="00925AA4" w:rsidRDefault="007C1BB0" w:rsidP="007C1BB0"/>
          <w:p w14:paraId="6191B235" w14:textId="27C84621" w:rsidR="006F0382" w:rsidRPr="00925AA4" w:rsidRDefault="007C1BB0" w:rsidP="007C1BB0">
            <w:r w:rsidRPr="00925AA4">
              <w:t>The most important step now is controlling your periodontitis. Once your gum disease is stable for several months, we can discuss cosmetic options tailored to your specific situation.</w:t>
            </w:r>
          </w:p>
        </w:tc>
        <w:tc>
          <w:tcPr>
            <w:tcW w:w="4320" w:type="dxa"/>
          </w:tcPr>
          <w:p w14:paraId="125D8029" w14:textId="77777777" w:rsidR="00925AA4" w:rsidRPr="00925AA4" w:rsidRDefault="00925AA4" w:rsidP="00925AA4">
            <w:pPr>
              <w:pStyle w:val="NormalWeb"/>
              <w:rPr>
                <w:lang w:val="en-US"/>
              </w:rPr>
            </w:pPr>
            <w:r w:rsidRPr="00925AA4">
              <w:rPr>
                <w:lang w:val="en-US"/>
              </w:rPr>
              <w:lastRenderedPageBreak/>
              <w:t xml:space="preserve">When the gingival tissue does not fill the area up to the contact point, spaces known as “black triangles” form between the teeth. This condition most commonly develops </w:t>
            </w:r>
            <w:proofErr w:type="gramStart"/>
            <w:r w:rsidRPr="00925AA4">
              <w:rPr>
                <w:lang w:val="en-US"/>
              </w:rPr>
              <w:t>as a result of</w:t>
            </w:r>
            <w:proofErr w:type="gramEnd"/>
            <w:r w:rsidRPr="00925AA4">
              <w:rPr>
                <w:lang w:val="en-US"/>
              </w:rPr>
              <w:t xml:space="preserve"> bone loss and gingival recession associated with periodontitis.</w:t>
            </w:r>
          </w:p>
          <w:p w14:paraId="280A59F2" w14:textId="77777777" w:rsidR="00925AA4" w:rsidRPr="00925AA4" w:rsidRDefault="00925AA4" w:rsidP="00925AA4">
            <w:pPr>
              <w:pStyle w:val="NormalWeb"/>
              <w:rPr>
                <w:lang w:val="en-US"/>
              </w:rPr>
            </w:pPr>
            <w:r w:rsidRPr="00925AA4">
              <w:rPr>
                <w:lang w:val="en-US"/>
              </w:rPr>
              <w:t>Once papilla loss has occurred due to periodontitis, complete spontaneous regeneration of this tissue is difficult. Especially in cases with significant bone loss or advanced periodontal disease, complete closure of black triangles is not always possible. More predictable results may be achieved in patients with milder gingival loss and thicker tissue.</w:t>
            </w:r>
          </w:p>
          <w:p w14:paraId="30296378" w14:textId="77777777" w:rsidR="00925AA4" w:rsidRPr="00925AA4" w:rsidRDefault="00925AA4" w:rsidP="00925AA4">
            <w:pPr>
              <w:pStyle w:val="NormalWeb"/>
              <w:rPr>
                <w:lang w:val="en-US"/>
              </w:rPr>
            </w:pPr>
            <w:r w:rsidRPr="00925AA4">
              <w:rPr>
                <w:lang w:val="en-US"/>
              </w:rPr>
              <w:t>Additionally, maintaining good oral hygiene and regular professional care is of great importance to prevent further progression.</w:t>
            </w:r>
          </w:p>
          <w:p w14:paraId="3ED9C22B" w14:textId="77777777" w:rsidR="00925AA4" w:rsidRPr="00925AA4" w:rsidRDefault="00925AA4" w:rsidP="00925AA4">
            <w:pPr>
              <w:pStyle w:val="NormalWeb"/>
              <w:rPr>
                <w:lang w:val="en-US"/>
              </w:rPr>
            </w:pPr>
            <w:r w:rsidRPr="00925AA4">
              <w:rPr>
                <w:lang w:val="en-US"/>
              </w:rPr>
              <w:t>In treatment, different methods may be used alone or in combination:</w:t>
            </w:r>
            <w:r w:rsidRPr="00925AA4">
              <w:rPr>
                <w:lang w:val="en-US"/>
              </w:rPr>
              <w:br/>
              <w:t>• Hyaluronic acid (HA) injections</w:t>
            </w:r>
            <w:r w:rsidRPr="00925AA4">
              <w:rPr>
                <w:lang w:val="en-US"/>
              </w:rPr>
              <w:br/>
              <w:t>• Platelet-rich fibrin (PRF) applications</w:t>
            </w:r>
            <w:r w:rsidRPr="00925AA4">
              <w:rPr>
                <w:lang w:val="en-US"/>
              </w:rPr>
              <w:br/>
              <w:t>• Surgical techniques such as connective tissue grafts</w:t>
            </w:r>
            <w:r w:rsidRPr="00925AA4">
              <w:rPr>
                <w:lang w:val="en-US"/>
              </w:rPr>
              <w:br/>
              <w:t>• Esthetic composite restorations</w:t>
            </w:r>
            <w:r w:rsidRPr="00925AA4">
              <w:rPr>
                <w:lang w:val="en-US"/>
              </w:rPr>
              <w:br/>
              <w:t>• Restorations and prostheses</w:t>
            </w:r>
            <w:r w:rsidRPr="00925AA4">
              <w:rPr>
                <w:lang w:val="en-US"/>
              </w:rPr>
              <w:br/>
              <w:t>• Orthodontic treatment</w:t>
            </w:r>
          </w:p>
          <w:p w14:paraId="2D6E7731" w14:textId="77777777" w:rsidR="006F0382" w:rsidRPr="00925AA4" w:rsidRDefault="00000000">
            <w:r w:rsidRPr="00925AA4">
              <w:lastRenderedPageBreak/>
              <w:t>________________________________</w:t>
            </w:r>
          </w:p>
        </w:tc>
      </w:tr>
      <w:tr w:rsidR="006F0382" w:rsidRPr="00925AA4" w14:paraId="5136348D" w14:textId="77777777">
        <w:tc>
          <w:tcPr>
            <w:tcW w:w="4320" w:type="dxa"/>
          </w:tcPr>
          <w:p w14:paraId="729CC9A7" w14:textId="77777777" w:rsidR="006F0382" w:rsidRPr="00925AA4" w:rsidRDefault="00000000">
            <w:r w:rsidRPr="00925AA4">
              <w:lastRenderedPageBreak/>
              <w:t>________________________________</w:t>
            </w:r>
          </w:p>
        </w:tc>
        <w:tc>
          <w:tcPr>
            <w:tcW w:w="4320" w:type="dxa"/>
          </w:tcPr>
          <w:p w14:paraId="03F10AC1" w14:textId="77777777" w:rsidR="006F0382" w:rsidRPr="00925AA4" w:rsidRDefault="00000000">
            <w:r w:rsidRPr="00925AA4">
              <w:t>________________________________</w:t>
            </w:r>
          </w:p>
        </w:tc>
      </w:tr>
    </w:tbl>
    <w:p w14:paraId="671139C5" w14:textId="337C3295" w:rsidR="006F0382" w:rsidRPr="00925AA4" w:rsidRDefault="006F0382"/>
    <w:sectPr w:rsidR="006F0382" w:rsidRPr="00925AA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30575040">
    <w:abstractNumId w:val="8"/>
  </w:num>
  <w:num w:numId="2" w16cid:durableId="462044776">
    <w:abstractNumId w:val="6"/>
  </w:num>
  <w:num w:numId="3" w16cid:durableId="2083866762">
    <w:abstractNumId w:val="5"/>
  </w:num>
  <w:num w:numId="4" w16cid:durableId="751119461">
    <w:abstractNumId w:val="4"/>
  </w:num>
  <w:num w:numId="5" w16cid:durableId="1875802101">
    <w:abstractNumId w:val="7"/>
  </w:num>
  <w:num w:numId="6" w16cid:durableId="2145078800">
    <w:abstractNumId w:val="3"/>
  </w:num>
  <w:num w:numId="7" w16cid:durableId="93331075">
    <w:abstractNumId w:val="2"/>
  </w:num>
  <w:num w:numId="8" w16cid:durableId="911282274">
    <w:abstractNumId w:val="1"/>
  </w:num>
  <w:num w:numId="9" w16cid:durableId="349186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5F2"/>
    <w:rsid w:val="00034616"/>
    <w:rsid w:val="0006063C"/>
    <w:rsid w:val="0015074B"/>
    <w:rsid w:val="0015299D"/>
    <w:rsid w:val="001773A6"/>
    <w:rsid w:val="002623B4"/>
    <w:rsid w:val="0029639D"/>
    <w:rsid w:val="00326F90"/>
    <w:rsid w:val="0033777D"/>
    <w:rsid w:val="00351DA7"/>
    <w:rsid w:val="00372A24"/>
    <w:rsid w:val="003C7183"/>
    <w:rsid w:val="003D76D2"/>
    <w:rsid w:val="004A12B8"/>
    <w:rsid w:val="004D2FF1"/>
    <w:rsid w:val="00535BBA"/>
    <w:rsid w:val="0056011B"/>
    <w:rsid w:val="005C166D"/>
    <w:rsid w:val="00644FEE"/>
    <w:rsid w:val="00665400"/>
    <w:rsid w:val="00695E85"/>
    <w:rsid w:val="006F0382"/>
    <w:rsid w:val="007C1BB0"/>
    <w:rsid w:val="00817E91"/>
    <w:rsid w:val="00925AA4"/>
    <w:rsid w:val="00A00768"/>
    <w:rsid w:val="00A62311"/>
    <w:rsid w:val="00A77BD3"/>
    <w:rsid w:val="00AA1D8D"/>
    <w:rsid w:val="00AB106D"/>
    <w:rsid w:val="00B11BD4"/>
    <w:rsid w:val="00B47730"/>
    <w:rsid w:val="00BC07B5"/>
    <w:rsid w:val="00C31E92"/>
    <w:rsid w:val="00C74859"/>
    <w:rsid w:val="00CB0664"/>
    <w:rsid w:val="00D41D88"/>
    <w:rsid w:val="00D61BF9"/>
    <w:rsid w:val="00DA468F"/>
    <w:rsid w:val="00DE7793"/>
    <w:rsid w:val="00DF1805"/>
    <w:rsid w:val="00FC0779"/>
    <w:rsid w:val="00FC693F"/>
    <w:rsid w:val="00FE5D71"/>
    <w:rsid w:val="00FF6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DC3B91"/>
  <w14:defaultImageDpi w14:val="300"/>
  <w15:docId w15:val="{D96AE03B-2AE9-B349-BF09-E80331CF9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925AA4"/>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05T17:18:59.692"/>
    </inkml:context>
    <inkml:brush xml:id="br0">
      <inkml:brushProperty name="width" value="0.035" units="cm"/>
      <inkml:brushProperty name="height" value="0.035" units="cm"/>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81</Pages>
  <Words>22814</Words>
  <Characters>129587</Characters>
  <Application>Microsoft Office Word</Application>
  <DocSecurity>0</DocSecurity>
  <Lines>4468</Lines>
  <Paragraphs>1656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150745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DA39636</cp:lastModifiedBy>
  <cp:revision>7</cp:revision>
  <dcterms:created xsi:type="dcterms:W3CDTF">2026-04-09T09:55:00Z</dcterms:created>
  <dcterms:modified xsi:type="dcterms:W3CDTF">2026-04-09T19:24:00Z</dcterms:modified>
  <cp:category/>
</cp:coreProperties>
</file>