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012F" w:rsidRPr="00D83543" w:rsidRDefault="00000000">
      <w:pPr>
        <w:pStyle w:val="Balk1"/>
        <w:rPr>
          <w:color w:val="000000" w:themeColor="text1"/>
        </w:rPr>
      </w:pPr>
      <w:r w:rsidRPr="00D83543">
        <w:rPr>
          <w:color w:val="000000" w:themeColor="text1"/>
        </w:rPr>
        <w:t>Questions and Answers</w:t>
      </w:r>
    </w:p>
    <w:p w:rsidR="006C012F" w:rsidRPr="00D83543" w:rsidRDefault="00000000">
      <w:pPr>
        <w:pStyle w:val="Balk2"/>
        <w:rPr>
          <w:color w:val="000000" w:themeColor="text1"/>
        </w:rPr>
      </w:pPr>
      <w:r w:rsidRPr="00D83543">
        <w:rPr>
          <w:color w:val="000000" w:themeColor="text1"/>
        </w:rPr>
        <w:t>Question 1</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When should I first take my child to the dentist?</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General recommendation: take your child to the dentist after the first tooth erupts, which is often around six to ten months, or no later than the first birthday. The first visit is usually short. The dentist checks tooth eruption, caries risk, feeding and bottle habits, fluoride use, and brushing, and then gives the family a prevention plan.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According to commonly accepted pediatric dental guidance, such as recommendations from pediatric dentistry organizations and dental associations, the ideal time for a first dental visit is within six months after the first tooth appears, and no later than the child’s first birthday.</w:t>
      </w:r>
      <w:r w:rsidRPr="00D83543">
        <w:rPr>
          <w:color w:val="000000" w:themeColor="text1"/>
        </w:rPr>
        <w:br/>
      </w:r>
      <w:r w:rsidRPr="00D83543">
        <w:rPr>
          <w:color w:val="000000" w:themeColor="text1"/>
        </w:rPr>
        <w:br/>
        <w:t>An early visit matters because early childhood caries can progress quickly. The dentist can review night feeding, bottle use, oral hygiene, fluoride, and diet before a problem becomes advanced. The visit also helps the child become familiar with the dental chair, light, and clinical environment during a non-painful appointment. Parents also receive guidance about brushing, toothpaste use, teething discomfort, and habits that may affect the teeth.</w:t>
      </w:r>
    </w:p>
    <w:p w:rsidR="006C012F" w:rsidRPr="00D83543" w:rsidRDefault="00000000">
      <w:pPr>
        <w:pStyle w:val="Balk2"/>
        <w:rPr>
          <w:color w:val="000000" w:themeColor="text1"/>
        </w:rPr>
      </w:pPr>
      <w:r w:rsidRPr="00D83543">
        <w:rPr>
          <w:color w:val="000000" w:themeColor="text1"/>
        </w:rPr>
        <w:t>Question 2</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When should I start brushing my child's teeth?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You should begin cleaning your baby’s teeth as soon as the first tooth appears. This is often around six months of age, although it may happen earlier or later.</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The general recommendation of dentists is to start brushing as soon as the first tooth is visible in the baby’s mouth, usually around the sixth month. The exact timing may vary from child to child, but cleaning should begin when the first tooth erupts.</w:t>
      </w:r>
    </w:p>
    <w:p w:rsidR="006C012F" w:rsidRPr="00D83543" w:rsidRDefault="00000000">
      <w:pPr>
        <w:pStyle w:val="Balk2"/>
        <w:rPr>
          <w:color w:val="000000" w:themeColor="text1"/>
        </w:rPr>
      </w:pPr>
      <w:r w:rsidRPr="00D83543">
        <w:rPr>
          <w:color w:val="000000" w:themeColor="text1"/>
        </w:rPr>
        <w:t>Question 3</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kind of toothbrush should I buy for my child?</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The main goal is to choose a brush that fits the child’s age and mouth: a small head, soft or extra-soft bristles, a comfortable handle, and a design that supports good brushing habits.</w:t>
      </w:r>
      <w:r w:rsidRPr="00D83543">
        <w:rPr>
          <w:color w:val="000000" w:themeColor="text1"/>
        </w:rPr>
        <w:br/>
      </w:r>
      <w:r w:rsidRPr="00D83543">
        <w:rPr>
          <w:color w:val="000000" w:themeColor="text1"/>
        </w:rPr>
        <w:br/>
        <w:t xml:space="preserve">The bristles should be soft because children’s gums are sensitive and hard bristles can </w:t>
      </w:r>
      <w:r w:rsidRPr="00D83543">
        <w:rPr>
          <w:color w:val="000000" w:themeColor="text1"/>
        </w:rPr>
        <w:lastRenderedPageBreak/>
        <w:t>irritate them. A small head with rounded bristle tips helps reach the back teeth. A thick, non-slip, ergonomic handle gives the child better control.</w:t>
      </w:r>
      <w:r w:rsidRPr="00D83543">
        <w:rPr>
          <w:color w:val="000000" w:themeColor="text1"/>
        </w:rPr>
        <w:br/>
      </w:r>
      <w:r w:rsidRPr="00D83543">
        <w:rPr>
          <w:color w:val="000000" w:themeColor="text1"/>
        </w:rPr>
        <w:br/>
        <w:t>A manual brush is enough when it is used correctly. An electric brush may help if the child resists brushing, has limited hand skills, or needs motivation from a timer. If you choose one, use a children’s head, a soft mode, and a small brush head.</w:t>
      </w:r>
      <w:r w:rsidRPr="00D83543">
        <w:rPr>
          <w:color w:val="000000" w:themeColor="text1"/>
        </w:rPr>
        <w:br/>
      </w:r>
      <w:r w:rsidRPr="00D83543">
        <w:rPr>
          <w:color w:val="000000" w:themeColor="text1"/>
        </w:rPr>
        <w:br/>
        <w:t>For ages zero to two, a finger brush or a very small baby brush with ultra-soft bristles is suitable. For ages two to six, choose a small head, extra-soft bristles, and a thick handle. After age six, the brush can be slightly larger, but it should still be soft. Replace the brush about every three months, sooner if the bristles spread, and consider replacing it after illnesses such as flu.</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When choosing a toothbrush for a child, the most important factors are age suitability, mouth size, and ease of use. A child’s toothbrush should have soft or extra-soft bristles, because young gums and enamel are delicate. The head should be small enough to reach the back teeth and all tooth surfaces. The handle should be wide, easy to grip, and preferably non-slip, because children’s motor skills are still developing.</w:t>
      </w:r>
      <w:r w:rsidRPr="00D83543">
        <w:rPr>
          <w:color w:val="000000" w:themeColor="text1"/>
        </w:rPr>
        <w:br/>
      </w:r>
      <w:r w:rsidRPr="00D83543">
        <w:rPr>
          <w:color w:val="000000" w:themeColor="text1"/>
        </w:rPr>
        <w:br/>
        <w:t>For babies and toddlers from zero to two years, parents can use a finger brush or a very small soft-bristled baby toothbrush. Brushing should be done by the parent, and safety shields may be useful. For preschool children, colorful or character-based brushes may improve motivation, but the head should remain small and the handle should be easy to hold. For school-age children, the handle may become slimmer and the bristles may vary in length, but the head should still fit the child’s mouth.</w:t>
      </w:r>
      <w:r w:rsidRPr="00D83543">
        <w:rPr>
          <w:color w:val="000000" w:themeColor="text1"/>
        </w:rPr>
        <w:br/>
      </w:r>
      <w:r w:rsidRPr="00D83543">
        <w:rPr>
          <w:color w:val="000000" w:themeColor="text1"/>
        </w:rPr>
        <w:br/>
        <w:t>Manual and electric brushes can both work well. Electric brushes may remove plaque slightly better and can keep children brushing for the recommended two minutes. If an electric brush is used, it should be a model made for children, with a smaller head and gentler movement. Replace the brush every three months, when the bristles fray, or after infectious illness.</w:t>
      </w:r>
    </w:p>
    <w:p w:rsidR="006C012F" w:rsidRPr="00D83543" w:rsidRDefault="00000000">
      <w:pPr>
        <w:pStyle w:val="Balk2"/>
        <w:rPr>
          <w:color w:val="000000" w:themeColor="text1"/>
        </w:rPr>
      </w:pPr>
      <w:r w:rsidRPr="00D83543">
        <w:rPr>
          <w:color w:val="000000" w:themeColor="text1"/>
        </w:rPr>
        <w:t>Question 4</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Which toothpaste should my child use?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It is best to choose toothpaste according to age, because the fluoride level and the amount used are more important than the brand. From zero to three years, use a children’s toothpaste with about 1000 ppm fluoride in a rice-grain amount. From three to six years, 1000 ppm fluoride is commonly appropriate, in a pea-sized amount. After age six, many children can use 1350 to 1500 ppm fluoride, often similar to adult toothpaste.</w:t>
      </w:r>
      <w:r w:rsidRPr="00D83543">
        <w:rPr>
          <w:color w:val="000000" w:themeColor="text1"/>
        </w:rPr>
        <w:br/>
      </w:r>
      <w:r w:rsidRPr="00D83543">
        <w:rPr>
          <w:color w:val="000000" w:themeColor="text1"/>
        </w:rPr>
        <w:br/>
        <w:t xml:space="preserve">Fluoride-free toothpastes are generally weaker for caries prevention, especially when a </w:t>
      </w:r>
      <w:r w:rsidRPr="00D83543">
        <w:rPr>
          <w:color w:val="000000" w:themeColor="text1"/>
        </w:rPr>
        <w:lastRenderedPageBreak/>
        <w:t>child has caries risk. On the label, look for fluoride and the ppm value. Common fluoride sources include sodium fluoride, sodium monofluorophosphate, and stannous fluoride.</w:t>
      </w:r>
      <w:r w:rsidRPr="00D83543">
        <w:rPr>
          <w:color w:val="000000" w:themeColor="text1"/>
        </w:rPr>
        <w:br/>
      </w:r>
      <w:r w:rsidRPr="00D83543">
        <w:rPr>
          <w:color w:val="000000" w:themeColor="text1"/>
        </w:rPr>
        <w:br/>
        <w:t>Brush twice daily for two minutes, supervise children until about seven or eight years of age, and have the child spit out after brushing. Heavy rinsing with water reduces the protective fluoride left on the teeth. Keep the tube out of reach so that the child does not eat the paste. If the child has high caries risk, weak enamel, braces, irritation, or persistent swallowing, the dentist may recommend a special product or adjust the fluoride plan.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The two most important points in toothpaste choice are the child’s age and whether the child can spit. Brand names matter less than the fluoride concentration and ingredient list.</w:t>
      </w:r>
      <w:r w:rsidRPr="00D83543">
        <w:rPr>
          <w:color w:val="000000" w:themeColor="text1"/>
        </w:rPr>
        <w:br/>
      </w:r>
      <w:r w:rsidRPr="00D83543">
        <w:rPr>
          <w:color w:val="000000" w:themeColor="text1"/>
        </w:rPr>
        <w:br/>
        <w:t>For babies and children who cannot spit, usually from zero to three years, the paste should be used only as a smear or rice-grain amount. Some dentists may recommend fluoride-free or natural products for children with very low caries risk, but current approaches also allow a very small amount of fluoridated toothpaste when caries risk exists. Products should be safe if accidentally swallowed in tiny amounts and should avoid unnecessary irritants such as SLS, parabens, or artificial sweeteners.</w:t>
      </w:r>
      <w:r w:rsidRPr="00D83543">
        <w:rPr>
          <w:color w:val="000000" w:themeColor="text1"/>
        </w:rPr>
        <w:br/>
      </w:r>
      <w:r w:rsidRPr="00D83543">
        <w:rPr>
          <w:color w:val="000000" w:themeColor="text1"/>
        </w:rPr>
        <w:br/>
        <w:t>For ages three to six, when the child can spit, a pea-sized amount of 1000 ppm fluoride toothpaste is usually recommended. It may have a mild flavor, but it should not contain sugar. Xylitol is a tooth-friendly sweetener.</w:t>
      </w:r>
      <w:r w:rsidRPr="00D83543">
        <w:rPr>
          <w:color w:val="000000" w:themeColor="text1"/>
        </w:rPr>
        <w:br/>
      </w:r>
      <w:r w:rsidRPr="00D83543">
        <w:rPr>
          <w:color w:val="000000" w:themeColor="text1"/>
        </w:rPr>
        <w:br/>
        <w:t>For children six and older, a toothpaste with about 1450 ppm fluoride is usually appropriate. Many children dislike strong mint, so junior products with the same fluoride protection but a milder flavor may be easier to use. The safest product choice should still be confirmed by a pediatric dentist, especially if the child has high caries risk or enamel defects.</w:t>
      </w:r>
    </w:p>
    <w:p w:rsidR="006C012F" w:rsidRPr="00D83543" w:rsidRDefault="00000000">
      <w:pPr>
        <w:pStyle w:val="Balk2"/>
        <w:rPr>
          <w:color w:val="000000" w:themeColor="text1"/>
        </w:rPr>
      </w:pPr>
      <w:r w:rsidRPr="00D83543">
        <w:rPr>
          <w:color w:val="000000" w:themeColor="text1"/>
        </w:rPr>
        <w:t>Question 5</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Should my child's toothpaste contain fluoride or be fluoride-free?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For most children, fluoridated toothpaste is the better choice because fluoride is one of the most effective and best-supported ingredients for preventing tooth decay. Fluoride-free pastes do not usually protect against cavities at the same level.</w:t>
      </w:r>
      <w:r w:rsidRPr="00D83543">
        <w:rPr>
          <w:color w:val="000000" w:themeColor="text1"/>
        </w:rPr>
        <w:br/>
      </w:r>
      <w:r w:rsidRPr="00D83543">
        <w:rPr>
          <w:color w:val="000000" w:themeColor="text1"/>
        </w:rPr>
        <w:br/>
        <w:t>From zero to three years, a fluoridated paste can be used in a rice-grain amount. The child does not need to be able to spit as long as the dose is very small. From three to six years, use a pea-sized amount under parent supervision. From age six onward, a regular fluoridated toothpaste is usually appropriate, often 1350 to 1500 ppm.</w:t>
      </w:r>
      <w:r w:rsidRPr="00D83543">
        <w:rPr>
          <w:color w:val="000000" w:themeColor="text1"/>
        </w:rPr>
        <w:br/>
      </w:r>
      <w:r w:rsidRPr="00D83543">
        <w:rPr>
          <w:color w:val="000000" w:themeColor="text1"/>
        </w:rPr>
        <w:br/>
        <w:t xml:space="preserve">Correct use is safe. The concern is not normal brushing, but eating large amounts of </w:t>
      </w:r>
      <w:r w:rsidRPr="00D83543">
        <w:rPr>
          <w:color w:val="000000" w:themeColor="text1"/>
        </w:rPr>
        <w:lastRenderedPageBreak/>
        <w:t>toothpaste or using too much for a long time, which can increase the risk of dental fluorosis. The best protection is correct dosing and parent control. Fluoride-free paste may be considered temporarily if a child constantly swallows toothpaste and the amount cannot be controlled, but the goal should be to teach spitting and return to fluoride when possible.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Current pediatric dental protocols generally recommend fluoridated toothpaste from the time the first tooth erupts, because it reduces caries risk. The key issue is not simply whether the toothpaste has fluoride, but how much fluoride it contains and how much toothpaste is used.</w:t>
      </w:r>
      <w:r w:rsidRPr="00D83543">
        <w:rPr>
          <w:color w:val="000000" w:themeColor="text1"/>
        </w:rPr>
        <w:br/>
      </w:r>
      <w:r w:rsidRPr="00D83543">
        <w:rPr>
          <w:color w:val="000000" w:themeColor="text1"/>
        </w:rPr>
        <w:br/>
        <w:t>For children from zero to three years, a 1000 ppm fluoride children’s toothpaste, or sometimes a lower concentration if advised by the dentist, is used in a rice-grain or smear amount. This amount keeps swallowed fluoride within safe limits while protecting the tooth surface. For children from three to six years, 1000 ppm fluoride is commonly used in a pea-sized amount, and the child should be encouraged to spit. From age six, 1450 ppm fluoride toothpaste can usually be used.</w:t>
      </w:r>
      <w:r w:rsidRPr="00D83543">
        <w:rPr>
          <w:color w:val="000000" w:themeColor="text1"/>
        </w:rPr>
        <w:br/>
      </w:r>
      <w:r w:rsidRPr="00D83543">
        <w:rPr>
          <w:color w:val="000000" w:themeColor="text1"/>
        </w:rPr>
        <w:br/>
        <w:t>Fluoride-free products can mechanically clean the teeth, but they do not strengthen enamel against acid attacks as effectively. Normal rice-grain or pea-sized use is not considered toxic. The main long-term risk from excessive intake is fluorosis, which appears as white marks on permanent teeth. Reading the ppm value, controlling the amount, and consulting a dentist for high-risk children are the practical steps.</w:t>
      </w:r>
    </w:p>
    <w:p w:rsidR="006C012F" w:rsidRPr="00D83543" w:rsidRDefault="00000000">
      <w:pPr>
        <w:pStyle w:val="Balk2"/>
        <w:rPr>
          <w:color w:val="000000" w:themeColor="text1"/>
        </w:rPr>
      </w:pPr>
      <w:r w:rsidRPr="00D83543">
        <w:rPr>
          <w:color w:val="000000" w:themeColor="text1"/>
        </w:rPr>
        <w:t>Question 6</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How much toothpaste should I use for my child?</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Use a simple age-based rule. From zero to three years, use a rice-grain amount, just a thin smear. From three to six years, use a pea-sized amount. After age six, a pea-sized amount is still usually enough; there is no need to cover the whole brush like in advertisements.</w:t>
      </w:r>
      <w:r w:rsidRPr="00D83543">
        <w:rPr>
          <w:color w:val="000000" w:themeColor="text1"/>
        </w:rPr>
        <w:br/>
      </w:r>
      <w:r w:rsidRPr="00D83543">
        <w:rPr>
          <w:color w:val="000000" w:themeColor="text1"/>
        </w:rPr>
        <w:br/>
        <w:t>Use fluoridated toothpaste, brush twice daily for two minutes, and supervise young children. Children under three may not need to rinse after brushing; the important point is using a very small amount. Children from three to six should learn to spit. Heavy rinsing is not necessary because a small amount of fluoride should remain on the teeth.</w:t>
      </w:r>
      <w:r w:rsidRPr="00D83543">
        <w:rPr>
          <w:color w:val="000000" w:themeColor="text1"/>
        </w:rPr>
        <w:br/>
      </w:r>
      <w:r w:rsidRPr="00D83543">
        <w:rPr>
          <w:color w:val="000000" w:themeColor="text1"/>
        </w:rPr>
        <w:br/>
        <w:t>If the child often swallows toothpaste, reduce the amount further and let an adult place the paste on the brush. If the drinking water is fluoridated or the child uses fluoride supplements, ask the dentist for individualized advice.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 xml:space="preserve">The amount of toothpaste depends on age and swallowing control. From the first tooth until about age three, place only a smear or rice-grain amount on the brush. Children in this </w:t>
      </w:r>
      <w:r w:rsidRPr="00D83543">
        <w:rPr>
          <w:color w:val="000000" w:themeColor="text1"/>
        </w:rPr>
        <w:lastRenderedPageBreak/>
        <w:t>group often cannot spit reliably, so the amount must be very small.</w:t>
      </w:r>
      <w:r w:rsidRPr="00D83543">
        <w:rPr>
          <w:color w:val="000000" w:themeColor="text1"/>
        </w:rPr>
        <w:br/>
      </w:r>
      <w:r w:rsidRPr="00D83543">
        <w:rPr>
          <w:color w:val="000000" w:themeColor="text1"/>
        </w:rPr>
        <w:br/>
        <w:t>From three to six years, when the child begins to spit, a pea-sized amount is enough. After age six, a pea-sized amount or a modest standard amount can be used, but excessive paste should still be avoided.</w:t>
      </w:r>
      <w:r w:rsidRPr="00D83543">
        <w:rPr>
          <w:color w:val="000000" w:themeColor="text1"/>
        </w:rPr>
        <w:br/>
      </w:r>
      <w:r w:rsidRPr="00D83543">
        <w:rPr>
          <w:color w:val="000000" w:themeColor="text1"/>
        </w:rPr>
        <w:br/>
        <w:t>Children should not swallow toothpaste after brushing. Parents should brush or supervise in the early years. It is also important to choose a toothpaste with a fluoride concentration appropriate for the child’s age, because fluoride helps protect enamel when it is used correctly.</w:t>
      </w:r>
    </w:p>
    <w:p w:rsidR="006C012F" w:rsidRPr="00D83543" w:rsidRDefault="00000000">
      <w:pPr>
        <w:pStyle w:val="Balk2"/>
        <w:rPr>
          <w:color w:val="000000" w:themeColor="text1"/>
        </w:rPr>
      </w:pPr>
      <w:r w:rsidRPr="00D83543">
        <w:rPr>
          <w:color w:val="000000" w:themeColor="text1"/>
        </w:rPr>
        <w:t>Question 7</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How often should I take my child to the dentist?</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The general rule is a dental check-up every six months, but some children need to be seen more often. The first visit should be after the first tooth erupts or no later than the first birthday.</w:t>
      </w:r>
      <w:r w:rsidRPr="00D83543">
        <w:rPr>
          <w:color w:val="000000" w:themeColor="text1"/>
        </w:rPr>
        <w:br/>
      </w:r>
      <w:r w:rsidRPr="00D83543">
        <w:rPr>
          <w:color w:val="000000" w:themeColor="text1"/>
        </w:rPr>
        <w:br/>
        <w:t>For a low-risk child with no cavities, good brushing, regular fluoride use, and limited sugar exposure, visits every six to twelve months may be enough. For moderate or high-risk children, such as those with previous cavities, frequent snacking, sugary drinks, weak enamel, dry mouth, orthodontic appliances, or poor oral hygiene, visits every three to six months may be recommended. After active caries treatment, the dentist may call the child back in about three months.</w:t>
      </w:r>
      <w:r w:rsidRPr="00D83543">
        <w:rPr>
          <w:color w:val="000000" w:themeColor="text1"/>
        </w:rPr>
        <w:br/>
      </w:r>
      <w:r w:rsidRPr="00D83543">
        <w:rPr>
          <w:color w:val="000000" w:themeColor="text1"/>
        </w:rPr>
        <w:br/>
        <w:t>Do not wait for the routine visit if there is toothache, night pain, swelling, abscess, trauma, a broken or loose tooth, fast-growing white or dark spots, persistent bleeding, or severe bad breath. If you are unsure about risk, start with six-month controls and let the dentist set the interval.</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As a general rule, children should have dental check-ups every six months. This interval can change according to the child’s oral health and caries risk.</w:t>
      </w:r>
      <w:r w:rsidRPr="00D83543">
        <w:rPr>
          <w:color w:val="000000" w:themeColor="text1"/>
        </w:rPr>
        <w:br/>
      </w:r>
      <w:r w:rsidRPr="00D83543">
        <w:rPr>
          <w:color w:val="000000" w:themeColor="text1"/>
        </w:rPr>
        <w:br/>
        <w:t>Routine six-month visits are usually enough when there is no obvious problem. These visits help detect cavities early, monitor the eruption and replacement of teeth, and let the child build trust with the dentist before painful problems occur.</w:t>
      </w:r>
      <w:r w:rsidRPr="00D83543">
        <w:rPr>
          <w:color w:val="000000" w:themeColor="text1"/>
        </w:rPr>
        <w:br/>
      </w:r>
      <w:r w:rsidRPr="00D83543">
        <w:rPr>
          <w:color w:val="000000" w:themeColor="text1"/>
        </w:rPr>
        <w:br/>
        <w:t>Some children are in a higher-risk group and may need visits every three months. This includes children with high sugar intake, poor brushing habits, active cavities, rapidly progressing decay, or orthodontic and developmental concerns that require early attention.</w:t>
      </w:r>
      <w:r w:rsidRPr="00D83543">
        <w:rPr>
          <w:color w:val="000000" w:themeColor="text1"/>
        </w:rPr>
        <w:br/>
      </w:r>
      <w:r w:rsidRPr="00D83543">
        <w:rPr>
          <w:color w:val="000000" w:themeColor="text1"/>
        </w:rPr>
        <w:br/>
        <w:t xml:space="preserve">If the child has never been to the dentist, the first visit should follow the first-tooth rule: </w:t>
      </w:r>
      <w:r w:rsidRPr="00D83543">
        <w:rPr>
          <w:color w:val="000000" w:themeColor="text1"/>
        </w:rPr>
        <w:lastRenderedPageBreak/>
        <w:t>within the period after the first baby tooth appears, usually around six months, and no later than the first birthday. This visit also gives parents guidance on infant oral care and feeding.</w:t>
      </w:r>
    </w:p>
    <w:p w:rsidR="006C012F" w:rsidRPr="00D83543" w:rsidRDefault="00000000">
      <w:pPr>
        <w:pStyle w:val="Balk2"/>
        <w:rPr>
          <w:color w:val="000000" w:themeColor="text1"/>
        </w:rPr>
      </w:pPr>
      <w:r w:rsidRPr="00D83543">
        <w:rPr>
          <w:color w:val="000000" w:themeColor="text1"/>
        </w:rPr>
        <w:t>Question 8</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How many baby teeth do children have?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Children have twenty baby teeth in total: ten in the upper jaw and ten in the lower jaw. They usually begin to erupt around six months of age and are often complete by about two and a half to three years.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Children generally have twenty primary, or baby, teeth. They are divided equally between the jaws, with ten in the upper jaw and ten in the lower jaw.</w:t>
      </w:r>
      <w:r w:rsidRPr="00D83543">
        <w:rPr>
          <w:color w:val="000000" w:themeColor="text1"/>
        </w:rPr>
        <w:br/>
      </w:r>
      <w:r w:rsidRPr="00D83543">
        <w:rPr>
          <w:color w:val="000000" w:themeColor="text1"/>
        </w:rPr>
        <w:br/>
        <w:t>In each jaw there are front incisors, canines, and baby molars. The first baby teeth usually appear around six months of age, and the full primary dentition is usually complete by about three years. These teeth commonly begin to fall out around ages six to seven and are gradually replaced by permanent teeth until about twelve or thirteen years of age.</w:t>
      </w:r>
    </w:p>
    <w:p w:rsidR="006C012F" w:rsidRPr="00D83543" w:rsidRDefault="00000000">
      <w:pPr>
        <w:pStyle w:val="Balk2"/>
        <w:rPr>
          <w:color w:val="000000" w:themeColor="text1"/>
        </w:rPr>
      </w:pPr>
      <w:r w:rsidRPr="00D83543">
        <w:rPr>
          <w:color w:val="000000" w:themeColor="text1"/>
        </w:rPr>
        <w:t>Question 9</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is a fissure sealant, and is it necessary?</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A fissure sealant is a thin protective resin coating placed on the deep grooves and pits of molars, especially on chewing surfaces. Its purpose is to make it harder for food and bacteria to collect in those grooves and to reduce the risk of cavities.</w:t>
      </w:r>
      <w:r w:rsidRPr="00D83543">
        <w:rPr>
          <w:color w:val="000000" w:themeColor="text1"/>
        </w:rPr>
        <w:br/>
      </w:r>
      <w:r w:rsidRPr="00D83543">
        <w:rPr>
          <w:color w:val="000000" w:themeColor="text1"/>
        </w:rPr>
        <w:br/>
        <w:t>The tooth is cleaned, the surface is briefly prepared with an etching gel, the flowable material is placed into the grooves, and it is hardened with a curing light. There is usually no injection, no pain, and the procedure is quick.</w:t>
      </w:r>
      <w:r w:rsidRPr="00D83543">
        <w:rPr>
          <w:color w:val="000000" w:themeColor="text1"/>
        </w:rPr>
        <w:br/>
      </w:r>
      <w:r w:rsidRPr="00D83543">
        <w:rPr>
          <w:color w:val="000000" w:themeColor="text1"/>
        </w:rPr>
        <w:br/>
        <w:t>It is not mandatory for everyone, but it can be very useful depending on risk. Sealants are often recommended for newly erupted first molars around age six and second molars around age twelve, teeth with deep grooves, children with previous decay, poor brushing, frequent sugary snacks, orthodontic appliances, or high caries risk.</w:t>
      </w:r>
      <w:r w:rsidRPr="00D83543">
        <w:rPr>
          <w:color w:val="000000" w:themeColor="text1"/>
        </w:rPr>
        <w:br/>
      </w:r>
      <w:r w:rsidRPr="00D83543">
        <w:rPr>
          <w:color w:val="000000" w:themeColor="text1"/>
        </w:rPr>
        <w:br/>
        <w:t>They may be less necessary when grooves are shallow, hygiene is good, and caries risk is low. If decay has already started, the dentist decides whether sealant or a small filling is needed. Sealants can last for years but must be checked and repaired if they wear or fall out. They reduce risk but do not replace fluoride brushing, flossing, and diet control.</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 xml:space="preserve">A fissure sealant, or dental sealant, is a preventive treatment used especially in children to help stop cavities before they begin. Back molars have small pits and grooves called fissures. </w:t>
      </w:r>
      <w:r w:rsidRPr="00D83543">
        <w:rPr>
          <w:color w:val="000000" w:themeColor="text1"/>
        </w:rPr>
        <w:lastRenderedPageBreak/>
        <w:t>These areas can be so narrow and deep that brush bristles cannot clean them well. Food and bacteria can remain there and start decay.</w:t>
      </w:r>
      <w:r w:rsidRPr="00D83543">
        <w:rPr>
          <w:color w:val="000000" w:themeColor="text1"/>
        </w:rPr>
        <w:br/>
      </w:r>
      <w:r w:rsidRPr="00D83543">
        <w:rPr>
          <w:color w:val="000000" w:themeColor="text1"/>
        </w:rPr>
        <w:br/>
        <w:t>The sealant is a flowable plastic or resin material placed into these grooves. It physically blocks food and bacteria and makes the tooth surface easier to clean. The treatment is painless, does not usually require anesthesia, does not normally remove tooth structure, and takes only a few minutes per tooth.</w:t>
      </w:r>
      <w:r w:rsidRPr="00D83543">
        <w:rPr>
          <w:color w:val="000000" w:themeColor="text1"/>
        </w:rPr>
        <w:br/>
      </w:r>
      <w:r w:rsidRPr="00D83543">
        <w:rPr>
          <w:color w:val="000000" w:themeColor="text1"/>
        </w:rPr>
        <w:br/>
        <w:t>Dentists strongly recommend it for children with high caries risk. Many cavities in children and adolescents begin on the chewing surfaces of molars, and sealants can reduce this risk substantially. They are commonly placed when first permanent molars erupt around age six and second permanent molars erupt around age twelve. They may also be used in adults who have deep grooves without decay or fillings.</w:t>
      </w:r>
      <w:r w:rsidRPr="00D83543">
        <w:rPr>
          <w:color w:val="000000" w:themeColor="text1"/>
        </w:rPr>
        <w:br/>
      </w:r>
      <w:r w:rsidRPr="00D83543">
        <w:rPr>
          <w:color w:val="000000" w:themeColor="text1"/>
        </w:rPr>
        <w:br/>
        <w:t>Sealants are not an emergency or compulsory procedure, but they are one of the most effective preventive measures and are often easier and less costly than treating a cavity later.</w:t>
      </w:r>
    </w:p>
    <w:p w:rsidR="006C012F" w:rsidRPr="00D83543" w:rsidRDefault="00000000">
      <w:pPr>
        <w:pStyle w:val="Balk2"/>
        <w:rPr>
          <w:color w:val="000000" w:themeColor="text1"/>
        </w:rPr>
      </w:pPr>
      <w:r w:rsidRPr="00D83543">
        <w:rPr>
          <w:color w:val="000000" w:themeColor="text1"/>
        </w:rPr>
        <w:t>Question 10</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Is it harmful if a child swallows toothpaste?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Swallowing a tiny amount of toothpaste during brushing is usually not dangerous, especially when the correct age-based amount is used. The risk comes from repeatedly eating toothpaste or using too much.</w:t>
      </w:r>
      <w:r w:rsidRPr="00D83543">
        <w:rPr>
          <w:color w:val="000000" w:themeColor="text1"/>
        </w:rPr>
        <w:br/>
      </w:r>
      <w:r w:rsidRPr="00D83543">
        <w:rPr>
          <w:color w:val="000000" w:themeColor="text1"/>
        </w:rPr>
        <w:br/>
        <w:t>For children under three, use only a rice-grain amount. For ages three to six, use a pea-sized amount. Keep the tube out of reach because many children like the flavor. An adult should place the paste on the brush and supervise brushing until the child can spit reliably.</w:t>
      </w:r>
      <w:r w:rsidRPr="00D83543">
        <w:rPr>
          <w:color w:val="000000" w:themeColor="text1"/>
        </w:rPr>
        <w:br/>
      </w:r>
      <w:r w:rsidRPr="00D83543">
        <w:rPr>
          <w:color w:val="000000" w:themeColor="text1"/>
        </w:rPr>
        <w:br/>
        <w:t>Too much swallowed fluoride over a long period can increase the risk of dental fluorosis, which may appear as white marks on permanent teeth. Swallowing a large amount at once may cause nausea, vomiting, stomach pain, or other symptoms and should be discussed with a doctor or poison center.</w:t>
      </w:r>
      <w:r w:rsidRPr="00D83543">
        <w:rPr>
          <w:color w:val="000000" w:themeColor="text1"/>
        </w:rPr>
        <w:br/>
      </w:r>
      <w:r w:rsidRPr="00D83543">
        <w:rPr>
          <w:color w:val="000000" w:themeColor="text1"/>
        </w:rPr>
        <w:br/>
        <w:t>The solution is not usually to avoid fluoride, because fluoride protects teeth. The practical answer is correct dosing, supervision, and teaching the child to spit rather than rinse heavily.</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In most cases, accidentally swallowing a very small amount of toothpaste is not a serious problem. Toothpaste is used in the mouth, so small incidental swallowing is expected. The important issue is the quantity.</w:t>
      </w:r>
      <w:r w:rsidRPr="00D83543">
        <w:rPr>
          <w:color w:val="000000" w:themeColor="text1"/>
        </w:rPr>
        <w:br/>
      </w:r>
      <w:r w:rsidRPr="00D83543">
        <w:rPr>
          <w:color w:val="000000" w:themeColor="text1"/>
        </w:rPr>
        <w:br/>
      </w:r>
      <w:r w:rsidRPr="00D83543">
        <w:rPr>
          <w:color w:val="000000" w:themeColor="text1"/>
        </w:rPr>
        <w:lastRenderedPageBreak/>
        <w:t>For babies and toddlers, only a smear or rice-grain amount should be used. For children who can spit, a pea-sized amount is enough. These doses keep fluoride exposure within safe limits while still protecting the teeth from decay.</w:t>
      </w:r>
      <w:r w:rsidRPr="00D83543">
        <w:rPr>
          <w:color w:val="000000" w:themeColor="text1"/>
        </w:rPr>
        <w:br/>
      </w:r>
      <w:r w:rsidRPr="00D83543">
        <w:rPr>
          <w:color w:val="000000" w:themeColor="text1"/>
        </w:rPr>
        <w:br/>
        <w:t>Problems can occur if a child repeatedly swallows larger amounts or eats toothpaste directly from the tube. Long-term excessive fluoride intake during tooth development may cause fluorosis, which can create white or mottled marks on permanent teeth. A large one-time ingestion may irritate the stomach and may require medical advice.</w:t>
      </w:r>
      <w:r w:rsidRPr="00D83543">
        <w:rPr>
          <w:color w:val="000000" w:themeColor="text1"/>
        </w:rPr>
        <w:br/>
      </w:r>
      <w:r w:rsidRPr="00D83543">
        <w:rPr>
          <w:color w:val="000000" w:themeColor="text1"/>
        </w:rPr>
        <w:br/>
        <w:t>Parents should store toothpaste like a medication, out of reach. They should apply the paste themselves, supervise brushing, and teach the child to spit. Fluoridated toothpaste remains recommended for most children because its cavity-prevention benefit is strong when it is used correctly.</w:t>
      </w:r>
    </w:p>
    <w:p w:rsidR="006C012F" w:rsidRPr="00D83543" w:rsidRDefault="00000000">
      <w:pPr>
        <w:pStyle w:val="Balk2"/>
        <w:rPr>
          <w:color w:val="000000" w:themeColor="text1"/>
        </w:rPr>
      </w:pPr>
      <w:r w:rsidRPr="00D83543">
        <w:rPr>
          <w:color w:val="000000" w:themeColor="text1"/>
        </w:rPr>
        <w:t>Question 11</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should I do to prevent cavities?</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Preventing cavities depends on daily habits. Brush twice a day with age-appropriate fluoridated toothpaste, especially before sleep. Use a rice-grain amount under age three and a pea-sized amount after age three. Parents should help or supervise brushing until about seven or eight years of age.</w:t>
      </w:r>
      <w:r w:rsidRPr="00D83543">
        <w:rPr>
          <w:color w:val="000000" w:themeColor="text1"/>
        </w:rPr>
        <w:br/>
      </w:r>
      <w:r w:rsidRPr="00D83543">
        <w:rPr>
          <w:color w:val="000000" w:themeColor="text1"/>
        </w:rPr>
        <w:br/>
        <w:t>Limit how often the child eats or drinks anything other than water. Sugary and sticky foods are most harmful when they are taken often. Give juice, milk, and snacks with meals rather than as all-day sipping or grazing. Avoid sleeping with a bottle or going to bed after milk without cleaning the teeth.</w:t>
      </w:r>
      <w:r w:rsidRPr="00D83543">
        <w:rPr>
          <w:color w:val="000000" w:themeColor="text1"/>
        </w:rPr>
        <w:br/>
      </w:r>
      <w:r w:rsidRPr="00D83543">
        <w:rPr>
          <w:color w:val="000000" w:themeColor="text1"/>
        </w:rPr>
        <w:br/>
        <w:t>Clean between teeth with floss when teeth touch. Offer water after snacks. Schedule regular dental visits according to risk, usually every six months. Ask the dentist about fissure sealants for deep molar grooves and fluoride varnish for children with higher risk. Treat early white spots or small cavities before they progress.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Cavity prevention requires several habits working together. The first is effective oral hygiene. Teeth should be brushed twice daily with a fluoride toothpaste appropriate for the child’s age. Night brushing is especially important because saliva decreases during sleep. Parents should supervise or finish brushing until the child has enough hand skills.</w:t>
      </w:r>
      <w:r w:rsidRPr="00D83543">
        <w:rPr>
          <w:color w:val="000000" w:themeColor="text1"/>
        </w:rPr>
        <w:br/>
      </w:r>
      <w:r w:rsidRPr="00D83543">
        <w:rPr>
          <w:color w:val="000000" w:themeColor="text1"/>
        </w:rPr>
        <w:br/>
        <w:t>The second factor is diet. The frequency of sugar exposure is often more important than the total amount. Sticky snacks, crackers, biscuits, dried fruit, candy, sweet drinks, fruit juice, and milk taken frequently can keep the mouth acidic. Give snacks at planned times, prefer water between meals, and avoid bottle feeding or breastfeeding to sleep without cleaning the teeth afterward.</w:t>
      </w:r>
      <w:r w:rsidRPr="00D83543">
        <w:rPr>
          <w:color w:val="000000" w:themeColor="text1"/>
        </w:rPr>
        <w:br/>
      </w:r>
      <w:r w:rsidRPr="00D83543">
        <w:rPr>
          <w:color w:val="000000" w:themeColor="text1"/>
        </w:rPr>
        <w:lastRenderedPageBreak/>
        <w:br/>
        <w:t>The third factor is professional prevention. Regular dental check-ups allow early detection. Sealants can protect molars with deep grooves, and fluoride varnish can strengthen enamel in children at higher risk. If teeth touch, flossing is needed because a toothbrush cannot clean between them well. Prevention works best when brushing, fluoride, diet control, and dental follow-up are combined.</w:t>
      </w:r>
    </w:p>
    <w:p w:rsidR="006C012F" w:rsidRPr="00D83543" w:rsidRDefault="00000000">
      <w:pPr>
        <w:pStyle w:val="Balk2"/>
        <w:rPr>
          <w:color w:val="000000" w:themeColor="text1"/>
        </w:rPr>
      </w:pPr>
      <w:r w:rsidRPr="00D83543">
        <w:rPr>
          <w:color w:val="000000" w:themeColor="text1"/>
        </w:rPr>
        <w:t>Question 12</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causes bad breath in children?</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Bad breath in children is often caused by oral factors, but it can also come from the nose, throat, stomach, or general health. Common oral causes include poor brushing, food and plaque left on the tongue, cavities, gum inflammation, dental abscess, or dry mouth. Mouth breathing, snoring, allergies, adenoid problems, or nasal blockage can dry the mouth and increase odor.</w:t>
      </w:r>
      <w:r w:rsidRPr="00D83543">
        <w:rPr>
          <w:color w:val="000000" w:themeColor="text1"/>
        </w:rPr>
        <w:br/>
      </w:r>
      <w:r w:rsidRPr="00D83543">
        <w:rPr>
          <w:color w:val="000000" w:themeColor="text1"/>
        </w:rPr>
        <w:br/>
        <w:t>Diet can also contribute. Long gaps between meals, low water intake, strong-smelling foods, and reflux may cause odor. Tonsil stones, postnasal drip, sinus problems, and throat infections are other possibilities.</w:t>
      </w:r>
      <w:r w:rsidRPr="00D83543">
        <w:rPr>
          <w:color w:val="000000" w:themeColor="text1"/>
        </w:rPr>
        <w:br/>
      </w:r>
      <w:r w:rsidRPr="00D83543">
        <w:rPr>
          <w:color w:val="000000" w:themeColor="text1"/>
        </w:rPr>
        <w:br/>
        <w:t>At home, brush twice daily with fluoride toothpaste, clean the tongue gently, floss between teeth that touch, offer enough water, and reduce frequent sugary snacks. Check whether the child sleeps with the mouth open or snores.</w:t>
      </w:r>
      <w:r w:rsidRPr="00D83543">
        <w:rPr>
          <w:color w:val="000000" w:themeColor="text1"/>
        </w:rPr>
        <w:br/>
      </w:r>
      <w:r w:rsidRPr="00D83543">
        <w:rPr>
          <w:color w:val="000000" w:themeColor="text1"/>
        </w:rPr>
        <w:br/>
        <w:t>See a dentist if there are cavities, gum bleeding, tooth pain, swelling, or persistent odor despite good cleaning. If the mouth looks healthy but there is chronic nasal obstruction, snoring, fever, throat symptoms, or reflux, a pediatrician or ear-nose-throat specialist may be needed.</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Bad breath in children can have several causes. The most common source is usually the mouth. Plaque accumulation, food debris, cavities, gum inflammation, tongue coating, and dental infections can all create odor. Children often miss the back teeth and tongue when brushing, so bacteria remain in these areas.</w:t>
      </w:r>
      <w:r w:rsidRPr="00D83543">
        <w:rPr>
          <w:color w:val="000000" w:themeColor="text1"/>
        </w:rPr>
        <w:br/>
      </w:r>
      <w:r w:rsidRPr="00D83543">
        <w:rPr>
          <w:color w:val="000000" w:themeColor="text1"/>
        </w:rPr>
        <w:br/>
        <w:t>Dry mouth is another important cause. Saliva normally helps clean the mouth and neutralize bacteria. Mouth breathing, nasal congestion, enlarged adenoids, allergies, and sleeping with the mouth open reduce this protection and can cause morning breath or persistent odor.</w:t>
      </w:r>
      <w:r w:rsidRPr="00D83543">
        <w:rPr>
          <w:color w:val="000000" w:themeColor="text1"/>
        </w:rPr>
        <w:br/>
      </w:r>
      <w:r w:rsidRPr="00D83543">
        <w:rPr>
          <w:color w:val="000000" w:themeColor="text1"/>
        </w:rPr>
        <w:br/>
        <w:t>The nose and throat can also be involved. Postnasal drip, sinus infection, tonsil infection, and tonsil stones may produce a strong smell. Less commonly, reflux, certain foods, low fluid intake, and systemic illness can contribute.</w:t>
      </w:r>
      <w:r w:rsidRPr="00D83543">
        <w:rPr>
          <w:color w:val="000000" w:themeColor="text1"/>
        </w:rPr>
        <w:br/>
      </w:r>
      <w:r w:rsidRPr="00D83543">
        <w:rPr>
          <w:color w:val="000000" w:themeColor="text1"/>
        </w:rPr>
        <w:lastRenderedPageBreak/>
        <w:br/>
        <w:t>Parents should improve brushing, add tongue cleaning, encourage water, and keep dental visits regular. If bad breath continues, a dentist should first rule out cavities and gum disease. If dental causes are not found, evaluation by a pediatrician or ear-nose-throat doctor is appropriate.</w:t>
      </w:r>
    </w:p>
    <w:p w:rsidR="006C012F" w:rsidRPr="00D83543" w:rsidRDefault="00000000">
      <w:pPr>
        <w:pStyle w:val="Balk2"/>
        <w:rPr>
          <w:color w:val="000000" w:themeColor="text1"/>
        </w:rPr>
      </w:pPr>
      <w:r w:rsidRPr="00D83543">
        <w:rPr>
          <w:color w:val="000000" w:themeColor="text1"/>
        </w:rPr>
        <w:t>Question 13</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When do babies' first teeth erupt?</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The first baby teeth usually erupt around six months of age, but normal timing varies. Some babies may get a tooth earlier, around four months, while others may not have a first tooth until twelve months or a little later.</w:t>
      </w:r>
      <w:r w:rsidRPr="00D83543">
        <w:rPr>
          <w:color w:val="000000" w:themeColor="text1"/>
        </w:rPr>
        <w:br/>
      </w:r>
      <w:r w:rsidRPr="00D83543">
        <w:rPr>
          <w:color w:val="000000" w:themeColor="text1"/>
        </w:rPr>
        <w:br/>
        <w:t>The lower front incisors usually appear first, followed by the upper front teeth. Most children have all twenty baby teeth by about two and a half to three years of age. If no tooth has erupted by around twelve to eighteen months, or if there are other growth concerns, a dentist can evaluate the child.</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In most babies, the first teeth begin to erupt at about six months. This is only an average, and there is a wide normal range. Some babies start teething at four months, while others may not show a tooth until their first birthday.</w:t>
      </w:r>
      <w:r w:rsidRPr="00D83543">
        <w:rPr>
          <w:color w:val="000000" w:themeColor="text1"/>
        </w:rPr>
        <w:br/>
      </w:r>
      <w:r w:rsidRPr="00D83543">
        <w:rPr>
          <w:color w:val="000000" w:themeColor="text1"/>
        </w:rPr>
        <w:br/>
        <w:t>The lower central incisors usually appear first. Then the upper central incisors, side incisors, first molars, canines, and second molars erupt in sequence. The complete set of twenty baby teeth is usually present by about age three.</w:t>
      </w:r>
      <w:r w:rsidRPr="00D83543">
        <w:rPr>
          <w:color w:val="000000" w:themeColor="text1"/>
        </w:rPr>
        <w:br/>
      </w:r>
      <w:r w:rsidRPr="00D83543">
        <w:rPr>
          <w:color w:val="000000" w:themeColor="text1"/>
        </w:rPr>
        <w:br/>
        <w:t>Parents should not worry only because a tooth appears slightly early or late. Genetics, general growth, nutrition, and individual variation affect timing. However, if no teeth have erupted by eighteen months, or if eruption is very asymmetric, painful, or associated with swelling, a dental examination is recommended.</w:t>
      </w:r>
    </w:p>
    <w:p w:rsidR="006C012F" w:rsidRPr="00D83543" w:rsidRDefault="00000000">
      <w:pPr>
        <w:pStyle w:val="Balk2"/>
        <w:rPr>
          <w:color w:val="000000" w:themeColor="text1"/>
        </w:rPr>
      </w:pPr>
      <w:r w:rsidRPr="00D83543">
        <w:rPr>
          <w:color w:val="000000" w:themeColor="text1"/>
        </w:rPr>
        <w:t>Question 14</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Can teething cause fever?</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Teething can cause mild discomfort, drooling, gum sensitivity, irritability, and a slight increase in body temperature, but it should not cause a high fever. A true fever, especially a temperature of 38 degrees Celsius or higher, is more likely related to infection or another illness.</w:t>
      </w:r>
      <w:r w:rsidRPr="00D83543">
        <w:rPr>
          <w:color w:val="000000" w:themeColor="text1"/>
        </w:rPr>
        <w:br/>
      </w:r>
      <w:r w:rsidRPr="00D83543">
        <w:rPr>
          <w:color w:val="000000" w:themeColor="text1"/>
        </w:rPr>
        <w:br/>
        <w:t xml:space="preserve">During teething, you can gently massage the gums with a clean finger or offer a chilled teething ring, not frozen. Avoid teething gels or medicines unless a doctor or dentist </w:t>
      </w:r>
      <w:r w:rsidRPr="00D83543">
        <w:rPr>
          <w:color w:val="000000" w:themeColor="text1"/>
        </w:rPr>
        <w:lastRenderedPageBreak/>
        <w:t>recommends them. Do not use aspirin.</w:t>
      </w:r>
      <w:r w:rsidRPr="00D83543">
        <w:rPr>
          <w:color w:val="000000" w:themeColor="text1"/>
        </w:rPr>
        <w:br/>
      </w:r>
      <w:r w:rsidRPr="00D83543">
        <w:rPr>
          <w:color w:val="000000" w:themeColor="text1"/>
        </w:rPr>
        <w:br/>
        <w:t>Contact a pediatrician if there is high fever, fever lasting more than a day or two, diarrhea, vomiting, rash, poor feeding, unusual sleepiness, breathing problems, or signs of dehydration. These symptoms should not be blamed on teething alone.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Teething may cause mild symptoms, but it does not normally cause a significant fever. Many babies become restless, drool more, want to chew objects, and have swollen or tender gums. A small temperature rise can occur, but a measured fever should be considered carefully.</w:t>
      </w:r>
      <w:r w:rsidRPr="00D83543">
        <w:rPr>
          <w:color w:val="000000" w:themeColor="text1"/>
        </w:rPr>
        <w:br/>
      </w:r>
      <w:r w:rsidRPr="00D83543">
        <w:rPr>
          <w:color w:val="000000" w:themeColor="text1"/>
        </w:rPr>
        <w:br/>
        <w:t>If the child has a high temperature, persistent fever, diarrhea, vomiting, cough, ear pulling, severe crying, poor feeding, or unusual fatigue, another cause should be investigated. In that case, parents should consult a pediatrician rather than assuming the problem is teething.</w:t>
      </w:r>
      <w:r w:rsidRPr="00D83543">
        <w:rPr>
          <w:color w:val="000000" w:themeColor="text1"/>
        </w:rPr>
        <w:br/>
      </w:r>
      <w:r w:rsidRPr="00D83543">
        <w:rPr>
          <w:color w:val="000000" w:themeColor="text1"/>
        </w:rPr>
        <w:br/>
        <w:t>For comfort, use safe methods. Massage the gum gently with a clean finger. Offer a clean chilled teething ring. Keep the baby hydrated. Avoid alcohol, herbal mixtures, amber necklaces, and numbing gels unless specifically recommended by a professional, because some products can be unsafe for infants.</w:t>
      </w:r>
      <w:r w:rsidRPr="00D83543">
        <w:rPr>
          <w:color w:val="000000" w:themeColor="text1"/>
        </w:rPr>
        <w:br/>
      </w:r>
      <w:r w:rsidRPr="00D83543">
        <w:rPr>
          <w:color w:val="000000" w:themeColor="text1"/>
        </w:rPr>
        <w:br/>
        <w:t>In short, mild discomfort is common during teething, but high fever is not a normal teething symptom.</w:t>
      </w:r>
    </w:p>
    <w:p w:rsidR="006C012F" w:rsidRPr="00D83543" w:rsidRDefault="00000000">
      <w:pPr>
        <w:pStyle w:val="Balk2"/>
        <w:rPr>
          <w:color w:val="000000" w:themeColor="text1"/>
        </w:rPr>
      </w:pPr>
      <w:r w:rsidRPr="00D83543">
        <w:rPr>
          <w:color w:val="000000" w:themeColor="text1"/>
        </w:rPr>
        <w:t>Question 15</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Can teeth whitening be done for children?</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Teeth whitening is generally not recommended for young children, especially when baby teeth are present or when permanent teeth have recently erupted. Children’s teeth and gums may be more sensitive, and the reason for discoloration should be diagnosed first.</w:t>
      </w:r>
      <w:r w:rsidRPr="00D83543">
        <w:rPr>
          <w:color w:val="000000" w:themeColor="text1"/>
        </w:rPr>
        <w:br/>
      </w:r>
      <w:r w:rsidRPr="00D83543">
        <w:rPr>
          <w:color w:val="000000" w:themeColor="text1"/>
        </w:rPr>
        <w:br/>
        <w:t>Many color concerns in children are not true staining. Permanent teeth naturally look more yellow than baby teeth because they contain more dentin. Other causes include plaque, diet, iron supplements, trauma, enamel defects, cavities, or previous dental treatment.</w:t>
      </w:r>
      <w:r w:rsidRPr="00D83543">
        <w:rPr>
          <w:color w:val="000000" w:themeColor="text1"/>
        </w:rPr>
        <w:br/>
      </w:r>
      <w:r w:rsidRPr="00D83543">
        <w:rPr>
          <w:color w:val="000000" w:themeColor="text1"/>
        </w:rPr>
        <w:br/>
        <w:t>A dentist should examine the child before any whitening product is used. Whitening strips, gels, or home remedies should not be used without professional advice. If there is plaque or external stain, professional cleaning may solve the issue. If the discoloration comes from trauma, decay, or enamel defects, treatment is different. Whitening may be considered later in adolescence when all permanent teeth have erupted and the dentist judges it safe.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 xml:space="preserve">Whitening is usually not a routine procedure for children. The first step is to find out why the tooth looks dark, yellow, gray, or stained. Baby teeth are naturally whiter than </w:t>
      </w:r>
      <w:r w:rsidRPr="00D83543">
        <w:rPr>
          <w:color w:val="000000" w:themeColor="text1"/>
        </w:rPr>
        <w:lastRenderedPageBreak/>
        <w:t>permanent teeth, so newly erupted permanent teeth may appear yellow in comparison, even when they are healthy.</w:t>
      </w:r>
      <w:r w:rsidRPr="00D83543">
        <w:rPr>
          <w:color w:val="000000" w:themeColor="text1"/>
        </w:rPr>
        <w:br/>
      </w:r>
      <w:r w:rsidRPr="00D83543">
        <w:rPr>
          <w:color w:val="000000" w:themeColor="text1"/>
        </w:rPr>
        <w:br/>
        <w:t>Whitening agents can irritate gums and increase tooth sensitivity. In children, the pulp chamber is relatively larger and the teeth may be more vulnerable. For this reason, over-the-counter whitening products and home remedies should not be used without a dentist.</w:t>
      </w:r>
      <w:r w:rsidRPr="00D83543">
        <w:rPr>
          <w:color w:val="000000" w:themeColor="text1"/>
        </w:rPr>
        <w:br/>
      </w:r>
      <w:r w:rsidRPr="00D83543">
        <w:rPr>
          <w:color w:val="000000" w:themeColor="text1"/>
        </w:rPr>
        <w:br/>
        <w:t>Some discolorations need different care. Brown or black stains may come from food, plaque, iron medicines, or chromogenic bacteria and may improve with cleaning. A gray or dark tooth may indicate trauma or nerve changes. White or yellow-brown areas may be enamel defects. Cavities can also change color.</w:t>
      </w:r>
      <w:r w:rsidRPr="00D83543">
        <w:rPr>
          <w:color w:val="000000" w:themeColor="text1"/>
        </w:rPr>
        <w:br/>
      </w:r>
      <w:r w:rsidRPr="00D83543">
        <w:rPr>
          <w:color w:val="000000" w:themeColor="text1"/>
        </w:rPr>
        <w:br/>
        <w:t>Professional whitening may be considered in selected older adolescents after permanent teeth have matured, but it should be supervised by a dentist and only after disease has been ruled out.</w:t>
      </w:r>
    </w:p>
    <w:p w:rsidR="006C012F" w:rsidRPr="00D83543" w:rsidRDefault="00000000">
      <w:pPr>
        <w:pStyle w:val="Balk2"/>
        <w:rPr>
          <w:color w:val="000000" w:themeColor="text1"/>
        </w:rPr>
      </w:pPr>
      <w:r w:rsidRPr="00D83543">
        <w:rPr>
          <w:color w:val="000000" w:themeColor="text1"/>
        </w:rPr>
        <w:t>Question 16</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is fluoride application on teeth, and should it be done?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Professional fluoride application is a preventive treatment in which the dentist places fluoride varnish, gel, or foam on the teeth to strengthen enamel and reduce cavity risk. It is quick, painless, and usually done during a dental visit.</w:t>
      </w:r>
      <w:r w:rsidRPr="00D83543">
        <w:rPr>
          <w:color w:val="000000" w:themeColor="text1"/>
        </w:rPr>
        <w:br/>
      </w:r>
      <w:r w:rsidRPr="00D83543">
        <w:rPr>
          <w:color w:val="000000" w:themeColor="text1"/>
        </w:rPr>
        <w:br/>
        <w:t>Fluoride helps remineralize early enamel damage and makes teeth more resistant to acid. It is especially useful for children with previous cavities, white spot lesions, deep grooves, poor brushing, frequent sugar exposure, dry mouth, braces, enamel defects, or high caries risk.</w:t>
      </w:r>
      <w:r w:rsidRPr="00D83543">
        <w:rPr>
          <w:color w:val="000000" w:themeColor="text1"/>
        </w:rPr>
        <w:br/>
      </w:r>
      <w:r w:rsidRPr="00D83543">
        <w:rPr>
          <w:color w:val="000000" w:themeColor="text1"/>
        </w:rPr>
        <w:br/>
        <w:t>It does not replace brushing with fluoride toothpaste. The dentist decides how often to apply it, commonly every three to six months for higher-risk children. After varnish, the child may be told to avoid hard foods, hot drinks, or brushing for a short period depending on the product.</w:t>
      </w:r>
      <w:r w:rsidRPr="00D83543">
        <w:rPr>
          <w:color w:val="000000" w:themeColor="text1"/>
        </w:rPr>
        <w:br/>
      </w:r>
      <w:r w:rsidRPr="00D83543">
        <w:rPr>
          <w:color w:val="000000" w:themeColor="text1"/>
        </w:rPr>
        <w:br/>
        <w:t>When used in the correct amount, professional fluoride is considered safe. The dentist accounts for age, toothpaste use, water fluoride, and overall risk.</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Fluoride application is a protective dental procedure that strengthens the tooth surface and helps prevent cavities. The dentist may use varnish, gel, foam, or another professional fluoride product. Varnish is commonly used for children because it sticks to the tooth surface and is quick to apply.</w:t>
      </w:r>
      <w:r w:rsidRPr="00D83543">
        <w:rPr>
          <w:color w:val="000000" w:themeColor="text1"/>
        </w:rPr>
        <w:br/>
      </w:r>
      <w:r w:rsidRPr="00D83543">
        <w:rPr>
          <w:color w:val="000000" w:themeColor="text1"/>
        </w:rPr>
        <w:br/>
        <w:t xml:space="preserve">Fluoride works by helping minerals return to weakened enamel and by making enamel </w:t>
      </w:r>
      <w:r w:rsidRPr="00D83543">
        <w:rPr>
          <w:color w:val="000000" w:themeColor="text1"/>
        </w:rPr>
        <w:lastRenderedPageBreak/>
        <w:t>more resistant to acid attacks from bacteria. It can also help slow or reverse very early white spot lesions. The procedure does not hurt, does not require drilling, and takes only a few minutes.</w:t>
      </w:r>
      <w:r w:rsidRPr="00D83543">
        <w:rPr>
          <w:color w:val="000000" w:themeColor="text1"/>
        </w:rPr>
        <w:br/>
      </w:r>
      <w:r w:rsidRPr="00D83543">
        <w:rPr>
          <w:color w:val="000000" w:themeColor="text1"/>
        </w:rPr>
        <w:br/>
        <w:t>It is especially recommended for children with high caries risk, previous cavities, poor oral hygiene, frequent snacking, orthodontic appliances, enamel defects, dry mouth, or special health needs. Low-risk children may need it less often.</w:t>
      </w:r>
      <w:r w:rsidRPr="00D83543">
        <w:rPr>
          <w:color w:val="000000" w:themeColor="text1"/>
        </w:rPr>
        <w:br/>
      </w:r>
      <w:r w:rsidRPr="00D83543">
        <w:rPr>
          <w:color w:val="000000" w:themeColor="text1"/>
        </w:rPr>
        <w:br/>
        <w:t>The application schedule is individualized. Some children receive it every six months; high-risk children may need it every three months. Correctly applied fluoride is safe. Parents should follow post-application instructions and continue daily brushing with the right amount of fluoridated toothpaste.</w:t>
      </w:r>
    </w:p>
    <w:p w:rsidR="006C012F" w:rsidRPr="00D83543" w:rsidRDefault="00000000">
      <w:pPr>
        <w:pStyle w:val="Balk2"/>
        <w:rPr>
          <w:color w:val="000000" w:themeColor="text1"/>
        </w:rPr>
      </w:pPr>
      <w:r w:rsidRPr="00D83543">
        <w:rPr>
          <w:color w:val="000000" w:themeColor="text1"/>
        </w:rPr>
        <w:t>Question 17</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When should children start using dental floss?</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Children should start using dental floss when two teeth touch each other and the toothbrush can no longer clean between them. This can happen at different ages. Many children need help flossing long before they can do it by themselves.</w:t>
      </w:r>
      <w:r w:rsidRPr="00D83543">
        <w:rPr>
          <w:color w:val="000000" w:themeColor="text1"/>
        </w:rPr>
        <w:br/>
      </w:r>
      <w:r w:rsidRPr="00D83543">
        <w:rPr>
          <w:color w:val="000000" w:themeColor="text1"/>
        </w:rPr>
        <w:br/>
        <w:t>The back baby molars often touch tightly, and cavities between them are common. Flossing at night is usually most useful. Parents can use regular floss, floss holders, or child-friendly floss picks. The goal is to slide gently between the teeth and clean the sides without snapping into the gums.</w:t>
      </w:r>
      <w:r w:rsidRPr="00D83543">
        <w:rPr>
          <w:color w:val="000000" w:themeColor="text1"/>
        </w:rPr>
        <w:br/>
      </w:r>
      <w:r w:rsidRPr="00D83543">
        <w:rPr>
          <w:color w:val="000000" w:themeColor="text1"/>
        </w:rPr>
        <w:br/>
        <w:t>Most children need parent help until about eight to ten years of age, depending on hand skills. If flossing causes bleeding, it may mean plaque or gum inflammation is present, but technique should also be checked. Ask the dentist to demonstrate the right method.</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Dental floss should begin as soon as teeth are in contact. A toothbrush cleans the outside, inside, and chewing surfaces, but it cannot clean tight areas between touching teeth. Therefore, age is less important than tooth contact.</w:t>
      </w:r>
      <w:r w:rsidRPr="00D83543">
        <w:rPr>
          <w:color w:val="000000" w:themeColor="text1"/>
        </w:rPr>
        <w:br/>
      </w:r>
      <w:r w:rsidRPr="00D83543">
        <w:rPr>
          <w:color w:val="000000" w:themeColor="text1"/>
        </w:rPr>
        <w:br/>
        <w:t>In many children, the back baby molars contact each other and need flossing. Parents should do the flossing at first because young children lack the fine motor control to do it properly. Floss picks can make the process easier, especially for the back teeth.</w:t>
      </w:r>
      <w:r w:rsidRPr="00D83543">
        <w:rPr>
          <w:color w:val="000000" w:themeColor="text1"/>
        </w:rPr>
        <w:br/>
      </w:r>
      <w:r w:rsidRPr="00D83543">
        <w:rPr>
          <w:color w:val="000000" w:themeColor="text1"/>
        </w:rPr>
        <w:br/>
        <w:t>Flossing once a day, usually before bedtime brushing, is enough for most children. The floss should be guided gently below the contact point and moved along each tooth surface. It should not be forced or snapped into the gum.</w:t>
      </w:r>
      <w:r w:rsidRPr="00D83543">
        <w:rPr>
          <w:color w:val="000000" w:themeColor="text1"/>
        </w:rPr>
        <w:br/>
      </w:r>
      <w:r w:rsidRPr="00D83543">
        <w:rPr>
          <w:color w:val="000000" w:themeColor="text1"/>
        </w:rPr>
        <w:br/>
      </w:r>
      <w:r w:rsidRPr="00D83543">
        <w:rPr>
          <w:color w:val="000000" w:themeColor="text1"/>
        </w:rPr>
        <w:lastRenderedPageBreak/>
        <w:t>If the gums bleed regularly, if the child has cavities between teeth, or if parents are unsure about technique, the dentist or hygienist can show the correct method.</w:t>
      </w:r>
    </w:p>
    <w:p w:rsidR="006C012F" w:rsidRPr="00D83543" w:rsidRDefault="00000000">
      <w:pPr>
        <w:pStyle w:val="Balk2"/>
        <w:rPr>
          <w:color w:val="000000" w:themeColor="text1"/>
        </w:rPr>
      </w:pPr>
      <w:r w:rsidRPr="00D83543">
        <w:rPr>
          <w:color w:val="000000" w:themeColor="text1"/>
        </w:rPr>
        <w:t>Question 18</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How should I clean my baby's teeth after breastfeeding at night?</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After night breastfeeding, cleaning should be gentle and realistic. Once the first tooth appears, brush before the longest sleep period with a soft baby toothbrush and a rice-grain amount of fluoridated toothpaste. If the baby feeds again during the night and brushing is not practical, you can gently wipe the teeth and gums with clean damp gauze or a soft cloth.</w:t>
      </w:r>
      <w:r w:rsidRPr="00D83543">
        <w:rPr>
          <w:color w:val="000000" w:themeColor="text1"/>
        </w:rPr>
        <w:br/>
      </w:r>
      <w:r w:rsidRPr="00D83543">
        <w:rPr>
          <w:color w:val="000000" w:themeColor="text1"/>
        </w:rPr>
        <w:br/>
        <w:t>Try not to let milk pool around the upper front teeth while the baby sleeps. Avoid adding sugar, honey, or sweeteners. Do not give juice or sweet drinks at night. As the child grows, gradually move toward feeding first, then cleaning the teeth, then sleeping.</w:t>
      </w:r>
      <w:r w:rsidRPr="00D83543">
        <w:rPr>
          <w:color w:val="000000" w:themeColor="text1"/>
        </w:rPr>
        <w:br/>
      </w:r>
      <w:r w:rsidRPr="00D83543">
        <w:rPr>
          <w:color w:val="000000" w:themeColor="text1"/>
        </w:rPr>
        <w:br/>
        <w:t>The first dental visit by age one is helpful for assessing caries risk and creating a feeding and cleaning plan that fits the baby.</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Night feeding is common, and oral cleaning does not have to be complicated. The most important step is to clean the teeth well before the baby’s longest sleep. After the first tooth erupts, use a soft baby brush. A rice-grain amount of fluoride toothpaste may be used according to dental guidance and the child’s risk.</w:t>
      </w:r>
      <w:r w:rsidRPr="00D83543">
        <w:rPr>
          <w:color w:val="000000" w:themeColor="text1"/>
        </w:rPr>
        <w:br/>
      </w:r>
      <w:r w:rsidRPr="00D83543">
        <w:rPr>
          <w:color w:val="000000" w:themeColor="text1"/>
        </w:rPr>
        <w:br/>
        <w:t>If the baby wakes and breastfeeds again, it may not always be possible to brush fully. In that case, gently wipe the erupted teeth with clean, damp gauze or a soft cloth. This removes some milk residue and plaque. Do not use force, and do not wake the baby aggressively just to brush.</w:t>
      </w:r>
      <w:r w:rsidRPr="00D83543">
        <w:rPr>
          <w:color w:val="000000" w:themeColor="text1"/>
        </w:rPr>
        <w:br/>
      </w:r>
      <w:r w:rsidRPr="00D83543">
        <w:rPr>
          <w:color w:val="000000" w:themeColor="text1"/>
        </w:rPr>
        <w:br/>
        <w:t>Avoid bottles with milk, formula, juice, or sweet liquids after brushing. Water is the safest drink during the night when age appropriate. As the baby becomes older, try to separate feeding from falling asleep so that the teeth can be cleaned afterward.</w:t>
      </w:r>
      <w:r w:rsidRPr="00D83543">
        <w:rPr>
          <w:color w:val="000000" w:themeColor="text1"/>
        </w:rPr>
        <w:br/>
      </w:r>
      <w:r w:rsidRPr="00D83543">
        <w:rPr>
          <w:color w:val="000000" w:themeColor="text1"/>
        </w:rPr>
        <w:br/>
        <w:t>A pediatric dentist can provide individualized advice, especially if white spots, plaque, or early cavities are seen.</w:t>
      </w:r>
    </w:p>
    <w:p w:rsidR="006C012F" w:rsidRPr="00D83543" w:rsidRDefault="00000000">
      <w:pPr>
        <w:pStyle w:val="Balk2"/>
        <w:rPr>
          <w:color w:val="000000" w:themeColor="text1"/>
        </w:rPr>
      </w:pPr>
      <w:r w:rsidRPr="00D83543">
        <w:rPr>
          <w:color w:val="000000" w:themeColor="text1"/>
        </w:rPr>
        <w:t>Question 19</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Should teeth be brushed before or after meals?</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 xml:space="preserve">For most children, the key is brushing twice a day, especially before sleep. Brushing after breakfast and before bed is a practical routine. If the child eats or drinks acidic foods such as citrus, fruit juice, or soda, wait about thirty minutes before brushing to avoid brushing </w:t>
      </w:r>
      <w:r w:rsidRPr="00D83543">
        <w:rPr>
          <w:color w:val="000000" w:themeColor="text1"/>
        </w:rPr>
        <w:lastRenderedPageBreak/>
        <w:t>softened enamel.</w:t>
      </w:r>
      <w:r w:rsidRPr="00D83543">
        <w:rPr>
          <w:color w:val="000000" w:themeColor="text1"/>
        </w:rPr>
        <w:br/>
      </w:r>
      <w:r w:rsidRPr="00D83543">
        <w:rPr>
          <w:color w:val="000000" w:themeColor="text1"/>
        </w:rPr>
        <w:br/>
        <w:t>Brushing before breakfast can also be useful because it places fluoride on the teeth before eating. If brushing after breakfast is not possible, brush before breakfast and rinse with water after eating.</w:t>
      </w:r>
      <w:r w:rsidRPr="00D83543">
        <w:rPr>
          <w:color w:val="000000" w:themeColor="text1"/>
        </w:rPr>
        <w:br/>
      </w:r>
      <w:r w:rsidRPr="00D83543">
        <w:rPr>
          <w:color w:val="000000" w:themeColor="text1"/>
        </w:rPr>
        <w:br/>
        <w:t>At night, brushing should be the last step before sleep. After night brushing, the child should have only water. Use fluoride toothpaste in the correct amount and supervise technique.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The best routine is one that is consistent and protects the teeth before the long nighttime period. Children should brush twice daily: once in the morning and once before bed. The bedtime brushing is the most important and should happen after the last food or drink, except water.</w:t>
      </w:r>
      <w:r w:rsidRPr="00D83543">
        <w:rPr>
          <w:color w:val="000000" w:themeColor="text1"/>
        </w:rPr>
        <w:br/>
      </w:r>
      <w:r w:rsidRPr="00D83543">
        <w:rPr>
          <w:color w:val="000000" w:themeColor="text1"/>
        </w:rPr>
        <w:br/>
        <w:t>Morning brushing can be done before or after breakfast. Brushing before breakfast reduces bacteria and coats the teeth with fluoride. Brushing after breakfast removes food debris. If breakfast includes acidic foods or drinks, such as orange juice, lemon, or acidic beverages, it is better to wait about thirty minutes before brushing. Acid temporarily softens enamel, and immediate brushing may increase wear.</w:t>
      </w:r>
      <w:r w:rsidRPr="00D83543">
        <w:rPr>
          <w:color w:val="000000" w:themeColor="text1"/>
        </w:rPr>
        <w:br/>
      </w:r>
      <w:r w:rsidRPr="00D83543">
        <w:rPr>
          <w:color w:val="000000" w:themeColor="text1"/>
        </w:rPr>
        <w:br/>
        <w:t>If the family schedule is rushed, brushing before breakfast is acceptable, followed by water after the meal. The most important points are fluoride toothpaste, correct amount, good technique, and no snacks or milk after night brushing.</w:t>
      </w:r>
    </w:p>
    <w:p w:rsidR="006C012F" w:rsidRPr="00D83543" w:rsidRDefault="00000000">
      <w:pPr>
        <w:pStyle w:val="Balk2"/>
        <w:rPr>
          <w:color w:val="000000" w:themeColor="text1"/>
        </w:rPr>
      </w:pPr>
      <w:r w:rsidRPr="00D83543">
        <w:rPr>
          <w:color w:val="000000" w:themeColor="text1"/>
        </w:rPr>
        <w:t>Question 20</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are tooth-friendly snacks?</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Tooth-friendly snacks are low in added sugar, not sticky, and do not keep the mouth acidic for a long time. Good choices include cheese, plain yogurt, milk with meals, boiled eggs, nuts for older children who can chew safely, fresh vegetables, cucumbers, carrots, whole fruit in appropriate pieces, and whole-grain options that are not sticky or sweet.</w:t>
      </w:r>
      <w:r w:rsidRPr="00D83543">
        <w:rPr>
          <w:color w:val="000000" w:themeColor="text1"/>
        </w:rPr>
        <w:br/>
      </w:r>
      <w:r w:rsidRPr="00D83543">
        <w:rPr>
          <w:color w:val="000000" w:themeColor="text1"/>
        </w:rPr>
        <w:br/>
        <w:t>Water is the best drink between meals. Cheese and yogurt can help neutralize acids and provide calcium. Fresh fruit is better than fruit juice or dried fruit because it is less sticky and is eaten more quickly.</w:t>
      </w:r>
      <w:r w:rsidRPr="00D83543">
        <w:rPr>
          <w:color w:val="000000" w:themeColor="text1"/>
        </w:rPr>
        <w:br/>
      </w:r>
      <w:r w:rsidRPr="00D83543">
        <w:rPr>
          <w:color w:val="000000" w:themeColor="text1"/>
        </w:rPr>
        <w:br/>
        <w:t>Limit candy, chocolate, biscuits, crackers, sweet cereals, fruit snacks, dried fruit, juice, and sweet drinks, especially when eaten frequently. Even a healthier snack can increase risk if the child grazes all day. Offer snacks at planned times and avoid constant nibbling.</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 xml:space="preserve">A tooth-friendly snack is one that provides nutrition without bathing the teeth in sugar or </w:t>
      </w:r>
      <w:r w:rsidRPr="00D83543">
        <w:rPr>
          <w:color w:val="000000" w:themeColor="text1"/>
        </w:rPr>
        <w:lastRenderedPageBreak/>
        <w:t>acid for long periods. The safest drink between meals is water. Good snack options include cheese, plain yogurt without added sugar, milk with meals, eggs, fresh vegetables, fresh fruit, nuts or seeds for age-appropriate children, and unsweetened whole-grain foods.</w:t>
      </w:r>
      <w:r w:rsidRPr="00D83543">
        <w:rPr>
          <w:color w:val="000000" w:themeColor="text1"/>
        </w:rPr>
        <w:br/>
      </w:r>
      <w:r w:rsidRPr="00D83543">
        <w:rPr>
          <w:color w:val="000000" w:themeColor="text1"/>
        </w:rPr>
        <w:br/>
        <w:t>Cheese and plain yogurt are useful because they contain calcium and may help neutralize acids. Vegetables such as cucumber, carrot sticks, and peppers are low in sugar and do not stick to teeth. Fresh fruit is a better choice than juice, fruit leather, or dried fruit, which can be concentrated and sticky.</w:t>
      </w:r>
      <w:r w:rsidRPr="00D83543">
        <w:rPr>
          <w:color w:val="000000" w:themeColor="text1"/>
        </w:rPr>
        <w:br/>
      </w:r>
      <w:r w:rsidRPr="00D83543">
        <w:rPr>
          <w:color w:val="000000" w:themeColor="text1"/>
        </w:rPr>
        <w:br/>
        <w:t>The timing of snacks is very important. Frequent snacking, even on foods that seem healthy, keeps the mouth acidic. It is better to have planned snack times and water between meals. Sticky sweets, biscuits, crackers, sweetened yogurts, flavored milk, juice, and gummy fruit snacks should be limited.</w:t>
      </w:r>
    </w:p>
    <w:p w:rsidR="006C012F" w:rsidRPr="00D83543" w:rsidRDefault="00000000">
      <w:pPr>
        <w:pStyle w:val="Balk2"/>
        <w:rPr>
          <w:color w:val="000000" w:themeColor="text1"/>
        </w:rPr>
      </w:pPr>
      <w:r w:rsidRPr="00D83543">
        <w:rPr>
          <w:color w:val="000000" w:themeColor="text1"/>
        </w:rPr>
        <w:t>Question 21</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Why does my child's teeth decay so much?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Frequent tooth decay in children usually has more than one cause. Common factors include frequent sugary or starchy snacks, sipping drinks throughout the day, juice, milk at night, flavored milk, biscuits, crackers, and similar foods. Even small amounts can be harmful when they are taken often because the teeth stay in an acidic environment.</w:t>
      </w:r>
      <w:r w:rsidRPr="00D83543">
        <w:rPr>
          <w:color w:val="000000" w:themeColor="text1"/>
        </w:rPr>
        <w:br/>
      </w:r>
      <w:r w:rsidRPr="00D83543">
        <w:rPr>
          <w:color w:val="000000" w:themeColor="text1"/>
        </w:rPr>
        <w:br/>
        <w:t>Night bottle use or falling asleep with milk is a classic cause of early childhood caries because saliva flow decreases during sleep. Brushing may also be inadequate if it is too short, poorly supervised, done with a fluoride-free paste, or misses the back teeth. Mouth breathing, allergies, adenoid problems, dry mouth, weak enamel, hidden cavities between teeth, and delayed treatment can also contribute.</w:t>
      </w:r>
      <w:r w:rsidRPr="00D83543">
        <w:rPr>
          <w:color w:val="000000" w:themeColor="text1"/>
        </w:rPr>
        <w:br/>
      </w:r>
      <w:r w:rsidRPr="00D83543">
        <w:rPr>
          <w:color w:val="000000" w:themeColor="text1"/>
        </w:rPr>
        <w:br/>
        <w:t>At home, check how often the child eats or drinks anything other than water, whether there is night feeding, whether an adult supervises brushing, whether fluoride toothpaste is used, and whether floss is needed. Helpful steps include limiting non-water drinks to meals, brushing before sleep, using fluoride toothpaste, cleaning between contacting teeth, and asking the dentist about sealants or fluoride varnish for high-risk teeth.</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It is understandable for parents to feel frustrated when a child’s teeth decay even though the family brushes. Cleaning is important, but decay is influenced by many factors.</w:t>
      </w:r>
      <w:r w:rsidRPr="00D83543">
        <w:rPr>
          <w:color w:val="000000" w:themeColor="text1"/>
        </w:rPr>
        <w:br/>
      </w:r>
      <w:r w:rsidRPr="00D83543">
        <w:rPr>
          <w:color w:val="000000" w:themeColor="text1"/>
        </w:rPr>
        <w:br/>
        <w:t>Diet is one of the most common reasons. The problem is not only candy and chocolate. Sticky starchy foods such as crackers, biscuits, and white bread, as well as acidic or sweet drinks, can feed bacteria. Frequency matters greatly. If the child snacks often, the mouth cannot return to a healthier pH. Night feeding is especially risky because saliva flow falls during sleep and milk or juice can remain on the teeth.</w:t>
      </w:r>
      <w:r w:rsidRPr="00D83543">
        <w:rPr>
          <w:color w:val="000000" w:themeColor="text1"/>
        </w:rPr>
        <w:br/>
      </w:r>
      <w:r w:rsidRPr="00D83543">
        <w:rPr>
          <w:color w:val="000000" w:themeColor="text1"/>
        </w:rPr>
        <w:lastRenderedPageBreak/>
        <w:br/>
        <w:t>Some children also have structural risk. Enamel hypoplasia or weaker enamel makes the teeth more vulnerable. Deep grooves on molars can trap food and bacteria where the brush cannot reach. Saliva quality, dry mouth, mouth breathing, and early transmission of decay-causing bacteria from caregivers may also play a role.</w:t>
      </w:r>
      <w:r w:rsidRPr="00D83543">
        <w:rPr>
          <w:color w:val="000000" w:themeColor="text1"/>
        </w:rPr>
        <w:br/>
      </w:r>
      <w:r w:rsidRPr="00D83543">
        <w:rPr>
          <w:color w:val="000000" w:themeColor="text1"/>
        </w:rPr>
        <w:br/>
        <w:t>Brushing must be supervised because most children do not brush effectively until about seven or eight years of age. Age-appropriate fluoridated toothpaste is important. A dentist may recommend sealants for deep grooves, professional fluoride varnish, more water after snacks, and careful treatment of cavities in baby teeth because they support permanent teeth and jaw development.</w:t>
      </w:r>
    </w:p>
    <w:p w:rsidR="006C012F" w:rsidRPr="00D83543" w:rsidRDefault="00000000">
      <w:pPr>
        <w:pStyle w:val="Balk2"/>
        <w:rPr>
          <w:color w:val="000000" w:themeColor="text1"/>
        </w:rPr>
      </w:pPr>
      <w:r w:rsidRPr="00D83543">
        <w:rPr>
          <w:color w:val="000000" w:themeColor="text1"/>
        </w:rPr>
        <w:t>Question 22</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Can root canal treatment be done for children?</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Root canal-type treatments can be done for children, including on baby teeth, when needed. The exact treatment depends on whether the tooth is a baby tooth or a permanent tooth, how deep the decay or injury is, and whether the nerve is inflamed or infected.</w:t>
      </w:r>
      <w:r w:rsidRPr="00D83543">
        <w:rPr>
          <w:color w:val="000000" w:themeColor="text1"/>
        </w:rPr>
        <w:br/>
      </w:r>
      <w:r w:rsidRPr="00D83543">
        <w:rPr>
          <w:color w:val="000000" w:themeColor="text1"/>
        </w:rPr>
        <w:br/>
        <w:t>In baby teeth, dentists often use pulp therapy. If only the upper part of the pulp is affected, a pulpotomy may be done. If the infection reaches the root canals, a pulpectomy may be needed. The goal is to keep the baby tooth in the mouth until its normal time to fall out, because it helps chewing, speech, jaw development, and space for the permanent tooth.</w:t>
      </w:r>
      <w:r w:rsidRPr="00D83543">
        <w:rPr>
          <w:color w:val="000000" w:themeColor="text1"/>
        </w:rPr>
        <w:br/>
      </w:r>
      <w:r w:rsidRPr="00D83543">
        <w:rPr>
          <w:color w:val="000000" w:themeColor="text1"/>
        </w:rPr>
        <w:br/>
        <w:t>In young permanent teeth, treatment is chosen carefully because the root may still be developing. The dentist may try to protect the living pulp or use special procedures that allow root development to continue. If there is swelling, abscess, severe pain, or trauma, prompt care is important. Not every decayed baby tooth needs root treatment, but ignoring infection can lead to pain, swelling, and harm to the developing permanent tooth.</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Yes, children can receive root canal or pulp treatment. In pediatric dentistry this does not always mean the same procedure used for an adult permanent tooth. The treatment is adapted to the child’s age, the type of tooth, and the condition of the pulp.</w:t>
      </w:r>
      <w:r w:rsidRPr="00D83543">
        <w:rPr>
          <w:color w:val="000000" w:themeColor="text1"/>
        </w:rPr>
        <w:br/>
      </w:r>
      <w:r w:rsidRPr="00D83543">
        <w:rPr>
          <w:color w:val="000000" w:themeColor="text1"/>
        </w:rPr>
        <w:br/>
        <w:t>Baby teeth may need pulp treatment when decay reaches the nerve or when trauma damages the tooth. If the infection is limited, the dentist may remove only the affected pulp tissue in the crown area and place a protective material. If the infection is more advanced, the canals of the baby tooth may be cleaned and filled with a resorbable material that can disappear as the baby tooth root naturally resorbs.</w:t>
      </w:r>
      <w:r w:rsidRPr="00D83543">
        <w:rPr>
          <w:color w:val="000000" w:themeColor="text1"/>
        </w:rPr>
        <w:br/>
      </w:r>
      <w:r w:rsidRPr="00D83543">
        <w:rPr>
          <w:color w:val="000000" w:themeColor="text1"/>
        </w:rPr>
        <w:br/>
        <w:t xml:space="preserve">The purpose is not simply to save a tooth that will fall out someday. Baby teeth are needed for chewing, speech, appearance, jaw growth, and holding space for permanent teeth. </w:t>
      </w:r>
      <w:r w:rsidRPr="00D83543">
        <w:rPr>
          <w:color w:val="000000" w:themeColor="text1"/>
        </w:rPr>
        <w:lastRenderedPageBreak/>
        <w:t>Untreated infected teeth can cause pain, abscess, facial swelling, damage to the permanent tooth bud, and early tooth loss.</w:t>
      </w:r>
      <w:r w:rsidRPr="00D83543">
        <w:rPr>
          <w:color w:val="000000" w:themeColor="text1"/>
        </w:rPr>
        <w:br/>
      </w:r>
      <w:r w:rsidRPr="00D83543">
        <w:rPr>
          <w:color w:val="000000" w:themeColor="text1"/>
        </w:rPr>
        <w:br/>
        <w:t>For permanent teeth in children, the dentist may use methods that preserve vitality when possible, especially if the root is not fully formed. A pediatric dentist can choose the safest approach.</w:t>
      </w:r>
    </w:p>
    <w:p w:rsidR="006C012F" w:rsidRPr="00D83543" w:rsidRDefault="00000000">
      <w:pPr>
        <w:pStyle w:val="Balk2"/>
        <w:rPr>
          <w:color w:val="000000" w:themeColor="text1"/>
        </w:rPr>
      </w:pPr>
      <w:r w:rsidRPr="00D83543">
        <w:rPr>
          <w:color w:val="000000" w:themeColor="text1"/>
        </w:rPr>
        <w:t>Question 23</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are the white spots on my child's teeth?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White spots on a child’s teeth can have different causes. They may be early signs of tooth decay, especially if they look chalky, rough, or appear near the gumline. In that case, the enamel has begun to lose minerals and the area can progress to a cavity if habits do not change.</w:t>
      </w:r>
      <w:r w:rsidRPr="00D83543">
        <w:rPr>
          <w:color w:val="000000" w:themeColor="text1"/>
        </w:rPr>
        <w:br/>
      </w:r>
      <w:r w:rsidRPr="00D83543">
        <w:rPr>
          <w:color w:val="000000" w:themeColor="text1"/>
        </w:rPr>
        <w:br/>
        <w:t>Other causes include enamel defects, fluorosis from excessive fluoride intake during tooth development, trauma to a baby tooth that affected the permanent tooth, or plaque accumulation around braces or poorly cleaned areas.</w:t>
      </w:r>
      <w:r w:rsidRPr="00D83543">
        <w:rPr>
          <w:color w:val="000000" w:themeColor="text1"/>
        </w:rPr>
        <w:br/>
      </w:r>
      <w:r w:rsidRPr="00D83543">
        <w:rPr>
          <w:color w:val="000000" w:themeColor="text1"/>
        </w:rPr>
        <w:br/>
        <w:t>A dentist should evaluate the spot because treatment depends on the cause. Early decay may improve with fluoride, better brushing, diet changes, and sometimes resin infiltration. Enamel defects may need monitoring or protective treatment. Do not scrub aggressively or use whitening products. Use fluoride toothpaste in the correct amount, reduce frequent sugar exposure, and schedule a dental visit if the spots are new, increasing, rough, or sensitive.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White spots on children’s teeth are common, but they do not all mean the same thing. One important possibility is an early cavity, often called a white spot lesion. This appears as a chalky white area, commonly near the gumline or around plaque-retentive areas. It means minerals have been lost from the enamel, and it can become a cavity if not treated early.</w:t>
      </w:r>
      <w:r w:rsidRPr="00D83543">
        <w:rPr>
          <w:color w:val="000000" w:themeColor="text1"/>
        </w:rPr>
        <w:br/>
      </w:r>
      <w:r w:rsidRPr="00D83543">
        <w:rPr>
          <w:color w:val="000000" w:themeColor="text1"/>
        </w:rPr>
        <w:br/>
        <w:t>White spots can also come from developmental enamel defects, such as hypoplasia or hypomineralization. These teeth may look opaque, cream-colored, or patchy and may be more sensitive or more prone to decay. Fluorosis is another cause and is linked to excessive fluoride intake while permanent teeth are developing; it usually causes symmetrical white markings. Previous trauma to a baby tooth can also affect the developing permanent tooth.</w:t>
      </w:r>
      <w:r w:rsidRPr="00D83543">
        <w:rPr>
          <w:color w:val="000000" w:themeColor="text1"/>
        </w:rPr>
        <w:br/>
      </w:r>
      <w:r w:rsidRPr="00D83543">
        <w:rPr>
          <w:color w:val="000000" w:themeColor="text1"/>
        </w:rPr>
        <w:br/>
        <w:t>A dental examination is needed to distinguish these causes. Treatment may include fluoride varnish, improved hygiene, diet control, remineralizing products, sealants, resin infiltration, or cosmetic treatment later if needed. Early diagnosis is important because some white spots can be reversed or stabilized.</w:t>
      </w:r>
    </w:p>
    <w:p w:rsidR="006C012F" w:rsidRPr="00D83543" w:rsidRDefault="00000000">
      <w:pPr>
        <w:pStyle w:val="Balk2"/>
        <w:rPr>
          <w:color w:val="000000" w:themeColor="text1"/>
        </w:rPr>
      </w:pPr>
      <w:r w:rsidRPr="00D83543">
        <w:rPr>
          <w:color w:val="000000" w:themeColor="text1"/>
        </w:rPr>
        <w:lastRenderedPageBreak/>
        <w:t>Question 24</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Is general anesthesia used for dental treatment in children?</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general anesthesia can be used for children’s dental treatment when it is necessary, but it is not the first option for every child. It is usually considered when a child has extensive dental needs, cannot cooperate because of very young age or special needs, has severe dental anxiety, or needs treatment that would be unsafe or traumatic while awake.</w:t>
      </w:r>
      <w:r w:rsidRPr="00D83543">
        <w:rPr>
          <w:color w:val="000000" w:themeColor="text1"/>
        </w:rPr>
        <w:br/>
      </w:r>
      <w:r w:rsidRPr="00D83543">
        <w:rPr>
          <w:color w:val="000000" w:themeColor="text1"/>
        </w:rPr>
        <w:br/>
        <w:t>The decision is made after a dental examination, medical history review, and risk assessment. Treatment should be done in an appropriately equipped hospital or surgical center by trained professionals, with an anesthesiologist monitoring the child.</w:t>
      </w:r>
      <w:r w:rsidRPr="00D83543">
        <w:rPr>
          <w:color w:val="000000" w:themeColor="text1"/>
        </w:rPr>
        <w:br/>
      </w:r>
      <w:r w:rsidRPr="00D83543">
        <w:rPr>
          <w:color w:val="000000" w:themeColor="text1"/>
        </w:rPr>
        <w:br/>
        <w:t>General anesthesia allows many procedures to be completed in one session, which can reduce repeated stressful visits. However, it has medical risks like any anesthesia, so prevention, behavior guidance, local anesthesia, sedation, or staged treatment may be considered first.</w:t>
      </w:r>
      <w:r w:rsidRPr="00D83543">
        <w:rPr>
          <w:color w:val="000000" w:themeColor="text1"/>
        </w:rPr>
        <w:br/>
      </w:r>
      <w:r w:rsidRPr="00D83543">
        <w:rPr>
          <w:color w:val="000000" w:themeColor="text1"/>
        </w:rPr>
        <w:br/>
        <w:t>After treatment, follow instructions about fasting, medicines, diet, pain control, and oral hygiene. The long-term goal is to prevent new cavities so that the child does not need repeated anesthesia.</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General anesthesia may be used in pediatric dentistry, but only when there is a clear need. It is not simply a convenience method. It may be appropriate for very young children with many cavities, children who cannot cooperate because of age, fear, disability, or medical or developmental conditions, and children who need urgent or complex treatment that cannot be safely completed in the dental chair.</w:t>
      </w:r>
      <w:r w:rsidRPr="00D83543">
        <w:rPr>
          <w:color w:val="000000" w:themeColor="text1"/>
        </w:rPr>
        <w:br/>
      </w:r>
      <w:r w:rsidRPr="00D83543">
        <w:rPr>
          <w:color w:val="000000" w:themeColor="text1"/>
        </w:rPr>
        <w:br/>
        <w:t>Before anesthesia, the dentist and anesthesiologist review the child’s health history, medications, allergies, previous anesthesia experience, and current illness. The family receives fasting instructions. The procedure should take place in a hospital or licensed center with suitable equipment, monitoring, and emergency readiness.</w:t>
      </w:r>
      <w:r w:rsidRPr="00D83543">
        <w:rPr>
          <w:color w:val="000000" w:themeColor="text1"/>
        </w:rPr>
        <w:br/>
      </w:r>
      <w:r w:rsidRPr="00D83543">
        <w:rPr>
          <w:color w:val="000000" w:themeColor="text1"/>
        </w:rPr>
        <w:br/>
        <w:t>The advantage is that all necessary dental treatment can often be completed in one appointment while the child is asleep and unaware. This can prevent traumatic dental experiences. The disadvantages include anesthesia risks, cost, and the need for careful preparation and recovery.</w:t>
      </w:r>
      <w:r w:rsidRPr="00D83543">
        <w:rPr>
          <w:color w:val="000000" w:themeColor="text1"/>
        </w:rPr>
        <w:br/>
      </w:r>
      <w:r w:rsidRPr="00D83543">
        <w:rPr>
          <w:color w:val="000000" w:themeColor="text1"/>
        </w:rPr>
        <w:br/>
        <w:t>General anesthesia treats existing disease but does not prevent new cavities. Afterward, the family must follow a strict prevention plan with fluoride, diet control, brushing, and regular dental visits.</w:t>
      </w:r>
    </w:p>
    <w:p w:rsidR="006C012F" w:rsidRPr="00D83543" w:rsidRDefault="00000000">
      <w:pPr>
        <w:pStyle w:val="Balk2"/>
        <w:rPr>
          <w:color w:val="000000" w:themeColor="text1"/>
        </w:rPr>
      </w:pPr>
      <w:r w:rsidRPr="00D83543">
        <w:rPr>
          <w:color w:val="000000" w:themeColor="text1"/>
        </w:rPr>
        <w:lastRenderedPageBreak/>
        <w:t>Question 25</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Why are my child's teeth yellow and not improving even with brushing?</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Yellow-looking teeth in children are not always dirty. Permanent teeth naturally look more yellow than baby teeth because they contain more dentin. When permanent incisors erupt next to very white baby teeth, the contrast can make the new teeth look yellow even if they are healthy.</w:t>
      </w:r>
      <w:r w:rsidRPr="00D83543">
        <w:rPr>
          <w:color w:val="000000" w:themeColor="text1"/>
        </w:rPr>
        <w:br/>
      </w:r>
      <w:r w:rsidRPr="00D83543">
        <w:rPr>
          <w:color w:val="000000" w:themeColor="text1"/>
        </w:rPr>
        <w:br/>
        <w:t>Other causes include plaque that is not fully removed, stains from foods, drinks, or iron supplements, enamel defects, early decay, trauma, or medications. If the color does not come off with good brushing, the issue may be inside the tooth structure rather than on the surface.</w:t>
      </w:r>
      <w:r w:rsidRPr="00D83543">
        <w:rPr>
          <w:color w:val="000000" w:themeColor="text1"/>
        </w:rPr>
        <w:br/>
      </w:r>
      <w:r w:rsidRPr="00D83543">
        <w:rPr>
          <w:color w:val="000000" w:themeColor="text1"/>
        </w:rPr>
        <w:br/>
        <w:t>Do not use whitening products or abrasive methods at home. Make sure brushing is supervised and reaches the gumline and back teeth. A dentist can decide whether the color is normal, whether cleaning is needed, or whether there is enamel weakness, staining, decay, or trauma. Seek care sooner if the tooth is gray, brown, painful, sensitive, rough, or has a visible cavity.</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It can be worrying when a child’s teeth look yellow even after brushing, but the cause is not always poor hygiene. Permanent teeth are normally more yellow than baby teeth because the yellow dentin layer is thicker and the enamel is more translucent. This is especially noticeable when permanent teeth erupt next to bright white baby teeth.</w:t>
      </w:r>
      <w:r w:rsidRPr="00D83543">
        <w:rPr>
          <w:color w:val="000000" w:themeColor="text1"/>
        </w:rPr>
        <w:br/>
      </w:r>
      <w:r w:rsidRPr="00D83543">
        <w:rPr>
          <w:color w:val="000000" w:themeColor="text1"/>
        </w:rPr>
        <w:br/>
        <w:t>Surface stains are another possibility. Plaque, tea, colored foods, iron drops, some mouth rinses, and chromogenic bacteria can leave yellow, brown, or dark deposits. These may not disappear with regular home brushing and may need professional cleaning.</w:t>
      </w:r>
      <w:r w:rsidRPr="00D83543">
        <w:rPr>
          <w:color w:val="000000" w:themeColor="text1"/>
        </w:rPr>
        <w:br/>
      </w:r>
      <w:r w:rsidRPr="00D83543">
        <w:rPr>
          <w:color w:val="000000" w:themeColor="text1"/>
        </w:rPr>
        <w:br/>
        <w:t>Structural causes should also be considered. Enamel hypoplasia or hypomineralization can make teeth yellow, cream-colored, or rough. Cavities may appear yellow-brown. A tooth that has suffered trauma may change color from within. Some medications or developmental factors can also affect color.</w:t>
      </w:r>
      <w:r w:rsidRPr="00D83543">
        <w:rPr>
          <w:color w:val="000000" w:themeColor="text1"/>
        </w:rPr>
        <w:br/>
      </w:r>
      <w:r w:rsidRPr="00D83543">
        <w:rPr>
          <w:color w:val="000000" w:themeColor="text1"/>
        </w:rPr>
        <w:br/>
        <w:t>A dentist should evaluate persistent discoloration. Whitening is generally not recommended for children without diagnosis. Treatment may be cleaning, fluoride, sealants, restoration, monitoring, or later cosmetic care depending on the cause.</w:t>
      </w:r>
    </w:p>
    <w:p w:rsidR="006C012F" w:rsidRPr="00D83543" w:rsidRDefault="00000000">
      <w:pPr>
        <w:pStyle w:val="Balk2"/>
        <w:rPr>
          <w:color w:val="000000" w:themeColor="text1"/>
        </w:rPr>
      </w:pPr>
      <w:r w:rsidRPr="00D83543">
        <w:rPr>
          <w:color w:val="000000" w:themeColor="text1"/>
        </w:rPr>
        <w:t>Question 26</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Why might black stains have formed on my child's teeth?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 xml:space="preserve">Black stains on children’s teeth can have different causes. Some are external stains caused </w:t>
      </w:r>
      <w:r w:rsidRPr="00D83543">
        <w:rPr>
          <w:color w:val="000000" w:themeColor="text1"/>
        </w:rPr>
        <w:lastRenderedPageBreak/>
        <w:t>by chromogenic bacteria, iron supplements, certain foods and drinks, or plaque. These stains may look like dark lines or dots, especially near the gumline, and may not come off with brushing.</w:t>
      </w:r>
      <w:r w:rsidRPr="00D83543">
        <w:rPr>
          <w:color w:val="000000" w:themeColor="text1"/>
        </w:rPr>
        <w:br/>
      </w:r>
      <w:r w:rsidRPr="00D83543">
        <w:rPr>
          <w:color w:val="000000" w:themeColor="text1"/>
        </w:rPr>
        <w:br/>
        <w:t>Black or dark areas can also be cavities, especially if the surface is rough, soft, sticky, broken, or located in pits, grooves, or between teeth. Trauma, old restorations, and enamel defects may also change color.</w:t>
      </w:r>
      <w:r w:rsidRPr="00D83543">
        <w:rPr>
          <w:color w:val="000000" w:themeColor="text1"/>
        </w:rPr>
        <w:br/>
      </w:r>
      <w:r w:rsidRPr="00D83543">
        <w:rPr>
          <w:color w:val="000000" w:themeColor="text1"/>
        </w:rPr>
        <w:br/>
        <w:t>A dentist needs to distinguish stain from decay. Do not scrape the teeth with hard objects or use abrasive whitening products. Improve brushing with fluoride toothpaste, reduce frequent sugar exposure, and keep routine visits. If there is pain, sensitivity, a hole, bad breath, swelling, or a stain that grows quickly, schedule an appointment promptly.</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Black marks on a child’s teeth can be harmless external staining, but they can also be signs of decay. One common cause is chromogenic bacteria, which produce dark pigments on the tooth surface. These stains often appear as black lines near the gumline or as small dots and may recur even with brushing. They are usually removed by professional cleaning.</w:t>
      </w:r>
      <w:r w:rsidRPr="00D83543">
        <w:rPr>
          <w:color w:val="000000" w:themeColor="text1"/>
        </w:rPr>
        <w:br/>
      </w:r>
      <w:r w:rsidRPr="00D83543">
        <w:rPr>
          <w:color w:val="000000" w:themeColor="text1"/>
        </w:rPr>
        <w:br/>
        <w:t>Iron drops or syrups, some foods, tea-like drinks, poor plaque control, and certain mouth bacteria can also cause dark staining. However, a black spot in a groove or between teeth may be a cavity. Cavities may feel rough or sticky and can progress under the surface.</w:t>
      </w:r>
      <w:r w:rsidRPr="00D83543">
        <w:rPr>
          <w:color w:val="000000" w:themeColor="text1"/>
        </w:rPr>
        <w:br/>
      </w:r>
      <w:r w:rsidRPr="00D83543">
        <w:rPr>
          <w:color w:val="000000" w:themeColor="text1"/>
        </w:rPr>
        <w:br/>
        <w:t>Trauma can darken a tooth, especially if the whole tooth becomes gray or black. Old dental materials or enamel defects may also affect color.</w:t>
      </w:r>
      <w:r w:rsidRPr="00D83543">
        <w:rPr>
          <w:color w:val="000000" w:themeColor="text1"/>
        </w:rPr>
        <w:br/>
      </w:r>
      <w:r w:rsidRPr="00D83543">
        <w:rPr>
          <w:color w:val="000000" w:themeColor="text1"/>
        </w:rPr>
        <w:br/>
        <w:t>Because the appearance alone can be misleading, a pediatric dentist should examine the child. Treatment may be cleaning, fluoride, sealant, filling, or monitoring depending on the diagnosis.</w:t>
      </w:r>
    </w:p>
    <w:p w:rsidR="006C012F" w:rsidRPr="00D83543" w:rsidRDefault="00000000">
      <w:pPr>
        <w:pStyle w:val="Balk2"/>
        <w:rPr>
          <w:color w:val="000000" w:themeColor="text1"/>
        </w:rPr>
      </w:pPr>
      <w:r w:rsidRPr="00D83543">
        <w:rPr>
          <w:color w:val="000000" w:themeColor="text1"/>
        </w:rPr>
        <w:t>Question 27</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Why did my child's upper front teeth turn black?</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Darkening of the upper front teeth may result from trauma, cavities, early childhood caries, nerve damage, staining, or previous dental treatment. If a tooth turns gray, brown, or black after a fall or impact, the nerve may have been affected even if there was no pain at first.</w:t>
      </w:r>
      <w:r w:rsidRPr="00D83543">
        <w:rPr>
          <w:color w:val="000000" w:themeColor="text1"/>
        </w:rPr>
        <w:br/>
      </w:r>
      <w:r w:rsidRPr="00D83543">
        <w:rPr>
          <w:color w:val="000000" w:themeColor="text1"/>
        </w:rPr>
        <w:br/>
        <w:t>If several upper front teeth are dark, especially near the gumline, early childhood caries related to night feeding, frequent milk, juice, or sweet drinks may be present. Plaque and food stains can also darken teeth, but true decay or trauma must be ruled out.</w:t>
      </w:r>
      <w:r w:rsidRPr="00D83543">
        <w:rPr>
          <w:color w:val="000000" w:themeColor="text1"/>
        </w:rPr>
        <w:br/>
      </w:r>
      <w:r w:rsidRPr="00D83543">
        <w:rPr>
          <w:color w:val="000000" w:themeColor="text1"/>
        </w:rPr>
        <w:br/>
        <w:t xml:space="preserve">A dentist should examine the teeth and may take an X-ray. Do not wait if there is swelling, a pimple on the gum, pain, bad smell, mobility, or a broken tooth. Treatment may be </w:t>
      </w:r>
      <w:r w:rsidRPr="00D83543">
        <w:rPr>
          <w:color w:val="000000" w:themeColor="text1"/>
        </w:rPr>
        <w:lastRenderedPageBreak/>
        <w:t>monitoring, cleaning, fluoride, filling, pulp treatment, or extraction depending on the cause and severity. Continue brushing with fluoride toothpaste and avoid sweet drinks or milk after night brushing.</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Blackening of upper front teeth in a child should be evaluated by a dentist because the causes vary. One common reason is trauma. After a fall or blow, the tooth may turn gray or black because the pulp tissue inside has been injured. This can happen days, weeks, or months after the accident. Sometimes the tooth remains painless, but infection can still develop later.</w:t>
      </w:r>
      <w:r w:rsidRPr="00D83543">
        <w:rPr>
          <w:color w:val="000000" w:themeColor="text1"/>
        </w:rPr>
        <w:br/>
      </w:r>
      <w:r w:rsidRPr="00D83543">
        <w:rPr>
          <w:color w:val="000000" w:themeColor="text1"/>
        </w:rPr>
        <w:br/>
        <w:t>Another frequent cause is early childhood caries. Upper front baby teeth are often affected when a child sleeps with milk, formula, juice, or sweet liquids in the mouth. Decay may begin as white chalky areas near the gumline and then become yellow, brown, or black.</w:t>
      </w:r>
      <w:r w:rsidRPr="00D83543">
        <w:rPr>
          <w:color w:val="000000" w:themeColor="text1"/>
        </w:rPr>
        <w:br/>
      </w:r>
      <w:r w:rsidRPr="00D83543">
        <w:rPr>
          <w:color w:val="000000" w:themeColor="text1"/>
        </w:rPr>
        <w:br/>
        <w:t>External stains from foods, iron, or bacteria are possible, but they usually sit on the surface. Cavities and pulp changes involve the tooth structure.</w:t>
      </w:r>
      <w:r w:rsidRPr="00D83543">
        <w:rPr>
          <w:color w:val="000000" w:themeColor="text1"/>
        </w:rPr>
        <w:br/>
      </w:r>
      <w:r w:rsidRPr="00D83543">
        <w:rPr>
          <w:color w:val="000000" w:themeColor="text1"/>
        </w:rPr>
        <w:br/>
        <w:t>Dental assessment is important. Treatment depends on whether the problem is stain, decay, trauma, or infection. Warning signs include swelling, gum boils, pain, fever, tooth mobility, or a bad taste or smell.</w:t>
      </w:r>
    </w:p>
    <w:p w:rsidR="006C012F" w:rsidRPr="00D83543" w:rsidRDefault="00000000">
      <w:pPr>
        <w:pStyle w:val="Balk2"/>
        <w:rPr>
          <w:color w:val="000000" w:themeColor="text1"/>
        </w:rPr>
      </w:pPr>
      <w:r w:rsidRPr="00D83543">
        <w:rPr>
          <w:color w:val="000000" w:themeColor="text1"/>
        </w:rPr>
        <w:t>Question 28</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child's tooth was numbed during dental treatment. Will this harm the new tooth?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Local anesthesia used during dental treatment does not harm the permanent tooth developing underneath when it is applied correctly. The anesthetic temporarily numbs the nerves in the area so that treatment can be done comfortably.</w:t>
      </w:r>
      <w:r w:rsidRPr="00D83543">
        <w:rPr>
          <w:color w:val="000000" w:themeColor="text1"/>
        </w:rPr>
        <w:br/>
      </w:r>
      <w:r w:rsidRPr="00D83543">
        <w:rPr>
          <w:color w:val="000000" w:themeColor="text1"/>
        </w:rPr>
        <w:br/>
        <w:t>Parents sometimes worry because the injection is near a baby tooth, but the dentist uses doses and techniques appropriate for children. The developing permanent tooth bud is protected within the jaw. The bigger risk to the permanent tooth usually comes from untreated infection, trauma, or deep decay in the baby tooth, not from the anesthesia.</w:t>
      </w:r>
      <w:r w:rsidRPr="00D83543">
        <w:rPr>
          <w:color w:val="000000" w:themeColor="text1"/>
        </w:rPr>
        <w:br/>
      </w:r>
      <w:r w:rsidRPr="00D83543">
        <w:rPr>
          <w:color w:val="000000" w:themeColor="text1"/>
        </w:rPr>
        <w:br/>
        <w:t>After numbing, the child may bite the lip, cheek, or tongue without noticing. Watch the child until sensation returns, avoid hard foods, and explain not to chew the numb area. Call the dentist if there is swelling, prolonged numbness, allergic symptoms, or unusual pain.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No, properly administered local anesthesia for a child’s dental treatment does not damage the permanent tooth that will erupt later. Pediatric dentists calculate the dose according to the child’s weight and use safe techniques to numb the area.</w:t>
      </w:r>
      <w:r w:rsidRPr="00D83543">
        <w:rPr>
          <w:color w:val="000000" w:themeColor="text1"/>
        </w:rPr>
        <w:br/>
      </w:r>
      <w:r w:rsidRPr="00D83543">
        <w:rPr>
          <w:color w:val="000000" w:themeColor="text1"/>
        </w:rPr>
        <w:lastRenderedPageBreak/>
        <w:br/>
        <w:t>The purpose of anesthesia is to prevent pain and help the child receive treatment without fear. The anesthetic affects nerve sensation temporarily; it does not stop tooth development. The permanent tooth bud is located inside the bone and is not harmed by routine local anesthesia.</w:t>
      </w:r>
      <w:r w:rsidRPr="00D83543">
        <w:rPr>
          <w:color w:val="000000" w:themeColor="text1"/>
        </w:rPr>
        <w:br/>
      </w:r>
      <w:r w:rsidRPr="00D83543">
        <w:rPr>
          <w:color w:val="000000" w:themeColor="text1"/>
        </w:rPr>
        <w:br/>
        <w:t>In contrast, leaving a baby tooth untreated when it has deep decay or infection can be harmful. Infection from a baby tooth may spread to surrounding tissues and, in some cases, affect the developing permanent tooth.</w:t>
      </w:r>
      <w:r w:rsidRPr="00D83543">
        <w:rPr>
          <w:color w:val="000000" w:themeColor="text1"/>
        </w:rPr>
        <w:br/>
      </w:r>
      <w:r w:rsidRPr="00D83543">
        <w:rPr>
          <w:color w:val="000000" w:themeColor="text1"/>
        </w:rPr>
        <w:br/>
        <w:t>The main practical concern after anesthesia is soft-tissue biting. Because the lip or cheek feels numb, children may chew it and create a sore or swelling. Parents should supervise eating and avoid allowing the child to bite or suck the numb area until normal feeling returns.</w:t>
      </w:r>
    </w:p>
    <w:p w:rsidR="006C012F" w:rsidRPr="00D83543" w:rsidRDefault="00000000">
      <w:pPr>
        <w:pStyle w:val="Balk2"/>
        <w:rPr>
          <w:color w:val="000000" w:themeColor="text1"/>
        </w:rPr>
      </w:pPr>
      <w:r w:rsidRPr="00D83543">
        <w:rPr>
          <w:color w:val="000000" w:themeColor="text1"/>
        </w:rPr>
        <w:t>Question 29</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has cavities. What happens if they are not treated?</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Untreated cavities in children can progress quickly, especially in baby teeth. A small cavity can reach the nerve, causing pain, sensitivity, night waking, difficulty eating, and infection. Infection can lead to abscess, gum swelling, facial swelling, fever, and the need for urgent treatment.</w:t>
      </w:r>
      <w:r w:rsidRPr="00D83543">
        <w:rPr>
          <w:color w:val="000000" w:themeColor="text1"/>
        </w:rPr>
        <w:br/>
      </w:r>
      <w:r w:rsidRPr="00D83543">
        <w:rPr>
          <w:color w:val="000000" w:themeColor="text1"/>
        </w:rPr>
        <w:br/>
        <w:t>Baby teeth are important even though they will fall out. They help the child chew, speak, smile, and hold space for permanent teeth. If a baby tooth is lost too early because of decay, neighboring teeth can move and permanent teeth may erupt crooked or become blocked.</w:t>
      </w:r>
      <w:r w:rsidRPr="00D83543">
        <w:rPr>
          <w:color w:val="000000" w:themeColor="text1"/>
        </w:rPr>
        <w:br/>
      </w:r>
      <w:r w:rsidRPr="00D83543">
        <w:rPr>
          <w:color w:val="000000" w:themeColor="text1"/>
        </w:rPr>
        <w:br/>
        <w:t>Untreated decay can also affect nutrition, sleep, school performance, and quality of life. In some cases, infection around a baby tooth can affect the developing permanent tooth. Early treatment is usually simpler than waiting. A dentist may recommend fluoride, sealants, fillings, pulp treatment, crowns, or extraction depending on severity.</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If a child’s cavities are not treated, they usually do not stay the same. Decay tends to grow, and baby teeth have thinner enamel and dentin than permanent teeth. This means the cavity can reach the nerve faster.</w:t>
      </w:r>
      <w:r w:rsidRPr="00D83543">
        <w:rPr>
          <w:color w:val="000000" w:themeColor="text1"/>
        </w:rPr>
        <w:br/>
      </w:r>
      <w:r w:rsidRPr="00D83543">
        <w:rPr>
          <w:color w:val="000000" w:themeColor="text1"/>
        </w:rPr>
        <w:br/>
        <w:t>At first, there may be no symptoms. Later, the child may have sensitivity to sweets, cold, or hot foods, pain while chewing, bad breath, food trapping, or visible holes. When the pulp becomes infected, pain may become severe and may wake the child at night. An abscess can form, producing swelling, pus, fever, or facial infection.</w:t>
      </w:r>
      <w:r w:rsidRPr="00D83543">
        <w:rPr>
          <w:color w:val="000000" w:themeColor="text1"/>
        </w:rPr>
        <w:br/>
      </w:r>
      <w:r w:rsidRPr="00D83543">
        <w:rPr>
          <w:color w:val="000000" w:themeColor="text1"/>
        </w:rPr>
        <w:br/>
        <w:t xml:space="preserve">Untreated cavities can also cause early loss of baby teeth. This may lead to space loss, </w:t>
      </w:r>
      <w:r w:rsidRPr="00D83543">
        <w:rPr>
          <w:color w:val="000000" w:themeColor="text1"/>
        </w:rPr>
        <w:lastRenderedPageBreak/>
        <w:t>crowding, and orthodontic problems when permanent teeth erupt. Pain and infection can interfere with eating, sleep, growth, and concentration.</w:t>
      </w:r>
      <w:r w:rsidRPr="00D83543">
        <w:rPr>
          <w:color w:val="000000" w:themeColor="text1"/>
        </w:rPr>
        <w:br/>
      </w:r>
      <w:r w:rsidRPr="00D83543">
        <w:rPr>
          <w:color w:val="000000" w:themeColor="text1"/>
        </w:rPr>
        <w:br/>
        <w:t>Baby teeth should not be ignored because they are temporary. Treating cavities early is usually easier, cheaper, and less stressful than waiting until pain or infection develops.</w:t>
      </w:r>
    </w:p>
    <w:p w:rsidR="006C012F" w:rsidRPr="00D83543" w:rsidRDefault="00000000">
      <w:pPr>
        <w:pStyle w:val="Balk2"/>
        <w:rPr>
          <w:color w:val="000000" w:themeColor="text1"/>
        </w:rPr>
      </w:pPr>
      <w:r w:rsidRPr="00D83543">
        <w:rPr>
          <w:color w:val="000000" w:themeColor="text1"/>
        </w:rPr>
        <w:t>Question 30</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I breastfeed my baby at night. Will the teeth decay?</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Night breastfeeding itself does not automatically mean the teeth will decay, but once teeth are present, frequent night feeding can increase caries risk if milk remains on the teeth and cleaning is not done. The risk becomes higher with frequent feeding, falling asleep while feeding, additional sugary foods or drinks, poor brushing, and lack of fluoride.</w:t>
      </w:r>
      <w:r w:rsidRPr="00D83543">
        <w:rPr>
          <w:color w:val="000000" w:themeColor="text1"/>
        </w:rPr>
        <w:br/>
      </w:r>
      <w:r w:rsidRPr="00D83543">
        <w:rPr>
          <w:color w:val="000000" w:themeColor="text1"/>
        </w:rPr>
        <w:br/>
        <w:t>After the first tooth erupts, clean the teeth daily and brush with a rice-grain amount of fluoridated toothpaste. Try not to let the baby sleep with milk pooled around the teeth. If night feeding continues, gently wipe the teeth or brush when possible, especially before the longest sleep period.</w:t>
      </w:r>
      <w:r w:rsidRPr="00D83543">
        <w:rPr>
          <w:color w:val="000000" w:themeColor="text1"/>
        </w:rPr>
        <w:br/>
      </w:r>
      <w:r w:rsidRPr="00D83543">
        <w:rPr>
          <w:color w:val="000000" w:themeColor="text1"/>
        </w:rPr>
        <w:br/>
        <w:t>Avoid adding sugar, honey, or sweetened drinks. Offer water if appropriate for age. Schedule the first dental visit by age one so the dentist can assess risk and guide feeding and hygiene routines.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Breastfeeding has many health benefits, and breastfeeding alone should not be blamed for all cavities. However, after teeth erupt, frequent night feeding can contribute to early childhood caries in some babies, especially when feeding occurs many times during the night and the child falls asleep with milk on the teeth.</w:t>
      </w:r>
      <w:r w:rsidRPr="00D83543">
        <w:rPr>
          <w:color w:val="000000" w:themeColor="text1"/>
        </w:rPr>
        <w:br/>
      </w:r>
      <w:r w:rsidRPr="00D83543">
        <w:rPr>
          <w:color w:val="000000" w:themeColor="text1"/>
        </w:rPr>
        <w:br/>
        <w:t>During sleep, saliva flow decreases. Saliva normally helps wash away sugars and neutralize acids. If milk remains around the upper front teeth for long periods, bacteria can produce acid and start decay. The risk is higher when the child also receives sugary snacks, juice, bottle feeding, or inadequate brushing.</w:t>
      </w:r>
      <w:r w:rsidRPr="00D83543">
        <w:rPr>
          <w:color w:val="000000" w:themeColor="text1"/>
        </w:rPr>
        <w:br/>
      </w:r>
      <w:r w:rsidRPr="00D83543">
        <w:rPr>
          <w:color w:val="000000" w:themeColor="text1"/>
        </w:rPr>
        <w:br/>
        <w:t>Parents should begin oral cleaning as soon as the first tooth appears. Use a soft baby brush and a rice-grain amount of fluoridated toothpaste if recommended for age and risk. Brush before bedtime. If the baby feeds again during the night, wiping the teeth with clean gauze may help when brushing is not practical.</w:t>
      </w:r>
      <w:r w:rsidRPr="00D83543">
        <w:rPr>
          <w:color w:val="000000" w:themeColor="text1"/>
        </w:rPr>
        <w:br/>
      </w:r>
      <w:r w:rsidRPr="00D83543">
        <w:rPr>
          <w:color w:val="000000" w:themeColor="text1"/>
        </w:rPr>
        <w:br/>
        <w:t>A pediatric dentist can give individualized advice by age one.</w:t>
      </w:r>
    </w:p>
    <w:p w:rsidR="006C012F" w:rsidRPr="00D83543" w:rsidRDefault="00000000">
      <w:pPr>
        <w:pStyle w:val="Balk2"/>
        <w:rPr>
          <w:color w:val="000000" w:themeColor="text1"/>
        </w:rPr>
      </w:pPr>
      <w:r w:rsidRPr="00D83543">
        <w:rPr>
          <w:color w:val="000000" w:themeColor="text1"/>
        </w:rPr>
        <w:t>Question 31</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is a dental crown for children's teeth?</w:t>
      </w:r>
    </w:p>
    <w:p w:rsidR="006C012F" w:rsidRPr="00D83543" w:rsidRDefault="00000000">
      <w:pPr>
        <w:rPr>
          <w:color w:val="000000" w:themeColor="text1"/>
        </w:rPr>
      </w:pPr>
      <w:r w:rsidRPr="00D83543">
        <w:rPr>
          <w:b/>
          <w:color w:val="000000" w:themeColor="text1"/>
        </w:rPr>
        <w:lastRenderedPageBreak/>
        <w:t>ChatGPT:</w:t>
      </w:r>
      <w:r w:rsidRPr="00D83543">
        <w:rPr>
          <w:b/>
          <w:color w:val="000000" w:themeColor="text1"/>
        </w:rPr>
        <w:br/>
      </w:r>
      <w:r w:rsidRPr="00D83543">
        <w:rPr>
          <w:color w:val="000000" w:themeColor="text1"/>
        </w:rPr>
        <w:t>A dental crown in children is a protective cap placed over a tooth when a normal filling is not enough. It is often used for baby molars with large cavities, teeth after pulp treatment, teeth with weak enamel, or teeth that are broken or badly damaged.</w:t>
      </w:r>
      <w:r w:rsidRPr="00D83543">
        <w:rPr>
          <w:color w:val="000000" w:themeColor="text1"/>
        </w:rPr>
        <w:br/>
      </w:r>
      <w:r w:rsidRPr="00D83543">
        <w:rPr>
          <w:color w:val="000000" w:themeColor="text1"/>
        </w:rPr>
        <w:br/>
        <w:t>The crown covers the tooth and helps it keep functioning until the baby tooth naturally falls out. For back baby teeth, stainless steel crowns are common because they are strong and durable. Tooth-colored crowns may be used in some cases, especially for front teeth.</w:t>
      </w:r>
      <w:r w:rsidRPr="00D83543">
        <w:rPr>
          <w:color w:val="000000" w:themeColor="text1"/>
        </w:rPr>
        <w:br/>
      </w:r>
      <w:r w:rsidRPr="00D83543">
        <w:rPr>
          <w:color w:val="000000" w:themeColor="text1"/>
        </w:rPr>
        <w:br/>
        <w:t>Crowns are not placed just for appearance. They protect teeth that would otherwise break, leak around a large filling, or become painful again. The dentist decides based on how much tooth structure remains, the child’s age, bite, caries risk, and cooperation. The child still needs brushing, flossing, diet control, and regular checks because decay can occur around poorly cleaned margins.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 pediatric dental crown is a cap that covers and protects a damaged tooth. It is commonly used on baby teeth when decay is too extensive for a simple filling or after pulp treatment. Baby teeth have thinner walls than adult teeth, so large fillings may not last well. A crown can restore strength and function.</w:t>
      </w:r>
      <w:r w:rsidRPr="00D83543">
        <w:rPr>
          <w:color w:val="000000" w:themeColor="text1"/>
        </w:rPr>
        <w:br/>
      </w:r>
      <w:r w:rsidRPr="00D83543">
        <w:rPr>
          <w:color w:val="000000" w:themeColor="text1"/>
        </w:rPr>
        <w:br/>
        <w:t>Stainless steel crowns are widely used on baby molars because they are strong, reliable, and cost-effective. They may look silver. For front teeth or selected cases, tooth-colored crowns such as strip crowns or zirconia crowns may be considered for better esthetics.</w:t>
      </w:r>
      <w:r w:rsidRPr="00D83543">
        <w:rPr>
          <w:color w:val="000000" w:themeColor="text1"/>
        </w:rPr>
        <w:br/>
      </w:r>
      <w:r w:rsidRPr="00D83543">
        <w:rPr>
          <w:color w:val="000000" w:themeColor="text1"/>
        </w:rPr>
        <w:br/>
        <w:t>The purpose is to keep the baby tooth healthy until its normal shedding time. This helps chewing, speech, space maintenance, and comfort. If a badly damaged baby tooth is left untreated, it may develop pain, infection, or early loss.</w:t>
      </w:r>
      <w:r w:rsidRPr="00D83543">
        <w:rPr>
          <w:color w:val="000000" w:themeColor="text1"/>
        </w:rPr>
        <w:br/>
      </w:r>
      <w:r w:rsidRPr="00D83543">
        <w:rPr>
          <w:color w:val="000000" w:themeColor="text1"/>
        </w:rPr>
        <w:br/>
        <w:t>The procedure may require local anesthesia. After placement, the child should avoid sticky foods for a short time if instructed and maintain good oral hygiene. Regular dental follow-up is important.</w:t>
      </w:r>
    </w:p>
    <w:p w:rsidR="006C012F" w:rsidRPr="00D83543" w:rsidRDefault="00000000">
      <w:pPr>
        <w:pStyle w:val="Balk2"/>
        <w:rPr>
          <w:color w:val="000000" w:themeColor="text1"/>
        </w:rPr>
      </w:pPr>
      <w:r w:rsidRPr="00D83543">
        <w:rPr>
          <w:color w:val="000000" w:themeColor="text1"/>
        </w:rPr>
        <w:t>Question 32</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Baby teeth will fall out anyway. Why should I have a filling done?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Baby teeth are temporary, but they are important. They help the child chew, speak, smile, and maintain space for the permanent teeth. A cavity in a baby tooth can cause pain, infection, abscess, sleep problems, difficulty eating, and early tooth loss.</w:t>
      </w:r>
      <w:r w:rsidRPr="00D83543">
        <w:rPr>
          <w:color w:val="000000" w:themeColor="text1"/>
        </w:rPr>
        <w:br/>
      </w:r>
      <w:r w:rsidRPr="00D83543">
        <w:rPr>
          <w:color w:val="000000" w:themeColor="text1"/>
        </w:rPr>
        <w:br/>
        <w:t>If a baby tooth is lost too early, neighboring teeth can move into the space and the permanent tooth may erupt crooked or become blocked. Infection from a baby tooth can also affect the developing permanent tooth in some cases.</w:t>
      </w:r>
      <w:r w:rsidRPr="00D83543">
        <w:rPr>
          <w:color w:val="000000" w:themeColor="text1"/>
        </w:rPr>
        <w:br/>
      </w:r>
      <w:r w:rsidRPr="00D83543">
        <w:rPr>
          <w:color w:val="000000" w:themeColor="text1"/>
        </w:rPr>
        <w:lastRenderedPageBreak/>
        <w:br/>
        <w:t>A filling treats the cavity before it becomes deeper and more painful. Early treatment is usually simpler, faster, and less stressful than waiting for a nerve infection or swelling. The dentist decides whether a filling, crown, pulp treatment, or extraction is most appropriate based on the tooth’s condition and how long it needs to remain in the mouth.</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It is true that baby teeth eventually fall out, but they must remain healthy until the correct time. They are not disposable teeth. They allow the child to chew properly, speak clearly, smile comfortably, and maintain nutrition. They also guide permanent teeth and hold space in the jaw.</w:t>
      </w:r>
      <w:r w:rsidRPr="00D83543">
        <w:rPr>
          <w:color w:val="000000" w:themeColor="text1"/>
        </w:rPr>
        <w:br/>
      </w:r>
      <w:r w:rsidRPr="00D83543">
        <w:rPr>
          <w:color w:val="000000" w:themeColor="text1"/>
        </w:rPr>
        <w:br/>
        <w:t>When a baby tooth has decay, the cavity can grow quickly. If it reaches the pulp, the child may develop toothache, night pain, abscess, facial swelling, or fever. Treatment then becomes more complex and stressful. Untreated infection can damage surrounding bone and may affect the permanent tooth bud developing underneath.</w:t>
      </w:r>
      <w:r w:rsidRPr="00D83543">
        <w:rPr>
          <w:color w:val="000000" w:themeColor="text1"/>
        </w:rPr>
        <w:br/>
      </w:r>
      <w:r w:rsidRPr="00D83543">
        <w:rPr>
          <w:color w:val="000000" w:themeColor="text1"/>
        </w:rPr>
        <w:br/>
        <w:t>Early loss of a baby tooth can also cause space loss. Adjacent teeth may drift, and the permanent tooth may not have enough room to erupt normally. This can lead to crowding and orthodontic problems.</w:t>
      </w:r>
      <w:r w:rsidRPr="00D83543">
        <w:rPr>
          <w:color w:val="000000" w:themeColor="text1"/>
        </w:rPr>
        <w:br/>
      </w:r>
      <w:r w:rsidRPr="00D83543">
        <w:rPr>
          <w:color w:val="000000" w:themeColor="text1"/>
        </w:rPr>
        <w:br/>
        <w:t>A filling is a conservative treatment that removes decay and restores the tooth. It helps the tooth function until its natural shedding time and prevents larger problems.</w:t>
      </w:r>
    </w:p>
    <w:p w:rsidR="006C012F" w:rsidRPr="00D83543" w:rsidRDefault="00000000">
      <w:pPr>
        <w:pStyle w:val="Balk2"/>
        <w:rPr>
          <w:color w:val="000000" w:themeColor="text1"/>
        </w:rPr>
      </w:pPr>
      <w:r w:rsidRPr="00D83543">
        <w:rPr>
          <w:color w:val="000000" w:themeColor="text1"/>
        </w:rPr>
        <w:t>Question 33</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Do natural sugar, honey, and molasses cause tooth decay?</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Natural sugar, honey, molasses, grape molasses, and similar sweet foods can cause tooth decay. Bacteria in the mouth use these sugars and produce acid, which weakens enamel. The teeth do not know whether the sugar came from a natural or processed source.</w:t>
      </w:r>
      <w:r w:rsidRPr="00D83543">
        <w:rPr>
          <w:color w:val="000000" w:themeColor="text1"/>
        </w:rPr>
        <w:br/>
      </w:r>
      <w:r w:rsidRPr="00D83543">
        <w:rPr>
          <w:color w:val="000000" w:themeColor="text1"/>
        </w:rPr>
        <w:br/>
        <w:t>Honey and molasses can be especially risky because they are sticky and can stay on the teeth. The risk increases when they are given often, used in bottles, added to pacifiers, or eaten before sleep without brushing.</w:t>
      </w:r>
      <w:r w:rsidRPr="00D83543">
        <w:rPr>
          <w:color w:val="000000" w:themeColor="text1"/>
        </w:rPr>
        <w:br/>
      </w:r>
      <w:r w:rsidRPr="00D83543">
        <w:rPr>
          <w:color w:val="000000" w:themeColor="text1"/>
        </w:rPr>
        <w:br/>
        <w:t>These foods do not need to be viewed as poison, but they should be limited and given with meals rather than many times during the day. After sweet foods, offer water and brush at routine times. Never dip a pacifier in honey or molasses. For babies under one year, honey should also be avoided for general health reasons because of botulism risk.</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 xml:space="preserve">Yes, natural sweeteners can still decay teeth. From the tooth’s point of view, sugar is sugar. Honey, molasses, fruit syrups, date syrup, and similar products contain fermentable </w:t>
      </w:r>
      <w:r w:rsidRPr="00D83543">
        <w:rPr>
          <w:color w:val="000000" w:themeColor="text1"/>
        </w:rPr>
        <w:lastRenderedPageBreak/>
        <w:t>carbohydrates. Oral bacteria metabolize these carbohydrates and produce acids that dissolve minerals from enamel.</w:t>
      </w:r>
      <w:r w:rsidRPr="00D83543">
        <w:rPr>
          <w:color w:val="000000" w:themeColor="text1"/>
        </w:rPr>
        <w:br/>
      </w:r>
      <w:r w:rsidRPr="00D83543">
        <w:rPr>
          <w:color w:val="000000" w:themeColor="text1"/>
        </w:rPr>
        <w:br/>
        <w:t>The risk depends strongly on frequency and stickiness. A small amount eaten with a meal is less harmful than repeated exposures throughout the day. Sticky sweeteners such as honey and molasses can remain on tooth surfaces and in grooves, extending acid exposure. Giving them before sleep is especially risky because saliva flow decreases at night.</w:t>
      </w:r>
      <w:r w:rsidRPr="00D83543">
        <w:rPr>
          <w:color w:val="000000" w:themeColor="text1"/>
        </w:rPr>
        <w:br/>
      </w:r>
      <w:r w:rsidRPr="00D83543">
        <w:rPr>
          <w:color w:val="000000" w:themeColor="text1"/>
        </w:rPr>
        <w:br/>
        <w:t>Parents sometimes believe natural sweeteners are safe because they contain minerals or are less processed. They may have nutritional value in small amounts, but they are not tooth-safe. Avoid using them on pacifiers, in bottles, or as sleep aids. Limit frequency, give water afterward, and brush with fluoride toothpaste before bedtime.</w:t>
      </w:r>
    </w:p>
    <w:p w:rsidR="006C012F" w:rsidRPr="00D83543" w:rsidRDefault="00000000">
      <w:pPr>
        <w:pStyle w:val="Balk2"/>
        <w:rPr>
          <w:color w:val="000000" w:themeColor="text1"/>
        </w:rPr>
      </w:pPr>
      <w:r w:rsidRPr="00D83543">
        <w:rPr>
          <w:color w:val="000000" w:themeColor="text1"/>
        </w:rPr>
        <w:t>Question 34</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Can long-term pacifier use damage my child's teeth?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Long-term and frequent pacifier use can negatively affect teeth and jaw development in some children, although it does not damage every child’s teeth. The risk depends on duration, frequency, sucking force, and the child’s mouth structure.</w:t>
      </w:r>
      <w:r w:rsidRPr="00D83543">
        <w:rPr>
          <w:color w:val="000000" w:themeColor="text1"/>
        </w:rPr>
        <w:br/>
      </w:r>
      <w:r w:rsidRPr="00D83543">
        <w:rPr>
          <w:color w:val="000000" w:themeColor="text1"/>
        </w:rPr>
        <w:br/>
        <w:t>Possible effects include open bite, where the front teeth do not meet; increased overjet, where the upper front teeth tip forward; narrowing of the upper jaw; crowding tendencies; and changes in tongue posture, swallowing, or speech habits. Some changes may improve after the pacifier is stopped, especially at younger ages. The chance of persistence increases as the child gets older.</w:t>
      </w:r>
      <w:r w:rsidRPr="00D83543">
        <w:rPr>
          <w:color w:val="000000" w:themeColor="text1"/>
        </w:rPr>
        <w:br/>
      </w:r>
      <w:r w:rsidRPr="00D83543">
        <w:rPr>
          <w:color w:val="000000" w:themeColor="text1"/>
        </w:rPr>
        <w:br/>
        <w:t>Risk begins to rise after about age two and is more important after ages three to four, especially with day-long or continuous night use. To reduce risk, first limit the pacifier to sleep, then stop it gradually. Do not let the child keep it in the mouth throughout the day. Orthodontic pacifiers may reduce pressure but do not remove the risk. Never dip a pacifier in honey or sugar. See a dentist if open bite, crossbite, upper jaw narrowing, cavities, or heavy use after age three is present.</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Yes, pacifier use that continues for a long time, especially beyond certain ages, can cause changes in the teeth and jaws. The effect depends on how often the pacifier is used, how long it stays in the mouth, and how strongly the child sucks.</w:t>
      </w:r>
      <w:r w:rsidRPr="00D83543">
        <w:rPr>
          <w:color w:val="000000" w:themeColor="text1"/>
        </w:rPr>
        <w:br/>
      </w:r>
      <w:r w:rsidRPr="00D83543">
        <w:rPr>
          <w:color w:val="000000" w:themeColor="text1"/>
        </w:rPr>
        <w:br/>
        <w:t>Possible problems include open bite, in which the front teeth do not touch; crossbite, often related to narrowing of the upper jaw; forward tipping of the upper front teeth and backward pressure on the lower teeth; and changes in the palate, which may become narrower or deeper.</w:t>
      </w:r>
      <w:r w:rsidRPr="00D83543">
        <w:rPr>
          <w:color w:val="000000" w:themeColor="text1"/>
        </w:rPr>
        <w:br/>
      </w:r>
      <w:r w:rsidRPr="00D83543">
        <w:rPr>
          <w:color w:val="000000" w:themeColor="text1"/>
        </w:rPr>
        <w:br/>
      </w:r>
      <w:r w:rsidRPr="00D83543">
        <w:rPr>
          <w:color w:val="000000" w:themeColor="text1"/>
        </w:rPr>
        <w:lastRenderedPageBreak/>
        <w:t>During the first two years, pacifier use is usually part of normal soothing and often does not leave permanent damage. Between two and four years, dental changes may begin but may still improve after the habit stops. After age four, especially as permanent teeth approach eruption, self-correction becomes less likely and orthodontic treatment may be needed.</w:t>
      </w:r>
      <w:r w:rsidRPr="00D83543">
        <w:rPr>
          <w:color w:val="000000" w:themeColor="text1"/>
        </w:rPr>
        <w:br/>
      </w:r>
      <w:r w:rsidRPr="00D83543">
        <w:rPr>
          <w:color w:val="000000" w:themeColor="text1"/>
        </w:rPr>
        <w:br/>
        <w:t>The ideal approach is to reduce use around age two, restrict it to sleep if necessary, and stop before age three. Orthodontic pacifiers may be preferable, but sucking force and total time remain important.</w:t>
      </w:r>
    </w:p>
    <w:p w:rsidR="006C012F" w:rsidRPr="00D83543" w:rsidRDefault="00000000">
      <w:pPr>
        <w:pStyle w:val="Balk2"/>
        <w:rPr>
          <w:color w:val="000000" w:themeColor="text1"/>
        </w:rPr>
      </w:pPr>
      <w:r w:rsidRPr="00D83543">
        <w:rPr>
          <w:color w:val="000000" w:themeColor="text1"/>
        </w:rPr>
        <w:t>Question 35</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grinds teeth at night. Is this normal?</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night tooth grinding, or bruxism, is fairly common in children and is often temporary and harmless. It should still be observed because in some cases there may be an underlying cause or tooth wear.</w:t>
      </w:r>
      <w:r w:rsidRPr="00D83543">
        <w:rPr>
          <w:color w:val="000000" w:themeColor="text1"/>
        </w:rPr>
        <w:br/>
      </w:r>
      <w:r w:rsidRPr="00D83543">
        <w:rPr>
          <w:color w:val="000000" w:themeColor="text1"/>
        </w:rPr>
        <w:br/>
        <w:t>It is usually less concerning if it happens occasionally, the child does not wake with jaw pain or headache, and there is no visible tooth wear or breakage. Common causes include stress, anxiety, changes in routine, poor sleep, nasal blockage, mouth breathing, allergies, adenoid problems, teething, and the way the bite is developing. Less often it may be related to reflux, medicines, or sleep disorders.</w:t>
      </w:r>
      <w:r w:rsidRPr="00D83543">
        <w:rPr>
          <w:color w:val="000000" w:themeColor="text1"/>
        </w:rPr>
        <w:br/>
      </w:r>
      <w:r w:rsidRPr="00D83543">
        <w:rPr>
          <w:color w:val="000000" w:themeColor="text1"/>
        </w:rPr>
        <w:br/>
        <w:t>Helpful steps include a regular bedtime routine, calmer activities before sleep, less screen time before bed, a bath or story, addressing stress, and treating nasal obstruction when present. Reduce gum chewing and very hard foods if jaw pain occurs.</w:t>
      </w:r>
      <w:r w:rsidRPr="00D83543">
        <w:rPr>
          <w:color w:val="000000" w:themeColor="text1"/>
        </w:rPr>
        <w:br/>
      </w:r>
      <w:r w:rsidRPr="00D83543">
        <w:rPr>
          <w:color w:val="000000" w:themeColor="text1"/>
        </w:rPr>
        <w:br/>
        <w:t>See a dentist or pediatrician if grinding occurs most nights for more than three or four weeks, if teeth wear down, if there is morning headache or jaw pain, jaw clicking, snoring, pauses in breathing, mouth-open sleeping, or daytime clenching. Night guards are not always the first choice for children and should be prescribed by a dentist.</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In many children, nighttime tooth grinding is normal and does not require panic. Bruxism is common, especially during periods when baby teeth are being replaced by permanent teeth. Many children stop the habit spontaneously after the permanent teeth settle.</w:t>
      </w:r>
      <w:r w:rsidRPr="00D83543">
        <w:rPr>
          <w:color w:val="000000" w:themeColor="text1"/>
        </w:rPr>
        <w:br/>
      </w:r>
      <w:r w:rsidRPr="00D83543">
        <w:rPr>
          <w:color w:val="000000" w:themeColor="text1"/>
        </w:rPr>
        <w:br/>
        <w:t>The causes are often developmental rather than serious disease. As teeth erupt and the bite changes, children may grind while the jaws adapt. Stress, school worries, sibling jealousy, or changes at home can also increase grinding. Less commonly, enlarged adenoids, nasal obstruction, ear pain, or other medical factors may contribute.</w:t>
      </w:r>
      <w:r w:rsidRPr="00D83543">
        <w:rPr>
          <w:color w:val="000000" w:themeColor="text1"/>
        </w:rPr>
        <w:br/>
      </w:r>
      <w:r w:rsidRPr="00D83543">
        <w:rPr>
          <w:color w:val="000000" w:themeColor="text1"/>
        </w:rPr>
        <w:br/>
        <w:t xml:space="preserve">A professional evaluation is useful if there is visible enamel wear, chipping, flattening of the teeth, jaw, face, or ear pain in the morning, or sleep problems such as snoring, open-mouth </w:t>
      </w:r>
      <w:r w:rsidRPr="00D83543">
        <w:rPr>
          <w:color w:val="000000" w:themeColor="text1"/>
        </w:rPr>
        <w:lastRenderedPageBreak/>
        <w:t>sleeping, or breathing difficulty.</w:t>
      </w:r>
      <w:r w:rsidRPr="00D83543">
        <w:rPr>
          <w:color w:val="000000" w:themeColor="text1"/>
        </w:rPr>
        <w:br/>
      </w:r>
      <w:r w:rsidRPr="00D83543">
        <w:rPr>
          <w:color w:val="000000" w:themeColor="text1"/>
        </w:rPr>
        <w:br/>
        <w:t>At home, observe the pattern and avoid increasing the child’s anxiety. A calming bedtime routine, such as a warm shower and reading, may help relax the muscles. If there is no tooth damage or morning pain, the habit is often temporary.</w:t>
      </w:r>
    </w:p>
    <w:p w:rsidR="006C012F" w:rsidRPr="00D83543" w:rsidRDefault="00000000">
      <w:pPr>
        <w:pStyle w:val="Balk2"/>
        <w:rPr>
          <w:color w:val="000000" w:themeColor="text1"/>
        </w:rPr>
      </w:pPr>
      <w:r w:rsidRPr="00D83543">
        <w:rPr>
          <w:color w:val="000000" w:themeColor="text1"/>
        </w:rPr>
        <w:t>Question 36</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sucks a thumb. Will it harm the teeth?</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Thumb sucking can harm teeth and jaw development if it lasts too long or is very strong, but not every child who sucks a thumb will develop a problem.</w:t>
      </w:r>
      <w:r w:rsidRPr="00D83543">
        <w:rPr>
          <w:color w:val="000000" w:themeColor="text1"/>
        </w:rPr>
        <w:br/>
      </w:r>
      <w:r w:rsidRPr="00D83543">
        <w:rPr>
          <w:color w:val="000000" w:themeColor="text1"/>
        </w:rPr>
        <w:br/>
        <w:t>From zero to three years, the habit often decreases on its own and permanent damage is not usually expected. After ages three to four, the risk increases. After ages four to six, especially when permanent front teeth are starting to erupt, problems are more likely.</w:t>
      </w:r>
      <w:r w:rsidRPr="00D83543">
        <w:rPr>
          <w:color w:val="000000" w:themeColor="text1"/>
        </w:rPr>
        <w:br/>
      </w:r>
      <w:r w:rsidRPr="00D83543">
        <w:rPr>
          <w:color w:val="000000" w:themeColor="text1"/>
        </w:rPr>
        <w:br/>
        <w:t>Frequent, long, or forceful sucking can cause open bite, upper jaw narrowing, crowding tendencies, speech sound problems, or skin irritation on the thumb. Risk is higher if the child sucks during the day, while falling asleep, and through the night, or if there is visible cheek pulling and strong suction.</w:t>
      </w:r>
      <w:r w:rsidRPr="00D83543">
        <w:rPr>
          <w:color w:val="000000" w:themeColor="text1"/>
        </w:rPr>
        <w:br/>
      </w:r>
      <w:r w:rsidRPr="00D83543">
        <w:rPr>
          <w:color w:val="000000" w:themeColor="text1"/>
        </w:rPr>
        <w:br/>
        <w:t>At home, avoid scolding or shaming because this can increase stress. Identify triggers such as boredom, screen time, anxiety, or sibling jealousy. Offer alternatives such as a bedtime routine, a small toy, or a comfort object. Use small goals and reward systems. Bandages or bitter nail solutions may help some children but may increase anxiety in others.</w:t>
      </w:r>
      <w:r w:rsidRPr="00D83543">
        <w:rPr>
          <w:color w:val="000000" w:themeColor="text1"/>
        </w:rPr>
        <w:br/>
      </w:r>
      <w:r w:rsidRPr="00D83543">
        <w:rPr>
          <w:color w:val="000000" w:themeColor="text1"/>
        </w:rPr>
        <w:br/>
        <w:t>See a pediatric dentist or orthodontist if the child is older than four, cannot stop, or if the front teeth do not close, the upper teeth protrude, speech is affected, or mouth breathing is also present.</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Thumb sucking is a natural reflex in young children and often disappears by itself. However, if it continues beyond certain ages, it can damage the teeth and jaw.</w:t>
      </w:r>
      <w:r w:rsidRPr="00D83543">
        <w:rPr>
          <w:color w:val="000000" w:themeColor="text1"/>
        </w:rPr>
        <w:br/>
      </w:r>
      <w:r w:rsidRPr="00D83543">
        <w:rPr>
          <w:color w:val="000000" w:themeColor="text1"/>
        </w:rPr>
        <w:br/>
        <w:t>In the first three years of life, thumb sucking is usually considered normal. Minor changes in baby teeth often improve when the habit stops. Between ages three and four, most children begin to stop as they become more social. If the habit continues, gentle encouragement may be needed, but pressure should be avoided. After ages five to six, when permanent teeth begin to erupt, continued thumb sucking should be addressed because changes can become more permanent and orthodontic treatment may be needed later.</w:t>
      </w:r>
      <w:r w:rsidRPr="00D83543">
        <w:rPr>
          <w:color w:val="000000" w:themeColor="text1"/>
        </w:rPr>
        <w:br/>
      </w:r>
      <w:r w:rsidRPr="00D83543">
        <w:rPr>
          <w:color w:val="000000" w:themeColor="text1"/>
        </w:rPr>
        <w:br/>
        <w:t xml:space="preserve">Possible effects include open bite, where the front teeth do not meet; protruding upper front teeth; inward pressure on the lower teeth; narrowing of the upper jaw; and changes in </w:t>
      </w:r>
      <w:r w:rsidRPr="00D83543">
        <w:rPr>
          <w:color w:val="000000" w:themeColor="text1"/>
        </w:rPr>
        <w:lastRenderedPageBreak/>
        <w:t>the palate. The risk is higher when the child actively sucks with force rather than simply resting the thumb in the mouth.</w:t>
      </w:r>
      <w:r w:rsidRPr="00D83543">
        <w:rPr>
          <w:color w:val="000000" w:themeColor="text1"/>
        </w:rPr>
        <w:br/>
      </w:r>
      <w:r w:rsidRPr="00D83543">
        <w:rPr>
          <w:color w:val="000000" w:themeColor="text1"/>
        </w:rPr>
        <w:br/>
        <w:t>The response should be supportive, not punitive. A pediatric dentist can evaluate whether observation, behavior guidance, or an oral appliance is needed.</w:t>
      </w:r>
    </w:p>
    <w:p w:rsidR="006C012F" w:rsidRPr="00D83543" w:rsidRDefault="00000000">
      <w:pPr>
        <w:pStyle w:val="Balk2"/>
        <w:rPr>
          <w:color w:val="000000" w:themeColor="text1"/>
        </w:rPr>
      </w:pPr>
      <w:r w:rsidRPr="00D83543">
        <w:rPr>
          <w:color w:val="000000" w:themeColor="text1"/>
        </w:rPr>
        <w:t>Question 37</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child's teeth are crowded. What should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Crowding in children should be evaluated by a dentist or orthodontist, but it does not always mean immediate braces. Some spacing and crowding can change as the jaws grow and baby teeth fall out.</w:t>
      </w:r>
      <w:r w:rsidRPr="00D83543">
        <w:rPr>
          <w:color w:val="000000" w:themeColor="text1"/>
        </w:rPr>
        <w:br/>
      </w:r>
      <w:r w:rsidRPr="00D83543">
        <w:rPr>
          <w:color w:val="000000" w:themeColor="text1"/>
        </w:rPr>
        <w:br/>
        <w:t>If the child is around six to seven, the first orthodontic evaluation is often helpful. The dentist checks tooth eruption, jaw width, bite relationships, habits, and whether there is enough space for permanent teeth. Early treatment may be useful if there is crossbite, severe crowding, a jaw-growth problem, a blocked permanent tooth, mouth breathing, thumb sucking, or premature loss of baby teeth.</w:t>
      </w:r>
      <w:r w:rsidRPr="00D83543">
        <w:rPr>
          <w:color w:val="000000" w:themeColor="text1"/>
        </w:rPr>
        <w:br/>
      </w:r>
      <w:r w:rsidRPr="00D83543">
        <w:rPr>
          <w:color w:val="000000" w:themeColor="text1"/>
        </w:rPr>
        <w:br/>
        <w:t>Do not wait if teeth erupt in the wrong position, a baby tooth does not fall out, the bite is shifted, the front teeth are very protruded, or chewing and speech are affected. At home, keep teeth clean because crowded teeth trap plaque more easily. Help the child brush and use floss or floss holders where teeth touch. The main step is a professional evaluation and a follow-up plan.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Crowding means there is not enough room in the jaw for the teeth to line up properly. It may appear in baby teeth, mixed dentition, or permanent teeth. The first step is not to panic, but to have the child examined by a pediatric dentist or orthodontist.</w:t>
      </w:r>
      <w:r w:rsidRPr="00D83543">
        <w:rPr>
          <w:color w:val="000000" w:themeColor="text1"/>
        </w:rPr>
        <w:br/>
      </w:r>
      <w:r w:rsidRPr="00D83543">
        <w:rPr>
          <w:color w:val="000000" w:themeColor="text1"/>
        </w:rPr>
        <w:br/>
        <w:t>Some crowding is temporary during growth. In other cases, early guidance can prevent a more difficult problem. The dentist will evaluate jaw size, tooth size, eruption sequence, bite, habits such as thumb sucking, mouth breathing, and whether baby teeth were lost too early.</w:t>
      </w:r>
      <w:r w:rsidRPr="00D83543">
        <w:rPr>
          <w:color w:val="000000" w:themeColor="text1"/>
        </w:rPr>
        <w:br/>
      </w:r>
      <w:r w:rsidRPr="00D83543">
        <w:rPr>
          <w:color w:val="000000" w:themeColor="text1"/>
        </w:rPr>
        <w:br/>
        <w:t>An orthodontic check around age seven is commonly recommended because the first permanent molars and incisors have usually erupted by then. Early treatment may involve observation, space maintainers, expansion, habit correction, or limited appliances. Full braces may not be needed immediately.</w:t>
      </w:r>
      <w:r w:rsidRPr="00D83543">
        <w:rPr>
          <w:color w:val="000000" w:themeColor="text1"/>
        </w:rPr>
        <w:br/>
      </w:r>
      <w:r w:rsidRPr="00D83543">
        <w:rPr>
          <w:color w:val="000000" w:themeColor="text1"/>
        </w:rPr>
        <w:br/>
        <w:t xml:space="preserve">Parents should also focus on hygiene. Crowded teeth are harder to clean, so plaque and cavities can develop more easily. Brushing should be supervised, and flossing should be </w:t>
      </w:r>
      <w:r w:rsidRPr="00D83543">
        <w:rPr>
          <w:color w:val="000000" w:themeColor="text1"/>
        </w:rPr>
        <w:lastRenderedPageBreak/>
        <w:t>added where teeth touch. If crowding is severe, painful, asymmetric, or associated with delayed eruption, a specialist evaluation should not be delayed.</w:t>
      </w:r>
    </w:p>
    <w:p w:rsidR="006C012F" w:rsidRPr="00D83543" w:rsidRDefault="00000000">
      <w:pPr>
        <w:pStyle w:val="Balk2"/>
        <w:rPr>
          <w:color w:val="000000" w:themeColor="text1"/>
        </w:rPr>
      </w:pPr>
      <w:r w:rsidRPr="00D83543">
        <w:rPr>
          <w:color w:val="000000" w:themeColor="text1"/>
        </w:rPr>
        <w:t>Question 38</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child's tooth was extracted early. Will the teeth become crooked?</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Early loss of a baby tooth can increase the risk of crowding or crooked teeth, but the effect depends on which tooth was lost, the child’s age, how close the permanent tooth is to erupting, and whether there is already enough space.</w:t>
      </w:r>
      <w:r w:rsidRPr="00D83543">
        <w:rPr>
          <w:color w:val="000000" w:themeColor="text1"/>
        </w:rPr>
        <w:br/>
      </w:r>
      <w:r w:rsidRPr="00D83543">
        <w:rPr>
          <w:color w:val="000000" w:themeColor="text1"/>
        </w:rPr>
        <w:br/>
        <w:t>Baby teeth act as natural space holders. If a baby molar is lost too early, neighboring teeth may drift into the empty space. This can reduce the space for the permanent tooth and may lead to crowding, delayed eruption, or impaction.</w:t>
      </w:r>
      <w:r w:rsidRPr="00D83543">
        <w:rPr>
          <w:color w:val="000000" w:themeColor="text1"/>
        </w:rPr>
        <w:br/>
      </w:r>
      <w:r w:rsidRPr="00D83543">
        <w:rPr>
          <w:color w:val="000000" w:themeColor="text1"/>
        </w:rPr>
        <w:br/>
        <w:t>The dentist will evaluate the eruption stage with an examination and sometimes an X-ray. If the permanent tooth will erupt soon, only observation may be enough. If eruption is far away or the lost tooth is important for space, a space maintainer may be recommended.</w:t>
      </w:r>
      <w:r w:rsidRPr="00D83543">
        <w:rPr>
          <w:color w:val="000000" w:themeColor="text1"/>
        </w:rPr>
        <w:br/>
      </w:r>
      <w:r w:rsidRPr="00D83543">
        <w:rPr>
          <w:color w:val="000000" w:themeColor="text1"/>
        </w:rPr>
        <w:br/>
        <w:t>Do not assume that every early extraction will cause crooked teeth, but do not ignore it either. Regular follow-up is important to protect the space and monitor eruption.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Yes, early extraction of a baby tooth can cause alignment problems, especially when a back baby molar is lost before its normal time. Baby teeth have important jobs. They allow chewing and speech, guide jaw development, and hold space for the permanent teeth.</w:t>
      </w:r>
      <w:r w:rsidRPr="00D83543">
        <w:rPr>
          <w:color w:val="000000" w:themeColor="text1"/>
        </w:rPr>
        <w:br/>
      </w:r>
      <w:r w:rsidRPr="00D83543">
        <w:rPr>
          <w:color w:val="000000" w:themeColor="text1"/>
        </w:rPr>
        <w:br/>
        <w:t>When a baby tooth is removed too early, the neighboring teeth may tilt or move into the empty space. As a result, the permanent tooth that should erupt there may not have enough room. It may erupt crooked, remain trapped, or cause crowding. The risk is higher when the extraction occurs years before the permanent successor is expected.</w:t>
      </w:r>
      <w:r w:rsidRPr="00D83543">
        <w:rPr>
          <w:color w:val="000000" w:themeColor="text1"/>
        </w:rPr>
        <w:br/>
      </w:r>
      <w:r w:rsidRPr="00D83543">
        <w:rPr>
          <w:color w:val="000000" w:themeColor="text1"/>
        </w:rPr>
        <w:br/>
        <w:t>The solution may be a space maintainer. This is a small appliance that preserves the empty space until the permanent tooth erupts. It is not needed in every case. The dentist decides based on the child’s age, which tooth was lost, the amount of space, the X-ray appearance, and eruption timing.</w:t>
      </w:r>
      <w:r w:rsidRPr="00D83543">
        <w:rPr>
          <w:color w:val="000000" w:themeColor="text1"/>
        </w:rPr>
        <w:br/>
      </w:r>
      <w:r w:rsidRPr="00D83543">
        <w:rPr>
          <w:color w:val="000000" w:themeColor="text1"/>
        </w:rPr>
        <w:br/>
        <w:t>A child whose baby tooth is extracted early should be followed regularly so that space loss can be prevented or detected early.</w:t>
      </w:r>
    </w:p>
    <w:p w:rsidR="006C012F" w:rsidRPr="00D83543" w:rsidRDefault="00000000">
      <w:pPr>
        <w:pStyle w:val="Balk2"/>
        <w:rPr>
          <w:color w:val="000000" w:themeColor="text1"/>
        </w:rPr>
      </w:pPr>
      <w:r w:rsidRPr="00D83543">
        <w:rPr>
          <w:color w:val="000000" w:themeColor="text1"/>
        </w:rPr>
        <w:t>Question 39</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sleeps with the mouth open at night. Will the teeth be affected?</w:t>
      </w:r>
    </w:p>
    <w:p w:rsidR="006C012F" w:rsidRPr="00D83543" w:rsidRDefault="00000000">
      <w:pPr>
        <w:rPr>
          <w:color w:val="000000" w:themeColor="text1"/>
        </w:rPr>
      </w:pPr>
      <w:r w:rsidRPr="00D83543">
        <w:rPr>
          <w:b/>
          <w:color w:val="000000" w:themeColor="text1"/>
        </w:rPr>
        <w:lastRenderedPageBreak/>
        <w:t>ChatGPT:</w:t>
      </w:r>
      <w:r w:rsidRPr="00D83543">
        <w:rPr>
          <w:b/>
          <w:color w:val="000000" w:themeColor="text1"/>
        </w:rPr>
        <w:br/>
      </w:r>
      <w:r w:rsidRPr="00D83543">
        <w:rPr>
          <w:color w:val="000000" w:themeColor="text1"/>
        </w:rPr>
        <w:t>Mouth-open sleeping can affect oral health if it happens often, especially when it is related to mouth breathing. Dry mouth reduces saliva’s protective effect, increasing the risk of cavities, gum irritation, bad breath, and plaque accumulation.</w:t>
      </w:r>
      <w:r w:rsidRPr="00D83543">
        <w:rPr>
          <w:color w:val="000000" w:themeColor="text1"/>
        </w:rPr>
        <w:br/>
      </w:r>
      <w:r w:rsidRPr="00D83543">
        <w:rPr>
          <w:color w:val="000000" w:themeColor="text1"/>
        </w:rPr>
        <w:br/>
        <w:t>Long-term mouth breathing may also be associated with changes in jaw and facial growth, narrow upper jaw, crossbite, open bite, and crowded teeth. It does not always cause these problems by itself, but it is a warning sign that should be evaluated.</w:t>
      </w:r>
      <w:r w:rsidRPr="00D83543">
        <w:rPr>
          <w:color w:val="000000" w:themeColor="text1"/>
        </w:rPr>
        <w:br/>
      </w:r>
      <w:r w:rsidRPr="00D83543">
        <w:rPr>
          <w:color w:val="000000" w:themeColor="text1"/>
        </w:rPr>
        <w:br/>
        <w:t>Common causes include nasal congestion, allergies, enlarged adenoids or tonsils, chronic sinus issues, and habit. Watch for snoring, restless sleep, pauses in breathing, daytime tiredness, frequent nasal obstruction, and open-mouth posture during the day.</w:t>
      </w:r>
      <w:r w:rsidRPr="00D83543">
        <w:rPr>
          <w:color w:val="000000" w:themeColor="text1"/>
        </w:rPr>
        <w:br/>
      </w:r>
      <w:r w:rsidRPr="00D83543">
        <w:rPr>
          <w:color w:val="000000" w:themeColor="text1"/>
        </w:rPr>
        <w:br/>
        <w:t>Keep brushing effective, use fluoride toothpaste, offer water, and do not allow sweet drinks at night. A dentist can assess tooth and jaw effects, while a pediatrician or ear-nose-throat specialist can evaluate breathing causes.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Sleeping with the mouth open may seem harmless, but if it happens regularly it can affect both oral health and growth. The main problem is dryness. Saliva protects teeth by washing food away, buffering acids, and helping remineralize enamel. When the mouth stays open, saliva evaporates and the risk of cavities, gum inflammation, bad breath, and plaque increases.</w:t>
      </w:r>
      <w:r w:rsidRPr="00D83543">
        <w:rPr>
          <w:color w:val="000000" w:themeColor="text1"/>
        </w:rPr>
        <w:br/>
      </w:r>
      <w:r w:rsidRPr="00D83543">
        <w:rPr>
          <w:color w:val="000000" w:themeColor="text1"/>
        </w:rPr>
        <w:br/>
        <w:t>Persistent mouth breathing can also influence jaw development in some children. It may be associated with a narrow upper jaw, high palate, crossbite, open bite, and crowding. The child may also have dry lips or a habitually open mouth during the day.</w:t>
      </w:r>
      <w:r w:rsidRPr="00D83543">
        <w:rPr>
          <w:color w:val="000000" w:themeColor="text1"/>
        </w:rPr>
        <w:br/>
      </w:r>
      <w:r w:rsidRPr="00D83543">
        <w:rPr>
          <w:color w:val="000000" w:themeColor="text1"/>
        </w:rPr>
        <w:br/>
        <w:t>Possible causes include allergies, chronic nasal congestion, enlarged adenoids, enlarged tonsils, sinus problems, and sleep-disordered breathing. Snoring, pauses in breathing, restless sleep, sweating, or daytime sleepiness should be taken seriously.</w:t>
      </w:r>
      <w:r w:rsidRPr="00D83543">
        <w:rPr>
          <w:color w:val="000000" w:themeColor="text1"/>
        </w:rPr>
        <w:br/>
      </w:r>
      <w:r w:rsidRPr="00D83543">
        <w:rPr>
          <w:color w:val="000000" w:themeColor="text1"/>
        </w:rPr>
        <w:br/>
        <w:t>A dental visit can evaluate the teeth and bite, but the breathing pathway may need assessment by a pediatrician or ear-nose-throat specialist. Treating the cause can protect both sleep quality and oral development.</w:t>
      </w:r>
    </w:p>
    <w:p w:rsidR="006C012F" w:rsidRPr="00D83543" w:rsidRDefault="00000000">
      <w:pPr>
        <w:pStyle w:val="Balk2"/>
        <w:rPr>
          <w:color w:val="000000" w:themeColor="text1"/>
        </w:rPr>
      </w:pPr>
      <w:r w:rsidRPr="00D83543">
        <w:rPr>
          <w:color w:val="000000" w:themeColor="text1"/>
        </w:rPr>
        <w:t>Question 40</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When do baby teeth change?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Baby teeth usually begin to fall out around age six and are replaced gradually until about ages twelve to thirteen. The first teeth to loosen are often the lower front teeth. Around the same time, the first permanent molars erupt behind the baby molars; these are not replacements and parents may not notice them.</w:t>
      </w:r>
      <w:r w:rsidRPr="00D83543">
        <w:rPr>
          <w:color w:val="000000" w:themeColor="text1"/>
        </w:rPr>
        <w:br/>
      </w:r>
      <w:r w:rsidRPr="00D83543">
        <w:rPr>
          <w:color w:val="000000" w:themeColor="text1"/>
        </w:rPr>
        <w:lastRenderedPageBreak/>
        <w:br/>
        <w:t>The timing varies from child to child. Some children start earlier or later. What matters is the pattern, symmetry, and whether permanent teeth have enough space. If a baby tooth does not loosen while the permanent tooth erupts behind it, if eruption is very delayed, or if there is pain, swelling, or severe crowding, a dentist should examine the child.</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The change from baby teeth to permanent teeth usually starts around six years of age. The lower front incisors often fall out first, followed by the upper front teeth. At about the same time, the first permanent molars, known as six-year molars, erupt behind the existing baby teeth. These molars do not replace any baby tooth.</w:t>
      </w:r>
      <w:r w:rsidRPr="00D83543">
        <w:rPr>
          <w:color w:val="000000" w:themeColor="text1"/>
        </w:rPr>
        <w:br/>
      </w:r>
      <w:r w:rsidRPr="00D83543">
        <w:rPr>
          <w:color w:val="000000" w:themeColor="text1"/>
        </w:rPr>
        <w:br/>
        <w:t>The mixed dentition period continues for several years. Many baby molars and canines are replaced between ages nine and twelve, and the second permanent molars erupt around age twelve. Most children have lost all baby teeth by about twelve or thirteen years of age.</w:t>
      </w:r>
      <w:r w:rsidRPr="00D83543">
        <w:rPr>
          <w:color w:val="000000" w:themeColor="text1"/>
        </w:rPr>
        <w:br/>
      </w:r>
      <w:r w:rsidRPr="00D83543">
        <w:rPr>
          <w:color w:val="000000" w:themeColor="text1"/>
        </w:rPr>
        <w:br/>
        <w:t>Normal timing can vary. A difference of several months is usually not a problem. A dental evaluation is recommended if teeth are lost very early, if no changes have started by around age seven or eight, if one side is much delayed compared with the other, or if a permanent tooth erupts while the baby tooth remains firm.</w:t>
      </w:r>
    </w:p>
    <w:p w:rsidR="006C012F" w:rsidRPr="00D83543" w:rsidRDefault="00000000">
      <w:pPr>
        <w:pStyle w:val="Balk2"/>
        <w:rPr>
          <w:color w:val="000000" w:themeColor="text1"/>
        </w:rPr>
      </w:pPr>
      <w:r w:rsidRPr="00D83543">
        <w:rPr>
          <w:color w:val="000000" w:themeColor="text1"/>
        </w:rPr>
        <w:t>Question 41</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A permanent tooth is coming in from below but the baby tooth has not fallen out. What can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This is common, especially in the lower front teeth. Sometimes the permanent tooth erupts behind the baby tooth while the baby tooth is still present. If the baby tooth is already loose, encourage normal chewing with firm foods and keep the area clean. It may fall out on its own.</w:t>
      </w:r>
      <w:r w:rsidRPr="00D83543">
        <w:rPr>
          <w:color w:val="000000" w:themeColor="text1"/>
        </w:rPr>
        <w:br/>
      </w:r>
      <w:r w:rsidRPr="00D83543">
        <w:rPr>
          <w:color w:val="000000" w:themeColor="text1"/>
        </w:rPr>
        <w:br/>
        <w:t>If the baby tooth is not loose, the permanent tooth is erupting far behind, there is pain, swelling, or crowding, or the situation does not improve within a few weeks, a dentist should examine the child. The dentist may monitor it or remove the baby tooth if it is blocking eruption.</w:t>
      </w:r>
      <w:r w:rsidRPr="00D83543">
        <w:rPr>
          <w:color w:val="000000" w:themeColor="text1"/>
        </w:rPr>
        <w:br/>
      </w:r>
      <w:r w:rsidRPr="00D83543">
        <w:rPr>
          <w:color w:val="000000" w:themeColor="text1"/>
        </w:rPr>
        <w:br/>
        <w:t>Do not pull a firm tooth at home. Also keep brushing around both teeth because food can collect there. Many cases correct themselves as the tongue pushes the new tooth forward after the baby tooth falls out, but professional evaluation is useful when the baby tooth is stubborn.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 xml:space="preserve">This situation is often called shark teeth by families. It happens when a permanent tooth erupts behind or inside the baby tooth before the baby tooth has fallen out. It is most </w:t>
      </w:r>
      <w:r w:rsidRPr="00D83543">
        <w:rPr>
          <w:color w:val="000000" w:themeColor="text1"/>
        </w:rPr>
        <w:lastRenderedPageBreak/>
        <w:t>common in the lower front teeth and is not always an emergency.</w:t>
      </w:r>
      <w:r w:rsidRPr="00D83543">
        <w:rPr>
          <w:color w:val="000000" w:themeColor="text1"/>
        </w:rPr>
        <w:br/>
      </w:r>
      <w:r w:rsidRPr="00D83543">
        <w:rPr>
          <w:color w:val="000000" w:themeColor="text1"/>
        </w:rPr>
        <w:br/>
        <w:t>If the baby tooth is very loose, the child can be encouraged to wiggle it gently with clean fingers or the tongue, and to chew normal foods. Once the baby tooth falls out, the tongue often helps move the permanent tooth into a better position over time.</w:t>
      </w:r>
      <w:r w:rsidRPr="00D83543">
        <w:rPr>
          <w:color w:val="000000" w:themeColor="text1"/>
        </w:rPr>
        <w:br/>
      </w:r>
      <w:r w:rsidRPr="00D83543">
        <w:rPr>
          <w:color w:val="000000" w:themeColor="text1"/>
        </w:rPr>
        <w:br/>
        <w:t>A dentist should be consulted if the baby tooth is not loose at all, if the permanent tooth has erupted significantly, if there is not enough space, if the child has pain or swelling, or if the baby tooth remains for several weeks. In these cases, the dentist may recommend extraction of the baby tooth.</w:t>
      </w:r>
      <w:r w:rsidRPr="00D83543">
        <w:rPr>
          <w:color w:val="000000" w:themeColor="text1"/>
        </w:rPr>
        <w:br/>
      </w:r>
      <w:r w:rsidRPr="00D83543">
        <w:rPr>
          <w:color w:val="000000" w:themeColor="text1"/>
        </w:rPr>
        <w:br/>
        <w:t>Parents should not forcefully pull a tooth that is still firm, because this can cause pain, bleeding, or injury.</w:t>
      </w:r>
    </w:p>
    <w:p w:rsidR="006C012F" w:rsidRPr="00D83543" w:rsidRDefault="00000000">
      <w:pPr>
        <w:pStyle w:val="Balk2"/>
        <w:rPr>
          <w:color w:val="000000" w:themeColor="text1"/>
        </w:rPr>
      </w:pPr>
      <w:r w:rsidRPr="00D83543">
        <w:rPr>
          <w:color w:val="000000" w:themeColor="text1"/>
        </w:rPr>
        <w:t>Question 42</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Is it normal for my child's baby teeth to erupt with spaces?</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spaces between baby teeth are usually normal and often a good sign. Baby teeth are smaller than permanent teeth, so spaces help provide room for the larger permanent teeth later.</w:t>
      </w:r>
      <w:r w:rsidRPr="00D83543">
        <w:rPr>
          <w:color w:val="000000" w:themeColor="text1"/>
        </w:rPr>
        <w:br/>
      </w:r>
      <w:r w:rsidRPr="00D83543">
        <w:rPr>
          <w:color w:val="000000" w:themeColor="text1"/>
        </w:rPr>
        <w:br/>
        <w:t>Spacing is especially common in the front teeth. It can be genetic and may change as the child grows. Lack of spacing in the baby teeth can sometimes mean there may be less room for permanent teeth and a higher chance of crowding.</w:t>
      </w:r>
      <w:r w:rsidRPr="00D83543">
        <w:rPr>
          <w:color w:val="000000" w:themeColor="text1"/>
        </w:rPr>
        <w:br/>
      </w:r>
      <w:r w:rsidRPr="00D83543">
        <w:rPr>
          <w:color w:val="000000" w:themeColor="text1"/>
        </w:rPr>
        <w:br/>
        <w:t>A dental visit is useful if the gaps are very large, asymmetric, caused by a missing tooth, associated with a thick frenum between the upper front teeth, or if there are speech, biting, or esthetic concerns. In most cases, no treatment is needed; regular monitoring is enough.</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In most children, spacing between baby teeth is normal. In fact, it is often favorable because permanent teeth are wider than baby teeth. These spaces help the permanent incisors fit when they erupt.</w:t>
      </w:r>
      <w:r w:rsidRPr="00D83543">
        <w:rPr>
          <w:color w:val="000000" w:themeColor="text1"/>
        </w:rPr>
        <w:br/>
      </w:r>
      <w:r w:rsidRPr="00D83543">
        <w:rPr>
          <w:color w:val="000000" w:themeColor="text1"/>
        </w:rPr>
        <w:br/>
        <w:t>The most common spaces are between the front baby teeth. Growth of the jaws and natural developmental spaces contribute to this appearance. Parents may worry that the teeth look separated, but baby-tooth spacing usually does not require treatment.</w:t>
      </w:r>
      <w:r w:rsidRPr="00D83543">
        <w:rPr>
          <w:color w:val="000000" w:themeColor="text1"/>
        </w:rPr>
        <w:br/>
      </w:r>
      <w:r w:rsidRPr="00D83543">
        <w:rPr>
          <w:color w:val="000000" w:themeColor="text1"/>
        </w:rPr>
        <w:br/>
        <w:t>A dentist should evaluate if there is an unusually large gap, if a tooth is missing, if the midline gap is related to a strong lip-tie or frenum, if the bite looks abnormal, or if there is trauma or habit-related change. The dentist will also check whether the number of teeth and eruption pattern are normal.</w:t>
      </w:r>
      <w:r w:rsidRPr="00D83543">
        <w:rPr>
          <w:color w:val="000000" w:themeColor="text1"/>
        </w:rPr>
        <w:br/>
      </w:r>
      <w:r w:rsidRPr="00D83543">
        <w:rPr>
          <w:color w:val="000000" w:themeColor="text1"/>
        </w:rPr>
        <w:br/>
      </w:r>
      <w:r w:rsidRPr="00D83543">
        <w:rPr>
          <w:color w:val="000000" w:themeColor="text1"/>
        </w:rPr>
        <w:lastRenderedPageBreak/>
        <w:t>Generally, spaced baby teeth are not a problem and may reduce the chance of future crowding. Regular dental controls are the best approach.</w:t>
      </w:r>
    </w:p>
    <w:p w:rsidR="006C012F" w:rsidRPr="00D83543" w:rsidRDefault="00000000">
      <w:pPr>
        <w:pStyle w:val="Balk2"/>
        <w:rPr>
          <w:color w:val="000000" w:themeColor="text1"/>
        </w:rPr>
      </w:pPr>
      <w:r w:rsidRPr="00D83543">
        <w:rPr>
          <w:color w:val="000000" w:themeColor="text1"/>
        </w:rPr>
        <w:t>Question 43</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child's new lower teeth came in from the inside. Is this normal?</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Yes, this is often normal, especially for the lower front teeth. Permanent lower incisors may erupt behind the baby teeth, closer to the tongue. Families often call this a double row or shark teeth.</w:t>
      </w:r>
      <w:r w:rsidRPr="00D83543">
        <w:rPr>
          <w:color w:val="000000" w:themeColor="text1"/>
        </w:rPr>
        <w:br/>
      </w:r>
      <w:r w:rsidRPr="00D83543">
        <w:rPr>
          <w:color w:val="000000" w:themeColor="text1"/>
        </w:rPr>
        <w:br/>
        <w:t>If the baby tooth is loose, it may fall out naturally and the tongue can gradually move the permanent tooth forward. Keep the area clean and monitor for a few weeks.</w:t>
      </w:r>
      <w:r w:rsidRPr="00D83543">
        <w:rPr>
          <w:color w:val="000000" w:themeColor="text1"/>
        </w:rPr>
        <w:br/>
      </w:r>
      <w:r w:rsidRPr="00D83543">
        <w:rPr>
          <w:color w:val="000000" w:themeColor="text1"/>
        </w:rPr>
        <w:br/>
        <w:t>A dentist should examine the child if the baby tooth is not loose, if the permanent tooth is already far erupted, if there is crowding, pain, swelling, or no improvement after several weeks. The dentist may remove the baby tooth if it is blocking the path. Do not forcefully pull a firm baby tooth at home.</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 permanent lower front tooth erupting behind the baby tooth is common and is usually not an emergency. It happens because the permanent tooth may follow a path slightly behind the baby tooth, especially when the baby tooth root has not resorbed enough.</w:t>
      </w:r>
      <w:r w:rsidRPr="00D83543">
        <w:rPr>
          <w:color w:val="000000" w:themeColor="text1"/>
        </w:rPr>
        <w:br/>
      </w:r>
      <w:r w:rsidRPr="00D83543">
        <w:rPr>
          <w:color w:val="000000" w:themeColor="text1"/>
        </w:rPr>
        <w:br/>
        <w:t>If the baby tooth is mobile, it often falls out on its own. After that, tongue pressure and jaw growth may help the permanent tooth move forward into a better position. Parents should continue brushing carefully because plaque can collect around the two rows of teeth.</w:t>
      </w:r>
      <w:r w:rsidRPr="00D83543">
        <w:rPr>
          <w:color w:val="000000" w:themeColor="text1"/>
        </w:rPr>
        <w:br/>
      </w:r>
      <w:r w:rsidRPr="00D83543">
        <w:rPr>
          <w:color w:val="000000" w:themeColor="text1"/>
        </w:rPr>
        <w:br/>
        <w:t>Professional assessment is needed if the baby tooth is still firm, if several teeth are crowded, if there is not enough space, or if the permanent tooth remains far inside after the baby tooth is lost. The dentist may decide to observe, take an X-ray, or extract the baby tooth.</w:t>
      </w:r>
      <w:r w:rsidRPr="00D83543">
        <w:rPr>
          <w:color w:val="000000" w:themeColor="text1"/>
        </w:rPr>
        <w:br/>
      </w:r>
      <w:r w:rsidRPr="00D83543">
        <w:rPr>
          <w:color w:val="000000" w:themeColor="text1"/>
        </w:rPr>
        <w:br/>
        <w:t>Most mild cases improve, but persistent crowding should be followed because orthodontic guidance may be needed later.</w:t>
      </w:r>
    </w:p>
    <w:p w:rsidR="006C012F" w:rsidRPr="00D83543" w:rsidRDefault="00000000">
      <w:pPr>
        <w:pStyle w:val="Balk2"/>
        <w:rPr>
          <w:color w:val="000000" w:themeColor="text1"/>
        </w:rPr>
      </w:pPr>
      <w:r w:rsidRPr="00D83543">
        <w:rPr>
          <w:color w:val="000000" w:themeColor="text1"/>
        </w:rPr>
        <w:t>Question 44</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What is a space maintainer, and should I have one made?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A space maintainer is an appliance used to preserve the space left by a baby tooth that was lost too early. Baby teeth guide permanent teeth. If a baby molar is lost before the permanent tooth is ready to erupt, neighboring teeth can drift into the space.</w:t>
      </w:r>
      <w:r w:rsidRPr="00D83543">
        <w:rPr>
          <w:color w:val="000000" w:themeColor="text1"/>
        </w:rPr>
        <w:br/>
      </w:r>
      <w:r w:rsidRPr="00D83543">
        <w:rPr>
          <w:color w:val="000000" w:themeColor="text1"/>
        </w:rPr>
        <w:br/>
        <w:t xml:space="preserve">A space maintainer may be recommended depending on the child’s age, which tooth was </w:t>
      </w:r>
      <w:r w:rsidRPr="00D83543">
        <w:rPr>
          <w:color w:val="000000" w:themeColor="text1"/>
        </w:rPr>
        <w:lastRenderedPageBreak/>
        <w:t>lost, how much space remains, the eruption stage of the permanent tooth, and the bite. It is not needed after every extraction. If the permanent tooth will erupt soon, observation may be enough.</w:t>
      </w:r>
      <w:r w:rsidRPr="00D83543">
        <w:rPr>
          <w:color w:val="000000" w:themeColor="text1"/>
        </w:rPr>
        <w:br/>
      </w:r>
      <w:r w:rsidRPr="00D83543">
        <w:rPr>
          <w:color w:val="000000" w:themeColor="text1"/>
        </w:rPr>
        <w:br/>
        <w:t>Space maintainers can be fixed or removable. Fixed types are commonly used because children do not need to remember to wear them. They must be checked regularly and cleaned well to prevent plaque and gum irritation. A dentist should decide based on examination and X-rays.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 space maintainer is a small dental appliance that keeps the empty space open after early loss of a baby tooth. It is most often used after premature loss of baby molars. Without it, nearby teeth may tilt or move into the gap, reducing the space needed for the permanent tooth.</w:t>
      </w:r>
      <w:r w:rsidRPr="00D83543">
        <w:rPr>
          <w:color w:val="000000" w:themeColor="text1"/>
        </w:rPr>
        <w:br/>
      </w:r>
      <w:r w:rsidRPr="00D83543">
        <w:rPr>
          <w:color w:val="000000" w:themeColor="text1"/>
        </w:rPr>
        <w:br/>
        <w:t>Whether it is needed depends on several factors. The dentist considers which tooth was lost, the child’s age, the amount of crowding, the stage of permanent tooth development, and the time expected before eruption. An X-ray is often helpful. If the permanent tooth is close to erupting, a space maintainer may not be necessary. If eruption is years away, it may be important.</w:t>
      </w:r>
      <w:r w:rsidRPr="00D83543">
        <w:rPr>
          <w:color w:val="000000" w:themeColor="text1"/>
        </w:rPr>
        <w:br/>
      </w:r>
      <w:r w:rsidRPr="00D83543">
        <w:rPr>
          <w:color w:val="000000" w:themeColor="text1"/>
        </w:rPr>
        <w:br/>
        <w:t>There are different designs, including band-and-loop, lingual arch, distal shoe, and removable appliances. Fixed appliances are common in younger children. They require good brushing and regular dental controls. If the appliance becomes loose, bent, or uncomfortable, the dentist should be contacted.</w:t>
      </w:r>
    </w:p>
    <w:p w:rsidR="006C012F" w:rsidRPr="00D83543" w:rsidRDefault="00000000">
      <w:pPr>
        <w:pStyle w:val="Balk2"/>
        <w:rPr>
          <w:color w:val="000000" w:themeColor="text1"/>
        </w:rPr>
      </w:pPr>
      <w:r w:rsidRPr="00D83543">
        <w:rPr>
          <w:color w:val="000000" w:themeColor="text1"/>
        </w:rPr>
        <w:t>Question 45</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hit a tooth. What should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A dental injury can be urgent, and the first thirty to sixty minutes are important. First control bleeding with clean gauze for about ten minutes. Apply a cold compress from the outside for swelling or pain. Use age- and weight-appropriate paracetamol or ibuprofen if needed, but do not give aspirin because it can increase bleeding.</w:t>
      </w:r>
      <w:r w:rsidRPr="00D83543">
        <w:rPr>
          <w:color w:val="000000" w:themeColor="text1"/>
        </w:rPr>
        <w:br/>
      </w:r>
      <w:r w:rsidRPr="00D83543">
        <w:rPr>
          <w:color w:val="000000" w:themeColor="text1"/>
        </w:rPr>
        <w:br/>
        <w:t>If a permanent tooth has been completely knocked out, hold it only by the white crown, not the root. If dirty, rinse briefly for about ten seconds without scrubbing. If possible, place it gently back in the socket and have the child bite on gauze. If you cannot reinsert it, keep it in milk, or in the cheek only if the child is old enough not to swallow it. Do not let it dry. See a dentist as fast as possible, ideally within thirty minutes.</w:t>
      </w:r>
      <w:r w:rsidRPr="00D83543">
        <w:rPr>
          <w:color w:val="000000" w:themeColor="text1"/>
        </w:rPr>
        <w:br/>
      </w:r>
      <w:r w:rsidRPr="00D83543">
        <w:rPr>
          <w:color w:val="000000" w:themeColor="text1"/>
        </w:rPr>
        <w:br/>
        <w:t xml:space="preserve">If a baby tooth is knocked out, do not put it back, because this can harm the permanent tooth bud. Still see a dentist the same day. Also seek care for displaced, loose, cracked, or broken teeth. Go to emergency care for heavy facial swelling, uncontrolled bleeding, </w:t>
      </w:r>
      <w:r w:rsidRPr="00D83543">
        <w:rPr>
          <w:color w:val="000000" w:themeColor="text1"/>
        </w:rPr>
        <w:lastRenderedPageBreak/>
        <w:t>suspected jaw fracture, deep cuts, fainting, vomiting, severe headache, sleepiness, or confusion.</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This may be a medical or dental emergency. Contact a dentist or emergency clinic immediately because time can determine whether the tooth can be saved.</w:t>
      </w:r>
      <w:r w:rsidRPr="00D83543">
        <w:rPr>
          <w:color w:val="000000" w:themeColor="text1"/>
        </w:rPr>
        <w:br/>
      </w:r>
      <w:r w:rsidRPr="00D83543">
        <w:rPr>
          <w:color w:val="000000" w:themeColor="text1"/>
        </w:rPr>
        <w:br/>
        <w:t>If the tooth has completely come out, the steps differ for permanent and baby teeth. For a permanent tooth, find the tooth and hold it only by the white crown. Do not touch the root. If it is dirty, rinse it very briefly with running water, without rubbing, brushing, or using soap. If the child is old enough and the tooth is permanent, the best option may be to place it back in the socket and have the child bite gently on a cloth. If that is not possible, put it in cold milk. Saliva in the cheek can be used only when there is no choking risk. Water is a last resort.</w:t>
      </w:r>
      <w:r w:rsidRPr="00D83543">
        <w:rPr>
          <w:color w:val="000000" w:themeColor="text1"/>
        </w:rPr>
        <w:br/>
      </w:r>
      <w:r w:rsidRPr="00D83543">
        <w:rPr>
          <w:color w:val="000000" w:themeColor="text1"/>
        </w:rPr>
        <w:br/>
        <w:t>If the tooth is a baby tooth, do not reinsert it, because this can damage the permanent tooth underneath. If a tooth is broken, save the fragment, preferably in milk. If a tooth is loose or displaced, do not push it around. Control bleeding with gauze, apply a cold compress, and avoid aspirin unless a doctor instructs otherwise.</w:t>
      </w:r>
    </w:p>
    <w:p w:rsidR="006C012F" w:rsidRPr="00D83543" w:rsidRDefault="00000000">
      <w:pPr>
        <w:pStyle w:val="Balk2"/>
        <w:rPr>
          <w:color w:val="000000" w:themeColor="text1"/>
        </w:rPr>
      </w:pPr>
      <w:r w:rsidRPr="00D83543">
        <w:rPr>
          <w:color w:val="000000" w:themeColor="text1"/>
        </w:rPr>
        <w:t>Question 46</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bit the lip after dental treatment. What should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Lip or cheek biting after dental treatment is common because local anesthesia makes the area numb. The child may chew the lip without feeling pain, and swelling or a white-yellow wound can appear later.</w:t>
      </w:r>
      <w:r w:rsidRPr="00D83543">
        <w:rPr>
          <w:color w:val="000000" w:themeColor="text1"/>
        </w:rPr>
        <w:br/>
      </w:r>
      <w:r w:rsidRPr="00D83543">
        <w:rPr>
          <w:color w:val="000000" w:themeColor="text1"/>
        </w:rPr>
        <w:br/>
        <w:t>First, stop the child from biting or sucking the area. Offer soft foods and avoid hot, spicy, or acidic foods. Apply a cold compress from the outside during the first day to reduce swelling. Keep the area clean and have the child drink water. Pain medicine may be used if appropriate for age and weight.</w:t>
      </w:r>
      <w:r w:rsidRPr="00D83543">
        <w:rPr>
          <w:color w:val="000000" w:themeColor="text1"/>
        </w:rPr>
        <w:br/>
      </w:r>
      <w:r w:rsidRPr="00D83543">
        <w:rPr>
          <w:color w:val="000000" w:themeColor="text1"/>
        </w:rPr>
        <w:br/>
        <w:t>Do not apply alcohol, aspirin, or irritating products to the wound. Most injuries heal within several days. Contact the dentist if swelling increases, there is pus, fever, worsening pain, a very large wound, bleeding that does not stop, or if the child cannot eat or drink.</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Biting the lip, cheek, or tongue after dental anesthesia is a frequent problem in children. Because the tissue is numb, the child may explore or chew it without realizing that injury is occurring. When sensation returns, the area may look swollen, white, yellow, red, or ulcerated, which can alarm parents.</w:t>
      </w:r>
      <w:r w:rsidRPr="00D83543">
        <w:rPr>
          <w:color w:val="000000" w:themeColor="text1"/>
        </w:rPr>
        <w:br/>
      </w:r>
      <w:r w:rsidRPr="00D83543">
        <w:rPr>
          <w:color w:val="000000" w:themeColor="text1"/>
        </w:rPr>
        <w:br/>
        <w:t xml:space="preserve">The first step is prevention. Until numbness wears off, the child should not eat hard foods </w:t>
      </w:r>
      <w:r w:rsidRPr="00D83543">
        <w:rPr>
          <w:color w:val="000000" w:themeColor="text1"/>
        </w:rPr>
        <w:lastRenderedPageBreak/>
        <w:t>and should be watched closely. If an injury has already occurred, avoid further biting. Give soft, cool foods and avoid hot or spicy foods. A cold compress can be used from the outside during the early swelling phase. Keep the mouth clean with gentle brushing; older children may rinse gently if they can do so safely.</w:t>
      </w:r>
      <w:r w:rsidRPr="00D83543">
        <w:rPr>
          <w:color w:val="000000" w:themeColor="text1"/>
        </w:rPr>
        <w:br/>
      </w:r>
      <w:r w:rsidRPr="00D83543">
        <w:rPr>
          <w:color w:val="000000" w:themeColor="text1"/>
        </w:rPr>
        <w:br/>
        <w:t>Most bite injuries heal on their own in a week or so. A dentist should be contacted if the wound is very large, pain worsens, swelling spreads, fever develops, pus appears, or the child has difficulty eating or drinking.</w:t>
      </w:r>
    </w:p>
    <w:p w:rsidR="006C012F" w:rsidRPr="00D83543" w:rsidRDefault="00000000">
      <w:pPr>
        <w:pStyle w:val="Balk2"/>
        <w:rPr>
          <w:color w:val="000000" w:themeColor="text1"/>
        </w:rPr>
      </w:pPr>
      <w:r w:rsidRPr="00D83543">
        <w:rPr>
          <w:color w:val="000000" w:themeColor="text1"/>
        </w:rPr>
        <w:t>Question 47</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has an abscess on the gum. What should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A gum abscess in a child should be seen by a dentist as soon as possible. It usually means there is an infection, often from a deep cavity, trauma, or a tooth whose nerve has died.</w:t>
      </w:r>
      <w:r w:rsidRPr="00D83543">
        <w:rPr>
          <w:color w:val="000000" w:themeColor="text1"/>
        </w:rPr>
        <w:br/>
      </w:r>
      <w:r w:rsidRPr="00D83543">
        <w:rPr>
          <w:color w:val="000000" w:themeColor="text1"/>
        </w:rPr>
        <w:br/>
        <w:t>Do not try to pop or drain the abscess at home. Keep the area clean, continue gentle brushing, and use age-appropriate pain medicine if needed. Avoid placing aspirin or other medicines directly on the gum because this can burn the tissue. If the child has facial swelling, fever, trouble swallowing, trouble breathing, severe pain, or swelling spreading toward the eye or neck, seek emergency medical care.</w:t>
      </w:r>
      <w:r w:rsidRPr="00D83543">
        <w:rPr>
          <w:color w:val="000000" w:themeColor="text1"/>
        </w:rPr>
        <w:br/>
      </w:r>
      <w:r w:rsidRPr="00D83543">
        <w:rPr>
          <w:color w:val="000000" w:themeColor="text1"/>
        </w:rPr>
        <w:br/>
        <w:t>Antibiotics may be needed in some cases, but they do not solve the source by themselves. The tooth usually needs dental treatment such as drainage, pulp treatment, extraction, or other care depending on whether it is a baby or permanent tooth.</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An abscess on a child’s gum is a sign of infection and should not be ignored. It often appears as a pimple-like swelling near a tooth and may drain pus. The child may or may not have pain, but the infection is still present.</w:t>
      </w:r>
      <w:r w:rsidRPr="00D83543">
        <w:rPr>
          <w:color w:val="000000" w:themeColor="text1"/>
        </w:rPr>
        <w:br/>
      </w:r>
      <w:r w:rsidRPr="00D83543">
        <w:rPr>
          <w:color w:val="000000" w:themeColor="text1"/>
        </w:rPr>
        <w:br/>
        <w:t>The most common cause is an untreated cavity that has reached the pulp. Trauma can also damage the nerve and create infection later. Gum infections or erupting teeth are other possibilities, but a dental examination is necessary to identify the source.</w:t>
      </w:r>
      <w:r w:rsidRPr="00D83543">
        <w:rPr>
          <w:color w:val="000000" w:themeColor="text1"/>
        </w:rPr>
        <w:br/>
      </w:r>
      <w:r w:rsidRPr="00D83543">
        <w:rPr>
          <w:color w:val="000000" w:themeColor="text1"/>
        </w:rPr>
        <w:br/>
        <w:t>Parents should make a dental appointment promptly. Do not squeeze the swelling, puncture it, or use home remedies. Maintain gentle brushing and avoid hard foods on that side. Pain relief should be given only in appropriate doses.</w:t>
      </w:r>
      <w:r w:rsidRPr="00D83543">
        <w:rPr>
          <w:color w:val="000000" w:themeColor="text1"/>
        </w:rPr>
        <w:br/>
      </w:r>
      <w:r w:rsidRPr="00D83543">
        <w:rPr>
          <w:color w:val="000000" w:themeColor="text1"/>
        </w:rPr>
        <w:br/>
        <w:t>If there is facial swelling, fever, spreading redness, difficulty opening the mouth, swallowing difficulty, breathing difficulty, or the child looks very ill, go to an emergency service immediately. Definitive care may include drainage, root canal-type treatment, extraction, and sometimes antibiotics when the infection has spread.</w:t>
      </w:r>
    </w:p>
    <w:p w:rsidR="006C012F" w:rsidRPr="00D83543" w:rsidRDefault="00000000">
      <w:pPr>
        <w:pStyle w:val="Balk2"/>
        <w:rPr>
          <w:color w:val="000000" w:themeColor="text1"/>
        </w:rPr>
      </w:pPr>
      <w:r w:rsidRPr="00D83543">
        <w:rPr>
          <w:color w:val="000000" w:themeColor="text1"/>
        </w:rPr>
        <w:lastRenderedPageBreak/>
        <w:t>Question 48</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has a cavity and it hurts while eating. What should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Pain while eating usually means the cavity has progressed or food is getting trapped in the hole. The child should be examined by a dentist soon. Waiting can allow the cavity to reach the nerve and cause night pain, abscess, or swelling.</w:t>
      </w:r>
      <w:r w:rsidRPr="00D83543">
        <w:rPr>
          <w:color w:val="000000" w:themeColor="text1"/>
        </w:rPr>
        <w:br/>
      </w:r>
      <w:r w:rsidRPr="00D83543">
        <w:rPr>
          <w:color w:val="000000" w:themeColor="text1"/>
        </w:rPr>
        <w:br/>
        <w:t>Until the appointment, keep the area clean. Brush gently with fluoride toothpaste and rinse with water after meals if the child can spit. Avoid chewing on that side. Avoid very sweet, cold, hot, hard, or sticky foods if they trigger pain. Use an age- and weight-appropriate pain reliever if needed, but do not place aspirin or pain medicine directly on the tooth or gum.</w:t>
      </w:r>
      <w:r w:rsidRPr="00D83543">
        <w:rPr>
          <w:color w:val="000000" w:themeColor="text1"/>
        </w:rPr>
        <w:br/>
      </w:r>
      <w:r w:rsidRPr="00D83543">
        <w:rPr>
          <w:color w:val="000000" w:themeColor="text1"/>
        </w:rPr>
        <w:br/>
        <w:t>If there is swelling, fever, severe spontaneous pain, night waking, difficulty opening the mouth, or facial swelling, seek urgent dental or medical care. Treatment may be a filling, pulp treatment, crown, or extraction depending on the depth of decay.</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A cavity that hurts during eating should be evaluated by a dentist. Pain with chewing can happen because the decay is deep, food is being packed into the cavity, the tooth is cracked, or the pulp is inflamed. In baby teeth, decay can progress quickly because the protective layers are thinner.</w:t>
      </w:r>
      <w:r w:rsidRPr="00D83543">
        <w:rPr>
          <w:color w:val="000000" w:themeColor="text1"/>
        </w:rPr>
        <w:br/>
      </w:r>
      <w:r w:rsidRPr="00D83543">
        <w:rPr>
          <w:color w:val="000000" w:themeColor="text1"/>
        </w:rPr>
        <w:br/>
        <w:t>Parents should not rely only on pain medicine. Pain relief may temporarily reduce symptoms, but it does not remove decay or infection. The child should avoid chewing on the painful side and should avoid hard, sticky, very hot, cold, or sweet foods until treatment. Gentle brushing should continue because plaque around the cavity can worsen the problem.</w:t>
      </w:r>
      <w:r w:rsidRPr="00D83543">
        <w:rPr>
          <w:color w:val="000000" w:themeColor="text1"/>
        </w:rPr>
        <w:br/>
      </w:r>
      <w:r w:rsidRPr="00D83543">
        <w:rPr>
          <w:color w:val="000000" w:themeColor="text1"/>
        </w:rPr>
        <w:br/>
        <w:t>A dentist will examine the tooth and may take an X-ray. Treatment depends on severity. A small or moderate cavity may need a filling. A deeper cavity may need pulp treatment and a crown. If the tooth is badly infected or cannot be restored, extraction may be necessary.</w:t>
      </w:r>
      <w:r w:rsidRPr="00D83543">
        <w:rPr>
          <w:color w:val="000000" w:themeColor="text1"/>
        </w:rPr>
        <w:br/>
      </w:r>
      <w:r w:rsidRPr="00D83543">
        <w:rPr>
          <w:color w:val="000000" w:themeColor="text1"/>
        </w:rPr>
        <w:br/>
        <w:t>Urgent care is needed if there is swelling, fever, pus, severe night pain, or facial involvement.</w:t>
      </w:r>
    </w:p>
    <w:p w:rsidR="006C012F" w:rsidRPr="00D83543" w:rsidRDefault="00000000">
      <w:pPr>
        <w:pStyle w:val="Balk2"/>
        <w:rPr>
          <w:color w:val="000000" w:themeColor="text1"/>
        </w:rPr>
      </w:pPr>
      <w:r w:rsidRPr="00D83543">
        <w:rPr>
          <w:color w:val="000000" w:themeColor="text1"/>
        </w:rPr>
        <w:t>Question 49</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 woke up at night saying a tooth hurts. What could be the cause?</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Tooth pain that wakes a child at night is a warning sign. It can be caused by a deep cavity reaching the nerve, dental abscess, trauma, a cracked tooth, food trapped in a cavity, erupting teeth, gum inflammation, or sometimes ear or sinus problems that feel like tooth pain.</w:t>
      </w:r>
      <w:r w:rsidRPr="00D83543">
        <w:rPr>
          <w:color w:val="000000" w:themeColor="text1"/>
        </w:rPr>
        <w:br/>
      </w:r>
      <w:r w:rsidRPr="00D83543">
        <w:rPr>
          <w:color w:val="000000" w:themeColor="text1"/>
        </w:rPr>
        <w:br/>
      </w:r>
      <w:r w:rsidRPr="00D83543">
        <w:rPr>
          <w:color w:val="000000" w:themeColor="text1"/>
        </w:rPr>
        <w:lastRenderedPageBreak/>
        <w:t>Night pain often suggests that the pulp inside the tooth is inflamed or infected, especially if there is a known cavity. A dental appointment should be made as soon as possible. If there is facial swelling, fever, pus, severe pain, difficulty swallowing, or the child looks unwell, seek urgent care.</w:t>
      </w:r>
      <w:r w:rsidRPr="00D83543">
        <w:rPr>
          <w:color w:val="000000" w:themeColor="text1"/>
        </w:rPr>
        <w:br/>
      </w:r>
      <w:r w:rsidRPr="00D83543">
        <w:rPr>
          <w:color w:val="000000" w:themeColor="text1"/>
        </w:rPr>
        <w:br/>
        <w:t>Until the visit, brush gently, remove trapped food if visible, and use age- and weight-appropriate pain medicine. Do not apply aspirin or alcohol to the gum or tooth. Avoid hot, cold, and sweet triggers. Treatment may include filling, pulp therapy, drainage, crown, or extraction depending on the diagnosis.</w:t>
      </w:r>
    </w:p>
    <w:p w:rsidR="006C012F" w:rsidRPr="00D83543" w:rsidRDefault="00000000">
      <w:pPr>
        <w:rPr>
          <w:color w:val="000000" w:themeColor="text1"/>
        </w:rPr>
      </w:pPr>
      <w:r w:rsidRPr="00D83543">
        <w:rPr>
          <w:b/>
          <w:color w:val="000000" w:themeColor="text1"/>
        </w:rPr>
        <w:t>GEMINI:</w:t>
      </w:r>
      <w:r w:rsidRPr="00D83543">
        <w:rPr>
          <w:b/>
          <w:color w:val="000000" w:themeColor="text1"/>
        </w:rPr>
        <w:br/>
      </w:r>
      <w:r w:rsidRPr="00D83543">
        <w:rPr>
          <w:color w:val="000000" w:themeColor="text1"/>
        </w:rPr>
        <w:t>Nighttime toothache in a child should be taken seriously because it often means the problem has moved beyond a small cavity. The most common cause is deep decay that has reached the pulp, causing pulpitis or infection. Pain may be spontaneous, throbbing, or severe enough to wake the child.</w:t>
      </w:r>
      <w:r w:rsidRPr="00D83543">
        <w:rPr>
          <w:color w:val="000000" w:themeColor="text1"/>
        </w:rPr>
        <w:br/>
      </w:r>
      <w:r w:rsidRPr="00D83543">
        <w:rPr>
          <w:color w:val="000000" w:themeColor="text1"/>
        </w:rPr>
        <w:br/>
        <w:t>Other possible causes include a dental abscess, gum swelling, a cracked or fractured tooth, trauma that injured the nerve, or food impaction in a deep cavity. Sometimes erupting teeth can cause discomfort, but severe night pain is more suggestive of inflammation or infection. Ear infection or sinus problems can also refer pain to the teeth.</w:t>
      </w:r>
      <w:r w:rsidRPr="00D83543">
        <w:rPr>
          <w:color w:val="000000" w:themeColor="text1"/>
        </w:rPr>
        <w:br/>
      </w:r>
      <w:r w:rsidRPr="00D83543">
        <w:rPr>
          <w:color w:val="000000" w:themeColor="text1"/>
        </w:rPr>
        <w:br/>
        <w:t>Parents should arrange a dental visit quickly. Pain medicine can be used according to the child’s age and weight, but it is temporary. Do not put aspirin on the tooth. If swelling, fever, facial asymmetry, difficulty opening the mouth, swallowing problems, or general illness appears, urgent medical or dental care is needed.</w:t>
      </w:r>
      <w:r w:rsidRPr="00D83543">
        <w:rPr>
          <w:color w:val="000000" w:themeColor="text1"/>
        </w:rPr>
        <w:br/>
      </w:r>
      <w:r w:rsidRPr="00D83543">
        <w:rPr>
          <w:color w:val="000000" w:themeColor="text1"/>
        </w:rPr>
        <w:br/>
        <w:t>A dentist will identify the tooth and decide whether filling, pulp treatment, extraction, or antibiotics are needed.</w:t>
      </w:r>
    </w:p>
    <w:p w:rsidR="006C012F" w:rsidRPr="00D83543" w:rsidRDefault="00000000">
      <w:pPr>
        <w:pStyle w:val="Balk2"/>
        <w:rPr>
          <w:color w:val="000000" w:themeColor="text1"/>
        </w:rPr>
      </w:pPr>
      <w:r w:rsidRPr="00D83543">
        <w:rPr>
          <w:color w:val="000000" w:themeColor="text1"/>
        </w:rPr>
        <w:t>Question 50</w:t>
      </w:r>
    </w:p>
    <w:p w:rsidR="006C012F" w:rsidRPr="00D83543" w:rsidRDefault="00000000">
      <w:pPr>
        <w:rPr>
          <w:color w:val="000000" w:themeColor="text1"/>
        </w:rPr>
      </w:pPr>
      <w:r w:rsidRPr="00D83543">
        <w:rPr>
          <w:b/>
          <w:color w:val="000000" w:themeColor="text1"/>
        </w:rPr>
        <w:t xml:space="preserve">Question: </w:t>
      </w:r>
      <w:r w:rsidRPr="00D83543">
        <w:rPr>
          <w:color w:val="000000" w:themeColor="text1"/>
        </w:rPr>
        <w:t>My child's filling fell out. What can I do?</w:t>
      </w:r>
    </w:p>
    <w:p w:rsidR="006C012F" w:rsidRPr="00D83543" w:rsidRDefault="00000000">
      <w:pPr>
        <w:rPr>
          <w:color w:val="000000" w:themeColor="text1"/>
        </w:rPr>
      </w:pPr>
      <w:r w:rsidRPr="00D83543">
        <w:rPr>
          <w:b/>
          <w:color w:val="000000" w:themeColor="text1"/>
        </w:rPr>
        <w:t>ChatGPT:</w:t>
      </w:r>
      <w:r w:rsidRPr="00D83543">
        <w:rPr>
          <w:b/>
          <w:color w:val="000000" w:themeColor="text1"/>
        </w:rPr>
        <w:br/>
      </w:r>
      <w:r w:rsidRPr="00D83543">
        <w:rPr>
          <w:color w:val="000000" w:themeColor="text1"/>
        </w:rPr>
        <w:t>If a filling falls out, contact the dentist for an appointment. The tooth may be sensitive, food can collect in the space, and decay can progress if it is left open.</w:t>
      </w:r>
      <w:r w:rsidRPr="00D83543">
        <w:rPr>
          <w:color w:val="000000" w:themeColor="text1"/>
        </w:rPr>
        <w:br/>
      </w:r>
      <w:r w:rsidRPr="00D83543">
        <w:rPr>
          <w:color w:val="000000" w:themeColor="text1"/>
        </w:rPr>
        <w:br/>
        <w:t>Until the visit, keep the area clean with gentle brushing. Have the child rinse with water after eating if old enough to spit. Avoid chewing hard, sticky, very sweet, hot, or cold foods on that side. Do not try to glue the filling back. Do not place aspirin or other medicines directly on the tooth.</w:t>
      </w:r>
      <w:r w:rsidRPr="00D83543">
        <w:rPr>
          <w:color w:val="000000" w:themeColor="text1"/>
        </w:rPr>
        <w:br/>
      </w:r>
      <w:r w:rsidRPr="00D83543">
        <w:rPr>
          <w:color w:val="000000" w:themeColor="text1"/>
        </w:rPr>
        <w:br/>
        <w:t>If there is pain, swelling, bad taste, pus, fever, or the tooth is broken, seek urgent dental care. Treatment may be a new filling, a crown, pulp treatment, or another procedure depending on how much tooth is left and whether decay or infection is present.</w:t>
      </w:r>
    </w:p>
    <w:p w:rsidR="006C012F" w:rsidRPr="00D83543" w:rsidRDefault="00000000">
      <w:pPr>
        <w:rPr>
          <w:color w:val="000000" w:themeColor="text1"/>
        </w:rPr>
      </w:pPr>
      <w:r w:rsidRPr="00D83543">
        <w:rPr>
          <w:b/>
          <w:color w:val="000000" w:themeColor="text1"/>
        </w:rPr>
        <w:lastRenderedPageBreak/>
        <w:t>GEMINI:</w:t>
      </w:r>
      <w:r w:rsidRPr="00D83543">
        <w:rPr>
          <w:b/>
          <w:color w:val="000000" w:themeColor="text1"/>
        </w:rPr>
        <w:br/>
      </w:r>
      <w:r w:rsidRPr="00D83543">
        <w:rPr>
          <w:color w:val="000000" w:themeColor="text1"/>
        </w:rPr>
        <w:t>A lost filling should be examined by a dentist even if the child has no pain. The filling may have fallen out because of new decay, fracture of the tooth, chewing forces, or wear of the material. Once the filling is lost, the exposed area can trap food and bacteria.</w:t>
      </w:r>
      <w:r w:rsidRPr="00D83543">
        <w:rPr>
          <w:color w:val="000000" w:themeColor="text1"/>
        </w:rPr>
        <w:br/>
      </w:r>
      <w:r w:rsidRPr="00D83543">
        <w:rPr>
          <w:color w:val="000000" w:themeColor="text1"/>
        </w:rPr>
        <w:br/>
        <w:t>Parents should keep the tooth clean and avoid sticky or hard foods that could break it further. If the child is old enough, rinsing with water after meals can help remove debris. Temporary dental materials sold in pharmacies may be used only as a short-term measure if a dentist advises it, but they are not a substitute for treatment.</w:t>
      </w:r>
      <w:r w:rsidRPr="00D83543">
        <w:rPr>
          <w:color w:val="000000" w:themeColor="text1"/>
        </w:rPr>
        <w:br/>
      </w:r>
      <w:r w:rsidRPr="00D83543">
        <w:rPr>
          <w:color w:val="000000" w:themeColor="text1"/>
        </w:rPr>
        <w:br/>
        <w:t>Pain, swelling, sensitivity, bleeding, a bad smell, or a broken edge means the appointment should be sooner. The dentist will check whether the tooth can receive another filling or whether a crown or pulp treatment is needed. In some cases, if the tooth is badly damaged, extraction may be considered.</w:t>
      </w:r>
    </w:p>
    <w:sectPr w:rsidR="006C012F" w:rsidRPr="00D8354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47011158">
    <w:abstractNumId w:val="8"/>
  </w:num>
  <w:num w:numId="2" w16cid:durableId="1095982731">
    <w:abstractNumId w:val="6"/>
  </w:num>
  <w:num w:numId="3" w16cid:durableId="142429331">
    <w:abstractNumId w:val="5"/>
  </w:num>
  <w:num w:numId="4" w16cid:durableId="1518076737">
    <w:abstractNumId w:val="4"/>
  </w:num>
  <w:num w:numId="5" w16cid:durableId="2053460503">
    <w:abstractNumId w:val="7"/>
  </w:num>
  <w:num w:numId="6" w16cid:durableId="1485009599">
    <w:abstractNumId w:val="3"/>
  </w:num>
  <w:num w:numId="7" w16cid:durableId="437065778">
    <w:abstractNumId w:val="2"/>
  </w:num>
  <w:num w:numId="8" w16cid:durableId="475529643">
    <w:abstractNumId w:val="1"/>
  </w:num>
  <w:num w:numId="9" w16cid:durableId="1295256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C012F"/>
    <w:rsid w:val="00AA1D8D"/>
    <w:rsid w:val="00AC2548"/>
    <w:rsid w:val="00B47730"/>
    <w:rsid w:val="00CB0664"/>
    <w:rsid w:val="00D835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34BD44C-FFFB-9D48-9B2C-59C188EF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14729</Words>
  <Characters>83958</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Hakan Karaoğlan</cp:lastModifiedBy>
  <cp:revision>3</cp:revision>
  <dcterms:created xsi:type="dcterms:W3CDTF">2013-12-23T23:15:00Z</dcterms:created>
  <dcterms:modified xsi:type="dcterms:W3CDTF">2026-07-13T17:27:00Z</dcterms:modified>
  <cp:category/>
</cp:coreProperties>
</file>