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Supplementary Material 1</w:t>
      </w:r>
    </w:p>
    <w:p>
      <w:r>
        <w:rPr>
          <w:b/>
        </w:rPr>
        <w:t>Comprehensive Database-Specific Search Strategies for OHRQoL Determinants in African Populations</w:t>
      </w:r>
    </w:p>
    <w:p>
      <w:pPr>
        <w:pStyle w:val="Heading2"/>
      </w:pPr>
      <w:r>
        <w:t>PubMed (MEDLINE)</w:t>
      </w:r>
    </w:p>
    <w:p>
      <w:r>
        <w:t>(</w:t>
        <w:br/>
        <w:t>("Oral Health-Related Quality of Life"[Title/Abstract] OR OHRQoL[Title/Abstract] OR</w:t>
        <w:br/>
        <w:t>"Oral Health Impact Profile"[Title/Abstract] OR OHIP[Title/Abstract] OR</w:t>
        <w:br/>
        <w:t>"Oral Impacts on Daily Performances"[Title/Abstract] OR OIDP[Title/Abstract] OR</w:t>
        <w:br/>
        <w:t>"Child Perceptions Questionnaire"[Title/Abstract] OR CPQ[Title/Abstract] OR</w:t>
        <w:br/>
        <w:t>"Early Childhood Oral Health Impact Scale"[Title/Abstract] OR ECOHIS[Title/Abstract])</w:t>
        <w:br/>
        <w:t>AND</w:t>
        <w:br/>
        <w:t>(determinant* OR factor* OR predictor* OR correlat* OR associat* OR influence* OR risk factor*)</w:t>
        <w:br/>
        <w:t>AND</w:t>
        <w:br/>
        <w:t>(Africa[Mesh] OR Africa* OR "Sub-Saharan Africa" OR Algeria OR Angola OR Benin OR Botswana OR "Burkina Faso" OR Burundi OR Cameroon OR "Cape Verde" OR Cabo Verde OR "Central African Republic" OR Chad OR Comoros OR Congo OR "Republic of the Congo" OR "Democratic Republic of the Congo" OR DRC OR Djibouti OR Egypt OR "Equatorial Guinea" OR Eritrea OR Eswatini OR Swaziland OR Ethiopia OR Gabon OR Gambia OR Ghana OR Guinea OR "Guinea-Bissau" OR Kenya OR Lesotho OR Liberia OR Libya OR Madagascar OR Malawi OR Mali OR Mauritania OR Mauritius OR Morocco OR Mozambique OR Namibia OR Niger OR Nigeria OR Rwanda OR "Sao Tome and Principe" OR Senegal OR Seychelles OR "Sierra Leone" OR Somalia OR "South Africa" OR "South Sudan" OR Sudan OR Tanzania OR Togo OR Tunisia OR Uganda OR Zambia OR Zimbabwe))</w:t>
        <w:br/>
        <w:t>AND</w:t>
        <w:br/>
        <w:t>(systematic review OR meta-analysis OR scoping review)</w:t>
      </w:r>
    </w:p>
    <w:p>
      <w:pPr>
        <w:pStyle w:val="Heading2"/>
      </w:pPr>
      <w:r>
        <w:t>Scopus</w:t>
      </w:r>
    </w:p>
    <w:p>
      <w:r>
        <w:t>TITLE-ABS-KEY(</w:t>
        <w:br/>
        <w:t>("oral health-related quality of life" OR OHRQoL OR OHIP OR OIDP OR CPQ OR ECOHIS)</w:t>
        <w:br/>
        <w:t>AND (determinant* OR factor* OR predictor* OR correlat* OR associat* OR influence* OR "risk factor*")</w:t>
        <w:br/>
        <w:t>AND (Africa* OR "Sub-Saharan Africa" OR Algeria OR Angola OR Benin OR Botswana OR "Burkina Faso" OR Burundi OR Cameroon OR "Cape Verde" OR "Central African Republic" OR Chad OR Comoros OR Congo OR "Democratic Republic of the Congo" OR Djibouti OR Egypt OR "Equatorial Guinea" OR Eritrea OR Eswatini OR Ethiopia OR Gabon OR Gambia OR Ghana OR Guinea OR "Guinea-Bissau" OR Kenya OR Lesotho OR Liberia OR Libya OR Madagascar OR Malawi OR Mali OR Mauritania OR Mauritius OR Morocco OR Mozambique OR Namibia OR Niger OR Nigeria OR Rwanda OR "Sao Tome and Principe" OR Senegal OR Seychelles OR "Sierra Leone" OR Somalia OR "South Africa" OR "South Sudan" OR Sudan OR Tanzania OR Togo OR Tunisia OR Uganda OR Zambia OR Zimbabwe)</w:t>
        <w:br/>
        <w:t>AND ("systematic review" OR "meta-analysis" OR "scoping review"))</w:t>
      </w:r>
    </w:p>
    <w:p>
      <w:pPr>
        <w:pStyle w:val="Heading2"/>
      </w:pPr>
      <w:r>
        <w:t>Web of Science</w:t>
      </w:r>
    </w:p>
    <w:p>
      <w:r>
        <w:t>TS=(</w:t>
        <w:br/>
        <w:t>("oral health-related quality of life" OR OHRQoL OR OHIP OR OIDP OR CPQ OR ECOHIS)</w:t>
        <w:br/>
        <w:t>AND (determinant* OR factor* OR predictor* OR correlat* OR associat* OR influence* OR "risk factor*")</w:t>
        <w:br/>
        <w:t>AND (Africa* OR "Sub-Saharan Africa" OR Algeria OR Angola OR Benin OR Botswana OR "Burkina Faso" OR Burundi OR Cameroon OR "Cape Verde" OR "Central African Republic" OR Chad OR Comoros OR Congo OR "Democratic Republic of the Congo" OR Djibouti OR Egypt OR "Equatorial Guinea" OR Eritrea OR Eswatini OR Ethiopia OR Gabon OR Gambia OR Ghana OR Guinea OR "Guinea-Bissau" OR Kenya OR Lesotho OR Liberia OR Libya OR Madagascar OR Malawi OR Mali OR Mauritania OR Mauritius OR Morocco OR Mozambique OR Namibia OR Niger OR Nigeria OR Rwanda OR "Sao Tome and Principe" OR Senegal OR Seychelles OR "Sierra Leone" OR Somalia OR "South Africa" OR "South Sudan" OR Sudan OR Tanzania OR Togo OR Tunisia OR Uganda OR Zambia OR Zimbabwe)</w:t>
        <w:br/>
        <w:t>AND ("systematic review" OR "meta-analysis" OR "scoping review"))</w:t>
      </w:r>
    </w:p>
    <w:p>
      <w:pPr>
        <w:pStyle w:val="Heading2"/>
      </w:pPr>
      <w:r>
        <w:t>Embase</w:t>
      </w:r>
    </w:p>
    <w:p>
      <w:r>
        <w:t>('oral health related quality of life'/exp OR 'oral health related quality of life':ti,ab OR ohrqol:ti,ab OR ohip:ti,ab OR oidp:ti,ab OR cpq:ti,ab OR ecohis:ti,ab)</w:t>
        <w:br/>
        <w:t>AND (determinant*:ti,ab OR factor*:ti,ab OR predictor*:ti,ab OR correlat*:ti,ab OR associat*:ti,ab OR influence*:ti,ab OR 'risk factor*':ti,ab)</w:t>
        <w:br/>
        <w:t>AND ('africa'/exp OR africa*:ti,ab OR 'sub-saharan africa':ti,ab OR algeria:ti,ab OR angola:ti,ab OR benin:ti,ab OR botswana:ti,ab OR 'burkina faso':ti,ab OR burundi:ti,ab OR cameroon:ti,ab OR 'cape verde':ti,ab OR 'central african republic':ti,ab OR chad:ti,ab OR comoros:ti,ab OR congo:ti,ab OR 'democratic republic of the congo':ti,ab OR djibouti:ti,ab OR egypt:ti,ab OR 'equatorial guinea':ti,ab OR eritrea:ti,ab OR eswatini:ti,ab OR ethiopia:ti,ab OR gabon:ti,ab OR gambia:ti,ab OR ghana:ti,ab OR guinea:ti,ab OR 'guinea-bissau':ti,ab OR kenya:ti,ab OR lesotho:ti,ab OR liberia:ti,ab OR libya:ti,ab OR madagascar:ti,ab OR malawi:ti,ab OR mali:ti,ab OR mauritania:ti,ab OR mauritius:ti,ab OR morocco:ti,ab OR mozambique:ti,ab OR namibia:ti,ab OR niger:ti,ab OR nigeria:ti,ab OR rwanda:ti,ab OR 'sao tome and principe':ti,ab OR senegal:ti,ab OR seychelles:ti,ab OR 'sierra leone':ti,ab OR somalia:ti,ab OR 'south africa':ti,ab OR 'south sudan':ti,ab OR sudan:ti,ab OR tanzania:ti,ab OR togo:ti,ab OR tunisia:ti,ab OR uganda:ti,ab OR zambia:ti,ab OR zimbabwe:ti,ab)</w:t>
        <w:br/>
        <w:t>AND ('systematic review'/de OR 'meta analysis'/de OR 'systematic review':ti,ab OR 'meta-analysis':ti,ab OR 'scoping review':ti,ab)</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