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1F5" w:rsidRPr="0058750C" w:rsidRDefault="00383C09" w:rsidP="0058750C">
      <w:pPr>
        <w:pStyle w:val="Title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 xml:space="preserve"> File 1. En</w:t>
      </w:r>
      <w:r w:rsidR="00AB6CDF" w:rsidRPr="0058750C">
        <w:rPr>
          <w:rFonts w:ascii="Times New Roman" w:hAnsi="Times New Roman" w:cs="Times New Roman"/>
          <w:sz w:val="24"/>
          <w:szCs w:val="24"/>
        </w:rPr>
        <w:t xml:space="preserve">glish Version of the Structured </w:t>
      </w:r>
      <w:r w:rsidRPr="0058750C">
        <w:rPr>
          <w:rFonts w:ascii="Times New Roman" w:hAnsi="Times New Roman" w:cs="Times New Roman"/>
          <w:sz w:val="24"/>
          <w:szCs w:val="24"/>
        </w:rPr>
        <w:t>Questionnaire</w:t>
      </w:r>
    </w:p>
    <w:p w:rsidR="00571DA0" w:rsidRPr="0058750C" w:rsidRDefault="00383C09" w:rsidP="0058750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750C"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="00085A8A" w:rsidRPr="0058750C">
        <w:rPr>
          <w:rFonts w:ascii="Times New Roman" w:hAnsi="Times New Roman" w:cs="Times New Roman"/>
          <w:b/>
          <w:sz w:val="24"/>
          <w:szCs w:val="24"/>
        </w:rPr>
        <w:t>Prevalence, Antimicrobial Resistance, and Risk Factors of Bacterial Vaginosis and Aerobic Vaginitis among Women Suspected of STIs in Bahir Dar, Ethiopia</w:t>
      </w:r>
    </w:p>
    <w:p w:rsidR="003D279D" w:rsidRPr="0058750C" w:rsidRDefault="00383C09" w:rsidP="005875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b/>
          <w:sz w:val="24"/>
          <w:szCs w:val="24"/>
        </w:rPr>
        <w:t xml:space="preserve">Study Period: </w:t>
      </w:r>
      <w:r w:rsidRPr="0058750C">
        <w:rPr>
          <w:rFonts w:ascii="Times New Roman" w:hAnsi="Times New Roman" w:cs="Times New Roman"/>
          <w:sz w:val="24"/>
          <w:szCs w:val="24"/>
        </w:rPr>
        <w:t>February–May 2025</w:t>
      </w:r>
      <w:r w:rsidRPr="0058750C">
        <w:rPr>
          <w:rFonts w:ascii="Times New Roman" w:hAnsi="Times New Roman" w:cs="Times New Roman"/>
          <w:sz w:val="24"/>
          <w:szCs w:val="24"/>
        </w:rPr>
        <w:br/>
      </w:r>
      <w:r w:rsidRPr="0058750C">
        <w:rPr>
          <w:rFonts w:ascii="Times New Roman" w:hAnsi="Times New Roman" w:cs="Times New Roman"/>
          <w:b/>
          <w:sz w:val="24"/>
          <w:szCs w:val="24"/>
        </w:rPr>
        <w:t xml:space="preserve">Study Site: </w:t>
      </w:r>
      <w:r w:rsidRPr="0058750C">
        <w:rPr>
          <w:rFonts w:ascii="Times New Roman" w:hAnsi="Times New Roman" w:cs="Times New Roman"/>
          <w:sz w:val="24"/>
          <w:szCs w:val="24"/>
        </w:rPr>
        <w:t xml:space="preserve">Selected Health Institutions, Bahir Dar City, </w:t>
      </w:r>
      <w:r w:rsidR="00335A51" w:rsidRPr="0058750C">
        <w:rPr>
          <w:rFonts w:ascii="Times New Roman" w:hAnsi="Times New Roman" w:cs="Times New Roman"/>
          <w:sz w:val="24"/>
          <w:szCs w:val="24"/>
        </w:rPr>
        <w:t>and Northwest</w:t>
      </w:r>
      <w:r w:rsidRPr="0058750C">
        <w:rPr>
          <w:rFonts w:ascii="Times New Roman" w:hAnsi="Times New Roman" w:cs="Times New Roman"/>
          <w:sz w:val="24"/>
          <w:szCs w:val="24"/>
        </w:rPr>
        <w:t xml:space="preserve"> Ethiopia</w:t>
      </w:r>
    </w:p>
    <w:p w:rsidR="003D279D" w:rsidRPr="0058750C" w:rsidRDefault="00A7566E" w:rsidP="005875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279D" w:rsidRPr="0058750C">
        <w:rPr>
          <w:rFonts w:ascii="Times New Roman" w:hAnsi="Times New Roman" w:cs="Times New Roman"/>
          <w:b/>
          <w:sz w:val="24"/>
          <w:szCs w:val="24"/>
        </w:rPr>
        <w:t>Questionnaire ID</w:t>
      </w:r>
      <w:r w:rsidR="003D279D" w:rsidRPr="0058750C">
        <w:rPr>
          <w:rFonts w:ascii="Times New Roman" w:hAnsi="Times New Roman" w:cs="Times New Roman"/>
          <w:sz w:val="24"/>
          <w:szCs w:val="24"/>
        </w:rPr>
        <w:t>:</w:t>
      </w:r>
      <w:r w:rsidRPr="0058750C">
        <w:rPr>
          <w:rFonts w:ascii="Times New Roman" w:hAnsi="Times New Roman" w:cs="Times New Roman"/>
          <w:sz w:val="24"/>
          <w:szCs w:val="24"/>
        </w:rPr>
        <w:t xml:space="preserve"> ______________</w:t>
      </w:r>
    </w:p>
    <w:p w:rsidR="003D279D" w:rsidRPr="0058750C" w:rsidRDefault="003D279D" w:rsidP="005875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b/>
          <w:sz w:val="24"/>
          <w:szCs w:val="24"/>
        </w:rPr>
        <w:t>Date of data collection</w:t>
      </w:r>
      <w:r w:rsidRPr="0058750C">
        <w:rPr>
          <w:rFonts w:ascii="Times New Roman" w:hAnsi="Times New Roman" w:cs="Times New Roman"/>
          <w:sz w:val="24"/>
          <w:szCs w:val="24"/>
        </w:rPr>
        <w:t>:</w:t>
      </w:r>
      <w:r w:rsidR="00A7566E" w:rsidRPr="0058750C">
        <w:rPr>
          <w:rFonts w:ascii="Times New Roman" w:hAnsi="Times New Roman" w:cs="Times New Roman"/>
          <w:sz w:val="24"/>
          <w:szCs w:val="24"/>
        </w:rPr>
        <w:t xml:space="preserve"> _________</w:t>
      </w:r>
    </w:p>
    <w:p w:rsidR="003D279D" w:rsidRPr="0058750C" w:rsidRDefault="003D279D" w:rsidP="005875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b/>
          <w:sz w:val="24"/>
          <w:szCs w:val="24"/>
        </w:rPr>
        <w:t>Health facility name</w:t>
      </w:r>
      <w:r w:rsidRPr="0058750C">
        <w:rPr>
          <w:rFonts w:ascii="Times New Roman" w:hAnsi="Times New Roman" w:cs="Times New Roman"/>
          <w:sz w:val="24"/>
          <w:szCs w:val="24"/>
        </w:rPr>
        <w:t>:</w:t>
      </w:r>
      <w:r w:rsidR="00A7566E" w:rsidRPr="0058750C">
        <w:rPr>
          <w:rFonts w:ascii="Times New Roman" w:hAnsi="Times New Roman" w:cs="Times New Roman"/>
          <w:sz w:val="24"/>
          <w:szCs w:val="24"/>
        </w:rPr>
        <w:t xml:space="preserve"> ____________</w:t>
      </w:r>
    </w:p>
    <w:p w:rsidR="00B041F5" w:rsidRPr="0058750C" w:rsidRDefault="00383C09" w:rsidP="0058750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8750C">
        <w:rPr>
          <w:rFonts w:ascii="Times New Roman" w:hAnsi="Times New Roman" w:cs="Times New Roman"/>
          <w:b/>
          <w:sz w:val="24"/>
          <w:szCs w:val="24"/>
        </w:rPr>
        <w:t>Section I: Socio-Demographic Characteristics</w:t>
      </w:r>
    </w:p>
    <w:p w:rsidR="00335223" w:rsidRPr="0058750C" w:rsidRDefault="00EF45A7" w:rsidP="0058750C">
      <w:pPr>
        <w:spacing w:after="60" w:line="360" w:lineRule="auto"/>
        <w:rPr>
          <w:rFonts w:ascii="Times New Roman" w:eastAsia="MS Gothic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>1. Age (years)</w:t>
      </w:r>
      <w:r w:rsidRPr="0058750C">
        <w:rPr>
          <w:rStyle w:val="Strong"/>
          <w:rFonts w:ascii="Times New Roman" w:hAnsi="Times New Roman" w:cs="Times New Roman"/>
          <w:sz w:val="24"/>
          <w:szCs w:val="24"/>
        </w:rPr>
        <w:t>:</w:t>
      </w:r>
      <w:r w:rsidRPr="0058750C">
        <w:rPr>
          <w:rFonts w:ascii="Times New Roman" w:hAnsi="Times New Roman" w:cs="Times New Roman"/>
          <w:sz w:val="24"/>
          <w:szCs w:val="24"/>
        </w:rPr>
        <w:t xml:space="preserve"> _______</w:t>
      </w:r>
    </w:p>
    <w:p w:rsidR="00B041F5" w:rsidRPr="0058750C" w:rsidRDefault="00383C09" w:rsidP="0058750C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 xml:space="preserve">2. Residence: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Urban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Rural</w:t>
      </w:r>
    </w:p>
    <w:p w:rsidR="00B041F5" w:rsidRPr="0058750C" w:rsidRDefault="00383C09" w:rsidP="0058750C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 xml:space="preserve">3. Marital status: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Single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Married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Divorced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Widowed</w:t>
      </w:r>
    </w:p>
    <w:p w:rsidR="00B041F5" w:rsidRPr="0058750C" w:rsidRDefault="00383C09" w:rsidP="0058750C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 xml:space="preserve">4. Educational level: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Unable to read/write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Primary school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Secondary school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Diploma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Degree and above</w:t>
      </w:r>
    </w:p>
    <w:p w:rsidR="00B041F5" w:rsidRPr="0058750C" w:rsidRDefault="00383C09" w:rsidP="0058750C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 xml:space="preserve">5. Occupation: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Civil servant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Student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Daily laborer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Commercial sex worker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Housewife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Merchant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Self-employed</w:t>
      </w:r>
    </w:p>
    <w:p w:rsidR="00B041F5" w:rsidRPr="0058750C" w:rsidRDefault="00383C09" w:rsidP="0058750C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>6. Monthly income (ETB</w:t>
      </w:r>
      <w:r w:rsidR="00EF45A7" w:rsidRPr="0058750C">
        <w:rPr>
          <w:rFonts w:ascii="Times New Roman" w:hAnsi="Times New Roman" w:cs="Times New Roman"/>
          <w:sz w:val="24"/>
          <w:szCs w:val="24"/>
        </w:rPr>
        <w:t>): _______</w:t>
      </w:r>
    </w:p>
    <w:p w:rsidR="00B041F5" w:rsidRPr="0058750C" w:rsidRDefault="00383C09" w:rsidP="0058750C">
      <w:pPr>
        <w:pStyle w:val="Heading1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8750C">
        <w:rPr>
          <w:rFonts w:ascii="Times New Roman" w:hAnsi="Times New Roman" w:cs="Times New Roman"/>
          <w:color w:val="auto"/>
          <w:sz w:val="24"/>
          <w:szCs w:val="24"/>
        </w:rPr>
        <w:t>Section II: Clinical Characteristics</w:t>
      </w:r>
    </w:p>
    <w:p w:rsidR="00B041F5" w:rsidRPr="0058750C" w:rsidRDefault="00383C09" w:rsidP="0058750C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 xml:space="preserve">1. Do you currently have vaginal discharge?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Yes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No</w:t>
      </w:r>
    </w:p>
    <w:p w:rsidR="00B041F5" w:rsidRPr="0058750C" w:rsidRDefault="00383C09" w:rsidP="0058750C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 xml:space="preserve">2. Do you feel pain during urination?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Yes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No</w:t>
      </w:r>
    </w:p>
    <w:p w:rsidR="00B041F5" w:rsidRPr="0058750C" w:rsidRDefault="00383C09" w:rsidP="0058750C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 xml:space="preserve">3. Do you have lower abdominal pain?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Yes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No</w:t>
      </w:r>
    </w:p>
    <w:p w:rsidR="00B041F5" w:rsidRPr="0058750C" w:rsidRDefault="00383C09" w:rsidP="0058750C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 xml:space="preserve">4. Do you experience pain during sexual intercourse?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Yes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No</w:t>
      </w:r>
    </w:p>
    <w:p w:rsidR="00B041F5" w:rsidRPr="0058750C" w:rsidRDefault="00383C09" w:rsidP="0058750C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 xml:space="preserve">5. Do you feel a vaginal burning sensation?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Yes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No</w:t>
      </w:r>
    </w:p>
    <w:p w:rsidR="00B041F5" w:rsidRPr="0058750C" w:rsidRDefault="00383C09" w:rsidP="0058750C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lastRenderedPageBreak/>
        <w:t xml:space="preserve">6. Do you have vaginal itching?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Yes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No</w:t>
      </w:r>
    </w:p>
    <w:p w:rsidR="00B041F5" w:rsidRPr="0058750C" w:rsidRDefault="00383C09" w:rsidP="0058750C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 xml:space="preserve">7. Have you ever been diagnosed with an STI?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Yes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No</w:t>
      </w:r>
    </w:p>
    <w:p w:rsidR="00B041F5" w:rsidRPr="0058750C" w:rsidRDefault="00383C09" w:rsidP="0058750C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 xml:space="preserve">8. Have you ever had an abortion?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Yes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No</w:t>
      </w:r>
    </w:p>
    <w:p w:rsidR="00B041F5" w:rsidRPr="0058750C" w:rsidRDefault="00383C09" w:rsidP="0058750C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 xml:space="preserve">9. Have you ever had a preterm birth?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Yes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No</w:t>
      </w:r>
    </w:p>
    <w:p w:rsidR="00B041F5" w:rsidRPr="0058750C" w:rsidRDefault="00383C09" w:rsidP="0058750C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 xml:space="preserve">10. Have you ever been told you have infertility?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Yes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No</w:t>
      </w:r>
    </w:p>
    <w:p w:rsidR="00B041F5" w:rsidRPr="0058750C" w:rsidRDefault="00383C09" w:rsidP="0058750C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 xml:space="preserve">11. Have you used any antibiotics without prescription in the past 3 months?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Yes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No</w:t>
      </w:r>
    </w:p>
    <w:p w:rsidR="00B041F5" w:rsidRPr="0058750C" w:rsidRDefault="00383C09" w:rsidP="0058750C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 xml:space="preserve">12. What is your HIV status?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Positive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Negative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Unknown</w:t>
      </w:r>
    </w:p>
    <w:p w:rsidR="00B041F5" w:rsidRPr="0058750C" w:rsidRDefault="00383C09" w:rsidP="0058750C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 xml:space="preserve">13. Do you use family planning?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Never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Pills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Injectable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="00A7566E" w:rsidRPr="0058750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7566E" w:rsidRPr="0058750C">
        <w:rPr>
          <w:rFonts w:ascii="Times New Roman" w:hAnsi="Times New Roman" w:cs="Times New Roman"/>
          <w:sz w:val="24"/>
          <w:szCs w:val="24"/>
        </w:rPr>
        <w:t>Other</w:t>
      </w:r>
      <w:proofErr w:type="gramEnd"/>
      <w:r w:rsidR="00A7566E" w:rsidRPr="0058750C">
        <w:rPr>
          <w:rFonts w:ascii="Times New Roman" w:hAnsi="Times New Roman" w:cs="Times New Roman"/>
          <w:sz w:val="24"/>
          <w:szCs w:val="24"/>
        </w:rPr>
        <w:t xml:space="preserve"> (specify) ______</w:t>
      </w:r>
    </w:p>
    <w:p w:rsidR="00D540DC" w:rsidRPr="0058750C" w:rsidRDefault="00D540DC" w:rsidP="0058750C">
      <w:pPr>
        <w:pStyle w:val="NormalWeb"/>
        <w:spacing w:line="360" w:lineRule="auto"/>
      </w:pPr>
      <w:r w:rsidRPr="0058750C">
        <w:t>14. Vaginal pH (measured using pH paper or stick</w:t>
      </w:r>
      <w:r w:rsidR="00EF45A7" w:rsidRPr="0058750C">
        <w:t>): _______</w:t>
      </w:r>
    </w:p>
    <w:p w:rsidR="009B1253" w:rsidRPr="0058750C" w:rsidRDefault="00085A8A" w:rsidP="0058750C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>15</w:t>
      </w:r>
      <w:r w:rsidR="009B1253" w:rsidRPr="0058750C">
        <w:rPr>
          <w:rFonts w:ascii="Times New Roman" w:hAnsi="Times New Roman" w:cs="Times New Roman"/>
          <w:sz w:val="24"/>
          <w:szCs w:val="24"/>
        </w:rPr>
        <w:t>. Nugent score for Bacterial Vaginosis (BV</w:t>
      </w:r>
      <w:r w:rsidR="00EF45A7" w:rsidRPr="0058750C">
        <w:rPr>
          <w:rFonts w:ascii="Times New Roman" w:hAnsi="Times New Roman" w:cs="Times New Roman"/>
          <w:sz w:val="24"/>
          <w:szCs w:val="24"/>
        </w:rPr>
        <w:t>): _______</w:t>
      </w:r>
    </w:p>
    <w:p w:rsidR="009B1253" w:rsidRPr="0058750C" w:rsidRDefault="00085A8A" w:rsidP="0058750C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>16</w:t>
      </w:r>
      <w:r w:rsidR="009B1253" w:rsidRPr="0058750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B1253" w:rsidRPr="0058750C">
        <w:rPr>
          <w:rFonts w:ascii="Times New Roman" w:hAnsi="Times New Roman" w:cs="Times New Roman"/>
          <w:sz w:val="24"/>
          <w:szCs w:val="24"/>
        </w:rPr>
        <w:t>Donders</w:t>
      </w:r>
      <w:proofErr w:type="spellEnd"/>
      <w:r w:rsidR="009B1253" w:rsidRPr="0058750C">
        <w:rPr>
          <w:rFonts w:ascii="Times New Roman" w:hAnsi="Times New Roman" w:cs="Times New Roman"/>
          <w:sz w:val="24"/>
          <w:szCs w:val="24"/>
        </w:rPr>
        <w:t>’ score for Aerobic Vaginitis (AV)</w:t>
      </w:r>
      <w:r w:rsidR="00EF45A7" w:rsidRPr="0058750C">
        <w:rPr>
          <w:rFonts w:ascii="Times New Roman" w:hAnsi="Times New Roman" w:cs="Times New Roman"/>
          <w:sz w:val="24"/>
          <w:szCs w:val="24"/>
        </w:rPr>
        <w:t>: _______</w:t>
      </w:r>
    </w:p>
    <w:p w:rsidR="00B041F5" w:rsidRPr="0058750C" w:rsidRDefault="00383C09" w:rsidP="0058750C">
      <w:pPr>
        <w:pStyle w:val="Heading1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8750C">
        <w:rPr>
          <w:rFonts w:ascii="Times New Roman" w:hAnsi="Times New Roman" w:cs="Times New Roman"/>
          <w:color w:val="auto"/>
          <w:sz w:val="24"/>
          <w:szCs w:val="24"/>
        </w:rPr>
        <w:t>Section III: Sexual and Behavioral Characteristics</w:t>
      </w:r>
    </w:p>
    <w:p w:rsidR="00B041F5" w:rsidRPr="0058750C" w:rsidRDefault="00383C09" w:rsidP="0058750C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>1. Numb</w:t>
      </w:r>
      <w:r w:rsidR="00EF45A7" w:rsidRPr="0058750C">
        <w:rPr>
          <w:rFonts w:ascii="Times New Roman" w:hAnsi="Times New Roman" w:cs="Times New Roman"/>
          <w:sz w:val="24"/>
          <w:szCs w:val="24"/>
        </w:rPr>
        <w:t>er of lifetime sexual partners: _______</w:t>
      </w:r>
    </w:p>
    <w:p w:rsidR="00EF45A7" w:rsidRPr="0058750C" w:rsidRDefault="00383C09" w:rsidP="0058750C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 xml:space="preserve">2. </w:t>
      </w:r>
      <w:r w:rsidR="00EF45A7" w:rsidRPr="0058750C">
        <w:rPr>
          <w:rFonts w:ascii="Times New Roman" w:hAnsi="Times New Roman" w:cs="Times New Roman"/>
          <w:sz w:val="24"/>
          <w:szCs w:val="24"/>
        </w:rPr>
        <w:t>How many panty liners do you use per day? _______</w:t>
      </w:r>
    </w:p>
    <w:p w:rsidR="00182748" w:rsidRDefault="00383C09" w:rsidP="0058750C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 xml:space="preserve">3. </w:t>
      </w:r>
      <w:r w:rsidR="00182748" w:rsidRPr="00182748">
        <w:rPr>
          <w:rFonts w:ascii="Times New Roman" w:hAnsi="Times New Roman" w:cs="Times New Roman"/>
          <w:sz w:val="24"/>
          <w:szCs w:val="24"/>
        </w:rPr>
        <w:t xml:space="preserve">How many times do you wash your vagina with water per day? _______ </w:t>
      </w:r>
    </w:p>
    <w:p w:rsidR="00B041F5" w:rsidRPr="0058750C" w:rsidRDefault="00383C09" w:rsidP="0058750C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 xml:space="preserve">4. Frequency of condom use during sexual intercourse: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</w:t>
      </w:r>
      <w:r w:rsidR="00EC1188" w:rsidRPr="0058750C">
        <w:rPr>
          <w:rFonts w:ascii="Times New Roman" w:hAnsi="Times New Roman" w:cs="Times New Roman"/>
          <w:sz w:val="24"/>
          <w:szCs w:val="24"/>
        </w:rPr>
        <w:t xml:space="preserve">  </w:t>
      </w:r>
      <w:r w:rsidRPr="0058750C">
        <w:rPr>
          <w:rFonts w:ascii="Times New Roman" w:hAnsi="Times New Roman" w:cs="Times New Roman"/>
          <w:sz w:val="24"/>
          <w:szCs w:val="24"/>
        </w:rPr>
        <w:t xml:space="preserve">Never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Sometimes (1–2 days/week) </w:t>
      </w:r>
      <w:r w:rsidR="00EC1188"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="00EC1188" w:rsidRPr="0058750C">
        <w:rPr>
          <w:rFonts w:ascii="Times New Roman" w:eastAsia="MS Gothic" w:hAnsi="Times New Roman" w:cs="Times New Roman"/>
          <w:sz w:val="24"/>
          <w:szCs w:val="24"/>
        </w:rPr>
        <w:t xml:space="preserve"> </w:t>
      </w:r>
      <w:r w:rsidR="00EC1188" w:rsidRPr="0058750C">
        <w:rPr>
          <w:rFonts w:ascii="Times New Roman" w:hAnsi="Times New Roman" w:cs="Times New Roman"/>
          <w:sz w:val="24"/>
          <w:szCs w:val="24"/>
        </w:rPr>
        <w:t>usually</w:t>
      </w:r>
      <w:r w:rsidRPr="0058750C">
        <w:rPr>
          <w:rFonts w:ascii="Times New Roman" w:hAnsi="Times New Roman" w:cs="Times New Roman"/>
          <w:sz w:val="24"/>
          <w:szCs w:val="24"/>
        </w:rPr>
        <w:t xml:space="preserve"> (3–6 days/week</w:t>
      </w:r>
      <w:r w:rsidR="00EC1188" w:rsidRPr="0058750C">
        <w:rPr>
          <w:rFonts w:ascii="Times New Roman" w:hAnsi="Times New Roman" w:cs="Times New Roman"/>
          <w:sz w:val="24"/>
          <w:szCs w:val="24"/>
        </w:rPr>
        <w:t xml:space="preserve">) </w:t>
      </w:r>
      <w:r w:rsidR="00EC1188"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Always (7 days/week)</w:t>
      </w:r>
    </w:p>
    <w:p w:rsidR="00B041F5" w:rsidRPr="0058750C" w:rsidRDefault="00383C09" w:rsidP="0058750C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 xml:space="preserve">5. Smoking habit: </w:t>
      </w:r>
      <w:r w:rsidR="00EC1188"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="00EC1188" w:rsidRPr="0058750C">
        <w:rPr>
          <w:rFonts w:ascii="Times New Roman" w:eastAsia="MS Gothic" w:hAnsi="Times New Roman" w:cs="Times New Roman"/>
          <w:sz w:val="24"/>
          <w:szCs w:val="24"/>
        </w:rPr>
        <w:t xml:space="preserve"> </w:t>
      </w:r>
      <w:proofErr w:type="gramStart"/>
      <w:r w:rsidR="00EC1188" w:rsidRPr="0058750C">
        <w:rPr>
          <w:rFonts w:ascii="Times New Roman" w:hAnsi="Times New Roman" w:cs="Times New Roman"/>
          <w:sz w:val="24"/>
          <w:szCs w:val="24"/>
        </w:rPr>
        <w:t xml:space="preserve">Never  </w:t>
      </w:r>
      <w:r w:rsidR="00EC1188"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proofErr w:type="gramEnd"/>
      <w:r w:rsidR="00EC1188" w:rsidRPr="0058750C">
        <w:rPr>
          <w:rFonts w:ascii="Times New Roman" w:eastAsia="MS Gothic" w:hAnsi="Times New Roman" w:cs="Times New Roman"/>
          <w:sz w:val="24"/>
          <w:szCs w:val="24"/>
        </w:rPr>
        <w:t xml:space="preserve"> </w:t>
      </w:r>
      <w:r w:rsidRPr="0058750C">
        <w:rPr>
          <w:rFonts w:ascii="Times New Roman" w:hAnsi="Times New Roman" w:cs="Times New Roman"/>
          <w:sz w:val="24"/>
          <w:szCs w:val="24"/>
        </w:rPr>
        <w:t xml:space="preserve">Sometimes (1–2 days/week)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Usually (3–6 days/week)</w:t>
      </w:r>
    </w:p>
    <w:p w:rsidR="00B041F5" w:rsidRPr="0058750C" w:rsidRDefault="00383C09" w:rsidP="0058750C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 xml:space="preserve">6. Do you inhale shisha?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Yes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No</w:t>
      </w:r>
    </w:p>
    <w:p w:rsidR="00B041F5" w:rsidRPr="0058750C" w:rsidRDefault="00383C09" w:rsidP="0058750C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 xml:space="preserve">7. Do you chew khat?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Yes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No</w:t>
      </w:r>
    </w:p>
    <w:p w:rsidR="00273FAB" w:rsidRDefault="00383C09" w:rsidP="00273FAB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 xml:space="preserve">8. Alcohol drinking habit: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Never</w:t>
      </w:r>
      <w:r w:rsidR="00EC1188" w:rsidRPr="0058750C">
        <w:rPr>
          <w:rFonts w:ascii="Times New Roman" w:hAnsi="Times New Roman" w:cs="Times New Roman"/>
          <w:sz w:val="24"/>
          <w:szCs w:val="24"/>
        </w:rPr>
        <w:t xml:space="preserve"> </w:t>
      </w:r>
      <w:r w:rsidRPr="0058750C">
        <w:rPr>
          <w:rFonts w:ascii="Times New Roman" w:hAnsi="Times New Roman" w:cs="Times New Roman"/>
          <w:sz w:val="24"/>
          <w:szCs w:val="24"/>
        </w:rPr>
        <w:t xml:space="preserve"> </w:t>
      </w:r>
      <w:r w:rsidR="00EC1188" w:rsidRPr="0058750C">
        <w:rPr>
          <w:rFonts w:ascii="Times New Roman" w:hAnsi="Times New Roman" w:cs="Times New Roman"/>
          <w:sz w:val="24"/>
          <w:szCs w:val="24"/>
        </w:rPr>
        <w:t xml:space="preserve">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r w:rsidRPr="0058750C">
        <w:rPr>
          <w:rFonts w:ascii="Times New Roman" w:hAnsi="Times New Roman" w:cs="Times New Roman"/>
          <w:sz w:val="24"/>
          <w:szCs w:val="24"/>
        </w:rPr>
        <w:t xml:space="preserve"> Sometimes (1–2 days/week</w:t>
      </w:r>
      <w:proofErr w:type="gramStart"/>
      <w:r w:rsidRPr="0058750C">
        <w:rPr>
          <w:rFonts w:ascii="Times New Roman" w:hAnsi="Times New Roman" w:cs="Times New Roman"/>
          <w:sz w:val="24"/>
          <w:szCs w:val="24"/>
        </w:rPr>
        <w:t xml:space="preserve">) </w:t>
      </w:r>
      <w:r w:rsidR="0039696F">
        <w:rPr>
          <w:rFonts w:ascii="Times New Roman" w:hAnsi="Times New Roman" w:cs="Times New Roman"/>
          <w:sz w:val="24"/>
          <w:szCs w:val="24"/>
        </w:rPr>
        <w:t xml:space="preserve"> </w:t>
      </w:r>
      <w:r w:rsidRPr="0058750C">
        <w:rPr>
          <w:rFonts w:ascii="MS Gothic" w:eastAsia="MS Gothic" w:hAnsi="MS Gothic" w:cs="MS Gothic" w:hint="eastAsia"/>
          <w:sz w:val="24"/>
          <w:szCs w:val="24"/>
        </w:rPr>
        <w:t>☐</w:t>
      </w:r>
      <w:proofErr w:type="gramEnd"/>
      <w:r w:rsidRPr="0058750C">
        <w:rPr>
          <w:rFonts w:ascii="Times New Roman" w:hAnsi="Times New Roman" w:cs="Times New Roman"/>
          <w:sz w:val="24"/>
          <w:szCs w:val="24"/>
        </w:rPr>
        <w:t xml:space="preserve"> Usually (3–6 days/week)</w:t>
      </w:r>
    </w:p>
    <w:p w:rsidR="00273FAB" w:rsidRDefault="00273FAB" w:rsidP="00273FAB">
      <w:pPr>
        <w:spacing w:after="60" w:line="360" w:lineRule="auto"/>
        <w:rPr>
          <w:rFonts w:ascii="Times New Roman" w:hAnsi="Times New Roman" w:cs="Times New Roman"/>
          <w:sz w:val="24"/>
          <w:szCs w:val="24"/>
        </w:rPr>
      </w:pPr>
    </w:p>
    <w:p w:rsidR="0039696F" w:rsidRPr="00273FAB" w:rsidRDefault="00422D8E" w:rsidP="00273FAB">
      <w:pPr>
        <w:spacing w:after="60" w:line="360" w:lineRule="auto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58750C">
        <w:rPr>
          <w:rStyle w:val="Strong"/>
          <w:rFonts w:ascii="Times New Roman" w:hAnsi="Times New Roman" w:cs="Times New Roman"/>
          <w:sz w:val="24"/>
          <w:szCs w:val="24"/>
        </w:rPr>
        <w:lastRenderedPageBreak/>
        <w:t>Section V: Vaginal Culture &amp; drug susceptibility</w:t>
      </w:r>
    </w:p>
    <w:p w:rsidR="0039696F" w:rsidRPr="0039696F" w:rsidRDefault="0039696F" w:rsidP="003969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9696F">
        <w:rPr>
          <w:rFonts w:ascii="Times New Roman" w:eastAsia="Times New Roman" w:hAnsi="Times New Roman" w:cs="Times New Roman"/>
          <w:b/>
          <w:bCs/>
          <w:sz w:val="27"/>
          <w:szCs w:val="27"/>
        </w:rPr>
        <w:t>A. Vaginal Culture</w:t>
      </w:r>
    </w:p>
    <w:p w:rsidR="0039696F" w:rsidRPr="0039696F" w:rsidRDefault="0039696F" w:rsidP="003969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696F">
        <w:rPr>
          <w:rFonts w:ascii="Times New Roman" w:eastAsia="Times New Roman" w:hAnsi="Times New Roman" w:cs="Times New Roman"/>
          <w:b/>
          <w:bCs/>
          <w:sz w:val="24"/>
          <w:szCs w:val="24"/>
        </w:rPr>
        <w:t>Sample code:</w:t>
      </w:r>
      <w:r w:rsidRPr="0039696F">
        <w:rPr>
          <w:rFonts w:ascii="Times New Roman" w:eastAsia="Times New Roman" w:hAnsi="Times New Roman" w:cs="Times New Roman"/>
          <w:sz w:val="24"/>
          <w:szCs w:val="24"/>
        </w:rPr>
        <w:t xml:space="preserve"> __________</w:t>
      </w:r>
    </w:p>
    <w:p w:rsidR="0039696F" w:rsidRPr="0039696F" w:rsidRDefault="0039696F" w:rsidP="003969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696F">
        <w:rPr>
          <w:rFonts w:ascii="Times New Roman" w:eastAsia="Times New Roman" w:hAnsi="Times New Roman" w:cs="Times New Roman"/>
          <w:b/>
          <w:bCs/>
          <w:sz w:val="24"/>
          <w:szCs w:val="24"/>
        </w:rPr>
        <w:t>Culture resul</w:t>
      </w:r>
      <w:bookmarkStart w:id="0" w:name="_GoBack"/>
      <w:bookmarkEnd w:id="0"/>
      <w:r w:rsidRPr="0039696F">
        <w:rPr>
          <w:rFonts w:ascii="Times New Roman" w:eastAsia="Times New Roman" w:hAnsi="Times New Roman" w:cs="Times New Roman"/>
          <w:b/>
          <w:bCs/>
          <w:sz w:val="24"/>
          <w:szCs w:val="24"/>
        </w:rPr>
        <w:t>t:</w:t>
      </w:r>
      <w:r w:rsidRPr="003969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9696F">
        <w:rPr>
          <w:rFonts w:ascii="MS Gothic" w:eastAsia="MS Gothic" w:hAnsi="MS Gothic" w:cs="MS Gothic" w:hint="eastAsia"/>
          <w:sz w:val="24"/>
          <w:szCs w:val="24"/>
        </w:rPr>
        <w:t>☐</w:t>
      </w:r>
      <w:r w:rsidRPr="0039696F">
        <w:rPr>
          <w:rFonts w:ascii="Times New Roman" w:eastAsia="Times New Roman" w:hAnsi="Times New Roman" w:cs="Times New Roman"/>
          <w:sz w:val="24"/>
          <w:szCs w:val="24"/>
        </w:rPr>
        <w:t xml:space="preserve"> Growth </w:t>
      </w:r>
      <w:r w:rsidRPr="0039696F">
        <w:rPr>
          <w:rFonts w:ascii="MS Gothic" w:eastAsia="MS Gothic" w:hAnsi="MS Gothic" w:cs="MS Gothic" w:hint="eastAsia"/>
          <w:sz w:val="24"/>
          <w:szCs w:val="24"/>
        </w:rPr>
        <w:t>☐</w:t>
      </w:r>
      <w:r w:rsidRPr="0039696F">
        <w:rPr>
          <w:rFonts w:ascii="Times New Roman" w:eastAsia="Times New Roman" w:hAnsi="Times New Roman" w:cs="Times New Roman"/>
          <w:sz w:val="24"/>
          <w:szCs w:val="24"/>
        </w:rPr>
        <w:t xml:space="preserve"> No growth</w:t>
      </w:r>
    </w:p>
    <w:p w:rsidR="0039696F" w:rsidRPr="0039696F" w:rsidRDefault="0039696F" w:rsidP="003969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696F">
        <w:rPr>
          <w:rFonts w:ascii="Times New Roman" w:eastAsia="Times New Roman" w:hAnsi="Times New Roman" w:cs="Times New Roman"/>
          <w:b/>
          <w:bCs/>
          <w:sz w:val="24"/>
          <w:szCs w:val="24"/>
        </w:rPr>
        <w:t>Isolated organism(s) – please write the name(s):</w:t>
      </w:r>
    </w:p>
    <w:p w:rsidR="0039696F" w:rsidRPr="0039696F" w:rsidRDefault="001F6259" w:rsidP="0039696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39696F" w:rsidRPr="0039696F" w:rsidRDefault="001F6259" w:rsidP="0039696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39696F" w:rsidRPr="0039696F" w:rsidRDefault="001F6259" w:rsidP="0039696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39696F" w:rsidRPr="0039696F" w:rsidRDefault="001F6259" w:rsidP="0039696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39696F" w:rsidRPr="0039696F" w:rsidRDefault="001F6259" w:rsidP="0039696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39696F" w:rsidRPr="0039696F" w:rsidRDefault="0039696F" w:rsidP="0039696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696F">
        <w:rPr>
          <w:rFonts w:ascii="Times New Roman" w:eastAsia="Times New Roman" w:hAnsi="Times New Roman" w:cs="Times New Roman"/>
          <w:b/>
          <w:bCs/>
          <w:sz w:val="24"/>
          <w:szCs w:val="24"/>
        </w:rPr>
        <w:t>Note:</w:t>
      </w:r>
      <w:r w:rsidRPr="0039696F">
        <w:rPr>
          <w:rFonts w:ascii="Times New Roman" w:eastAsia="Times New Roman" w:hAnsi="Times New Roman" w:cs="Times New Roman"/>
          <w:sz w:val="24"/>
          <w:szCs w:val="24"/>
        </w:rPr>
        <w:t xml:space="preserve"> If more than one organism is isolated, separate the names clearly (e.g., </w:t>
      </w:r>
      <w:r w:rsidRPr="0039696F">
        <w:rPr>
          <w:rFonts w:ascii="Times New Roman" w:eastAsia="Times New Roman" w:hAnsi="Times New Roman" w:cs="Times New Roman"/>
          <w:i/>
          <w:iCs/>
          <w:sz w:val="24"/>
          <w:szCs w:val="24"/>
        </w:rPr>
        <w:t>E. coli</w:t>
      </w:r>
      <w:r w:rsidRPr="003969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9696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S. </w:t>
      </w:r>
      <w:proofErr w:type="spellStart"/>
      <w:r w:rsidRPr="0039696F">
        <w:rPr>
          <w:rFonts w:ascii="Times New Roman" w:eastAsia="Times New Roman" w:hAnsi="Times New Roman" w:cs="Times New Roman"/>
          <w:i/>
          <w:iCs/>
          <w:sz w:val="24"/>
          <w:szCs w:val="24"/>
        </w:rPr>
        <w:t>agalactiae</w:t>
      </w:r>
      <w:proofErr w:type="spellEnd"/>
      <w:r w:rsidRPr="0039696F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273FAB" w:rsidRPr="00273FAB" w:rsidRDefault="00273FAB" w:rsidP="00273FA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73FAB">
        <w:rPr>
          <w:rFonts w:ascii="Times New Roman" w:eastAsia="Times New Roman" w:hAnsi="Times New Roman" w:cs="Times New Roman"/>
          <w:b/>
          <w:bCs/>
          <w:sz w:val="27"/>
          <w:szCs w:val="27"/>
        </w:rPr>
        <w:t>A. Drug Susceptibility Testing (DST)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2"/>
        <w:gridCol w:w="1243"/>
        <w:gridCol w:w="1243"/>
        <w:gridCol w:w="1103"/>
        <w:gridCol w:w="1344"/>
        <w:gridCol w:w="1751"/>
        <w:gridCol w:w="1150"/>
      </w:tblGrid>
      <w:tr w:rsidR="00273FAB" w:rsidRPr="00273FAB" w:rsidTr="00273FAB">
        <w:tc>
          <w:tcPr>
            <w:tcW w:w="0" w:type="auto"/>
            <w:hideMark/>
          </w:tcPr>
          <w:p w:rsidR="00273FAB" w:rsidRPr="00273FAB" w:rsidRDefault="00273FAB" w:rsidP="00273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3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Sample code</w:t>
            </w:r>
          </w:p>
        </w:tc>
        <w:tc>
          <w:tcPr>
            <w:tcW w:w="0" w:type="auto"/>
            <w:hideMark/>
          </w:tcPr>
          <w:p w:rsidR="00273FAB" w:rsidRPr="00273FAB" w:rsidRDefault="00273FAB" w:rsidP="00273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3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Organism</w:t>
            </w:r>
          </w:p>
        </w:tc>
        <w:tc>
          <w:tcPr>
            <w:tcW w:w="0" w:type="auto"/>
            <w:hideMark/>
          </w:tcPr>
          <w:p w:rsidR="00273FAB" w:rsidRPr="00273FAB" w:rsidRDefault="00273FAB" w:rsidP="00273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3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Antibiotic</w:t>
            </w:r>
          </w:p>
        </w:tc>
        <w:tc>
          <w:tcPr>
            <w:tcW w:w="0" w:type="auto"/>
            <w:hideMark/>
          </w:tcPr>
          <w:p w:rsidR="00273FAB" w:rsidRPr="00273FAB" w:rsidRDefault="00273FAB" w:rsidP="00273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3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Disk potency (µg)</w:t>
            </w:r>
          </w:p>
        </w:tc>
        <w:tc>
          <w:tcPr>
            <w:tcW w:w="0" w:type="auto"/>
            <w:hideMark/>
          </w:tcPr>
          <w:p w:rsidR="00273FAB" w:rsidRPr="00273FAB" w:rsidRDefault="00273FAB" w:rsidP="00273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3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Zone of inhibition (mm)</w:t>
            </w:r>
          </w:p>
        </w:tc>
        <w:tc>
          <w:tcPr>
            <w:tcW w:w="0" w:type="auto"/>
            <w:hideMark/>
          </w:tcPr>
          <w:p w:rsidR="00273FAB" w:rsidRPr="00273FAB" w:rsidRDefault="00273FAB" w:rsidP="00273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3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Interpretation (CLSI)</w:t>
            </w:r>
          </w:p>
        </w:tc>
        <w:tc>
          <w:tcPr>
            <w:tcW w:w="0" w:type="auto"/>
            <w:hideMark/>
          </w:tcPr>
          <w:p w:rsidR="00273FAB" w:rsidRPr="00273FAB" w:rsidRDefault="00273FAB" w:rsidP="00273F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73F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Remarks</w:t>
            </w:r>
          </w:p>
        </w:tc>
      </w:tr>
      <w:tr w:rsidR="00273FAB" w:rsidRPr="00273FAB" w:rsidTr="00273FAB"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FAB" w:rsidRPr="00273FAB" w:rsidTr="00273FAB"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FAB" w:rsidRPr="00273FAB" w:rsidTr="00273FAB"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FAB" w:rsidRPr="00273FAB" w:rsidTr="00273FAB"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FAB" w:rsidRPr="00273FAB" w:rsidTr="00273FAB"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FAB" w:rsidRPr="00273FAB" w:rsidTr="00273FAB"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FAB" w:rsidRPr="00273FAB" w:rsidTr="00273FAB"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FAB" w:rsidRPr="00273FAB" w:rsidTr="00273FAB"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FAB" w:rsidRPr="00273FAB" w:rsidTr="00273FAB"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3FAB" w:rsidRPr="00273FAB" w:rsidTr="00273FAB"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0" w:type="auto"/>
          </w:tcPr>
          <w:p w:rsidR="00273FAB" w:rsidRPr="00273FAB" w:rsidRDefault="00273FAB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6259" w:rsidRPr="00273FAB" w:rsidTr="00273FAB"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D44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6259" w:rsidRPr="00273FAB" w:rsidTr="00273FAB"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D44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6259" w:rsidRPr="00273FAB" w:rsidTr="00273FAB"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D44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6259" w:rsidRPr="00273FAB" w:rsidTr="00273FAB"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D44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6259" w:rsidRPr="00273FAB" w:rsidTr="00273FAB"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D44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6259" w:rsidRPr="00273FAB" w:rsidTr="00273FAB"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D44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6259" w:rsidRPr="00273FAB" w:rsidTr="00273FAB"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D44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6259" w:rsidRPr="00273FAB" w:rsidTr="00273FAB"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D44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6259" w:rsidRPr="00273FAB" w:rsidTr="00273FAB"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D44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6259" w:rsidRPr="00273FAB" w:rsidTr="00273FAB"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D44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6259" w:rsidRPr="00273FAB" w:rsidTr="00273FAB"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D44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6259" w:rsidRPr="00273FAB" w:rsidTr="00273FAB"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D44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6259" w:rsidRPr="00273FAB" w:rsidTr="00273FAB"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D44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6259" w:rsidRPr="00273FAB" w:rsidTr="00273FAB"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D44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6259" w:rsidRPr="00273FAB" w:rsidTr="00273FAB"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F6259" w:rsidRPr="00273FAB" w:rsidRDefault="001F6259" w:rsidP="002D44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</w:t>
            </w:r>
            <w:r w:rsidRPr="00273FAB"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 w:rsidRPr="00273F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</w:t>
            </w:r>
          </w:p>
        </w:tc>
        <w:tc>
          <w:tcPr>
            <w:tcW w:w="0" w:type="auto"/>
          </w:tcPr>
          <w:p w:rsidR="001F6259" w:rsidRPr="00273FAB" w:rsidRDefault="001F6259" w:rsidP="00273F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73FAB" w:rsidRPr="001F6259" w:rsidRDefault="00273FAB" w:rsidP="001F6259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F6259">
        <w:rPr>
          <w:rFonts w:ascii="Times New Roman" w:eastAsia="Times New Roman" w:hAnsi="Times New Roman" w:cs="Times New Roman"/>
          <w:b/>
          <w:bCs/>
          <w:sz w:val="24"/>
          <w:szCs w:val="24"/>
        </w:rPr>
        <w:t>Note:</w:t>
      </w:r>
      <w:r w:rsidR="001F6259" w:rsidRPr="001F6259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1F6259">
        <w:rPr>
          <w:rFonts w:ascii="Times New Roman" w:eastAsia="Times New Roman" w:hAnsi="Times New Roman" w:cs="Times New Roman"/>
          <w:sz w:val="24"/>
          <w:szCs w:val="24"/>
        </w:rPr>
        <w:t xml:space="preserve">Enter </w:t>
      </w:r>
      <w:r w:rsidRPr="001F6259">
        <w:rPr>
          <w:rFonts w:ascii="Times New Roman" w:eastAsia="Times New Roman" w:hAnsi="Times New Roman" w:cs="Times New Roman"/>
          <w:b/>
          <w:bCs/>
          <w:sz w:val="24"/>
          <w:szCs w:val="24"/>
        </w:rPr>
        <w:t>the name of the organism</w:t>
      </w:r>
      <w:r w:rsidRPr="001F6259">
        <w:rPr>
          <w:rFonts w:ascii="Times New Roman" w:eastAsia="Times New Roman" w:hAnsi="Times New Roman" w:cs="Times New Roman"/>
          <w:sz w:val="24"/>
          <w:szCs w:val="24"/>
        </w:rPr>
        <w:t xml:space="preserve"> isolated from the sample (e.g.</w:t>
      </w:r>
      <w:r w:rsidRPr="001F6259">
        <w:rPr>
          <w:rFonts w:ascii="Times New Roman" w:eastAsia="Times New Roman" w:hAnsi="Times New Roman" w:cs="Times New Roman"/>
          <w:i/>
          <w:iCs/>
          <w:sz w:val="24"/>
          <w:szCs w:val="24"/>
        </w:rPr>
        <w:t>E. coli</w:t>
      </w:r>
      <w:r w:rsidRPr="001F625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F625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S. </w:t>
      </w:r>
      <w:proofErr w:type="spellStart"/>
      <w:r w:rsidRPr="001F6259">
        <w:rPr>
          <w:rFonts w:ascii="Times New Roman" w:eastAsia="Times New Roman" w:hAnsi="Times New Roman" w:cs="Times New Roman"/>
          <w:i/>
          <w:iCs/>
          <w:sz w:val="24"/>
          <w:szCs w:val="24"/>
        </w:rPr>
        <w:t>agalactiae</w:t>
      </w:r>
      <w:proofErr w:type="spellEnd"/>
      <w:r w:rsidRPr="001F6259">
        <w:rPr>
          <w:rFonts w:ascii="Times New Roman" w:eastAsia="Times New Roman" w:hAnsi="Times New Roman" w:cs="Times New Roman"/>
          <w:sz w:val="24"/>
          <w:szCs w:val="24"/>
        </w:rPr>
        <w:t>).</w:t>
      </w:r>
      <w:r w:rsidRPr="001F6259">
        <w:rPr>
          <w:rFonts w:ascii="Times New Roman" w:eastAsia="Times New Roman" w:hAnsi="Times New Roman" w:cs="Times New Roman"/>
          <w:b/>
          <w:bCs/>
          <w:sz w:val="24"/>
          <w:szCs w:val="24"/>
        </w:rPr>
        <w:t>Interpretation (CLSI):</w:t>
      </w:r>
      <w:r w:rsidRPr="001F6259">
        <w:rPr>
          <w:rFonts w:ascii="Times New Roman" w:eastAsia="Times New Roman" w:hAnsi="Times New Roman" w:cs="Times New Roman"/>
          <w:sz w:val="24"/>
          <w:szCs w:val="24"/>
        </w:rPr>
        <w:t xml:space="preserve"> S = Susceptible, I = Intermediate, R = Resistant.</w:t>
      </w:r>
    </w:p>
    <w:p w:rsidR="002B71B8" w:rsidRPr="001F6259" w:rsidRDefault="00FB30F0" w:rsidP="001F6259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8750C">
        <w:rPr>
          <w:rFonts w:asciiTheme="majorHAnsi" w:hAnsiTheme="majorHAnsi" w:cstheme="majorHAnsi"/>
        </w:rPr>
        <w:t xml:space="preserve">   </w:t>
      </w:r>
      <w:r w:rsidR="002B71B8" w:rsidRPr="0058750C">
        <w:rPr>
          <w:rFonts w:ascii="Times New Roman" w:hAnsi="Times New Roman" w:cs="Times New Roman"/>
          <w:b/>
          <w:sz w:val="24"/>
          <w:szCs w:val="24"/>
        </w:rPr>
        <w:t>Section V: Data Collection Signatures</w:t>
      </w:r>
    </w:p>
    <w:p w:rsidR="002B71B8" w:rsidRPr="0058750C" w:rsidRDefault="002B71B8" w:rsidP="0058750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8750C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3D3063" w:rsidRPr="0058750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F62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3063" w:rsidRPr="0058750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58750C">
        <w:rPr>
          <w:rFonts w:ascii="Times New Roman" w:hAnsi="Times New Roman" w:cs="Times New Roman"/>
          <w:b/>
          <w:sz w:val="24"/>
          <w:szCs w:val="24"/>
        </w:rPr>
        <w:t>Name / Code</w:t>
      </w:r>
      <w:r w:rsidRPr="0058750C">
        <w:rPr>
          <w:rFonts w:ascii="Times New Roman" w:hAnsi="Times New Roman" w:cs="Times New Roman"/>
          <w:b/>
          <w:sz w:val="24"/>
          <w:szCs w:val="24"/>
        </w:rPr>
        <w:tab/>
        <w:t xml:space="preserve">  Signature</w:t>
      </w:r>
      <w:r w:rsidRPr="0058750C">
        <w:rPr>
          <w:rFonts w:ascii="Times New Roman" w:hAnsi="Times New Roman" w:cs="Times New Roman"/>
          <w:b/>
          <w:sz w:val="24"/>
          <w:szCs w:val="24"/>
        </w:rPr>
        <w:tab/>
        <w:t xml:space="preserve">  Date</w:t>
      </w:r>
    </w:p>
    <w:p w:rsidR="002B71B8" w:rsidRPr="0058750C" w:rsidRDefault="002B71B8" w:rsidP="005875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>Data collector</w:t>
      </w:r>
      <w:r w:rsidRPr="0058750C">
        <w:rPr>
          <w:rFonts w:ascii="Times New Roman" w:hAnsi="Times New Roman" w:cs="Times New Roman"/>
          <w:sz w:val="24"/>
          <w:szCs w:val="24"/>
        </w:rPr>
        <w:tab/>
        <w:t>__________</w:t>
      </w:r>
      <w:r w:rsidRPr="0058750C">
        <w:rPr>
          <w:rFonts w:ascii="Times New Roman" w:hAnsi="Times New Roman" w:cs="Times New Roman"/>
          <w:sz w:val="24"/>
          <w:szCs w:val="24"/>
        </w:rPr>
        <w:tab/>
        <w:t>__________</w:t>
      </w:r>
      <w:r w:rsidRPr="0058750C">
        <w:rPr>
          <w:rFonts w:ascii="Times New Roman" w:hAnsi="Times New Roman" w:cs="Times New Roman"/>
          <w:sz w:val="24"/>
          <w:szCs w:val="24"/>
        </w:rPr>
        <w:tab/>
        <w:t>___/___/_____</w:t>
      </w:r>
    </w:p>
    <w:p w:rsidR="003D279D" w:rsidRPr="0058750C" w:rsidRDefault="002B71B8" w:rsidP="005875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>Supervisor</w:t>
      </w:r>
      <w:r w:rsidRPr="0058750C">
        <w:rPr>
          <w:rFonts w:ascii="Times New Roman" w:hAnsi="Times New Roman" w:cs="Times New Roman"/>
          <w:sz w:val="24"/>
          <w:szCs w:val="24"/>
        </w:rPr>
        <w:tab/>
        <w:t>__________</w:t>
      </w:r>
      <w:r w:rsidRPr="0058750C">
        <w:rPr>
          <w:rFonts w:ascii="Times New Roman" w:hAnsi="Times New Roman" w:cs="Times New Roman"/>
          <w:sz w:val="24"/>
          <w:szCs w:val="24"/>
        </w:rPr>
        <w:tab/>
        <w:t>__________</w:t>
      </w:r>
      <w:r w:rsidRPr="0058750C">
        <w:rPr>
          <w:rFonts w:ascii="Times New Roman" w:hAnsi="Times New Roman" w:cs="Times New Roman"/>
          <w:sz w:val="24"/>
          <w:szCs w:val="24"/>
        </w:rPr>
        <w:tab/>
        <w:t>___/___/_____</w:t>
      </w:r>
    </w:p>
    <w:p w:rsidR="00B041F5" w:rsidRPr="0058750C" w:rsidRDefault="002B71B8" w:rsidP="0058750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8750C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383C09" w:rsidRPr="0058750C">
        <w:rPr>
          <w:rFonts w:ascii="Times New Roman" w:hAnsi="Times New Roman" w:cs="Times New Roman"/>
          <w:b/>
          <w:sz w:val="24"/>
          <w:szCs w:val="24"/>
        </w:rPr>
        <w:t>End of Questionnaire</w:t>
      </w:r>
    </w:p>
    <w:sectPr w:rsidR="00B041F5" w:rsidRPr="0058750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10351CB"/>
    <w:multiLevelType w:val="multilevel"/>
    <w:tmpl w:val="201E9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3987167"/>
    <w:multiLevelType w:val="hybridMultilevel"/>
    <w:tmpl w:val="B1C8B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EC7831"/>
    <w:multiLevelType w:val="multilevel"/>
    <w:tmpl w:val="873EF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3E55959"/>
    <w:multiLevelType w:val="multilevel"/>
    <w:tmpl w:val="E1B8D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8D00A8A"/>
    <w:multiLevelType w:val="hybridMultilevel"/>
    <w:tmpl w:val="8B7EE248"/>
    <w:lvl w:ilvl="0" w:tplc="4A3C5CD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13"/>
  </w:num>
  <w:num w:numId="12">
    <w:abstractNumId w:val="9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85A8A"/>
    <w:rsid w:val="000D6117"/>
    <w:rsid w:val="00147016"/>
    <w:rsid w:val="0015074B"/>
    <w:rsid w:val="00182748"/>
    <w:rsid w:val="001F6259"/>
    <w:rsid w:val="00273FAB"/>
    <w:rsid w:val="0029639D"/>
    <w:rsid w:val="002B71B8"/>
    <w:rsid w:val="002E1386"/>
    <w:rsid w:val="00326F90"/>
    <w:rsid w:val="003321FD"/>
    <w:rsid w:val="00334C12"/>
    <w:rsid w:val="00335223"/>
    <w:rsid w:val="00335A51"/>
    <w:rsid w:val="00383C09"/>
    <w:rsid w:val="0039696F"/>
    <w:rsid w:val="003B4D83"/>
    <w:rsid w:val="003D279D"/>
    <w:rsid w:val="003D3063"/>
    <w:rsid w:val="003E7620"/>
    <w:rsid w:val="00422D8E"/>
    <w:rsid w:val="00571DA0"/>
    <w:rsid w:val="0058750C"/>
    <w:rsid w:val="006525F8"/>
    <w:rsid w:val="00681B71"/>
    <w:rsid w:val="006E3B8A"/>
    <w:rsid w:val="006F1D3E"/>
    <w:rsid w:val="00936EA3"/>
    <w:rsid w:val="009B1253"/>
    <w:rsid w:val="00A2526C"/>
    <w:rsid w:val="00A31036"/>
    <w:rsid w:val="00A7566E"/>
    <w:rsid w:val="00A907D2"/>
    <w:rsid w:val="00AA1D8D"/>
    <w:rsid w:val="00AB6CDF"/>
    <w:rsid w:val="00B041F5"/>
    <w:rsid w:val="00B47730"/>
    <w:rsid w:val="00B80357"/>
    <w:rsid w:val="00CB0664"/>
    <w:rsid w:val="00D3413D"/>
    <w:rsid w:val="00D540DC"/>
    <w:rsid w:val="00DD4D90"/>
    <w:rsid w:val="00E66160"/>
    <w:rsid w:val="00EB3506"/>
    <w:rsid w:val="00EC1188"/>
    <w:rsid w:val="00EF45A7"/>
    <w:rsid w:val="00F02CFA"/>
    <w:rsid w:val="00F758B2"/>
    <w:rsid w:val="00FB30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D54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D54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3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2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3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87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51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2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66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26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5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1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9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3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3291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5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1D613E5-0781-4320-ACCE-DC777799B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HP</cp:lastModifiedBy>
  <cp:revision>3</cp:revision>
  <dcterms:created xsi:type="dcterms:W3CDTF">2025-10-09T10:40:00Z</dcterms:created>
  <dcterms:modified xsi:type="dcterms:W3CDTF">2025-10-09T16:26:00Z</dcterms:modified>
</cp:coreProperties>
</file>