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7A68" w14:textId="77777777" w:rsidR="00AC3B72" w:rsidRPr="00AC3B72" w:rsidRDefault="00AC3B72" w:rsidP="00AC3B72">
      <w:pPr>
        <w:spacing w:line="360" w:lineRule="auto"/>
        <w:rPr>
          <w:rFonts w:asciiTheme="majorBidi" w:hAnsiTheme="majorBidi" w:cstheme="majorBidi"/>
        </w:rPr>
      </w:pPr>
    </w:p>
    <w:p w14:paraId="38E15FCF" w14:textId="18BDE82D" w:rsidR="00AC3B72" w:rsidRPr="00AC3B72" w:rsidRDefault="00AC3B72" w:rsidP="00AC3B72">
      <w:pPr>
        <w:spacing w:line="360" w:lineRule="auto"/>
        <w:jc w:val="center"/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  <w:b/>
          <w:bCs/>
        </w:rPr>
        <w:t>Supplementary File</w:t>
      </w:r>
      <w:r w:rsidR="00F248CA">
        <w:rPr>
          <w:rFonts w:asciiTheme="majorBidi" w:hAnsiTheme="majorBidi" w:cstheme="majorBidi"/>
          <w:b/>
          <w:bCs/>
        </w:rPr>
        <w:t xml:space="preserve"> 1</w:t>
      </w:r>
      <w:r w:rsidRPr="00AC3B72">
        <w:rPr>
          <w:rFonts w:asciiTheme="majorBidi" w:hAnsiTheme="majorBidi" w:cstheme="majorBidi"/>
          <w:b/>
          <w:bCs/>
        </w:rPr>
        <w:t>: Interview Guide</w:t>
      </w:r>
      <w:r w:rsidRPr="00AC3B72">
        <w:rPr>
          <w:rFonts w:asciiTheme="majorBidi" w:hAnsiTheme="majorBidi" w:cstheme="majorBidi"/>
        </w:rPr>
        <w:br/>
      </w:r>
      <w:r w:rsidRPr="00AC3B72">
        <w:rPr>
          <w:rFonts w:asciiTheme="majorBidi" w:hAnsiTheme="majorBidi" w:cstheme="majorBidi"/>
          <w:b/>
          <w:bCs/>
          <w:i/>
          <w:iCs/>
        </w:rPr>
        <w:t>Focus</w:t>
      </w:r>
      <w:r w:rsidRPr="00AC3B72">
        <w:rPr>
          <w:rFonts w:asciiTheme="majorBidi" w:hAnsiTheme="majorBidi" w:cstheme="majorBidi"/>
          <w:i/>
          <w:iCs/>
        </w:rPr>
        <w:t>: Menstrual Health-Seeking Behaviour</w:t>
      </w:r>
      <w:r w:rsidRPr="00AC3B72">
        <w:rPr>
          <w:rFonts w:asciiTheme="majorBidi" w:hAnsiTheme="majorBidi" w:cstheme="majorBidi"/>
        </w:rPr>
        <w:br/>
      </w:r>
      <w:r w:rsidRPr="00AC3B72">
        <w:rPr>
          <w:rFonts w:asciiTheme="majorBidi" w:hAnsiTheme="majorBidi" w:cstheme="majorBidi"/>
          <w:b/>
          <w:bCs/>
          <w:i/>
          <w:iCs/>
        </w:rPr>
        <w:t>For the study</w:t>
      </w:r>
      <w:r w:rsidRPr="00AC3B72">
        <w:rPr>
          <w:rFonts w:asciiTheme="majorBidi" w:hAnsiTheme="majorBidi" w:cstheme="majorBidi"/>
          <w:i/>
          <w:iCs/>
        </w:rPr>
        <w:t>: “Physical and Mental Health Challenges of Menstruation and Health-Seeking Behaviour Among Rural Adolescent Girls in Bangladesh”</w:t>
      </w:r>
    </w:p>
    <w:p w14:paraId="54398CF0" w14:textId="5E4AB216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 xml:space="preserve">Personal Experience and </w:t>
      </w:r>
      <w:r w:rsidRPr="00AC3B72">
        <w:rPr>
          <w:rFonts w:asciiTheme="majorBidi" w:hAnsiTheme="majorBidi" w:cstheme="majorBidi"/>
          <w:b/>
          <w:bCs/>
        </w:rPr>
        <w:t>Perception of Menstrual Discomfort</w:t>
      </w:r>
    </w:p>
    <w:p w14:paraId="3EE0B4AB" w14:textId="77777777" w:rsidR="00900997" w:rsidRPr="00AC3B72" w:rsidRDefault="00F248CA" w:rsidP="00AC3B72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Can you describe any physical or mental discomfort you feel during menstruation?</w:t>
      </w:r>
    </w:p>
    <w:p w14:paraId="4D7FEA06" w14:textId="77777777" w:rsidR="00900997" w:rsidRPr="00AC3B72" w:rsidRDefault="00F248CA" w:rsidP="00AC3B72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How do you usually deal with these discomforts? (Probe: rest, medicine, traditional remedies)</w:t>
      </w:r>
    </w:p>
    <w:p w14:paraId="3F41C338" w14:textId="77777777" w:rsidR="00900997" w:rsidRPr="00AC3B72" w:rsidRDefault="00F248CA" w:rsidP="00AC3B72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Do you think these problems are serious enough to need medical attention?</w:t>
      </w:r>
    </w:p>
    <w:p w14:paraId="58EB096B" w14:textId="4F9A09A2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>Communication and Disclosure</w:t>
      </w:r>
    </w:p>
    <w:p w14:paraId="4BD5320D" w14:textId="77777777" w:rsidR="00900997" w:rsidRPr="00AC3B72" w:rsidRDefault="00F248CA" w:rsidP="00AC3B72">
      <w:pPr>
        <w:pStyle w:val="ListParagraph"/>
        <w:numPr>
          <w:ilvl w:val="0"/>
          <w:numId w:val="13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When you face problems during menstruation, who do you usually talk to, if anyone?</w:t>
      </w:r>
    </w:p>
    <w:p w14:paraId="4CEDF0F1" w14:textId="77777777" w:rsidR="00900997" w:rsidRPr="00AC3B72" w:rsidRDefault="00F248CA" w:rsidP="00AC3B72">
      <w:pPr>
        <w:pStyle w:val="ListParagraph"/>
        <w:numPr>
          <w:ilvl w:val="0"/>
          <w:numId w:val="13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Do you feel comfortable talking about menstruation with your mother, sister, or friends? Why or why not?</w:t>
      </w:r>
    </w:p>
    <w:p w14:paraId="5F412DAF" w14:textId="77777777" w:rsidR="00900997" w:rsidRPr="00AC3B72" w:rsidRDefault="00F248CA" w:rsidP="00AC3B72">
      <w:pPr>
        <w:pStyle w:val="ListParagraph"/>
        <w:numPr>
          <w:ilvl w:val="0"/>
          <w:numId w:val="13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What prevents you from talking about your menstrual problems with others?</w:t>
      </w:r>
    </w:p>
    <w:p w14:paraId="62826E23" w14:textId="5012C3F3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>Informal Health-Seeking Practices</w:t>
      </w:r>
    </w:p>
    <w:p w14:paraId="40C80D35" w14:textId="77777777" w:rsidR="00900997" w:rsidRPr="00AC3B72" w:rsidRDefault="00F248CA" w:rsidP="00AC3B72">
      <w:pPr>
        <w:pStyle w:val="ListParagraph"/>
        <w:numPr>
          <w:ilvl w:val="0"/>
          <w:numId w:val="14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What kind of help do you usually seek when you feel unwell during your period?</w:t>
      </w:r>
    </w:p>
    <w:p w14:paraId="55AF7196" w14:textId="77777777" w:rsidR="00900997" w:rsidRPr="00AC3B72" w:rsidRDefault="00F248CA" w:rsidP="00AC3B72">
      <w:pPr>
        <w:pStyle w:val="ListParagraph"/>
        <w:numPr>
          <w:ilvl w:val="0"/>
          <w:numId w:val="14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Have you ever used home remedies? (Probe: types, sources of knowledge, effectiveness)</w:t>
      </w:r>
    </w:p>
    <w:p w14:paraId="46A55E56" w14:textId="77777777" w:rsidR="00900997" w:rsidRPr="00AC3B72" w:rsidRDefault="00F248CA" w:rsidP="00AC3B72">
      <w:pPr>
        <w:pStyle w:val="ListParagraph"/>
        <w:numPr>
          <w:ilvl w:val="0"/>
          <w:numId w:val="14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Have you ever gone to a pharmacy for menstrual-related issues? What did you say to the pharmacist?</w:t>
      </w:r>
    </w:p>
    <w:p w14:paraId="5120D0B9" w14:textId="0B7CC448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>Formal Health-Seeking and Medical Care</w:t>
      </w:r>
    </w:p>
    <w:p w14:paraId="72F42DFC" w14:textId="77777777" w:rsidR="00900997" w:rsidRPr="00AC3B72" w:rsidRDefault="00F248CA" w:rsidP="00AC3B72">
      <w:pPr>
        <w:pStyle w:val="ListParagraph"/>
        <w:numPr>
          <w:ilvl w:val="0"/>
          <w:numId w:val="15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Have you ever visited a doctor or health center because of problems during menstruation? Why or why not?</w:t>
      </w:r>
    </w:p>
    <w:p w14:paraId="1C950227" w14:textId="77777777" w:rsidR="00900997" w:rsidRPr="00AC3B72" w:rsidRDefault="00F248CA" w:rsidP="00AC3B72">
      <w:pPr>
        <w:pStyle w:val="ListParagraph"/>
        <w:numPr>
          <w:ilvl w:val="0"/>
          <w:numId w:val="15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What stops you from going to a trained doctor when problems become severe?</w:t>
      </w:r>
    </w:p>
    <w:p w14:paraId="1B805156" w14:textId="77777777" w:rsidR="00900997" w:rsidRPr="00AC3B72" w:rsidRDefault="00F248CA" w:rsidP="00AC3B72">
      <w:pPr>
        <w:pStyle w:val="ListParagraph"/>
        <w:numPr>
          <w:ilvl w:val="0"/>
          <w:numId w:val="15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Do you think doctors take menstrual health seriously?</w:t>
      </w:r>
    </w:p>
    <w:p w14:paraId="24BD0871" w14:textId="3528C9DE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>Role of Family</w:t>
      </w:r>
    </w:p>
    <w:p w14:paraId="02F9935F" w14:textId="77777777" w:rsidR="00900997" w:rsidRPr="00AC3B72" w:rsidRDefault="00F248CA" w:rsidP="00AC3B72">
      <w:pPr>
        <w:pStyle w:val="ListParagraph"/>
        <w:numPr>
          <w:ilvl w:val="0"/>
          <w:numId w:val="16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How do your family members respond when you are in pain or discomfort during your period?</w:t>
      </w:r>
    </w:p>
    <w:p w14:paraId="3B975F74" w14:textId="77777777" w:rsidR="00900997" w:rsidRPr="00AC3B72" w:rsidRDefault="00F248CA" w:rsidP="00AC3B72">
      <w:pPr>
        <w:pStyle w:val="ListParagraph"/>
        <w:numPr>
          <w:ilvl w:val="0"/>
          <w:numId w:val="16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Have your parents ever taken you to a doctor or talked to you about menstrual health?</w:t>
      </w:r>
    </w:p>
    <w:p w14:paraId="3935CAF9" w14:textId="77777777" w:rsidR="00900997" w:rsidRPr="00AC3B72" w:rsidRDefault="00F248CA" w:rsidP="00AC3B72">
      <w:pPr>
        <w:pStyle w:val="ListParagraph"/>
        <w:numPr>
          <w:ilvl w:val="0"/>
          <w:numId w:val="16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How do you think family education or job status affects their attitude toward your menstrual health?</w:t>
      </w:r>
    </w:p>
    <w:p w14:paraId="5FB8772A" w14:textId="0C26F4A4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>Influence of Social and Cultural Beliefs</w:t>
      </w:r>
    </w:p>
    <w:p w14:paraId="42C075C0" w14:textId="77777777" w:rsidR="00900997" w:rsidRPr="00AC3B72" w:rsidRDefault="00F248CA" w:rsidP="00AC3B72">
      <w:pPr>
        <w:pStyle w:val="ListParagraph"/>
        <w:numPr>
          <w:ilvl w:val="0"/>
          <w:numId w:val="17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 xml:space="preserve">What beliefs or practices about menstruation are </w:t>
      </w:r>
      <w:r w:rsidRPr="00AC3B72">
        <w:rPr>
          <w:rFonts w:asciiTheme="majorBidi" w:hAnsiTheme="majorBidi" w:cstheme="majorBidi"/>
        </w:rPr>
        <w:t>common in your community or family?</w:t>
      </w:r>
    </w:p>
    <w:p w14:paraId="6C722B60" w14:textId="77777777" w:rsidR="00900997" w:rsidRPr="00AC3B72" w:rsidRDefault="00F248CA" w:rsidP="00AC3B72">
      <w:pPr>
        <w:pStyle w:val="ListParagraph"/>
        <w:numPr>
          <w:ilvl w:val="0"/>
          <w:numId w:val="17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lastRenderedPageBreak/>
        <w:t>Have you heard of any beliefs related to cloth disposal or menstruation and future fertility?</w:t>
      </w:r>
    </w:p>
    <w:p w14:paraId="72F6FFE7" w14:textId="77777777" w:rsidR="00900997" w:rsidRPr="00AC3B72" w:rsidRDefault="00F248CA" w:rsidP="00AC3B72">
      <w:pPr>
        <w:pStyle w:val="ListParagraph"/>
        <w:numPr>
          <w:ilvl w:val="0"/>
          <w:numId w:val="17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Do these beliefs influence what you do during your period?</w:t>
      </w:r>
    </w:p>
    <w:p w14:paraId="08C42ED7" w14:textId="11D39565" w:rsidR="00900997" w:rsidRPr="00AC3B72" w:rsidRDefault="00F248CA" w:rsidP="00AC3B72">
      <w:pPr>
        <w:rPr>
          <w:rFonts w:asciiTheme="majorBidi" w:hAnsiTheme="majorBidi" w:cstheme="majorBidi"/>
          <w:b/>
          <w:bCs/>
        </w:rPr>
      </w:pPr>
      <w:r w:rsidRPr="00AC3B72">
        <w:rPr>
          <w:rFonts w:asciiTheme="majorBidi" w:hAnsiTheme="majorBidi" w:cstheme="majorBidi"/>
          <w:b/>
          <w:bCs/>
        </w:rPr>
        <w:t>Institutional Support and Awareness</w:t>
      </w:r>
    </w:p>
    <w:p w14:paraId="6945B390" w14:textId="77777777" w:rsidR="00900997" w:rsidRPr="00AC3B72" w:rsidRDefault="00F248CA" w:rsidP="00AC3B72">
      <w:pPr>
        <w:pStyle w:val="ListParagraph"/>
        <w:numPr>
          <w:ilvl w:val="0"/>
          <w:numId w:val="18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 xml:space="preserve">Has anyone from your </w:t>
      </w:r>
      <w:r w:rsidRPr="00AC3B72">
        <w:rPr>
          <w:rFonts w:asciiTheme="majorBidi" w:hAnsiTheme="majorBidi" w:cstheme="majorBidi"/>
        </w:rPr>
        <w:t>school or any health worker ever talked to you about menstruation or related problems?</w:t>
      </w:r>
    </w:p>
    <w:p w14:paraId="320683C4" w14:textId="77777777" w:rsidR="00900997" w:rsidRPr="00AC3B72" w:rsidRDefault="00F248CA" w:rsidP="00AC3B72">
      <w:pPr>
        <w:pStyle w:val="ListParagraph"/>
        <w:numPr>
          <w:ilvl w:val="0"/>
          <w:numId w:val="18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What kind of information or support do you think schools or health centers should provide?</w:t>
      </w:r>
    </w:p>
    <w:p w14:paraId="7DA0B17D" w14:textId="67BC2867" w:rsidR="00900997" w:rsidRPr="00AC3B72" w:rsidRDefault="00F248CA" w:rsidP="00AC3B72">
      <w:pPr>
        <w:pStyle w:val="ListParagraph"/>
        <w:numPr>
          <w:ilvl w:val="0"/>
          <w:numId w:val="18"/>
        </w:numPr>
        <w:rPr>
          <w:rFonts w:asciiTheme="majorBidi" w:hAnsiTheme="majorBidi" w:cstheme="majorBidi"/>
        </w:rPr>
      </w:pPr>
      <w:r w:rsidRPr="00AC3B72">
        <w:rPr>
          <w:rFonts w:asciiTheme="majorBidi" w:hAnsiTheme="majorBidi" w:cstheme="majorBidi"/>
        </w:rPr>
        <w:t>What changes would help girls like you to seek better care during menstruation?</w:t>
      </w:r>
    </w:p>
    <w:sectPr w:rsidR="00900997" w:rsidRPr="00AC3B7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41AD4"/>
    <w:multiLevelType w:val="hybridMultilevel"/>
    <w:tmpl w:val="579EB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D66F64"/>
    <w:multiLevelType w:val="hybridMultilevel"/>
    <w:tmpl w:val="1B7CC0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5051E"/>
    <w:multiLevelType w:val="hybridMultilevel"/>
    <w:tmpl w:val="EB548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C4E27"/>
    <w:multiLevelType w:val="hybridMultilevel"/>
    <w:tmpl w:val="0554C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A5E0A"/>
    <w:multiLevelType w:val="hybridMultilevel"/>
    <w:tmpl w:val="E60CE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B4FD6"/>
    <w:multiLevelType w:val="hybridMultilevel"/>
    <w:tmpl w:val="1DF6B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D1F79"/>
    <w:multiLevelType w:val="hybridMultilevel"/>
    <w:tmpl w:val="EBE09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4475C"/>
    <w:multiLevelType w:val="hybridMultilevel"/>
    <w:tmpl w:val="CD5615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02CC1"/>
    <w:multiLevelType w:val="hybridMultilevel"/>
    <w:tmpl w:val="406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889580">
    <w:abstractNumId w:val="8"/>
  </w:num>
  <w:num w:numId="2" w16cid:durableId="310058716">
    <w:abstractNumId w:val="6"/>
  </w:num>
  <w:num w:numId="3" w16cid:durableId="39675750">
    <w:abstractNumId w:val="5"/>
  </w:num>
  <w:num w:numId="4" w16cid:durableId="304967507">
    <w:abstractNumId w:val="4"/>
  </w:num>
  <w:num w:numId="5" w16cid:durableId="1661156647">
    <w:abstractNumId w:val="7"/>
  </w:num>
  <w:num w:numId="6" w16cid:durableId="1936329761">
    <w:abstractNumId w:val="3"/>
  </w:num>
  <w:num w:numId="7" w16cid:durableId="337851454">
    <w:abstractNumId w:val="2"/>
  </w:num>
  <w:num w:numId="8" w16cid:durableId="452558002">
    <w:abstractNumId w:val="1"/>
  </w:num>
  <w:num w:numId="9" w16cid:durableId="1758136076">
    <w:abstractNumId w:val="0"/>
  </w:num>
  <w:num w:numId="10" w16cid:durableId="1152285053">
    <w:abstractNumId w:val="16"/>
  </w:num>
  <w:num w:numId="11" w16cid:durableId="326443737">
    <w:abstractNumId w:val="10"/>
  </w:num>
  <w:num w:numId="12" w16cid:durableId="1953317746">
    <w:abstractNumId w:val="9"/>
  </w:num>
  <w:num w:numId="13" w16cid:durableId="568881709">
    <w:abstractNumId w:val="15"/>
  </w:num>
  <w:num w:numId="14" w16cid:durableId="1008479334">
    <w:abstractNumId w:val="17"/>
  </w:num>
  <w:num w:numId="15" w16cid:durableId="1118180187">
    <w:abstractNumId w:val="14"/>
  </w:num>
  <w:num w:numId="16" w16cid:durableId="301691412">
    <w:abstractNumId w:val="13"/>
  </w:num>
  <w:num w:numId="17" w16cid:durableId="507477811">
    <w:abstractNumId w:val="11"/>
  </w:num>
  <w:num w:numId="18" w16cid:durableId="16057636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6A55"/>
    <w:rsid w:val="00900997"/>
    <w:rsid w:val="00A031FC"/>
    <w:rsid w:val="00AA1D8D"/>
    <w:rsid w:val="00AC3B72"/>
    <w:rsid w:val="00B47730"/>
    <w:rsid w:val="00CB0664"/>
    <w:rsid w:val="00F248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8BCE6B"/>
  <w14:defaultImageDpi w14:val="300"/>
  <w15:docId w15:val="{C68DF023-C7F4-46AB-9EAA-D1EFD015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 Basit</cp:lastModifiedBy>
  <cp:revision>3</cp:revision>
  <dcterms:created xsi:type="dcterms:W3CDTF">2013-12-23T23:15:00Z</dcterms:created>
  <dcterms:modified xsi:type="dcterms:W3CDTF">2025-06-16T08:52:00Z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1f6136e8-6dd8-48c6-9d33-68f89e381b61</vt:lpwstr>
  </property>
</Properties>
</file>