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250" w:rsidRPr="000D0C4B" w:rsidRDefault="00E73055">
      <w:pPr>
        <w:pStyle w:val="Titre1"/>
        <w:jc w:val="center"/>
        <w:rPr>
          <w:rFonts w:ascii="Times New Roman" w:hAnsi="Times New Roman" w:cs="Times New Roman"/>
          <w:sz w:val="24"/>
          <w:szCs w:val="24"/>
        </w:rPr>
      </w:pPr>
      <w:r w:rsidRPr="000D0C4B">
        <w:rPr>
          <w:rFonts w:ascii="Times New Roman" w:hAnsi="Times New Roman" w:cs="Times New Roman"/>
          <w:sz w:val="24"/>
          <w:szCs w:val="24"/>
        </w:rPr>
        <w:t>Additional file 1</w:t>
      </w:r>
    </w:p>
    <w:p w:rsidR="00AD4250" w:rsidRPr="000D0C4B" w:rsidRDefault="00E73055">
      <w:pPr>
        <w:pStyle w:val="Titre"/>
        <w:jc w:val="center"/>
        <w:rPr>
          <w:rFonts w:ascii="Times New Roman" w:hAnsi="Times New Roman" w:cs="Times New Roman"/>
          <w:sz w:val="24"/>
          <w:szCs w:val="24"/>
        </w:rPr>
      </w:pPr>
      <w:r w:rsidRPr="000D0C4B">
        <w:rPr>
          <w:rFonts w:ascii="Times New Roman" w:hAnsi="Times New Roman" w:cs="Times New Roman"/>
          <w:sz w:val="24"/>
          <w:szCs w:val="24"/>
        </w:rPr>
        <w:t>Semi-structured interview guide</w:t>
      </w:r>
    </w:p>
    <w:p w:rsidR="00AD4250" w:rsidRDefault="00E73055">
      <w:pPr>
        <w:jc w:val="center"/>
        <w:rPr>
          <w:i/>
        </w:rPr>
      </w:pPr>
      <w:r>
        <w:rPr>
          <w:i/>
        </w:rPr>
        <w:t>Maternal regret as identity disruption: an interpretative phenomenological study of French-speaking mothers</w:t>
      </w:r>
    </w:p>
    <w:p w:rsidR="000D0C4B" w:rsidRDefault="000D0C4B">
      <w:pPr>
        <w:jc w:val="center"/>
      </w:pPr>
    </w:p>
    <w:p w:rsidR="00AD4250" w:rsidRPr="000D0C4B" w:rsidRDefault="00E73055">
      <w:pPr>
        <w:rPr>
          <w:rFonts w:cs="Times New Roman"/>
        </w:rPr>
      </w:pPr>
      <w:r w:rsidRPr="000D0C4B">
        <w:rPr>
          <w:rFonts w:cs="Times New Roman"/>
        </w:rPr>
        <w:t xml:space="preserve">The interview guide was developed and administered in French. The English translation below is </w:t>
      </w:r>
      <w:r w:rsidRPr="000D0C4B">
        <w:rPr>
          <w:rFonts w:cs="Times New Roman"/>
        </w:rPr>
        <w:t>provided for publication. The guide was used flexibly, with follow-up prompts adapted to each participant’s account.</w:t>
      </w:r>
    </w:p>
    <w:p w:rsidR="00AD4250" w:rsidRPr="000D0C4B" w:rsidRDefault="00E73055">
      <w:pPr>
        <w:pStyle w:val="Titre2"/>
        <w:rPr>
          <w:rFonts w:ascii="Times New Roman" w:hAnsi="Times New Roman" w:cs="Times New Roman"/>
        </w:rPr>
      </w:pPr>
      <w:r w:rsidRPr="000D0C4B">
        <w:rPr>
          <w:rFonts w:ascii="Times New Roman" w:hAnsi="Times New Roman" w:cs="Times New Roman"/>
        </w:rPr>
        <w:t>General sociodemographic information</w:t>
      </w:r>
    </w:p>
    <w:p w:rsidR="00AD4250" w:rsidRPr="000D0C4B" w:rsidRDefault="00E73055">
      <w:pPr>
        <w:pStyle w:val="Listepuces"/>
        <w:rPr>
          <w:rFonts w:cs="Times New Roman"/>
        </w:rPr>
      </w:pPr>
      <w:r w:rsidRPr="000D0C4B">
        <w:rPr>
          <w:rFonts w:cs="Times New Roman"/>
        </w:rPr>
        <w:t>How old are you?</w:t>
      </w:r>
    </w:p>
    <w:p w:rsidR="00AD4250" w:rsidRPr="000D0C4B" w:rsidRDefault="00E73055">
      <w:pPr>
        <w:pStyle w:val="Listepuces"/>
        <w:rPr>
          <w:rFonts w:cs="Times New Roman"/>
        </w:rPr>
      </w:pPr>
      <w:r w:rsidRPr="000D0C4B">
        <w:rPr>
          <w:rFonts w:cs="Times New Roman"/>
        </w:rPr>
        <w:t>Where were you born?</w:t>
      </w:r>
    </w:p>
    <w:p w:rsidR="00AD4250" w:rsidRPr="000D0C4B" w:rsidRDefault="00E73055">
      <w:pPr>
        <w:pStyle w:val="Listepuces"/>
        <w:rPr>
          <w:rFonts w:cs="Times New Roman"/>
        </w:rPr>
      </w:pPr>
      <w:r w:rsidRPr="000D0C4B">
        <w:rPr>
          <w:rFonts w:cs="Times New Roman"/>
        </w:rPr>
        <w:t>What is your occupation?</w:t>
      </w:r>
    </w:p>
    <w:p w:rsidR="00AD4250" w:rsidRPr="000D0C4B" w:rsidRDefault="00E73055">
      <w:pPr>
        <w:pStyle w:val="Listepuces"/>
        <w:rPr>
          <w:rFonts w:cs="Times New Roman"/>
        </w:rPr>
      </w:pPr>
      <w:r w:rsidRPr="000D0C4B">
        <w:rPr>
          <w:rFonts w:cs="Times New Roman"/>
        </w:rPr>
        <w:t>Which cultural background do you identi</w:t>
      </w:r>
      <w:r w:rsidRPr="000D0C4B">
        <w:rPr>
          <w:rFonts w:cs="Times New Roman"/>
        </w:rPr>
        <w:t>fy with?</w:t>
      </w:r>
    </w:p>
    <w:p w:rsidR="00AD4250" w:rsidRPr="000D0C4B" w:rsidRDefault="00E73055">
      <w:pPr>
        <w:pStyle w:val="Titre2"/>
        <w:rPr>
          <w:rFonts w:ascii="Times New Roman" w:hAnsi="Times New Roman" w:cs="Times New Roman"/>
        </w:rPr>
      </w:pPr>
      <w:r w:rsidRPr="000D0C4B">
        <w:rPr>
          <w:rFonts w:ascii="Times New Roman" w:hAnsi="Times New Roman" w:cs="Times New Roman"/>
        </w:rPr>
        <w:t>Family situation</w:t>
      </w:r>
    </w:p>
    <w:p w:rsidR="00AD4250" w:rsidRPr="000D0C4B" w:rsidRDefault="00E73055">
      <w:pPr>
        <w:pStyle w:val="Listepuces"/>
        <w:rPr>
          <w:rFonts w:cs="Times New Roman"/>
        </w:rPr>
      </w:pPr>
      <w:r w:rsidRPr="000D0C4B">
        <w:rPr>
          <w:rFonts w:cs="Times New Roman"/>
        </w:rPr>
        <w:t>Can you describe your current family situation?</w:t>
      </w:r>
    </w:p>
    <w:p w:rsidR="00AD4250" w:rsidRPr="000D0C4B" w:rsidRDefault="00E73055">
      <w:pPr>
        <w:pStyle w:val="Titre2"/>
        <w:rPr>
          <w:rFonts w:ascii="Times New Roman" w:hAnsi="Times New Roman" w:cs="Times New Roman"/>
        </w:rPr>
      </w:pPr>
      <w:r w:rsidRPr="000D0C4B">
        <w:rPr>
          <w:rFonts w:ascii="Times New Roman" w:hAnsi="Times New Roman" w:cs="Times New Roman"/>
        </w:rPr>
        <w:t>Pathway into motherhood</w:t>
      </w:r>
    </w:p>
    <w:p w:rsidR="00AD4250" w:rsidRPr="000D0C4B" w:rsidRDefault="00E73055">
      <w:pPr>
        <w:pStyle w:val="Listepuces"/>
        <w:rPr>
          <w:rFonts w:cs="Times New Roman"/>
        </w:rPr>
      </w:pPr>
      <w:r w:rsidRPr="000D0C4B">
        <w:rPr>
          <w:rFonts w:cs="Times New Roman"/>
        </w:rPr>
        <w:t>Can you describe how you came to enter motherhood?</w:t>
      </w:r>
    </w:p>
    <w:p w:rsidR="00AD4250" w:rsidRPr="000D0C4B" w:rsidRDefault="00E73055">
      <w:pPr>
        <w:pStyle w:val="Listepuces"/>
        <w:rPr>
          <w:rFonts w:cs="Times New Roman"/>
        </w:rPr>
      </w:pPr>
      <w:r w:rsidRPr="000D0C4B">
        <w:rPr>
          <w:rFonts w:cs="Times New Roman"/>
        </w:rPr>
        <w:t>What were your expectations regarding motherhood?</w:t>
      </w:r>
    </w:p>
    <w:p w:rsidR="00AD4250" w:rsidRPr="000D0C4B" w:rsidRDefault="00E73055">
      <w:pPr>
        <w:pStyle w:val="Listepuces"/>
        <w:rPr>
          <w:rFonts w:cs="Times New Roman"/>
        </w:rPr>
      </w:pPr>
      <w:r w:rsidRPr="000D0C4B">
        <w:rPr>
          <w:rFonts w:cs="Times New Roman"/>
        </w:rPr>
        <w:t>How did you experience the transition to motherhood?</w:t>
      </w:r>
    </w:p>
    <w:p w:rsidR="00AD4250" w:rsidRPr="000D0C4B" w:rsidRDefault="00E73055">
      <w:pPr>
        <w:pStyle w:val="Titre2"/>
        <w:rPr>
          <w:rFonts w:ascii="Times New Roman" w:hAnsi="Times New Roman" w:cs="Times New Roman"/>
        </w:rPr>
      </w:pPr>
      <w:r w:rsidRPr="000D0C4B">
        <w:rPr>
          <w:rFonts w:ascii="Times New Roman" w:hAnsi="Times New Roman" w:cs="Times New Roman"/>
        </w:rPr>
        <w:t>Repr</w:t>
      </w:r>
      <w:r w:rsidRPr="000D0C4B">
        <w:rPr>
          <w:rFonts w:ascii="Times New Roman" w:hAnsi="Times New Roman" w:cs="Times New Roman"/>
        </w:rPr>
        <w:t>esentations of motherhood during childhood</w:t>
      </w:r>
    </w:p>
    <w:p w:rsidR="00AD4250" w:rsidRPr="000D0C4B" w:rsidRDefault="00E73055">
      <w:pPr>
        <w:pStyle w:val="Listepuces"/>
        <w:rPr>
          <w:rFonts w:cs="Times New Roman"/>
        </w:rPr>
      </w:pPr>
      <w:r w:rsidRPr="000D0C4B">
        <w:rPr>
          <w:rFonts w:cs="Times New Roman"/>
        </w:rPr>
        <w:t>What were your perceptions of your own mother and, more generally, of motherhood before becoming a mother yourself?</w:t>
      </w:r>
    </w:p>
    <w:p w:rsidR="00AD4250" w:rsidRPr="000D0C4B" w:rsidRDefault="00E73055">
      <w:pPr>
        <w:pStyle w:val="Titre2"/>
        <w:rPr>
          <w:rFonts w:ascii="Times New Roman" w:hAnsi="Times New Roman" w:cs="Times New Roman"/>
        </w:rPr>
      </w:pPr>
      <w:r w:rsidRPr="000D0C4B">
        <w:rPr>
          <w:rFonts w:ascii="Times New Roman" w:hAnsi="Times New Roman" w:cs="Times New Roman"/>
        </w:rPr>
        <w:t>Maternal regret</w:t>
      </w:r>
    </w:p>
    <w:p w:rsidR="00AD4250" w:rsidRPr="000D0C4B" w:rsidRDefault="00E73055">
      <w:pPr>
        <w:pStyle w:val="Listepuces"/>
        <w:rPr>
          <w:rFonts w:cs="Times New Roman"/>
        </w:rPr>
      </w:pPr>
      <w:r w:rsidRPr="000D0C4B">
        <w:rPr>
          <w:rFonts w:cs="Times New Roman"/>
        </w:rPr>
        <w:t>When did you begin to feel concerned by maternal regret?</w:t>
      </w:r>
    </w:p>
    <w:p w:rsidR="00AD4250" w:rsidRPr="000D0C4B" w:rsidRDefault="00E73055">
      <w:pPr>
        <w:pStyle w:val="Listepuces"/>
        <w:rPr>
          <w:rFonts w:cs="Times New Roman"/>
        </w:rPr>
      </w:pPr>
      <w:r w:rsidRPr="000D0C4B">
        <w:rPr>
          <w:rFonts w:cs="Times New Roman"/>
        </w:rPr>
        <w:t>What did maternal regret</w:t>
      </w:r>
      <w:r w:rsidRPr="000D0C4B">
        <w:rPr>
          <w:rFonts w:cs="Times New Roman"/>
        </w:rPr>
        <w:t xml:space="preserve"> mean to you at that time?</w:t>
      </w:r>
    </w:p>
    <w:p w:rsidR="00AD4250" w:rsidRPr="000D0C4B" w:rsidRDefault="00E73055">
      <w:pPr>
        <w:pStyle w:val="Listepuces"/>
        <w:rPr>
          <w:rFonts w:cs="Times New Roman"/>
        </w:rPr>
      </w:pPr>
      <w:r w:rsidRPr="000D0C4B">
        <w:rPr>
          <w:rFonts w:cs="Times New Roman"/>
        </w:rPr>
        <w:t>What do you think contributed to this regret in your situation?</w:t>
      </w:r>
    </w:p>
    <w:p w:rsidR="00AD4250" w:rsidRPr="000D0C4B" w:rsidRDefault="00E73055">
      <w:pPr>
        <w:pStyle w:val="Listepuces"/>
        <w:rPr>
          <w:rFonts w:cs="Times New Roman"/>
        </w:rPr>
      </w:pPr>
      <w:r w:rsidRPr="000D0C4B">
        <w:rPr>
          <w:rFonts w:cs="Times New Roman"/>
        </w:rPr>
        <w:t>How has the regret evolved over time?</w:t>
      </w:r>
    </w:p>
    <w:p w:rsidR="00AD4250" w:rsidRPr="000D0C4B" w:rsidRDefault="00E73055">
      <w:pPr>
        <w:pStyle w:val="Titre2"/>
        <w:rPr>
          <w:rFonts w:ascii="Times New Roman" w:hAnsi="Times New Roman" w:cs="Times New Roman"/>
        </w:rPr>
      </w:pPr>
      <w:r w:rsidRPr="000D0C4B">
        <w:rPr>
          <w:rFonts w:ascii="Times New Roman" w:hAnsi="Times New Roman" w:cs="Times New Roman"/>
        </w:rPr>
        <w:t>Changes associated with motherhood</w:t>
      </w:r>
    </w:p>
    <w:p w:rsidR="00AD4250" w:rsidRPr="000D0C4B" w:rsidRDefault="00E73055">
      <w:pPr>
        <w:pStyle w:val="Listepuces"/>
        <w:rPr>
          <w:rFonts w:cs="Times New Roman"/>
        </w:rPr>
      </w:pPr>
      <w:r w:rsidRPr="000D0C4B">
        <w:rPr>
          <w:rFonts w:cs="Times New Roman"/>
        </w:rPr>
        <w:t>How has your relationship with your partner or family evolved since the arrival of your chil</w:t>
      </w:r>
      <w:r w:rsidRPr="000D0C4B">
        <w:rPr>
          <w:rFonts w:cs="Times New Roman"/>
        </w:rPr>
        <w:t>d?</w:t>
      </w:r>
    </w:p>
    <w:p w:rsidR="00AD4250" w:rsidRPr="000D0C4B" w:rsidRDefault="00E73055">
      <w:pPr>
        <w:pStyle w:val="Listepuces"/>
        <w:rPr>
          <w:rFonts w:cs="Times New Roman"/>
        </w:rPr>
      </w:pPr>
      <w:r w:rsidRPr="000D0C4B">
        <w:rPr>
          <w:rFonts w:cs="Times New Roman"/>
        </w:rPr>
        <w:t>How have you changed as a woman since becoming a mother?</w:t>
      </w:r>
    </w:p>
    <w:p w:rsidR="00AD4250" w:rsidRPr="000D0C4B" w:rsidRDefault="00E73055">
      <w:pPr>
        <w:pStyle w:val="Listepuces"/>
        <w:rPr>
          <w:rFonts w:cs="Times New Roman"/>
        </w:rPr>
      </w:pPr>
      <w:r w:rsidRPr="000D0C4B">
        <w:rPr>
          <w:rFonts w:cs="Times New Roman"/>
        </w:rPr>
        <w:t>What aspects of your previous identity or life do you feel have changed or been lost?</w:t>
      </w:r>
    </w:p>
    <w:p w:rsidR="00AD4250" w:rsidRPr="000D0C4B" w:rsidRDefault="00E73055">
      <w:pPr>
        <w:pStyle w:val="Titre2"/>
        <w:rPr>
          <w:rFonts w:ascii="Times New Roman" w:hAnsi="Times New Roman" w:cs="Times New Roman"/>
        </w:rPr>
      </w:pPr>
      <w:r w:rsidRPr="000D0C4B">
        <w:rPr>
          <w:rFonts w:ascii="Times New Roman" w:hAnsi="Times New Roman" w:cs="Times New Roman"/>
        </w:rPr>
        <w:t>Support and care</w:t>
      </w:r>
    </w:p>
    <w:p w:rsidR="00AD4250" w:rsidRPr="000D0C4B" w:rsidRDefault="00E73055">
      <w:pPr>
        <w:pStyle w:val="Listepuces"/>
        <w:rPr>
          <w:rFonts w:cs="Times New Roman"/>
        </w:rPr>
      </w:pPr>
      <w:r w:rsidRPr="000D0C4B">
        <w:rPr>
          <w:rFonts w:cs="Times New Roman"/>
        </w:rPr>
        <w:t>How do you talk about this regret with other people, if at all?</w:t>
      </w:r>
    </w:p>
    <w:p w:rsidR="00AD4250" w:rsidRPr="000D0C4B" w:rsidRDefault="00E73055">
      <w:pPr>
        <w:pStyle w:val="Listepuces"/>
        <w:rPr>
          <w:rFonts w:cs="Times New Roman"/>
        </w:rPr>
      </w:pPr>
      <w:r w:rsidRPr="000D0C4B">
        <w:rPr>
          <w:rFonts w:cs="Times New Roman"/>
        </w:rPr>
        <w:lastRenderedPageBreak/>
        <w:t>What types of support or care</w:t>
      </w:r>
      <w:r w:rsidRPr="000D0C4B">
        <w:rPr>
          <w:rFonts w:cs="Times New Roman"/>
        </w:rPr>
        <w:t xml:space="preserve"> have you sought or received?</w:t>
      </w:r>
    </w:p>
    <w:p w:rsidR="00AD4250" w:rsidRPr="000D0C4B" w:rsidRDefault="00E73055">
      <w:pPr>
        <w:pStyle w:val="Listepuces"/>
        <w:rPr>
          <w:rFonts w:cs="Times New Roman"/>
        </w:rPr>
      </w:pPr>
      <w:r w:rsidRPr="000D0C4B">
        <w:rPr>
          <w:rFonts w:cs="Times New Roman"/>
        </w:rPr>
        <w:t>What has been most helpful or unhelpful, and why?</w:t>
      </w:r>
    </w:p>
    <w:p w:rsidR="00AD4250" w:rsidRPr="000D0C4B" w:rsidRDefault="00E73055">
      <w:pPr>
        <w:pStyle w:val="Titre2"/>
        <w:rPr>
          <w:rFonts w:ascii="Times New Roman" w:hAnsi="Times New Roman" w:cs="Times New Roman"/>
        </w:rPr>
      </w:pPr>
      <w:r w:rsidRPr="000D0C4B">
        <w:rPr>
          <w:rFonts w:ascii="Times New Roman" w:hAnsi="Times New Roman" w:cs="Times New Roman"/>
        </w:rPr>
        <w:t>Future perspectives</w:t>
      </w:r>
    </w:p>
    <w:p w:rsidR="00AD4250" w:rsidRPr="000D0C4B" w:rsidRDefault="00E73055">
      <w:pPr>
        <w:pStyle w:val="Listepuces"/>
        <w:rPr>
          <w:rFonts w:cs="Times New Roman"/>
        </w:rPr>
      </w:pPr>
      <w:r w:rsidRPr="000D0C4B">
        <w:rPr>
          <w:rFonts w:cs="Times New Roman"/>
        </w:rPr>
        <w:t>How do you think your experience of regret may evolve over time?</w:t>
      </w:r>
    </w:p>
    <w:p w:rsidR="00AD4250" w:rsidRPr="000D0C4B" w:rsidRDefault="00E73055">
      <w:pPr>
        <w:pStyle w:val="Listepuces"/>
        <w:rPr>
          <w:rFonts w:cs="Times New Roman"/>
        </w:rPr>
      </w:pPr>
      <w:r w:rsidRPr="000D0C4B">
        <w:rPr>
          <w:rFonts w:cs="Times New Roman"/>
        </w:rPr>
        <w:t>What could be improved for mothers experiencing parental regret?</w:t>
      </w:r>
    </w:p>
    <w:p w:rsidR="00AD4250" w:rsidRPr="00E73055" w:rsidRDefault="00E73055">
      <w:pPr>
        <w:pStyle w:val="Titre2"/>
        <w:rPr>
          <w:rFonts w:ascii="Times New Roman" w:hAnsi="Times New Roman" w:cs="Times New Roman"/>
        </w:rPr>
      </w:pPr>
      <w:r w:rsidRPr="00E73055">
        <w:rPr>
          <w:rFonts w:ascii="Times New Roman" w:hAnsi="Times New Roman" w:cs="Times New Roman"/>
        </w:rPr>
        <w:t>Note</w:t>
      </w:r>
    </w:p>
    <w:p w:rsidR="00AD4250" w:rsidRPr="000D0C4B" w:rsidRDefault="00E73055" w:rsidP="00E73055">
      <w:pPr>
        <w:jc w:val="both"/>
        <w:rPr>
          <w:rFonts w:cs="Times New Roman"/>
        </w:rPr>
      </w:pPr>
      <w:bookmarkStart w:id="0" w:name="_GoBack"/>
      <w:r w:rsidRPr="000D0C4B">
        <w:rPr>
          <w:rFonts w:cs="Times New Roman"/>
        </w:rPr>
        <w:t>The participant infor</w:t>
      </w:r>
      <w:r w:rsidRPr="000D0C4B">
        <w:rPr>
          <w:rFonts w:cs="Times New Roman"/>
        </w:rPr>
        <w:t>mation and consent form is not included as an additional publication file because it contains ethics documentation that is retained by the research team and can be provided to the journal on request.</w:t>
      </w:r>
      <w:bookmarkEnd w:id="0"/>
    </w:p>
    <w:sectPr w:rsidR="00AD4250" w:rsidRPr="000D0C4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0C4B"/>
    <w:rsid w:val="0015074B"/>
    <w:rsid w:val="0029639D"/>
    <w:rsid w:val="00326F90"/>
    <w:rsid w:val="00AA1D8D"/>
    <w:rsid w:val="00AD4250"/>
    <w:rsid w:val="00B47730"/>
    <w:rsid w:val="00CB0664"/>
    <w:rsid w:val="00E730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C7AA97"/>
  <w14:defaultImageDpi w14:val="300"/>
  <w15:docId w15:val="{CE2936C9-4CCA-9941-BD89-AFEB0F61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pPr>
    <w:rPr>
      <w:rFonts w:ascii="Times New Roman" w:eastAsia="Times New Roman" w:hAnsi="Times New Roman"/>
      <w:color w:val="000000"/>
      <w:sz w:val="24"/>
    </w:rPr>
  </w:style>
  <w:style w:type="paragraph" w:styleId="Titre1">
    <w:name w:val="heading 1"/>
    <w:basedOn w:val="Normal"/>
    <w:next w:val="Normal"/>
    <w:link w:val="Titre1Car"/>
    <w:uiPriority w:val="9"/>
    <w:qFormat/>
    <w:rsid w:val="00FC693F"/>
    <w:pPr>
      <w:keepNext/>
      <w:keepLines/>
      <w:spacing w:before="160" w:after="4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160" w:after="4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160" w:after="4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spacing w:before="160" w:after="40" w:line="240" w:lineRule="auto"/>
      <w:contextualSpacing/>
    </w:pPr>
    <w:rPr>
      <w:rFonts w:asciiTheme="majorHAnsi" w:eastAsiaTheme="majorEastAsia" w:hAnsiTheme="majorHAnsi" w:cstheme="majorBidi"/>
      <w:b/>
      <w:spacing w:val="5"/>
      <w:kern w:val="28"/>
      <w:sz w:val="3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ation">
    <w:name w:val="Quotation"/>
    <w:pPr>
      <w:spacing w:after="40"/>
      <w:ind w:left="504" w:right="288"/>
    </w:pPr>
    <w:rPr>
      <w:rFonts w:ascii="Times New Roman" w:eastAsia="Times New Roman" w:hAnsi="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E590B-EA07-CC41-AE37-5B82CF07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Anais Ogrizek</cp:lastModifiedBy>
  <cp:revision>3</cp:revision>
  <dcterms:created xsi:type="dcterms:W3CDTF">2013-12-23T23:15:00Z</dcterms:created>
  <dcterms:modified xsi:type="dcterms:W3CDTF">2026-07-26T04:46:00Z</dcterms:modified>
  <cp:category/>
</cp:coreProperties>
</file>