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1B28F" w14:textId="00E0C0F2" w:rsidR="00F10AAC" w:rsidRPr="00ED5106" w:rsidRDefault="00ED5106" w:rsidP="00ED5106">
      <w:pPr>
        <w:spacing w:line="360" w:lineRule="auto"/>
        <w:jc w:val="both"/>
        <w:rPr>
          <w:b/>
          <w:bCs/>
        </w:rPr>
      </w:pPr>
      <w:r>
        <w:rPr>
          <w:b/>
          <w:bCs/>
        </w:rPr>
        <w:t xml:space="preserve">Supplementary 1: </w:t>
      </w:r>
      <w:r w:rsidR="00487BFA" w:rsidRPr="00ED5106">
        <w:rPr>
          <w:b/>
          <w:bCs/>
        </w:rPr>
        <w:t>Interview Guide</w:t>
      </w:r>
    </w:p>
    <w:p w14:paraId="360C0319" w14:textId="3D2D1392" w:rsidR="00F10AAC" w:rsidRDefault="00487BFA" w:rsidP="00AE22E9">
      <w:pPr>
        <w:spacing w:after="0" w:line="360" w:lineRule="auto"/>
        <w:jc w:val="both"/>
      </w:pPr>
      <w:r w:rsidRPr="00ED5106">
        <w:rPr>
          <w:b/>
          <w:bCs/>
        </w:rPr>
        <w:t>Study Title:</w:t>
      </w:r>
      <w:r>
        <w:t xml:space="preserve"> </w:t>
      </w:r>
      <w:r w:rsidR="002E6C6A" w:rsidRPr="002E6C6A">
        <w:t>Shaping the Physiotherapy Process Through Health Professions Education: A Qualitative Study from Türkiye</w:t>
      </w:r>
    </w:p>
    <w:p w14:paraId="05DFA62F" w14:textId="77777777" w:rsidR="00F10AAC" w:rsidRDefault="00487BFA" w:rsidP="00AE22E9">
      <w:pPr>
        <w:spacing w:after="0" w:line="360" w:lineRule="auto"/>
        <w:jc w:val="both"/>
      </w:pPr>
      <w:r>
        <w:t>Participant Information and Consent Form</w:t>
      </w:r>
    </w:p>
    <w:p w14:paraId="1DD1C486" w14:textId="77777777" w:rsidR="00AE22E9" w:rsidRPr="00ED5106" w:rsidRDefault="00487BFA" w:rsidP="00AE22E9">
      <w:pPr>
        <w:spacing w:after="0" w:line="360" w:lineRule="auto"/>
        <w:jc w:val="both"/>
        <w:rPr>
          <w:i/>
          <w:iCs/>
        </w:rPr>
      </w:pPr>
      <w:r w:rsidRPr="00ED5106">
        <w:rPr>
          <w:i/>
          <w:iCs/>
        </w:rPr>
        <w:t xml:space="preserve">Dear </w:t>
      </w:r>
      <w:proofErr w:type="gramStart"/>
      <w:r w:rsidR="00AE22E9" w:rsidRPr="00ED5106">
        <w:rPr>
          <w:i/>
          <w:iCs/>
        </w:rPr>
        <w:t>Volunteer;</w:t>
      </w:r>
      <w:proofErr w:type="gramEnd"/>
    </w:p>
    <w:p w14:paraId="680CFB4D" w14:textId="77777777" w:rsidR="00AE22E9" w:rsidRDefault="00487BFA" w:rsidP="00AE22E9">
      <w:pPr>
        <w:spacing w:after="0" w:line="360" w:lineRule="auto"/>
        <w:jc w:val="both"/>
      </w:pPr>
      <w:r>
        <w:t>You are invited to take part in a research study conducted by researchers at the University of Health Sciences. This study aims to explore how the physiotherapy process is implemented and experienced by patients, physiotherapists, and physicians in Türkiye.</w:t>
      </w:r>
      <w:r>
        <w:br/>
        <w:t>If you agree to participate, we will conduct an interview that will last approximately 30–60 minutes. You will be asked questions about your personal or professional experiences related to physiotherapy practices.</w:t>
      </w:r>
    </w:p>
    <w:p w14:paraId="297D8B2D" w14:textId="77777777" w:rsidR="00AE22E9" w:rsidRDefault="00487BFA" w:rsidP="00AE22E9">
      <w:pPr>
        <w:spacing w:after="0" w:line="360" w:lineRule="auto"/>
        <w:jc w:val="both"/>
      </w:pPr>
      <w:r>
        <w:t>Your participation is completely voluntary. You may decline to answer any question or end the interview at any time. With your permission, the conversation will be audio-recorded and later transcribed.</w:t>
      </w:r>
    </w:p>
    <w:p w14:paraId="574CF38E" w14:textId="77777777" w:rsidR="00AE22E9" w:rsidRDefault="00487BFA" w:rsidP="00AE22E9">
      <w:pPr>
        <w:spacing w:after="0" w:line="360" w:lineRule="auto"/>
        <w:jc w:val="both"/>
      </w:pPr>
      <w:r>
        <w:t>To protect your privacy, your real name will not be used. Instead, a pseudonym will be assigned, and all identifying information will be removed. The information you provide will be used solely for academic purposes, and only the research team will have access to the data. You will also be given the opportunity to review and approve your transcript.</w:t>
      </w:r>
    </w:p>
    <w:p w14:paraId="1BD6BCD5" w14:textId="4DEB4624" w:rsidR="00ED5106" w:rsidRDefault="00487BFA" w:rsidP="00ED5106">
      <w:pPr>
        <w:spacing w:after="0" w:line="360" w:lineRule="auto"/>
        <w:jc w:val="both"/>
      </w:pPr>
      <w:r>
        <w:t>By continuing with the interview, you confirm that you understand the aim of the research and agree to participate voluntarily.</w:t>
      </w:r>
      <w:r w:rsidR="00ED5106" w:rsidRPr="00ED5106">
        <w:t xml:space="preserve"> </w:t>
      </w:r>
      <w:r w:rsidR="00ED5106">
        <w:t>If you have any questions or concerns about this study, you may contact the Principal Investigator at any time:</w:t>
      </w:r>
    </w:p>
    <w:p w14:paraId="45B1FD66" w14:textId="34A97BE2" w:rsidR="00ED5106" w:rsidRDefault="00ED5106" w:rsidP="00ED5106">
      <w:pPr>
        <w:spacing w:after="0" w:line="360" w:lineRule="auto"/>
        <w:ind w:left="6379"/>
        <w:jc w:val="both"/>
      </w:pPr>
      <w:r w:rsidRPr="00ED5106">
        <w:rPr>
          <w:highlight w:val="yellow"/>
        </w:rPr>
        <w:t>XXXX</w:t>
      </w:r>
    </w:p>
    <w:p w14:paraId="58530825" w14:textId="27C6958E" w:rsidR="00ED5106" w:rsidRDefault="00ED5106" w:rsidP="00ED5106">
      <w:pPr>
        <w:spacing w:after="0" w:line="360" w:lineRule="auto"/>
        <w:ind w:left="6379"/>
        <w:jc w:val="both"/>
      </w:pPr>
      <w:r>
        <w:t xml:space="preserve">Email: </w:t>
      </w:r>
      <w:r w:rsidRPr="00ED5106">
        <w:rPr>
          <w:highlight w:val="yellow"/>
        </w:rPr>
        <w:t>XXXXX</w:t>
      </w:r>
    </w:p>
    <w:p w14:paraId="6FF71337" w14:textId="4ECB77D9" w:rsidR="00F10AAC" w:rsidRDefault="00ED5106" w:rsidP="00ED5106">
      <w:pPr>
        <w:spacing w:after="0" w:line="360" w:lineRule="auto"/>
        <w:ind w:left="6379"/>
        <w:jc w:val="both"/>
      </w:pPr>
      <w:r>
        <w:t xml:space="preserve">Phone: </w:t>
      </w:r>
      <w:r w:rsidRPr="00ED5106">
        <w:rPr>
          <w:highlight w:val="yellow"/>
        </w:rPr>
        <w:t>XXXX</w:t>
      </w:r>
    </w:p>
    <w:p w14:paraId="146024A1" w14:textId="77777777" w:rsidR="00ED5106" w:rsidRDefault="00ED5106">
      <w:pPr>
        <w:rPr>
          <w:b/>
          <w:bCs/>
        </w:rPr>
      </w:pPr>
      <w:r>
        <w:rPr>
          <w:b/>
          <w:bCs/>
        </w:rPr>
        <w:br w:type="page"/>
      </w:r>
    </w:p>
    <w:p w14:paraId="2D72E333" w14:textId="77777777" w:rsidR="00ED5106" w:rsidRPr="00ED5106" w:rsidRDefault="00ED5106" w:rsidP="00ED5106">
      <w:pPr>
        <w:rPr>
          <w:b/>
          <w:bCs/>
        </w:rPr>
      </w:pPr>
      <w:r w:rsidRPr="00ED5106">
        <w:rPr>
          <w:b/>
          <w:bCs/>
        </w:rPr>
        <w:lastRenderedPageBreak/>
        <w:t>Notes for Interviewers</w:t>
      </w:r>
    </w:p>
    <w:p w14:paraId="2B82F6B7" w14:textId="77777777" w:rsidR="00ED5106" w:rsidRDefault="00ED5106" w:rsidP="00ED5106">
      <w:pPr>
        <w:pStyle w:val="ListeParagraf"/>
        <w:numPr>
          <w:ilvl w:val="0"/>
          <w:numId w:val="20"/>
        </w:numPr>
        <w:ind w:left="426"/>
      </w:pPr>
      <w:r>
        <w:t>Interviews should be conducted in a private and comfortable setting chosen by the participant.</w:t>
      </w:r>
    </w:p>
    <w:p w14:paraId="5A3FA67E" w14:textId="39619210" w:rsidR="00ED5106" w:rsidRDefault="00ED5106" w:rsidP="00ED5106">
      <w:pPr>
        <w:pStyle w:val="ListeParagraf"/>
        <w:numPr>
          <w:ilvl w:val="0"/>
          <w:numId w:val="20"/>
        </w:numPr>
        <w:ind w:left="426"/>
      </w:pPr>
      <w:r>
        <w:t xml:space="preserve">Always begin by explaining the study and obtaining verbal </w:t>
      </w:r>
      <w:r w:rsidR="0082396D">
        <w:t>and</w:t>
      </w:r>
      <w:r>
        <w:t xml:space="preserve"> written consent.</w:t>
      </w:r>
      <w:r>
        <w:br/>
        <w:t>Use the questions as a guide, not a script—feel free to probe deeper where relevant.</w:t>
      </w:r>
    </w:p>
    <w:p w14:paraId="56E30BB6" w14:textId="77777777" w:rsidR="00ED5106" w:rsidRDefault="00ED5106" w:rsidP="00ED5106">
      <w:pPr>
        <w:pStyle w:val="ListeParagraf"/>
        <w:numPr>
          <w:ilvl w:val="0"/>
          <w:numId w:val="20"/>
        </w:numPr>
        <w:ind w:left="426"/>
      </w:pPr>
      <w:r>
        <w:t>Audio-record the session (with permission).</w:t>
      </w:r>
    </w:p>
    <w:p w14:paraId="5F451A16" w14:textId="77777777" w:rsidR="00ED5106" w:rsidRDefault="00ED5106" w:rsidP="00ED5106">
      <w:pPr>
        <w:pStyle w:val="ListeParagraf"/>
        <w:numPr>
          <w:ilvl w:val="0"/>
          <w:numId w:val="20"/>
        </w:numPr>
        <w:ind w:left="426"/>
      </w:pPr>
      <w:r>
        <w:t>After the interview, take brief notes on non-verbal cues and situational context.</w:t>
      </w:r>
      <w:r>
        <w:br/>
        <w:t>Prepare a reflexive memo after each interview to capture your observations and potential biases.</w:t>
      </w:r>
    </w:p>
    <w:p w14:paraId="79069714" w14:textId="77777777" w:rsidR="00ED5106" w:rsidRDefault="00ED5106" w:rsidP="00ED5106">
      <w:pPr>
        <w:pStyle w:val="ListeParagraf"/>
        <w:numPr>
          <w:ilvl w:val="0"/>
          <w:numId w:val="20"/>
        </w:numPr>
        <w:ind w:left="426"/>
      </w:pPr>
      <w:r>
        <w:t>Transcripts should be shared with participants for confirmation and clarification (member checking).</w:t>
      </w:r>
    </w:p>
    <w:p w14:paraId="21906459" w14:textId="2D0A0D61" w:rsidR="00F10AAC" w:rsidRPr="00AE22E9" w:rsidRDefault="00487BFA" w:rsidP="00AE22E9">
      <w:pPr>
        <w:spacing w:after="0" w:line="360" w:lineRule="auto"/>
        <w:jc w:val="both"/>
        <w:rPr>
          <w:b/>
          <w:bCs/>
        </w:rPr>
      </w:pPr>
      <w:r w:rsidRPr="00AE22E9">
        <w:rPr>
          <w:b/>
          <w:bCs/>
        </w:rPr>
        <w:t>Semi-Structured Interview Questions</w:t>
      </w:r>
    </w:p>
    <w:p w14:paraId="3B66726A" w14:textId="793A8E2D" w:rsidR="00F10AAC" w:rsidRPr="00AE22E9" w:rsidRDefault="00487BFA" w:rsidP="00AE22E9">
      <w:pPr>
        <w:spacing w:after="0" w:line="360" w:lineRule="auto"/>
        <w:jc w:val="both"/>
        <w:rPr>
          <w:u w:val="single"/>
        </w:rPr>
      </w:pPr>
      <w:r w:rsidRPr="00AE22E9">
        <w:rPr>
          <w:u w:val="single"/>
        </w:rPr>
        <w:t>Questions for Patients</w:t>
      </w:r>
    </w:p>
    <w:p w14:paraId="2343630E" w14:textId="77777777" w:rsidR="00AE22E9" w:rsidRDefault="00AE22E9" w:rsidP="00AE22E9">
      <w:pPr>
        <w:pStyle w:val="ListeParagraf"/>
        <w:numPr>
          <w:ilvl w:val="0"/>
          <w:numId w:val="13"/>
        </w:numPr>
        <w:spacing w:after="0" w:line="360" w:lineRule="auto"/>
        <w:jc w:val="both"/>
      </w:pPr>
      <w:r>
        <w:t>Gender</w:t>
      </w:r>
    </w:p>
    <w:p w14:paraId="6B3BD159" w14:textId="77777777" w:rsidR="00AE22E9" w:rsidRDefault="00AE22E9" w:rsidP="00AE22E9">
      <w:pPr>
        <w:pStyle w:val="ListeParagraf"/>
        <w:numPr>
          <w:ilvl w:val="0"/>
          <w:numId w:val="13"/>
        </w:numPr>
        <w:spacing w:after="0" w:line="360" w:lineRule="auto"/>
        <w:jc w:val="both"/>
      </w:pPr>
      <w:r>
        <w:t>Age</w:t>
      </w:r>
    </w:p>
    <w:p w14:paraId="70DB2530" w14:textId="77777777" w:rsidR="00AE22E9" w:rsidRDefault="00AE22E9" w:rsidP="00AE22E9">
      <w:pPr>
        <w:pStyle w:val="ListeParagraf"/>
        <w:numPr>
          <w:ilvl w:val="0"/>
          <w:numId w:val="13"/>
        </w:numPr>
        <w:spacing w:after="0" w:line="360" w:lineRule="auto"/>
        <w:jc w:val="both"/>
      </w:pPr>
      <w:r>
        <w:t>Health problems needed physiotherapy</w:t>
      </w:r>
    </w:p>
    <w:p w14:paraId="64401C4E" w14:textId="785CCB5A" w:rsidR="00F10AAC" w:rsidRDefault="00487BFA" w:rsidP="00AE22E9">
      <w:pPr>
        <w:pStyle w:val="ListeParagraf"/>
        <w:numPr>
          <w:ilvl w:val="0"/>
          <w:numId w:val="13"/>
        </w:numPr>
        <w:spacing w:after="0" w:line="360" w:lineRule="auto"/>
        <w:jc w:val="both"/>
      </w:pPr>
      <w:r>
        <w:t>What was the specialty of the doctor who diagnosed your condition?</w:t>
      </w:r>
    </w:p>
    <w:p w14:paraId="0A8AC756" w14:textId="75A1FC5C" w:rsidR="00F10AAC" w:rsidRDefault="00487BFA" w:rsidP="00AE22E9">
      <w:pPr>
        <w:pStyle w:val="ListeParagraf"/>
        <w:numPr>
          <w:ilvl w:val="0"/>
          <w:numId w:val="13"/>
        </w:numPr>
        <w:spacing w:after="0" w:line="360" w:lineRule="auto"/>
        <w:jc w:val="both"/>
      </w:pPr>
      <w:r>
        <w:t xml:space="preserve">Did you encounter any difficulties in </w:t>
      </w:r>
      <w:proofErr w:type="gramStart"/>
      <w:r>
        <w:t>accessing</w:t>
      </w:r>
      <w:proofErr w:type="gramEnd"/>
      <w:r>
        <w:t xml:space="preserve"> a physiotherapist?</w:t>
      </w:r>
    </w:p>
    <w:p w14:paraId="090DF068" w14:textId="36993809" w:rsidR="00F10AAC" w:rsidRDefault="00487BFA" w:rsidP="00AE22E9">
      <w:pPr>
        <w:pStyle w:val="ListeParagraf"/>
        <w:numPr>
          <w:ilvl w:val="0"/>
          <w:numId w:val="13"/>
        </w:numPr>
        <w:spacing w:after="0" w:line="360" w:lineRule="auto"/>
        <w:jc w:val="both"/>
      </w:pPr>
      <w:r>
        <w:t>How long did it take before you could begin physiotherapy sessions?</w:t>
      </w:r>
    </w:p>
    <w:p w14:paraId="76CC882A" w14:textId="60B27982" w:rsidR="00F10AAC" w:rsidRDefault="00487BFA" w:rsidP="00AE22E9">
      <w:pPr>
        <w:pStyle w:val="ListeParagraf"/>
        <w:numPr>
          <w:ilvl w:val="0"/>
          <w:numId w:val="13"/>
        </w:numPr>
        <w:spacing w:after="0" w:line="360" w:lineRule="auto"/>
        <w:jc w:val="both"/>
      </w:pPr>
      <w:r>
        <w:t xml:space="preserve">What was your </w:t>
      </w:r>
      <w:proofErr w:type="gramStart"/>
      <w:r>
        <w:t>relationship like</w:t>
      </w:r>
      <w:proofErr w:type="gramEnd"/>
      <w:r>
        <w:t xml:space="preserve"> with your physiotherapist?</w:t>
      </w:r>
    </w:p>
    <w:p w14:paraId="1F90B0EA" w14:textId="7740187E" w:rsidR="00F10AAC" w:rsidRDefault="00487BFA" w:rsidP="00AE22E9">
      <w:pPr>
        <w:pStyle w:val="ListeParagraf"/>
        <w:numPr>
          <w:ilvl w:val="0"/>
          <w:numId w:val="13"/>
        </w:numPr>
        <w:spacing w:after="0" w:line="360" w:lineRule="auto"/>
        <w:jc w:val="both"/>
      </w:pPr>
      <w:r>
        <w:t xml:space="preserve">Did you continue to see the physician </w:t>
      </w:r>
      <w:r w:rsidR="00AE22E9">
        <w:t>throughout</w:t>
      </w:r>
      <w:r>
        <w:t xml:space="preserve"> your treatment?</w:t>
      </w:r>
    </w:p>
    <w:p w14:paraId="0CDFCC04" w14:textId="6D20349B" w:rsidR="00F10AAC" w:rsidRPr="00AE22E9" w:rsidRDefault="00487BFA" w:rsidP="00AE22E9">
      <w:pPr>
        <w:spacing w:after="0" w:line="360" w:lineRule="auto"/>
        <w:jc w:val="both"/>
        <w:rPr>
          <w:u w:val="single"/>
        </w:rPr>
      </w:pPr>
      <w:r w:rsidRPr="00AE22E9">
        <w:rPr>
          <w:u w:val="single"/>
        </w:rPr>
        <w:t>Questions for Physicians from Other Specialties</w:t>
      </w:r>
    </w:p>
    <w:p w14:paraId="10792328" w14:textId="77777777" w:rsidR="00AE22E9" w:rsidRDefault="00AE22E9" w:rsidP="00AE22E9">
      <w:pPr>
        <w:pStyle w:val="ListeParagraf"/>
        <w:numPr>
          <w:ilvl w:val="0"/>
          <w:numId w:val="14"/>
        </w:numPr>
        <w:spacing w:after="0" w:line="360" w:lineRule="auto"/>
        <w:jc w:val="both"/>
      </w:pPr>
      <w:r>
        <w:t>Gender</w:t>
      </w:r>
    </w:p>
    <w:p w14:paraId="12466D5B" w14:textId="6345D65E" w:rsidR="00AE22E9" w:rsidRDefault="00AE22E9" w:rsidP="00AE22E9">
      <w:pPr>
        <w:pStyle w:val="ListeParagraf"/>
        <w:numPr>
          <w:ilvl w:val="0"/>
          <w:numId w:val="14"/>
        </w:numPr>
        <w:spacing w:after="0" w:line="360" w:lineRule="auto"/>
        <w:jc w:val="both"/>
      </w:pPr>
      <w:r>
        <w:t>Age</w:t>
      </w:r>
    </w:p>
    <w:p w14:paraId="32DDFBE6" w14:textId="30E2258C" w:rsidR="00AE22E9" w:rsidRDefault="00AE22E9" w:rsidP="00AE22E9">
      <w:pPr>
        <w:pStyle w:val="ListeParagraf"/>
        <w:numPr>
          <w:ilvl w:val="0"/>
          <w:numId w:val="14"/>
        </w:numPr>
        <w:spacing w:after="0" w:line="360" w:lineRule="auto"/>
        <w:jc w:val="both"/>
      </w:pPr>
      <w:r>
        <w:t xml:space="preserve">Experience </w:t>
      </w:r>
    </w:p>
    <w:p w14:paraId="38A7E51F" w14:textId="67586692" w:rsidR="00AE22E9" w:rsidRDefault="00AE22E9" w:rsidP="00AE22E9">
      <w:pPr>
        <w:pStyle w:val="ListeParagraf"/>
        <w:numPr>
          <w:ilvl w:val="0"/>
          <w:numId w:val="14"/>
        </w:numPr>
        <w:spacing w:after="0" w:line="360" w:lineRule="auto"/>
        <w:jc w:val="both"/>
      </w:pPr>
      <w:r>
        <w:t>Profession</w:t>
      </w:r>
    </w:p>
    <w:p w14:paraId="00A2621D" w14:textId="1679881C" w:rsidR="00F10AAC" w:rsidRDefault="00487BFA" w:rsidP="00AE22E9">
      <w:pPr>
        <w:pStyle w:val="ListeParagraf"/>
        <w:numPr>
          <w:ilvl w:val="0"/>
          <w:numId w:val="14"/>
        </w:numPr>
        <w:spacing w:after="0" w:line="360" w:lineRule="auto"/>
        <w:jc w:val="both"/>
      </w:pPr>
      <w:r>
        <w:t>In which cases do you refer patients to physiotherapy?</w:t>
      </w:r>
    </w:p>
    <w:p w14:paraId="709AAFE6" w14:textId="77001BED" w:rsidR="00F10AAC" w:rsidRDefault="00487BFA" w:rsidP="00AE22E9">
      <w:pPr>
        <w:pStyle w:val="ListeParagraf"/>
        <w:numPr>
          <w:ilvl w:val="0"/>
          <w:numId w:val="14"/>
        </w:numPr>
        <w:spacing w:after="0" w:line="360" w:lineRule="auto"/>
        <w:jc w:val="both"/>
      </w:pPr>
      <w:r>
        <w:t>Do you have the authority to refer patients directly to a physiotherapist?</w:t>
      </w:r>
    </w:p>
    <w:p w14:paraId="795B01B0" w14:textId="2021A07E" w:rsidR="00F10AAC" w:rsidRDefault="00487BFA" w:rsidP="00AE22E9">
      <w:pPr>
        <w:pStyle w:val="ListeParagraf"/>
        <w:numPr>
          <w:ilvl w:val="0"/>
          <w:numId w:val="14"/>
        </w:numPr>
        <w:spacing w:after="0" w:line="360" w:lineRule="auto"/>
        <w:jc w:val="both"/>
      </w:pPr>
      <w:r>
        <w:t>Are you aware that the referral must officially come from a physical medicine and rehabilitation specialist? What do you think about this requirement?</w:t>
      </w:r>
    </w:p>
    <w:p w14:paraId="10A267BA" w14:textId="77777777" w:rsidR="00AE22E9" w:rsidRDefault="00487BFA" w:rsidP="00AE22E9">
      <w:pPr>
        <w:pStyle w:val="ListeParagraf"/>
        <w:numPr>
          <w:ilvl w:val="0"/>
          <w:numId w:val="14"/>
        </w:numPr>
        <w:spacing w:after="0" w:line="360" w:lineRule="auto"/>
        <w:jc w:val="both"/>
      </w:pPr>
      <w:r>
        <w:t>Have you ever collaborated directly with a physiotherapist? Please share your experience.</w:t>
      </w:r>
    </w:p>
    <w:p w14:paraId="0871D896" w14:textId="568D9538" w:rsidR="00F10AAC" w:rsidRPr="00AE22E9" w:rsidRDefault="00487BFA" w:rsidP="00AE22E9">
      <w:pPr>
        <w:spacing w:after="0" w:line="360" w:lineRule="auto"/>
        <w:jc w:val="both"/>
        <w:rPr>
          <w:u w:val="single"/>
        </w:rPr>
      </w:pPr>
      <w:r w:rsidRPr="00AE22E9">
        <w:rPr>
          <w:u w:val="single"/>
        </w:rPr>
        <w:t>Questions for Physical Medicine and Rehabilitation Specialists</w:t>
      </w:r>
    </w:p>
    <w:p w14:paraId="769E9157" w14:textId="77777777" w:rsidR="00AE22E9" w:rsidRDefault="00AE22E9" w:rsidP="00AE22E9">
      <w:pPr>
        <w:pStyle w:val="ListeParagraf"/>
        <w:numPr>
          <w:ilvl w:val="0"/>
          <w:numId w:val="16"/>
        </w:numPr>
        <w:spacing w:after="0" w:line="360" w:lineRule="auto"/>
        <w:jc w:val="both"/>
      </w:pPr>
      <w:r>
        <w:t>Gender</w:t>
      </w:r>
    </w:p>
    <w:p w14:paraId="3C3AAF9D" w14:textId="1E2DD620" w:rsidR="00AE22E9" w:rsidRDefault="00AE22E9" w:rsidP="00AE22E9">
      <w:pPr>
        <w:pStyle w:val="ListeParagraf"/>
        <w:numPr>
          <w:ilvl w:val="0"/>
          <w:numId w:val="16"/>
        </w:numPr>
        <w:spacing w:after="0" w:line="360" w:lineRule="auto"/>
        <w:jc w:val="both"/>
      </w:pPr>
      <w:r>
        <w:lastRenderedPageBreak/>
        <w:t>Age</w:t>
      </w:r>
    </w:p>
    <w:p w14:paraId="3270015D" w14:textId="6B7A1C15" w:rsidR="00AE22E9" w:rsidRDefault="00AE22E9" w:rsidP="00AE22E9">
      <w:pPr>
        <w:pStyle w:val="ListeParagraf"/>
        <w:numPr>
          <w:ilvl w:val="0"/>
          <w:numId w:val="16"/>
        </w:numPr>
        <w:spacing w:after="0" w:line="360" w:lineRule="auto"/>
        <w:jc w:val="both"/>
      </w:pPr>
      <w:r>
        <w:t xml:space="preserve">Experience </w:t>
      </w:r>
    </w:p>
    <w:p w14:paraId="31C0A2BC" w14:textId="768775A3" w:rsidR="00AE22E9" w:rsidRDefault="00AE22E9" w:rsidP="00AE22E9">
      <w:pPr>
        <w:pStyle w:val="ListeParagraf"/>
        <w:numPr>
          <w:ilvl w:val="0"/>
          <w:numId w:val="16"/>
        </w:numPr>
        <w:spacing w:after="0" w:line="360" w:lineRule="auto"/>
        <w:jc w:val="both"/>
      </w:pPr>
      <w:r>
        <w:t>Profession</w:t>
      </w:r>
    </w:p>
    <w:p w14:paraId="128EABE4" w14:textId="080F4E1C" w:rsidR="00F10AAC" w:rsidRDefault="00487BFA" w:rsidP="00AE22E9">
      <w:pPr>
        <w:pStyle w:val="ListeParagraf"/>
        <w:numPr>
          <w:ilvl w:val="0"/>
          <w:numId w:val="16"/>
        </w:numPr>
        <w:spacing w:after="0" w:line="360" w:lineRule="auto"/>
        <w:jc w:val="both"/>
      </w:pPr>
      <w:r>
        <w:t>How do you work with physiotherapists in your clinical setting?</w:t>
      </w:r>
    </w:p>
    <w:p w14:paraId="0665028D" w14:textId="7447A7B2" w:rsidR="00F10AAC" w:rsidRDefault="00487BFA" w:rsidP="00AE22E9">
      <w:pPr>
        <w:pStyle w:val="ListeParagraf"/>
        <w:numPr>
          <w:ilvl w:val="0"/>
          <w:numId w:val="16"/>
        </w:numPr>
        <w:spacing w:after="0" w:line="360" w:lineRule="auto"/>
        <w:jc w:val="both"/>
      </w:pPr>
      <w:r>
        <w:t xml:space="preserve">Do you believe physiotherapists </w:t>
      </w:r>
      <w:proofErr w:type="gramStart"/>
      <w:r>
        <w:t>are capable of working</w:t>
      </w:r>
      <w:proofErr w:type="gramEnd"/>
      <w:r>
        <w:t xml:space="preserve"> independently? Why or why not?</w:t>
      </w:r>
    </w:p>
    <w:p w14:paraId="6C1FA1F4" w14:textId="0C6A3873" w:rsidR="00F10AAC" w:rsidRDefault="00487BFA" w:rsidP="00AE22E9">
      <w:pPr>
        <w:pStyle w:val="ListeParagraf"/>
        <w:numPr>
          <w:ilvl w:val="0"/>
          <w:numId w:val="16"/>
        </w:numPr>
        <w:spacing w:after="0" w:line="360" w:lineRule="auto"/>
        <w:jc w:val="both"/>
      </w:pPr>
      <w:r>
        <w:t>What are your thoughts on patients having direct access to physiotherapists based on referrals from other specialties?</w:t>
      </w:r>
    </w:p>
    <w:p w14:paraId="1494F977" w14:textId="3DE86899" w:rsidR="00F10AAC" w:rsidRPr="00AE22E9" w:rsidRDefault="00487BFA" w:rsidP="00AE22E9">
      <w:pPr>
        <w:spacing w:after="0" w:line="360" w:lineRule="auto"/>
        <w:jc w:val="both"/>
        <w:rPr>
          <w:u w:val="single"/>
        </w:rPr>
      </w:pPr>
      <w:r w:rsidRPr="00AE22E9">
        <w:rPr>
          <w:u w:val="single"/>
        </w:rPr>
        <w:t>Questions for Physiotherapists</w:t>
      </w:r>
    </w:p>
    <w:p w14:paraId="3537EAF3" w14:textId="77777777" w:rsidR="00AE22E9" w:rsidRDefault="00AE22E9" w:rsidP="00AE22E9">
      <w:pPr>
        <w:pStyle w:val="ListeParagraf"/>
        <w:numPr>
          <w:ilvl w:val="0"/>
          <w:numId w:val="18"/>
        </w:numPr>
        <w:spacing w:after="0" w:line="360" w:lineRule="auto"/>
        <w:jc w:val="both"/>
      </w:pPr>
      <w:r>
        <w:t>Gender</w:t>
      </w:r>
    </w:p>
    <w:p w14:paraId="3D3D4E6F" w14:textId="6E2D8FCC" w:rsidR="00AE22E9" w:rsidRDefault="00AE22E9" w:rsidP="00AE22E9">
      <w:pPr>
        <w:pStyle w:val="ListeParagraf"/>
        <w:numPr>
          <w:ilvl w:val="0"/>
          <w:numId w:val="18"/>
        </w:numPr>
        <w:spacing w:after="0" w:line="360" w:lineRule="auto"/>
        <w:jc w:val="both"/>
      </w:pPr>
      <w:r>
        <w:t>Age</w:t>
      </w:r>
    </w:p>
    <w:p w14:paraId="73F6D036" w14:textId="7282BB35" w:rsidR="00AE22E9" w:rsidRDefault="00AE22E9" w:rsidP="00AE22E9">
      <w:pPr>
        <w:pStyle w:val="ListeParagraf"/>
        <w:numPr>
          <w:ilvl w:val="0"/>
          <w:numId w:val="18"/>
        </w:numPr>
        <w:spacing w:after="0" w:line="360" w:lineRule="auto"/>
        <w:jc w:val="both"/>
      </w:pPr>
      <w:r>
        <w:t xml:space="preserve">Experience </w:t>
      </w:r>
    </w:p>
    <w:p w14:paraId="1C2C637A" w14:textId="7944D1D7" w:rsidR="00AE22E9" w:rsidRDefault="00AE22E9" w:rsidP="00AE22E9">
      <w:pPr>
        <w:pStyle w:val="ListeParagraf"/>
        <w:numPr>
          <w:ilvl w:val="0"/>
          <w:numId w:val="18"/>
        </w:numPr>
        <w:spacing w:after="0" w:line="360" w:lineRule="auto"/>
        <w:jc w:val="both"/>
      </w:pPr>
      <w:r>
        <w:t>Profession</w:t>
      </w:r>
    </w:p>
    <w:p w14:paraId="32330C65" w14:textId="017C0AC7" w:rsidR="00F10AAC" w:rsidRDefault="00487BFA" w:rsidP="00AE22E9">
      <w:pPr>
        <w:pStyle w:val="ListeParagraf"/>
        <w:numPr>
          <w:ilvl w:val="0"/>
          <w:numId w:val="18"/>
        </w:numPr>
        <w:spacing w:after="0" w:line="360" w:lineRule="auto"/>
        <w:jc w:val="both"/>
      </w:pPr>
      <w:r>
        <w:t>Do you generally work under a physician’s guidance or independently?</w:t>
      </w:r>
    </w:p>
    <w:p w14:paraId="6B6F4113" w14:textId="402EB09C" w:rsidR="00F10AAC" w:rsidRDefault="00487BFA" w:rsidP="00AE22E9">
      <w:pPr>
        <w:pStyle w:val="ListeParagraf"/>
        <w:numPr>
          <w:ilvl w:val="0"/>
          <w:numId w:val="18"/>
        </w:numPr>
        <w:spacing w:after="0" w:line="360" w:lineRule="auto"/>
        <w:jc w:val="both"/>
      </w:pPr>
      <w:r>
        <w:t>Are you required to collaborate with a physician before initiating treatment?</w:t>
      </w:r>
    </w:p>
    <w:p w14:paraId="2620738F" w14:textId="5BE507EA" w:rsidR="00F10AAC" w:rsidRDefault="00487BFA" w:rsidP="00AE22E9">
      <w:pPr>
        <w:pStyle w:val="ListeParagraf"/>
        <w:numPr>
          <w:ilvl w:val="0"/>
          <w:numId w:val="18"/>
        </w:numPr>
        <w:spacing w:after="0" w:line="360" w:lineRule="auto"/>
        <w:jc w:val="both"/>
      </w:pPr>
      <w:r>
        <w:t xml:space="preserve">Should patients be able to </w:t>
      </w:r>
      <w:r w:rsidR="00ED5106">
        <w:t>consult a physiotherapist directly without first consulting</w:t>
      </w:r>
      <w:r>
        <w:t xml:space="preserve"> a physician? Why?</w:t>
      </w:r>
    </w:p>
    <w:p w14:paraId="45FDFFF4" w14:textId="09302E7A" w:rsidR="00F10AAC" w:rsidRDefault="00487BFA" w:rsidP="00AE22E9">
      <w:pPr>
        <w:pStyle w:val="ListeParagraf"/>
        <w:numPr>
          <w:ilvl w:val="0"/>
          <w:numId w:val="18"/>
        </w:numPr>
        <w:spacing w:after="0" w:line="360" w:lineRule="auto"/>
        <w:jc w:val="both"/>
      </w:pPr>
      <w:r>
        <w:t>How do you perceive the adequacy of the undergraduate training you received?</w:t>
      </w:r>
    </w:p>
    <w:p w14:paraId="3C5106A9" w14:textId="3FC70EE2" w:rsidR="00F10AAC" w:rsidRDefault="00487BFA" w:rsidP="00AE22E9">
      <w:pPr>
        <w:pStyle w:val="ListeParagraf"/>
        <w:numPr>
          <w:ilvl w:val="0"/>
          <w:numId w:val="18"/>
        </w:numPr>
        <w:spacing w:after="0" w:line="360" w:lineRule="auto"/>
        <w:jc w:val="both"/>
      </w:pPr>
      <w:r>
        <w:t>What types of physicians do you most often work with, and how would you describe those collaborations?</w:t>
      </w:r>
    </w:p>
    <w:sectPr w:rsidR="00F10AAC" w:rsidSect="00CB1684">
      <w:headerReference w:type="even" r:id="rId8"/>
      <w:headerReference w:type="default" r:id="rId9"/>
      <w:footerReference w:type="even" r:id="rId10"/>
      <w:footerReference w:type="default" r:id="rId11"/>
      <w:headerReference w:type="first" r:id="rId12"/>
      <w:footerReference w:type="first" r:id="rId13"/>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13D4F" w14:textId="77777777" w:rsidR="00251652" w:rsidRDefault="00251652" w:rsidP="00C86838">
      <w:pPr>
        <w:spacing w:after="0" w:line="240" w:lineRule="auto"/>
      </w:pPr>
      <w:r>
        <w:separator/>
      </w:r>
    </w:p>
  </w:endnote>
  <w:endnote w:type="continuationSeparator" w:id="0">
    <w:p w14:paraId="508756D1" w14:textId="77777777" w:rsidR="00251652" w:rsidRDefault="00251652" w:rsidP="00C86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12769" w14:textId="77777777" w:rsidR="00C86838" w:rsidRDefault="00C8683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5023064"/>
      <w:docPartObj>
        <w:docPartGallery w:val="Page Numbers (Bottom of Page)"/>
        <w:docPartUnique/>
      </w:docPartObj>
    </w:sdtPr>
    <w:sdtContent>
      <w:p w14:paraId="6E124D98" w14:textId="603D3147" w:rsidR="00C86838" w:rsidRDefault="00C86838">
        <w:pPr>
          <w:pStyle w:val="AltBilgi"/>
          <w:jc w:val="center"/>
        </w:pPr>
        <w:r>
          <w:fldChar w:fldCharType="begin"/>
        </w:r>
        <w:r>
          <w:instrText>PAGE   \* MERGEFORMAT</w:instrText>
        </w:r>
        <w:r>
          <w:fldChar w:fldCharType="separate"/>
        </w:r>
        <w:r>
          <w:rPr>
            <w:lang w:val="tr-TR"/>
          </w:rPr>
          <w:t>2</w:t>
        </w:r>
        <w:r>
          <w:fldChar w:fldCharType="end"/>
        </w:r>
      </w:p>
    </w:sdtContent>
  </w:sdt>
  <w:p w14:paraId="1EE51B0F" w14:textId="77777777" w:rsidR="00C86838" w:rsidRDefault="00C8683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78CD3" w14:textId="77777777" w:rsidR="00C86838" w:rsidRDefault="00C8683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5867D" w14:textId="77777777" w:rsidR="00251652" w:rsidRDefault="00251652" w:rsidP="00C86838">
      <w:pPr>
        <w:spacing w:after="0" w:line="240" w:lineRule="auto"/>
      </w:pPr>
      <w:r>
        <w:separator/>
      </w:r>
    </w:p>
  </w:footnote>
  <w:footnote w:type="continuationSeparator" w:id="0">
    <w:p w14:paraId="204C0A96" w14:textId="77777777" w:rsidR="00251652" w:rsidRDefault="00251652" w:rsidP="00C868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5440A" w14:textId="77777777" w:rsidR="00C86838" w:rsidRDefault="00C8683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D97EF" w14:textId="77777777" w:rsidR="00C86838" w:rsidRDefault="00C86838">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5B307" w14:textId="77777777" w:rsidR="00C86838" w:rsidRDefault="00C8683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1A817DB6"/>
    <w:multiLevelType w:val="hybridMultilevel"/>
    <w:tmpl w:val="10DE8B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45335F7"/>
    <w:multiLevelType w:val="hybridMultilevel"/>
    <w:tmpl w:val="E15647C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6CB68F5"/>
    <w:multiLevelType w:val="hybridMultilevel"/>
    <w:tmpl w:val="387425F8"/>
    <w:lvl w:ilvl="0" w:tplc="EAD80496">
      <w:start w:val="1"/>
      <w:numFmt w:val="decimal"/>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4026D9E"/>
    <w:multiLevelType w:val="hybridMultilevel"/>
    <w:tmpl w:val="4822AFD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8D7228D"/>
    <w:multiLevelType w:val="hybridMultilevel"/>
    <w:tmpl w:val="F16087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CA62FAE"/>
    <w:multiLevelType w:val="hybridMultilevel"/>
    <w:tmpl w:val="D0B2C1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EC06694"/>
    <w:multiLevelType w:val="hybridMultilevel"/>
    <w:tmpl w:val="424A7FC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6FF49F0"/>
    <w:multiLevelType w:val="hybridMultilevel"/>
    <w:tmpl w:val="739E152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CC06AF3"/>
    <w:multiLevelType w:val="hybridMultilevel"/>
    <w:tmpl w:val="82BE44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089418F"/>
    <w:multiLevelType w:val="hybridMultilevel"/>
    <w:tmpl w:val="8436A292"/>
    <w:lvl w:ilvl="0" w:tplc="EAD80496">
      <w:start w:val="1"/>
      <w:numFmt w:val="decimal"/>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B0D25B3"/>
    <w:multiLevelType w:val="hybridMultilevel"/>
    <w:tmpl w:val="E548B1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817797625">
    <w:abstractNumId w:val="8"/>
  </w:num>
  <w:num w:numId="2" w16cid:durableId="2123646972">
    <w:abstractNumId w:val="6"/>
  </w:num>
  <w:num w:numId="3" w16cid:durableId="1625379359">
    <w:abstractNumId w:val="5"/>
  </w:num>
  <w:num w:numId="4" w16cid:durableId="562060596">
    <w:abstractNumId w:val="4"/>
  </w:num>
  <w:num w:numId="5" w16cid:durableId="1442337666">
    <w:abstractNumId w:val="7"/>
  </w:num>
  <w:num w:numId="6" w16cid:durableId="958292481">
    <w:abstractNumId w:val="3"/>
  </w:num>
  <w:num w:numId="7" w16cid:durableId="486747040">
    <w:abstractNumId w:val="2"/>
  </w:num>
  <w:num w:numId="8" w16cid:durableId="131676358">
    <w:abstractNumId w:val="1"/>
  </w:num>
  <w:num w:numId="9" w16cid:durableId="401608120">
    <w:abstractNumId w:val="0"/>
  </w:num>
  <w:num w:numId="10" w16cid:durableId="1579946603">
    <w:abstractNumId w:val="16"/>
  </w:num>
  <w:num w:numId="11" w16cid:durableId="1014264378">
    <w:abstractNumId w:val="11"/>
  </w:num>
  <w:num w:numId="12" w16cid:durableId="1933395587">
    <w:abstractNumId w:val="18"/>
  </w:num>
  <w:num w:numId="13" w16cid:durableId="1730878626">
    <w:abstractNumId w:val="12"/>
  </w:num>
  <w:num w:numId="14" w16cid:durableId="1105884743">
    <w:abstractNumId w:val="15"/>
  </w:num>
  <w:num w:numId="15" w16cid:durableId="1034386239">
    <w:abstractNumId w:val="14"/>
  </w:num>
  <w:num w:numId="16" w16cid:durableId="767505029">
    <w:abstractNumId w:val="13"/>
  </w:num>
  <w:num w:numId="17" w16cid:durableId="162668223">
    <w:abstractNumId w:val="17"/>
  </w:num>
  <w:num w:numId="18" w16cid:durableId="666900795">
    <w:abstractNumId w:val="10"/>
  </w:num>
  <w:num w:numId="19" w16cid:durableId="2056389315">
    <w:abstractNumId w:val="9"/>
  </w:num>
  <w:num w:numId="20" w16cid:durableId="8168487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U1NzYyNjA3NzMwMDFS0lEKTi0uzszPAykwqgUA1tIVPCwAAAA="/>
  </w:docVars>
  <w:rsids>
    <w:rsidRoot w:val="00B47730"/>
    <w:rsid w:val="00034616"/>
    <w:rsid w:val="0006063C"/>
    <w:rsid w:val="0015074B"/>
    <w:rsid w:val="00251652"/>
    <w:rsid w:val="0029639D"/>
    <w:rsid w:val="002E6C6A"/>
    <w:rsid w:val="00326F90"/>
    <w:rsid w:val="00487BFA"/>
    <w:rsid w:val="00502032"/>
    <w:rsid w:val="006E4DBD"/>
    <w:rsid w:val="0082396D"/>
    <w:rsid w:val="00AA1D8D"/>
    <w:rsid w:val="00AD0BC8"/>
    <w:rsid w:val="00AE22E9"/>
    <w:rsid w:val="00B47730"/>
    <w:rsid w:val="00C86838"/>
    <w:rsid w:val="00CB0664"/>
    <w:rsid w:val="00CB1684"/>
    <w:rsid w:val="00E11939"/>
    <w:rsid w:val="00E935F2"/>
    <w:rsid w:val="00ED5106"/>
    <w:rsid w:val="00F10AAC"/>
    <w:rsid w:val="00F23B0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21572E"/>
  <w14:defaultImageDpi w14:val="300"/>
  <w15:docId w15:val="{0959085C-D163-4F77-BF80-60D9D6309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576</Words>
  <Characters>3285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Guler ATALAY</cp:lastModifiedBy>
  <cp:revision>7</cp:revision>
  <dcterms:created xsi:type="dcterms:W3CDTF">2025-06-28T09:31:00Z</dcterms:created>
  <dcterms:modified xsi:type="dcterms:W3CDTF">2025-07-29T20:16:00Z</dcterms:modified>
  <cp:category/>
</cp:coreProperties>
</file>