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A6890" w14:textId="77777777" w:rsidR="00827747" w:rsidRDefault="00FB64DF">
      <w:pPr>
        <w:pStyle w:val="Title"/>
      </w:pPr>
      <w:r>
        <w:t>Supplementary Material: Radiology Knowledge and Attitudes Survey</w:t>
      </w:r>
    </w:p>
    <w:p w14:paraId="1DAA5613" w14:textId="0127DB23" w:rsidR="00827747" w:rsidRDefault="00FB64DF">
      <w:r>
        <w:t xml:space="preserve">This questionnaire was used to assess medical students’ knowledge, attitudes, and perceptions of radiology across multiple Arab countries. It was distributed as part of a </w:t>
      </w:r>
      <w:r>
        <w:t>multicenter cross-sectional study.</w:t>
      </w:r>
    </w:p>
    <w:p w14:paraId="3BC8AF22" w14:textId="77777777" w:rsidR="00DA33EE" w:rsidRDefault="00DA33EE" w:rsidP="00DA33EE">
      <w:r>
        <w:t>Dear Medical Student,</w:t>
      </w:r>
      <w:r>
        <w:br/>
      </w:r>
      <w:r>
        <w:br/>
        <w:t>We invite you to participate in a survey assessing your knowledge of radiology as a diagnostic tool in medicine. The purpose of this study is to evaluate the level of understanding of radiology and the uses of its main tools among medical students in different Arab countries.</w:t>
      </w:r>
      <w:r>
        <w:br/>
      </w:r>
      <w:r>
        <w:br/>
        <w:t>Although this survey may not have an immediate impact on you personally, your participation will contribute to a better understanding of the current state of radiology education among medical students. This research will benefit the medical community in the long-term by reflecting the level of knowledge and understanding of future healthcare professionals in the field of radiology.</w:t>
      </w:r>
      <w:r>
        <w:br/>
      </w:r>
      <w:r>
        <w:br/>
        <w:t>Thank you for your participation.</w:t>
      </w:r>
      <w:r>
        <w:br/>
      </w:r>
      <w:r>
        <w:br/>
        <w:t>Consent:</w:t>
      </w:r>
      <w:r>
        <w:br/>
        <w:t>- I voluntarily agree to participate in this research study.</w:t>
      </w:r>
      <w:r>
        <w:br/>
        <w:t>- I understand that I can withdraw at any time without any consequences.</w:t>
      </w:r>
      <w:r>
        <w:br/>
        <w:t>- I understand participation involves answering the following questions, which will be analyzed confidentially.</w:t>
      </w:r>
      <w:r>
        <w:br/>
        <w:t>- I understand that my identity will remain anonymous in any report.</w:t>
      </w:r>
      <w:r>
        <w:br/>
        <w:t>- I understand I can only take the survey once.</w:t>
      </w:r>
      <w:r>
        <w:br/>
      </w:r>
      <w:r>
        <w:br/>
        <w:t>By clicking 'I accept these terms', you consent to participate in the survey.</w:t>
      </w:r>
    </w:p>
    <w:p w14:paraId="1CF38C9C" w14:textId="39E2611B" w:rsidR="00DA33EE" w:rsidRDefault="00DA33EE" w:rsidP="00DA33EE">
      <w:r>
        <w:object w:dxaOrig="225" w:dyaOrig="225" w14:anchorId="54E3A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14pt" o:ole="">
            <v:imagedata r:id="rId6" o:title=""/>
          </v:shape>
          <w:control r:id="rId7" w:name="DefaultOcxName" w:shapeid="_x0000_i1027"/>
        </w:object>
      </w:r>
      <w:r w:rsidRPr="00494BBD">
        <w:t>I accept these terms</w:t>
      </w:r>
    </w:p>
    <w:p w14:paraId="65F84818" w14:textId="77777777" w:rsidR="00DA33EE" w:rsidRDefault="00DA33EE">
      <w:pPr>
        <w:pStyle w:val="Heading1"/>
      </w:pPr>
    </w:p>
    <w:p w14:paraId="7A86FEEC" w14:textId="77777777" w:rsidR="00DA33EE" w:rsidRDefault="00DA33EE">
      <w:pPr>
        <w:pStyle w:val="Heading1"/>
      </w:pPr>
    </w:p>
    <w:p w14:paraId="2AB4D0D3" w14:textId="00F2B7EF" w:rsidR="00827747" w:rsidRDefault="00FB64DF">
      <w:pPr>
        <w:pStyle w:val="Heading1"/>
      </w:pPr>
      <w:r>
        <w:t>Section 1: Socio-demographic Characteristics</w:t>
      </w:r>
    </w:p>
    <w:p w14:paraId="75BBF1C9" w14:textId="77777777" w:rsidR="00827747" w:rsidRDefault="00FB64DF">
      <w:pPr>
        <w:pStyle w:val="ListNumber"/>
      </w:pPr>
      <w:r>
        <w:t>1. Age: ◻</w:t>
      </w:r>
      <w:r>
        <w:t>️</w:t>
      </w:r>
      <w:r>
        <w:t xml:space="preserve"> Under 20    ◻</w:t>
      </w:r>
      <w:r>
        <w:t>️</w:t>
      </w:r>
      <w:r>
        <w:t xml:space="preserve"> 20–25    ◻</w:t>
      </w:r>
      <w:r>
        <w:t>️</w:t>
      </w:r>
      <w:r>
        <w:t xml:space="preserve"> Above 25</w:t>
      </w:r>
    </w:p>
    <w:p w14:paraId="4637A2A2" w14:textId="77777777" w:rsidR="00827747" w:rsidRDefault="00FB64DF">
      <w:pPr>
        <w:pStyle w:val="ListNumber"/>
      </w:pPr>
      <w:r>
        <w:t>2. Gender: ◻</w:t>
      </w:r>
      <w:r>
        <w:t>️</w:t>
      </w:r>
      <w:r>
        <w:t xml:space="preserve"> Male    ◻</w:t>
      </w:r>
      <w:r>
        <w:t>️</w:t>
      </w:r>
      <w:r>
        <w:t xml:space="preserve"> Female</w:t>
      </w:r>
    </w:p>
    <w:p w14:paraId="5F66E902" w14:textId="77777777" w:rsidR="00827747" w:rsidRDefault="00FB64DF">
      <w:pPr>
        <w:pStyle w:val="ListNumber"/>
      </w:pPr>
      <w:r>
        <w:t>3. Country of Education: ___________________________</w:t>
      </w:r>
    </w:p>
    <w:p w14:paraId="0A05C87F" w14:textId="77777777" w:rsidR="00827747" w:rsidRDefault="00FB64DF">
      <w:pPr>
        <w:pStyle w:val="ListNumber"/>
      </w:pPr>
      <w:r>
        <w:t>4. Current Residence: ◻</w:t>
      </w:r>
      <w:r>
        <w:t>️</w:t>
      </w:r>
      <w:r>
        <w:t xml:space="preserve"> City    ◻</w:t>
      </w:r>
      <w:r>
        <w:t>️</w:t>
      </w:r>
      <w:r>
        <w:t xml:space="preserve"> Rural</w:t>
      </w:r>
    </w:p>
    <w:p w14:paraId="1AE970A7" w14:textId="77777777" w:rsidR="00827747" w:rsidRDefault="00FB64DF">
      <w:pPr>
        <w:pStyle w:val="ListNumber"/>
      </w:pPr>
      <w:r>
        <w:t>5.</w:t>
      </w:r>
      <w:r>
        <w:t xml:space="preserve"> University Name: ___________________________</w:t>
      </w:r>
    </w:p>
    <w:p w14:paraId="08937935" w14:textId="77777777" w:rsidR="00827747" w:rsidRDefault="00FB64DF">
      <w:pPr>
        <w:pStyle w:val="ListNumber"/>
      </w:pPr>
      <w:r>
        <w:t>6. GPA: ◻</w:t>
      </w:r>
      <w:r>
        <w:t>️</w:t>
      </w:r>
      <w:r>
        <w:t xml:space="preserve"> &lt;2.0    ◻</w:t>
      </w:r>
      <w:r>
        <w:t>️</w:t>
      </w:r>
      <w:r>
        <w:t xml:space="preserve"> 2.0–2.5    ◻</w:t>
      </w:r>
      <w:r>
        <w:t>️</w:t>
      </w:r>
      <w:r>
        <w:t xml:space="preserve"> 2.5–3.0    ◻</w:t>
      </w:r>
      <w:r>
        <w:t>️</w:t>
      </w:r>
      <w:r>
        <w:t xml:space="preserve"> &gt;3.0</w:t>
      </w:r>
    </w:p>
    <w:p w14:paraId="1C9DA51F" w14:textId="77777777" w:rsidR="00827747" w:rsidRDefault="00FB64DF">
      <w:pPr>
        <w:pStyle w:val="ListNumber"/>
      </w:pPr>
      <w:r>
        <w:t>7. College Year: ◻</w:t>
      </w:r>
      <w:r>
        <w:t>️</w:t>
      </w:r>
      <w:r>
        <w:t xml:space="preserve"> 4th    ◻</w:t>
      </w:r>
      <w:r>
        <w:t>️</w:t>
      </w:r>
      <w:r>
        <w:t xml:space="preserve"> 5th    ◻</w:t>
      </w:r>
      <w:r>
        <w:t>️</w:t>
      </w:r>
      <w:r>
        <w:t xml:space="preserve"> 6th    ◻</w:t>
      </w:r>
      <w:r>
        <w:t>️</w:t>
      </w:r>
      <w:r>
        <w:t xml:space="preserve"> Internship</w:t>
      </w:r>
    </w:p>
    <w:p w14:paraId="66D458F2" w14:textId="77777777" w:rsidR="00827747" w:rsidRDefault="00FB64DF">
      <w:pPr>
        <w:pStyle w:val="Heading1"/>
      </w:pPr>
      <w:r>
        <w:t>Section 2: Background and Experience</w:t>
      </w:r>
    </w:p>
    <w:p w14:paraId="7B652F13" w14:textId="77777777" w:rsidR="00827747" w:rsidRDefault="00FB64DF">
      <w:pPr>
        <w:pStyle w:val="ListNumber"/>
      </w:pPr>
      <w:r>
        <w:t>1. Have you had a radiograph (of any kind) before? ◻</w:t>
      </w:r>
      <w:r>
        <w:t>️</w:t>
      </w:r>
      <w:r>
        <w:t xml:space="preserve"> Yes</w:t>
      </w:r>
      <w:r>
        <w:t xml:space="preserve">    ◻</w:t>
      </w:r>
      <w:r>
        <w:t>️</w:t>
      </w:r>
      <w:r>
        <w:t xml:space="preserve"> No</w:t>
      </w:r>
    </w:p>
    <w:p w14:paraId="73CBF312" w14:textId="77777777" w:rsidR="00827747" w:rsidRDefault="00FB64DF">
      <w:pPr>
        <w:pStyle w:val="ListNumber"/>
      </w:pPr>
      <w:r>
        <w:t>2. Has any of your relatives had a radiograph (of any kind) before? ◻</w:t>
      </w:r>
      <w:r>
        <w:t>️</w:t>
      </w:r>
      <w:r>
        <w:t xml:space="preserve"> Yes    ◻</w:t>
      </w:r>
      <w:r>
        <w:t>️</w:t>
      </w:r>
      <w:r>
        <w:t xml:space="preserve"> No</w:t>
      </w:r>
    </w:p>
    <w:p w14:paraId="7238ED73" w14:textId="77777777" w:rsidR="00827747" w:rsidRDefault="00FB64DF">
      <w:pPr>
        <w:pStyle w:val="ListNumber"/>
      </w:pPr>
      <w:r>
        <w:t>3. Are you interested in learning more about this field? ◻</w:t>
      </w:r>
      <w:r>
        <w:t>️</w:t>
      </w:r>
      <w:r>
        <w:t xml:space="preserve"> Yes    ◻</w:t>
      </w:r>
      <w:r>
        <w:t>️</w:t>
      </w:r>
      <w:r>
        <w:t xml:space="preserve"> No</w:t>
      </w:r>
    </w:p>
    <w:p w14:paraId="0CFA54FC" w14:textId="77777777" w:rsidR="00827747" w:rsidRDefault="00FB64DF">
      <w:pPr>
        <w:pStyle w:val="ListNumber"/>
      </w:pPr>
      <w:r>
        <w:t>4. Have you completed a rotation in radiology? ◻</w:t>
      </w:r>
      <w:r>
        <w:t>️</w:t>
      </w:r>
      <w:r>
        <w:t xml:space="preserve"> Yes    ◻</w:t>
      </w:r>
      <w:r>
        <w:t>️</w:t>
      </w:r>
      <w:r>
        <w:t xml:space="preserve"> No</w:t>
      </w:r>
    </w:p>
    <w:p w14:paraId="7A9AF2ED" w14:textId="77777777" w:rsidR="00827747" w:rsidRDefault="00FB64DF">
      <w:pPr>
        <w:pStyle w:val="ListNumber"/>
      </w:pPr>
      <w:r>
        <w:t>5. Have you ever heard abo</w:t>
      </w:r>
      <w:r>
        <w:t>ut interventional radiology? ◻</w:t>
      </w:r>
      <w:r>
        <w:t>️</w:t>
      </w:r>
      <w:r>
        <w:t xml:space="preserve"> Yes    ◻</w:t>
      </w:r>
      <w:r>
        <w:t>️</w:t>
      </w:r>
      <w:r>
        <w:t xml:space="preserve"> No</w:t>
      </w:r>
    </w:p>
    <w:p w14:paraId="256674D2" w14:textId="77777777" w:rsidR="00827747" w:rsidRDefault="00FB64DF">
      <w:pPr>
        <w:pStyle w:val="ListNumber"/>
      </w:pPr>
      <w:r>
        <w:t>6. How would you rate your knowledge of radiology compared to other fields? ◻</w:t>
      </w:r>
      <w:r>
        <w:t>️</w:t>
      </w:r>
      <w:r>
        <w:t xml:space="preserve"> Poor    ◻</w:t>
      </w:r>
      <w:r>
        <w:t>️</w:t>
      </w:r>
      <w:r>
        <w:t xml:space="preserve"> Adequate    ◻</w:t>
      </w:r>
      <w:r>
        <w:t>️</w:t>
      </w:r>
      <w:r>
        <w:t xml:space="preserve"> Good    ◻</w:t>
      </w:r>
      <w:r>
        <w:t>️</w:t>
      </w:r>
      <w:r>
        <w:t xml:space="preserve"> Excellent</w:t>
      </w:r>
    </w:p>
    <w:p w14:paraId="669C668A" w14:textId="77777777" w:rsidR="00827747" w:rsidRDefault="00FB64DF">
      <w:pPr>
        <w:pStyle w:val="ListNumber"/>
      </w:pPr>
      <w:r>
        <w:t xml:space="preserve">7. How would you rate your knowledge about the radiation dose of common radiological </w:t>
      </w:r>
      <w:r>
        <w:t>investigations? ◻</w:t>
      </w:r>
      <w:r>
        <w:t>️</w:t>
      </w:r>
      <w:r>
        <w:t xml:space="preserve"> Poor    ◻</w:t>
      </w:r>
      <w:r>
        <w:t>️</w:t>
      </w:r>
      <w:r>
        <w:t xml:space="preserve"> Adequate    ◻</w:t>
      </w:r>
      <w:r>
        <w:t>️</w:t>
      </w:r>
      <w:r>
        <w:t xml:space="preserve"> Good    ◻</w:t>
      </w:r>
      <w:r>
        <w:t>️</w:t>
      </w:r>
      <w:r>
        <w:t xml:space="preserve"> Excellent</w:t>
      </w:r>
    </w:p>
    <w:p w14:paraId="1916BC90" w14:textId="77777777" w:rsidR="00827747" w:rsidRDefault="00FB64DF">
      <w:pPr>
        <w:pStyle w:val="ListNumber"/>
      </w:pPr>
      <w:r>
        <w:t>8. How much of an impact does radiology have on the diagnostic process?</w:t>
      </w:r>
      <w:r>
        <w:br/>
        <w:t xml:space="preserve">   ◻</w:t>
      </w:r>
      <w:r>
        <w:t>️</w:t>
      </w:r>
      <w:r>
        <w:t xml:space="preserve"> Minimal impact    ◻</w:t>
      </w:r>
      <w:r>
        <w:t>️</w:t>
      </w:r>
      <w:r>
        <w:t xml:space="preserve"> Occasionally changes patient care</w:t>
      </w:r>
      <w:r>
        <w:br/>
        <w:t xml:space="preserve">   ◻</w:t>
      </w:r>
      <w:r>
        <w:t>️</w:t>
      </w:r>
      <w:r>
        <w:t xml:space="preserve"> Often changes patient care    ◻</w:t>
      </w:r>
      <w:r>
        <w:t>️</w:t>
      </w:r>
      <w:r>
        <w:t xml:space="preserve"> As important as th</w:t>
      </w:r>
      <w:r>
        <w:t>e physical exam    ◻</w:t>
      </w:r>
      <w:r>
        <w:t>️</w:t>
      </w:r>
      <w:r>
        <w:t xml:space="preserve"> More important than the physical exam</w:t>
      </w:r>
    </w:p>
    <w:p w14:paraId="184CA087" w14:textId="77777777" w:rsidR="00827747" w:rsidRDefault="00FB64DF">
      <w:pPr>
        <w:pStyle w:val="Heading1"/>
      </w:pPr>
      <w:r>
        <w:t>Section 3: Basic Knowledge about Radiology</w:t>
      </w:r>
    </w:p>
    <w:p w14:paraId="4EB72812" w14:textId="77777777" w:rsidR="00827747" w:rsidRDefault="00FB64DF">
      <w:pPr>
        <w:pStyle w:val="ListNumber"/>
      </w:pPr>
      <w:r>
        <w:t>1. What age group is the most sensitive to radiation? ◻</w:t>
      </w:r>
      <w:r>
        <w:t>️</w:t>
      </w:r>
      <w:r>
        <w:t xml:space="preserve"> Children    ◻</w:t>
      </w:r>
      <w:r>
        <w:t>️</w:t>
      </w:r>
      <w:r>
        <w:t xml:space="preserve"> Teens    ◻</w:t>
      </w:r>
      <w:r>
        <w:t>️</w:t>
      </w:r>
      <w:r>
        <w:t xml:space="preserve"> Adults    ◻</w:t>
      </w:r>
      <w:r>
        <w:t>️</w:t>
      </w:r>
      <w:r>
        <w:t xml:space="preserve"> Elders    ◻</w:t>
      </w:r>
      <w:r>
        <w:t>️</w:t>
      </w:r>
      <w:r>
        <w:t xml:space="preserve"> Others</w:t>
      </w:r>
    </w:p>
    <w:p w14:paraId="638909E3" w14:textId="77777777" w:rsidR="00827747" w:rsidRDefault="00FB64DF">
      <w:pPr>
        <w:pStyle w:val="ListNumber"/>
      </w:pPr>
      <w:r>
        <w:t>2. Is there a specific number of rad</w:t>
      </w:r>
      <w:r>
        <w:t>iographs that can be requested for a patient per year? ◻</w:t>
      </w:r>
      <w:r>
        <w:t>️</w:t>
      </w:r>
      <w:r>
        <w:t xml:space="preserve"> Yes    ◻</w:t>
      </w:r>
      <w:r>
        <w:t>️</w:t>
      </w:r>
      <w:r>
        <w:t xml:space="preserve"> No</w:t>
      </w:r>
    </w:p>
    <w:p w14:paraId="1B4D3105" w14:textId="77777777" w:rsidR="00827747" w:rsidRDefault="00FB64DF">
      <w:pPr>
        <w:pStyle w:val="ListNumber"/>
      </w:pPr>
      <w:r>
        <w:t>3. Does radiation affect the fetus? ◻</w:t>
      </w:r>
      <w:r>
        <w:t>️</w:t>
      </w:r>
      <w:r>
        <w:t xml:space="preserve"> Yes    ◻</w:t>
      </w:r>
      <w:r>
        <w:t>️</w:t>
      </w:r>
      <w:r>
        <w:t xml:space="preserve"> No</w:t>
      </w:r>
    </w:p>
    <w:p w14:paraId="7B5E4156" w14:textId="77777777" w:rsidR="00827747" w:rsidRDefault="00FB64DF">
      <w:pPr>
        <w:pStyle w:val="ListNumber"/>
      </w:pPr>
      <w:r>
        <w:t>4. What type most affects the fetus? ◻</w:t>
      </w:r>
      <w:r>
        <w:t>️</w:t>
      </w:r>
      <w:r>
        <w:t xml:space="preserve"> US    ◻</w:t>
      </w:r>
      <w:r>
        <w:t>️</w:t>
      </w:r>
      <w:r>
        <w:t xml:space="preserve"> MRI    ◻</w:t>
      </w:r>
      <w:r>
        <w:t>️</w:t>
      </w:r>
      <w:r>
        <w:t xml:space="preserve"> X-ray    ◻</w:t>
      </w:r>
      <w:r>
        <w:t>️</w:t>
      </w:r>
      <w:r>
        <w:t xml:space="preserve"> CT    ◻</w:t>
      </w:r>
      <w:r>
        <w:t>️</w:t>
      </w:r>
      <w:r>
        <w:t xml:space="preserve"> Others</w:t>
      </w:r>
    </w:p>
    <w:p w14:paraId="69FD8D1B" w14:textId="77777777" w:rsidR="00827747" w:rsidRDefault="00FB64DF">
      <w:pPr>
        <w:pStyle w:val="ListNumber"/>
      </w:pPr>
      <w:r>
        <w:t>5. What is the safest radiological investigati</w:t>
      </w:r>
      <w:r>
        <w:t>on? ◻</w:t>
      </w:r>
      <w:r>
        <w:t>️</w:t>
      </w:r>
      <w:r>
        <w:t xml:space="preserve"> US    ◻</w:t>
      </w:r>
      <w:r>
        <w:t>️</w:t>
      </w:r>
      <w:r>
        <w:t xml:space="preserve"> MRI    ◻</w:t>
      </w:r>
      <w:r>
        <w:t>️</w:t>
      </w:r>
      <w:r>
        <w:t xml:space="preserve"> X-ray    ◻</w:t>
      </w:r>
      <w:r>
        <w:t>️</w:t>
      </w:r>
      <w:r>
        <w:t xml:space="preserve"> CT    ◻</w:t>
      </w:r>
      <w:r>
        <w:t>️</w:t>
      </w:r>
      <w:r>
        <w:t xml:space="preserve"> Others</w:t>
      </w:r>
    </w:p>
    <w:p w14:paraId="3F1B313B" w14:textId="77777777" w:rsidR="00827747" w:rsidRDefault="00FB64DF">
      <w:pPr>
        <w:pStyle w:val="ListNumber"/>
      </w:pPr>
      <w:r>
        <w:t>6. What are the most sensitive organs to radiation? ◻</w:t>
      </w:r>
      <w:r>
        <w:t>️</w:t>
      </w:r>
      <w:r>
        <w:t xml:space="preserve"> Liver/Bladder/Kidney    ◻</w:t>
      </w:r>
      <w:r>
        <w:t>️</w:t>
      </w:r>
      <w:r>
        <w:t xml:space="preserve"> Lungs/Colon    ◻</w:t>
      </w:r>
      <w:r>
        <w:t>️</w:t>
      </w:r>
      <w:r>
        <w:t xml:space="preserve"> Breast    ◻</w:t>
      </w:r>
      <w:r>
        <w:t>️</w:t>
      </w:r>
      <w:r>
        <w:t xml:space="preserve"> Testis/Ovaries    ◻</w:t>
      </w:r>
      <w:r>
        <w:t>️</w:t>
      </w:r>
      <w:r>
        <w:t xml:space="preserve"> Others</w:t>
      </w:r>
    </w:p>
    <w:p w14:paraId="113C77E8" w14:textId="77777777" w:rsidR="00827747" w:rsidRDefault="00FB64DF">
      <w:pPr>
        <w:pStyle w:val="ListNumber"/>
      </w:pPr>
      <w:r>
        <w:lastRenderedPageBreak/>
        <w:t>7. CT contraindications (select all that apply): ◻</w:t>
      </w:r>
      <w:r>
        <w:t>️</w:t>
      </w:r>
      <w:r>
        <w:t xml:space="preserve"> Contrast </w:t>
      </w:r>
      <w:r>
        <w:t>allergy    ◻</w:t>
      </w:r>
      <w:r>
        <w:t>️</w:t>
      </w:r>
      <w:r>
        <w:t xml:space="preserve"> Renal failure    ◻</w:t>
      </w:r>
      <w:r>
        <w:t>️</w:t>
      </w:r>
      <w:r>
        <w:t xml:space="preserve"> Liver failure    ◻</w:t>
      </w:r>
      <w:r>
        <w:t>️</w:t>
      </w:r>
      <w:r>
        <w:t xml:space="preserve"> Pregnancy    ◻</w:t>
      </w:r>
      <w:r>
        <w:t>️</w:t>
      </w:r>
      <w:r>
        <w:t xml:space="preserve"> Don't know</w:t>
      </w:r>
    </w:p>
    <w:p w14:paraId="57D0C018" w14:textId="77777777" w:rsidR="00827747" w:rsidRDefault="00FB64DF">
      <w:pPr>
        <w:pStyle w:val="ListNumber"/>
      </w:pPr>
      <w:r>
        <w:t>8. MRI contraindications (select all that apply): ◻</w:t>
      </w:r>
      <w:r>
        <w:t>️</w:t>
      </w:r>
      <w:r>
        <w:t xml:space="preserve"> Pacemaker    ◻</w:t>
      </w:r>
      <w:r>
        <w:t>️</w:t>
      </w:r>
      <w:r>
        <w:t xml:space="preserve"> Metal foreign bodies    ◻</w:t>
      </w:r>
      <w:r>
        <w:t>️</w:t>
      </w:r>
      <w:r>
        <w:t xml:space="preserve"> Claustrophobia    ◻</w:t>
      </w:r>
      <w:r>
        <w:t>️</w:t>
      </w:r>
      <w:r>
        <w:t xml:space="preserve"> Don't know</w:t>
      </w:r>
    </w:p>
    <w:p w14:paraId="7E663720" w14:textId="77777777" w:rsidR="00827747" w:rsidRDefault="00FB64DF">
      <w:pPr>
        <w:pStyle w:val="ListNumber"/>
      </w:pPr>
      <w:r>
        <w:t xml:space="preserve">9. What is your source of </w:t>
      </w:r>
      <w:r>
        <w:t>information? (select all that apply): ◻</w:t>
      </w:r>
      <w:r>
        <w:t>️</w:t>
      </w:r>
      <w:r>
        <w:t xml:space="preserve"> Internet    ◻</w:t>
      </w:r>
      <w:r>
        <w:t>️</w:t>
      </w:r>
      <w:r>
        <w:t xml:space="preserve"> Social media    ◻</w:t>
      </w:r>
      <w:r>
        <w:t>️</w:t>
      </w:r>
      <w:r>
        <w:t xml:space="preserve"> Lectures    ◻</w:t>
      </w:r>
      <w:r>
        <w:t>️</w:t>
      </w:r>
      <w:r>
        <w:t xml:space="preserve"> Clinical rotations    ◻</w:t>
      </w:r>
      <w:r>
        <w:t>️</w:t>
      </w:r>
      <w:r>
        <w:t xml:space="preserve"> Friends    ◻</w:t>
      </w:r>
      <w:r>
        <w:t>️</w:t>
      </w:r>
      <w:r>
        <w:t xml:space="preserve"> Family    ◻</w:t>
      </w:r>
      <w:r>
        <w:t>️</w:t>
      </w:r>
      <w:r>
        <w:t xml:space="preserve"> TV    ◻</w:t>
      </w:r>
      <w:r>
        <w:t>️</w:t>
      </w:r>
      <w:r>
        <w:t xml:space="preserve"> Magazines</w:t>
      </w:r>
    </w:p>
    <w:p w14:paraId="325DC1BC" w14:textId="77777777" w:rsidR="00827747" w:rsidRDefault="00FB64DF">
      <w:pPr>
        <w:pStyle w:val="Heading1"/>
      </w:pPr>
      <w:r>
        <w:t>Section 4: Levels of Radiation Exposure</w:t>
      </w:r>
    </w:p>
    <w:p w14:paraId="51DE0D8E" w14:textId="77777777" w:rsidR="00827747" w:rsidRDefault="00FB64DF">
      <w:r>
        <w:t>Please estimate the number of chest X-ray equivalent un</w:t>
      </w:r>
      <w:r>
        <w:t>its (1 unit = chest X-ray) for each procedure:</w:t>
      </w:r>
    </w:p>
    <w:p w14:paraId="4EBAECA2" w14:textId="77777777" w:rsidR="00827747" w:rsidRDefault="00FB64DF">
      <w:pPr>
        <w:pStyle w:val="ListBullet"/>
      </w:pPr>
      <w:r>
        <w:t>CT chest: ◻</w:t>
      </w:r>
      <w:r>
        <w:t>️</w:t>
      </w:r>
      <w:r>
        <w:t xml:space="preserve"> 0    ◻</w:t>
      </w:r>
      <w:r>
        <w:t>️</w:t>
      </w:r>
      <w:r>
        <w:t xml:space="preserve"> 1–10    ◻</w:t>
      </w:r>
      <w:r>
        <w:t>️</w:t>
      </w:r>
      <w:r>
        <w:t xml:space="preserve"> 10–50    ◻</w:t>
      </w:r>
      <w:r>
        <w:t>️</w:t>
      </w:r>
      <w:r>
        <w:t xml:space="preserve"> 50–100    ◻</w:t>
      </w:r>
      <w:r>
        <w:t>️</w:t>
      </w:r>
      <w:r>
        <w:t xml:space="preserve"> 100–500    ◻</w:t>
      </w:r>
      <w:r>
        <w:t>️</w:t>
      </w:r>
      <w:r>
        <w:t xml:space="preserve"> &gt;500</w:t>
      </w:r>
    </w:p>
    <w:p w14:paraId="7414D9D7" w14:textId="77777777" w:rsidR="00827747" w:rsidRDefault="00FB64DF">
      <w:pPr>
        <w:pStyle w:val="ListBullet"/>
      </w:pPr>
      <w:r>
        <w:t>MRI pelvis: ◻</w:t>
      </w:r>
      <w:r>
        <w:t>️</w:t>
      </w:r>
      <w:r>
        <w:t xml:space="preserve"> 0    ◻</w:t>
      </w:r>
      <w:r>
        <w:t>️</w:t>
      </w:r>
      <w:r>
        <w:t xml:space="preserve"> 1–10    ◻</w:t>
      </w:r>
      <w:r>
        <w:t>️</w:t>
      </w:r>
      <w:r>
        <w:t xml:space="preserve"> 10–50    ◻</w:t>
      </w:r>
      <w:r>
        <w:t>️</w:t>
      </w:r>
      <w:r>
        <w:t xml:space="preserve"> 50–100    ◻</w:t>
      </w:r>
      <w:r>
        <w:t>️</w:t>
      </w:r>
      <w:r>
        <w:t xml:space="preserve"> 100–500    ◻</w:t>
      </w:r>
      <w:r>
        <w:t>️</w:t>
      </w:r>
      <w:r>
        <w:t xml:space="preserve"> &gt;500</w:t>
      </w:r>
    </w:p>
    <w:p w14:paraId="5EF608E3" w14:textId="77777777" w:rsidR="00827747" w:rsidRDefault="00FB64DF">
      <w:pPr>
        <w:pStyle w:val="ListBullet"/>
      </w:pPr>
      <w:r>
        <w:t>PET-CT full body: ◻</w:t>
      </w:r>
      <w:r>
        <w:t>️</w:t>
      </w:r>
      <w:r>
        <w:t xml:space="preserve"> 0    ◻</w:t>
      </w:r>
      <w:r>
        <w:t>️</w:t>
      </w:r>
      <w:r>
        <w:t xml:space="preserve"> 1–10    ◻</w:t>
      </w:r>
      <w:r>
        <w:t>️</w:t>
      </w:r>
      <w:r>
        <w:t xml:space="preserve"> 10–50    ◻</w:t>
      </w:r>
      <w:r>
        <w:t>️</w:t>
      </w:r>
      <w:r>
        <w:t xml:space="preserve"> 50–</w:t>
      </w:r>
      <w:r>
        <w:t>100    ◻</w:t>
      </w:r>
      <w:r>
        <w:t>️</w:t>
      </w:r>
      <w:r>
        <w:t xml:space="preserve"> 100–500    ◻</w:t>
      </w:r>
      <w:r>
        <w:t>️</w:t>
      </w:r>
      <w:r>
        <w:t xml:space="preserve"> &gt;500</w:t>
      </w:r>
    </w:p>
    <w:p w14:paraId="1FBFC901" w14:textId="77777777" w:rsidR="00827747" w:rsidRDefault="00FB64DF">
      <w:pPr>
        <w:pStyle w:val="ListBullet"/>
      </w:pPr>
      <w:r>
        <w:t>US abdomen: ◻</w:t>
      </w:r>
      <w:r>
        <w:t>️</w:t>
      </w:r>
      <w:r>
        <w:t xml:space="preserve"> 0    ◻</w:t>
      </w:r>
      <w:r>
        <w:t>️</w:t>
      </w:r>
      <w:r>
        <w:t xml:space="preserve"> 1–10    ◻</w:t>
      </w:r>
      <w:r>
        <w:t>️</w:t>
      </w:r>
      <w:r>
        <w:t xml:space="preserve"> 10–50    ◻</w:t>
      </w:r>
      <w:r>
        <w:t>️</w:t>
      </w:r>
      <w:r>
        <w:t xml:space="preserve"> 50–100    ◻</w:t>
      </w:r>
      <w:r>
        <w:t>️</w:t>
      </w:r>
      <w:r>
        <w:t xml:space="preserve"> 100–500    ◻</w:t>
      </w:r>
      <w:r>
        <w:t>️</w:t>
      </w:r>
      <w:r>
        <w:t xml:space="preserve"> &gt;500</w:t>
      </w:r>
    </w:p>
    <w:p w14:paraId="1B8EEB5B" w14:textId="77777777" w:rsidR="00827747" w:rsidRDefault="00FB64DF">
      <w:r>
        <w:t>What is the best estimate that a 30-year-old woman who undergoes a CT abdomen/pelvis will develop cancer from that imaging?</w:t>
      </w:r>
    </w:p>
    <w:p w14:paraId="54E7BA2E" w14:textId="77777777" w:rsidR="00827747" w:rsidRDefault="00FB64DF">
      <w:pPr>
        <w:pStyle w:val="ListBullet"/>
      </w:pPr>
      <w:r>
        <w:t>◻</w:t>
      </w:r>
      <w:r>
        <w:t>️</w:t>
      </w:r>
      <w:r>
        <w:t xml:space="preserve"> 1/60    ◻</w:t>
      </w:r>
      <w:r>
        <w:t>️</w:t>
      </w:r>
      <w:r>
        <w:t xml:space="preserve"> 1/600    ◻</w:t>
      </w:r>
      <w:r>
        <w:t>️</w:t>
      </w:r>
      <w:r>
        <w:t xml:space="preserve"> 1/6000    ◻</w:t>
      </w:r>
      <w:r>
        <w:t>️</w:t>
      </w:r>
      <w:r>
        <w:t xml:space="preserve"> 1/60000</w:t>
      </w:r>
    </w:p>
    <w:p w14:paraId="58DE526C" w14:textId="77777777" w:rsidR="00827747" w:rsidRDefault="00FB64DF">
      <w:pPr>
        <w:pStyle w:val="Heading1"/>
      </w:pPr>
      <w:r>
        <w:t>Section 5: Radiology as a Screening Test</w:t>
      </w:r>
    </w:p>
    <w:p w14:paraId="640CDFA9" w14:textId="77777777" w:rsidR="00827747" w:rsidRDefault="00FB64DF">
      <w:pPr>
        <w:pStyle w:val="ListNumber"/>
      </w:pPr>
      <w:r>
        <w:t>1. Can radiology be used as a screening test? ◻</w:t>
      </w:r>
      <w:r>
        <w:t>️</w:t>
      </w:r>
      <w:r>
        <w:t xml:space="preserve"> Yes    ◻</w:t>
      </w:r>
      <w:r>
        <w:t>️</w:t>
      </w:r>
      <w:r>
        <w:t xml:space="preserve"> No</w:t>
      </w:r>
    </w:p>
    <w:p w14:paraId="5CED3BD9" w14:textId="77777777" w:rsidR="00827747" w:rsidRDefault="00FB64DF">
      <w:pPr>
        <w:pStyle w:val="ListNumber"/>
      </w:pPr>
      <w:r>
        <w:t>2. Mammography for breast cancer? ◻</w:t>
      </w:r>
      <w:r>
        <w:t>️</w:t>
      </w:r>
      <w:r>
        <w:t xml:space="preserve"> Yes    ◻</w:t>
      </w:r>
      <w:r>
        <w:t>️</w:t>
      </w:r>
      <w:r>
        <w:t xml:space="preserve"> No</w:t>
      </w:r>
    </w:p>
    <w:p w14:paraId="141DCB6D" w14:textId="77777777" w:rsidR="00827747" w:rsidRDefault="00FB64DF">
      <w:pPr>
        <w:pStyle w:val="ListNumber"/>
      </w:pPr>
      <w:r>
        <w:t>3. Ultrasound for abdominal aortic aneurysm? ◻</w:t>
      </w:r>
      <w:r>
        <w:t>️</w:t>
      </w:r>
      <w:r>
        <w:t xml:space="preserve"> Yes    ◻</w:t>
      </w:r>
      <w:r>
        <w:t>️</w:t>
      </w:r>
      <w:r>
        <w:t xml:space="preserve"> No</w:t>
      </w:r>
    </w:p>
    <w:p w14:paraId="5611D509" w14:textId="77777777" w:rsidR="00827747" w:rsidRDefault="00FB64DF">
      <w:pPr>
        <w:pStyle w:val="ListNumber"/>
      </w:pPr>
      <w:r>
        <w:t>4. CT for lung cance</w:t>
      </w:r>
      <w:r>
        <w:t>r? ◻</w:t>
      </w:r>
      <w:r>
        <w:t>️</w:t>
      </w:r>
      <w:r>
        <w:t xml:space="preserve"> Yes    ◻</w:t>
      </w:r>
      <w:r>
        <w:t>️</w:t>
      </w:r>
      <w:r>
        <w:t xml:space="preserve"> No</w:t>
      </w:r>
    </w:p>
    <w:p w14:paraId="05269C34" w14:textId="77777777" w:rsidR="00827747" w:rsidRDefault="00FB64DF">
      <w:pPr>
        <w:pStyle w:val="ListNumber"/>
      </w:pPr>
      <w:r>
        <w:t>5. DEXA for osteoporosis? ◻</w:t>
      </w:r>
      <w:r>
        <w:t>️</w:t>
      </w:r>
      <w:r>
        <w:t xml:space="preserve"> Yes    ◻</w:t>
      </w:r>
      <w:r>
        <w:t>️</w:t>
      </w:r>
      <w:r>
        <w:t xml:space="preserve"> No</w:t>
      </w:r>
    </w:p>
    <w:p w14:paraId="354339E1" w14:textId="77777777" w:rsidR="00827747" w:rsidRDefault="00FB64DF">
      <w:pPr>
        <w:pStyle w:val="Heading1"/>
      </w:pPr>
      <w:r>
        <w:t>Section 6: Radiology as a Future Career</w:t>
      </w:r>
    </w:p>
    <w:p w14:paraId="6F102F0C" w14:textId="77777777" w:rsidR="00827747" w:rsidRDefault="00FB64DF">
      <w:pPr>
        <w:pStyle w:val="ListNumber"/>
      </w:pPr>
      <w:r>
        <w:t>1. How interesting is radiology as a subject? ◻</w:t>
      </w:r>
      <w:r>
        <w:t>️</w:t>
      </w:r>
      <w:r>
        <w:t xml:space="preserve"> Worthless    ◻</w:t>
      </w:r>
      <w:r>
        <w:t>️</w:t>
      </w:r>
      <w:r>
        <w:t xml:space="preserve"> Dull but important    ◻</w:t>
      </w:r>
      <w:r>
        <w:t>️</w:t>
      </w:r>
      <w:r>
        <w:t xml:space="preserve"> Interesting only in other fields    ◻</w:t>
      </w:r>
      <w:r>
        <w:t>️</w:t>
      </w:r>
      <w:r>
        <w:t xml:space="preserve"> Interesting in its own rig</w:t>
      </w:r>
      <w:r>
        <w:t>ht</w:t>
      </w:r>
    </w:p>
    <w:p w14:paraId="5AE9D60B" w14:textId="77777777" w:rsidR="00827747" w:rsidRDefault="00FB64DF">
      <w:pPr>
        <w:pStyle w:val="ListNumber"/>
      </w:pPr>
      <w:r>
        <w:t>2. A radiologist's income compared to other specialties: ◻</w:t>
      </w:r>
      <w:r>
        <w:t>️</w:t>
      </w:r>
      <w:r>
        <w:t xml:space="preserve"> Much less    ◻</w:t>
      </w:r>
      <w:r>
        <w:t>️</w:t>
      </w:r>
      <w:r>
        <w:t xml:space="preserve"> A little less    ◻</w:t>
      </w:r>
      <w:r>
        <w:t>️</w:t>
      </w:r>
      <w:r>
        <w:t xml:space="preserve"> The same    ◻</w:t>
      </w:r>
      <w:r>
        <w:t>️</w:t>
      </w:r>
      <w:r>
        <w:t xml:space="preserve"> A little more    ◻</w:t>
      </w:r>
      <w:r>
        <w:t>️</w:t>
      </w:r>
      <w:r>
        <w:t xml:space="preserve"> Much more</w:t>
      </w:r>
    </w:p>
    <w:p w14:paraId="57C55968" w14:textId="77777777" w:rsidR="00827747" w:rsidRDefault="00FB64DF">
      <w:pPr>
        <w:pStyle w:val="ListNumber"/>
      </w:pPr>
      <w:r>
        <w:t>3. How many years is radiology residency? ◻</w:t>
      </w:r>
      <w:r>
        <w:t>️</w:t>
      </w:r>
      <w:r>
        <w:t xml:space="preserve"> 3    ◻</w:t>
      </w:r>
      <w:r>
        <w:t>️</w:t>
      </w:r>
      <w:r>
        <w:t xml:space="preserve"> 4    ◻</w:t>
      </w:r>
      <w:r>
        <w:t>️</w:t>
      </w:r>
      <w:r>
        <w:t xml:space="preserve"> 5    ◻</w:t>
      </w:r>
      <w:r>
        <w:t>️</w:t>
      </w:r>
      <w:r>
        <w:t xml:space="preserve"> 6</w:t>
      </w:r>
    </w:p>
    <w:p w14:paraId="4903DCD2" w14:textId="77777777" w:rsidR="00827747" w:rsidRDefault="00FB64DF">
      <w:pPr>
        <w:pStyle w:val="ListNumber"/>
      </w:pPr>
      <w:r>
        <w:t xml:space="preserve">4. A radiologist's lifestyle compared to </w:t>
      </w:r>
      <w:r>
        <w:t>other specialties: ◻</w:t>
      </w:r>
      <w:r>
        <w:t>️</w:t>
      </w:r>
      <w:r>
        <w:t xml:space="preserve"> Much easier    ◻</w:t>
      </w:r>
      <w:r>
        <w:t>️</w:t>
      </w:r>
      <w:r>
        <w:t xml:space="preserve"> Slightly easier    ◻</w:t>
      </w:r>
      <w:r>
        <w:t>️</w:t>
      </w:r>
      <w:r>
        <w:t xml:space="preserve"> The same    ◻</w:t>
      </w:r>
      <w:r>
        <w:t>️</w:t>
      </w:r>
      <w:r>
        <w:t xml:space="preserve"> Slightly more difficult    ◻</w:t>
      </w:r>
      <w:r>
        <w:t>️</w:t>
      </w:r>
      <w:r>
        <w:t xml:space="preserve"> Much more difficult</w:t>
      </w:r>
    </w:p>
    <w:p w14:paraId="343B4FAA" w14:textId="77777777" w:rsidR="00827747" w:rsidRDefault="00FB64DF">
      <w:pPr>
        <w:pStyle w:val="ListNumber"/>
      </w:pPr>
      <w:r>
        <w:t>5. Would you consider radiology as a future career? ◻</w:t>
      </w:r>
      <w:r>
        <w:t>️</w:t>
      </w:r>
      <w:r>
        <w:t xml:space="preserve"> Yes    ◻</w:t>
      </w:r>
      <w:r>
        <w:t>️</w:t>
      </w:r>
      <w:r>
        <w:t xml:space="preserve"> No</w:t>
      </w:r>
    </w:p>
    <w:p w14:paraId="626BEB65" w14:textId="77777777" w:rsidR="00827747" w:rsidRDefault="00FB64DF">
      <w:pPr>
        <w:pStyle w:val="ListNumber"/>
      </w:pPr>
      <w:r>
        <w:t>6. If no, why not? ◻</w:t>
      </w:r>
      <w:r>
        <w:t>️</w:t>
      </w:r>
      <w:r>
        <w:t xml:space="preserve"> Lack of interest    ◻</w:t>
      </w:r>
      <w:r>
        <w:t>️</w:t>
      </w:r>
      <w:r>
        <w:t xml:space="preserve"> Lack of knowledg</w:t>
      </w:r>
      <w:r>
        <w:t>e    ◻</w:t>
      </w:r>
      <w:r>
        <w:t>️</w:t>
      </w:r>
      <w:r>
        <w:t xml:space="preserve"> Lifestyle    ◻</w:t>
      </w:r>
      <w:r>
        <w:t>️</w:t>
      </w:r>
      <w:r>
        <w:t xml:space="preserve"> Radiation exposure    ◻</w:t>
      </w:r>
      <w:r>
        <w:t>️</w:t>
      </w:r>
      <w:r>
        <w:t xml:space="preserve"> The community    ◻</w:t>
      </w:r>
      <w:r>
        <w:t>️</w:t>
      </w:r>
      <w:r>
        <w:t xml:space="preserve"> Others</w:t>
      </w:r>
    </w:p>
    <w:sectPr w:rsidR="008277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27747"/>
    <w:rsid w:val="00AA1D8D"/>
    <w:rsid w:val="00B47730"/>
    <w:rsid w:val="00CB0664"/>
    <w:rsid w:val="00DA33EE"/>
    <w:rsid w:val="00FB64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D389B1"/>
  <w14:defaultImageDpi w14:val="300"/>
  <w15:docId w15:val="{6D7D2BE7-8672-479C-B807-6570F893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ntrol" Target="activeX/activeX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Ruaa Qafesha</cp:lastModifiedBy>
  <cp:revision>2</cp:revision>
  <dcterms:created xsi:type="dcterms:W3CDTF">2025-05-23T18:13:00Z</dcterms:created>
  <dcterms:modified xsi:type="dcterms:W3CDTF">2025-05-23T18:13:00Z</dcterms:modified>
  <cp:category/>
</cp:coreProperties>
</file>