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20E79" w14:textId="77777777" w:rsidR="00255F5F" w:rsidRPr="002037C4" w:rsidRDefault="002037C4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2037C4">
        <w:rPr>
          <w:rFonts w:ascii="Times New Roman" w:hAnsi="Times New Roman" w:cs="Times New Roman"/>
          <w:color w:val="auto"/>
          <w:sz w:val="24"/>
          <w:szCs w:val="24"/>
        </w:rPr>
        <w:t>Questionnaire for Physiotherapists and Physiotherapy Students</w:t>
      </w:r>
    </w:p>
    <w:p w14:paraId="01A1F58D" w14:textId="77777777" w:rsidR="00255F5F" w:rsidRPr="002037C4" w:rsidRDefault="002037C4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2037C4">
        <w:rPr>
          <w:rFonts w:ascii="Times New Roman" w:hAnsi="Times New Roman" w:cs="Times New Roman"/>
          <w:color w:val="auto"/>
          <w:sz w:val="24"/>
          <w:szCs w:val="24"/>
        </w:rPr>
        <w:t>Part I – Demographic Data</w:t>
      </w:r>
    </w:p>
    <w:p w14:paraId="3D55E18A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1. Gender</w:t>
      </w:r>
    </w:p>
    <w:p w14:paraId="22BA3145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Female</w:t>
      </w:r>
      <w:r w:rsidRPr="002037C4">
        <w:rPr>
          <w:rFonts w:ascii="Times New Roman" w:hAnsi="Times New Roman" w:cs="Times New Roman"/>
          <w:sz w:val="24"/>
          <w:szCs w:val="24"/>
        </w:rPr>
        <w:br/>
        <w:t>B. Male</w:t>
      </w:r>
    </w:p>
    <w:p w14:paraId="5C00E39B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2. Age</w:t>
      </w:r>
    </w:p>
    <w:p w14:paraId="29288C59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19–24</w:t>
      </w:r>
      <w:r w:rsidRPr="002037C4">
        <w:rPr>
          <w:rFonts w:ascii="Times New Roman" w:hAnsi="Times New Roman" w:cs="Times New Roman"/>
          <w:sz w:val="24"/>
          <w:szCs w:val="24"/>
        </w:rPr>
        <w:br/>
        <w:t>B. 25–30</w:t>
      </w:r>
      <w:r w:rsidRPr="002037C4">
        <w:rPr>
          <w:rFonts w:ascii="Times New Roman" w:hAnsi="Times New Roman" w:cs="Times New Roman"/>
          <w:sz w:val="24"/>
          <w:szCs w:val="24"/>
        </w:rPr>
        <w:br/>
        <w:t>C. 31–35</w:t>
      </w:r>
      <w:r w:rsidRPr="002037C4">
        <w:rPr>
          <w:rFonts w:ascii="Times New Roman" w:hAnsi="Times New Roman" w:cs="Times New Roman"/>
          <w:sz w:val="24"/>
          <w:szCs w:val="24"/>
        </w:rPr>
        <w:br/>
        <w:t>D. 36–40</w:t>
      </w:r>
      <w:r w:rsidRPr="002037C4">
        <w:rPr>
          <w:rFonts w:ascii="Times New Roman" w:hAnsi="Times New Roman" w:cs="Times New Roman"/>
          <w:sz w:val="24"/>
          <w:szCs w:val="24"/>
        </w:rPr>
        <w:br/>
        <w:t>E. 41–45</w:t>
      </w:r>
      <w:r w:rsidRPr="002037C4">
        <w:rPr>
          <w:rFonts w:ascii="Times New Roman" w:hAnsi="Times New Roman" w:cs="Times New Roman"/>
          <w:sz w:val="24"/>
          <w:szCs w:val="24"/>
        </w:rPr>
        <w:br/>
        <w:t>F. 46–50</w:t>
      </w:r>
      <w:r w:rsidRPr="002037C4">
        <w:rPr>
          <w:rFonts w:ascii="Times New Roman" w:hAnsi="Times New Roman" w:cs="Times New Roman"/>
          <w:sz w:val="24"/>
          <w:szCs w:val="24"/>
        </w:rPr>
        <w:br/>
        <w:t>G. 51+</w:t>
      </w:r>
    </w:p>
    <w:p w14:paraId="139D0069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3. At which type of university do you study?</w:t>
      </w:r>
    </w:p>
    <w:p w14:paraId="092579F7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Public</w:t>
      </w:r>
      <w:r w:rsidRPr="002037C4">
        <w:rPr>
          <w:rFonts w:ascii="Times New Roman" w:hAnsi="Times New Roman" w:cs="Times New Roman"/>
          <w:sz w:val="24"/>
          <w:szCs w:val="24"/>
        </w:rPr>
        <w:br/>
        <w:t xml:space="preserve">B. </w:t>
      </w:r>
      <w:r w:rsidRPr="002037C4">
        <w:rPr>
          <w:rFonts w:ascii="Times New Roman" w:hAnsi="Times New Roman" w:cs="Times New Roman"/>
          <w:sz w:val="24"/>
          <w:szCs w:val="24"/>
        </w:rPr>
        <w:t>Private</w:t>
      </w:r>
      <w:r w:rsidRPr="002037C4">
        <w:rPr>
          <w:rFonts w:ascii="Times New Roman" w:hAnsi="Times New Roman" w:cs="Times New Roman"/>
          <w:sz w:val="24"/>
          <w:szCs w:val="24"/>
        </w:rPr>
        <w:br/>
        <w:t>C. I have completed my studies</w:t>
      </w:r>
    </w:p>
    <w:p w14:paraId="7DC4A695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4. Size of place of residence</w:t>
      </w:r>
    </w:p>
    <w:p w14:paraId="7C37A89F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Less than 1,000 inhabitants</w:t>
      </w:r>
      <w:r w:rsidRPr="002037C4">
        <w:rPr>
          <w:rFonts w:ascii="Times New Roman" w:hAnsi="Times New Roman" w:cs="Times New Roman"/>
          <w:sz w:val="24"/>
          <w:szCs w:val="24"/>
        </w:rPr>
        <w:br/>
        <w:t>B. 1,000–5,000 inhabitants</w:t>
      </w:r>
      <w:r w:rsidRPr="002037C4">
        <w:rPr>
          <w:rFonts w:ascii="Times New Roman" w:hAnsi="Times New Roman" w:cs="Times New Roman"/>
          <w:sz w:val="24"/>
          <w:szCs w:val="24"/>
        </w:rPr>
        <w:br/>
        <w:t>C. 5,000–20,000 inhabitants</w:t>
      </w:r>
      <w:r w:rsidRPr="002037C4">
        <w:rPr>
          <w:rFonts w:ascii="Times New Roman" w:hAnsi="Times New Roman" w:cs="Times New Roman"/>
          <w:sz w:val="24"/>
          <w:szCs w:val="24"/>
        </w:rPr>
        <w:br/>
        <w:t>D. 20,000–100,000 inhabitants</w:t>
      </w:r>
      <w:r w:rsidRPr="002037C4">
        <w:rPr>
          <w:rFonts w:ascii="Times New Roman" w:hAnsi="Times New Roman" w:cs="Times New Roman"/>
          <w:sz w:val="24"/>
          <w:szCs w:val="24"/>
        </w:rPr>
        <w:br/>
        <w:t>E. More than 100,000 inhabitants</w:t>
      </w:r>
    </w:p>
    <w:p w14:paraId="7E4CDDC2" w14:textId="77777777" w:rsidR="00255F5F" w:rsidRPr="002037C4" w:rsidRDefault="002037C4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2037C4">
        <w:rPr>
          <w:rFonts w:ascii="Times New Roman" w:hAnsi="Times New Roman" w:cs="Times New Roman"/>
          <w:color w:val="auto"/>
          <w:sz w:val="24"/>
          <w:szCs w:val="24"/>
        </w:rPr>
        <w:t xml:space="preserve">Part II – Education and Work/Interest </w:t>
      </w:r>
      <w:r w:rsidRPr="002037C4">
        <w:rPr>
          <w:rFonts w:ascii="Times New Roman" w:hAnsi="Times New Roman" w:cs="Times New Roman"/>
          <w:color w:val="auto"/>
          <w:sz w:val="24"/>
          <w:szCs w:val="24"/>
        </w:rPr>
        <w:t>Information</w:t>
      </w:r>
    </w:p>
    <w:p w14:paraId="65E4615F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1. What is your highest academic degree?</w:t>
      </w:r>
    </w:p>
    <w:p w14:paraId="05786A22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Student</w:t>
      </w:r>
      <w:r w:rsidRPr="002037C4">
        <w:rPr>
          <w:rFonts w:ascii="Times New Roman" w:hAnsi="Times New Roman" w:cs="Times New Roman"/>
          <w:sz w:val="24"/>
          <w:szCs w:val="24"/>
        </w:rPr>
        <w:br/>
        <w:t>B. Bachelor</w:t>
      </w:r>
      <w:r w:rsidRPr="002037C4">
        <w:rPr>
          <w:rFonts w:ascii="Times New Roman" w:hAnsi="Times New Roman" w:cs="Times New Roman"/>
          <w:sz w:val="24"/>
          <w:szCs w:val="24"/>
        </w:rPr>
        <w:br/>
        <w:t>C. Master</w:t>
      </w:r>
      <w:r w:rsidRPr="002037C4">
        <w:rPr>
          <w:rFonts w:ascii="Times New Roman" w:hAnsi="Times New Roman" w:cs="Times New Roman"/>
          <w:sz w:val="24"/>
          <w:szCs w:val="24"/>
        </w:rPr>
        <w:br/>
        <w:t>D. PhD</w:t>
      </w:r>
      <w:r w:rsidRPr="002037C4">
        <w:rPr>
          <w:rFonts w:ascii="Times New Roman" w:hAnsi="Times New Roman" w:cs="Times New Roman"/>
          <w:sz w:val="24"/>
          <w:szCs w:val="24"/>
        </w:rPr>
        <w:br/>
        <w:t>E. Habilitated Doctor</w:t>
      </w:r>
    </w:p>
    <w:p w14:paraId="778C4E0D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2. How many years of experience do you have as a physiotherapist?/Which year of study are you in?</w:t>
      </w:r>
    </w:p>
    <w:p w14:paraId="5C9B2F4C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lastRenderedPageBreak/>
        <w:t>A. 1st year</w:t>
      </w:r>
      <w:r w:rsidRPr="002037C4">
        <w:rPr>
          <w:rFonts w:ascii="Times New Roman" w:hAnsi="Times New Roman" w:cs="Times New Roman"/>
          <w:sz w:val="24"/>
          <w:szCs w:val="24"/>
        </w:rPr>
        <w:br/>
        <w:t>B. 2nd year</w:t>
      </w:r>
      <w:r w:rsidRPr="002037C4">
        <w:rPr>
          <w:rFonts w:ascii="Times New Roman" w:hAnsi="Times New Roman" w:cs="Times New Roman"/>
          <w:sz w:val="24"/>
          <w:szCs w:val="24"/>
        </w:rPr>
        <w:br/>
        <w:t>C. 3rd year</w:t>
      </w:r>
      <w:r w:rsidRPr="002037C4">
        <w:rPr>
          <w:rFonts w:ascii="Times New Roman" w:hAnsi="Times New Roman" w:cs="Times New Roman"/>
          <w:sz w:val="24"/>
          <w:szCs w:val="24"/>
        </w:rPr>
        <w:br/>
        <w:t xml:space="preserve">D. 4th </w:t>
      </w:r>
      <w:r w:rsidRPr="002037C4">
        <w:rPr>
          <w:rFonts w:ascii="Times New Roman" w:hAnsi="Times New Roman" w:cs="Times New Roman"/>
          <w:sz w:val="24"/>
          <w:szCs w:val="24"/>
        </w:rPr>
        <w:t>year</w:t>
      </w:r>
      <w:r w:rsidRPr="002037C4">
        <w:rPr>
          <w:rFonts w:ascii="Times New Roman" w:hAnsi="Times New Roman" w:cs="Times New Roman"/>
          <w:sz w:val="24"/>
          <w:szCs w:val="24"/>
        </w:rPr>
        <w:br/>
        <w:t>E. 5th year</w:t>
      </w:r>
      <w:r w:rsidRPr="002037C4">
        <w:rPr>
          <w:rFonts w:ascii="Times New Roman" w:hAnsi="Times New Roman" w:cs="Times New Roman"/>
          <w:sz w:val="24"/>
          <w:szCs w:val="24"/>
        </w:rPr>
        <w:br/>
        <w:t>F. 1–5 years of experience</w:t>
      </w:r>
      <w:r w:rsidRPr="002037C4">
        <w:rPr>
          <w:rFonts w:ascii="Times New Roman" w:hAnsi="Times New Roman" w:cs="Times New Roman"/>
          <w:sz w:val="24"/>
          <w:szCs w:val="24"/>
        </w:rPr>
        <w:br/>
        <w:t>G. 6–10 years</w:t>
      </w:r>
      <w:r w:rsidRPr="002037C4">
        <w:rPr>
          <w:rFonts w:ascii="Times New Roman" w:hAnsi="Times New Roman" w:cs="Times New Roman"/>
          <w:sz w:val="24"/>
          <w:szCs w:val="24"/>
        </w:rPr>
        <w:br/>
        <w:t>H. 11–15 years</w:t>
      </w:r>
      <w:r w:rsidRPr="002037C4">
        <w:rPr>
          <w:rFonts w:ascii="Times New Roman" w:hAnsi="Times New Roman" w:cs="Times New Roman"/>
          <w:sz w:val="24"/>
          <w:szCs w:val="24"/>
        </w:rPr>
        <w:br/>
        <w:t>I. 16–20 years</w:t>
      </w:r>
      <w:r w:rsidRPr="002037C4">
        <w:rPr>
          <w:rFonts w:ascii="Times New Roman" w:hAnsi="Times New Roman" w:cs="Times New Roman"/>
          <w:sz w:val="24"/>
          <w:szCs w:val="24"/>
        </w:rPr>
        <w:br/>
        <w:t>J. 21+ years</w:t>
      </w:r>
    </w:p>
    <w:p w14:paraId="48726A13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3. In what type(s) of facility do you work or have worked? (multiple answers possible)</w:t>
      </w:r>
    </w:p>
    <w:p w14:paraId="685C3138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Hospital</w:t>
      </w:r>
      <w:r w:rsidRPr="002037C4">
        <w:rPr>
          <w:rFonts w:ascii="Times New Roman" w:hAnsi="Times New Roman" w:cs="Times New Roman"/>
          <w:sz w:val="24"/>
          <w:szCs w:val="24"/>
        </w:rPr>
        <w:br/>
        <w:t>B. Private clinic</w:t>
      </w:r>
      <w:r w:rsidRPr="002037C4">
        <w:rPr>
          <w:rFonts w:ascii="Times New Roman" w:hAnsi="Times New Roman" w:cs="Times New Roman"/>
          <w:sz w:val="24"/>
          <w:szCs w:val="24"/>
        </w:rPr>
        <w:br/>
        <w:t>C. Private practice</w:t>
      </w:r>
      <w:r w:rsidRPr="002037C4">
        <w:rPr>
          <w:rFonts w:ascii="Times New Roman" w:hAnsi="Times New Roman" w:cs="Times New Roman"/>
          <w:sz w:val="24"/>
          <w:szCs w:val="24"/>
        </w:rPr>
        <w:br/>
        <w:t>D. Sports club</w:t>
      </w:r>
      <w:r w:rsidRPr="002037C4">
        <w:rPr>
          <w:rFonts w:ascii="Times New Roman" w:hAnsi="Times New Roman" w:cs="Times New Roman"/>
          <w:sz w:val="24"/>
          <w:szCs w:val="24"/>
        </w:rPr>
        <w:br/>
        <w:t xml:space="preserve">E. </w:t>
      </w:r>
      <w:r w:rsidRPr="002037C4">
        <w:rPr>
          <w:rFonts w:ascii="Times New Roman" w:hAnsi="Times New Roman" w:cs="Times New Roman"/>
          <w:sz w:val="24"/>
          <w:szCs w:val="24"/>
        </w:rPr>
        <w:t>Health resort</w:t>
      </w:r>
      <w:r w:rsidRPr="002037C4">
        <w:rPr>
          <w:rFonts w:ascii="Times New Roman" w:hAnsi="Times New Roman" w:cs="Times New Roman"/>
          <w:sz w:val="24"/>
          <w:szCs w:val="24"/>
        </w:rPr>
        <w:br/>
        <w:t>F. Spa center</w:t>
      </w:r>
      <w:r w:rsidRPr="002037C4">
        <w:rPr>
          <w:rFonts w:ascii="Times New Roman" w:hAnsi="Times New Roman" w:cs="Times New Roman"/>
          <w:sz w:val="24"/>
          <w:szCs w:val="24"/>
        </w:rPr>
        <w:br/>
        <w:t>G. Gym</w:t>
      </w:r>
      <w:r w:rsidRPr="002037C4">
        <w:rPr>
          <w:rFonts w:ascii="Times New Roman" w:hAnsi="Times New Roman" w:cs="Times New Roman"/>
          <w:sz w:val="24"/>
          <w:szCs w:val="24"/>
        </w:rPr>
        <w:br/>
        <w:t>H. Patient’s home</w:t>
      </w:r>
      <w:r w:rsidRPr="002037C4">
        <w:rPr>
          <w:rFonts w:ascii="Times New Roman" w:hAnsi="Times New Roman" w:cs="Times New Roman"/>
          <w:sz w:val="24"/>
          <w:szCs w:val="24"/>
        </w:rPr>
        <w:br/>
        <w:t>I. Student internships</w:t>
      </w:r>
      <w:r w:rsidRPr="002037C4">
        <w:rPr>
          <w:rFonts w:ascii="Times New Roman" w:hAnsi="Times New Roman" w:cs="Times New Roman"/>
          <w:sz w:val="24"/>
          <w:szCs w:val="24"/>
        </w:rPr>
        <w:br/>
        <w:t>J. Other: ____________</w:t>
      </w:r>
    </w:p>
    <w:p w14:paraId="33D914C6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4. What areas of physiotherapy do you specialize in or are interested in? (multiple answers possible)</w:t>
      </w:r>
    </w:p>
    <w:p w14:paraId="29FECB32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Internal medicine</w:t>
      </w:r>
      <w:r w:rsidRPr="002037C4">
        <w:rPr>
          <w:rFonts w:ascii="Times New Roman" w:hAnsi="Times New Roman" w:cs="Times New Roman"/>
          <w:sz w:val="24"/>
          <w:szCs w:val="24"/>
        </w:rPr>
        <w:br/>
        <w:t>B. Neurology</w:t>
      </w:r>
      <w:r w:rsidRPr="002037C4">
        <w:rPr>
          <w:rFonts w:ascii="Times New Roman" w:hAnsi="Times New Roman" w:cs="Times New Roman"/>
          <w:sz w:val="24"/>
          <w:szCs w:val="24"/>
        </w:rPr>
        <w:br/>
        <w:t>C. Orthopedics</w:t>
      </w:r>
      <w:r w:rsidRPr="002037C4">
        <w:rPr>
          <w:rFonts w:ascii="Times New Roman" w:hAnsi="Times New Roman" w:cs="Times New Roman"/>
          <w:sz w:val="24"/>
          <w:szCs w:val="24"/>
        </w:rPr>
        <w:br/>
        <w:t>D. Spo</w:t>
      </w:r>
      <w:r w:rsidRPr="002037C4">
        <w:rPr>
          <w:rFonts w:ascii="Times New Roman" w:hAnsi="Times New Roman" w:cs="Times New Roman"/>
          <w:sz w:val="24"/>
          <w:szCs w:val="24"/>
        </w:rPr>
        <w:t>rts</w:t>
      </w:r>
      <w:r w:rsidRPr="002037C4">
        <w:rPr>
          <w:rFonts w:ascii="Times New Roman" w:hAnsi="Times New Roman" w:cs="Times New Roman"/>
          <w:sz w:val="24"/>
          <w:szCs w:val="24"/>
        </w:rPr>
        <w:br/>
        <w:t>E. Traumatology</w:t>
      </w:r>
      <w:r w:rsidRPr="002037C4">
        <w:rPr>
          <w:rFonts w:ascii="Times New Roman" w:hAnsi="Times New Roman" w:cs="Times New Roman"/>
          <w:sz w:val="24"/>
          <w:szCs w:val="24"/>
        </w:rPr>
        <w:br/>
        <w:t>F. Geriatrics</w:t>
      </w:r>
      <w:r w:rsidRPr="002037C4">
        <w:rPr>
          <w:rFonts w:ascii="Times New Roman" w:hAnsi="Times New Roman" w:cs="Times New Roman"/>
          <w:sz w:val="24"/>
          <w:szCs w:val="24"/>
        </w:rPr>
        <w:br/>
        <w:t>G. Pediatrics</w:t>
      </w:r>
      <w:r w:rsidRPr="002037C4">
        <w:rPr>
          <w:rFonts w:ascii="Times New Roman" w:hAnsi="Times New Roman" w:cs="Times New Roman"/>
          <w:sz w:val="24"/>
          <w:szCs w:val="24"/>
        </w:rPr>
        <w:br/>
        <w:t>H. Urogynecology</w:t>
      </w:r>
      <w:r w:rsidRPr="002037C4">
        <w:rPr>
          <w:rFonts w:ascii="Times New Roman" w:hAnsi="Times New Roman" w:cs="Times New Roman"/>
          <w:sz w:val="24"/>
          <w:szCs w:val="24"/>
        </w:rPr>
        <w:br/>
        <w:t>I. Pulmonology</w:t>
      </w:r>
      <w:r w:rsidRPr="002037C4">
        <w:rPr>
          <w:rFonts w:ascii="Times New Roman" w:hAnsi="Times New Roman" w:cs="Times New Roman"/>
          <w:sz w:val="24"/>
          <w:szCs w:val="24"/>
        </w:rPr>
        <w:br/>
        <w:t>J. Other: ____________</w:t>
      </w:r>
    </w:p>
    <w:p w14:paraId="2EC5F9C8" w14:textId="77777777" w:rsidR="00255F5F" w:rsidRPr="002037C4" w:rsidRDefault="002037C4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2037C4">
        <w:rPr>
          <w:rFonts w:ascii="Times New Roman" w:hAnsi="Times New Roman" w:cs="Times New Roman"/>
          <w:color w:val="auto"/>
          <w:sz w:val="24"/>
          <w:szCs w:val="24"/>
        </w:rPr>
        <w:t>Part III – Questions Related to COVID-19</w:t>
      </w:r>
    </w:p>
    <w:p w14:paraId="7C0C4578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1. In your opinion, which systems of the human body can be affected by COVID-19 infection? (multiple answers)</w:t>
      </w:r>
    </w:p>
    <w:p w14:paraId="7DD2084C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lastRenderedPageBreak/>
        <w:t>A.</w:t>
      </w:r>
      <w:r w:rsidRPr="002037C4">
        <w:rPr>
          <w:rFonts w:ascii="Times New Roman" w:hAnsi="Times New Roman" w:cs="Times New Roman"/>
          <w:sz w:val="24"/>
          <w:szCs w:val="24"/>
        </w:rPr>
        <w:t xml:space="preserve"> Respiratory</w:t>
      </w:r>
      <w:r w:rsidRPr="002037C4">
        <w:rPr>
          <w:rFonts w:ascii="Times New Roman" w:hAnsi="Times New Roman" w:cs="Times New Roman"/>
          <w:sz w:val="24"/>
          <w:szCs w:val="24"/>
        </w:rPr>
        <w:br/>
        <w:t>B. Circulatory</w:t>
      </w:r>
      <w:r w:rsidRPr="002037C4">
        <w:rPr>
          <w:rFonts w:ascii="Times New Roman" w:hAnsi="Times New Roman" w:cs="Times New Roman"/>
          <w:sz w:val="24"/>
          <w:szCs w:val="24"/>
        </w:rPr>
        <w:br/>
        <w:t>C. Endocrine</w:t>
      </w:r>
      <w:r w:rsidRPr="002037C4">
        <w:rPr>
          <w:rFonts w:ascii="Times New Roman" w:hAnsi="Times New Roman" w:cs="Times New Roman"/>
          <w:sz w:val="24"/>
          <w:szCs w:val="24"/>
        </w:rPr>
        <w:br/>
        <w:t>D. Digestive</w:t>
      </w:r>
      <w:r w:rsidRPr="002037C4">
        <w:rPr>
          <w:rFonts w:ascii="Times New Roman" w:hAnsi="Times New Roman" w:cs="Times New Roman"/>
          <w:sz w:val="24"/>
          <w:szCs w:val="24"/>
        </w:rPr>
        <w:br/>
        <w:t>E. Musculoskeletal</w:t>
      </w:r>
      <w:r w:rsidRPr="002037C4">
        <w:rPr>
          <w:rFonts w:ascii="Times New Roman" w:hAnsi="Times New Roman" w:cs="Times New Roman"/>
          <w:sz w:val="24"/>
          <w:szCs w:val="24"/>
        </w:rPr>
        <w:br/>
        <w:t>F. Nervous</w:t>
      </w:r>
      <w:r w:rsidRPr="002037C4">
        <w:rPr>
          <w:rFonts w:ascii="Times New Roman" w:hAnsi="Times New Roman" w:cs="Times New Roman"/>
          <w:sz w:val="24"/>
          <w:szCs w:val="24"/>
        </w:rPr>
        <w:br/>
        <w:t>G. Other: ____________</w:t>
      </w:r>
    </w:p>
    <w:p w14:paraId="7D95479D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2. Do you believe there is a need for further education among physiotherapists in the rehabilitation of post-COVID patients?</w:t>
      </w:r>
    </w:p>
    <w:p w14:paraId="62E9438D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Yes</w:t>
      </w:r>
      <w:r w:rsidRPr="002037C4">
        <w:rPr>
          <w:rFonts w:ascii="Times New Roman" w:hAnsi="Times New Roman" w:cs="Times New Roman"/>
          <w:sz w:val="24"/>
          <w:szCs w:val="24"/>
        </w:rPr>
        <w:br/>
        <w:t>B. No</w:t>
      </w:r>
    </w:p>
    <w:p w14:paraId="29D15942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3. Since th</w:t>
      </w:r>
      <w:r w:rsidRPr="002037C4">
        <w:rPr>
          <w:rFonts w:ascii="Times New Roman" w:hAnsi="Times New Roman" w:cs="Times New Roman"/>
          <w:sz w:val="24"/>
          <w:szCs w:val="24"/>
        </w:rPr>
        <w:t>e beginning of the COVID-19 pandemic, have you noticed an influx of post-COVID patients in your workplace?</w:t>
      </w:r>
    </w:p>
    <w:p w14:paraId="5F59F511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Yes</w:t>
      </w:r>
      <w:r w:rsidRPr="002037C4">
        <w:rPr>
          <w:rFonts w:ascii="Times New Roman" w:hAnsi="Times New Roman" w:cs="Times New Roman"/>
          <w:sz w:val="24"/>
          <w:szCs w:val="24"/>
        </w:rPr>
        <w:br/>
        <w:t>B. No</w:t>
      </w:r>
      <w:r w:rsidRPr="002037C4">
        <w:rPr>
          <w:rFonts w:ascii="Times New Roman" w:hAnsi="Times New Roman" w:cs="Times New Roman"/>
          <w:sz w:val="24"/>
          <w:szCs w:val="24"/>
        </w:rPr>
        <w:br/>
        <w:t>C. I don't know</w:t>
      </w:r>
    </w:p>
    <w:p w14:paraId="191B80F1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4. Would you like to learn more about the rehabilitation of post-COVID patients?</w:t>
      </w:r>
    </w:p>
    <w:p w14:paraId="4F2E6961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Yes</w:t>
      </w:r>
      <w:r w:rsidRPr="002037C4">
        <w:rPr>
          <w:rFonts w:ascii="Times New Roman" w:hAnsi="Times New Roman" w:cs="Times New Roman"/>
          <w:sz w:val="24"/>
          <w:szCs w:val="24"/>
        </w:rPr>
        <w:br/>
        <w:t>B. No</w:t>
      </w:r>
    </w:p>
    <w:p w14:paraId="428D812F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5. To what extent do you a</w:t>
      </w:r>
      <w:r w:rsidRPr="002037C4">
        <w:rPr>
          <w:rFonts w:ascii="Times New Roman" w:hAnsi="Times New Roman" w:cs="Times New Roman"/>
          <w:sz w:val="24"/>
          <w:szCs w:val="24"/>
        </w:rPr>
        <w:t>gree with the following statement?</w:t>
      </w:r>
      <w:r w:rsidRPr="002037C4">
        <w:rPr>
          <w:rFonts w:ascii="Times New Roman" w:hAnsi="Times New Roman" w:cs="Times New Roman"/>
          <w:sz w:val="24"/>
          <w:szCs w:val="24"/>
        </w:rPr>
        <w:br/>
        <w:t>I feel adequately informed about the rehabilitation of post-COVID patients.</w:t>
      </w:r>
    </w:p>
    <w:p w14:paraId="49A1C4D6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Yes</w:t>
      </w:r>
      <w:r w:rsidRPr="002037C4">
        <w:rPr>
          <w:rFonts w:ascii="Times New Roman" w:hAnsi="Times New Roman" w:cs="Times New Roman"/>
          <w:sz w:val="24"/>
          <w:szCs w:val="24"/>
        </w:rPr>
        <w:br/>
        <w:t>B. Rather yes</w:t>
      </w:r>
      <w:r w:rsidRPr="002037C4">
        <w:rPr>
          <w:rFonts w:ascii="Times New Roman" w:hAnsi="Times New Roman" w:cs="Times New Roman"/>
          <w:sz w:val="24"/>
          <w:szCs w:val="24"/>
        </w:rPr>
        <w:br/>
        <w:t>C. Rather no</w:t>
      </w:r>
      <w:r w:rsidRPr="002037C4">
        <w:rPr>
          <w:rFonts w:ascii="Times New Roman" w:hAnsi="Times New Roman" w:cs="Times New Roman"/>
          <w:sz w:val="24"/>
          <w:szCs w:val="24"/>
        </w:rPr>
        <w:br/>
        <w:t>D. No</w:t>
      </w:r>
    </w:p>
    <w:p w14:paraId="5E091AA2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6. Have you worked or are you currently working with post-COVID patients?</w:t>
      </w:r>
    </w:p>
    <w:p w14:paraId="1E4FB157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Yes</w:t>
      </w:r>
      <w:r w:rsidRPr="002037C4">
        <w:rPr>
          <w:rFonts w:ascii="Times New Roman" w:hAnsi="Times New Roman" w:cs="Times New Roman"/>
          <w:sz w:val="24"/>
          <w:szCs w:val="24"/>
        </w:rPr>
        <w:br/>
        <w:t>B. No</w:t>
      </w:r>
    </w:p>
    <w:p w14:paraId="72530D13" w14:textId="77777777" w:rsidR="00255F5F" w:rsidRPr="002037C4" w:rsidRDefault="002037C4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2037C4">
        <w:rPr>
          <w:rFonts w:ascii="Times New Roman" w:hAnsi="Times New Roman" w:cs="Times New Roman"/>
          <w:color w:val="auto"/>
          <w:sz w:val="24"/>
          <w:szCs w:val="24"/>
        </w:rPr>
        <w:t xml:space="preserve">Part IV – </w:t>
      </w:r>
      <w:r w:rsidRPr="002037C4">
        <w:rPr>
          <w:rFonts w:ascii="Times New Roman" w:hAnsi="Times New Roman" w:cs="Times New Roman"/>
          <w:color w:val="auto"/>
          <w:sz w:val="24"/>
          <w:szCs w:val="24"/>
        </w:rPr>
        <w:t>Questions on Pulmonary Physiotherapy Experience</w:t>
      </w:r>
    </w:p>
    <w:p w14:paraId="77299420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1. How would you rate your experience in pulmonary physiotherapy?</w:t>
      </w:r>
    </w:p>
    <w:p w14:paraId="11248424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good</w:t>
      </w:r>
      <w:r w:rsidRPr="002037C4">
        <w:rPr>
          <w:rFonts w:ascii="Times New Roman" w:hAnsi="Times New Roman" w:cs="Times New Roman"/>
          <w:sz w:val="24"/>
          <w:szCs w:val="24"/>
        </w:rPr>
        <w:br/>
        <w:t>B. Good</w:t>
      </w:r>
      <w:r w:rsidRPr="002037C4">
        <w:rPr>
          <w:rFonts w:ascii="Times New Roman" w:hAnsi="Times New Roman" w:cs="Times New Roman"/>
          <w:sz w:val="24"/>
          <w:szCs w:val="24"/>
        </w:rPr>
        <w:br/>
        <w:t>C. Sufficient</w:t>
      </w:r>
      <w:r w:rsidRPr="002037C4">
        <w:rPr>
          <w:rFonts w:ascii="Times New Roman" w:hAnsi="Times New Roman" w:cs="Times New Roman"/>
          <w:sz w:val="24"/>
          <w:szCs w:val="24"/>
        </w:rPr>
        <w:br/>
      </w:r>
      <w:r w:rsidRPr="002037C4">
        <w:rPr>
          <w:rFonts w:ascii="Times New Roman" w:hAnsi="Times New Roman" w:cs="Times New Roman"/>
          <w:sz w:val="24"/>
          <w:szCs w:val="24"/>
        </w:rPr>
        <w:lastRenderedPageBreak/>
        <w:t>D. Insufficient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E. No experience</w:t>
      </w:r>
    </w:p>
    <w:p w14:paraId="40EE1DF0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2. How important is musculoskeletal examination in post-COVID patients, in</w:t>
      </w:r>
      <w:r w:rsidRPr="002037C4">
        <w:rPr>
          <w:rFonts w:ascii="Times New Roman" w:hAnsi="Times New Roman" w:cs="Times New Roman"/>
          <w:sz w:val="24"/>
          <w:szCs w:val="24"/>
        </w:rPr>
        <w:t xml:space="preserve"> your opinion?</w:t>
      </w:r>
    </w:p>
    <w:p w14:paraId="09FF5742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B. Rather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C. Rather unimportant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D. Not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E. I don't know</w:t>
      </w:r>
    </w:p>
    <w:p w14:paraId="23C33500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3. How important is spirometry examination in post-COVID patients, in your opinion?</w:t>
      </w:r>
    </w:p>
    <w:p w14:paraId="12D5196B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B. Rather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C. Rather unimportant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D. N</w:t>
      </w:r>
      <w:r w:rsidRPr="002037C4">
        <w:rPr>
          <w:rFonts w:ascii="Times New Roman" w:hAnsi="Times New Roman" w:cs="Times New Roman"/>
          <w:sz w:val="24"/>
          <w:szCs w:val="24"/>
        </w:rPr>
        <w:t>ot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E. I don't know</w:t>
      </w:r>
    </w:p>
    <w:p w14:paraId="143CDE3D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4. How important is strength and endurance training in post-COVID patients, in your opinion?</w:t>
      </w:r>
    </w:p>
    <w:p w14:paraId="7E267EC2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B. Rather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C. Rather unimportant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D. Not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E. I don't know</w:t>
      </w:r>
    </w:p>
    <w:p w14:paraId="25D9C5F3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5. How would you rate your skills in cond</w:t>
      </w:r>
      <w:r w:rsidRPr="002037C4">
        <w:rPr>
          <w:rFonts w:ascii="Times New Roman" w:hAnsi="Times New Roman" w:cs="Times New Roman"/>
          <w:sz w:val="24"/>
          <w:szCs w:val="24"/>
        </w:rPr>
        <w:t>ucting strength and endurance training?</w:t>
      </w:r>
    </w:p>
    <w:p w14:paraId="2E8BBD4A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good</w:t>
      </w:r>
      <w:r w:rsidRPr="002037C4">
        <w:rPr>
          <w:rFonts w:ascii="Times New Roman" w:hAnsi="Times New Roman" w:cs="Times New Roman"/>
          <w:sz w:val="24"/>
          <w:szCs w:val="24"/>
        </w:rPr>
        <w:br/>
        <w:t>B. Good</w:t>
      </w:r>
      <w:r w:rsidRPr="002037C4">
        <w:rPr>
          <w:rFonts w:ascii="Times New Roman" w:hAnsi="Times New Roman" w:cs="Times New Roman"/>
          <w:sz w:val="24"/>
          <w:szCs w:val="24"/>
        </w:rPr>
        <w:br/>
        <w:t>C. 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D. Insufficient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E. No experience</w:t>
      </w:r>
    </w:p>
    <w:p w14:paraId="41E99AB2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6. How important are breathing exercises in post-COVID patients, in your opinion?</w:t>
      </w:r>
    </w:p>
    <w:p w14:paraId="39E07E33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B. Rather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C. Rather unimportant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D. Not</w:t>
      </w:r>
      <w:r w:rsidRPr="002037C4">
        <w:rPr>
          <w:rFonts w:ascii="Times New Roman" w:hAnsi="Times New Roman" w:cs="Times New Roman"/>
          <w:sz w:val="24"/>
          <w:szCs w:val="24"/>
        </w:rPr>
        <w:t xml:space="preserve">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E. I don't know</w:t>
      </w:r>
    </w:p>
    <w:p w14:paraId="745634B4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lastRenderedPageBreak/>
        <w:t>7. How would you rate your skills in conducting breathing exercises?</w:t>
      </w:r>
    </w:p>
    <w:p w14:paraId="2A30D6DA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good</w:t>
      </w:r>
      <w:r w:rsidRPr="002037C4">
        <w:rPr>
          <w:rFonts w:ascii="Times New Roman" w:hAnsi="Times New Roman" w:cs="Times New Roman"/>
          <w:sz w:val="24"/>
          <w:szCs w:val="24"/>
        </w:rPr>
        <w:br/>
        <w:t>B. Good</w:t>
      </w:r>
      <w:r w:rsidRPr="002037C4">
        <w:rPr>
          <w:rFonts w:ascii="Times New Roman" w:hAnsi="Times New Roman" w:cs="Times New Roman"/>
          <w:sz w:val="24"/>
          <w:szCs w:val="24"/>
        </w:rPr>
        <w:br/>
        <w:t>C. 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D. Insufficient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E. No experience</w:t>
      </w:r>
    </w:p>
    <w:p w14:paraId="2EAF2D9B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8. How important is postural drainage in post-COVID patients, in your opinion?</w:t>
      </w:r>
    </w:p>
    <w:p w14:paraId="117566EF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impor</w:t>
      </w:r>
      <w:r w:rsidRPr="002037C4">
        <w:rPr>
          <w:rFonts w:ascii="Times New Roman" w:hAnsi="Times New Roman" w:cs="Times New Roman"/>
          <w:sz w:val="24"/>
          <w:szCs w:val="24"/>
        </w:rPr>
        <w:t>tant</w:t>
      </w:r>
      <w:r w:rsidRPr="002037C4">
        <w:rPr>
          <w:rFonts w:ascii="Times New Roman" w:hAnsi="Times New Roman" w:cs="Times New Roman"/>
          <w:sz w:val="24"/>
          <w:szCs w:val="24"/>
        </w:rPr>
        <w:br/>
        <w:t>B. Rather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C. Rather unimportant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D. Not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E. I don't know</w:t>
      </w:r>
    </w:p>
    <w:p w14:paraId="5FFA8735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9. How would you rate your skills in applying postural drainage?</w:t>
      </w:r>
    </w:p>
    <w:p w14:paraId="2921F8C9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good</w:t>
      </w:r>
      <w:r w:rsidRPr="002037C4">
        <w:rPr>
          <w:rFonts w:ascii="Times New Roman" w:hAnsi="Times New Roman" w:cs="Times New Roman"/>
          <w:sz w:val="24"/>
          <w:szCs w:val="24"/>
        </w:rPr>
        <w:br/>
        <w:t>B. Good</w:t>
      </w:r>
      <w:r w:rsidRPr="002037C4">
        <w:rPr>
          <w:rFonts w:ascii="Times New Roman" w:hAnsi="Times New Roman" w:cs="Times New Roman"/>
          <w:sz w:val="24"/>
          <w:szCs w:val="24"/>
        </w:rPr>
        <w:br/>
        <w:t>C. 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D. Insufficient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E. No experience</w:t>
      </w:r>
    </w:p>
    <w:p w14:paraId="17520C84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 xml:space="preserve">10. How important are manual </w:t>
      </w:r>
      <w:r w:rsidRPr="002037C4">
        <w:rPr>
          <w:rFonts w:ascii="Times New Roman" w:hAnsi="Times New Roman" w:cs="Times New Roman"/>
          <w:sz w:val="24"/>
          <w:szCs w:val="24"/>
        </w:rPr>
        <w:t>techniques (vibration, compression, percussion) in the chest area in post-COVID patients, in your opinion?</w:t>
      </w:r>
    </w:p>
    <w:p w14:paraId="41B6E118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B. Rather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C. Rather unimportant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D. Not important</w:t>
      </w:r>
      <w:r w:rsidRPr="002037C4">
        <w:rPr>
          <w:rFonts w:ascii="Times New Roman" w:hAnsi="Times New Roman" w:cs="Times New Roman"/>
          <w:sz w:val="24"/>
          <w:szCs w:val="24"/>
        </w:rPr>
        <w:br/>
        <w:t>E. I don't know</w:t>
      </w:r>
    </w:p>
    <w:p w14:paraId="1FE637F4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11. How would you rate your skills in applying manual te</w:t>
      </w:r>
      <w:r w:rsidRPr="002037C4">
        <w:rPr>
          <w:rFonts w:ascii="Times New Roman" w:hAnsi="Times New Roman" w:cs="Times New Roman"/>
          <w:sz w:val="24"/>
          <w:szCs w:val="24"/>
        </w:rPr>
        <w:t>chniques in the chest area?</w:t>
      </w:r>
    </w:p>
    <w:p w14:paraId="5DFD4423" w14:textId="77777777" w:rsidR="00255F5F" w:rsidRPr="002037C4" w:rsidRDefault="002037C4">
      <w:pPr>
        <w:rPr>
          <w:rFonts w:ascii="Times New Roman" w:hAnsi="Times New Roman" w:cs="Times New Roman"/>
          <w:sz w:val="24"/>
          <w:szCs w:val="24"/>
        </w:rPr>
      </w:pPr>
      <w:r w:rsidRPr="002037C4">
        <w:rPr>
          <w:rFonts w:ascii="Times New Roman" w:hAnsi="Times New Roman" w:cs="Times New Roman"/>
          <w:sz w:val="24"/>
          <w:szCs w:val="24"/>
        </w:rPr>
        <w:t>A. Very good</w:t>
      </w:r>
      <w:r w:rsidRPr="002037C4">
        <w:rPr>
          <w:rFonts w:ascii="Times New Roman" w:hAnsi="Times New Roman" w:cs="Times New Roman"/>
          <w:sz w:val="24"/>
          <w:szCs w:val="24"/>
        </w:rPr>
        <w:br/>
        <w:t>B. Good</w:t>
      </w:r>
      <w:r w:rsidRPr="002037C4">
        <w:rPr>
          <w:rFonts w:ascii="Times New Roman" w:hAnsi="Times New Roman" w:cs="Times New Roman"/>
          <w:sz w:val="24"/>
          <w:szCs w:val="24"/>
        </w:rPr>
        <w:br/>
        <w:t>C. 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D. Insufficient</w:t>
      </w:r>
      <w:r w:rsidRPr="002037C4">
        <w:rPr>
          <w:rFonts w:ascii="Times New Roman" w:hAnsi="Times New Roman" w:cs="Times New Roman"/>
          <w:sz w:val="24"/>
          <w:szCs w:val="24"/>
        </w:rPr>
        <w:br/>
        <w:t>E. No experience</w:t>
      </w:r>
    </w:p>
    <w:sectPr w:rsidR="00255F5F" w:rsidRPr="002037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7C4"/>
    <w:rsid w:val="00255F5F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3F81B"/>
  <w14:defaultImageDpi w14:val="300"/>
  <w15:docId w15:val="{008481CD-024C-4219-B37E-5304E90E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699</Words>
  <Characters>3457</Characters>
  <Application>Microsoft Office Word</Application>
  <DocSecurity>0</DocSecurity>
  <Lines>172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Dorota Kopciuch</cp:lastModifiedBy>
  <cp:revision>2</cp:revision>
  <dcterms:created xsi:type="dcterms:W3CDTF">2025-08-04T10:46:00Z</dcterms:created>
  <dcterms:modified xsi:type="dcterms:W3CDTF">2025-08-04T10:46:00Z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3b5bbbdc-710a-493e-ad62-fb32dcc0a483</vt:lpwstr>
  </property>
</Properties>
</file>