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7F349" w14:textId="75910CC4" w:rsidR="00C14459" w:rsidRPr="002F0373" w:rsidRDefault="007435F5">
      <w:pPr>
        <w:pStyle w:val="Ttulo1"/>
        <w:rPr>
          <w:color w:val="000000" w:themeColor="text1"/>
        </w:rPr>
      </w:pPr>
      <w:r w:rsidRPr="002F0373">
        <w:rPr>
          <w:color w:val="000000" w:themeColor="text1"/>
        </w:rPr>
        <w:t xml:space="preserve">Supplemental Material </w:t>
      </w:r>
      <w:r w:rsidR="002F0373" w:rsidRPr="002F0373">
        <w:rPr>
          <w:color w:val="000000" w:themeColor="text1"/>
        </w:rPr>
        <w:t>1</w:t>
      </w:r>
    </w:p>
    <w:p w14:paraId="4DECF8C8" w14:textId="77777777" w:rsidR="00C14459" w:rsidRPr="002F0373" w:rsidRDefault="006B5F8A">
      <w:pPr>
        <w:pStyle w:val="Ttulo2"/>
        <w:rPr>
          <w:color w:val="000000" w:themeColor="text1"/>
        </w:rPr>
      </w:pPr>
      <w:r w:rsidRPr="002F0373">
        <w:rPr>
          <w:color w:val="000000" w:themeColor="text1"/>
        </w:rPr>
        <w:t>Systematic Chest Radiograph Assessment Protocol in the Intensive Care Unit</w:t>
      </w:r>
    </w:p>
    <w:p w14:paraId="1710F284" w14:textId="712D7187" w:rsidR="00C14459" w:rsidRDefault="006B5F8A">
      <w:r>
        <w:t>Date of record: ____________________________</w:t>
      </w:r>
      <w:r>
        <w:br/>
        <w:t>Patient name: ____________________________</w:t>
      </w:r>
      <w:r>
        <w:br/>
      </w:r>
      <w:r>
        <w:br/>
        <w:t xml:space="preserve">ID: ____________________________  </w:t>
      </w:r>
      <w:r w:rsidR="002F0373">
        <w:t>(optional)</w:t>
      </w:r>
      <w:r>
        <w:t xml:space="preserve">  Age: ____________________________ </w:t>
      </w:r>
      <w:r w:rsidR="002F0373">
        <w:t xml:space="preserve"> (optional)</w:t>
      </w:r>
      <w:r>
        <w:t xml:space="preserve">   Date of image acquisition: ____________________________</w:t>
      </w:r>
      <w:r>
        <w:br/>
      </w:r>
    </w:p>
    <w:p w14:paraId="00346DFA" w14:textId="77777777" w:rsidR="00C14459" w:rsidRDefault="006B5F8A">
      <w:r>
        <w:t>Please complete each item below. For the second section, follow each letter of the acronym without omission. All responses must be based exclusively on the diagnostic image. Mark an 'X' in the appropriate option.</w:t>
      </w:r>
      <w:r>
        <w:br/>
      </w:r>
    </w:p>
    <w:p w14:paraId="766BAFE3" w14:textId="77777777" w:rsidR="00C14459" w:rsidRDefault="006B5F8A">
      <w:r>
        <w:t>Adequate technical image quality:    YES ____    NO ____</w:t>
      </w:r>
      <w:r>
        <w:br/>
      </w:r>
    </w:p>
    <w:p w14:paraId="1C478DC8" w14:textId="77777777" w:rsidR="00C14459" w:rsidRDefault="006B5F8A">
      <w:pPr>
        <w:pStyle w:val="Ttulo3"/>
      </w:pPr>
      <w:r>
        <w:t>Airway</w:t>
      </w:r>
    </w:p>
    <w:p w14:paraId="0016EC54" w14:textId="77777777" w:rsidR="00C14459" w:rsidRDefault="006B5F8A">
      <w:r>
        <w:t>Trachea midline: YES ____  NO ____</w:t>
      </w:r>
    </w:p>
    <w:p w14:paraId="0A750E9D" w14:textId="77777777" w:rsidR="00C14459" w:rsidRDefault="006B5F8A">
      <w:r>
        <w:t>Carina fully visualized: YES ____  NO ____</w:t>
      </w:r>
    </w:p>
    <w:p w14:paraId="47BE4413" w14:textId="77777777" w:rsidR="00C14459" w:rsidRDefault="006B5F8A">
      <w:pPr>
        <w:pStyle w:val="Ttulo3"/>
      </w:pPr>
      <w:r>
        <w:t>Bones</w:t>
      </w:r>
    </w:p>
    <w:p w14:paraId="69466662" w14:textId="77777777" w:rsidR="00C14459" w:rsidRDefault="006B5F8A">
      <w:r>
        <w:t>Abnormalities of scapulae, clavicles, or ribs: YES ____  NO ____  Specify: ____________</w:t>
      </w:r>
    </w:p>
    <w:p w14:paraId="4CD2B14A" w14:textId="77777777" w:rsidR="00C14459" w:rsidRDefault="006B5F8A">
      <w:r>
        <w:t>Soft tissue abnormalities of the neck: YES ____  NO ____</w:t>
      </w:r>
    </w:p>
    <w:p w14:paraId="49E84F1B" w14:textId="77777777" w:rsidR="00C14459" w:rsidRDefault="006B5F8A">
      <w:pPr>
        <w:pStyle w:val="Ttulo3"/>
      </w:pPr>
      <w:r>
        <w:t>Circulation</w:t>
      </w:r>
    </w:p>
    <w:p w14:paraId="702F95DF" w14:textId="77777777" w:rsidR="00C14459" w:rsidRDefault="006B5F8A">
      <w:r>
        <w:t>Mediastinal width &gt; 9 cm: YES ____  NO ____</w:t>
      </w:r>
    </w:p>
    <w:p w14:paraId="6C958EC2" w14:textId="77777777" w:rsidR="00C14459" w:rsidRDefault="006B5F8A">
      <w:r>
        <w:t>Left mediastinal width &gt; 5 cm: YES ____  NO ____</w:t>
      </w:r>
    </w:p>
    <w:p w14:paraId="4092A755" w14:textId="77777777" w:rsidR="00C14459" w:rsidRDefault="006B5F8A">
      <w:r>
        <w:t>Aortic knob normal in size and contour: YES ____  NO ____</w:t>
      </w:r>
    </w:p>
    <w:p w14:paraId="552A2F49" w14:textId="77777777" w:rsidR="00C14459" w:rsidRDefault="006B5F8A">
      <w:r>
        <w:t>Pulmonary hila enlargement: YES ____  NO ____</w:t>
      </w:r>
    </w:p>
    <w:p w14:paraId="4E64E154" w14:textId="77777777" w:rsidR="00C14459" w:rsidRDefault="006B5F8A">
      <w:r>
        <w:t>Cardiac transverse diameter &gt; 6 cm: YES ____  NO ____</w:t>
      </w:r>
    </w:p>
    <w:p w14:paraId="0F253D3E" w14:textId="77777777" w:rsidR="00C14459" w:rsidRDefault="006B5F8A">
      <w:r>
        <w:t>Right cardiac chamber &gt; 4 cm: YES ____  NO ____</w:t>
      </w:r>
    </w:p>
    <w:p w14:paraId="22AB3251" w14:textId="77777777" w:rsidR="00C14459" w:rsidRDefault="006B5F8A">
      <w:pPr>
        <w:pStyle w:val="Ttulo3"/>
      </w:pPr>
      <w:r>
        <w:t>Diaphragm</w:t>
      </w:r>
    </w:p>
    <w:p w14:paraId="1CB60925" w14:textId="77777777" w:rsidR="00C14459" w:rsidRDefault="006B5F8A">
      <w:r>
        <w:t>Diaphragmatic contours smooth and regular: YES ____  NO ____</w:t>
      </w:r>
    </w:p>
    <w:p w14:paraId="0E89A15E" w14:textId="77777777" w:rsidR="00C14459" w:rsidRDefault="006B5F8A">
      <w:r>
        <w:t>Right hemidiaphragm higher than left: YES ____  NO ____</w:t>
      </w:r>
    </w:p>
    <w:p w14:paraId="51004D38" w14:textId="77777777" w:rsidR="00C14459" w:rsidRDefault="006B5F8A">
      <w:pPr>
        <w:pStyle w:val="Ttulo3"/>
      </w:pPr>
      <w:r>
        <w:lastRenderedPageBreak/>
        <w:t>Pleural Edges</w:t>
      </w:r>
    </w:p>
    <w:p w14:paraId="139F2E6B" w14:textId="77777777" w:rsidR="00C14459" w:rsidRDefault="006B5F8A">
      <w:r>
        <w:t>Costophrenic angles sharp and unobscured: YES ____  NO ____</w:t>
      </w:r>
    </w:p>
    <w:p w14:paraId="5CC486E0" w14:textId="77777777" w:rsidR="00C14459" w:rsidRDefault="006B5F8A">
      <w:r>
        <w:t>Pleural thickening or calcification: YES ____  NO ____</w:t>
      </w:r>
    </w:p>
    <w:p w14:paraId="7A772E91" w14:textId="77777777" w:rsidR="00C14459" w:rsidRDefault="006B5F8A">
      <w:r>
        <w:t>Pleural line abnormality (loss or double line): YES ____  NO ____</w:t>
      </w:r>
    </w:p>
    <w:p w14:paraId="49425FCB" w14:textId="77777777" w:rsidR="00C14459" w:rsidRDefault="006B5F8A">
      <w:pPr>
        <w:pStyle w:val="Ttulo3"/>
      </w:pPr>
      <w:r>
        <w:t>Lung Fields</w:t>
      </w:r>
    </w:p>
    <w:p w14:paraId="1261D6F9" w14:textId="77777777" w:rsidR="00C14459" w:rsidRDefault="006B5F8A">
      <w:r>
        <w:t>Right-to-left asymmetry: YES ____  NO ____</w:t>
      </w:r>
    </w:p>
    <w:p w14:paraId="4E80DB55" w14:textId="77777777" w:rsidR="00C14459" w:rsidRDefault="006B5F8A">
      <w:r>
        <w:t>Air-space opacities present: YES ____  NO ____  Quadrant: C1 __ C2 __ C3 __ C4 __</w:t>
      </w:r>
    </w:p>
    <w:p w14:paraId="406B33A8" w14:textId="77777777" w:rsidR="00C14459" w:rsidRDefault="006B5F8A">
      <w:r>
        <w:t>Interstitial opacities present: YES ____  NO ____  Quadrant: C1 __ C2 __ C3 __ C4 __</w:t>
      </w:r>
    </w:p>
    <w:p w14:paraId="6BA97D75" w14:textId="77777777" w:rsidR="00C14459" w:rsidRDefault="006B5F8A">
      <w:r>
        <w:t>Abnormal radiolucency present: YES ____  NO ____  Quadrant: C1 __ C2 __ C3 __ C4 __</w:t>
      </w:r>
    </w:p>
    <w:p w14:paraId="603EF201" w14:textId="77777777" w:rsidR="00C14459" w:rsidRDefault="006B5F8A">
      <w:pPr>
        <w:pStyle w:val="Ttulo3"/>
      </w:pPr>
      <w:r>
        <w:t>Extra</w:t>
      </w:r>
    </w:p>
    <w:p w14:paraId="69D6FDFB" w14:textId="77777777" w:rsidR="00C14459" w:rsidRPr="006B5F8A" w:rsidRDefault="006B5F8A">
      <w:pPr>
        <w:rPr>
          <w:lang w:val="es-CO"/>
        </w:rPr>
      </w:pPr>
      <w:r w:rsidRPr="006B5F8A">
        <w:rPr>
          <w:lang w:val="es-CO"/>
        </w:rPr>
        <w:t xml:space="preserve">Medical </w:t>
      </w:r>
      <w:proofErr w:type="spellStart"/>
      <w:r w:rsidRPr="006B5F8A">
        <w:rPr>
          <w:lang w:val="es-CO"/>
        </w:rPr>
        <w:t>devices</w:t>
      </w:r>
      <w:proofErr w:type="spellEnd"/>
      <w:r w:rsidRPr="006B5F8A">
        <w:rPr>
          <w:lang w:val="es-CO"/>
        </w:rPr>
        <w:t xml:space="preserve"> </w:t>
      </w:r>
      <w:proofErr w:type="spellStart"/>
      <w:r w:rsidRPr="006B5F8A">
        <w:rPr>
          <w:lang w:val="es-CO"/>
        </w:rPr>
        <w:t>present</w:t>
      </w:r>
      <w:proofErr w:type="spellEnd"/>
      <w:r w:rsidRPr="006B5F8A">
        <w:rPr>
          <w:lang w:val="es-CO"/>
        </w:rPr>
        <w:t xml:space="preserve"> (ET </w:t>
      </w:r>
      <w:proofErr w:type="spellStart"/>
      <w:r w:rsidRPr="006B5F8A">
        <w:rPr>
          <w:lang w:val="es-CO"/>
        </w:rPr>
        <w:t>tube</w:t>
      </w:r>
      <w:proofErr w:type="spellEnd"/>
      <w:r w:rsidRPr="006B5F8A">
        <w:rPr>
          <w:lang w:val="es-CO"/>
        </w:rPr>
        <w:t xml:space="preserve">, vascular </w:t>
      </w:r>
      <w:proofErr w:type="spellStart"/>
      <w:r w:rsidRPr="006B5F8A">
        <w:rPr>
          <w:lang w:val="es-CO"/>
        </w:rPr>
        <w:t>lines</w:t>
      </w:r>
      <w:proofErr w:type="spellEnd"/>
      <w:r w:rsidRPr="006B5F8A">
        <w:rPr>
          <w:lang w:val="es-CO"/>
        </w:rPr>
        <w:t xml:space="preserve">, enteral </w:t>
      </w:r>
      <w:proofErr w:type="spellStart"/>
      <w:r w:rsidRPr="006B5F8A">
        <w:rPr>
          <w:lang w:val="es-CO"/>
        </w:rPr>
        <w:t>tubes</w:t>
      </w:r>
      <w:proofErr w:type="spellEnd"/>
      <w:r w:rsidRPr="006B5F8A">
        <w:rPr>
          <w:lang w:val="es-CO"/>
        </w:rPr>
        <w:t>, etc.): YES ____  NO ____</w:t>
      </w:r>
    </w:p>
    <w:p w14:paraId="77DA7C6B" w14:textId="77777777" w:rsidR="00C14459" w:rsidRDefault="006B5F8A">
      <w:r>
        <w:t xml:space="preserve">Device position appropriate: </w:t>
      </w:r>
      <w:proofErr w:type="gramStart"/>
      <w:r>
        <w:t>YES</w:t>
      </w:r>
      <w:proofErr w:type="gramEnd"/>
      <w:r>
        <w:t xml:space="preserve"> ___</w:t>
      </w:r>
      <w:proofErr w:type="gramStart"/>
      <w:r>
        <w:t>_  NO</w:t>
      </w:r>
      <w:proofErr w:type="gramEnd"/>
      <w:r>
        <w:t xml:space="preserve"> ____</w:t>
      </w:r>
    </w:p>
    <w:p w14:paraId="13E406D7" w14:textId="77777777" w:rsidR="006B5F8A" w:rsidRDefault="006B5F8A" w:rsidP="006B5F8A">
      <w:pPr>
        <w:pStyle w:val="Ttulo3"/>
      </w:pPr>
      <w:r>
        <w:t>Final Radiologic Impression</w:t>
      </w:r>
    </w:p>
    <w:p w14:paraId="2DE72439" w14:textId="77777777" w:rsidR="00C14459" w:rsidRDefault="006B5F8A" w:rsidP="006B5F8A">
      <w:pPr>
        <w:pStyle w:val="Ttulo3"/>
      </w:pPr>
      <w:r w:rsidRPr="006B5F8A">
        <w:rPr>
          <w:color w:val="000000" w:themeColor="text1"/>
          <w:u w:val="single"/>
        </w:rPr>
        <w:t xml:space="preserve">                                                                                        -</w:t>
      </w:r>
      <w:r>
        <w:br/>
      </w:r>
      <w:r>
        <w:br/>
      </w:r>
    </w:p>
    <w:sectPr w:rsidR="00C1445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22763158">
    <w:abstractNumId w:val="8"/>
  </w:num>
  <w:num w:numId="2" w16cid:durableId="1764833923">
    <w:abstractNumId w:val="6"/>
  </w:num>
  <w:num w:numId="3" w16cid:durableId="1081950496">
    <w:abstractNumId w:val="5"/>
  </w:num>
  <w:num w:numId="4" w16cid:durableId="1895968796">
    <w:abstractNumId w:val="4"/>
  </w:num>
  <w:num w:numId="5" w16cid:durableId="1168247544">
    <w:abstractNumId w:val="7"/>
  </w:num>
  <w:num w:numId="6" w16cid:durableId="14233324">
    <w:abstractNumId w:val="3"/>
  </w:num>
  <w:num w:numId="7" w16cid:durableId="1983120280">
    <w:abstractNumId w:val="2"/>
  </w:num>
  <w:num w:numId="8" w16cid:durableId="513039452">
    <w:abstractNumId w:val="1"/>
  </w:num>
  <w:num w:numId="9" w16cid:durableId="1941376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4D53"/>
    <w:rsid w:val="0029639D"/>
    <w:rsid w:val="002F0373"/>
    <w:rsid w:val="00326F90"/>
    <w:rsid w:val="006B5F8A"/>
    <w:rsid w:val="007435F5"/>
    <w:rsid w:val="00AA1D8D"/>
    <w:rsid w:val="00B47730"/>
    <w:rsid w:val="00C14459"/>
    <w:rsid w:val="00CB0664"/>
    <w:rsid w:val="00DF15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A29ABE"/>
  <w14:defaultImageDpi w14:val="300"/>
  <w15:docId w15:val="{6EE578C0-99FD-4A1A-B5F0-FB4B41DE3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8C6D5-0FDE-48FB-BB4E-AEC6BEF14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315</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Andres Felipe Yepes Velasco</cp:lastModifiedBy>
  <cp:revision>4</cp:revision>
  <dcterms:created xsi:type="dcterms:W3CDTF">2026-01-11T22:33:00Z</dcterms:created>
  <dcterms:modified xsi:type="dcterms:W3CDTF">2026-01-12T15:55:00Z</dcterms:modified>
  <cp:category/>
</cp:coreProperties>
</file>