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C5CFF" w14:textId="34C6D4E6" w:rsidR="00493FE0" w:rsidRPr="00493FE0" w:rsidRDefault="00493FE0" w:rsidP="00493FE0">
      <w:pPr>
        <w:pStyle w:val="Titre1"/>
        <w:jc w:val="center"/>
        <w:rPr>
          <w:lang w:val="fr-FR"/>
        </w:rPr>
      </w:pPr>
      <w:r w:rsidRPr="00493FE0">
        <w:rPr>
          <w:lang w:val="fr-FR"/>
        </w:rPr>
        <w:t>Questionnaire – Medical Career Choices</w:t>
      </w:r>
    </w:p>
    <w:p w14:paraId="4BD884A4" w14:textId="77777777" w:rsidR="00493FE0" w:rsidRPr="00493FE0" w:rsidRDefault="00493FE0" w:rsidP="00493FE0">
      <w:pPr>
        <w:pStyle w:val="Titre1"/>
        <w:jc w:val="center"/>
        <w:rPr>
          <w:lang w:val="fr-FR"/>
        </w:rPr>
      </w:pPr>
      <w:r w:rsidRPr="00493FE0">
        <w:rPr>
          <w:i/>
          <w:iCs/>
          <w:lang w:val="fr-FR"/>
        </w:rPr>
        <w:t>(English version)</w:t>
      </w:r>
    </w:p>
    <w:p w14:paraId="1FF1D8A9" w14:textId="4C6577E5" w:rsidR="008B10CD" w:rsidRDefault="008B10CD" w:rsidP="004E572A">
      <w:pPr>
        <w:pStyle w:val="Titre1"/>
        <w:jc w:val="center"/>
      </w:pPr>
    </w:p>
    <w:p w14:paraId="1C117B93" w14:textId="7B39C70C" w:rsidR="008B10CD" w:rsidRDefault="00000000">
      <w:pPr>
        <w:pStyle w:val="Titre2"/>
      </w:pPr>
      <w:r>
        <w:t>Information</w:t>
      </w:r>
    </w:p>
    <w:p w14:paraId="190C667F" w14:textId="77777777" w:rsidR="00493FE0" w:rsidRPr="00493FE0" w:rsidRDefault="00493FE0" w:rsidP="00493FE0">
      <w:pPr>
        <w:rPr>
          <w:lang w:val="fr-FR"/>
        </w:rPr>
      </w:pPr>
      <w:r w:rsidRPr="00493FE0">
        <w:rPr>
          <w:lang w:val="fr-FR"/>
        </w:rPr>
        <w:t>Thank you for agreeing to participate in this survey on career choices in medicine.</w:t>
      </w:r>
    </w:p>
    <w:p w14:paraId="0BC4E740" w14:textId="77777777" w:rsidR="00493FE0" w:rsidRPr="00493FE0" w:rsidRDefault="00493FE0" w:rsidP="00493FE0">
      <w:pPr>
        <w:rPr>
          <w:lang w:val="fr-FR"/>
        </w:rPr>
      </w:pPr>
      <w:r w:rsidRPr="00493FE0">
        <w:rPr>
          <w:lang w:val="fr-FR"/>
        </w:rPr>
        <w:t>The aim of this questionnaire is to gather your most sincere responses to a series of questions regarding your experience of health-related studies, as well as your aspirations and choices concerning your professional orientation.</w:t>
      </w:r>
    </w:p>
    <w:p w14:paraId="1BE83A90" w14:textId="77777777" w:rsidR="00493FE0" w:rsidRPr="00493FE0" w:rsidRDefault="00493FE0" w:rsidP="00493FE0">
      <w:pPr>
        <w:rPr>
          <w:lang w:val="fr-FR"/>
        </w:rPr>
      </w:pPr>
      <w:r w:rsidRPr="00493FE0">
        <w:rPr>
          <w:lang w:val="fr-FR"/>
        </w:rPr>
        <w:t>There are no right or wrong answers: only your honest responses are of interest to us. All your responses will be treated confidentially.</w:t>
      </w:r>
    </w:p>
    <w:p w14:paraId="371B59E7" w14:textId="77777777" w:rsidR="00493FE0" w:rsidRPr="00493FE0" w:rsidRDefault="00493FE0" w:rsidP="00493FE0">
      <w:pPr>
        <w:rPr>
          <w:lang w:val="fr-FR"/>
        </w:rPr>
      </w:pPr>
      <w:r w:rsidRPr="00493FE0">
        <w:rPr>
          <w:lang w:val="fr-FR"/>
        </w:rPr>
        <w:t>In this study, we are interested in your thoughts, emotions, and behaviors across a wide range of domains related to your future career choices.</w:t>
      </w:r>
    </w:p>
    <w:p w14:paraId="62973EF1" w14:textId="77777777" w:rsidR="004E572A" w:rsidRDefault="004E572A"/>
    <w:p w14:paraId="028962CB" w14:textId="77777777" w:rsidR="00227A02" w:rsidRPr="00227A02" w:rsidRDefault="00227A02" w:rsidP="00227A02">
      <w:pPr>
        <w:pStyle w:val="Titre2"/>
        <w:rPr>
          <w:lang w:val="fr-FR"/>
        </w:rPr>
      </w:pPr>
      <w:r w:rsidRPr="00227A02">
        <w:rPr>
          <w:lang w:val="fr-FR"/>
        </w:rPr>
        <w:t>Informed Consent to Participate</w:t>
      </w:r>
    </w:p>
    <w:p w14:paraId="6B9FB16D" w14:textId="77777777" w:rsidR="00227A02" w:rsidRPr="00227A02" w:rsidRDefault="00227A02" w:rsidP="00227A02">
      <w:r w:rsidRPr="00227A02">
        <w:t>In order to make an informed decision, I have received and understood the following information:</w:t>
      </w:r>
    </w:p>
    <w:p w14:paraId="68669ED4" w14:textId="77777777" w:rsidR="00227A02" w:rsidRPr="00227A02" w:rsidRDefault="00227A02" w:rsidP="00227A02">
      <w:pPr>
        <w:pStyle w:val="Paragraphedeliste"/>
        <w:numPr>
          <w:ilvl w:val="0"/>
          <w:numId w:val="18"/>
        </w:numPr>
      </w:pPr>
      <w:r w:rsidRPr="00227A02">
        <w:t>I have been informed that my participation is entirely voluntary and that I am free to accept or refuse to take part in the study.</w:t>
      </w:r>
    </w:p>
    <w:p w14:paraId="43E82214" w14:textId="77777777" w:rsidR="00227A02" w:rsidRPr="00227A02" w:rsidRDefault="00227A02" w:rsidP="00227A02">
      <w:pPr>
        <w:pStyle w:val="Paragraphedeliste"/>
        <w:numPr>
          <w:ilvl w:val="0"/>
          <w:numId w:val="18"/>
        </w:numPr>
      </w:pPr>
      <w:r w:rsidRPr="00227A02">
        <w:t>I may withdraw from the study at any time without having to provide justification and without incurring any consequences.</w:t>
      </w:r>
    </w:p>
    <w:p w14:paraId="3B7024CB" w14:textId="77777777" w:rsidR="00227A02" w:rsidRPr="00227A02" w:rsidRDefault="00227A02" w:rsidP="00227A02">
      <w:pPr>
        <w:pStyle w:val="Paragraphedeliste"/>
        <w:numPr>
          <w:ilvl w:val="0"/>
          <w:numId w:val="18"/>
        </w:numPr>
      </w:pPr>
      <w:r w:rsidRPr="00227A02">
        <w:t>The data collected concerning me will be strictly confidential and anonymous and will be processed electronically in accordance with applicable data protection regulations.</w:t>
      </w:r>
    </w:p>
    <w:p w14:paraId="58405D2E" w14:textId="77777777" w:rsidR="00227A02" w:rsidRPr="00227A02" w:rsidRDefault="00227A02" w:rsidP="00227A02">
      <w:pPr>
        <w:pStyle w:val="Paragraphedeliste"/>
        <w:numPr>
          <w:ilvl w:val="0"/>
          <w:numId w:val="18"/>
        </w:numPr>
      </w:pPr>
      <w:r w:rsidRPr="00227A02">
        <w:t>My consent does not release the study sponsor from any of its responsibilities, and I retain all rights guaranteed by law.</w:t>
      </w:r>
    </w:p>
    <w:p w14:paraId="38439AF5" w14:textId="77777777" w:rsidR="00227A02" w:rsidRPr="00227A02" w:rsidRDefault="00227A02" w:rsidP="00227A02">
      <w:pPr>
        <w:pStyle w:val="Paragraphedeliste"/>
        <w:numPr>
          <w:ilvl w:val="0"/>
          <w:numId w:val="18"/>
        </w:numPr>
      </w:pPr>
      <w:r w:rsidRPr="00227A02">
        <w:t>I may access the overall results of the study once it has been completed, upon request by email to a member of the research team (projet-pulwar@univ-nantes.fr).</w:t>
      </w:r>
    </w:p>
    <w:p w14:paraId="149C7C67" w14:textId="77777777" w:rsidR="00227A02" w:rsidRPr="00227A02" w:rsidRDefault="00227A02" w:rsidP="00227A02">
      <w:pPr>
        <w:pStyle w:val="Paragraphedeliste"/>
        <w:numPr>
          <w:ilvl w:val="0"/>
          <w:numId w:val="18"/>
        </w:numPr>
      </w:pPr>
      <w:r w:rsidRPr="00227A02">
        <w:t>I may request additional information at any time from a member of the research team (projet-pulwar@univ-nantes.fr).</w:t>
      </w:r>
    </w:p>
    <w:p w14:paraId="4F0ADE4B" w14:textId="04DDCAA6" w:rsidR="00B43D3E" w:rsidRDefault="00227A02" w:rsidP="00DE5959">
      <w:r w:rsidRPr="00227A02">
        <w:t>I agree to participate in the study on medical career choices and authorize the members of the research team to use all data concerning me that are collected as part of this study.</w:t>
      </w:r>
      <w:r w:rsidRPr="00227A02">
        <w:br/>
        <w:t>[YES / NO]</w:t>
      </w:r>
    </w:p>
    <w:p w14:paraId="4F62086D" w14:textId="77777777" w:rsidR="00DE5959" w:rsidRDefault="00DE5959" w:rsidP="00DE5959"/>
    <w:p w14:paraId="24639786" w14:textId="0F5F32C5" w:rsidR="008B10CD" w:rsidRDefault="00B15ACD">
      <w:pPr>
        <w:pStyle w:val="Titre2"/>
      </w:pPr>
      <w:r>
        <w:t xml:space="preserve">Career </w:t>
      </w:r>
      <w:r w:rsidR="00BF5C8F">
        <w:t>P</w:t>
      </w:r>
      <w:r>
        <w:t>roject</w:t>
      </w:r>
    </w:p>
    <w:p w14:paraId="1FD59083" w14:textId="77777777" w:rsidR="00B15ACD" w:rsidRPr="00B15ACD" w:rsidRDefault="00B15ACD" w:rsidP="00B15ACD">
      <w:pPr>
        <w:rPr>
          <w:lang w:val="fr-FR"/>
        </w:rPr>
      </w:pPr>
      <w:r w:rsidRPr="00B15ACD">
        <w:rPr>
          <w:lang w:val="fr-FR"/>
        </w:rPr>
        <w:t>What is your medical specialty?</w:t>
      </w:r>
      <w:r w:rsidRPr="00B15ACD">
        <w:rPr>
          <w:lang w:val="fr-FR"/>
        </w:rPr>
        <w:br/>
      </w:r>
      <w:r w:rsidRPr="00B15ACD">
        <w:rPr>
          <w:i/>
          <w:iCs/>
          <w:lang w:val="fr-FR"/>
        </w:rPr>
        <w:t>[Drop-down menu with a list of specialties]</w:t>
      </w:r>
    </w:p>
    <w:p w14:paraId="5F15C176" w14:textId="77777777" w:rsidR="00B15ACD" w:rsidRPr="00B15ACD" w:rsidRDefault="00B15ACD" w:rsidP="00B15ACD">
      <w:pPr>
        <w:rPr>
          <w:lang w:val="fr-FR"/>
        </w:rPr>
      </w:pPr>
      <w:r w:rsidRPr="00B15ACD">
        <w:rPr>
          <w:lang w:val="fr-FR"/>
        </w:rPr>
        <w:t>What is your affiliated university?</w:t>
      </w:r>
      <w:r w:rsidRPr="00B15ACD">
        <w:rPr>
          <w:lang w:val="fr-FR"/>
        </w:rPr>
        <w:br/>
      </w:r>
      <w:r w:rsidRPr="00B15ACD">
        <w:rPr>
          <w:i/>
          <w:iCs/>
          <w:lang w:val="fr-FR"/>
        </w:rPr>
        <w:t>[Drop-down menu with a list of universities]</w:t>
      </w:r>
    </w:p>
    <w:p w14:paraId="60ABBDD5" w14:textId="77777777" w:rsidR="00B15ACD" w:rsidRPr="00B15ACD" w:rsidRDefault="00B15ACD" w:rsidP="00B15ACD">
      <w:pPr>
        <w:rPr>
          <w:lang w:val="fr-FR"/>
        </w:rPr>
      </w:pPr>
      <w:r w:rsidRPr="00B15ACD">
        <w:rPr>
          <w:lang w:val="fr-FR"/>
        </w:rPr>
        <w:t>In which year did you take the national ranking examination at the end of the second cycle of medical studies (ECN)?</w:t>
      </w:r>
    </w:p>
    <w:p w14:paraId="379E78C9" w14:textId="77777777" w:rsidR="00B15ACD" w:rsidRPr="00B15ACD" w:rsidRDefault="00B15ACD" w:rsidP="00B15ACD">
      <w:pPr>
        <w:rPr>
          <w:lang w:val="fr-FR"/>
        </w:rPr>
      </w:pPr>
      <w:r w:rsidRPr="00B15ACD">
        <w:rPr>
          <w:lang w:val="fr-FR"/>
        </w:rPr>
        <w:t>What was your ranking at the ECN?</w:t>
      </w:r>
    </w:p>
    <w:p w14:paraId="558C79C8" w14:textId="77777777" w:rsidR="00B15ACD" w:rsidRPr="00B15ACD" w:rsidRDefault="00B15ACD" w:rsidP="00B15ACD">
      <w:pPr>
        <w:rPr>
          <w:lang w:val="fr-FR"/>
        </w:rPr>
      </w:pPr>
      <w:r w:rsidRPr="00B15ACD">
        <w:rPr>
          <w:lang w:val="fr-FR"/>
        </w:rPr>
        <w:t>Which year of residency are you currently enrolled in?</w:t>
      </w:r>
      <w:r w:rsidRPr="00B15ACD">
        <w:rPr>
          <w:lang w:val="fr-FR"/>
        </w:rPr>
        <w:br/>
      </w:r>
      <w:r w:rsidRPr="00B15ACD">
        <w:rPr>
          <w:i/>
          <w:iCs/>
          <w:lang w:val="fr-FR"/>
        </w:rPr>
        <w:t>[Drop-down menu]</w:t>
      </w:r>
    </w:p>
    <w:p w14:paraId="0928C16E" w14:textId="77777777" w:rsidR="00B15ACD" w:rsidRPr="00B15ACD" w:rsidRDefault="00B15ACD" w:rsidP="00B15ACD">
      <w:pPr>
        <w:rPr>
          <w:lang w:val="fr-FR"/>
        </w:rPr>
      </w:pPr>
      <w:r w:rsidRPr="00B15ACD">
        <w:rPr>
          <w:lang w:val="fr-FR"/>
        </w:rPr>
        <w:t>Have you completed a Master’s degree (Master 1)?</w:t>
      </w:r>
      <w:r w:rsidRPr="00B15ACD">
        <w:rPr>
          <w:lang w:val="fr-FR"/>
        </w:rPr>
        <w:br/>
      </w:r>
      <w:r w:rsidRPr="00B15ACD">
        <w:rPr>
          <w:i/>
          <w:iCs/>
          <w:lang w:val="fr-FR"/>
        </w:rPr>
        <w:t>(Yes / No / Ongoing)</w:t>
      </w:r>
    </w:p>
    <w:p w14:paraId="7B914F48" w14:textId="77777777" w:rsidR="00B15ACD" w:rsidRPr="00B15ACD" w:rsidRDefault="00B15ACD" w:rsidP="00B15ACD">
      <w:pPr>
        <w:rPr>
          <w:lang w:val="fr-FR"/>
        </w:rPr>
      </w:pPr>
      <w:r w:rsidRPr="00B15ACD">
        <w:rPr>
          <w:lang w:val="fr-FR"/>
        </w:rPr>
        <w:t>Have you completed a Master’s degree (Master 2)?</w:t>
      </w:r>
      <w:r w:rsidRPr="00B15ACD">
        <w:rPr>
          <w:lang w:val="fr-FR"/>
        </w:rPr>
        <w:br/>
      </w:r>
      <w:r w:rsidRPr="00B15ACD">
        <w:rPr>
          <w:i/>
          <w:iCs/>
          <w:lang w:val="fr-FR"/>
        </w:rPr>
        <w:t>(Yes / No / Ongoing)</w:t>
      </w:r>
    </w:p>
    <w:p w14:paraId="109B7173" w14:textId="77777777" w:rsidR="00B15ACD" w:rsidRPr="00B15ACD" w:rsidRDefault="00B15ACD" w:rsidP="00B15ACD">
      <w:pPr>
        <w:rPr>
          <w:lang w:val="fr-FR"/>
        </w:rPr>
      </w:pPr>
      <w:r w:rsidRPr="00B15ACD">
        <w:rPr>
          <w:lang w:val="fr-FR"/>
        </w:rPr>
        <w:t>Have you completed a PhD?</w:t>
      </w:r>
      <w:r w:rsidRPr="00B15ACD">
        <w:rPr>
          <w:lang w:val="fr-FR"/>
        </w:rPr>
        <w:br/>
      </w:r>
      <w:r w:rsidRPr="00B15ACD">
        <w:rPr>
          <w:i/>
          <w:iCs/>
          <w:lang w:val="fr-FR"/>
        </w:rPr>
        <w:t>(Yes / No / Ongoing)</w:t>
      </w:r>
    </w:p>
    <w:p w14:paraId="365BF8A8" w14:textId="77777777" w:rsidR="00B15ACD" w:rsidRPr="00B15ACD" w:rsidRDefault="00B15ACD" w:rsidP="00B15ACD">
      <w:pPr>
        <w:rPr>
          <w:lang w:val="fr-FR"/>
        </w:rPr>
      </w:pPr>
      <w:r w:rsidRPr="00B15ACD">
        <w:rPr>
          <w:lang w:val="fr-FR"/>
        </w:rPr>
        <w:t>Have you already participated in research activities (studies, article writing, research protocols)?</w:t>
      </w:r>
      <w:r w:rsidRPr="00B15ACD">
        <w:rPr>
          <w:lang w:val="fr-FR"/>
        </w:rPr>
        <w:br/>
      </w:r>
      <w:r w:rsidRPr="00B15ACD">
        <w:rPr>
          <w:i/>
          <w:iCs/>
          <w:lang w:val="fr-FR"/>
        </w:rPr>
        <w:t>(Never / Rarely / Sometimes / Often)</w:t>
      </w:r>
    </w:p>
    <w:p w14:paraId="015F217F" w14:textId="533D6C49" w:rsidR="00B15ACD" w:rsidRPr="00B15ACD" w:rsidRDefault="00B15ACD" w:rsidP="00B15ACD">
      <w:pPr>
        <w:rPr>
          <w:lang w:val="fr-FR"/>
        </w:rPr>
      </w:pPr>
      <w:r w:rsidRPr="00B15ACD">
        <w:t>To what extent do you wish to pursue an academic career as an academic hospital physician (assistant or full professor)?</w:t>
      </w:r>
      <w:r w:rsidRPr="00B15ACD">
        <w:rPr>
          <w:lang w:val="fr-FR"/>
        </w:rPr>
        <w:t xml:space="preserve"> </w:t>
      </w:r>
      <w:r w:rsidRPr="00B15ACD">
        <w:rPr>
          <w:lang w:val="fr-FR"/>
        </w:rPr>
        <w:br/>
      </w:r>
      <w:r w:rsidRPr="00B15ACD">
        <w:rPr>
          <w:i/>
          <w:iCs/>
          <w:lang w:val="fr-FR"/>
        </w:rPr>
        <w:t>(From not interested at all to very interested)</w:t>
      </w:r>
    </w:p>
    <w:p w14:paraId="3994BE28" w14:textId="77777777" w:rsidR="00B15ACD" w:rsidRPr="00B15ACD" w:rsidRDefault="00B15ACD" w:rsidP="00B15ACD">
      <w:pPr>
        <w:rPr>
          <w:lang w:val="fr-FR"/>
        </w:rPr>
      </w:pPr>
      <w:r w:rsidRPr="00B15ACD">
        <w:rPr>
          <w:lang w:val="fr-FR"/>
        </w:rPr>
        <w:t>Your future career plans:</w:t>
      </w:r>
      <w:r w:rsidRPr="00B15ACD">
        <w:rPr>
          <w:lang w:val="fr-FR"/>
        </w:rPr>
        <w:br/>
      </w:r>
      <w:r w:rsidRPr="00B15ACD">
        <w:rPr>
          <w:i/>
          <w:iCs/>
          <w:lang w:val="fr-FR"/>
        </w:rPr>
        <w:t>(Multiple answers possible: exclusively clinical activity; combined clinical, teaching and research activity; possible career change; other)</w:t>
      </w:r>
    </w:p>
    <w:p w14:paraId="34C2EBF7" w14:textId="77777777" w:rsidR="004E572A" w:rsidRDefault="004E572A">
      <w:pPr>
        <w:pStyle w:val="Titre2"/>
      </w:pPr>
    </w:p>
    <w:p w14:paraId="78EDC83B" w14:textId="7BC53A96" w:rsidR="008B10CD" w:rsidRDefault="00000000">
      <w:pPr>
        <w:pStyle w:val="Titre2"/>
      </w:pPr>
      <w:r>
        <w:t>D</w:t>
      </w:r>
      <w:r w:rsidR="00DE5959">
        <w:t>e</w:t>
      </w:r>
      <w:r>
        <w:t>mographi</w:t>
      </w:r>
      <w:r w:rsidR="00DE5959">
        <w:t>cs</w:t>
      </w:r>
    </w:p>
    <w:p w14:paraId="14BD1A1B" w14:textId="77777777" w:rsidR="00DE5959" w:rsidRPr="00DE5959" w:rsidRDefault="00DE5959" w:rsidP="00DE5959">
      <w:pPr>
        <w:rPr>
          <w:lang w:val="fr-FR"/>
        </w:rPr>
      </w:pPr>
      <w:r w:rsidRPr="00DE5959">
        <w:rPr>
          <w:lang w:val="fr-FR"/>
        </w:rPr>
        <w:t>Gender:</w:t>
      </w:r>
      <w:r w:rsidRPr="00DE5959">
        <w:rPr>
          <w:lang w:val="fr-FR"/>
        </w:rPr>
        <w:br/>
      </w:r>
      <w:r w:rsidRPr="00DE5959">
        <w:rPr>
          <w:i/>
          <w:iCs/>
          <w:lang w:val="fr-FR"/>
        </w:rPr>
        <w:t>Male / Female / Non-binary</w:t>
      </w:r>
    </w:p>
    <w:p w14:paraId="359F3315" w14:textId="77777777" w:rsidR="00DE5959" w:rsidRPr="00DE5959" w:rsidRDefault="00DE5959" w:rsidP="00DE5959">
      <w:pPr>
        <w:rPr>
          <w:lang w:val="fr-FR"/>
        </w:rPr>
      </w:pPr>
      <w:r w:rsidRPr="00DE5959">
        <w:rPr>
          <w:lang w:val="fr-FR"/>
        </w:rPr>
        <w:t>Age (in years):</w:t>
      </w:r>
    </w:p>
    <w:p w14:paraId="37778C17" w14:textId="77777777" w:rsidR="00DE5959" w:rsidRPr="00DE5959" w:rsidRDefault="00DE5959" w:rsidP="00DE5959">
      <w:pPr>
        <w:rPr>
          <w:lang w:val="fr-FR"/>
        </w:rPr>
      </w:pPr>
      <w:r w:rsidRPr="00DE5959">
        <w:rPr>
          <w:lang w:val="fr-FR"/>
        </w:rPr>
        <w:t>Do you have children?</w:t>
      </w:r>
      <w:r w:rsidRPr="00DE5959">
        <w:rPr>
          <w:lang w:val="fr-FR"/>
        </w:rPr>
        <w:br/>
      </w:r>
      <w:r w:rsidRPr="00DE5959">
        <w:rPr>
          <w:i/>
          <w:iCs/>
          <w:lang w:val="fr-FR"/>
        </w:rPr>
        <w:t>(No / 1 child / 2 or more children)</w:t>
      </w:r>
    </w:p>
    <w:p w14:paraId="00461192" w14:textId="77777777" w:rsidR="00DE5959" w:rsidRPr="00DE5959" w:rsidRDefault="00DE5959" w:rsidP="00DE5959">
      <w:pPr>
        <w:rPr>
          <w:lang w:val="fr-FR"/>
        </w:rPr>
      </w:pPr>
      <w:r w:rsidRPr="00DE5959">
        <w:rPr>
          <w:lang w:val="fr-FR"/>
        </w:rPr>
        <w:lastRenderedPageBreak/>
        <w:t>Mother’s occupational category:</w:t>
      </w:r>
    </w:p>
    <w:p w14:paraId="1B1CBEE5" w14:textId="77777777" w:rsidR="00DE5959" w:rsidRPr="00DE5959" w:rsidRDefault="00DE5959" w:rsidP="00DE5959">
      <w:pPr>
        <w:rPr>
          <w:lang w:val="fr-FR"/>
        </w:rPr>
      </w:pPr>
      <w:r w:rsidRPr="00DE5959">
        <w:rPr>
          <w:lang w:val="fr-FR"/>
        </w:rPr>
        <w:t>Father’s occupational category:</w:t>
      </w:r>
    </w:p>
    <w:p w14:paraId="38D41B27" w14:textId="77777777" w:rsidR="00DE5959" w:rsidRPr="00DE5959" w:rsidRDefault="00DE5959" w:rsidP="00DE5959">
      <w:pPr>
        <w:rPr>
          <w:lang w:val="fr-FR"/>
        </w:rPr>
      </w:pPr>
      <w:r w:rsidRPr="00DE5959">
        <w:rPr>
          <w:lang w:val="fr-FR"/>
        </w:rPr>
        <w:t>If you are in a relationship, partner’s occupational category:</w:t>
      </w:r>
    </w:p>
    <w:p w14:paraId="4A382165" w14:textId="77777777" w:rsidR="00DE5959" w:rsidRDefault="00DE5959">
      <w:pPr>
        <w:pStyle w:val="Titre2"/>
      </w:pPr>
    </w:p>
    <w:p w14:paraId="4A50840B" w14:textId="388FD336" w:rsidR="008B10CD" w:rsidRDefault="00000000">
      <w:pPr>
        <w:pStyle w:val="Titre2"/>
      </w:pPr>
      <w:r>
        <w:t xml:space="preserve">Satisfaction </w:t>
      </w:r>
      <w:r w:rsidR="00DE5959">
        <w:t xml:space="preserve">with </w:t>
      </w:r>
      <w:r w:rsidR="00BF5C8F">
        <w:t>S</w:t>
      </w:r>
      <w:r w:rsidR="00DE5959">
        <w:t>tudies</w:t>
      </w:r>
    </w:p>
    <w:p w14:paraId="25E6FD18" w14:textId="77777777" w:rsidR="00DE5959" w:rsidRDefault="00DE5959" w:rsidP="00B70124">
      <w:pPr>
        <w:spacing w:before="100" w:beforeAutospacing="1" w:after="100" w:afterAutospacing="1" w:line="240" w:lineRule="auto"/>
        <w:rPr>
          <w:rFonts w:ascii="Times New Roman" w:eastAsia="Times New Roman" w:hAnsi="Times New Roman" w:cs="Times New Roman"/>
          <w:sz w:val="24"/>
          <w:szCs w:val="24"/>
          <w:lang w:eastAsia="fr-FR"/>
        </w:rPr>
      </w:pPr>
      <w:r w:rsidRPr="00DE5959">
        <w:rPr>
          <w:rFonts w:ascii="Times New Roman" w:eastAsia="Times New Roman" w:hAnsi="Times New Roman" w:cs="Times New Roman"/>
          <w:sz w:val="24"/>
          <w:szCs w:val="24"/>
          <w:lang w:eastAsia="fr-FR"/>
        </w:rPr>
        <w:t>The following statements relate to your satisfaction with your studies. For each statement, please indicate your level of agreement on a scale from 1 (</w:t>
      </w:r>
      <w:r w:rsidRPr="00DE5959">
        <w:rPr>
          <w:rFonts w:ascii="Times New Roman" w:eastAsia="Times New Roman" w:hAnsi="Times New Roman" w:cs="Times New Roman"/>
          <w:i/>
          <w:iCs/>
          <w:sz w:val="24"/>
          <w:szCs w:val="24"/>
          <w:lang w:eastAsia="fr-FR"/>
        </w:rPr>
        <w:t>strongly disagree</w:t>
      </w:r>
      <w:r w:rsidRPr="00DE5959">
        <w:rPr>
          <w:rFonts w:ascii="Times New Roman" w:eastAsia="Times New Roman" w:hAnsi="Times New Roman" w:cs="Times New Roman"/>
          <w:sz w:val="24"/>
          <w:szCs w:val="24"/>
          <w:lang w:eastAsia="fr-FR"/>
        </w:rPr>
        <w:t>) to 7 (</w:t>
      </w:r>
      <w:r w:rsidRPr="00DE5959">
        <w:rPr>
          <w:rFonts w:ascii="Times New Roman" w:eastAsia="Times New Roman" w:hAnsi="Times New Roman" w:cs="Times New Roman"/>
          <w:i/>
          <w:iCs/>
          <w:sz w:val="24"/>
          <w:szCs w:val="24"/>
          <w:lang w:eastAsia="fr-FR"/>
        </w:rPr>
        <w:t>strongly agree</w:t>
      </w:r>
      <w:r w:rsidRPr="00DE5959">
        <w:rPr>
          <w:rFonts w:ascii="Times New Roman" w:eastAsia="Times New Roman" w:hAnsi="Times New Roman" w:cs="Times New Roman"/>
          <w:sz w:val="24"/>
          <w:szCs w:val="24"/>
          <w:lang w:eastAsia="fr-FR"/>
        </w:rPr>
        <w:t>).</w:t>
      </w:r>
    </w:p>
    <w:p w14:paraId="5472BF52" w14:textId="172CED45" w:rsidR="00DE5959" w:rsidRPr="00DE5959" w:rsidRDefault="00DE5959" w:rsidP="00DE5959">
      <w:pPr>
        <w:pStyle w:val="Paragraphedeliste"/>
        <w:numPr>
          <w:ilvl w:val="0"/>
          <w:numId w:val="16"/>
        </w:numPr>
        <w:rPr>
          <w:lang w:val="fr-FR"/>
        </w:rPr>
      </w:pPr>
      <w:r w:rsidRPr="00DE5959">
        <w:rPr>
          <w:lang w:val="fr-FR"/>
        </w:rPr>
        <w:t>I</w:t>
      </w:r>
      <w:r w:rsidRPr="00DE5959">
        <w:rPr>
          <w:lang w:val="fr-FR"/>
        </w:rPr>
        <w:t>n general, my studies are close to my ideal.</w:t>
      </w:r>
    </w:p>
    <w:p w14:paraId="5122996F" w14:textId="7AD8B242" w:rsidR="00DE5959" w:rsidRPr="00DE5959" w:rsidRDefault="00DE5959" w:rsidP="00DE5959">
      <w:pPr>
        <w:pStyle w:val="Paragraphedeliste"/>
        <w:numPr>
          <w:ilvl w:val="0"/>
          <w:numId w:val="16"/>
        </w:numPr>
        <w:rPr>
          <w:lang w:val="fr-FR"/>
        </w:rPr>
      </w:pPr>
      <w:r w:rsidRPr="00DE5959">
        <w:rPr>
          <w:lang w:val="fr-FR"/>
        </w:rPr>
        <w:t>My study conditions are excellent.</w:t>
      </w:r>
    </w:p>
    <w:p w14:paraId="37651FB3" w14:textId="3E401F31" w:rsidR="00DE5959" w:rsidRPr="00DE5959" w:rsidRDefault="00DE5959" w:rsidP="00DE5959">
      <w:pPr>
        <w:pStyle w:val="Paragraphedeliste"/>
        <w:numPr>
          <w:ilvl w:val="0"/>
          <w:numId w:val="16"/>
        </w:numPr>
        <w:rPr>
          <w:lang w:val="fr-FR"/>
        </w:rPr>
      </w:pPr>
      <w:r w:rsidRPr="00DE5959">
        <w:rPr>
          <w:lang w:val="fr-FR"/>
        </w:rPr>
        <w:t>I am satisfied with my student life.</w:t>
      </w:r>
    </w:p>
    <w:p w14:paraId="3D7DF0D7" w14:textId="5A36C39B" w:rsidR="00DE5959" w:rsidRPr="00DE5959" w:rsidRDefault="00DE5959" w:rsidP="00DE5959">
      <w:pPr>
        <w:pStyle w:val="Paragraphedeliste"/>
        <w:numPr>
          <w:ilvl w:val="0"/>
          <w:numId w:val="16"/>
        </w:numPr>
        <w:rPr>
          <w:lang w:val="fr-FR"/>
        </w:rPr>
      </w:pPr>
      <w:r w:rsidRPr="00DE5959">
        <w:rPr>
          <w:lang w:val="fr-FR"/>
        </w:rPr>
        <w:t>So far, I have obtained the important things I wanted from my studies.</w:t>
      </w:r>
    </w:p>
    <w:p w14:paraId="238D47A4" w14:textId="563CAC85" w:rsidR="00DE5959" w:rsidRPr="00DE5959" w:rsidRDefault="00DE5959" w:rsidP="00DE5959">
      <w:pPr>
        <w:pStyle w:val="Paragraphedeliste"/>
        <w:numPr>
          <w:ilvl w:val="0"/>
          <w:numId w:val="16"/>
        </w:numPr>
        <w:rPr>
          <w:lang w:val="fr-FR"/>
        </w:rPr>
      </w:pPr>
      <w:r w:rsidRPr="00DE5959">
        <w:rPr>
          <w:lang w:val="fr-FR"/>
        </w:rPr>
        <w:t>If I could start my current training program again, I would change almost nothing.</w:t>
      </w:r>
    </w:p>
    <w:p w14:paraId="2BDC5B98" w14:textId="77777777" w:rsidR="004E572A" w:rsidRDefault="004E572A"/>
    <w:p w14:paraId="4A508917" w14:textId="105EECDA" w:rsidR="008B10CD" w:rsidRDefault="00DE5959">
      <w:pPr>
        <w:pStyle w:val="Titre2"/>
      </w:pPr>
      <w:r>
        <w:t>S</w:t>
      </w:r>
      <w:r w:rsidR="00000000">
        <w:t>tress</w:t>
      </w:r>
      <w:r>
        <w:t xml:space="preserve"> </w:t>
      </w:r>
      <w:r w:rsidR="00BF5C8F">
        <w:t>A</w:t>
      </w:r>
      <w:r>
        <w:t>ssessment</w:t>
      </w:r>
    </w:p>
    <w:p w14:paraId="795C7EC9" w14:textId="77777777" w:rsidR="00DE5959" w:rsidRPr="00DE5959" w:rsidRDefault="00DE5959" w:rsidP="00DE5959">
      <w:pPr>
        <w:rPr>
          <w:lang w:val="fr-FR"/>
        </w:rPr>
      </w:pPr>
      <w:r w:rsidRPr="00DE5959">
        <w:t>The following questions aim to assess the level of stress you experienced during your studies. Please respond to each statement using a scale ranging from 1 (</w:t>
      </w:r>
      <w:r w:rsidRPr="00DE5959">
        <w:rPr>
          <w:i/>
          <w:iCs/>
        </w:rPr>
        <w:t>almost never</w:t>
      </w:r>
      <w:r w:rsidRPr="00DE5959">
        <w:t>) to 5 (</w:t>
      </w:r>
      <w:r w:rsidRPr="00DE5959">
        <w:rPr>
          <w:i/>
          <w:iCs/>
        </w:rPr>
        <w:t>always</w:t>
      </w:r>
      <w:r w:rsidRPr="00DE5959">
        <w:t>).</w:t>
      </w:r>
    </w:p>
    <w:p w14:paraId="13E494EE" w14:textId="1E3324AB" w:rsidR="00DE5959" w:rsidRPr="00DE5959" w:rsidRDefault="00DE5959" w:rsidP="00DE5959">
      <w:pPr>
        <w:pStyle w:val="Paragraphedeliste"/>
        <w:numPr>
          <w:ilvl w:val="0"/>
          <w:numId w:val="16"/>
        </w:numPr>
        <w:rPr>
          <w:lang w:val="fr-FR"/>
        </w:rPr>
      </w:pPr>
      <w:r w:rsidRPr="00DE5959">
        <w:rPr>
          <w:lang w:val="fr-FR"/>
        </w:rPr>
        <w:t>During your studies, how often did you feel that things were going your way?</w:t>
      </w:r>
    </w:p>
    <w:p w14:paraId="433218F2" w14:textId="01A09C74" w:rsidR="00DE5959" w:rsidRPr="00DE5959" w:rsidRDefault="00DE5959" w:rsidP="00DE5959">
      <w:pPr>
        <w:pStyle w:val="Paragraphedeliste"/>
        <w:numPr>
          <w:ilvl w:val="0"/>
          <w:numId w:val="16"/>
        </w:numPr>
        <w:rPr>
          <w:lang w:val="fr-FR"/>
        </w:rPr>
      </w:pPr>
      <w:r w:rsidRPr="00DE5959">
        <w:rPr>
          <w:lang w:val="fr-FR"/>
        </w:rPr>
        <w:t>During your studies, how often did you feel confident in your ability to handle your personal problems?</w:t>
      </w:r>
    </w:p>
    <w:p w14:paraId="73F3D560" w14:textId="1DD7D174" w:rsidR="00DE5959" w:rsidRPr="00DE5959" w:rsidRDefault="00DE5959" w:rsidP="00DE5959">
      <w:pPr>
        <w:pStyle w:val="Paragraphedeliste"/>
        <w:numPr>
          <w:ilvl w:val="0"/>
          <w:numId w:val="16"/>
        </w:numPr>
        <w:rPr>
          <w:lang w:val="fr-FR"/>
        </w:rPr>
      </w:pPr>
      <w:r w:rsidRPr="00DE5959">
        <w:rPr>
          <w:lang w:val="fr-FR"/>
        </w:rPr>
        <w:t>During your studies, how often did you feel that you were unable to control the important things in your life?</w:t>
      </w:r>
    </w:p>
    <w:p w14:paraId="6C4DBF6E" w14:textId="7E191FC7" w:rsidR="00DE5959" w:rsidRPr="00DE5959" w:rsidRDefault="00DE5959" w:rsidP="00DE5959">
      <w:pPr>
        <w:pStyle w:val="Paragraphedeliste"/>
        <w:numPr>
          <w:ilvl w:val="0"/>
          <w:numId w:val="16"/>
        </w:numPr>
        <w:rPr>
          <w:lang w:val="fr-FR"/>
        </w:rPr>
      </w:pPr>
      <w:r w:rsidRPr="00DE5959">
        <w:rPr>
          <w:lang w:val="fr-FR"/>
        </w:rPr>
        <w:t>During your studies, how often did you feel that difficulties were piling up so high that you could not overcome them?</w:t>
      </w:r>
    </w:p>
    <w:p w14:paraId="734E8167" w14:textId="77777777" w:rsidR="00DE5959" w:rsidRDefault="00DE5959" w:rsidP="00DE5959">
      <w:pPr>
        <w:pStyle w:val="NormalWeb"/>
        <w:ind w:left="720"/>
      </w:pPr>
    </w:p>
    <w:p w14:paraId="603F6FE2" w14:textId="2338E0F3" w:rsidR="008B10CD" w:rsidRDefault="00000000">
      <w:pPr>
        <w:pStyle w:val="Titre2"/>
      </w:pPr>
      <w:r>
        <w:t>Sen</w:t>
      </w:r>
      <w:r w:rsidR="00DE5959">
        <w:t xml:space="preserve">se of </w:t>
      </w:r>
      <w:r w:rsidR="00BF5C8F">
        <w:t>C</w:t>
      </w:r>
      <w:r w:rsidR="00DE5959">
        <w:t xml:space="preserve">ompetence </w:t>
      </w:r>
      <w:r w:rsidR="00EC3E8C">
        <w:t>(</w:t>
      </w:r>
      <w:r w:rsidR="00BF5C8F">
        <w:t>S</w:t>
      </w:r>
      <w:r w:rsidR="00DE5959">
        <w:t>elf-efficacy</w:t>
      </w:r>
      <w:r w:rsidR="00EC3E8C">
        <w:t>)</w:t>
      </w:r>
    </w:p>
    <w:p w14:paraId="59A2898B" w14:textId="474DF542" w:rsidR="00B70124" w:rsidRDefault="00DE5959" w:rsidP="00B70124">
      <w:r w:rsidRPr="00DE5959">
        <w:t>You are now invited to complete a questionnaire assessing how you perceive yourself in your daily life (behaviors, reactions). For each statement, please indicate your response on a scale from 1 (</w:t>
      </w:r>
      <w:r w:rsidRPr="00DE5959">
        <w:rPr>
          <w:i/>
          <w:iCs/>
        </w:rPr>
        <w:t>not at all true</w:t>
      </w:r>
      <w:r w:rsidRPr="00DE5959">
        <w:t>) to 4 (</w:t>
      </w:r>
      <w:r w:rsidRPr="00DE5959">
        <w:rPr>
          <w:i/>
          <w:iCs/>
        </w:rPr>
        <w:t>completely true</w:t>
      </w:r>
      <w:r w:rsidRPr="00DE5959">
        <w:t>).</w:t>
      </w:r>
    </w:p>
    <w:p w14:paraId="0F78A42E" w14:textId="274A588F" w:rsidR="00DE5959" w:rsidRDefault="00DE5959" w:rsidP="00DE5959">
      <w:pPr>
        <w:pStyle w:val="NormalWeb"/>
        <w:numPr>
          <w:ilvl w:val="0"/>
          <w:numId w:val="16"/>
        </w:numPr>
      </w:pPr>
      <w:r>
        <w:t>I can always manage to solve difficult problems if I try hard enough.</w:t>
      </w:r>
    </w:p>
    <w:p w14:paraId="223F370E" w14:textId="12AF5147" w:rsidR="00DE5959" w:rsidRDefault="00DE5959" w:rsidP="00DE5959">
      <w:pPr>
        <w:pStyle w:val="NormalWeb"/>
        <w:numPr>
          <w:ilvl w:val="0"/>
          <w:numId w:val="16"/>
        </w:numPr>
      </w:pPr>
      <w:r>
        <w:t>If someone opposes me, I can find means and ways to get what I want.</w:t>
      </w:r>
    </w:p>
    <w:p w14:paraId="6E2FCC5B" w14:textId="50443B22" w:rsidR="00DE5959" w:rsidRDefault="00DE5959" w:rsidP="00DE5959">
      <w:pPr>
        <w:pStyle w:val="NormalWeb"/>
        <w:numPr>
          <w:ilvl w:val="0"/>
          <w:numId w:val="16"/>
        </w:numPr>
      </w:pPr>
      <w:r>
        <w:t>It is easy for me to stick to my aims and accomplish my goals.</w:t>
      </w:r>
    </w:p>
    <w:p w14:paraId="3ABFA8B5" w14:textId="72D03C88" w:rsidR="00DE5959" w:rsidRDefault="00DE5959" w:rsidP="00DE5959">
      <w:pPr>
        <w:pStyle w:val="NormalWeb"/>
        <w:numPr>
          <w:ilvl w:val="0"/>
          <w:numId w:val="16"/>
        </w:numPr>
      </w:pPr>
      <w:r>
        <w:lastRenderedPageBreak/>
        <w:t>I am confident that I could deal efficiently with unexpected events.</w:t>
      </w:r>
    </w:p>
    <w:p w14:paraId="65B80616" w14:textId="08506B41" w:rsidR="00DE5959" w:rsidRDefault="00DE5959" w:rsidP="00DE5959">
      <w:pPr>
        <w:pStyle w:val="NormalWeb"/>
        <w:numPr>
          <w:ilvl w:val="0"/>
          <w:numId w:val="16"/>
        </w:numPr>
      </w:pPr>
      <w:r>
        <w:t>Thanks to my resourcefulness, I know how to handle unforeseen situations.</w:t>
      </w:r>
    </w:p>
    <w:p w14:paraId="5FCE6E21" w14:textId="6806BB58" w:rsidR="00DE5959" w:rsidRDefault="00DE5959" w:rsidP="00DE5959">
      <w:pPr>
        <w:pStyle w:val="NormalWeb"/>
        <w:numPr>
          <w:ilvl w:val="0"/>
          <w:numId w:val="16"/>
        </w:numPr>
      </w:pPr>
      <w:r>
        <w:t>I can solve most problems if I invest the necessary effort.</w:t>
      </w:r>
    </w:p>
    <w:p w14:paraId="0D63D6A9" w14:textId="72846C64" w:rsidR="00DE5959" w:rsidRDefault="00DE5959" w:rsidP="00DE5959">
      <w:pPr>
        <w:pStyle w:val="NormalWeb"/>
        <w:numPr>
          <w:ilvl w:val="0"/>
          <w:numId w:val="16"/>
        </w:numPr>
      </w:pPr>
      <w:r>
        <w:t>I can remain calm when facing difficulties because I can rely on my coping abilities.</w:t>
      </w:r>
    </w:p>
    <w:p w14:paraId="4A2ECFBC" w14:textId="56120464" w:rsidR="00DE5959" w:rsidRDefault="00DE5959" w:rsidP="00DE5959">
      <w:pPr>
        <w:pStyle w:val="NormalWeb"/>
        <w:numPr>
          <w:ilvl w:val="0"/>
          <w:numId w:val="16"/>
        </w:numPr>
      </w:pPr>
      <w:r>
        <w:t>When I am confronted with a problem, I can usually find several solutions.</w:t>
      </w:r>
    </w:p>
    <w:p w14:paraId="00E43DEF" w14:textId="700302FA" w:rsidR="00DE5959" w:rsidRDefault="00DE5959" w:rsidP="00DE5959">
      <w:pPr>
        <w:pStyle w:val="NormalWeb"/>
        <w:numPr>
          <w:ilvl w:val="0"/>
          <w:numId w:val="16"/>
        </w:numPr>
      </w:pPr>
      <w:r>
        <w:t>If I am in a bind, I can usually think of something to do.</w:t>
      </w:r>
    </w:p>
    <w:p w14:paraId="4F28BD1C" w14:textId="23540E04" w:rsidR="00DE5959" w:rsidRDefault="00DE5959" w:rsidP="00DE5959">
      <w:pPr>
        <w:pStyle w:val="NormalWeb"/>
        <w:numPr>
          <w:ilvl w:val="0"/>
          <w:numId w:val="16"/>
        </w:numPr>
      </w:pPr>
      <w:r>
        <w:t>No matter what comes my way, I’m usually able to handle it.</w:t>
      </w:r>
    </w:p>
    <w:p w14:paraId="11BB6804" w14:textId="77777777" w:rsidR="00DD6976" w:rsidRDefault="00DD6976">
      <w:pPr>
        <w:pStyle w:val="Titre2"/>
      </w:pPr>
    </w:p>
    <w:p w14:paraId="14007B3B" w14:textId="1F8386F0" w:rsidR="008B10CD" w:rsidRDefault="005453C5">
      <w:pPr>
        <w:pStyle w:val="Titre2"/>
      </w:pPr>
      <w:r>
        <w:t xml:space="preserve">Research and </w:t>
      </w:r>
      <w:r w:rsidR="00BF5C8F">
        <w:t>Y</w:t>
      </w:r>
      <w:r>
        <w:t>ou</w:t>
      </w:r>
    </w:p>
    <w:p w14:paraId="31FA87CB" w14:textId="1EC88F2B" w:rsidR="00E114EE" w:rsidRDefault="005453C5">
      <w:r w:rsidRPr="005453C5">
        <w:t>The following questions aim to assess your attitudes toward research. Please indicate your response on a scale from 1 (</w:t>
      </w:r>
      <w:r w:rsidRPr="005453C5">
        <w:rPr>
          <w:i/>
          <w:iCs/>
        </w:rPr>
        <w:t>strongly disagree</w:t>
      </w:r>
      <w:r w:rsidRPr="005453C5">
        <w:t>) to 5 (</w:t>
      </w:r>
      <w:r w:rsidRPr="005453C5">
        <w:rPr>
          <w:i/>
          <w:iCs/>
        </w:rPr>
        <w:t>strongly agree</w:t>
      </w:r>
      <w:r w:rsidRPr="005453C5">
        <w:t>)</w:t>
      </w:r>
      <w:r w:rsidR="00E114EE" w:rsidRPr="00E114EE">
        <w:t>.</w:t>
      </w:r>
    </w:p>
    <w:p w14:paraId="188AF07C" w14:textId="4515EDCE" w:rsidR="0023744A" w:rsidRPr="00545FDB" w:rsidRDefault="0023744A" w:rsidP="00545FDB">
      <w:pPr>
        <w:pStyle w:val="Paragraphedeliste"/>
        <w:numPr>
          <w:ilvl w:val="0"/>
          <w:numId w:val="16"/>
        </w:numPr>
        <w:rPr>
          <w:lang w:val="fr-FR"/>
        </w:rPr>
      </w:pPr>
      <w:r w:rsidRPr="00545FDB">
        <w:rPr>
          <w:lang w:val="fr-FR"/>
        </w:rPr>
        <w:t>Research is indispensable in my professional life.</w:t>
      </w:r>
    </w:p>
    <w:p w14:paraId="68D71229" w14:textId="4930D8B8" w:rsidR="0023744A" w:rsidRPr="00545FDB" w:rsidRDefault="0023744A" w:rsidP="00545FDB">
      <w:pPr>
        <w:pStyle w:val="Paragraphedeliste"/>
        <w:numPr>
          <w:ilvl w:val="0"/>
          <w:numId w:val="16"/>
        </w:numPr>
        <w:rPr>
          <w:lang w:val="fr-FR"/>
        </w:rPr>
      </w:pPr>
      <w:r w:rsidRPr="00545FDB">
        <w:rPr>
          <w:lang w:val="fr-FR"/>
        </w:rPr>
        <w:t>I enjoy studying current research results.</w:t>
      </w:r>
    </w:p>
    <w:p w14:paraId="1DE0AA01" w14:textId="71F6F863" w:rsidR="0023744A" w:rsidRPr="00545FDB" w:rsidRDefault="0023744A" w:rsidP="00545FDB">
      <w:pPr>
        <w:pStyle w:val="Paragraphedeliste"/>
        <w:numPr>
          <w:ilvl w:val="0"/>
          <w:numId w:val="16"/>
        </w:numPr>
        <w:rPr>
          <w:lang w:val="fr-FR"/>
        </w:rPr>
      </w:pPr>
      <w:r w:rsidRPr="00545FDB">
        <w:rPr>
          <w:lang w:val="fr-FR"/>
        </w:rPr>
        <w:t>I cannot think of life without research.</w:t>
      </w:r>
    </w:p>
    <w:p w14:paraId="4EE6AC8C" w14:textId="2AA3DD3C" w:rsidR="0023744A" w:rsidRPr="00545FDB" w:rsidRDefault="0023744A" w:rsidP="00545FDB">
      <w:pPr>
        <w:pStyle w:val="Paragraphedeliste"/>
        <w:numPr>
          <w:ilvl w:val="0"/>
          <w:numId w:val="16"/>
        </w:numPr>
        <w:rPr>
          <w:lang w:val="fr-FR"/>
        </w:rPr>
      </w:pPr>
      <w:r w:rsidRPr="00545FDB">
        <w:rPr>
          <w:lang w:val="fr-FR"/>
        </w:rPr>
        <w:t>I do not find research problems interesting</w:t>
      </w:r>
      <w:r w:rsidR="00545FDB" w:rsidRPr="00545FDB">
        <w:rPr>
          <w:lang w:val="fr-FR"/>
        </w:rPr>
        <w:t>.</w:t>
      </w:r>
    </w:p>
    <w:p w14:paraId="02765BF1" w14:textId="6B6B1698" w:rsidR="0023744A" w:rsidRPr="00545FDB" w:rsidRDefault="0023744A" w:rsidP="00545FDB">
      <w:pPr>
        <w:pStyle w:val="Paragraphedeliste"/>
        <w:numPr>
          <w:ilvl w:val="0"/>
          <w:numId w:val="16"/>
        </w:numPr>
        <w:rPr>
          <w:lang w:val="fr-FR"/>
        </w:rPr>
      </w:pPr>
      <w:r w:rsidRPr="00545FDB">
        <w:rPr>
          <w:lang w:val="fr-FR"/>
        </w:rPr>
        <w:t>I like doing research.</w:t>
      </w:r>
    </w:p>
    <w:p w14:paraId="11B1E14E" w14:textId="064EB038" w:rsidR="0023744A" w:rsidRPr="00545FDB" w:rsidRDefault="0023744A" w:rsidP="00545FDB">
      <w:pPr>
        <w:pStyle w:val="Paragraphedeliste"/>
        <w:numPr>
          <w:ilvl w:val="0"/>
          <w:numId w:val="16"/>
        </w:numPr>
        <w:rPr>
          <w:lang w:val="fr-FR"/>
        </w:rPr>
      </w:pPr>
      <w:r w:rsidRPr="00545FDB">
        <w:rPr>
          <w:lang w:val="fr-FR"/>
        </w:rPr>
        <w:t>Research boosts my career confidence.</w:t>
      </w:r>
    </w:p>
    <w:p w14:paraId="701D1C04" w14:textId="13CB1682" w:rsidR="0023744A" w:rsidRPr="00545FDB" w:rsidRDefault="0023744A" w:rsidP="00545FDB">
      <w:pPr>
        <w:pStyle w:val="Paragraphedeliste"/>
        <w:numPr>
          <w:ilvl w:val="0"/>
          <w:numId w:val="16"/>
        </w:numPr>
        <w:rPr>
          <w:lang w:val="fr-FR"/>
        </w:rPr>
      </w:pPr>
      <w:r w:rsidRPr="00545FDB">
        <w:rPr>
          <w:lang w:val="fr-FR"/>
        </w:rPr>
        <w:t>I do not think research will produce any results.</w:t>
      </w:r>
    </w:p>
    <w:p w14:paraId="27C8BC84" w14:textId="698AB644" w:rsidR="0023744A" w:rsidRPr="00545FDB" w:rsidRDefault="00545FDB" w:rsidP="00545FDB">
      <w:pPr>
        <w:pStyle w:val="Paragraphedeliste"/>
        <w:numPr>
          <w:ilvl w:val="0"/>
          <w:numId w:val="16"/>
        </w:numPr>
        <w:rPr>
          <w:lang w:val="fr-FR"/>
        </w:rPr>
      </w:pPr>
      <w:r w:rsidRPr="00545FDB">
        <w:rPr>
          <w:lang w:val="fr-FR"/>
        </w:rPr>
        <w:t>I</w:t>
      </w:r>
      <w:r w:rsidR="0023744A" w:rsidRPr="00545FDB">
        <w:rPr>
          <w:lang w:val="fr-FR"/>
        </w:rPr>
        <w:t xml:space="preserve"> like topical research.</w:t>
      </w:r>
    </w:p>
    <w:p w14:paraId="5AF4DF8E" w14:textId="62CB26AF" w:rsidR="0023744A" w:rsidRPr="00545FDB" w:rsidRDefault="0023744A" w:rsidP="00545FDB">
      <w:pPr>
        <w:pStyle w:val="Paragraphedeliste"/>
        <w:numPr>
          <w:ilvl w:val="0"/>
          <w:numId w:val="16"/>
        </w:numPr>
        <w:rPr>
          <w:lang w:val="fr-FR"/>
        </w:rPr>
      </w:pPr>
      <w:r w:rsidRPr="00545FDB">
        <w:rPr>
          <w:lang w:val="fr-FR"/>
        </w:rPr>
        <w:t>Research improves general knowledge.</w:t>
      </w:r>
    </w:p>
    <w:p w14:paraId="2CB98FAD" w14:textId="77777777" w:rsidR="00E114EE" w:rsidRDefault="00E114EE">
      <w:pPr>
        <w:pStyle w:val="Titre2"/>
      </w:pPr>
    </w:p>
    <w:p w14:paraId="34698373" w14:textId="294C7749" w:rsidR="0040661C" w:rsidRDefault="0040661C">
      <w:pPr>
        <w:rPr>
          <w:rFonts w:asciiTheme="majorHAnsi" w:eastAsiaTheme="majorEastAsia" w:hAnsiTheme="majorHAnsi" w:cstheme="majorBidi"/>
          <w:b/>
          <w:bCs/>
          <w:color w:val="4F81BD" w:themeColor="accent1"/>
          <w:sz w:val="26"/>
          <w:szCs w:val="26"/>
        </w:rPr>
      </w:pPr>
      <w:r w:rsidRPr="0040661C">
        <w:rPr>
          <w:rFonts w:asciiTheme="majorHAnsi" w:eastAsiaTheme="majorEastAsia" w:hAnsiTheme="majorHAnsi" w:cstheme="majorBidi"/>
          <w:b/>
          <w:bCs/>
          <w:color w:val="4F81BD" w:themeColor="accent1"/>
          <w:sz w:val="26"/>
          <w:szCs w:val="26"/>
        </w:rPr>
        <w:t>Importance Attached to Work</w:t>
      </w:r>
      <w:r>
        <w:rPr>
          <w:rFonts w:asciiTheme="majorHAnsi" w:eastAsiaTheme="majorEastAsia" w:hAnsiTheme="majorHAnsi" w:cstheme="majorBidi"/>
          <w:b/>
          <w:bCs/>
          <w:color w:val="4F81BD" w:themeColor="accent1"/>
          <w:sz w:val="26"/>
          <w:szCs w:val="26"/>
        </w:rPr>
        <w:t xml:space="preserve"> (</w:t>
      </w:r>
      <w:r w:rsidR="00BF5C8F">
        <w:rPr>
          <w:rFonts w:asciiTheme="majorHAnsi" w:eastAsiaTheme="majorEastAsia" w:hAnsiTheme="majorHAnsi" w:cstheme="majorBidi"/>
          <w:b/>
          <w:bCs/>
          <w:color w:val="4F81BD" w:themeColor="accent1"/>
          <w:sz w:val="26"/>
          <w:szCs w:val="26"/>
        </w:rPr>
        <w:t>W</w:t>
      </w:r>
      <w:r>
        <w:rPr>
          <w:rFonts w:asciiTheme="majorHAnsi" w:eastAsiaTheme="majorEastAsia" w:hAnsiTheme="majorHAnsi" w:cstheme="majorBidi"/>
          <w:b/>
          <w:bCs/>
          <w:color w:val="4F81BD" w:themeColor="accent1"/>
          <w:sz w:val="26"/>
          <w:szCs w:val="26"/>
        </w:rPr>
        <w:t xml:space="preserve">ork </w:t>
      </w:r>
      <w:r w:rsidR="00BF5C8F">
        <w:rPr>
          <w:rFonts w:asciiTheme="majorHAnsi" w:eastAsiaTheme="majorEastAsia" w:hAnsiTheme="majorHAnsi" w:cstheme="majorBidi"/>
          <w:b/>
          <w:bCs/>
          <w:color w:val="4F81BD" w:themeColor="accent1"/>
          <w:sz w:val="26"/>
          <w:szCs w:val="26"/>
        </w:rPr>
        <w:t>C</w:t>
      </w:r>
      <w:r>
        <w:rPr>
          <w:rFonts w:asciiTheme="majorHAnsi" w:eastAsiaTheme="majorEastAsia" w:hAnsiTheme="majorHAnsi" w:cstheme="majorBidi"/>
          <w:b/>
          <w:bCs/>
          <w:color w:val="4F81BD" w:themeColor="accent1"/>
          <w:sz w:val="26"/>
          <w:szCs w:val="26"/>
        </w:rPr>
        <w:t>entrality)</w:t>
      </w:r>
    </w:p>
    <w:p w14:paraId="2C6831C0" w14:textId="77777777" w:rsidR="0040661C" w:rsidRPr="0040661C" w:rsidRDefault="0040661C" w:rsidP="0040661C">
      <w:pPr>
        <w:spacing w:before="100" w:beforeAutospacing="1" w:after="100" w:afterAutospacing="1" w:line="240" w:lineRule="auto"/>
        <w:rPr>
          <w:rFonts w:ascii="Times New Roman" w:eastAsia="Times New Roman" w:hAnsi="Times New Roman" w:cs="Times New Roman"/>
          <w:sz w:val="24"/>
          <w:szCs w:val="24"/>
          <w:lang w:val="fr-FR" w:eastAsia="fr-FR"/>
        </w:rPr>
      </w:pPr>
      <w:r w:rsidRPr="0040661C">
        <w:rPr>
          <w:rFonts w:ascii="Times New Roman" w:eastAsia="Times New Roman" w:hAnsi="Times New Roman" w:cs="Times New Roman"/>
          <w:sz w:val="24"/>
          <w:szCs w:val="24"/>
          <w:lang w:val="fr-FR" w:eastAsia="fr-FR"/>
        </w:rPr>
        <w:t>The following statements relate to what you would like for your future professional life. For each statement, please indicate your level of agreement on a scale from 1 (</w:t>
      </w:r>
      <w:r w:rsidRPr="0040661C">
        <w:rPr>
          <w:rFonts w:ascii="Times New Roman" w:eastAsia="Times New Roman" w:hAnsi="Times New Roman" w:cs="Times New Roman"/>
          <w:i/>
          <w:iCs/>
          <w:sz w:val="24"/>
          <w:szCs w:val="24"/>
          <w:lang w:val="fr-FR" w:eastAsia="fr-FR"/>
        </w:rPr>
        <w:t>strongly disagree</w:t>
      </w:r>
      <w:r w:rsidRPr="0040661C">
        <w:rPr>
          <w:rFonts w:ascii="Times New Roman" w:eastAsia="Times New Roman" w:hAnsi="Times New Roman" w:cs="Times New Roman"/>
          <w:sz w:val="24"/>
          <w:szCs w:val="24"/>
          <w:lang w:val="fr-FR" w:eastAsia="fr-FR"/>
        </w:rPr>
        <w:t>) to 5 (</w:t>
      </w:r>
      <w:r w:rsidRPr="0040661C">
        <w:rPr>
          <w:rFonts w:ascii="Times New Roman" w:eastAsia="Times New Roman" w:hAnsi="Times New Roman" w:cs="Times New Roman"/>
          <w:i/>
          <w:iCs/>
          <w:sz w:val="24"/>
          <w:szCs w:val="24"/>
          <w:lang w:val="fr-FR" w:eastAsia="fr-FR"/>
        </w:rPr>
        <w:t>strongly agree</w:t>
      </w:r>
      <w:r w:rsidRPr="0040661C">
        <w:rPr>
          <w:rFonts w:ascii="Times New Roman" w:eastAsia="Times New Roman" w:hAnsi="Times New Roman" w:cs="Times New Roman"/>
          <w:sz w:val="24"/>
          <w:szCs w:val="24"/>
          <w:lang w:val="fr-FR" w:eastAsia="fr-FR"/>
        </w:rPr>
        <w:t>).</w:t>
      </w:r>
    </w:p>
    <w:p w14:paraId="725C2217" w14:textId="77777777" w:rsidR="0040661C" w:rsidRPr="0040661C" w:rsidRDefault="0040661C" w:rsidP="00E114EE">
      <w:pPr>
        <w:pStyle w:val="Paragraphedeliste"/>
        <w:numPr>
          <w:ilvl w:val="0"/>
          <w:numId w:val="16"/>
        </w:numPr>
        <w:rPr>
          <w:lang w:val="fr-FR"/>
        </w:rPr>
      </w:pPr>
      <w:r w:rsidRPr="0040661C">
        <w:rPr>
          <w:lang w:val="fr-FR"/>
        </w:rPr>
        <w:t>I want my work to provide me with satisfaction and a sense of fulfillment, as I intend to devote a large part of my time to it.</w:t>
      </w:r>
    </w:p>
    <w:p w14:paraId="04D2F9C8" w14:textId="0575D6D0" w:rsidR="0040661C" w:rsidRPr="0040661C" w:rsidRDefault="0040661C" w:rsidP="00E114EE">
      <w:pPr>
        <w:pStyle w:val="Paragraphedeliste"/>
        <w:numPr>
          <w:ilvl w:val="0"/>
          <w:numId w:val="16"/>
        </w:numPr>
        <w:rPr>
          <w:lang w:val="fr-FR"/>
        </w:rPr>
      </w:pPr>
      <w:r w:rsidRPr="0040661C">
        <w:rPr>
          <w:lang w:val="fr-FR"/>
        </w:rPr>
        <w:t xml:space="preserve">I feel that my sense of </w:t>
      </w:r>
      <w:r w:rsidR="00C15E4A">
        <w:rPr>
          <w:lang w:val="fr-FR"/>
        </w:rPr>
        <w:t>self-</w:t>
      </w:r>
      <w:r w:rsidRPr="0040661C">
        <w:rPr>
          <w:lang w:val="fr-FR"/>
        </w:rPr>
        <w:t xml:space="preserve">worth will come </w:t>
      </w:r>
      <w:r w:rsidR="00C15E4A">
        <w:rPr>
          <w:lang w:val="fr-FR"/>
        </w:rPr>
        <w:t>from</w:t>
      </w:r>
      <w:r w:rsidRPr="0040661C">
        <w:rPr>
          <w:lang w:val="fr-FR"/>
        </w:rPr>
        <w:t xml:space="preserve"> my work and the strength of my commitment</w:t>
      </w:r>
      <w:r w:rsidRPr="0040661C">
        <w:rPr>
          <w:lang w:val="fr-FR"/>
        </w:rPr>
        <w:t xml:space="preserve"> </w:t>
      </w:r>
    </w:p>
    <w:p w14:paraId="1192F7CB" w14:textId="77777777" w:rsidR="0040661C" w:rsidRPr="0040661C" w:rsidRDefault="0040661C" w:rsidP="0040661C">
      <w:pPr>
        <w:pStyle w:val="Paragraphedeliste"/>
        <w:numPr>
          <w:ilvl w:val="0"/>
          <w:numId w:val="16"/>
        </w:numPr>
        <w:rPr>
          <w:lang w:val="fr-FR"/>
        </w:rPr>
      </w:pPr>
      <w:r w:rsidRPr="0040661C">
        <w:rPr>
          <w:lang w:val="fr-FR"/>
        </w:rPr>
        <w:t>In the future, even if I did not need money, I cannot imagine myself not working.</w:t>
      </w:r>
    </w:p>
    <w:p w14:paraId="74EF10C7" w14:textId="77777777" w:rsidR="0040661C" w:rsidRPr="0040661C" w:rsidRDefault="0040661C" w:rsidP="00E114EE">
      <w:pPr>
        <w:pStyle w:val="Paragraphedeliste"/>
        <w:numPr>
          <w:ilvl w:val="0"/>
          <w:numId w:val="16"/>
        </w:numPr>
        <w:rPr>
          <w:lang w:val="fr-FR"/>
        </w:rPr>
      </w:pPr>
      <w:r w:rsidRPr="0040661C">
        <w:rPr>
          <w:lang w:val="fr-FR"/>
        </w:rPr>
        <w:t>I desire for my work to shape my identity and radiate into all areas of my life</w:t>
      </w:r>
      <w:r w:rsidRPr="0040661C">
        <w:rPr>
          <w:lang w:val="fr-FR"/>
        </w:rPr>
        <w:t xml:space="preserve"> </w:t>
      </w:r>
    </w:p>
    <w:p w14:paraId="47014F22" w14:textId="284333A9" w:rsidR="00E114EE" w:rsidRPr="00E114EE" w:rsidRDefault="0040661C" w:rsidP="00E114EE">
      <w:pPr>
        <w:pStyle w:val="Paragraphedeliste"/>
        <w:numPr>
          <w:ilvl w:val="0"/>
          <w:numId w:val="16"/>
        </w:numPr>
        <w:rPr>
          <w:lang w:val="fr-FR"/>
        </w:rPr>
      </w:pPr>
      <w:r w:rsidRPr="0040661C">
        <w:rPr>
          <w:lang w:val="fr-FR"/>
        </w:rPr>
        <w:t>I hope that work will remain central in my life.</w:t>
      </w:r>
    </w:p>
    <w:p w14:paraId="68F8B4BE" w14:textId="77777777" w:rsidR="0040661C" w:rsidRPr="0040661C" w:rsidRDefault="0040661C" w:rsidP="0040661C"/>
    <w:p w14:paraId="614BEFA5" w14:textId="298BB665" w:rsidR="008B10CD" w:rsidRDefault="0040661C">
      <w:pPr>
        <w:pStyle w:val="Titre2"/>
      </w:pPr>
      <w:r w:rsidRPr="0040661C">
        <w:lastRenderedPageBreak/>
        <w:t>Perception of Mentoring</w:t>
      </w:r>
    </w:p>
    <w:p w14:paraId="5FE18CF6" w14:textId="77777777" w:rsidR="0040661C" w:rsidRPr="0040661C" w:rsidRDefault="0040661C" w:rsidP="0040661C">
      <w:pPr>
        <w:spacing w:before="100" w:beforeAutospacing="1" w:after="100" w:afterAutospacing="1" w:line="240" w:lineRule="auto"/>
        <w:rPr>
          <w:rFonts w:ascii="Times New Roman" w:eastAsia="Times New Roman" w:hAnsi="Times New Roman" w:cs="Times New Roman"/>
          <w:sz w:val="24"/>
          <w:szCs w:val="24"/>
          <w:lang w:val="fr-FR" w:eastAsia="fr-FR"/>
        </w:rPr>
      </w:pPr>
      <w:r w:rsidRPr="0040661C">
        <w:rPr>
          <w:rFonts w:ascii="Times New Roman" w:eastAsia="Times New Roman" w:hAnsi="Times New Roman" w:cs="Times New Roman"/>
          <w:sz w:val="24"/>
          <w:szCs w:val="24"/>
          <w:lang w:val="fr-FR" w:eastAsia="fr-FR"/>
        </w:rPr>
        <w:t>In your professional environment, do you have a mentor (a knowledgeable and experienced guide or advisor, someone you particularly respect, whom you can take as a role model, and/or who provides you with expertise and experience)?</w:t>
      </w:r>
      <w:r w:rsidRPr="0040661C">
        <w:rPr>
          <w:rFonts w:ascii="Times New Roman" w:eastAsia="Times New Roman" w:hAnsi="Times New Roman" w:cs="Times New Roman"/>
          <w:sz w:val="24"/>
          <w:szCs w:val="24"/>
          <w:lang w:val="fr-FR" w:eastAsia="fr-FR"/>
        </w:rPr>
        <w:br/>
        <w:t>[YES / NO]</w:t>
      </w:r>
    </w:p>
    <w:p w14:paraId="6AE9B632" w14:textId="77777777" w:rsidR="0040661C" w:rsidRPr="0040661C" w:rsidRDefault="0040661C" w:rsidP="0040661C">
      <w:pPr>
        <w:spacing w:before="100" w:beforeAutospacing="1" w:after="100" w:afterAutospacing="1" w:line="240" w:lineRule="auto"/>
        <w:rPr>
          <w:rFonts w:ascii="Times New Roman" w:eastAsia="Times New Roman" w:hAnsi="Times New Roman" w:cs="Times New Roman"/>
          <w:sz w:val="24"/>
          <w:szCs w:val="24"/>
          <w:lang w:val="fr-FR" w:eastAsia="fr-FR"/>
        </w:rPr>
      </w:pPr>
      <w:r w:rsidRPr="0040661C">
        <w:rPr>
          <w:rFonts w:ascii="Times New Roman" w:eastAsia="Times New Roman" w:hAnsi="Times New Roman" w:cs="Times New Roman"/>
          <w:sz w:val="24"/>
          <w:szCs w:val="24"/>
          <w:lang w:val="fr-FR" w:eastAsia="fr-FR"/>
        </w:rPr>
        <w:t>Mentor’s status:</w:t>
      </w:r>
      <w:r w:rsidRPr="0040661C">
        <w:rPr>
          <w:rFonts w:ascii="Times New Roman" w:eastAsia="Times New Roman" w:hAnsi="Times New Roman" w:cs="Times New Roman"/>
          <w:sz w:val="24"/>
          <w:szCs w:val="24"/>
          <w:lang w:val="fr-FR" w:eastAsia="fr-FR"/>
        </w:rPr>
        <w:br/>
        <w:t>Academic hospital physician (assistant professor / full professor) or other</w:t>
      </w:r>
      <w:r w:rsidRPr="0040661C">
        <w:rPr>
          <w:rFonts w:ascii="Times New Roman" w:eastAsia="Times New Roman" w:hAnsi="Times New Roman" w:cs="Times New Roman"/>
          <w:sz w:val="24"/>
          <w:szCs w:val="24"/>
          <w:lang w:val="fr-FR" w:eastAsia="fr-FR"/>
        </w:rPr>
        <w:br/>
        <w:t>(equivalent to MCU-PH / PU-PH in the French system)</w:t>
      </w:r>
    </w:p>
    <w:p w14:paraId="3BE609AA" w14:textId="77777777" w:rsidR="00B14751" w:rsidRPr="0040661C" w:rsidRDefault="00B14751" w:rsidP="0040661C">
      <w:pPr>
        <w:spacing w:before="100" w:beforeAutospacing="1" w:after="100" w:afterAutospacing="1" w:line="240" w:lineRule="auto"/>
        <w:rPr>
          <w:rFonts w:ascii="Times New Roman" w:eastAsia="Times New Roman" w:hAnsi="Times New Roman" w:cs="Times New Roman"/>
          <w:sz w:val="24"/>
          <w:szCs w:val="24"/>
          <w:lang w:val="fr-FR" w:eastAsia="fr-FR"/>
        </w:rPr>
      </w:pPr>
    </w:p>
    <w:p w14:paraId="7484B6EA" w14:textId="77777777" w:rsidR="0040661C" w:rsidRPr="0040661C" w:rsidRDefault="0040661C" w:rsidP="0040661C">
      <w:pPr>
        <w:pStyle w:val="Titre2"/>
        <w:rPr>
          <w:lang w:val="fr-FR"/>
        </w:rPr>
      </w:pPr>
      <w:r w:rsidRPr="0040661C">
        <w:rPr>
          <w:lang w:val="fr-FR"/>
        </w:rPr>
        <w:t>Conclusion</w:t>
      </w:r>
    </w:p>
    <w:p w14:paraId="226A2DCA" w14:textId="77777777" w:rsidR="0040661C" w:rsidRPr="0040661C" w:rsidRDefault="0040661C" w:rsidP="0040661C">
      <w:pPr>
        <w:spacing w:before="100" w:beforeAutospacing="1" w:after="100" w:afterAutospacing="1" w:line="240" w:lineRule="auto"/>
        <w:rPr>
          <w:rFonts w:ascii="Times New Roman" w:eastAsia="Times New Roman" w:hAnsi="Times New Roman" w:cs="Times New Roman"/>
          <w:sz w:val="24"/>
          <w:szCs w:val="24"/>
          <w:lang w:val="fr-FR" w:eastAsia="fr-FR"/>
        </w:rPr>
      </w:pPr>
      <w:r w:rsidRPr="0040661C">
        <w:rPr>
          <w:rFonts w:ascii="Times New Roman" w:eastAsia="Times New Roman" w:hAnsi="Times New Roman" w:cs="Times New Roman"/>
          <w:sz w:val="24"/>
          <w:szCs w:val="24"/>
          <w:lang w:val="fr-FR" w:eastAsia="fr-FR"/>
        </w:rPr>
        <w:t>Do you think that an academic hospital career is accessible to everyone?</w:t>
      </w:r>
      <w:r w:rsidRPr="0040661C">
        <w:rPr>
          <w:rFonts w:ascii="Times New Roman" w:eastAsia="Times New Roman" w:hAnsi="Times New Roman" w:cs="Times New Roman"/>
          <w:sz w:val="24"/>
          <w:szCs w:val="24"/>
          <w:lang w:val="fr-FR" w:eastAsia="fr-FR"/>
        </w:rPr>
        <w:br/>
        <w:t>(Yes / No)</w:t>
      </w:r>
    </w:p>
    <w:p w14:paraId="27EC1FEE" w14:textId="1DDFA79D" w:rsidR="008B10CD" w:rsidRPr="0040661C" w:rsidRDefault="0040661C" w:rsidP="0040661C">
      <w:pPr>
        <w:spacing w:before="100" w:beforeAutospacing="1" w:after="100" w:afterAutospacing="1" w:line="240" w:lineRule="auto"/>
        <w:rPr>
          <w:rFonts w:ascii="Times New Roman" w:eastAsia="Times New Roman" w:hAnsi="Times New Roman" w:cs="Times New Roman"/>
          <w:sz w:val="24"/>
          <w:szCs w:val="24"/>
          <w:lang w:val="fr-FR" w:eastAsia="fr-FR"/>
        </w:rPr>
      </w:pPr>
      <w:r w:rsidRPr="0040661C">
        <w:rPr>
          <w:rFonts w:ascii="Times New Roman" w:eastAsia="Times New Roman" w:hAnsi="Times New Roman" w:cs="Times New Roman"/>
          <w:sz w:val="24"/>
          <w:szCs w:val="24"/>
          <w:lang w:val="fr-FR" w:eastAsia="fr-FR"/>
        </w:rPr>
        <w:t>Why?</w:t>
      </w:r>
      <w:r w:rsidRPr="0040661C">
        <w:rPr>
          <w:rFonts w:ascii="Times New Roman" w:eastAsia="Times New Roman" w:hAnsi="Times New Roman" w:cs="Times New Roman"/>
          <w:sz w:val="24"/>
          <w:szCs w:val="24"/>
          <w:lang w:val="fr-FR" w:eastAsia="fr-FR"/>
        </w:rPr>
        <w:br/>
        <w:t>(Open-ended response)</w:t>
      </w:r>
    </w:p>
    <w:sectPr w:rsidR="008B10CD" w:rsidRPr="0040661C"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C0F65" w14:textId="77777777" w:rsidR="00D35B06" w:rsidRDefault="00D35B06" w:rsidP="00793516">
      <w:pPr>
        <w:spacing w:after="0" w:line="240" w:lineRule="auto"/>
      </w:pPr>
      <w:r>
        <w:separator/>
      </w:r>
    </w:p>
  </w:endnote>
  <w:endnote w:type="continuationSeparator" w:id="0">
    <w:p w14:paraId="769978A0" w14:textId="77777777" w:rsidR="00D35B06" w:rsidRDefault="00D35B06" w:rsidP="00793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3750942"/>
      <w:docPartObj>
        <w:docPartGallery w:val="Page Numbers (Bottom of Page)"/>
        <w:docPartUnique/>
      </w:docPartObj>
    </w:sdtPr>
    <w:sdtContent>
      <w:p w14:paraId="448BA46D" w14:textId="76619070" w:rsidR="00793516" w:rsidRDefault="00793516">
        <w:pPr>
          <w:pStyle w:val="Pieddepage"/>
          <w:jc w:val="right"/>
        </w:pPr>
        <w:r>
          <w:fldChar w:fldCharType="begin"/>
        </w:r>
        <w:r>
          <w:instrText>PAGE   \* MERGEFORMAT</w:instrText>
        </w:r>
        <w:r>
          <w:fldChar w:fldCharType="separate"/>
        </w:r>
        <w:r>
          <w:rPr>
            <w:lang w:val="fr-FR"/>
          </w:rPr>
          <w:t>2</w:t>
        </w:r>
        <w:r>
          <w:fldChar w:fldCharType="end"/>
        </w:r>
      </w:p>
    </w:sdtContent>
  </w:sdt>
  <w:p w14:paraId="1199F321" w14:textId="77777777" w:rsidR="00793516" w:rsidRDefault="007935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C11BE" w14:textId="77777777" w:rsidR="00D35B06" w:rsidRDefault="00D35B06" w:rsidP="00793516">
      <w:pPr>
        <w:spacing w:after="0" w:line="240" w:lineRule="auto"/>
      </w:pPr>
      <w:r>
        <w:separator/>
      </w:r>
    </w:p>
  </w:footnote>
  <w:footnote w:type="continuationSeparator" w:id="0">
    <w:p w14:paraId="4A95DE06" w14:textId="77777777" w:rsidR="00D35B06" w:rsidRDefault="00D35B06" w:rsidP="00793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9F64F28"/>
    <w:multiLevelType w:val="hybridMultilevel"/>
    <w:tmpl w:val="DB8070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A6D4469"/>
    <w:multiLevelType w:val="hybridMultilevel"/>
    <w:tmpl w:val="6F8E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2544370"/>
    <w:multiLevelType w:val="hybridMultilevel"/>
    <w:tmpl w:val="AE5CA0CC"/>
    <w:lvl w:ilvl="0" w:tplc="3444A23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276651B"/>
    <w:multiLevelType w:val="multilevel"/>
    <w:tmpl w:val="F1A4E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C34C63"/>
    <w:multiLevelType w:val="hybridMultilevel"/>
    <w:tmpl w:val="5E0C6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B677EF"/>
    <w:multiLevelType w:val="hybridMultilevel"/>
    <w:tmpl w:val="221ACB9C"/>
    <w:lvl w:ilvl="0" w:tplc="C6B6B986">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C291E48"/>
    <w:multiLevelType w:val="hybridMultilevel"/>
    <w:tmpl w:val="BC881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B80F95"/>
    <w:multiLevelType w:val="multilevel"/>
    <w:tmpl w:val="0C72A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8E0C2A"/>
    <w:multiLevelType w:val="hybridMultilevel"/>
    <w:tmpl w:val="FE7C7AEE"/>
    <w:lvl w:ilvl="0" w:tplc="D338C36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665054">
    <w:abstractNumId w:val="8"/>
  </w:num>
  <w:num w:numId="2" w16cid:durableId="188225219">
    <w:abstractNumId w:val="6"/>
  </w:num>
  <w:num w:numId="3" w16cid:durableId="1569682388">
    <w:abstractNumId w:val="5"/>
  </w:num>
  <w:num w:numId="4" w16cid:durableId="2139371322">
    <w:abstractNumId w:val="4"/>
  </w:num>
  <w:num w:numId="5" w16cid:durableId="984821436">
    <w:abstractNumId w:val="7"/>
  </w:num>
  <w:num w:numId="6" w16cid:durableId="449472660">
    <w:abstractNumId w:val="3"/>
  </w:num>
  <w:num w:numId="7" w16cid:durableId="2145811391">
    <w:abstractNumId w:val="2"/>
  </w:num>
  <w:num w:numId="8" w16cid:durableId="1063719147">
    <w:abstractNumId w:val="1"/>
  </w:num>
  <w:num w:numId="9" w16cid:durableId="1658727365">
    <w:abstractNumId w:val="0"/>
  </w:num>
  <w:num w:numId="10" w16cid:durableId="260601407">
    <w:abstractNumId w:val="16"/>
  </w:num>
  <w:num w:numId="11" w16cid:durableId="1076976516">
    <w:abstractNumId w:val="10"/>
  </w:num>
  <w:num w:numId="12" w16cid:durableId="1820880798">
    <w:abstractNumId w:val="13"/>
  </w:num>
  <w:num w:numId="13" w16cid:durableId="453444554">
    <w:abstractNumId w:val="11"/>
  </w:num>
  <w:num w:numId="14" w16cid:durableId="631667689">
    <w:abstractNumId w:val="17"/>
  </w:num>
  <w:num w:numId="15" w16cid:durableId="1110972289">
    <w:abstractNumId w:val="15"/>
  </w:num>
  <w:num w:numId="16" w16cid:durableId="1277759552">
    <w:abstractNumId w:val="14"/>
  </w:num>
  <w:num w:numId="17" w16cid:durableId="1630012330">
    <w:abstractNumId w:val="12"/>
  </w:num>
  <w:num w:numId="18" w16cid:durableId="16921491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ABC"/>
    <w:rsid w:val="0010665F"/>
    <w:rsid w:val="0015074B"/>
    <w:rsid w:val="00227A02"/>
    <w:rsid w:val="0023744A"/>
    <w:rsid w:val="0029639D"/>
    <w:rsid w:val="00326F90"/>
    <w:rsid w:val="0040661C"/>
    <w:rsid w:val="0043654E"/>
    <w:rsid w:val="00493FE0"/>
    <w:rsid w:val="004E572A"/>
    <w:rsid w:val="005453C5"/>
    <w:rsid w:val="00545FDB"/>
    <w:rsid w:val="005B6D87"/>
    <w:rsid w:val="0063149B"/>
    <w:rsid w:val="007478FC"/>
    <w:rsid w:val="00793516"/>
    <w:rsid w:val="007B1AC9"/>
    <w:rsid w:val="008B10CD"/>
    <w:rsid w:val="00AA1D8D"/>
    <w:rsid w:val="00B14751"/>
    <w:rsid w:val="00B15ACD"/>
    <w:rsid w:val="00B43D3E"/>
    <w:rsid w:val="00B47730"/>
    <w:rsid w:val="00B70124"/>
    <w:rsid w:val="00BF5C8F"/>
    <w:rsid w:val="00C154EF"/>
    <w:rsid w:val="00C15E4A"/>
    <w:rsid w:val="00CB0664"/>
    <w:rsid w:val="00D35B06"/>
    <w:rsid w:val="00DD6976"/>
    <w:rsid w:val="00DE5959"/>
    <w:rsid w:val="00E114EE"/>
    <w:rsid w:val="00EC3E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3F402"/>
  <w14:defaultImageDpi w14:val="300"/>
  <w15:docId w15:val="{24B53D1F-DF42-4975-8FED-D08B398A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7012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docdata">
    <w:name w:val="docdata"/>
    <w:aliases w:val="docy,v5,6657,bqiaagaaeyqcaaagiaiaaanogqaabxyzaaaaaaaaaaaaaaaaaaaaaaaaaaaaaaaaaaaaaaaaaaaaaaaaaaaaaaaaaaaaaaaaaaaaaaaaaaaaaaaaaaaaaaaaaaaaaaaaaaaaaaaaaaaaaaaaaaaaaaaaaaaaaaaaaaaaaaaaaaaaaaaaaaaaaaaaaaaaaaaaaaaaaaaaaaaaaaaaaaaaaaaaaaaaaaaaaaaaaaaa"/>
    <w:basedOn w:val="Normal"/>
    <w:rsid w:val="0023744A"/>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8581">
      <w:bodyDiv w:val="1"/>
      <w:marLeft w:val="0"/>
      <w:marRight w:val="0"/>
      <w:marTop w:val="0"/>
      <w:marBottom w:val="0"/>
      <w:divBdr>
        <w:top w:val="none" w:sz="0" w:space="0" w:color="auto"/>
        <w:left w:val="none" w:sz="0" w:space="0" w:color="auto"/>
        <w:bottom w:val="none" w:sz="0" w:space="0" w:color="auto"/>
        <w:right w:val="none" w:sz="0" w:space="0" w:color="auto"/>
      </w:divBdr>
    </w:div>
    <w:div w:id="104933942">
      <w:bodyDiv w:val="1"/>
      <w:marLeft w:val="0"/>
      <w:marRight w:val="0"/>
      <w:marTop w:val="0"/>
      <w:marBottom w:val="0"/>
      <w:divBdr>
        <w:top w:val="none" w:sz="0" w:space="0" w:color="auto"/>
        <w:left w:val="none" w:sz="0" w:space="0" w:color="auto"/>
        <w:bottom w:val="none" w:sz="0" w:space="0" w:color="auto"/>
        <w:right w:val="none" w:sz="0" w:space="0" w:color="auto"/>
      </w:divBdr>
    </w:div>
    <w:div w:id="134110307">
      <w:bodyDiv w:val="1"/>
      <w:marLeft w:val="0"/>
      <w:marRight w:val="0"/>
      <w:marTop w:val="0"/>
      <w:marBottom w:val="0"/>
      <w:divBdr>
        <w:top w:val="none" w:sz="0" w:space="0" w:color="auto"/>
        <w:left w:val="none" w:sz="0" w:space="0" w:color="auto"/>
        <w:bottom w:val="none" w:sz="0" w:space="0" w:color="auto"/>
        <w:right w:val="none" w:sz="0" w:space="0" w:color="auto"/>
      </w:divBdr>
    </w:div>
    <w:div w:id="209417000">
      <w:bodyDiv w:val="1"/>
      <w:marLeft w:val="0"/>
      <w:marRight w:val="0"/>
      <w:marTop w:val="0"/>
      <w:marBottom w:val="0"/>
      <w:divBdr>
        <w:top w:val="none" w:sz="0" w:space="0" w:color="auto"/>
        <w:left w:val="none" w:sz="0" w:space="0" w:color="auto"/>
        <w:bottom w:val="none" w:sz="0" w:space="0" w:color="auto"/>
        <w:right w:val="none" w:sz="0" w:space="0" w:color="auto"/>
      </w:divBdr>
    </w:div>
    <w:div w:id="240674836">
      <w:bodyDiv w:val="1"/>
      <w:marLeft w:val="0"/>
      <w:marRight w:val="0"/>
      <w:marTop w:val="0"/>
      <w:marBottom w:val="0"/>
      <w:divBdr>
        <w:top w:val="none" w:sz="0" w:space="0" w:color="auto"/>
        <w:left w:val="none" w:sz="0" w:space="0" w:color="auto"/>
        <w:bottom w:val="none" w:sz="0" w:space="0" w:color="auto"/>
        <w:right w:val="none" w:sz="0" w:space="0" w:color="auto"/>
      </w:divBdr>
    </w:div>
    <w:div w:id="244463422">
      <w:bodyDiv w:val="1"/>
      <w:marLeft w:val="0"/>
      <w:marRight w:val="0"/>
      <w:marTop w:val="0"/>
      <w:marBottom w:val="0"/>
      <w:divBdr>
        <w:top w:val="none" w:sz="0" w:space="0" w:color="auto"/>
        <w:left w:val="none" w:sz="0" w:space="0" w:color="auto"/>
        <w:bottom w:val="none" w:sz="0" w:space="0" w:color="auto"/>
        <w:right w:val="none" w:sz="0" w:space="0" w:color="auto"/>
      </w:divBdr>
    </w:div>
    <w:div w:id="286006014">
      <w:bodyDiv w:val="1"/>
      <w:marLeft w:val="0"/>
      <w:marRight w:val="0"/>
      <w:marTop w:val="0"/>
      <w:marBottom w:val="0"/>
      <w:divBdr>
        <w:top w:val="none" w:sz="0" w:space="0" w:color="auto"/>
        <w:left w:val="none" w:sz="0" w:space="0" w:color="auto"/>
        <w:bottom w:val="none" w:sz="0" w:space="0" w:color="auto"/>
        <w:right w:val="none" w:sz="0" w:space="0" w:color="auto"/>
      </w:divBdr>
    </w:div>
    <w:div w:id="321786192">
      <w:bodyDiv w:val="1"/>
      <w:marLeft w:val="0"/>
      <w:marRight w:val="0"/>
      <w:marTop w:val="0"/>
      <w:marBottom w:val="0"/>
      <w:divBdr>
        <w:top w:val="none" w:sz="0" w:space="0" w:color="auto"/>
        <w:left w:val="none" w:sz="0" w:space="0" w:color="auto"/>
        <w:bottom w:val="none" w:sz="0" w:space="0" w:color="auto"/>
        <w:right w:val="none" w:sz="0" w:space="0" w:color="auto"/>
      </w:divBdr>
    </w:div>
    <w:div w:id="591276257">
      <w:bodyDiv w:val="1"/>
      <w:marLeft w:val="0"/>
      <w:marRight w:val="0"/>
      <w:marTop w:val="0"/>
      <w:marBottom w:val="0"/>
      <w:divBdr>
        <w:top w:val="none" w:sz="0" w:space="0" w:color="auto"/>
        <w:left w:val="none" w:sz="0" w:space="0" w:color="auto"/>
        <w:bottom w:val="none" w:sz="0" w:space="0" w:color="auto"/>
        <w:right w:val="none" w:sz="0" w:space="0" w:color="auto"/>
      </w:divBdr>
    </w:div>
    <w:div w:id="709456195">
      <w:bodyDiv w:val="1"/>
      <w:marLeft w:val="0"/>
      <w:marRight w:val="0"/>
      <w:marTop w:val="0"/>
      <w:marBottom w:val="0"/>
      <w:divBdr>
        <w:top w:val="none" w:sz="0" w:space="0" w:color="auto"/>
        <w:left w:val="none" w:sz="0" w:space="0" w:color="auto"/>
        <w:bottom w:val="none" w:sz="0" w:space="0" w:color="auto"/>
        <w:right w:val="none" w:sz="0" w:space="0" w:color="auto"/>
      </w:divBdr>
    </w:div>
    <w:div w:id="797798204">
      <w:bodyDiv w:val="1"/>
      <w:marLeft w:val="0"/>
      <w:marRight w:val="0"/>
      <w:marTop w:val="0"/>
      <w:marBottom w:val="0"/>
      <w:divBdr>
        <w:top w:val="none" w:sz="0" w:space="0" w:color="auto"/>
        <w:left w:val="none" w:sz="0" w:space="0" w:color="auto"/>
        <w:bottom w:val="none" w:sz="0" w:space="0" w:color="auto"/>
        <w:right w:val="none" w:sz="0" w:space="0" w:color="auto"/>
      </w:divBdr>
    </w:div>
    <w:div w:id="802046034">
      <w:bodyDiv w:val="1"/>
      <w:marLeft w:val="0"/>
      <w:marRight w:val="0"/>
      <w:marTop w:val="0"/>
      <w:marBottom w:val="0"/>
      <w:divBdr>
        <w:top w:val="none" w:sz="0" w:space="0" w:color="auto"/>
        <w:left w:val="none" w:sz="0" w:space="0" w:color="auto"/>
        <w:bottom w:val="none" w:sz="0" w:space="0" w:color="auto"/>
        <w:right w:val="none" w:sz="0" w:space="0" w:color="auto"/>
      </w:divBdr>
    </w:div>
    <w:div w:id="824978564">
      <w:bodyDiv w:val="1"/>
      <w:marLeft w:val="0"/>
      <w:marRight w:val="0"/>
      <w:marTop w:val="0"/>
      <w:marBottom w:val="0"/>
      <w:divBdr>
        <w:top w:val="none" w:sz="0" w:space="0" w:color="auto"/>
        <w:left w:val="none" w:sz="0" w:space="0" w:color="auto"/>
        <w:bottom w:val="none" w:sz="0" w:space="0" w:color="auto"/>
        <w:right w:val="none" w:sz="0" w:space="0" w:color="auto"/>
      </w:divBdr>
    </w:div>
    <w:div w:id="828012476">
      <w:bodyDiv w:val="1"/>
      <w:marLeft w:val="0"/>
      <w:marRight w:val="0"/>
      <w:marTop w:val="0"/>
      <w:marBottom w:val="0"/>
      <w:divBdr>
        <w:top w:val="none" w:sz="0" w:space="0" w:color="auto"/>
        <w:left w:val="none" w:sz="0" w:space="0" w:color="auto"/>
        <w:bottom w:val="none" w:sz="0" w:space="0" w:color="auto"/>
        <w:right w:val="none" w:sz="0" w:space="0" w:color="auto"/>
      </w:divBdr>
    </w:div>
    <w:div w:id="1003435544">
      <w:bodyDiv w:val="1"/>
      <w:marLeft w:val="0"/>
      <w:marRight w:val="0"/>
      <w:marTop w:val="0"/>
      <w:marBottom w:val="0"/>
      <w:divBdr>
        <w:top w:val="none" w:sz="0" w:space="0" w:color="auto"/>
        <w:left w:val="none" w:sz="0" w:space="0" w:color="auto"/>
        <w:bottom w:val="none" w:sz="0" w:space="0" w:color="auto"/>
        <w:right w:val="none" w:sz="0" w:space="0" w:color="auto"/>
      </w:divBdr>
    </w:div>
    <w:div w:id="1058240477">
      <w:bodyDiv w:val="1"/>
      <w:marLeft w:val="0"/>
      <w:marRight w:val="0"/>
      <w:marTop w:val="0"/>
      <w:marBottom w:val="0"/>
      <w:divBdr>
        <w:top w:val="none" w:sz="0" w:space="0" w:color="auto"/>
        <w:left w:val="none" w:sz="0" w:space="0" w:color="auto"/>
        <w:bottom w:val="none" w:sz="0" w:space="0" w:color="auto"/>
        <w:right w:val="none" w:sz="0" w:space="0" w:color="auto"/>
      </w:divBdr>
    </w:div>
    <w:div w:id="1093626600">
      <w:bodyDiv w:val="1"/>
      <w:marLeft w:val="0"/>
      <w:marRight w:val="0"/>
      <w:marTop w:val="0"/>
      <w:marBottom w:val="0"/>
      <w:divBdr>
        <w:top w:val="none" w:sz="0" w:space="0" w:color="auto"/>
        <w:left w:val="none" w:sz="0" w:space="0" w:color="auto"/>
        <w:bottom w:val="none" w:sz="0" w:space="0" w:color="auto"/>
        <w:right w:val="none" w:sz="0" w:space="0" w:color="auto"/>
      </w:divBdr>
    </w:div>
    <w:div w:id="1094087810">
      <w:bodyDiv w:val="1"/>
      <w:marLeft w:val="0"/>
      <w:marRight w:val="0"/>
      <w:marTop w:val="0"/>
      <w:marBottom w:val="0"/>
      <w:divBdr>
        <w:top w:val="none" w:sz="0" w:space="0" w:color="auto"/>
        <w:left w:val="none" w:sz="0" w:space="0" w:color="auto"/>
        <w:bottom w:val="none" w:sz="0" w:space="0" w:color="auto"/>
        <w:right w:val="none" w:sz="0" w:space="0" w:color="auto"/>
      </w:divBdr>
    </w:div>
    <w:div w:id="1139151518">
      <w:bodyDiv w:val="1"/>
      <w:marLeft w:val="0"/>
      <w:marRight w:val="0"/>
      <w:marTop w:val="0"/>
      <w:marBottom w:val="0"/>
      <w:divBdr>
        <w:top w:val="none" w:sz="0" w:space="0" w:color="auto"/>
        <w:left w:val="none" w:sz="0" w:space="0" w:color="auto"/>
        <w:bottom w:val="none" w:sz="0" w:space="0" w:color="auto"/>
        <w:right w:val="none" w:sz="0" w:space="0" w:color="auto"/>
      </w:divBdr>
    </w:div>
    <w:div w:id="1172645815">
      <w:bodyDiv w:val="1"/>
      <w:marLeft w:val="0"/>
      <w:marRight w:val="0"/>
      <w:marTop w:val="0"/>
      <w:marBottom w:val="0"/>
      <w:divBdr>
        <w:top w:val="none" w:sz="0" w:space="0" w:color="auto"/>
        <w:left w:val="none" w:sz="0" w:space="0" w:color="auto"/>
        <w:bottom w:val="none" w:sz="0" w:space="0" w:color="auto"/>
        <w:right w:val="none" w:sz="0" w:space="0" w:color="auto"/>
      </w:divBdr>
    </w:div>
    <w:div w:id="1268074344">
      <w:bodyDiv w:val="1"/>
      <w:marLeft w:val="0"/>
      <w:marRight w:val="0"/>
      <w:marTop w:val="0"/>
      <w:marBottom w:val="0"/>
      <w:divBdr>
        <w:top w:val="none" w:sz="0" w:space="0" w:color="auto"/>
        <w:left w:val="none" w:sz="0" w:space="0" w:color="auto"/>
        <w:bottom w:val="none" w:sz="0" w:space="0" w:color="auto"/>
        <w:right w:val="none" w:sz="0" w:space="0" w:color="auto"/>
      </w:divBdr>
    </w:div>
    <w:div w:id="1352295918">
      <w:bodyDiv w:val="1"/>
      <w:marLeft w:val="0"/>
      <w:marRight w:val="0"/>
      <w:marTop w:val="0"/>
      <w:marBottom w:val="0"/>
      <w:divBdr>
        <w:top w:val="none" w:sz="0" w:space="0" w:color="auto"/>
        <w:left w:val="none" w:sz="0" w:space="0" w:color="auto"/>
        <w:bottom w:val="none" w:sz="0" w:space="0" w:color="auto"/>
        <w:right w:val="none" w:sz="0" w:space="0" w:color="auto"/>
      </w:divBdr>
    </w:div>
    <w:div w:id="1354305585">
      <w:bodyDiv w:val="1"/>
      <w:marLeft w:val="0"/>
      <w:marRight w:val="0"/>
      <w:marTop w:val="0"/>
      <w:marBottom w:val="0"/>
      <w:divBdr>
        <w:top w:val="none" w:sz="0" w:space="0" w:color="auto"/>
        <w:left w:val="none" w:sz="0" w:space="0" w:color="auto"/>
        <w:bottom w:val="none" w:sz="0" w:space="0" w:color="auto"/>
        <w:right w:val="none" w:sz="0" w:space="0" w:color="auto"/>
      </w:divBdr>
    </w:div>
    <w:div w:id="1354309580">
      <w:bodyDiv w:val="1"/>
      <w:marLeft w:val="0"/>
      <w:marRight w:val="0"/>
      <w:marTop w:val="0"/>
      <w:marBottom w:val="0"/>
      <w:divBdr>
        <w:top w:val="none" w:sz="0" w:space="0" w:color="auto"/>
        <w:left w:val="none" w:sz="0" w:space="0" w:color="auto"/>
        <w:bottom w:val="none" w:sz="0" w:space="0" w:color="auto"/>
        <w:right w:val="none" w:sz="0" w:space="0" w:color="auto"/>
      </w:divBdr>
    </w:div>
    <w:div w:id="1488983685">
      <w:bodyDiv w:val="1"/>
      <w:marLeft w:val="0"/>
      <w:marRight w:val="0"/>
      <w:marTop w:val="0"/>
      <w:marBottom w:val="0"/>
      <w:divBdr>
        <w:top w:val="none" w:sz="0" w:space="0" w:color="auto"/>
        <w:left w:val="none" w:sz="0" w:space="0" w:color="auto"/>
        <w:bottom w:val="none" w:sz="0" w:space="0" w:color="auto"/>
        <w:right w:val="none" w:sz="0" w:space="0" w:color="auto"/>
      </w:divBdr>
    </w:div>
    <w:div w:id="1537738112">
      <w:bodyDiv w:val="1"/>
      <w:marLeft w:val="0"/>
      <w:marRight w:val="0"/>
      <w:marTop w:val="0"/>
      <w:marBottom w:val="0"/>
      <w:divBdr>
        <w:top w:val="none" w:sz="0" w:space="0" w:color="auto"/>
        <w:left w:val="none" w:sz="0" w:space="0" w:color="auto"/>
        <w:bottom w:val="none" w:sz="0" w:space="0" w:color="auto"/>
        <w:right w:val="none" w:sz="0" w:space="0" w:color="auto"/>
      </w:divBdr>
    </w:div>
    <w:div w:id="1673024777">
      <w:bodyDiv w:val="1"/>
      <w:marLeft w:val="0"/>
      <w:marRight w:val="0"/>
      <w:marTop w:val="0"/>
      <w:marBottom w:val="0"/>
      <w:divBdr>
        <w:top w:val="none" w:sz="0" w:space="0" w:color="auto"/>
        <w:left w:val="none" w:sz="0" w:space="0" w:color="auto"/>
        <w:bottom w:val="none" w:sz="0" w:space="0" w:color="auto"/>
        <w:right w:val="none" w:sz="0" w:space="0" w:color="auto"/>
      </w:divBdr>
    </w:div>
    <w:div w:id="1685739760">
      <w:bodyDiv w:val="1"/>
      <w:marLeft w:val="0"/>
      <w:marRight w:val="0"/>
      <w:marTop w:val="0"/>
      <w:marBottom w:val="0"/>
      <w:divBdr>
        <w:top w:val="none" w:sz="0" w:space="0" w:color="auto"/>
        <w:left w:val="none" w:sz="0" w:space="0" w:color="auto"/>
        <w:bottom w:val="none" w:sz="0" w:space="0" w:color="auto"/>
        <w:right w:val="none" w:sz="0" w:space="0" w:color="auto"/>
      </w:divBdr>
    </w:div>
    <w:div w:id="1711494120">
      <w:bodyDiv w:val="1"/>
      <w:marLeft w:val="0"/>
      <w:marRight w:val="0"/>
      <w:marTop w:val="0"/>
      <w:marBottom w:val="0"/>
      <w:divBdr>
        <w:top w:val="none" w:sz="0" w:space="0" w:color="auto"/>
        <w:left w:val="none" w:sz="0" w:space="0" w:color="auto"/>
        <w:bottom w:val="none" w:sz="0" w:space="0" w:color="auto"/>
        <w:right w:val="none" w:sz="0" w:space="0" w:color="auto"/>
      </w:divBdr>
    </w:div>
    <w:div w:id="1714650771">
      <w:bodyDiv w:val="1"/>
      <w:marLeft w:val="0"/>
      <w:marRight w:val="0"/>
      <w:marTop w:val="0"/>
      <w:marBottom w:val="0"/>
      <w:divBdr>
        <w:top w:val="none" w:sz="0" w:space="0" w:color="auto"/>
        <w:left w:val="none" w:sz="0" w:space="0" w:color="auto"/>
        <w:bottom w:val="none" w:sz="0" w:space="0" w:color="auto"/>
        <w:right w:val="none" w:sz="0" w:space="0" w:color="auto"/>
      </w:divBdr>
    </w:div>
    <w:div w:id="1778330704">
      <w:bodyDiv w:val="1"/>
      <w:marLeft w:val="0"/>
      <w:marRight w:val="0"/>
      <w:marTop w:val="0"/>
      <w:marBottom w:val="0"/>
      <w:divBdr>
        <w:top w:val="none" w:sz="0" w:space="0" w:color="auto"/>
        <w:left w:val="none" w:sz="0" w:space="0" w:color="auto"/>
        <w:bottom w:val="none" w:sz="0" w:space="0" w:color="auto"/>
        <w:right w:val="none" w:sz="0" w:space="0" w:color="auto"/>
      </w:divBdr>
    </w:div>
    <w:div w:id="1836188432">
      <w:bodyDiv w:val="1"/>
      <w:marLeft w:val="0"/>
      <w:marRight w:val="0"/>
      <w:marTop w:val="0"/>
      <w:marBottom w:val="0"/>
      <w:divBdr>
        <w:top w:val="none" w:sz="0" w:space="0" w:color="auto"/>
        <w:left w:val="none" w:sz="0" w:space="0" w:color="auto"/>
        <w:bottom w:val="none" w:sz="0" w:space="0" w:color="auto"/>
        <w:right w:val="none" w:sz="0" w:space="0" w:color="auto"/>
      </w:divBdr>
    </w:div>
    <w:div w:id="1907303527">
      <w:bodyDiv w:val="1"/>
      <w:marLeft w:val="0"/>
      <w:marRight w:val="0"/>
      <w:marTop w:val="0"/>
      <w:marBottom w:val="0"/>
      <w:divBdr>
        <w:top w:val="none" w:sz="0" w:space="0" w:color="auto"/>
        <w:left w:val="none" w:sz="0" w:space="0" w:color="auto"/>
        <w:bottom w:val="none" w:sz="0" w:space="0" w:color="auto"/>
        <w:right w:val="none" w:sz="0" w:space="0" w:color="auto"/>
      </w:divBdr>
    </w:div>
    <w:div w:id="2019652679">
      <w:bodyDiv w:val="1"/>
      <w:marLeft w:val="0"/>
      <w:marRight w:val="0"/>
      <w:marTop w:val="0"/>
      <w:marBottom w:val="0"/>
      <w:divBdr>
        <w:top w:val="none" w:sz="0" w:space="0" w:color="auto"/>
        <w:left w:val="none" w:sz="0" w:space="0" w:color="auto"/>
        <w:bottom w:val="none" w:sz="0" w:space="0" w:color="auto"/>
        <w:right w:val="none" w:sz="0" w:space="0" w:color="auto"/>
      </w:divBdr>
    </w:div>
    <w:div w:id="2109499986">
      <w:bodyDiv w:val="1"/>
      <w:marLeft w:val="0"/>
      <w:marRight w:val="0"/>
      <w:marTop w:val="0"/>
      <w:marBottom w:val="0"/>
      <w:divBdr>
        <w:top w:val="none" w:sz="0" w:space="0" w:color="auto"/>
        <w:left w:val="none" w:sz="0" w:space="0" w:color="auto"/>
        <w:bottom w:val="none" w:sz="0" w:space="0" w:color="auto"/>
        <w:right w:val="none" w:sz="0" w:space="0" w:color="auto"/>
      </w:divBdr>
    </w:div>
    <w:div w:id="21154691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5</Pages>
  <Words>1069</Words>
  <Characters>5881</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Aurore DELEDALLE</cp:lastModifiedBy>
  <cp:revision>11</cp:revision>
  <dcterms:created xsi:type="dcterms:W3CDTF">2026-01-20T09:34:00Z</dcterms:created>
  <dcterms:modified xsi:type="dcterms:W3CDTF">2026-01-20T14:33:00Z</dcterms:modified>
  <cp:category/>
</cp:coreProperties>
</file>