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2D576" w14:textId="77777777" w:rsidR="006346E3" w:rsidRPr="00767AE1" w:rsidRDefault="00000000">
      <w:pPr>
        <w:spacing w:after="40"/>
        <w:jc w:val="center"/>
        <w:rPr>
          <w:sz w:val="18"/>
          <w:szCs w:val="32"/>
        </w:rPr>
      </w:pPr>
      <w:r w:rsidRPr="00767AE1">
        <w:rPr>
          <w:b/>
          <w:sz w:val="28"/>
          <w:szCs w:val="32"/>
        </w:rPr>
        <w:t>Table S3. Sensitivity multivariable logistic regression additionally adjusted for academic year</w:t>
      </w:r>
    </w:p>
    <w:p w14:paraId="06D3F998" w14:textId="77777777" w:rsidR="006346E3" w:rsidRDefault="00000000">
      <w:pPr>
        <w:spacing w:after="80"/>
        <w:jc w:val="center"/>
      </w:pPr>
      <w:r>
        <w:rPr>
          <w:sz w:val="16"/>
        </w:rPr>
        <w:t>Outcome: planned surgical specialty vs non-surgical or undecided (N = 680)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392"/>
        <w:gridCol w:w="792"/>
        <w:gridCol w:w="792"/>
        <w:gridCol w:w="892"/>
        <w:gridCol w:w="503"/>
        <w:gridCol w:w="748"/>
        <w:gridCol w:w="835"/>
        <w:gridCol w:w="1512"/>
      </w:tblGrid>
      <w:tr w:rsidR="006346E3" w:rsidRPr="0044158D" w14:paraId="2E7FDF40" w14:textId="77777777" w:rsidTr="00C01A7D">
        <w:trPr>
          <w:trHeight w:val="330"/>
          <w:tblHeader/>
          <w:jc w:val="center"/>
        </w:trPr>
        <w:tc>
          <w:tcPr>
            <w:tcW w:w="4392" w:type="dxa"/>
            <w:shd w:val="clear" w:color="auto" w:fill="C6D9F1" w:themeFill="text2" w:themeFillTint="33"/>
            <w:vAlign w:val="center"/>
          </w:tcPr>
          <w:p w14:paraId="0D1AFB03" w14:textId="77777777" w:rsidR="006346E3" w:rsidRPr="00C01A7D" w:rsidRDefault="00000000">
            <w:pPr>
              <w:jc w:val="center"/>
              <w:rPr>
                <w:sz w:val="18"/>
                <w:szCs w:val="32"/>
              </w:rPr>
            </w:pPr>
            <w:r w:rsidRPr="00C01A7D">
              <w:rPr>
                <w:b/>
                <w:sz w:val="18"/>
                <w:szCs w:val="32"/>
              </w:rPr>
              <w:t>Predictor</w:t>
            </w:r>
          </w:p>
        </w:tc>
        <w:tc>
          <w:tcPr>
            <w:tcW w:w="792" w:type="dxa"/>
            <w:shd w:val="clear" w:color="auto" w:fill="C6D9F1" w:themeFill="text2" w:themeFillTint="33"/>
            <w:vAlign w:val="center"/>
          </w:tcPr>
          <w:p w14:paraId="5F1C5DCE" w14:textId="77777777" w:rsidR="006346E3" w:rsidRPr="00C01A7D" w:rsidRDefault="00000000">
            <w:pPr>
              <w:jc w:val="center"/>
              <w:rPr>
                <w:sz w:val="18"/>
                <w:szCs w:val="32"/>
              </w:rPr>
            </w:pPr>
            <w:r w:rsidRPr="00C01A7D">
              <w:rPr>
                <w:b/>
                <w:sz w:val="18"/>
                <w:szCs w:val="32"/>
              </w:rPr>
              <w:t>B</w:t>
            </w:r>
          </w:p>
        </w:tc>
        <w:tc>
          <w:tcPr>
            <w:tcW w:w="792" w:type="dxa"/>
            <w:shd w:val="clear" w:color="auto" w:fill="C6D9F1" w:themeFill="text2" w:themeFillTint="33"/>
            <w:vAlign w:val="center"/>
          </w:tcPr>
          <w:p w14:paraId="5E479F1F" w14:textId="77777777" w:rsidR="006346E3" w:rsidRPr="00C01A7D" w:rsidRDefault="00000000">
            <w:pPr>
              <w:jc w:val="center"/>
              <w:rPr>
                <w:sz w:val="18"/>
                <w:szCs w:val="32"/>
              </w:rPr>
            </w:pPr>
            <w:r w:rsidRPr="00C01A7D">
              <w:rPr>
                <w:b/>
                <w:sz w:val="18"/>
                <w:szCs w:val="32"/>
              </w:rPr>
              <w:t>SE</w:t>
            </w:r>
          </w:p>
        </w:tc>
        <w:tc>
          <w:tcPr>
            <w:tcW w:w="892" w:type="dxa"/>
            <w:shd w:val="clear" w:color="auto" w:fill="C6D9F1" w:themeFill="text2" w:themeFillTint="33"/>
            <w:vAlign w:val="center"/>
          </w:tcPr>
          <w:p w14:paraId="7CB048B1" w14:textId="77777777" w:rsidR="006346E3" w:rsidRPr="00C01A7D" w:rsidRDefault="00000000">
            <w:pPr>
              <w:jc w:val="center"/>
              <w:rPr>
                <w:sz w:val="18"/>
                <w:szCs w:val="32"/>
              </w:rPr>
            </w:pPr>
            <w:r w:rsidRPr="00C01A7D">
              <w:rPr>
                <w:b/>
                <w:sz w:val="18"/>
                <w:szCs w:val="32"/>
              </w:rPr>
              <w:t>Wald</w:t>
            </w:r>
          </w:p>
        </w:tc>
        <w:tc>
          <w:tcPr>
            <w:tcW w:w="503" w:type="dxa"/>
            <w:shd w:val="clear" w:color="auto" w:fill="C6D9F1" w:themeFill="text2" w:themeFillTint="33"/>
            <w:vAlign w:val="center"/>
          </w:tcPr>
          <w:p w14:paraId="11E1A5BD" w14:textId="77777777" w:rsidR="006346E3" w:rsidRPr="00C01A7D" w:rsidRDefault="00000000">
            <w:pPr>
              <w:jc w:val="center"/>
              <w:rPr>
                <w:sz w:val="18"/>
                <w:szCs w:val="32"/>
              </w:rPr>
            </w:pPr>
            <w:r w:rsidRPr="00C01A7D">
              <w:rPr>
                <w:b/>
                <w:sz w:val="18"/>
                <w:szCs w:val="32"/>
              </w:rPr>
              <w:t>df</w:t>
            </w:r>
          </w:p>
        </w:tc>
        <w:tc>
          <w:tcPr>
            <w:tcW w:w="748" w:type="dxa"/>
            <w:shd w:val="clear" w:color="auto" w:fill="C6D9F1" w:themeFill="text2" w:themeFillTint="33"/>
            <w:vAlign w:val="center"/>
          </w:tcPr>
          <w:p w14:paraId="18A00BD2" w14:textId="77777777" w:rsidR="006346E3" w:rsidRPr="00C01A7D" w:rsidRDefault="00000000">
            <w:pPr>
              <w:jc w:val="center"/>
              <w:rPr>
                <w:sz w:val="18"/>
                <w:szCs w:val="32"/>
              </w:rPr>
            </w:pPr>
            <w:r w:rsidRPr="00C01A7D">
              <w:rPr>
                <w:b/>
                <w:sz w:val="18"/>
                <w:szCs w:val="32"/>
              </w:rPr>
              <w:t>p</w:t>
            </w:r>
          </w:p>
        </w:tc>
        <w:tc>
          <w:tcPr>
            <w:tcW w:w="835" w:type="dxa"/>
            <w:shd w:val="clear" w:color="auto" w:fill="C6D9F1" w:themeFill="text2" w:themeFillTint="33"/>
            <w:vAlign w:val="center"/>
          </w:tcPr>
          <w:p w14:paraId="4EF227B1" w14:textId="77777777" w:rsidR="006346E3" w:rsidRPr="00C01A7D" w:rsidRDefault="00000000">
            <w:pPr>
              <w:jc w:val="center"/>
              <w:rPr>
                <w:sz w:val="18"/>
                <w:szCs w:val="32"/>
              </w:rPr>
            </w:pPr>
            <w:r w:rsidRPr="00C01A7D">
              <w:rPr>
                <w:b/>
                <w:sz w:val="18"/>
                <w:szCs w:val="32"/>
              </w:rPr>
              <w:t>OR</w:t>
            </w:r>
          </w:p>
        </w:tc>
        <w:tc>
          <w:tcPr>
            <w:tcW w:w="1512" w:type="dxa"/>
            <w:shd w:val="clear" w:color="auto" w:fill="C6D9F1" w:themeFill="text2" w:themeFillTint="33"/>
            <w:vAlign w:val="center"/>
          </w:tcPr>
          <w:p w14:paraId="3AE9982E" w14:textId="77777777" w:rsidR="006346E3" w:rsidRPr="00C01A7D" w:rsidRDefault="00000000">
            <w:pPr>
              <w:jc w:val="center"/>
              <w:rPr>
                <w:sz w:val="18"/>
                <w:szCs w:val="32"/>
              </w:rPr>
            </w:pPr>
            <w:r w:rsidRPr="00C01A7D">
              <w:rPr>
                <w:b/>
                <w:sz w:val="18"/>
                <w:szCs w:val="32"/>
              </w:rPr>
              <w:t>95% CI for OR</w:t>
            </w:r>
          </w:p>
        </w:tc>
      </w:tr>
      <w:tr w:rsidR="006346E3" w:rsidRPr="0044158D" w14:paraId="29F087FB" w14:textId="77777777">
        <w:trPr>
          <w:trHeight w:val="255"/>
          <w:jc w:val="center"/>
        </w:trPr>
        <w:tc>
          <w:tcPr>
            <w:tcW w:w="4392" w:type="dxa"/>
            <w:shd w:val="clear" w:color="auto" w:fill="EDEDED"/>
            <w:vAlign w:val="center"/>
          </w:tcPr>
          <w:p w14:paraId="7AA4591D" w14:textId="77777777" w:rsidR="006346E3" w:rsidRPr="0044158D" w:rsidRDefault="00000000">
            <w:pPr>
              <w:rPr>
                <w:sz w:val="18"/>
                <w:szCs w:val="32"/>
              </w:rPr>
            </w:pPr>
            <w:r w:rsidRPr="0044158D">
              <w:rPr>
                <w:b/>
                <w:sz w:val="18"/>
                <w:szCs w:val="32"/>
              </w:rPr>
              <w:t>Sex/hijab status (overall)</w:t>
            </w:r>
          </w:p>
        </w:tc>
        <w:tc>
          <w:tcPr>
            <w:tcW w:w="792" w:type="dxa"/>
            <w:shd w:val="clear" w:color="auto" w:fill="EDEDED"/>
            <w:vAlign w:val="center"/>
          </w:tcPr>
          <w:p w14:paraId="0DFB9697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792" w:type="dxa"/>
            <w:shd w:val="clear" w:color="auto" w:fill="EDEDED"/>
            <w:vAlign w:val="center"/>
          </w:tcPr>
          <w:p w14:paraId="07CCC573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892" w:type="dxa"/>
            <w:shd w:val="clear" w:color="auto" w:fill="EDEDED"/>
            <w:vAlign w:val="center"/>
          </w:tcPr>
          <w:p w14:paraId="55BF6ECB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b/>
                <w:sz w:val="18"/>
                <w:szCs w:val="32"/>
              </w:rPr>
              <w:t>31.093</w:t>
            </w:r>
          </w:p>
        </w:tc>
        <w:tc>
          <w:tcPr>
            <w:tcW w:w="503" w:type="dxa"/>
            <w:shd w:val="clear" w:color="auto" w:fill="EDEDED"/>
            <w:vAlign w:val="center"/>
          </w:tcPr>
          <w:p w14:paraId="2C0A4D6B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b/>
                <w:sz w:val="18"/>
                <w:szCs w:val="32"/>
              </w:rPr>
              <w:t>3</w:t>
            </w:r>
          </w:p>
        </w:tc>
        <w:tc>
          <w:tcPr>
            <w:tcW w:w="748" w:type="dxa"/>
            <w:shd w:val="clear" w:color="auto" w:fill="EDEDED"/>
            <w:vAlign w:val="center"/>
          </w:tcPr>
          <w:p w14:paraId="2248DC63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b/>
                <w:sz w:val="18"/>
                <w:szCs w:val="32"/>
              </w:rPr>
              <w:t>&lt;0.001</w:t>
            </w:r>
          </w:p>
        </w:tc>
        <w:tc>
          <w:tcPr>
            <w:tcW w:w="835" w:type="dxa"/>
            <w:shd w:val="clear" w:color="auto" w:fill="EDEDED"/>
            <w:vAlign w:val="center"/>
          </w:tcPr>
          <w:p w14:paraId="603B85A0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1512" w:type="dxa"/>
            <w:shd w:val="clear" w:color="auto" w:fill="EDEDED"/>
            <w:vAlign w:val="center"/>
          </w:tcPr>
          <w:p w14:paraId="668225C9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</w:tr>
      <w:tr w:rsidR="006346E3" w:rsidRPr="0044158D" w14:paraId="23F7BC37" w14:textId="77777777">
        <w:trPr>
          <w:trHeight w:val="255"/>
          <w:jc w:val="center"/>
        </w:trPr>
        <w:tc>
          <w:tcPr>
            <w:tcW w:w="4392" w:type="dxa"/>
            <w:vAlign w:val="center"/>
          </w:tcPr>
          <w:p w14:paraId="0B9D7A9C" w14:textId="77777777" w:rsidR="006346E3" w:rsidRPr="0044158D" w:rsidRDefault="00000000">
            <w:pPr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 xml:space="preserve">  Male</w:t>
            </w:r>
          </w:p>
        </w:tc>
        <w:tc>
          <w:tcPr>
            <w:tcW w:w="792" w:type="dxa"/>
            <w:vAlign w:val="center"/>
          </w:tcPr>
          <w:p w14:paraId="33755EA8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792" w:type="dxa"/>
            <w:vAlign w:val="center"/>
          </w:tcPr>
          <w:p w14:paraId="38BD1E69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892" w:type="dxa"/>
            <w:vAlign w:val="center"/>
          </w:tcPr>
          <w:p w14:paraId="4A4471A5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503" w:type="dxa"/>
            <w:vAlign w:val="center"/>
          </w:tcPr>
          <w:p w14:paraId="3EC89611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748" w:type="dxa"/>
            <w:vAlign w:val="center"/>
          </w:tcPr>
          <w:p w14:paraId="3031DCD3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835" w:type="dxa"/>
            <w:vAlign w:val="center"/>
          </w:tcPr>
          <w:p w14:paraId="03F14B8B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i/>
                <w:sz w:val="18"/>
                <w:szCs w:val="32"/>
              </w:rPr>
              <w:t>Reference</w:t>
            </w:r>
          </w:p>
        </w:tc>
        <w:tc>
          <w:tcPr>
            <w:tcW w:w="1512" w:type="dxa"/>
            <w:vAlign w:val="center"/>
          </w:tcPr>
          <w:p w14:paraId="5AEBD282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</w:tr>
      <w:tr w:rsidR="006346E3" w:rsidRPr="0044158D" w14:paraId="6B819020" w14:textId="77777777">
        <w:trPr>
          <w:trHeight w:val="255"/>
          <w:jc w:val="center"/>
        </w:trPr>
        <w:tc>
          <w:tcPr>
            <w:tcW w:w="4392" w:type="dxa"/>
            <w:vAlign w:val="center"/>
          </w:tcPr>
          <w:p w14:paraId="71FC4E8A" w14:textId="77777777" w:rsidR="006346E3" w:rsidRPr="0044158D" w:rsidRDefault="00000000">
            <w:pPr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 xml:space="preserve">  Female, no hijab</w:t>
            </w:r>
          </w:p>
        </w:tc>
        <w:tc>
          <w:tcPr>
            <w:tcW w:w="792" w:type="dxa"/>
            <w:vAlign w:val="center"/>
          </w:tcPr>
          <w:p w14:paraId="775DE5B0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-0.803</w:t>
            </w:r>
          </w:p>
        </w:tc>
        <w:tc>
          <w:tcPr>
            <w:tcW w:w="792" w:type="dxa"/>
            <w:vAlign w:val="center"/>
          </w:tcPr>
          <w:p w14:paraId="68417DF5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0.220</w:t>
            </w:r>
          </w:p>
        </w:tc>
        <w:tc>
          <w:tcPr>
            <w:tcW w:w="892" w:type="dxa"/>
            <w:vAlign w:val="center"/>
          </w:tcPr>
          <w:p w14:paraId="338A04EF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13.356</w:t>
            </w:r>
          </w:p>
        </w:tc>
        <w:tc>
          <w:tcPr>
            <w:tcW w:w="503" w:type="dxa"/>
            <w:vAlign w:val="center"/>
          </w:tcPr>
          <w:p w14:paraId="50EC1200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1</w:t>
            </w:r>
          </w:p>
        </w:tc>
        <w:tc>
          <w:tcPr>
            <w:tcW w:w="748" w:type="dxa"/>
            <w:vAlign w:val="center"/>
          </w:tcPr>
          <w:p w14:paraId="0B7B674A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&lt;0.001</w:t>
            </w:r>
          </w:p>
        </w:tc>
        <w:tc>
          <w:tcPr>
            <w:tcW w:w="835" w:type="dxa"/>
            <w:vAlign w:val="center"/>
          </w:tcPr>
          <w:p w14:paraId="18363AD5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0.448</w:t>
            </w:r>
          </w:p>
        </w:tc>
        <w:tc>
          <w:tcPr>
            <w:tcW w:w="1512" w:type="dxa"/>
            <w:vAlign w:val="center"/>
          </w:tcPr>
          <w:p w14:paraId="737BB2A6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0.291-0.689</w:t>
            </w:r>
          </w:p>
        </w:tc>
      </w:tr>
      <w:tr w:rsidR="006346E3" w:rsidRPr="0044158D" w14:paraId="4926F05E" w14:textId="77777777">
        <w:trPr>
          <w:trHeight w:val="255"/>
          <w:jc w:val="center"/>
        </w:trPr>
        <w:tc>
          <w:tcPr>
            <w:tcW w:w="4392" w:type="dxa"/>
            <w:vAlign w:val="center"/>
          </w:tcPr>
          <w:p w14:paraId="64830559" w14:textId="77777777" w:rsidR="006346E3" w:rsidRPr="0044158D" w:rsidRDefault="00000000">
            <w:pPr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 xml:space="preserve">  Female, hijab</w:t>
            </w:r>
          </w:p>
        </w:tc>
        <w:tc>
          <w:tcPr>
            <w:tcW w:w="792" w:type="dxa"/>
            <w:vAlign w:val="center"/>
          </w:tcPr>
          <w:p w14:paraId="11710C90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-1.151</w:t>
            </w:r>
          </w:p>
        </w:tc>
        <w:tc>
          <w:tcPr>
            <w:tcW w:w="792" w:type="dxa"/>
            <w:vAlign w:val="center"/>
          </w:tcPr>
          <w:p w14:paraId="38FBB300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0.233</w:t>
            </w:r>
          </w:p>
        </w:tc>
        <w:tc>
          <w:tcPr>
            <w:tcW w:w="892" w:type="dxa"/>
            <w:vAlign w:val="center"/>
          </w:tcPr>
          <w:p w14:paraId="2B0ED3CE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24.301</w:t>
            </w:r>
          </w:p>
        </w:tc>
        <w:tc>
          <w:tcPr>
            <w:tcW w:w="503" w:type="dxa"/>
            <w:vAlign w:val="center"/>
          </w:tcPr>
          <w:p w14:paraId="72E04047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1</w:t>
            </w:r>
          </w:p>
        </w:tc>
        <w:tc>
          <w:tcPr>
            <w:tcW w:w="748" w:type="dxa"/>
            <w:vAlign w:val="center"/>
          </w:tcPr>
          <w:p w14:paraId="200ED7B6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&lt;0.001</w:t>
            </w:r>
          </w:p>
        </w:tc>
        <w:tc>
          <w:tcPr>
            <w:tcW w:w="835" w:type="dxa"/>
            <w:vAlign w:val="center"/>
          </w:tcPr>
          <w:p w14:paraId="74761497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0.316</w:t>
            </w:r>
          </w:p>
        </w:tc>
        <w:tc>
          <w:tcPr>
            <w:tcW w:w="1512" w:type="dxa"/>
            <w:vAlign w:val="center"/>
          </w:tcPr>
          <w:p w14:paraId="7100DCE3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0.200-0.500</w:t>
            </w:r>
          </w:p>
        </w:tc>
      </w:tr>
      <w:tr w:rsidR="006346E3" w:rsidRPr="0044158D" w14:paraId="588616E5" w14:textId="77777777">
        <w:trPr>
          <w:trHeight w:val="255"/>
          <w:jc w:val="center"/>
        </w:trPr>
        <w:tc>
          <w:tcPr>
            <w:tcW w:w="4392" w:type="dxa"/>
            <w:vAlign w:val="center"/>
          </w:tcPr>
          <w:p w14:paraId="75E02262" w14:textId="77777777" w:rsidR="006346E3" w:rsidRPr="0044158D" w:rsidRDefault="00000000">
            <w:pPr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 xml:space="preserve">  Female, prefer not to answer</w:t>
            </w:r>
          </w:p>
        </w:tc>
        <w:tc>
          <w:tcPr>
            <w:tcW w:w="792" w:type="dxa"/>
            <w:vAlign w:val="center"/>
          </w:tcPr>
          <w:p w14:paraId="3293FA72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-0.043</w:t>
            </w:r>
          </w:p>
        </w:tc>
        <w:tc>
          <w:tcPr>
            <w:tcW w:w="792" w:type="dxa"/>
            <w:vAlign w:val="center"/>
          </w:tcPr>
          <w:p w14:paraId="71FBB02B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0.487</w:t>
            </w:r>
          </w:p>
        </w:tc>
        <w:tc>
          <w:tcPr>
            <w:tcW w:w="892" w:type="dxa"/>
            <w:vAlign w:val="center"/>
          </w:tcPr>
          <w:p w14:paraId="5FA249C5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0.008</w:t>
            </w:r>
          </w:p>
        </w:tc>
        <w:tc>
          <w:tcPr>
            <w:tcW w:w="503" w:type="dxa"/>
            <w:vAlign w:val="center"/>
          </w:tcPr>
          <w:p w14:paraId="6FF4F6FC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1</w:t>
            </w:r>
          </w:p>
        </w:tc>
        <w:tc>
          <w:tcPr>
            <w:tcW w:w="748" w:type="dxa"/>
            <w:vAlign w:val="center"/>
          </w:tcPr>
          <w:p w14:paraId="23B41B62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0.930</w:t>
            </w:r>
          </w:p>
        </w:tc>
        <w:tc>
          <w:tcPr>
            <w:tcW w:w="835" w:type="dxa"/>
            <w:vAlign w:val="center"/>
          </w:tcPr>
          <w:p w14:paraId="4F8B3F90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0.958</w:t>
            </w:r>
          </w:p>
        </w:tc>
        <w:tc>
          <w:tcPr>
            <w:tcW w:w="1512" w:type="dxa"/>
            <w:vAlign w:val="center"/>
          </w:tcPr>
          <w:p w14:paraId="2C1263A9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0.369-2.487</w:t>
            </w:r>
          </w:p>
        </w:tc>
      </w:tr>
      <w:tr w:rsidR="006346E3" w:rsidRPr="0044158D" w14:paraId="35E1795A" w14:textId="77777777">
        <w:trPr>
          <w:trHeight w:val="255"/>
          <w:jc w:val="center"/>
        </w:trPr>
        <w:tc>
          <w:tcPr>
            <w:tcW w:w="4392" w:type="dxa"/>
            <w:shd w:val="clear" w:color="auto" w:fill="EDEDED"/>
            <w:vAlign w:val="center"/>
          </w:tcPr>
          <w:p w14:paraId="2B293A7E" w14:textId="77777777" w:rsidR="006346E3" w:rsidRPr="0044158D" w:rsidRDefault="00000000">
            <w:pPr>
              <w:rPr>
                <w:sz w:val="18"/>
                <w:szCs w:val="32"/>
              </w:rPr>
            </w:pPr>
            <w:r w:rsidRPr="0044158D">
              <w:rPr>
                <w:b/>
                <w:sz w:val="18"/>
                <w:szCs w:val="32"/>
              </w:rPr>
              <w:t>Total time spent observing surgeries (overall)</w:t>
            </w:r>
          </w:p>
        </w:tc>
        <w:tc>
          <w:tcPr>
            <w:tcW w:w="792" w:type="dxa"/>
            <w:shd w:val="clear" w:color="auto" w:fill="EDEDED"/>
            <w:vAlign w:val="center"/>
          </w:tcPr>
          <w:p w14:paraId="67B5AB71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792" w:type="dxa"/>
            <w:shd w:val="clear" w:color="auto" w:fill="EDEDED"/>
            <w:vAlign w:val="center"/>
          </w:tcPr>
          <w:p w14:paraId="3F7F0CAE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892" w:type="dxa"/>
            <w:shd w:val="clear" w:color="auto" w:fill="EDEDED"/>
            <w:vAlign w:val="center"/>
          </w:tcPr>
          <w:p w14:paraId="08164801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b/>
                <w:sz w:val="18"/>
                <w:szCs w:val="32"/>
              </w:rPr>
              <w:t>9.656</w:t>
            </w:r>
          </w:p>
        </w:tc>
        <w:tc>
          <w:tcPr>
            <w:tcW w:w="503" w:type="dxa"/>
            <w:shd w:val="clear" w:color="auto" w:fill="EDEDED"/>
            <w:vAlign w:val="center"/>
          </w:tcPr>
          <w:p w14:paraId="59D50B34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b/>
                <w:sz w:val="18"/>
                <w:szCs w:val="32"/>
              </w:rPr>
              <w:t>3</w:t>
            </w:r>
          </w:p>
        </w:tc>
        <w:tc>
          <w:tcPr>
            <w:tcW w:w="748" w:type="dxa"/>
            <w:shd w:val="clear" w:color="auto" w:fill="EDEDED"/>
            <w:vAlign w:val="center"/>
          </w:tcPr>
          <w:p w14:paraId="5D1BB69C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b/>
                <w:sz w:val="18"/>
                <w:szCs w:val="32"/>
              </w:rPr>
              <w:t>0.022</w:t>
            </w:r>
          </w:p>
        </w:tc>
        <w:tc>
          <w:tcPr>
            <w:tcW w:w="835" w:type="dxa"/>
            <w:shd w:val="clear" w:color="auto" w:fill="EDEDED"/>
            <w:vAlign w:val="center"/>
          </w:tcPr>
          <w:p w14:paraId="0B396E05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1512" w:type="dxa"/>
            <w:shd w:val="clear" w:color="auto" w:fill="EDEDED"/>
            <w:vAlign w:val="center"/>
          </w:tcPr>
          <w:p w14:paraId="353E6625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</w:tr>
      <w:tr w:rsidR="006346E3" w:rsidRPr="0044158D" w14:paraId="244A1158" w14:textId="77777777">
        <w:trPr>
          <w:trHeight w:val="255"/>
          <w:jc w:val="center"/>
        </w:trPr>
        <w:tc>
          <w:tcPr>
            <w:tcW w:w="4392" w:type="dxa"/>
            <w:vAlign w:val="center"/>
          </w:tcPr>
          <w:p w14:paraId="25F9385B" w14:textId="77777777" w:rsidR="006346E3" w:rsidRPr="0044158D" w:rsidRDefault="00000000">
            <w:pPr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 xml:space="preserve">  I have not attended before</w:t>
            </w:r>
          </w:p>
        </w:tc>
        <w:tc>
          <w:tcPr>
            <w:tcW w:w="792" w:type="dxa"/>
            <w:vAlign w:val="center"/>
          </w:tcPr>
          <w:p w14:paraId="64F3B98C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792" w:type="dxa"/>
            <w:vAlign w:val="center"/>
          </w:tcPr>
          <w:p w14:paraId="75221C6D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892" w:type="dxa"/>
            <w:vAlign w:val="center"/>
          </w:tcPr>
          <w:p w14:paraId="38A9895E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503" w:type="dxa"/>
            <w:vAlign w:val="center"/>
          </w:tcPr>
          <w:p w14:paraId="5B07BA15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748" w:type="dxa"/>
            <w:vAlign w:val="center"/>
          </w:tcPr>
          <w:p w14:paraId="527A96C9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835" w:type="dxa"/>
            <w:vAlign w:val="center"/>
          </w:tcPr>
          <w:p w14:paraId="43F79115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i/>
                <w:sz w:val="18"/>
                <w:szCs w:val="32"/>
              </w:rPr>
              <w:t>Reference</w:t>
            </w:r>
          </w:p>
        </w:tc>
        <w:tc>
          <w:tcPr>
            <w:tcW w:w="1512" w:type="dxa"/>
            <w:vAlign w:val="center"/>
          </w:tcPr>
          <w:p w14:paraId="0B85BA55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</w:tr>
      <w:tr w:rsidR="006346E3" w:rsidRPr="0044158D" w14:paraId="7C884230" w14:textId="77777777">
        <w:trPr>
          <w:trHeight w:val="255"/>
          <w:jc w:val="center"/>
        </w:trPr>
        <w:tc>
          <w:tcPr>
            <w:tcW w:w="4392" w:type="dxa"/>
            <w:vAlign w:val="center"/>
          </w:tcPr>
          <w:p w14:paraId="488814DD" w14:textId="77777777" w:rsidR="006346E3" w:rsidRPr="0044158D" w:rsidRDefault="00000000">
            <w:pPr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 xml:space="preserve">  Less than 5 hours</w:t>
            </w:r>
          </w:p>
        </w:tc>
        <w:tc>
          <w:tcPr>
            <w:tcW w:w="792" w:type="dxa"/>
            <w:vAlign w:val="center"/>
          </w:tcPr>
          <w:p w14:paraId="27954F75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0.161</w:t>
            </w:r>
          </w:p>
        </w:tc>
        <w:tc>
          <w:tcPr>
            <w:tcW w:w="792" w:type="dxa"/>
            <w:vAlign w:val="center"/>
          </w:tcPr>
          <w:p w14:paraId="261607EF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0.212</w:t>
            </w:r>
          </w:p>
        </w:tc>
        <w:tc>
          <w:tcPr>
            <w:tcW w:w="892" w:type="dxa"/>
            <w:vAlign w:val="center"/>
          </w:tcPr>
          <w:p w14:paraId="363B19CA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0.576</w:t>
            </w:r>
          </w:p>
        </w:tc>
        <w:tc>
          <w:tcPr>
            <w:tcW w:w="503" w:type="dxa"/>
            <w:vAlign w:val="center"/>
          </w:tcPr>
          <w:p w14:paraId="14593C8B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1</w:t>
            </w:r>
          </w:p>
        </w:tc>
        <w:tc>
          <w:tcPr>
            <w:tcW w:w="748" w:type="dxa"/>
            <w:vAlign w:val="center"/>
          </w:tcPr>
          <w:p w14:paraId="3E745206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0.448</w:t>
            </w:r>
          </w:p>
        </w:tc>
        <w:tc>
          <w:tcPr>
            <w:tcW w:w="835" w:type="dxa"/>
            <w:vAlign w:val="center"/>
          </w:tcPr>
          <w:p w14:paraId="0F7B8C7F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1.175</w:t>
            </w:r>
          </w:p>
        </w:tc>
        <w:tc>
          <w:tcPr>
            <w:tcW w:w="1512" w:type="dxa"/>
            <w:vAlign w:val="center"/>
          </w:tcPr>
          <w:p w14:paraId="11C98F39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0.775-1.782</w:t>
            </w:r>
          </w:p>
        </w:tc>
      </w:tr>
      <w:tr w:rsidR="006346E3" w:rsidRPr="0044158D" w14:paraId="680D3D77" w14:textId="77777777">
        <w:trPr>
          <w:trHeight w:val="255"/>
          <w:jc w:val="center"/>
        </w:trPr>
        <w:tc>
          <w:tcPr>
            <w:tcW w:w="4392" w:type="dxa"/>
            <w:vAlign w:val="center"/>
          </w:tcPr>
          <w:p w14:paraId="12602C64" w14:textId="77777777" w:rsidR="006346E3" w:rsidRPr="0044158D" w:rsidRDefault="00000000">
            <w:pPr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 xml:space="preserve">  5 to 20 hours</w:t>
            </w:r>
          </w:p>
        </w:tc>
        <w:tc>
          <w:tcPr>
            <w:tcW w:w="792" w:type="dxa"/>
            <w:vAlign w:val="center"/>
          </w:tcPr>
          <w:p w14:paraId="0E93C309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0.306</w:t>
            </w:r>
          </w:p>
        </w:tc>
        <w:tc>
          <w:tcPr>
            <w:tcW w:w="792" w:type="dxa"/>
            <w:vAlign w:val="center"/>
          </w:tcPr>
          <w:p w14:paraId="55ADE76A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0.263</w:t>
            </w:r>
          </w:p>
        </w:tc>
        <w:tc>
          <w:tcPr>
            <w:tcW w:w="892" w:type="dxa"/>
            <w:vAlign w:val="center"/>
          </w:tcPr>
          <w:p w14:paraId="0B93C1BA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1.353</w:t>
            </w:r>
          </w:p>
        </w:tc>
        <w:tc>
          <w:tcPr>
            <w:tcW w:w="503" w:type="dxa"/>
            <w:vAlign w:val="center"/>
          </w:tcPr>
          <w:p w14:paraId="3E7BA57B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1</w:t>
            </w:r>
          </w:p>
        </w:tc>
        <w:tc>
          <w:tcPr>
            <w:tcW w:w="748" w:type="dxa"/>
            <w:vAlign w:val="center"/>
          </w:tcPr>
          <w:p w14:paraId="28884045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0.245</w:t>
            </w:r>
          </w:p>
        </w:tc>
        <w:tc>
          <w:tcPr>
            <w:tcW w:w="835" w:type="dxa"/>
            <w:vAlign w:val="center"/>
          </w:tcPr>
          <w:p w14:paraId="0E164FB7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1.357</w:t>
            </w:r>
          </w:p>
        </w:tc>
        <w:tc>
          <w:tcPr>
            <w:tcW w:w="1512" w:type="dxa"/>
            <w:vAlign w:val="center"/>
          </w:tcPr>
          <w:p w14:paraId="08FCDF40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0.811-2.272</w:t>
            </w:r>
          </w:p>
        </w:tc>
      </w:tr>
      <w:tr w:rsidR="006346E3" w:rsidRPr="0044158D" w14:paraId="00121CDE" w14:textId="77777777">
        <w:trPr>
          <w:trHeight w:val="255"/>
          <w:jc w:val="center"/>
        </w:trPr>
        <w:tc>
          <w:tcPr>
            <w:tcW w:w="4392" w:type="dxa"/>
            <w:vAlign w:val="center"/>
          </w:tcPr>
          <w:p w14:paraId="5EFBE64E" w14:textId="77777777" w:rsidR="006346E3" w:rsidRPr="0044158D" w:rsidRDefault="00000000">
            <w:pPr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 xml:space="preserve">  More than 20 hours</w:t>
            </w:r>
          </w:p>
        </w:tc>
        <w:tc>
          <w:tcPr>
            <w:tcW w:w="792" w:type="dxa"/>
            <w:vAlign w:val="center"/>
          </w:tcPr>
          <w:p w14:paraId="00BF23A5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1.241</w:t>
            </w:r>
          </w:p>
        </w:tc>
        <w:tc>
          <w:tcPr>
            <w:tcW w:w="792" w:type="dxa"/>
            <w:vAlign w:val="center"/>
          </w:tcPr>
          <w:p w14:paraId="3FC7143C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0.405</w:t>
            </w:r>
          </w:p>
        </w:tc>
        <w:tc>
          <w:tcPr>
            <w:tcW w:w="892" w:type="dxa"/>
            <w:vAlign w:val="center"/>
          </w:tcPr>
          <w:p w14:paraId="53600A7A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9.404</w:t>
            </w:r>
          </w:p>
        </w:tc>
        <w:tc>
          <w:tcPr>
            <w:tcW w:w="503" w:type="dxa"/>
            <w:vAlign w:val="center"/>
          </w:tcPr>
          <w:p w14:paraId="267ED6F8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1</w:t>
            </w:r>
          </w:p>
        </w:tc>
        <w:tc>
          <w:tcPr>
            <w:tcW w:w="748" w:type="dxa"/>
            <w:vAlign w:val="center"/>
          </w:tcPr>
          <w:p w14:paraId="6B09AA1A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0.002</w:t>
            </w:r>
          </w:p>
        </w:tc>
        <w:tc>
          <w:tcPr>
            <w:tcW w:w="835" w:type="dxa"/>
            <w:vAlign w:val="center"/>
          </w:tcPr>
          <w:p w14:paraId="6CCFA89F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3.460</w:t>
            </w:r>
          </w:p>
        </w:tc>
        <w:tc>
          <w:tcPr>
            <w:tcW w:w="1512" w:type="dxa"/>
            <w:vAlign w:val="center"/>
          </w:tcPr>
          <w:p w14:paraId="7584BB4B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1.565-7.651</w:t>
            </w:r>
          </w:p>
        </w:tc>
      </w:tr>
      <w:tr w:rsidR="006346E3" w:rsidRPr="0044158D" w14:paraId="521AAFDA" w14:textId="77777777">
        <w:trPr>
          <w:trHeight w:val="255"/>
          <w:jc w:val="center"/>
        </w:trPr>
        <w:tc>
          <w:tcPr>
            <w:tcW w:w="4392" w:type="dxa"/>
            <w:shd w:val="clear" w:color="auto" w:fill="EDEDED"/>
            <w:vAlign w:val="center"/>
          </w:tcPr>
          <w:p w14:paraId="51EA246C" w14:textId="77777777" w:rsidR="006346E3" w:rsidRPr="0044158D" w:rsidRDefault="00000000">
            <w:pPr>
              <w:rPr>
                <w:sz w:val="18"/>
                <w:szCs w:val="32"/>
              </w:rPr>
            </w:pPr>
            <w:r w:rsidRPr="0044158D">
              <w:rPr>
                <w:b/>
                <w:sz w:val="18"/>
                <w:szCs w:val="32"/>
              </w:rPr>
              <w:t>Participation in surgical skills workshops</w:t>
            </w:r>
          </w:p>
        </w:tc>
        <w:tc>
          <w:tcPr>
            <w:tcW w:w="792" w:type="dxa"/>
            <w:shd w:val="clear" w:color="auto" w:fill="EDEDED"/>
            <w:vAlign w:val="center"/>
          </w:tcPr>
          <w:p w14:paraId="1E8430C9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792" w:type="dxa"/>
            <w:shd w:val="clear" w:color="auto" w:fill="EDEDED"/>
            <w:vAlign w:val="center"/>
          </w:tcPr>
          <w:p w14:paraId="50503F33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892" w:type="dxa"/>
            <w:shd w:val="clear" w:color="auto" w:fill="EDEDED"/>
            <w:vAlign w:val="center"/>
          </w:tcPr>
          <w:p w14:paraId="31955980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503" w:type="dxa"/>
            <w:shd w:val="clear" w:color="auto" w:fill="EDEDED"/>
            <w:vAlign w:val="center"/>
          </w:tcPr>
          <w:p w14:paraId="49975266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748" w:type="dxa"/>
            <w:shd w:val="clear" w:color="auto" w:fill="EDEDED"/>
            <w:vAlign w:val="center"/>
          </w:tcPr>
          <w:p w14:paraId="4D40F729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835" w:type="dxa"/>
            <w:shd w:val="clear" w:color="auto" w:fill="EDEDED"/>
            <w:vAlign w:val="center"/>
          </w:tcPr>
          <w:p w14:paraId="5056AD25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1512" w:type="dxa"/>
            <w:shd w:val="clear" w:color="auto" w:fill="EDEDED"/>
            <w:vAlign w:val="center"/>
          </w:tcPr>
          <w:p w14:paraId="283D48B2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</w:tr>
      <w:tr w:rsidR="006346E3" w:rsidRPr="0044158D" w14:paraId="3A9471ED" w14:textId="77777777">
        <w:trPr>
          <w:trHeight w:val="255"/>
          <w:jc w:val="center"/>
        </w:trPr>
        <w:tc>
          <w:tcPr>
            <w:tcW w:w="4392" w:type="dxa"/>
            <w:vAlign w:val="center"/>
          </w:tcPr>
          <w:p w14:paraId="64D91A35" w14:textId="77777777" w:rsidR="006346E3" w:rsidRPr="0044158D" w:rsidRDefault="00000000">
            <w:pPr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 xml:space="preserve">  No</w:t>
            </w:r>
          </w:p>
        </w:tc>
        <w:tc>
          <w:tcPr>
            <w:tcW w:w="792" w:type="dxa"/>
            <w:vAlign w:val="center"/>
          </w:tcPr>
          <w:p w14:paraId="77CF3F30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792" w:type="dxa"/>
            <w:vAlign w:val="center"/>
          </w:tcPr>
          <w:p w14:paraId="64B80FC4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892" w:type="dxa"/>
            <w:vAlign w:val="center"/>
          </w:tcPr>
          <w:p w14:paraId="0441D1CF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503" w:type="dxa"/>
            <w:vAlign w:val="center"/>
          </w:tcPr>
          <w:p w14:paraId="6C1AB27C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748" w:type="dxa"/>
            <w:vAlign w:val="center"/>
          </w:tcPr>
          <w:p w14:paraId="573E3967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835" w:type="dxa"/>
            <w:vAlign w:val="center"/>
          </w:tcPr>
          <w:p w14:paraId="092D1616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i/>
                <w:sz w:val="18"/>
                <w:szCs w:val="32"/>
              </w:rPr>
              <w:t>Reference</w:t>
            </w:r>
          </w:p>
        </w:tc>
        <w:tc>
          <w:tcPr>
            <w:tcW w:w="1512" w:type="dxa"/>
            <w:vAlign w:val="center"/>
          </w:tcPr>
          <w:p w14:paraId="21B51286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</w:tr>
      <w:tr w:rsidR="006346E3" w:rsidRPr="0044158D" w14:paraId="46299BEF" w14:textId="77777777">
        <w:trPr>
          <w:trHeight w:val="255"/>
          <w:jc w:val="center"/>
        </w:trPr>
        <w:tc>
          <w:tcPr>
            <w:tcW w:w="4392" w:type="dxa"/>
            <w:vAlign w:val="center"/>
          </w:tcPr>
          <w:p w14:paraId="6BE3635E" w14:textId="77777777" w:rsidR="006346E3" w:rsidRPr="0044158D" w:rsidRDefault="00000000">
            <w:pPr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 xml:space="preserve">  Yes</w:t>
            </w:r>
          </w:p>
        </w:tc>
        <w:tc>
          <w:tcPr>
            <w:tcW w:w="792" w:type="dxa"/>
            <w:vAlign w:val="center"/>
          </w:tcPr>
          <w:p w14:paraId="0D67F7ED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0.151</w:t>
            </w:r>
          </w:p>
        </w:tc>
        <w:tc>
          <w:tcPr>
            <w:tcW w:w="792" w:type="dxa"/>
            <w:vAlign w:val="center"/>
          </w:tcPr>
          <w:p w14:paraId="689EEC6D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0.183</w:t>
            </w:r>
          </w:p>
        </w:tc>
        <w:tc>
          <w:tcPr>
            <w:tcW w:w="892" w:type="dxa"/>
            <w:vAlign w:val="center"/>
          </w:tcPr>
          <w:p w14:paraId="33E10DAE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0.679</w:t>
            </w:r>
          </w:p>
        </w:tc>
        <w:tc>
          <w:tcPr>
            <w:tcW w:w="503" w:type="dxa"/>
            <w:vAlign w:val="center"/>
          </w:tcPr>
          <w:p w14:paraId="5BD69E42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1</w:t>
            </w:r>
          </w:p>
        </w:tc>
        <w:tc>
          <w:tcPr>
            <w:tcW w:w="748" w:type="dxa"/>
            <w:vAlign w:val="center"/>
          </w:tcPr>
          <w:p w14:paraId="53821FD8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0.410</w:t>
            </w:r>
          </w:p>
        </w:tc>
        <w:tc>
          <w:tcPr>
            <w:tcW w:w="835" w:type="dxa"/>
            <w:vAlign w:val="center"/>
          </w:tcPr>
          <w:p w14:paraId="420C8174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1.163</w:t>
            </w:r>
          </w:p>
        </w:tc>
        <w:tc>
          <w:tcPr>
            <w:tcW w:w="1512" w:type="dxa"/>
            <w:vAlign w:val="center"/>
          </w:tcPr>
          <w:p w14:paraId="74CF0CC3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0.812-1.666</w:t>
            </w:r>
          </w:p>
        </w:tc>
      </w:tr>
      <w:tr w:rsidR="006346E3" w:rsidRPr="0044158D" w14:paraId="1B8AD85E" w14:textId="77777777">
        <w:trPr>
          <w:trHeight w:val="255"/>
          <w:jc w:val="center"/>
        </w:trPr>
        <w:tc>
          <w:tcPr>
            <w:tcW w:w="4392" w:type="dxa"/>
            <w:shd w:val="clear" w:color="auto" w:fill="EDEDED"/>
            <w:vAlign w:val="center"/>
          </w:tcPr>
          <w:p w14:paraId="45500CD8" w14:textId="77777777" w:rsidR="006346E3" w:rsidRPr="0044158D" w:rsidRDefault="00000000">
            <w:pPr>
              <w:rPr>
                <w:sz w:val="18"/>
                <w:szCs w:val="32"/>
              </w:rPr>
            </w:pPr>
            <w:r w:rsidRPr="0044158D">
              <w:rPr>
                <w:b/>
                <w:sz w:val="18"/>
                <w:szCs w:val="32"/>
              </w:rPr>
              <w:t>Participation in surgery-related research</w:t>
            </w:r>
          </w:p>
        </w:tc>
        <w:tc>
          <w:tcPr>
            <w:tcW w:w="792" w:type="dxa"/>
            <w:shd w:val="clear" w:color="auto" w:fill="EDEDED"/>
            <w:vAlign w:val="center"/>
          </w:tcPr>
          <w:p w14:paraId="2B099F53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792" w:type="dxa"/>
            <w:shd w:val="clear" w:color="auto" w:fill="EDEDED"/>
            <w:vAlign w:val="center"/>
          </w:tcPr>
          <w:p w14:paraId="2B31F95D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892" w:type="dxa"/>
            <w:shd w:val="clear" w:color="auto" w:fill="EDEDED"/>
            <w:vAlign w:val="center"/>
          </w:tcPr>
          <w:p w14:paraId="37381FD4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503" w:type="dxa"/>
            <w:shd w:val="clear" w:color="auto" w:fill="EDEDED"/>
            <w:vAlign w:val="center"/>
          </w:tcPr>
          <w:p w14:paraId="7F29E6F2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748" w:type="dxa"/>
            <w:shd w:val="clear" w:color="auto" w:fill="EDEDED"/>
            <w:vAlign w:val="center"/>
          </w:tcPr>
          <w:p w14:paraId="058DD771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835" w:type="dxa"/>
            <w:shd w:val="clear" w:color="auto" w:fill="EDEDED"/>
            <w:vAlign w:val="center"/>
          </w:tcPr>
          <w:p w14:paraId="2D8EB18A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1512" w:type="dxa"/>
            <w:shd w:val="clear" w:color="auto" w:fill="EDEDED"/>
            <w:vAlign w:val="center"/>
          </w:tcPr>
          <w:p w14:paraId="563DCA68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</w:tr>
      <w:tr w:rsidR="006346E3" w:rsidRPr="0044158D" w14:paraId="48B7FA19" w14:textId="77777777">
        <w:trPr>
          <w:trHeight w:val="255"/>
          <w:jc w:val="center"/>
        </w:trPr>
        <w:tc>
          <w:tcPr>
            <w:tcW w:w="4392" w:type="dxa"/>
            <w:vAlign w:val="center"/>
          </w:tcPr>
          <w:p w14:paraId="389B46CC" w14:textId="77777777" w:rsidR="006346E3" w:rsidRPr="0044158D" w:rsidRDefault="00000000">
            <w:pPr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 xml:space="preserve">  No</w:t>
            </w:r>
          </w:p>
        </w:tc>
        <w:tc>
          <w:tcPr>
            <w:tcW w:w="792" w:type="dxa"/>
            <w:vAlign w:val="center"/>
          </w:tcPr>
          <w:p w14:paraId="37F7BFE0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792" w:type="dxa"/>
            <w:vAlign w:val="center"/>
          </w:tcPr>
          <w:p w14:paraId="3688BDF5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892" w:type="dxa"/>
            <w:vAlign w:val="center"/>
          </w:tcPr>
          <w:p w14:paraId="36EC21B8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503" w:type="dxa"/>
            <w:vAlign w:val="center"/>
          </w:tcPr>
          <w:p w14:paraId="1BD64EC9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748" w:type="dxa"/>
            <w:vAlign w:val="center"/>
          </w:tcPr>
          <w:p w14:paraId="07993EAE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835" w:type="dxa"/>
            <w:vAlign w:val="center"/>
          </w:tcPr>
          <w:p w14:paraId="1D063B88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i/>
                <w:sz w:val="18"/>
                <w:szCs w:val="32"/>
              </w:rPr>
              <w:t>Reference</w:t>
            </w:r>
          </w:p>
        </w:tc>
        <w:tc>
          <w:tcPr>
            <w:tcW w:w="1512" w:type="dxa"/>
            <w:vAlign w:val="center"/>
          </w:tcPr>
          <w:p w14:paraId="13268B3A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</w:tr>
      <w:tr w:rsidR="006346E3" w:rsidRPr="0044158D" w14:paraId="2476FB23" w14:textId="77777777">
        <w:trPr>
          <w:trHeight w:val="255"/>
          <w:jc w:val="center"/>
        </w:trPr>
        <w:tc>
          <w:tcPr>
            <w:tcW w:w="4392" w:type="dxa"/>
            <w:vAlign w:val="center"/>
          </w:tcPr>
          <w:p w14:paraId="55027C9A" w14:textId="77777777" w:rsidR="006346E3" w:rsidRPr="0044158D" w:rsidRDefault="00000000">
            <w:pPr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 xml:space="preserve">  Yes</w:t>
            </w:r>
          </w:p>
        </w:tc>
        <w:tc>
          <w:tcPr>
            <w:tcW w:w="792" w:type="dxa"/>
            <w:vAlign w:val="center"/>
          </w:tcPr>
          <w:p w14:paraId="5B7312E2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0.207</w:t>
            </w:r>
          </w:p>
        </w:tc>
        <w:tc>
          <w:tcPr>
            <w:tcW w:w="792" w:type="dxa"/>
            <w:vAlign w:val="center"/>
          </w:tcPr>
          <w:p w14:paraId="68A85A5D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0.269</w:t>
            </w:r>
          </w:p>
        </w:tc>
        <w:tc>
          <w:tcPr>
            <w:tcW w:w="892" w:type="dxa"/>
            <w:vAlign w:val="center"/>
          </w:tcPr>
          <w:p w14:paraId="1D9FA211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0.593</w:t>
            </w:r>
          </w:p>
        </w:tc>
        <w:tc>
          <w:tcPr>
            <w:tcW w:w="503" w:type="dxa"/>
            <w:vAlign w:val="center"/>
          </w:tcPr>
          <w:p w14:paraId="10191875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1</w:t>
            </w:r>
          </w:p>
        </w:tc>
        <w:tc>
          <w:tcPr>
            <w:tcW w:w="748" w:type="dxa"/>
            <w:vAlign w:val="center"/>
          </w:tcPr>
          <w:p w14:paraId="2DCBEF69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0.441</w:t>
            </w:r>
          </w:p>
        </w:tc>
        <w:tc>
          <w:tcPr>
            <w:tcW w:w="835" w:type="dxa"/>
            <w:vAlign w:val="center"/>
          </w:tcPr>
          <w:p w14:paraId="03AC5DC0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1.230</w:t>
            </w:r>
          </w:p>
        </w:tc>
        <w:tc>
          <w:tcPr>
            <w:tcW w:w="1512" w:type="dxa"/>
            <w:vAlign w:val="center"/>
          </w:tcPr>
          <w:p w14:paraId="0695309F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0.726-2.086</w:t>
            </w:r>
          </w:p>
        </w:tc>
      </w:tr>
      <w:tr w:rsidR="006346E3" w:rsidRPr="0044158D" w14:paraId="0A05CE30" w14:textId="77777777">
        <w:trPr>
          <w:trHeight w:val="255"/>
          <w:jc w:val="center"/>
        </w:trPr>
        <w:tc>
          <w:tcPr>
            <w:tcW w:w="4392" w:type="dxa"/>
            <w:shd w:val="clear" w:color="auto" w:fill="EDEDED"/>
            <w:vAlign w:val="center"/>
          </w:tcPr>
          <w:p w14:paraId="038D2A1C" w14:textId="77777777" w:rsidR="006346E3" w:rsidRPr="0044158D" w:rsidRDefault="00000000">
            <w:pPr>
              <w:rPr>
                <w:sz w:val="18"/>
                <w:szCs w:val="32"/>
              </w:rPr>
            </w:pPr>
            <w:r w:rsidRPr="0044158D">
              <w:rPr>
                <w:b/>
                <w:sz w:val="18"/>
                <w:szCs w:val="32"/>
              </w:rPr>
              <w:t>Has a surgeon mentor</w:t>
            </w:r>
          </w:p>
        </w:tc>
        <w:tc>
          <w:tcPr>
            <w:tcW w:w="792" w:type="dxa"/>
            <w:shd w:val="clear" w:color="auto" w:fill="EDEDED"/>
            <w:vAlign w:val="center"/>
          </w:tcPr>
          <w:p w14:paraId="59953715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792" w:type="dxa"/>
            <w:shd w:val="clear" w:color="auto" w:fill="EDEDED"/>
            <w:vAlign w:val="center"/>
          </w:tcPr>
          <w:p w14:paraId="4C6F0256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892" w:type="dxa"/>
            <w:shd w:val="clear" w:color="auto" w:fill="EDEDED"/>
            <w:vAlign w:val="center"/>
          </w:tcPr>
          <w:p w14:paraId="59B971AF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503" w:type="dxa"/>
            <w:shd w:val="clear" w:color="auto" w:fill="EDEDED"/>
            <w:vAlign w:val="center"/>
          </w:tcPr>
          <w:p w14:paraId="3A4B3B9D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748" w:type="dxa"/>
            <w:shd w:val="clear" w:color="auto" w:fill="EDEDED"/>
            <w:vAlign w:val="center"/>
          </w:tcPr>
          <w:p w14:paraId="733AC53B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835" w:type="dxa"/>
            <w:shd w:val="clear" w:color="auto" w:fill="EDEDED"/>
            <w:vAlign w:val="center"/>
          </w:tcPr>
          <w:p w14:paraId="30AD686A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1512" w:type="dxa"/>
            <w:shd w:val="clear" w:color="auto" w:fill="EDEDED"/>
            <w:vAlign w:val="center"/>
          </w:tcPr>
          <w:p w14:paraId="078B6747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</w:tr>
      <w:tr w:rsidR="006346E3" w:rsidRPr="0044158D" w14:paraId="3AC3D6B2" w14:textId="77777777">
        <w:trPr>
          <w:trHeight w:val="255"/>
          <w:jc w:val="center"/>
        </w:trPr>
        <w:tc>
          <w:tcPr>
            <w:tcW w:w="4392" w:type="dxa"/>
            <w:vAlign w:val="center"/>
          </w:tcPr>
          <w:p w14:paraId="1BC3AE2E" w14:textId="77777777" w:rsidR="006346E3" w:rsidRPr="0044158D" w:rsidRDefault="00000000">
            <w:pPr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 xml:space="preserve">  No</w:t>
            </w:r>
          </w:p>
        </w:tc>
        <w:tc>
          <w:tcPr>
            <w:tcW w:w="792" w:type="dxa"/>
            <w:vAlign w:val="center"/>
          </w:tcPr>
          <w:p w14:paraId="3CFDCAAA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792" w:type="dxa"/>
            <w:vAlign w:val="center"/>
          </w:tcPr>
          <w:p w14:paraId="6F54BF2F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892" w:type="dxa"/>
            <w:vAlign w:val="center"/>
          </w:tcPr>
          <w:p w14:paraId="21376FB4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503" w:type="dxa"/>
            <w:vAlign w:val="center"/>
          </w:tcPr>
          <w:p w14:paraId="66C50928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748" w:type="dxa"/>
            <w:vAlign w:val="center"/>
          </w:tcPr>
          <w:p w14:paraId="2FFD2949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835" w:type="dxa"/>
            <w:vAlign w:val="center"/>
          </w:tcPr>
          <w:p w14:paraId="1E25A2A0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i/>
                <w:sz w:val="18"/>
                <w:szCs w:val="32"/>
              </w:rPr>
              <w:t>Reference</w:t>
            </w:r>
          </w:p>
        </w:tc>
        <w:tc>
          <w:tcPr>
            <w:tcW w:w="1512" w:type="dxa"/>
            <w:vAlign w:val="center"/>
          </w:tcPr>
          <w:p w14:paraId="24DC8415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</w:tr>
      <w:tr w:rsidR="006346E3" w:rsidRPr="0044158D" w14:paraId="40BDE75C" w14:textId="77777777">
        <w:trPr>
          <w:trHeight w:val="255"/>
          <w:jc w:val="center"/>
        </w:trPr>
        <w:tc>
          <w:tcPr>
            <w:tcW w:w="4392" w:type="dxa"/>
            <w:vAlign w:val="center"/>
          </w:tcPr>
          <w:p w14:paraId="061045EE" w14:textId="77777777" w:rsidR="006346E3" w:rsidRPr="0044158D" w:rsidRDefault="00000000">
            <w:pPr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 xml:space="preserve">  Yes</w:t>
            </w:r>
          </w:p>
        </w:tc>
        <w:tc>
          <w:tcPr>
            <w:tcW w:w="792" w:type="dxa"/>
            <w:vAlign w:val="center"/>
          </w:tcPr>
          <w:p w14:paraId="39577814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0.853</w:t>
            </w:r>
          </w:p>
        </w:tc>
        <w:tc>
          <w:tcPr>
            <w:tcW w:w="792" w:type="dxa"/>
            <w:vAlign w:val="center"/>
          </w:tcPr>
          <w:p w14:paraId="6BA66F14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0.215</w:t>
            </w:r>
          </w:p>
        </w:tc>
        <w:tc>
          <w:tcPr>
            <w:tcW w:w="892" w:type="dxa"/>
            <w:vAlign w:val="center"/>
          </w:tcPr>
          <w:p w14:paraId="6B004DF8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15.668</w:t>
            </w:r>
          </w:p>
        </w:tc>
        <w:tc>
          <w:tcPr>
            <w:tcW w:w="503" w:type="dxa"/>
            <w:vAlign w:val="center"/>
          </w:tcPr>
          <w:p w14:paraId="05BC1F1B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1</w:t>
            </w:r>
          </w:p>
        </w:tc>
        <w:tc>
          <w:tcPr>
            <w:tcW w:w="748" w:type="dxa"/>
            <w:vAlign w:val="center"/>
          </w:tcPr>
          <w:p w14:paraId="1D01F39A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&lt;0.001</w:t>
            </w:r>
          </w:p>
        </w:tc>
        <w:tc>
          <w:tcPr>
            <w:tcW w:w="835" w:type="dxa"/>
            <w:vAlign w:val="center"/>
          </w:tcPr>
          <w:p w14:paraId="6EEB1589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2.346</w:t>
            </w:r>
          </w:p>
        </w:tc>
        <w:tc>
          <w:tcPr>
            <w:tcW w:w="1512" w:type="dxa"/>
            <w:vAlign w:val="center"/>
          </w:tcPr>
          <w:p w14:paraId="4BA62A9F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1.538-3.578</w:t>
            </w:r>
          </w:p>
        </w:tc>
      </w:tr>
      <w:tr w:rsidR="006346E3" w:rsidRPr="0044158D" w14:paraId="71CBE6A6" w14:textId="77777777">
        <w:trPr>
          <w:trHeight w:val="255"/>
          <w:jc w:val="center"/>
        </w:trPr>
        <w:tc>
          <w:tcPr>
            <w:tcW w:w="4392" w:type="dxa"/>
            <w:shd w:val="clear" w:color="auto" w:fill="EDEDED"/>
            <w:vAlign w:val="center"/>
          </w:tcPr>
          <w:p w14:paraId="506186D8" w14:textId="77777777" w:rsidR="006346E3" w:rsidRPr="0044158D" w:rsidRDefault="00000000">
            <w:pPr>
              <w:rPr>
                <w:sz w:val="18"/>
                <w:szCs w:val="32"/>
              </w:rPr>
            </w:pPr>
            <w:r w:rsidRPr="0044158D">
              <w:rPr>
                <w:b/>
                <w:sz w:val="18"/>
                <w:szCs w:val="32"/>
              </w:rPr>
              <w:t>University (overall)</w:t>
            </w:r>
          </w:p>
        </w:tc>
        <w:tc>
          <w:tcPr>
            <w:tcW w:w="792" w:type="dxa"/>
            <w:shd w:val="clear" w:color="auto" w:fill="EDEDED"/>
            <w:vAlign w:val="center"/>
          </w:tcPr>
          <w:p w14:paraId="487EDED1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792" w:type="dxa"/>
            <w:shd w:val="clear" w:color="auto" w:fill="EDEDED"/>
            <w:vAlign w:val="center"/>
          </w:tcPr>
          <w:p w14:paraId="4636C34E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892" w:type="dxa"/>
            <w:shd w:val="clear" w:color="auto" w:fill="EDEDED"/>
            <w:vAlign w:val="center"/>
          </w:tcPr>
          <w:p w14:paraId="3DEF56D6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b/>
                <w:sz w:val="18"/>
                <w:szCs w:val="32"/>
              </w:rPr>
              <w:t>12.643</w:t>
            </w:r>
          </w:p>
        </w:tc>
        <w:tc>
          <w:tcPr>
            <w:tcW w:w="503" w:type="dxa"/>
            <w:shd w:val="clear" w:color="auto" w:fill="EDEDED"/>
            <w:vAlign w:val="center"/>
          </w:tcPr>
          <w:p w14:paraId="21E31EDE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b/>
                <w:sz w:val="18"/>
                <w:szCs w:val="32"/>
              </w:rPr>
              <w:t>6</w:t>
            </w:r>
          </w:p>
        </w:tc>
        <w:tc>
          <w:tcPr>
            <w:tcW w:w="748" w:type="dxa"/>
            <w:shd w:val="clear" w:color="auto" w:fill="EDEDED"/>
            <w:vAlign w:val="center"/>
          </w:tcPr>
          <w:p w14:paraId="2123FD4C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b/>
                <w:sz w:val="18"/>
                <w:szCs w:val="32"/>
              </w:rPr>
              <w:t>0.049</w:t>
            </w:r>
          </w:p>
        </w:tc>
        <w:tc>
          <w:tcPr>
            <w:tcW w:w="835" w:type="dxa"/>
            <w:shd w:val="clear" w:color="auto" w:fill="EDEDED"/>
            <w:vAlign w:val="center"/>
          </w:tcPr>
          <w:p w14:paraId="7CB90D7E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1512" w:type="dxa"/>
            <w:shd w:val="clear" w:color="auto" w:fill="EDEDED"/>
            <w:vAlign w:val="center"/>
          </w:tcPr>
          <w:p w14:paraId="6247A683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</w:tr>
      <w:tr w:rsidR="006346E3" w:rsidRPr="0044158D" w14:paraId="1FA69451" w14:textId="77777777">
        <w:trPr>
          <w:trHeight w:val="255"/>
          <w:jc w:val="center"/>
        </w:trPr>
        <w:tc>
          <w:tcPr>
            <w:tcW w:w="4392" w:type="dxa"/>
            <w:vAlign w:val="center"/>
          </w:tcPr>
          <w:p w14:paraId="365C6032" w14:textId="77777777" w:rsidR="006346E3" w:rsidRPr="0044158D" w:rsidRDefault="00000000">
            <w:pPr>
              <w:rPr>
                <w:sz w:val="18"/>
                <w:szCs w:val="32"/>
                <w:rtl/>
                <w:lang w:bidi="ar-SY"/>
              </w:rPr>
            </w:pPr>
            <w:r w:rsidRPr="0044158D">
              <w:rPr>
                <w:sz w:val="18"/>
                <w:szCs w:val="32"/>
              </w:rPr>
              <w:t xml:space="preserve">  Damascus University</w:t>
            </w:r>
          </w:p>
        </w:tc>
        <w:tc>
          <w:tcPr>
            <w:tcW w:w="792" w:type="dxa"/>
            <w:vAlign w:val="center"/>
          </w:tcPr>
          <w:p w14:paraId="10E33B9A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792" w:type="dxa"/>
            <w:vAlign w:val="center"/>
          </w:tcPr>
          <w:p w14:paraId="787249D3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892" w:type="dxa"/>
            <w:vAlign w:val="center"/>
          </w:tcPr>
          <w:p w14:paraId="53871D69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503" w:type="dxa"/>
            <w:vAlign w:val="center"/>
          </w:tcPr>
          <w:p w14:paraId="0180256E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748" w:type="dxa"/>
            <w:vAlign w:val="center"/>
          </w:tcPr>
          <w:p w14:paraId="2C28B019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835" w:type="dxa"/>
            <w:vAlign w:val="center"/>
          </w:tcPr>
          <w:p w14:paraId="2FF87F55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i/>
                <w:sz w:val="18"/>
                <w:szCs w:val="32"/>
              </w:rPr>
              <w:t>Reference</w:t>
            </w:r>
          </w:p>
        </w:tc>
        <w:tc>
          <w:tcPr>
            <w:tcW w:w="1512" w:type="dxa"/>
            <w:vAlign w:val="center"/>
          </w:tcPr>
          <w:p w14:paraId="6B39B376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</w:tr>
      <w:tr w:rsidR="006346E3" w:rsidRPr="0044158D" w14:paraId="4B28CFDC" w14:textId="77777777">
        <w:trPr>
          <w:trHeight w:val="255"/>
          <w:jc w:val="center"/>
        </w:trPr>
        <w:tc>
          <w:tcPr>
            <w:tcW w:w="4392" w:type="dxa"/>
            <w:vAlign w:val="center"/>
          </w:tcPr>
          <w:p w14:paraId="5494AC95" w14:textId="77777777" w:rsidR="006346E3" w:rsidRPr="0044158D" w:rsidRDefault="00000000">
            <w:pPr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 xml:space="preserve">  Syrian Private University</w:t>
            </w:r>
          </w:p>
        </w:tc>
        <w:tc>
          <w:tcPr>
            <w:tcW w:w="792" w:type="dxa"/>
            <w:vAlign w:val="center"/>
          </w:tcPr>
          <w:p w14:paraId="66ADC311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-0.110</w:t>
            </w:r>
          </w:p>
        </w:tc>
        <w:tc>
          <w:tcPr>
            <w:tcW w:w="792" w:type="dxa"/>
            <w:vAlign w:val="center"/>
          </w:tcPr>
          <w:p w14:paraId="33215571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0.324</w:t>
            </w:r>
          </w:p>
        </w:tc>
        <w:tc>
          <w:tcPr>
            <w:tcW w:w="892" w:type="dxa"/>
            <w:vAlign w:val="center"/>
          </w:tcPr>
          <w:p w14:paraId="20D7A9F8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0.116</w:t>
            </w:r>
          </w:p>
        </w:tc>
        <w:tc>
          <w:tcPr>
            <w:tcW w:w="503" w:type="dxa"/>
            <w:vAlign w:val="center"/>
          </w:tcPr>
          <w:p w14:paraId="0CA04160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1</w:t>
            </w:r>
          </w:p>
        </w:tc>
        <w:tc>
          <w:tcPr>
            <w:tcW w:w="748" w:type="dxa"/>
            <w:vAlign w:val="center"/>
          </w:tcPr>
          <w:p w14:paraId="7AF8AEC7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0.734</w:t>
            </w:r>
          </w:p>
        </w:tc>
        <w:tc>
          <w:tcPr>
            <w:tcW w:w="835" w:type="dxa"/>
            <w:vAlign w:val="center"/>
          </w:tcPr>
          <w:p w14:paraId="3155FD42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0.896</w:t>
            </w:r>
          </w:p>
        </w:tc>
        <w:tc>
          <w:tcPr>
            <w:tcW w:w="1512" w:type="dxa"/>
            <w:vAlign w:val="center"/>
          </w:tcPr>
          <w:p w14:paraId="4AE19548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0.475-1.690</w:t>
            </w:r>
          </w:p>
        </w:tc>
      </w:tr>
      <w:tr w:rsidR="006346E3" w:rsidRPr="0044158D" w14:paraId="58DE1E4D" w14:textId="77777777">
        <w:trPr>
          <w:trHeight w:val="255"/>
          <w:jc w:val="center"/>
        </w:trPr>
        <w:tc>
          <w:tcPr>
            <w:tcW w:w="4392" w:type="dxa"/>
            <w:vAlign w:val="center"/>
          </w:tcPr>
          <w:p w14:paraId="77BB098E" w14:textId="77777777" w:rsidR="006346E3" w:rsidRPr="0044158D" w:rsidRDefault="00000000">
            <w:pPr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 xml:space="preserve">  Homs University</w:t>
            </w:r>
          </w:p>
        </w:tc>
        <w:tc>
          <w:tcPr>
            <w:tcW w:w="792" w:type="dxa"/>
            <w:vAlign w:val="center"/>
          </w:tcPr>
          <w:p w14:paraId="5D6A763C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0.728</w:t>
            </w:r>
          </w:p>
        </w:tc>
        <w:tc>
          <w:tcPr>
            <w:tcW w:w="792" w:type="dxa"/>
            <w:vAlign w:val="center"/>
          </w:tcPr>
          <w:p w14:paraId="5846BA21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0.269</w:t>
            </w:r>
          </w:p>
        </w:tc>
        <w:tc>
          <w:tcPr>
            <w:tcW w:w="892" w:type="dxa"/>
            <w:vAlign w:val="center"/>
          </w:tcPr>
          <w:p w14:paraId="2C5F7821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7.349</w:t>
            </w:r>
          </w:p>
        </w:tc>
        <w:tc>
          <w:tcPr>
            <w:tcW w:w="503" w:type="dxa"/>
            <w:vAlign w:val="center"/>
          </w:tcPr>
          <w:p w14:paraId="6590524B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1</w:t>
            </w:r>
          </w:p>
        </w:tc>
        <w:tc>
          <w:tcPr>
            <w:tcW w:w="748" w:type="dxa"/>
            <w:vAlign w:val="center"/>
          </w:tcPr>
          <w:p w14:paraId="6CB1EBF3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0.007</w:t>
            </w:r>
          </w:p>
        </w:tc>
        <w:tc>
          <w:tcPr>
            <w:tcW w:w="835" w:type="dxa"/>
            <w:vAlign w:val="center"/>
          </w:tcPr>
          <w:p w14:paraId="00B5A7EA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2.072</w:t>
            </w:r>
          </w:p>
        </w:tc>
        <w:tc>
          <w:tcPr>
            <w:tcW w:w="1512" w:type="dxa"/>
            <w:vAlign w:val="center"/>
          </w:tcPr>
          <w:p w14:paraId="53F77F5E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1.224-3.508</w:t>
            </w:r>
          </w:p>
        </w:tc>
      </w:tr>
      <w:tr w:rsidR="006346E3" w:rsidRPr="0044158D" w14:paraId="118AECB7" w14:textId="77777777">
        <w:trPr>
          <w:trHeight w:val="255"/>
          <w:jc w:val="center"/>
        </w:trPr>
        <w:tc>
          <w:tcPr>
            <w:tcW w:w="4392" w:type="dxa"/>
            <w:vAlign w:val="center"/>
          </w:tcPr>
          <w:p w14:paraId="5C3D5D84" w14:textId="77777777" w:rsidR="006346E3" w:rsidRPr="0044158D" w:rsidRDefault="00000000">
            <w:pPr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 xml:space="preserve">  Aleppo University</w:t>
            </w:r>
          </w:p>
        </w:tc>
        <w:tc>
          <w:tcPr>
            <w:tcW w:w="792" w:type="dxa"/>
            <w:vAlign w:val="center"/>
          </w:tcPr>
          <w:p w14:paraId="39398039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0.738</w:t>
            </w:r>
          </w:p>
        </w:tc>
        <w:tc>
          <w:tcPr>
            <w:tcW w:w="792" w:type="dxa"/>
            <w:vAlign w:val="center"/>
          </w:tcPr>
          <w:p w14:paraId="6DF8DA6E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0.378</w:t>
            </w:r>
          </w:p>
        </w:tc>
        <w:tc>
          <w:tcPr>
            <w:tcW w:w="892" w:type="dxa"/>
            <w:vAlign w:val="center"/>
          </w:tcPr>
          <w:p w14:paraId="7EE091FD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3.814</w:t>
            </w:r>
          </w:p>
        </w:tc>
        <w:tc>
          <w:tcPr>
            <w:tcW w:w="503" w:type="dxa"/>
            <w:vAlign w:val="center"/>
          </w:tcPr>
          <w:p w14:paraId="084D83A3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1</w:t>
            </w:r>
          </w:p>
        </w:tc>
        <w:tc>
          <w:tcPr>
            <w:tcW w:w="748" w:type="dxa"/>
            <w:vAlign w:val="center"/>
          </w:tcPr>
          <w:p w14:paraId="20BFA6E9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0.051</w:t>
            </w:r>
          </w:p>
        </w:tc>
        <w:tc>
          <w:tcPr>
            <w:tcW w:w="835" w:type="dxa"/>
            <w:vAlign w:val="center"/>
          </w:tcPr>
          <w:p w14:paraId="7372EFF0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2.091</w:t>
            </w:r>
          </w:p>
        </w:tc>
        <w:tc>
          <w:tcPr>
            <w:tcW w:w="1512" w:type="dxa"/>
            <w:vAlign w:val="center"/>
          </w:tcPr>
          <w:p w14:paraId="1B6BCC57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0.997-4.385</w:t>
            </w:r>
          </w:p>
        </w:tc>
      </w:tr>
      <w:tr w:rsidR="006346E3" w:rsidRPr="0044158D" w14:paraId="3A09E7DB" w14:textId="77777777">
        <w:trPr>
          <w:trHeight w:val="255"/>
          <w:jc w:val="center"/>
        </w:trPr>
        <w:tc>
          <w:tcPr>
            <w:tcW w:w="4392" w:type="dxa"/>
            <w:vAlign w:val="center"/>
          </w:tcPr>
          <w:p w14:paraId="19A7EA6C" w14:textId="77777777" w:rsidR="006346E3" w:rsidRPr="0044158D" w:rsidRDefault="00000000">
            <w:pPr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 xml:space="preserve">  Al-Sham Private University</w:t>
            </w:r>
          </w:p>
        </w:tc>
        <w:tc>
          <w:tcPr>
            <w:tcW w:w="792" w:type="dxa"/>
            <w:vAlign w:val="center"/>
          </w:tcPr>
          <w:p w14:paraId="59D8DEB7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0.612</w:t>
            </w:r>
          </w:p>
        </w:tc>
        <w:tc>
          <w:tcPr>
            <w:tcW w:w="792" w:type="dxa"/>
            <w:vAlign w:val="center"/>
          </w:tcPr>
          <w:p w14:paraId="6FE4F622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0.420</w:t>
            </w:r>
          </w:p>
        </w:tc>
        <w:tc>
          <w:tcPr>
            <w:tcW w:w="892" w:type="dxa"/>
            <w:vAlign w:val="center"/>
          </w:tcPr>
          <w:p w14:paraId="3DC36685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2.124</w:t>
            </w:r>
          </w:p>
        </w:tc>
        <w:tc>
          <w:tcPr>
            <w:tcW w:w="503" w:type="dxa"/>
            <w:vAlign w:val="center"/>
          </w:tcPr>
          <w:p w14:paraId="0C40D303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1</w:t>
            </w:r>
          </w:p>
        </w:tc>
        <w:tc>
          <w:tcPr>
            <w:tcW w:w="748" w:type="dxa"/>
            <w:vAlign w:val="center"/>
          </w:tcPr>
          <w:p w14:paraId="2DEBD3A3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0.145</w:t>
            </w:r>
          </w:p>
        </w:tc>
        <w:tc>
          <w:tcPr>
            <w:tcW w:w="835" w:type="dxa"/>
            <w:vAlign w:val="center"/>
          </w:tcPr>
          <w:p w14:paraId="4B22DADF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1.843</w:t>
            </w:r>
          </w:p>
        </w:tc>
        <w:tc>
          <w:tcPr>
            <w:tcW w:w="1512" w:type="dxa"/>
            <w:vAlign w:val="center"/>
          </w:tcPr>
          <w:p w14:paraId="133381DE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0.810-4.195</w:t>
            </w:r>
          </w:p>
        </w:tc>
      </w:tr>
      <w:tr w:rsidR="006346E3" w:rsidRPr="0044158D" w14:paraId="1301D61E" w14:textId="77777777">
        <w:trPr>
          <w:trHeight w:val="255"/>
          <w:jc w:val="center"/>
        </w:trPr>
        <w:tc>
          <w:tcPr>
            <w:tcW w:w="4392" w:type="dxa"/>
            <w:vAlign w:val="center"/>
          </w:tcPr>
          <w:p w14:paraId="29109DF8" w14:textId="77777777" w:rsidR="006346E3" w:rsidRPr="0044158D" w:rsidRDefault="00000000">
            <w:pPr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 xml:space="preserve">  Tishreen University</w:t>
            </w:r>
          </w:p>
        </w:tc>
        <w:tc>
          <w:tcPr>
            <w:tcW w:w="792" w:type="dxa"/>
            <w:vAlign w:val="center"/>
          </w:tcPr>
          <w:p w14:paraId="7D88EBA9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0.194</w:t>
            </w:r>
          </w:p>
        </w:tc>
        <w:tc>
          <w:tcPr>
            <w:tcW w:w="792" w:type="dxa"/>
            <w:vAlign w:val="center"/>
          </w:tcPr>
          <w:p w14:paraId="08C5B7EC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0.256</w:t>
            </w:r>
          </w:p>
        </w:tc>
        <w:tc>
          <w:tcPr>
            <w:tcW w:w="892" w:type="dxa"/>
            <w:vAlign w:val="center"/>
          </w:tcPr>
          <w:p w14:paraId="242D8039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0.575</w:t>
            </w:r>
          </w:p>
        </w:tc>
        <w:tc>
          <w:tcPr>
            <w:tcW w:w="503" w:type="dxa"/>
            <w:vAlign w:val="center"/>
          </w:tcPr>
          <w:p w14:paraId="009CD9FC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1</w:t>
            </w:r>
          </w:p>
        </w:tc>
        <w:tc>
          <w:tcPr>
            <w:tcW w:w="748" w:type="dxa"/>
            <w:vAlign w:val="center"/>
          </w:tcPr>
          <w:p w14:paraId="1C6352C5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0.448</w:t>
            </w:r>
          </w:p>
        </w:tc>
        <w:tc>
          <w:tcPr>
            <w:tcW w:w="835" w:type="dxa"/>
            <w:vAlign w:val="center"/>
          </w:tcPr>
          <w:p w14:paraId="296B0837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1.215</w:t>
            </w:r>
          </w:p>
        </w:tc>
        <w:tc>
          <w:tcPr>
            <w:tcW w:w="1512" w:type="dxa"/>
            <w:vAlign w:val="center"/>
          </w:tcPr>
          <w:p w14:paraId="0A26F140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0.735-2.007</w:t>
            </w:r>
          </w:p>
        </w:tc>
      </w:tr>
      <w:tr w:rsidR="006346E3" w:rsidRPr="0044158D" w14:paraId="08190E34" w14:textId="77777777">
        <w:trPr>
          <w:trHeight w:val="255"/>
          <w:jc w:val="center"/>
        </w:trPr>
        <w:tc>
          <w:tcPr>
            <w:tcW w:w="4392" w:type="dxa"/>
            <w:vAlign w:val="center"/>
          </w:tcPr>
          <w:p w14:paraId="487FFF06" w14:textId="77777777" w:rsidR="006346E3" w:rsidRPr="0044158D" w:rsidRDefault="00000000">
            <w:pPr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 xml:space="preserve">  Other</w:t>
            </w:r>
          </w:p>
        </w:tc>
        <w:tc>
          <w:tcPr>
            <w:tcW w:w="792" w:type="dxa"/>
            <w:vAlign w:val="center"/>
          </w:tcPr>
          <w:p w14:paraId="71675B43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0.520</w:t>
            </w:r>
          </w:p>
        </w:tc>
        <w:tc>
          <w:tcPr>
            <w:tcW w:w="792" w:type="dxa"/>
            <w:vAlign w:val="center"/>
          </w:tcPr>
          <w:p w14:paraId="252505D7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0.425</w:t>
            </w:r>
          </w:p>
        </w:tc>
        <w:tc>
          <w:tcPr>
            <w:tcW w:w="892" w:type="dxa"/>
            <w:vAlign w:val="center"/>
          </w:tcPr>
          <w:p w14:paraId="185DBD2F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1.495</w:t>
            </w:r>
          </w:p>
        </w:tc>
        <w:tc>
          <w:tcPr>
            <w:tcW w:w="503" w:type="dxa"/>
            <w:vAlign w:val="center"/>
          </w:tcPr>
          <w:p w14:paraId="5F2F70C4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1</w:t>
            </w:r>
          </w:p>
        </w:tc>
        <w:tc>
          <w:tcPr>
            <w:tcW w:w="748" w:type="dxa"/>
            <w:vAlign w:val="center"/>
          </w:tcPr>
          <w:p w14:paraId="3A05EDFD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0.221</w:t>
            </w:r>
          </w:p>
        </w:tc>
        <w:tc>
          <w:tcPr>
            <w:tcW w:w="835" w:type="dxa"/>
            <w:vAlign w:val="center"/>
          </w:tcPr>
          <w:p w14:paraId="1087D423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1.681</w:t>
            </w:r>
          </w:p>
        </w:tc>
        <w:tc>
          <w:tcPr>
            <w:tcW w:w="1512" w:type="dxa"/>
            <w:vAlign w:val="center"/>
          </w:tcPr>
          <w:p w14:paraId="45E1F24B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0.731-3.867</w:t>
            </w:r>
          </w:p>
        </w:tc>
      </w:tr>
      <w:tr w:rsidR="006346E3" w:rsidRPr="0044158D" w14:paraId="40ABCA9E" w14:textId="77777777">
        <w:trPr>
          <w:trHeight w:val="255"/>
          <w:jc w:val="center"/>
        </w:trPr>
        <w:tc>
          <w:tcPr>
            <w:tcW w:w="4392" w:type="dxa"/>
            <w:shd w:val="clear" w:color="auto" w:fill="EDEDED"/>
            <w:vAlign w:val="center"/>
          </w:tcPr>
          <w:p w14:paraId="44428408" w14:textId="77777777" w:rsidR="006346E3" w:rsidRPr="0044158D" w:rsidRDefault="00000000">
            <w:pPr>
              <w:rPr>
                <w:sz w:val="18"/>
                <w:szCs w:val="32"/>
              </w:rPr>
            </w:pPr>
            <w:r w:rsidRPr="0044158D">
              <w:rPr>
                <w:b/>
                <w:sz w:val="18"/>
                <w:szCs w:val="32"/>
              </w:rPr>
              <w:t>Academic year (overall)</w:t>
            </w:r>
          </w:p>
        </w:tc>
        <w:tc>
          <w:tcPr>
            <w:tcW w:w="792" w:type="dxa"/>
            <w:shd w:val="clear" w:color="auto" w:fill="EDEDED"/>
            <w:vAlign w:val="center"/>
          </w:tcPr>
          <w:p w14:paraId="46D00803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792" w:type="dxa"/>
            <w:shd w:val="clear" w:color="auto" w:fill="EDEDED"/>
            <w:vAlign w:val="center"/>
          </w:tcPr>
          <w:p w14:paraId="35D04484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892" w:type="dxa"/>
            <w:shd w:val="clear" w:color="auto" w:fill="EDEDED"/>
            <w:vAlign w:val="center"/>
          </w:tcPr>
          <w:p w14:paraId="11E1453C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b/>
                <w:sz w:val="18"/>
                <w:szCs w:val="32"/>
              </w:rPr>
              <w:t>3.783</w:t>
            </w:r>
          </w:p>
        </w:tc>
        <w:tc>
          <w:tcPr>
            <w:tcW w:w="503" w:type="dxa"/>
            <w:shd w:val="clear" w:color="auto" w:fill="EDEDED"/>
            <w:vAlign w:val="center"/>
          </w:tcPr>
          <w:p w14:paraId="0A29DB01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b/>
                <w:sz w:val="18"/>
                <w:szCs w:val="32"/>
              </w:rPr>
              <w:t>2</w:t>
            </w:r>
          </w:p>
        </w:tc>
        <w:tc>
          <w:tcPr>
            <w:tcW w:w="748" w:type="dxa"/>
            <w:shd w:val="clear" w:color="auto" w:fill="EDEDED"/>
            <w:vAlign w:val="center"/>
          </w:tcPr>
          <w:p w14:paraId="02C35E6E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b/>
                <w:sz w:val="18"/>
                <w:szCs w:val="32"/>
              </w:rPr>
              <w:t>0.151</w:t>
            </w:r>
          </w:p>
        </w:tc>
        <w:tc>
          <w:tcPr>
            <w:tcW w:w="835" w:type="dxa"/>
            <w:shd w:val="clear" w:color="auto" w:fill="EDEDED"/>
            <w:vAlign w:val="center"/>
          </w:tcPr>
          <w:p w14:paraId="1C0A43C2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1512" w:type="dxa"/>
            <w:shd w:val="clear" w:color="auto" w:fill="EDEDED"/>
            <w:vAlign w:val="center"/>
          </w:tcPr>
          <w:p w14:paraId="50D619E2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</w:tr>
      <w:tr w:rsidR="006346E3" w:rsidRPr="0044158D" w14:paraId="1B7A0BD2" w14:textId="77777777">
        <w:trPr>
          <w:trHeight w:val="255"/>
          <w:jc w:val="center"/>
        </w:trPr>
        <w:tc>
          <w:tcPr>
            <w:tcW w:w="4392" w:type="dxa"/>
            <w:vAlign w:val="center"/>
          </w:tcPr>
          <w:p w14:paraId="1988EF3C" w14:textId="77777777" w:rsidR="006346E3" w:rsidRPr="0044158D" w:rsidRDefault="00000000">
            <w:pPr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 xml:space="preserve">  Fourth year</w:t>
            </w:r>
          </w:p>
        </w:tc>
        <w:tc>
          <w:tcPr>
            <w:tcW w:w="792" w:type="dxa"/>
            <w:vAlign w:val="center"/>
          </w:tcPr>
          <w:p w14:paraId="354E907D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792" w:type="dxa"/>
            <w:vAlign w:val="center"/>
          </w:tcPr>
          <w:p w14:paraId="2209CE06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892" w:type="dxa"/>
            <w:vAlign w:val="center"/>
          </w:tcPr>
          <w:p w14:paraId="6D318203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503" w:type="dxa"/>
            <w:vAlign w:val="center"/>
          </w:tcPr>
          <w:p w14:paraId="1F559205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748" w:type="dxa"/>
            <w:vAlign w:val="center"/>
          </w:tcPr>
          <w:p w14:paraId="30CF9712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835" w:type="dxa"/>
            <w:vAlign w:val="center"/>
          </w:tcPr>
          <w:p w14:paraId="26E34B6F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i/>
                <w:sz w:val="18"/>
                <w:szCs w:val="32"/>
              </w:rPr>
              <w:t>Reference</w:t>
            </w:r>
          </w:p>
        </w:tc>
        <w:tc>
          <w:tcPr>
            <w:tcW w:w="1512" w:type="dxa"/>
            <w:vAlign w:val="center"/>
          </w:tcPr>
          <w:p w14:paraId="78D19625" w14:textId="77777777" w:rsidR="006346E3" w:rsidRPr="0044158D" w:rsidRDefault="006346E3">
            <w:pPr>
              <w:jc w:val="center"/>
              <w:rPr>
                <w:sz w:val="18"/>
                <w:szCs w:val="32"/>
              </w:rPr>
            </w:pPr>
          </w:p>
        </w:tc>
      </w:tr>
      <w:tr w:rsidR="006346E3" w:rsidRPr="0044158D" w14:paraId="49926EEF" w14:textId="77777777">
        <w:trPr>
          <w:trHeight w:val="255"/>
          <w:jc w:val="center"/>
        </w:trPr>
        <w:tc>
          <w:tcPr>
            <w:tcW w:w="4392" w:type="dxa"/>
            <w:vAlign w:val="center"/>
          </w:tcPr>
          <w:p w14:paraId="34242CDD" w14:textId="77777777" w:rsidR="006346E3" w:rsidRPr="0044158D" w:rsidRDefault="00000000">
            <w:pPr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 xml:space="preserve">  Fifth year</w:t>
            </w:r>
          </w:p>
        </w:tc>
        <w:tc>
          <w:tcPr>
            <w:tcW w:w="792" w:type="dxa"/>
            <w:vAlign w:val="center"/>
          </w:tcPr>
          <w:p w14:paraId="6AD9EF40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-0.018</w:t>
            </w:r>
          </w:p>
        </w:tc>
        <w:tc>
          <w:tcPr>
            <w:tcW w:w="792" w:type="dxa"/>
            <w:vAlign w:val="center"/>
          </w:tcPr>
          <w:p w14:paraId="45BC69B4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0.229</w:t>
            </w:r>
          </w:p>
        </w:tc>
        <w:tc>
          <w:tcPr>
            <w:tcW w:w="892" w:type="dxa"/>
            <w:vAlign w:val="center"/>
          </w:tcPr>
          <w:p w14:paraId="682FF72E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0.006</w:t>
            </w:r>
          </w:p>
        </w:tc>
        <w:tc>
          <w:tcPr>
            <w:tcW w:w="503" w:type="dxa"/>
            <w:vAlign w:val="center"/>
          </w:tcPr>
          <w:p w14:paraId="132A82EB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1</w:t>
            </w:r>
          </w:p>
        </w:tc>
        <w:tc>
          <w:tcPr>
            <w:tcW w:w="748" w:type="dxa"/>
            <w:vAlign w:val="center"/>
          </w:tcPr>
          <w:p w14:paraId="60ED37BA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0.938</w:t>
            </w:r>
          </w:p>
        </w:tc>
        <w:tc>
          <w:tcPr>
            <w:tcW w:w="835" w:type="dxa"/>
            <w:vAlign w:val="center"/>
          </w:tcPr>
          <w:p w14:paraId="077FC9EB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0.982</w:t>
            </w:r>
          </w:p>
        </w:tc>
        <w:tc>
          <w:tcPr>
            <w:tcW w:w="1512" w:type="dxa"/>
            <w:vAlign w:val="center"/>
          </w:tcPr>
          <w:p w14:paraId="4C71ECB3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0.627-1.540</w:t>
            </w:r>
          </w:p>
        </w:tc>
      </w:tr>
      <w:tr w:rsidR="006346E3" w:rsidRPr="0044158D" w14:paraId="77750B94" w14:textId="77777777">
        <w:trPr>
          <w:trHeight w:val="255"/>
          <w:jc w:val="center"/>
        </w:trPr>
        <w:tc>
          <w:tcPr>
            <w:tcW w:w="4392" w:type="dxa"/>
            <w:vAlign w:val="center"/>
          </w:tcPr>
          <w:p w14:paraId="11B6B3D9" w14:textId="77777777" w:rsidR="006346E3" w:rsidRPr="0044158D" w:rsidRDefault="00000000">
            <w:pPr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 xml:space="preserve">  Sixth year</w:t>
            </w:r>
          </w:p>
        </w:tc>
        <w:tc>
          <w:tcPr>
            <w:tcW w:w="792" w:type="dxa"/>
            <w:vAlign w:val="center"/>
          </w:tcPr>
          <w:p w14:paraId="291E4A53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-0.388</w:t>
            </w:r>
          </w:p>
        </w:tc>
        <w:tc>
          <w:tcPr>
            <w:tcW w:w="792" w:type="dxa"/>
            <w:vAlign w:val="center"/>
          </w:tcPr>
          <w:p w14:paraId="0A16185D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0.232</w:t>
            </w:r>
          </w:p>
        </w:tc>
        <w:tc>
          <w:tcPr>
            <w:tcW w:w="892" w:type="dxa"/>
            <w:vAlign w:val="center"/>
          </w:tcPr>
          <w:p w14:paraId="0CB162D5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2.802</w:t>
            </w:r>
          </w:p>
        </w:tc>
        <w:tc>
          <w:tcPr>
            <w:tcW w:w="503" w:type="dxa"/>
            <w:vAlign w:val="center"/>
          </w:tcPr>
          <w:p w14:paraId="0C293DF4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1</w:t>
            </w:r>
          </w:p>
        </w:tc>
        <w:tc>
          <w:tcPr>
            <w:tcW w:w="748" w:type="dxa"/>
            <w:vAlign w:val="center"/>
          </w:tcPr>
          <w:p w14:paraId="253A7270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0.094</w:t>
            </w:r>
          </w:p>
        </w:tc>
        <w:tc>
          <w:tcPr>
            <w:tcW w:w="835" w:type="dxa"/>
            <w:vAlign w:val="center"/>
          </w:tcPr>
          <w:p w14:paraId="4E450063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0.679</w:t>
            </w:r>
          </w:p>
        </w:tc>
        <w:tc>
          <w:tcPr>
            <w:tcW w:w="1512" w:type="dxa"/>
            <w:vAlign w:val="center"/>
          </w:tcPr>
          <w:p w14:paraId="482CBDAA" w14:textId="77777777" w:rsidR="006346E3" w:rsidRPr="0044158D" w:rsidRDefault="00000000">
            <w:pPr>
              <w:jc w:val="center"/>
              <w:rPr>
                <w:sz w:val="18"/>
                <w:szCs w:val="32"/>
              </w:rPr>
            </w:pPr>
            <w:r w:rsidRPr="0044158D">
              <w:rPr>
                <w:sz w:val="18"/>
                <w:szCs w:val="32"/>
              </w:rPr>
              <w:t>0.431-1.068</w:t>
            </w:r>
          </w:p>
        </w:tc>
      </w:tr>
    </w:tbl>
    <w:p w14:paraId="604A3163" w14:textId="77777777" w:rsidR="006346E3" w:rsidRPr="0044158D" w:rsidRDefault="00000000">
      <w:pPr>
        <w:spacing w:before="80" w:after="0" w:line="240" w:lineRule="auto"/>
        <w:rPr>
          <w:sz w:val="18"/>
          <w:szCs w:val="32"/>
        </w:rPr>
      </w:pPr>
      <w:r w:rsidRPr="0044158D">
        <w:rPr>
          <w:sz w:val="16"/>
          <w:szCs w:val="32"/>
        </w:rPr>
        <w:t xml:space="preserve">Notes. B is the logistic regression coefficient; SE, standard error; OR, adjusted odds ratio; CI, confidence interval. The event modeled was planning to enter a surgical specialty. Reference categories were male sex, no previous surgery observation, no participation in surgical skills workshops, no surgery-related research, no surgeon mentor, Damascus University, and fourth academic year. This sensitivity model included the same predictors as the primary multivariable model with additional </w:t>
      </w:r>
      <w:r w:rsidRPr="0044158D">
        <w:rPr>
          <w:sz w:val="16"/>
          <w:szCs w:val="32"/>
        </w:rPr>
        <w:lastRenderedPageBreak/>
        <w:t>adjustment for academic year. Model information: omnibus chi-square = 88.277, df = 17, p &lt; 0.001; -2 log likelihood = 808.328; Cox &amp; Snell R-squared = 0.122; Nagelkerke R-squared = 0.166; Hosmer-Lemeshow chi-square = 12.805, df = 8, p = 0.119; overall correct classification = 67.2%, sensitivity = 38.5%, specificity = 84.1%.</w:t>
      </w:r>
    </w:p>
    <w:sectPr w:rsidR="006346E3" w:rsidRPr="0044158D" w:rsidSect="00034616">
      <w:pgSz w:w="16838" w:h="11906" w:orient="landscape"/>
      <w:pgMar w:top="403" w:right="403" w:bottom="360" w:left="4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49292461">
    <w:abstractNumId w:val="8"/>
  </w:num>
  <w:num w:numId="2" w16cid:durableId="230969234">
    <w:abstractNumId w:val="6"/>
  </w:num>
  <w:num w:numId="3" w16cid:durableId="1462114858">
    <w:abstractNumId w:val="5"/>
  </w:num>
  <w:num w:numId="4" w16cid:durableId="2066491406">
    <w:abstractNumId w:val="4"/>
  </w:num>
  <w:num w:numId="5" w16cid:durableId="1430858063">
    <w:abstractNumId w:val="7"/>
  </w:num>
  <w:num w:numId="6" w16cid:durableId="1044017527">
    <w:abstractNumId w:val="3"/>
  </w:num>
  <w:num w:numId="7" w16cid:durableId="1552696071">
    <w:abstractNumId w:val="2"/>
  </w:num>
  <w:num w:numId="8" w16cid:durableId="1843474886">
    <w:abstractNumId w:val="1"/>
  </w:num>
  <w:num w:numId="9" w16cid:durableId="1812333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4158D"/>
    <w:rsid w:val="006346E3"/>
    <w:rsid w:val="00767AE1"/>
    <w:rsid w:val="00AA1D8D"/>
    <w:rsid w:val="00B47730"/>
    <w:rsid w:val="00C01A7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28D1AE3"/>
  <w14:defaultImageDpi w14:val="300"/>
  <w15:docId w15:val="{9433D6D6-7C93-47BA-89CF-4B72A759B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1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Alaa Aldakak</cp:lastModifiedBy>
  <cp:revision>5</cp:revision>
  <dcterms:created xsi:type="dcterms:W3CDTF">2013-12-23T23:15:00Z</dcterms:created>
  <dcterms:modified xsi:type="dcterms:W3CDTF">2026-06-18T20:45:00Z</dcterms:modified>
  <cp:category/>
</cp:coreProperties>
</file>