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22717" w14:textId="77777777" w:rsidR="00B06185" w:rsidRDefault="00B06185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</w:pPr>
      <w:r w:rsidRPr="00B06185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A teaching effectiveness evaluation questionnaire (TEEQ)</w:t>
      </w:r>
    </w:p>
    <w:p w14:paraId="195EC31B" w14:textId="77777777" w:rsidR="00AD5C25" w:rsidRDefault="00000000">
      <w:r>
        <w:t>Response options (5-point Likert scale):</w:t>
      </w:r>
      <w:r>
        <w:br/>
        <w:t>1 = Strongly agree   2 = Agree   3 = Neutral   4 = Disagree   5 = Strongly disagree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34"/>
        <w:gridCol w:w="2429"/>
        <w:gridCol w:w="1190"/>
        <w:gridCol w:w="1142"/>
        <w:gridCol w:w="1174"/>
        <w:gridCol w:w="1196"/>
        <w:gridCol w:w="1191"/>
      </w:tblGrid>
      <w:tr w:rsidR="00AD5C25" w14:paraId="3AEE568F" w14:textId="77777777" w:rsidTr="00B06185">
        <w:tc>
          <w:tcPr>
            <w:tcW w:w="534" w:type="dxa"/>
          </w:tcPr>
          <w:p w14:paraId="636FB261" w14:textId="77777777" w:rsidR="00AD5C25" w:rsidRDefault="00000000">
            <w:r>
              <w:t>No.</w:t>
            </w:r>
          </w:p>
        </w:tc>
        <w:tc>
          <w:tcPr>
            <w:tcW w:w="2429" w:type="dxa"/>
          </w:tcPr>
          <w:p w14:paraId="4F1B2FB2" w14:textId="77777777" w:rsidR="00AD5C25" w:rsidRDefault="00000000">
            <w:r>
              <w:t>Item</w:t>
            </w:r>
          </w:p>
        </w:tc>
        <w:tc>
          <w:tcPr>
            <w:tcW w:w="1190" w:type="dxa"/>
          </w:tcPr>
          <w:p w14:paraId="61018E30" w14:textId="77777777" w:rsidR="00AD5C25" w:rsidRDefault="00000000">
            <w:r>
              <w:t>Strongly agree</w:t>
            </w:r>
          </w:p>
        </w:tc>
        <w:tc>
          <w:tcPr>
            <w:tcW w:w="1142" w:type="dxa"/>
          </w:tcPr>
          <w:p w14:paraId="13B8AF11" w14:textId="77777777" w:rsidR="00AD5C25" w:rsidRDefault="00000000">
            <w:r>
              <w:t>Agree</w:t>
            </w:r>
          </w:p>
        </w:tc>
        <w:tc>
          <w:tcPr>
            <w:tcW w:w="1174" w:type="dxa"/>
          </w:tcPr>
          <w:p w14:paraId="2F20DAAC" w14:textId="77777777" w:rsidR="00AD5C25" w:rsidRDefault="00000000">
            <w:r>
              <w:t>Neutral</w:t>
            </w:r>
          </w:p>
        </w:tc>
        <w:tc>
          <w:tcPr>
            <w:tcW w:w="1196" w:type="dxa"/>
          </w:tcPr>
          <w:p w14:paraId="1A71B481" w14:textId="77777777" w:rsidR="00AD5C25" w:rsidRDefault="00000000">
            <w:r>
              <w:t>Disagree</w:t>
            </w:r>
          </w:p>
        </w:tc>
        <w:tc>
          <w:tcPr>
            <w:tcW w:w="1191" w:type="dxa"/>
          </w:tcPr>
          <w:p w14:paraId="17267F4C" w14:textId="77777777" w:rsidR="00AD5C25" w:rsidRDefault="00000000">
            <w:r>
              <w:t>Strongly disagree</w:t>
            </w:r>
          </w:p>
        </w:tc>
      </w:tr>
      <w:tr w:rsidR="00AD5C25" w14:paraId="046AF770" w14:textId="77777777" w:rsidTr="00B06185">
        <w:tc>
          <w:tcPr>
            <w:tcW w:w="534" w:type="dxa"/>
          </w:tcPr>
          <w:p w14:paraId="647B7E85" w14:textId="77777777" w:rsidR="00AD5C25" w:rsidRDefault="00000000">
            <w:r>
              <w:t>1</w:t>
            </w:r>
          </w:p>
        </w:tc>
        <w:tc>
          <w:tcPr>
            <w:tcW w:w="2429" w:type="dxa"/>
          </w:tcPr>
          <w:p w14:paraId="70B19499" w14:textId="77777777" w:rsidR="00AD5C25" w:rsidRDefault="00000000">
            <w:r>
              <w:t>I find the experiential teaching sessions appealing.</w:t>
            </w:r>
          </w:p>
        </w:tc>
        <w:tc>
          <w:tcPr>
            <w:tcW w:w="1190" w:type="dxa"/>
          </w:tcPr>
          <w:p w14:paraId="679E9B14" w14:textId="77777777" w:rsidR="00AD5C25" w:rsidRDefault="00AD5C25"/>
        </w:tc>
        <w:tc>
          <w:tcPr>
            <w:tcW w:w="1142" w:type="dxa"/>
          </w:tcPr>
          <w:p w14:paraId="4AB044E0" w14:textId="77777777" w:rsidR="00AD5C25" w:rsidRDefault="00AD5C25"/>
        </w:tc>
        <w:tc>
          <w:tcPr>
            <w:tcW w:w="1174" w:type="dxa"/>
          </w:tcPr>
          <w:p w14:paraId="674F33D1" w14:textId="77777777" w:rsidR="00AD5C25" w:rsidRDefault="00AD5C25"/>
        </w:tc>
        <w:tc>
          <w:tcPr>
            <w:tcW w:w="1196" w:type="dxa"/>
          </w:tcPr>
          <w:p w14:paraId="6483CF16" w14:textId="77777777" w:rsidR="00AD5C25" w:rsidRDefault="00AD5C25"/>
        </w:tc>
        <w:tc>
          <w:tcPr>
            <w:tcW w:w="1191" w:type="dxa"/>
          </w:tcPr>
          <w:p w14:paraId="2FAC69FE" w14:textId="77777777" w:rsidR="00AD5C25" w:rsidRDefault="00AD5C25"/>
        </w:tc>
      </w:tr>
      <w:tr w:rsidR="00AD5C25" w14:paraId="3B89158D" w14:textId="77777777" w:rsidTr="00B06185">
        <w:tc>
          <w:tcPr>
            <w:tcW w:w="534" w:type="dxa"/>
          </w:tcPr>
          <w:p w14:paraId="16A34614" w14:textId="77777777" w:rsidR="00AD5C25" w:rsidRDefault="00000000">
            <w:r>
              <w:t>2</w:t>
            </w:r>
          </w:p>
        </w:tc>
        <w:tc>
          <w:tcPr>
            <w:tcW w:w="2429" w:type="dxa"/>
          </w:tcPr>
          <w:p w14:paraId="10C41E32" w14:textId="77777777" w:rsidR="00AD5C25" w:rsidRDefault="00000000">
            <w:r>
              <w:t>This experiential teaching can improve my learning outcomes.</w:t>
            </w:r>
          </w:p>
        </w:tc>
        <w:tc>
          <w:tcPr>
            <w:tcW w:w="1190" w:type="dxa"/>
          </w:tcPr>
          <w:p w14:paraId="4EC72F17" w14:textId="77777777" w:rsidR="00AD5C25" w:rsidRDefault="00AD5C25"/>
        </w:tc>
        <w:tc>
          <w:tcPr>
            <w:tcW w:w="1142" w:type="dxa"/>
          </w:tcPr>
          <w:p w14:paraId="4A6677C5" w14:textId="77777777" w:rsidR="00AD5C25" w:rsidRDefault="00AD5C25"/>
        </w:tc>
        <w:tc>
          <w:tcPr>
            <w:tcW w:w="1174" w:type="dxa"/>
          </w:tcPr>
          <w:p w14:paraId="580DA86A" w14:textId="77777777" w:rsidR="00AD5C25" w:rsidRDefault="00AD5C25"/>
        </w:tc>
        <w:tc>
          <w:tcPr>
            <w:tcW w:w="1196" w:type="dxa"/>
          </w:tcPr>
          <w:p w14:paraId="1F02E146" w14:textId="77777777" w:rsidR="00AD5C25" w:rsidRDefault="00AD5C25"/>
        </w:tc>
        <w:tc>
          <w:tcPr>
            <w:tcW w:w="1191" w:type="dxa"/>
          </w:tcPr>
          <w:p w14:paraId="4C88EA15" w14:textId="77777777" w:rsidR="00AD5C25" w:rsidRDefault="00AD5C25"/>
        </w:tc>
      </w:tr>
      <w:tr w:rsidR="00AD5C25" w14:paraId="046A82B7" w14:textId="77777777" w:rsidTr="00B06185">
        <w:tc>
          <w:tcPr>
            <w:tcW w:w="534" w:type="dxa"/>
          </w:tcPr>
          <w:p w14:paraId="150C879C" w14:textId="77777777" w:rsidR="00AD5C25" w:rsidRDefault="00000000">
            <w:r>
              <w:t>3</w:t>
            </w:r>
          </w:p>
        </w:tc>
        <w:tc>
          <w:tcPr>
            <w:tcW w:w="2429" w:type="dxa"/>
          </w:tcPr>
          <w:p w14:paraId="1CBB26CB" w14:textId="77777777" w:rsidR="00AD5C25" w:rsidRDefault="00000000">
            <w:r>
              <w:t>It can stimulate my interest in this subject.</w:t>
            </w:r>
          </w:p>
        </w:tc>
        <w:tc>
          <w:tcPr>
            <w:tcW w:w="1190" w:type="dxa"/>
          </w:tcPr>
          <w:p w14:paraId="52CBF949" w14:textId="77777777" w:rsidR="00AD5C25" w:rsidRDefault="00AD5C25"/>
        </w:tc>
        <w:tc>
          <w:tcPr>
            <w:tcW w:w="1142" w:type="dxa"/>
          </w:tcPr>
          <w:p w14:paraId="7627408E" w14:textId="77777777" w:rsidR="00AD5C25" w:rsidRDefault="00AD5C25"/>
        </w:tc>
        <w:tc>
          <w:tcPr>
            <w:tcW w:w="1174" w:type="dxa"/>
          </w:tcPr>
          <w:p w14:paraId="5AE47C06" w14:textId="77777777" w:rsidR="00AD5C25" w:rsidRDefault="00AD5C25"/>
        </w:tc>
        <w:tc>
          <w:tcPr>
            <w:tcW w:w="1196" w:type="dxa"/>
          </w:tcPr>
          <w:p w14:paraId="0A76D65D" w14:textId="77777777" w:rsidR="00AD5C25" w:rsidRDefault="00AD5C25"/>
        </w:tc>
        <w:tc>
          <w:tcPr>
            <w:tcW w:w="1191" w:type="dxa"/>
          </w:tcPr>
          <w:p w14:paraId="0C0A5BA5" w14:textId="77777777" w:rsidR="00AD5C25" w:rsidRDefault="00AD5C25"/>
        </w:tc>
      </w:tr>
      <w:tr w:rsidR="00AD5C25" w14:paraId="42ABB2BC" w14:textId="77777777" w:rsidTr="00B06185">
        <w:tc>
          <w:tcPr>
            <w:tcW w:w="534" w:type="dxa"/>
          </w:tcPr>
          <w:p w14:paraId="05255BAF" w14:textId="77777777" w:rsidR="00AD5C25" w:rsidRDefault="00000000">
            <w:r>
              <w:t>4</w:t>
            </w:r>
          </w:p>
        </w:tc>
        <w:tc>
          <w:tcPr>
            <w:tcW w:w="2429" w:type="dxa"/>
          </w:tcPr>
          <w:p w14:paraId="053AFAB5" w14:textId="77777777" w:rsidR="00AD5C25" w:rsidRDefault="00000000">
            <w:r>
              <w:t>It can help me better understand and master theoretical knowledge.</w:t>
            </w:r>
          </w:p>
        </w:tc>
        <w:tc>
          <w:tcPr>
            <w:tcW w:w="1190" w:type="dxa"/>
          </w:tcPr>
          <w:p w14:paraId="42B092B9" w14:textId="77777777" w:rsidR="00AD5C25" w:rsidRDefault="00AD5C25"/>
        </w:tc>
        <w:tc>
          <w:tcPr>
            <w:tcW w:w="1142" w:type="dxa"/>
          </w:tcPr>
          <w:p w14:paraId="0AF99A0D" w14:textId="77777777" w:rsidR="00AD5C25" w:rsidRDefault="00AD5C25"/>
        </w:tc>
        <w:tc>
          <w:tcPr>
            <w:tcW w:w="1174" w:type="dxa"/>
          </w:tcPr>
          <w:p w14:paraId="2497AC35" w14:textId="77777777" w:rsidR="00AD5C25" w:rsidRDefault="00AD5C25"/>
        </w:tc>
        <w:tc>
          <w:tcPr>
            <w:tcW w:w="1196" w:type="dxa"/>
          </w:tcPr>
          <w:p w14:paraId="69B62BAB" w14:textId="77777777" w:rsidR="00AD5C25" w:rsidRDefault="00AD5C25"/>
        </w:tc>
        <w:tc>
          <w:tcPr>
            <w:tcW w:w="1191" w:type="dxa"/>
          </w:tcPr>
          <w:p w14:paraId="0CB624BA" w14:textId="77777777" w:rsidR="00AD5C25" w:rsidRDefault="00AD5C25"/>
        </w:tc>
      </w:tr>
      <w:tr w:rsidR="00AD5C25" w14:paraId="14054BA4" w14:textId="77777777" w:rsidTr="00B06185">
        <w:tc>
          <w:tcPr>
            <w:tcW w:w="534" w:type="dxa"/>
          </w:tcPr>
          <w:p w14:paraId="4FF4B4DB" w14:textId="77777777" w:rsidR="00AD5C25" w:rsidRDefault="00000000">
            <w:r>
              <w:t>5</w:t>
            </w:r>
          </w:p>
        </w:tc>
        <w:tc>
          <w:tcPr>
            <w:tcW w:w="2429" w:type="dxa"/>
          </w:tcPr>
          <w:p w14:paraId="79CB183C" w14:textId="77777777" w:rsidR="00AD5C25" w:rsidRDefault="00000000">
            <w:r>
              <w:t>It can foster my logical thinking ability.</w:t>
            </w:r>
          </w:p>
        </w:tc>
        <w:tc>
          <w:tcPr>
            <w:tcW w:w="1190" w:type="dxa"/>
          </w:tcPr>
          <w:p w14:paraId="7F6DBE76" w14:textId="77777777" w:rsidR="00AD5C25" w:rsidRDefault="00AD5C25"/>
        </w:tc>
        <w:tc>
          <w:tcPr>
            <w:tcW w:w="1142" w:type="dxa"/>
          </w:tcPr>
          <w:p w14:paraId="3030C10F" w14:textId="77777777" w:rsidR="00AD5C25" w:rsidRDefault="00AD5C25"/>
        </w:tc>
        <w:tc>
          <w:tcPr>
            <w:tcW w:w="1174" w:type="dxa"/>
          </w:tcPr>
          <w:p w14:paraId="596B3098" w14:textId="77777777" w:rsidR="00AD5C25" w:rsidRDefault="00AD5C25"/>
        </w:tc>
        <w:tc>
          <w:tcPr>
            <w:tcW w:w="1196" w:type="dxa"/>
          </w:tcPr>
          <w:p w14:paraId="00341063" w14:textId="77777777" w:rsidR="00AD5C25" w:rsidRDefault="00AD5C25"/>
        </w:tc>
        <w:tc>
          <w:tcPr>
            <w:tcW w:w="1191" w:type="dxa"/>
          </w:tcPr>
          <w:p w14:paraId="68655F48" w14:textId="77777777" w:rsidR="00AD5C25" w:rsidRDefault="00AD5C25"/>
        </w:tc>
      </w:tr>
      <w:tr w:rsidR="00AD5C25" w14:paraId="11518110" w14:textId="77777777" w:rsidTr="00B06185">
        <w:tc>
          <w:tcPr>
            <w:tcW w:w="534" w:type="dxa"/>
          </w:tcPr>
          <w:p w14:paraId="2A338575" w14:textId="77777777" w:rsidR="00AD5C25" w:rsidRDefault="00000000">
            <w:r>
              <w:t>6</w:t>
            </w:r>
          </w:p>
        </w:tc>
        <w:tc>
          <w:tcPr>
            <w:tcW w:w="2429" w:type="dxa"/>
          </w:tcPr>
          <w:p w14:paraId="159399CC" w14:textId="77777777" w:rsidR="00AD5C25" w:rsidRDefault="00000000">
            <w:r>
              <w:t>It can deepen my understanding and mastery of practical skills/operations.</w:t>
            </w:r>
          </w:p>
        </w:tc>
        <w:tc>
          <w:tcPr>
            <w:tcW w:w="1190" w:type="dxa"/>
          </w:tcPr>
          <w:p w14:paraId="5A7FD4BD" w14:textId="77777777" w:rsidR="00AD5C25" w:rsidRDefault="00AD5C25"/>
        </w:tc>
        <w:tc>
          <w:tcPr>
            <w:tcW w:w="1142" w:type="dxa"/>
          </w:tcPr>
          <w:p w14:paraId="75114840" w14:textId="77777777" w:rsidR="00AD5C25" w:rsidRDefault="00AD5C25"/>
        </w:tc>
        <w:tc>
          <w:tcPr>
            <w:tcW w:w="1174" w:type="dxa"/>
          </w:tcPr>
          <w:p w14:paraId="330DA72D" w14:textId="77777777" w:rsidR="00AD5C25" w:rsidRDefault="00AD5C25"/>
        </w:tc>
        <w:tc>
          <w:tcPr>
            <w:tcW w:w="1196" w:type="dxa"/>
          </w:tcPr>
          <w:p w14:paraId="2DD340CA" w14:textId="77777777" w:rsidR="00AD5C25" w:rsidRDefault="00AD5C25"/>
        </w:tc>
        <w:tc>
          <w:tcPr>
            <w:tcW w:w="1191" w:type="dxa"/>
          </w:tcPr>
          <w:p w14:paraId="1C695E40" w14:textId="77777777" w:rsidR="00AD5C25" w:rsidRDefault="00AD5C25"/>
        </w:tc>
      </w:tr>
      <w:tr w:rsidR="00AD5C25" w14:paraId="478B8C3C" w14:textId="77777777" w:rsidTr="00B06185">
        <w:tc>
          <w:tcPr>
            <w:tcW w:w="534" w:type="dxa"/>
          </w:tcPr>
          <w:p w14:paraId="7ED1050C" w14:textId="77777777" w:rsidR="00AD5C25" w:rsidRDefault="00000000">
            <w:r>
              <w:t>7</w:t>
            </w:r>
          </w:p>
        </w:tc>
        <w:tc>
          <w:tcPr>
            <w:tcW w:w="2429" w:type="dxa"/>
          </w:tcPr>
          <w:p w14:paraId="33BB8D14" w14:textId="77777777" w:rsidR="00AD5C25" w:rsidRDefault="00000000">
            <w:r>
              <w:t>It can improve my ability to analyze and solve problems.</w:t>
            </w:r>
          </w:p>
        </w:tc>
        <w:tc>
          <w:tcPr>
            <w:tcW w:w="1190" w:type="dxa"/>
          </w:tcPr>
          <w:p w14:paraId="3D200B83" w14:textId="77777777" w:rsidR="00AD5C25" w:rsidRDefault="00AD5C25"/>
        </w:tc>
        <w:tc>
          <w:tcPr>
            <w:tcW w:w="1142" w:type="dxa"/>
          </w:tcPr>
          <w:p w14:paraId="116672DD" w14:textId="77777777" w:rsidR="00AD5C25" w:rsidRDefault="00AD5C25"/>
        </w:tc>
        <w:tc>
          <w:tcPr>
            <w:tcW w:w="1174" w:type="dxa"/>
          </w:tcPr>
          <w:p w14:paraId="22514CB2" w14:textId="77777777" w:rsidR="00AD5C25" w:rsidRDefault="00AD5C25"/>
        </w:tc>
        <w:tc>
          <w:tcPr>
            <w:tcW w:w="1196" w:type="dxa"/>
          </w:tcPr>
          <w:p w14:paraId="23F81C49" w14:textId="77777777" w:rsidR="00AD5C25" w:rsidRDefault="00AD5C25"/>
        </w:tc>
        <w:tc>
          <w:tcPr>
            <w:tcW w:w="1191" w:type="dxa"/>
          </w:tcPr>
          <w:p w14:paraId="0061EB46" w14:textId="77777777" w:rsidR="00AD5C25" w:rsidRDefault="00AD5C25"/>
        </w:tc>
      </w:tr>
      <w:tr w:rsidR="00AD5C25" w14:paraId="73AC26E4" w14:textId="77777777" w:rsidTr="00B06185">
        <w:tc>
          <w:tcPr>
            <w:tcW w:w="534" w:type="dxa"/>
          </w:tcPr>
          <w:p w14:paraId="4F8FAF4A" w14:textId="77777777" w:rsidR="00AD5C25" w:rsidRDefault="00000000">
            <w:r>
              <w:t>8</w:t>
            </w:r>
          </w:p>
        </w:tc>
        <w:tc>
          <w:tcPr>
            <w:tcW w:w="2429" w:type="dxa"/>
          </w:tcPr>
          <w:p w14:paraId="56449BC6" w14:textId="77777777" w:rsidR="00AD5C25" w:rsidRDefault="00000000">
            <w:r>
              <w:t>It can improve my hands-on/practical skills.</w:t>
            </w:r>
          </w:p>
        </w:tc>
        <w:tc>
          <w:tcPr>
            <w:tcW w:w="1190" w:type="dxa"/>
          </w:tcPr>
          <w:p w14:paraId="2118D85E" w14:textId="77777777" w:rsidR="00AD5C25" w:rsidRDefault="00AD5C25"/>
        </w:tc>
        <w:tc>
          <w:tcPr>
            <w:tcW w:w="1142" w:type="dxa"/>
          </w:tcPr>
          <w:p w14:paraId="51315508" w14:textId="77777777" w:rsidR="00AD5C25" w:rsidRDefault="00AD5C25"/>
        </w:tc>
        <w:tc>
          <w:tcPr>
            <w:tcW w:w="1174" w:type="dxa"/>
          </w:tcPr>
          <w:p w14:paraId="6C97E74D" w14:textId="77777777" w:rsidR="00AD5C25" w:rsidRDefault="00AD5C25"/>
        </w:tc>
        <w:tc>
          <w:tcPr>
            <w:tcW w:w="1196" w:type="dxa"/>
          </w:tcPr>
          <w:p w14:paraId="1A91552F" w14:textId="77777777" w:rsidR="00AD5C25" w:rsidRDefault="00AD5C25"/>
        </w:tc>
        <w:tc>
          <w:tcPr>
            <w:tcW w:w="1191" w:type="dxa"/>
          </w:tcPr>
          <w:p w14:paraId="547DA83E" w14:textId="77777777" w:rsidR="00AD5C25" w:rsidRDefault="00AD5C25"/>
        </w:tc>
      </w:tr>
      <w:tr w:rsidR="00AD5C25" w14:paraId="2AAD5BD4" w14:textId="77777777" w:rsidTr="00B06185">
        <w:tc>
          <w:tcPr>
            <w:tcW w:w="534" w:type="dxa"/>
          </w:tcPr>
          <w:p w14:paraId="2E5CE6E6" w14:textId="77777777" w:rsidR="00AD5C25" w:rsidRDefault="00000000">
            <w:r>
              <w:t>9</w:t>
            </w:r>
          </w:p>
        </w:tc>
        <w:tc>
          <w:tcPr>
            <w:tcW w:w="2429" w:type="dxa"/>
          </w:tcPr>
          <w:p w14:paraId="3D12D8F3" w14:textId="77777777" w:rsidR="00AD5C25" w:rsidRDefault="00000000">
            <w:r>
              <w:t>It can enhance my ability to adapt to changing situations.</w:t>
            </w:r>
          </w:p>
        </w:tc>
        <w:tc>
          <w:tcPr>
            <w:tcW w:w="1190" w:type="dxa"/>
          </w:tcPr>
          <w:p w14:paraId="1719C27D" w14:textId="77777777" w:rsidR="00AD5C25" w:rsidRDefault="00AD5C25"/>
        </w:tc>
        <w:tc>
          <w:tcPr>
            <w:tcW w:w="1142" w:type="dxa"/>
          </w:tcPr>
          <w:p w14:paraId="5246F194" w14:textId="77777777" w:rsidR="00AD5C25" w:rsidRDefault="00AD5C25"/>
        </w:tc>
        <w:tc>
          <w:tcPr>
            <w:tcW w:w="1174" w:type="dxa"/>
          </w:tcPr>
          <w:p w14:paraId="06AE8F24" w14:textId="77777777" w:rsidR="00AD5C25" w:rsidRDefault="00AD5C25"/>
        </w:tc>
        <w:tc>
          <w:tcPr>
            <w:tcW w:w="1196" w:type="dxa"/>
          </w:tcPr>
          <w:p w14:paraId="71B5F96B" w14:textId="77777777" w:rsidR="00AD5C25" w:rsidRDefault="00AD5C25"/>
        </w:tc>
        <w:tc>
          <w:tcPr>
            <w:tcW w:w="1191" w:type="dxa"/>
          </w:tcPr>
          <w:p w14:paraId="6D2E778D" w14:textId="77777777" w:rsidR="00AD5C25" w:rsidRDefault="00AD5C25"/>
        </w:tc>
      </w:tr>
      <w:tr w:rsidR="00AD5C25" w14:paraId="722EAB41" w14:textId="77777777" w:rsidTr="00B06185">
        <w:tc>
          <w:tcPr>
            <w:tcW w:w="534" w:type="dxa"/>
          </w:tcPr>
          <w:p w14:paraId="57A89461" w14:textId="77777777" w:rsidR="00AD5C25" w:rsidRDefault="00000000">
            <w:r>
              <w:t>10</w:t>
            </w:r>
          </w:p>
        </w:tc>
        <w:tc>
          <w:tcPr>
            <w:tcW w:w="2429" w:type="dxa"/>
          </w:tcPr>
          <w:p w14:paraId="79512833" w14:textId="77777777" w:rsidR="00AD5C25" w:rsidRDefault="00000000">
            <w:r>
              <w:t>It helps to bridge the gap between school and clinical practice.</w:t>
            </w:r>
          </w:p>
        </w:tc>
        <w:tc>
          <w:tcPr>
            <w:tcW w:w="1190" w:type="dxa"/>
          </w:tcPr>
          <w:p w14:paraId="39801A00" w14:textId="77777777" w:rsidR="00AD5C25" w:rsidRDefault="00AD5C25"/>
        </w:tc>
        <w:tc>
          <w:tcPr>
            <w:tcW w:w="1142" w:type="dxa"/>
          </w:tcPr>
          <w:p w14:paraId="02723404" w14:textId="77777777" w:rsidR="00AD5C25" w:rsidRDefault="00AD5C25"/>
        </w:tc>
        <w:tc>
          <w:tcPr>
            <w:tcW w:w="1174" w:type="dxa"/>
          </w:tcPr>
          <w:p w14:paraId="724231E6" w14:textId="77777777" w:rsidR="00AD5C25" w:rsidRDefault="00AD5C25"/>
        </w:tc>
        <w:tc>
          <w:tcPr>
            <w:tcW w:w="1196" w:type="dxa"/>
          </w:tcPr>
          <w:p w14:paraId="70814A74" w14:textId="77777777" w:rsidR="00AD5C25" w:rsidRDefault="00AD5C25"/>
        </w:tc>
        <w:tc>
          <w:tcPr>
            <w:tcW w:w="1191" w:type="dxa"/>
          </w:tcPr>
          <w:p w14:paraId="2B122553" w14:textId="77777777" w:rsidR="00AD5C25" w:rsidRDefault="00AD5C25"/>
        </w:tc>
      </w:tr>
      <w:tr w:rsidR="00AD5C25" w14:paraId="6C8A538D" w14:textId="77777777" w:rsidTr="00B06185">
        <w:tc>
          <w:tcPr>
            <w:tcW w:w="534" w:type="dxa"/>
          </w:tcPr>
          <w:p w14:paraId="036CCF1C" w14:textId="77777777" w:rsidR="00AD5C25" w:rsidRDefault="00000000">
            <w:r>
              <w:t>11</w:t>
            </w:r>
          </w:p>
        </w:tc>
        <w:tc>
          <w:tcPr>
            <w:tcW w:w="2429" w:type="dxa"/>
          </w:tcPr>
          <w:p w14:paraId="00520745" w14:textId="77777777" w:rsidR="00AD5C25" w:rsidRDefault="00000000">
            <w:r>
              <w:t>It helps improve my communication with patients and their family members.</w:t>
            </w:r>
          </w:p>
        </w:tc>
        <w:tc>
          <w:tcPr>
            <w:tcW w:w="1190" w:type="dxa"/>
          </w:tcPr>
          <w:p w14:paraId="65ED87FA" w14:textId="77777777" w:rsidR="00AD5C25" w:rsidRDefault="00AD5C25"/>
        </w:tc>
        <w:tc>
          <w:tcPr>
            <w:tcW w:w="1142" w:type="dxa"/>
          </w:tcPr>
          <w:p w14:paraId="64867E93" w14:textId="77777777" w:rsidR="00AD5C25" w:rsidRDefault="00AD5C25"/>
        </w:tc>
        <w:tc>
          <w:tcPr>
            <w:tcW w:w="1174" w:type="dxa"/>
          </w:tcPr>
          <w:p w14:paraId="16B2C631" w14:textId="77777777" w:rsidR="00AD5C25" w:rsidRDefault="00AD5C25"/>
        </w:tc>
        <w:tc>
          <w:tcPr>
            <w:tcW w:w="1196" w:type="dxa"/>
          </w:tcPr>
          <w:p w14:paraId="6369F1C8" w14:textId="77777777" w:rsidR="00AD5C25" w:rsidRDefault="00AD5C25"/>
        </w:tc>
        <w:tc>
          <w:tcPr>
            <w:tcW w:w="1191" w:type="dxa"/>
          </w:tcPr>
          <w:p w14:paraId="726D7765" w14:textId="77777777" w:rsidR="00AD5C25" w:rsidRDefault="00AD5C25"/>
        </w:tc>
      </w:tr>
      <w:tr w:rsidR="00AD5C25" w14:paraId="73F9765D" w14:textId="77777777" w:rsidTr="00B06185">
        <w:tc>
          <w:tcPr>
            <w:tcW w:w="534" w:type="dxa"/>
          </w:tcPr>
          <w:p w14:paraId="11B43DCA" w14:textId="77777777" w:rsidR="00AD5C25" w:rsidRDefault="00000000">
            <w:r>
              <w:t>12</w:t>
            </w:r>
          </w:p>
        </w:tc>
        <w:tc>
          <w:tcPr>
            <w:tcW w:w="2429" w:type="dxa"/>
          </w:tcPr>
          <w:p w14:paraId="4AB321B5" w14:textId="77777777" w:rsidR="00AD5C25" w:rsidRDefault="00000000">
            <w:r>
              <w:t>It helps me understand patients’ emotions.</w:t>
            </w:r>
          </w:p>
        </w:tc>
        <w:tc>
          <w:tcPr>
            <w:tcW w:w="1190" w:type="dxa"/>
          </w:tcPr>
          <w:p w14:paraId="552106DA" w14:textId="77777777" w:rsidR="00AD5C25" w:rsidRDefault="00AD5C25"/>
        </w:tc>
        <w:tc>
          <w:tcPr>
            <w:tcW w:w="1142" w:type="dxa"/>
          </w:tcPr>
          <w:p w14:paraId="6F10BAD3" w14:textId="77777777" w:rsidR="00AD5C25" w:rsidRDefault="00AD5C25"/>
        </w:tc>
        <w:tc>
          <w:tcPr>
            <w:tcW w:w="1174" w:type="dxa"/>
          </w:tcPr>
          <w:p w14:paraId="6FDC247D" w14:textId="77777777" w:rsidR="00AD5C25" w:rsidRDefault="00AD5C25"/>
        </w:tc>
        <w:tc>
          <w:tcPr>
            <w:tcW w:w="1196" w:type="dxa"/>
          </w:tcPr>
          <w:p w14:paraId="6B70C891" w14:textId="77777777" w:rsidR="00AD5C25" w:rsidRDefault="00AD5C25"/>
        </w:tc>
        <w:tc>
          <w:tcPr>
            <w:tcW w:w="1191" w:type="dxa"/>
          </w:tcPr>
          <w:p w14:paraId="60CB57F0" w14:textId="77777777" w:rsidR="00AD5C25" w:rsidRDefault="00AD5C25"/>
        </w:tc>
      </w:tr>
      <w:tr w:rsidR="00AD5C25" w14:paraId="5A907CED" w14:textId="77777777" w:rsidTr="00B06185">
        <w:tc>
          <w:tcPr>
            <w:tcW w:w="534" w:type="dxa"/>
          </w:tcPr>
          <w:p w14:paraId="443EC85E" w14:textId="77777777" w:rsidR="00AD5C25" w:rsidRDefault="00000000">
            <w:r>
              <w:t>13</w:t>
            </w:r>
          </w:p>
        </w:tc>
        <w:tc>
          <w:tcPr>
            <w:tcW w:w="2429" w:type="dxa"/>
          </w:tcPr>
          <w:p w14:paraId="37999E48" w14:textId="77777777" w:rsidR="00AD5C25" w:rsidRDefault="00000000">
            <w:r>
              <w:t>It helps me put myself in patients’ shoes and understand and identify with their situation.</w:t>
            </w:r>
          </w:p>
        </w:tc>
        <w:tc>
          <w:tcPr>
            <w:tcW w:w="1190" w:type="dxa"/>
          </w:tcPr>
          <w:p w14:paraId="1B5A0BB9" w14:textId="77777777" w:rsidR="00AD5C25" w:rsidRDefault="00AD5C25"/>
        </w:tc>
        <w:tc>
          <w:tcPr>
            <w:tcW w:w="1142" w:type="dxa"/>
          </w:tcPr>
          <w:p w14:paraId="68806A55" w14:textId="77777777" w:rsidR="00AD5C25" w:rsidRDefault="00AD5C25"/>
        </w:tc>
        <w:tc>
          <w:tcPr>
            <w:tcW w:w="1174" w:type="dxa"/>
          </w:tcPr>
          <w:p w14:paraId="217C2C93" w14:textId="77777777" w:rsidR="00AD5C25" w:rsidRDefault="00AD5C25"/>
        </w:tc>
        <w:tc>
          <w:tcPr>
            <w:tcW w:w="1196" w:type="dxa"/>
          </w:tcPr>
          <w:p w14:paraId="33C6DA3F" w14:textId="77777777" w:rsidR="00AD5C25" w:rsidRDefault="00AD5C25"/>
        </w:tc>
        <w:tc>
          <w:tcPr>
            <w:tcW w:w="1191" w:type="dxa"/>
          </w:tcPr>
          <w:p w14:paraId="6EAF6A5E" w14:textId="77777777" w:rsidR="00AD5C25" w:rsidRDefault="00AD5C25"/>
        </w:tc>
      </w:tr>
      <w:tr w:rsidR="00AD5C25" w14:paraId="3DB07F50" w14:textId="77777777" w:rsidTr="00B06185">
        <w:tc>
          <w:tcPr>
            <w:tcW w:w="534" w:type="dxa"/>
          </w:tcPr>
          <w:p w14:paraId="741575C6" w14:textId="77777777" w:rsidR="00AD5C25" w:rsidRDefault="00000000">
            <w:r>
              <w:t>14</w:t>
            </w:r>
          </w:p>
        </w:tc>
        <w:tc>
          <w:tcPr>
            <w:tcW w:w="2429" w:type="dxa"/>
          </w:tcPr>
          <w:p w14:paraId="7654196C" w14:textId="77777777" w:rsidR="00AD5C25" w:rsidRDefault="00000000">
            <w:r>
              <w:t xml:space="preserve">It helps me increase my patience with </w:t>
            </w:r>
            <w:r>
              <w:lastRenderedPageBreak/>
              <w:t>patients.</w:t>
            </w:r>
          </w:p>
        </w:tc>
        <w:tc>
          <w:tcPr>
            <w:tcW w:w="1190" w:type="dxa"/>
          </w:tcPr>
          <w:p w14:paraId="1360450A" w14:textId="77777777" w:rsidR="00AD5C25" w:rsidRDefault="00AD5C25"/>
        </w:tc>
        <w:tc>
          <w:tcPr>
            <w:tcW w:w="1142" w:type="dxa"/>
          </w:tcPr>
          <w:p w14:paraId="6F454D66" w14:textId="77777777" w:rsidR="00AD5C25" w:rsidRDefault="00AD5C25"/>
        </w:tc>
        <w:tc>
          <w:tcPr>
            <w:tcW w:w="1174" w:type="dxa"/>
          </w:tcPr>
          <w:p w14:paraId="50B727CE" w14:textId="77777777" w:rsidR="00AD5C25" w:rsidRDefault="00AD5C25"/>
        </w:tc>
        <w:tc>
          <w:tcPr>
            <w:tcW w:w="1196" w:type="dxa"/>
          </w:tcPr>
          <w:p w14:paraId="1D7EFD4E" w14:textId="77777777" w:rsidR="00AD5C25" w:rsidRDefault="00AD5C25"/>
        </w:tc>
        <w:tc>
          <w:tcPr>
            <w:tcW w:w="1191" w:type="dxa"/>
          </w:tcPr>
          <w:p w14:paraId="2BC8494B" w14:textId="77777777" w:rsidR="00AD5C25" w:rsidRDefault="00AD5C25"/>
        </w:tc>
      </w:tr>
      <w:tr w:rsidR="00AD5C25" w14:paraId="201CCBE5" w14:textId="77777777" w:rsidTr="00B06185">
        <w:tc>
          <w:tcPr>
            <w:tcW w:w="534" w:type="dxa"/>
          </w:tcPr>
          <w:p w14:paraId="3710FB53" w14:textId="77777777" w:rsidR="00AD5C25" w:rsidRDefault="00000000">
            <w:r>
              <w:t>15</w:t>
            </w:r>
          </w:p>
        </w:tc>
        <w:tc>
          <w:tcPr>
            <w:tcW w:w="2429" w:type="dxa"/>
          </w:tcPr>
          <w:p w14:paraId="21868223" w14:textId="77777777" w:rsidR="00AD5C25" w:rsidRDefault="00000000">
            <w:r>
              <w:t>It helps me express care for patients appropriately.</w:t>
            </w:r>
          </w:p>
        </w:tc>
        <w:tc>
          <w:tcPr>
            <w:tcW w:w="1190" w:type="dxa"/>
          </w:tcPr>
          <w:p w14:paraId="403B2A2B" w14:textId="77777777" w:rsidR="00AD5C25" w:rsidRDefault="00AD5C25"/>
        </w:tc>
        <w:tc>
          <w:tcPr>
            <w:tcW w:w="1142" w:type="dxa"/>
          </w:tcPr>
          <w:p w14:paraId="38CD88F7" w14:textId="77777777" w:rsidR="00AD5C25" w:rsidRDefault="00AD5C25"/>
        </w:tc>
        <w:tc>
          <w:tcPr>
            <w:tcW w:w="1174" w:type="dxa"/>
          </w:tcPr>
          <w:p w14:paraId="400C414D" w14:textId="77777777" w:rsidR="00AD5C25" w:rsidRDefault="00AD5C25"/>
        </w:tc>
        <w:tc>
          <w:tcPr>
            <w:tcW w:w="1196" w:type="dxa"/>
          </w:tcPr>
          <w:p w14:paraId="3131EB15" w14:textId="77777777" w:rsidR="00AD5C25" w:rsidRDefault="00AD5C25"/>
        </w:tc>
        <w:tc>
          <w:tcPr>
            <w:tcW w:w="1191" w:type="dxa"/>
          </w:tcPr>
          <w:p w14:paraId="631462BD" w14:textId="77777777" w:rsidR="00AD5C25" w:rsidRDefault="00AD5C25"/>
        </w:tc>
      </w:tr>
      <w:tr w:rsidR="00AD5C25" w14:paraId="478C9809" w14:textId="77777777" w:rsidTr="00B06185">
        <w:tc>
          <w:tcPr>
            <w:tcW w:w="534" w:type="dxa"/>
          </w:tcPr>
          <w:p w14:paraId="0BC6E4DD" w14:textId="77777777" w:rsidR="00AD5C25" w:rsidRDefault="00000000">
            <w:r>
              <w:t>16</w:t>
            </w:r>
          </w:p>
        </w:tc>
        <w:tc>
          <w:tcPr>
            <w:tcW w:w="2429" w:type="dxa"/>
          </w:tcPr>
          <w:p w14:paraId="6846AF80" w14:textId="77777777" w:rsidR="00AD5C25" w:rsidRDefault="00000000">
            <w:r>
              <w:t>It helps me accompany patients as much as possible during internship or work.</w:t>
            </w:r>
          </w:p>
        </w:tc>
        <w:tc>
          <w:tcPr>
            <w:tcW w:w="1190" w:type="dxa"/>
          </w:tcPr>
          <w:p w14:paraId="7AC7AAB2" w14:textId="77777777" w:rsidR="00AD5C25" w:rsidRDefault="00AD5C25"/>
        </w:tc>
        <w:tc>
          <w:tcPr>
            <w:tcW w:w="1142" w:type="dxa"/>
          </w:tcPr>
          <w:p w14:paraId="58EC6FC4" w14:textId="77777777" w:rsidR="00AD5C25" w:rsidRDefault="00AD5C25"/>
        </w:tc>
        <w:tc>
          <w:tcPr>
            <w:tcW w:w="1174" w:type="dxa"/>
          </w:tcPr>
          <w:p w14:paraId="01888AD9" w14:textId="77777777" w:rsidR="00AD5C25" w:rsidRDefault="00AD5C25"/>
        </w:tc>
        <w:tc>
          <w:tcPr>
            <w:tcW w:w="1196" w:type="dxa"/>
          </w:tcPr>
          <w:p w14:paraId="6E4355BC" w14:textId="77777777" w:rsidR="00AD5C25" w:rsidRDefault="00AD5C25"/>
        </w:tc>
        <w:tc>
          <w:tcPr>
            <w:tcW w:w="1191" w:type="dxa"/>
          </w:tcPr>
          <w:p w14:paraId="283D0243" w14:textId="77777777" w:rsidR="00AD5C25" w:rsidRDefault="00AD5C25"/>
        </w:tc>
      </w:tr>
      <w:tr w:rsidR="00AD5C25" w14:paraId="24348E36" w14:textId="77777777" w:rsidTr="00B06185">
        <w:tc>
          <w:tcPr>
            <w:tcW w:w="534" w:type="dxa"/>
          </w:tcPr>
          <w:p w14:paraId="77B166FC" w14:textId="77777777" w:rsidR="00AD5C25" w:rsidRDefault="00000000">
            <w:r>
              <w:t>17</w:t>
            </w:r>
          </w:p>
        </w:tc>
        <w:tc>
          <w:tcPr>
            <w:tcW w:w="2429" w:type="dxa"/>
          </w:tcPr>
          <w:p w14:paraId="6BC8C9F4" w14:textId="77777777" w:rsidR="00AD5C25" w:rsidRDefault="00000000">
            <w:r>
              <w:t>It helps me take the initiative to observe patients during internship or work.</w:t>
            </w:r>
          </w:p>
        </w:tc>
        <w:tc>
          <w:tcPr>
            <w:tcW w:w="1190" w:type="dxa"/>
          </w:tcPr>
          <w:p w14:paraId="10F891F3" w14:textId="77777777" w:rsidR="00AD5C25" w:rsidRDefault="00AD5C25"/>
        </w:tc>
        <w:tc>
          <w:tcPr>
            <w:tcW w:w="1142" w:type="dxa"/>
          </w:tcPr>
          <w:p w14:paraId="2B03D7F1" w14:textId="77777777" w:rsidR="00AD5C25" w:rsidRDefault="00AD5C25"/>
        </w:tc>
        <w:tc>
          <w:tcPr>
            <w:tcW w:w="1174" w:type="dxa"/>
          </w:tcPr>
          <w:p w14:paraId="4D800906" w14:textId="77777777" w:rsidR="00AD5C25" w:rsidRDefault="00AD5C25"/>
        </w:tc>
        <w:tc>
          <w:tcPr>
            <w:tcW w:w="1196" w:type="dxa"/>
          </w:tcPr>
          <w:p w14:paraId="43E7082A" w14:textId="77777777" w:rsidR="00AD5C25" w:rsidRDefault="00AD5C25"/>
        </w:tc>
        <w:tc>
          <w:tcPr>
            <w:tcW w:w="1191" w:type="dxa"/>
          </w:tcPr>
          <w:p w14:paraId="11311D0F" w14:textId="77777777" w:rsidR="00AD5C25" w:rsidRDefault="00AD5C25"/>
        </w:tc>
      </w:tr>
      <w:tr w:rsidR="00AD5C25" w14:paraId="7FD90358" w14:textId="77777777" w:rsidTr="00B06185">
        <w:tc>
          <w:tcPr>
            <w:tcW w:w="534" w:type="dxa"/>
          </w:tcPr>
          <w:p w14:paraId="0F406538" w14:textId="77777777" w:rsidR="00AD5C25" w:rsidRDefault="00000000">
            <w:r>
              <w:t>18</w:t>
            </w:r>
          </w:p>
        </w:tc>
        <w:tc>
          <w:tcPr>
            <w:tcW w:w="2429" w:type="dxa"/>
          </w:tcPr>
          <w:p w14:paraId="3477C047" w14:textId="77777777" w:rsidR="00AD5C25" w:rsidRDefault="00000000">
            <w:r>
              <w:t>It helps me take the initiative to understand patients’ needs during future internship or work.</w:t>
            </w:r>
          </w:p>
        </w:tc>
        <w:tc>
          <w:tcPr>
            <w:tcW w:w="1190" w:type="dxa"/>
          </w:tcPr>
          <w:p w14:paraId="711840B4" w14:textId="77777777" w:rsidR="00AD5C25" w:rsidRDefault="00AD5C25"/>
        </w:tc>
        <w:tc>
          <w:tcPr>
            <w:tcW w:w="1142" w:type="dxa"/>
          </w:tcPr>
          <w:p w14:paraId="4A771C39" w14:textId="77777777" w:rsidR="00AD5C25" w:rsidRDefault="00AD5C25"/>
        </w:tc>
        <w:tc>
          <w:tcPr>
            <w:tcW w:w="1174" w:type="dxa"/>
          </w:tcPr>
          <w:p w14:paraId="568280A9" w14:textId="77777777" w:rsidR="00AD5C25" w:rsidRDefault="00AD5C25"/>
        </w:tc>
        <w:tc>
          <w:tcPr>
            <w:tcW w:w="1196" w:type="dxa"/>
          </w:tcPr>
          <w:p w14:paraId="678EB7F2" w14:textId="77777777" w:rsidR="00AD5C25" w:rsidRDefault="00AD5C25"/>
        </w:tc>
        <w:tc>
          <w:tcPr>
            <w:tcW w:w="1191" w:type="dxa"/>
          </w:tcPr>
          <w:p w14:paraId="6933B5F9" w14:textId="77777777" w:rsidR="00AD5C25" w:rsidRDefault="00AD5C25"/>
        </w:tc>
      </w:tr>
      <w:tr w:rsidR="00AD5C25" w14:paraId="684814AE" w14:textId="77777777" w:rsidTr="00B06185">
        <w:tc>
          <w:tcPr>
            <w:tcW w:w="534" w:type="dxa"/>
          </w:tcPr>
          <w:p w14:paraId="43624AC5" w14:textId="77777777" w:rsidR="00AD5C25" w:rsidRDefault="00000000">
            <w:r>
              <w:t>19</w:t>
            </w:r>
          </w:p>
        </w:tc>
        <w:tc>
          <w:tcPr>
            <w:tcW w:w="2429" w:type="dxa"/>
          </w:tcPr>
          <w:p w14:paraId="2CDB2E86" w14:textId="77777777" w:rsidR="00AD5C25" w:rsidRDefault="00000000">
            <w:r>
              <w:t>In future internship or work, when patients are emotionally unstable, I will provide more comfort and reassurance.</w:t>
            </w:r>
          </w:p>
        </w:tc>
        <w:tc>
          <w:tcPr>
            <w:tcW w:w="1190" w:type="dxa"/>
          </w:tcPr>
          <w:p w14:paraId="6F94A50A" w14:textId="77777777" w:rsidR="00AD5C25" w:rsidRDefault="00AD5C25"/>
        </w:tc>
        <w:tc>
          <w:tcPr>
            <w:tcW w:w="1142" w:type="dxa"/>
          </w:tcPr>
          <w:p w14:paraId="348C7316" w14:textId="77777777" w:rsidR="00AD5C25" w:rsidRDefault="00AD5C25"/>
        </w:tc>
        <w:tc>
          <w:tcPr>
            <w:tcW w:w="1174" w:type="dxa"/>
          </w:tcPr>
          <w:p w14:paraId="0B27CF9D" w14:textId="77777777" w:rsidR="00AD5C25" w:rsidRDefault="00AD5C25"/>
        </w:tc>
        <w:tc>
          <w:tcPr>
            <w:tcW w:w="1196" w:type="dxa"/>
          </w:tcPr>
          <w:p w14:paraId="11546B7E" w14:textId="77777777" w:rsidR="00AD5C25" w:rsidRDefault="00AD5C25"/>
        </w:tc>
        <w:tc>
          <w:tcPr>
            <w:tcW w:w="1191" w:type="dxa"/>
          </w:tcPr>
          <w:p w14:paraId="6EAC6FC0" w14:textId="77777777" w:rsidR="00AD5C25" w:rsidRDefault="00AD5C25"/>
        </w:tc>
      </w:tr>
      <w:tr w:rsidR="00AD5C25" w14:paraId="24952B7A" w14:textId="77777777" w:rsidTr="00B06185">
        <w:tc>
          <w:tcPr>
            <w:tcW w:w="534" w:type="dxa"/>
          </w:tcPr>
          <w:p w14:paraId="304E41AF" w14:textId="77777777" w:rsidR="00AD5C25" w:rsidRDefault="00000000">
            <w:r>
              <w:t>20</w:t>
            </w:r>
          </w:p>
        </w:tc>
        <w:tc>
          <w:tcPr>
            <w:tcW w:w="2429" w:type="dxa"/>
          </w:tcPr>
          <w:p w14:paraId="453AB4AF" w14:textId="77777777" w:rsidR="00AD5C25" w:rsidRDefault="00000000">
            <w:r>
              <w:t>It helps me understand my parents and feel grateful to them.</w:t>
            </w:r>
          </w:p>
        </w:tc>
        <w:tc>
          <w:tcPr>
            <w:tcW w:w="1190" w:type="dxa"/>
          </w:tcPr>
          <w:p w14:paraId="78327CCE" w14:textId="77777777" w:rsidR="00AD5C25" w:rsidRDefault="00AD5C25"/>
        </w:tc>
        <w:tc>
          <w:tcPr>
            <w:tcW w:w="1142" w:type="dxa"/>
          </w:tcPr>
          <w:p w14:paraId="43EAE5DE" w14:textId="77777777" w:rsidR="00AD5C25" w:rsidRDefault="00AD5C25"/>
        </w:tc>
        <w:tc>
          <w:tcPr>
            <w:tcW w:w="1174" w:type="dxa"/>
          </w:tcPr>
          <w:p w14:paraId="2581593B" w14:textId="77777777" w:rsidR="00AD5C25" w:rsidRDefault="00AD5C25"/>
        </w:tc>
        <w:tc>
          <w:tcPr>
            <w:tcW w:w="1196" w:type="dxa"/>
          </w:tcPr>
          <w:p w14:paraId="6E48EF44" w14:textId="77777777" w:rsidR="00AD5C25" w:rsidRDefault="00AD5C25"/>
        </w:tc>
        <w:tc>
          <w:tcPr>
            <w:tcW w:w="1191" w:type="dxa"/>
          </w:tcPr>
          <w:p w14:paraId="7F1004CD" w14:textId="77777777" w:rsidR="00AD5C25" w:rsidRDefault="00AD5C25"/>
        </w:tc>
      </w:tr>
    </w:tbl>
    <w:p w14:paraId="09B1BCAB" w14:textId="77777777" w:rsidR="00AD5C25" w:rsidRDefault="00000000">
      <w:r>
        <w:br/>
        <w:t>21. Other comments or suggestions about this teaching method:</w:t>
      </w:r>
    </w:p>
    <w:p w14:paraId="029F9B54" w14:textId="77777777" w:rsidR="00AD5C25" w:rsidRDefault="00000000">
      <w:r>
        <w:t>________________________________________________________________________________</w:t>
      </w:r>
    </w:p>
    <w:p w14:paraId="4016A9A0" w14:textId="77777777" w:rsidR="00AD5C25" w:rsidRDefault="00000000">
      <w:r>
        <w:t>________________________________________________________________________________</w:t>
      </w:r>
    </w:p>
    <w:p w14:paraId="40763D3D" w14:textId="77777777" w:rsidR="00AD5C25" w:rsidRDefault="00000000">
      <w:r>
        <w:t>________________________________________________________________________________</w:t>
      </w:r>
    </w:p>
    <w:sectPr w:rsidR="00AD5C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4140875">
    <w:abstractNumId w:val="8"/>
  </w:num>
  <w:num w:numId="2" w16cid:durableId="1675061586">
    <w:abstractNumId w:val="6"/>
  </w:num>
  <w:num w:numId="3" w16cid:durableId="1249727615">
    <w:abstractNumId w:val="5"/>
  </w:num>
  <w:num w:numId="4" w16cid:durableId="1454135670">
    <w:abstractNumId w:val="4"/>
  </w:num>
  <w:num w:numId="5" w16cid:durableId="1534611251">
    <w:abstractNumId w:val="7"/>
  </w:num>
  <w:num w:numId="6" w16cid:durableId="1591740505">
    <w:abstractNumId w:val="3"/>
  </w:num>
  <w:num w:numId="7" w16cid:durableId="726563252">
    <w:abstractNumId w:val="2"/>
  </w:num>
  <w:num w:numId="8" w16cid:durableId="349796353">
    <w:abstractNumId w:val="1"/>
  </w:num>
  <w:num w:numId="9" w16cid:durableId="127378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2A2B"/>
    <w:rsid w:val="00AA1D8D"/>
    <w:rsid w:val="00AD5C25"/>
    <w:rsid w:val="00B0618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853A3"/>
  <w14:defaultImageDpi w14:val="300"/>
  <w15:docId w15:val="{2ED1BDE9-38C9-A240-8471-8332CFF4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chen</cp:lastModifiedBy>
  <cp:revision>2</cp:revision>
  <dcterms:created xsi:type="dcterms:W3CDTF">2013-12-23T23:15:00Z</dcterms:created>
  <dcterms:modified xsi:type="dcterms:W3CDTF">2025-12-11T17:15:00Z</dcterms:modified>
  <cp:category/>
</cp:coreProperties>
</file>