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B5D28" w14:textId="0D30425E" w:rsidR="00912292" w:rsidRPr="00912292" w:rsidRDefault="00912292" w:rsidP="00912292">
      <w:pPr>
        <w:pStyle w:val="Heading1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912292">
        <w:rPr>
          <w:rFonts w:ascii="Times New Roman" w:hAnsi="Times New Roman" w:cs="Times New Roman"/>
          <w:color w:val="000000" w:themeColor="text1"/>
          <w:u w:val="single"/>
        </w:rPr>
        <w:t>ADDITIONAL FILE 2: QUESTIONNAIRE</w:t>
      </w:r>
    </w:p>
    <w:p w14:paraId="4551EE4C" w14:textId="50926CF9" w:rsidR="00742A6A" w:rsidRPr="00912292" w:rsidRDefault="00000000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De</w:t>
      </w:r>
      <w:r w:rsidRPr="00912292">
        <w:rPr>
          <w:rFonts w:ascii="Times New Roman" w:hAnsi="Times New Roman" w:cs="Times New Roman"/>
          <w:color w:val="000000" w:themeColor="text1"/>
        </w:rPr>
        <w:t>mographic Details</w:t>
      </w:r>
    </w:p>
    <w:p w14:paraId="082692E7" w14:textId="5DAA9FD6" w:rsidR="00742A6A" w:rsidRPr="00912292" w:rsidRDefault="00000000" w:rsidP="0015719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Sex</w:t>
      </w:r>
    </w:p>
    <w:p w14:paraId="4ADE5001" w14:textId="010AA58C" w:rsidR="00742A6A" w:rsidRPr="00912292" w:rsidRDefault="00000000" w:rsidP="0015719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Year of study</w:t>
      </w:r>
    </w:p>
    <w:p w14:paraId="4DB01705" w14:textId="21A3A4F7" w:rsidR="00742A6A" w:rsidRPr="00912292" w:rsidRDefault="00742A6A" w:rsidP="00912292">
      <w:pPr>
        <w:pStyle w:val="ListParagraph"/>
        <w:ind w:left="360"/>
        <w:rPr>
          <w:rFonts w:ascii="Times New Roman" w:hAnsi="Times New Roman" w:cs="Times New Roman"/>
          <w:color w:val="000000" w:themeColor="text1"/>
        </w:rPr>
      </w:pPr>
    </w:p>
    <w:p w14:paraId="777000CA" w14:textId="1453C18E" w:rsidR="00742A6A" w:rsidRPr="00912292" w:rsidRDefault="00000000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Prior Training</w:t>
      </w:r>
      <w:r w:rsidR="00157197" w:rsidRPr="00912292">
        <w:rPr>
          <w:rFonts w:ascii="Times New Roman" w:hAnsi="Times New Roman" w:cs="Times New Roman"/>
          <w:color w:val="000000" w:themeColor="text1"/>
        </w:rPr>
        <w:t xml:space="preserve"> (Likert </w:t>
      </w:r>
      <w:r w:rsidR="00912292">
        <w:rPr>
          <w:rFonts w:ascii="Times New Roman" w:hAnsi="Times New Roman" w:cs="Times New Roman"/>
          <w:color w:val="000000" w:themeColor="text1"/>
        </w:rPr>
        <w:t>s</w:t>
      </w:r>
      <w:r w:rsidR="00157197" w:rsidRPr="00912292">
        <w:rPr>
          <w:rFonts w:ascii="Times New Roman" w:hAnsi="Times New Roman" w:cs="Times New Roman"/>
          <w:color w:val="000000" w:themeColor="text1"/>
        </w:rPr>
        <w:t>cale ranging from 1=Strongly disagree to 5=Strongly agree)</w:t>
      </w:r>
    </w:p>
    <w:p w14:paraId="1EDB4DC1" w14:textId="30EFDBCB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1. I have received specific training on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>Q health issues</w:t>
      </w:r>
    </w:p>
    <w:p w14:paraId="5E42AF11" w14:textId="7EF020B6" w:rsidR="00742A6A" w:rsidRPr="00912292" w:rsidRDefault="00000000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Attitude</w:t>
      </w:r>
      <w:r w:rsidR="00157197" w:rsidRPr="00912292">
        <w:rPr>
          <w:rFonts w:ascii="Times New Roman" w:hAnsi="Times New Roman" w:cs="Times New Roman"/>
          <w:color w:val="000000" w:themeColor="text1"/>
        </w:rPr>
        <w:t xml:space="preserve"> (Likert Scale ranging from 1=Strongly disagree to 5=Strongly agree)</w:t>
      </w:r>
    </w:p>
    <w:p w14:paraId="3F4303BB" w14:textId="3EA787E3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1.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patients deserve the same level of quality care from health services as heterosexual patients</w:t>
      </w:r>
    </w:p>
    <w:p w14:paraId="08F2EDA3" w14:textId="2D0A3FD2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2.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patients should only seek health care from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health clinics</w:t>
      </w:r>
    </w:p>
    <w:p w14:paraId="6A932B61" w14:textId="7BCF3134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3.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patients should always disclose their sexual orientation to their physicians</w:t>
      </w:r>
    </w:p>
    <w:p w14:paraId="2AF405AD" w14:textId="40368986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4. I would be comfortable if I became known among my professional peers as a doctor who cares for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patients</w:t>
      </w:r>
    </w:p>
    <w:p w14:paraId="6E8A84BA" w14:textId="3C25C0BA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5. I would be comfortable telling my friends and family that I cared for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patients</w:t>
      </w:r>
    </w:p>
    <w:p w14:paraId="5312CD54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6. Same-sex sexual attraction is a natural expression of sexuality in humans</w:t>
      </w:r>
    </w:p>
    <w:p w14:paraId="135BEFCD" w14:textId="591B4CD9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7. It is more challenging to gather a history from an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patient than of a heterosexual patient</w:t>
      </w:r>
    </w:p>
    <w:p w14:paraId="490B4E9C" w14:textId="078DD0C1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8. It is more challenging to conduct a physical examination of an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patient than of a heterosexual patient</w:t>
      </w:r>
    </w:p>
    <w:p w14:paraId="51D386EB" w14:textId="7A73869D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9. It is more challenging to conduct a genitourinary examination of an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patient than of a heterosexual patient</w:t>
      </w:r>
    </w:p>
    <w:p w14:paraId="3AEBD3D1" w14:textId="4DD60203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10. It is more challenging to discuss sexual </w:t>
      </w:r>
      <w:proofErr w:type="spellStart"/>
      <w:r w:rsidRPr="00912292">
        <w:rPr>
          <w:rFonts w:ascii="Times New Roman" w:hAnsi="Times New Roman" w:cs="Times New Roman"/>
          <w:color w:val="000000" w:themeColor="text1"/>
        </w:rPr>
        <w:t>behaviour</w:t>
      </w:r>
      <w:proofErr w:type="spellEnd"/>
      <w:r w:rsidRPr="00912292">
        <w:rPr>
          <w:rFonts w:ascii="Times New Roman" w:hAnsi="Times New Roman" w:cs="Times New Roman"/>
          <w:color w:val="000000" w:themeColor="text1"/>
        </w:rPr>
        <w:t xml:space="preserve"> with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patients than with heterosexual patients</w:t>
      </w:r>
    </w:p>
    <w:p w14:paraId="0429C8BA" w14:textId="563662F4" w:rsidR="00742A6A" w:rsidRPr="00912292" w:rsidRDefault="00000000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lastRenderedPageBreak/>
        <w:t>Awareness</w:t>
      </w:r>
      <w:r w:rsidR="00157197" w:rsidRPr="00912292">
        <w:rPr>
          <w:rFonts w:ascii="Times New Roman" w:hAnsi="Times New Roman" w:cs="Times New Roman"/>
          <w:color w:val="000000" w:themeColor="text1"/>
        </w:rPr>
        <w:t xml:space="preserve"> (Likert Scale ranging from 1=Very unfamiliar to 5=Very familiar)</w:t>
      </w:r>
    </w:p>
    <w:p w14:paraId="52064C34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1. Are you aware of the terminology - asexual?</w:t>
      </w:r>
    </w:p>
    <w:p w14:paraId="56A64F6A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2. Are you aware of the terminology - bisexual?</w:t>
      </w:r>
    </w:p>
    <w:p w14:paraId="45417E42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3. Are you aware of the terminology - gay?</w:t>
      </w:r>
    </w:p>
    <w:p w14:paraId="7C958144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4. Are you aware of the terminology - genderqueer?</w:t>
      </w:r>
    </w:p>
    <w:p w14:paraId="0E8CFEFF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5. Are you aware of the terminology - intersex?</w:t>
      </w:r>
    </w:p>
    <w:p w14:paraId="521F48B0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6. Are you aware of the terminology - lesbian?</w:t>
      </w:r>
    </w:p>
    <w:p w14:paraId="15346FCB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7. Are you aware of the terminology - pansexual?</w:t>
      </w:r>
    </w:p>
    <w:p w14:paraId="17B168C9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8. Are you aware of the terminology - polyamorous?</w:t>
      </w:r>
    </w:p>
    <w:p w14:paraId="0C0D96AD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9. Are you aware of the terminology - queer?</w:t>
      </w:r>
    </w:p>
    <w:p w14:paraId="005A3269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10. Are you aware of the terminology - trans?</w:t>
      </w:r>
    </w:p>
    <w:p w14:paraId="1F4C852B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11. Are you aware of the terminology - trans woman?</w:t>
      </w:r>
    </w:p>
    <w:p w14:paraId="559D7DBD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12. Are you aware of the terminology - trans man?</w:t>
      </w:r>
    </w:p>
    <w:p w14:paraId="15EDAFF4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13. Are you aware of the terminology - transgender?</w:t>
      </w:r>
    </w:p>
    <w:p w14:paraId="5A83D385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14. Are you aware of the terminology - transitioning?</w:t>
      </w:r>
    </w:p>
    <w:p w14:paraId="0E5671C8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15. Are you aware of the terminology - bottom surgery?</w:t>
      </w:r>
    </w:p>
    <w:p w14:paraId="2557BEAE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16. Are you aware of the terminology - dental dams?</w:t>
      </w:r>
    </w:p>
    <w:p w14:paraId="323AD574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17. Are you aware of the terminology - PEP (post exposure prophylaxis)?</w:t>
      </w:r>
    </w:p>
    <w:p w14:paraId="161B9E7B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18. Are you aware of the terminology - Phalloplasty?</w:t>
      </w:r>
    </w:p>
    <w:p w14:paraId="3C9B9845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19. Are you aware of the terminology - neovagina?</w:t>
      </w:r>
    </w:p>
    <w:p w14:paraId="382D62C3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20. Are you aware of the terminology - T 'testosterone'?</w:t>
      </w:r>
    </w:p>
    <w:p w14:paraId="4032A88F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21. Are you aware of the terminology - Top surgery?</w:t>
      </w:r>
    </w:p>
    <w:p w14:paraId="727947FE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22. Are you aware of the terminology - bareback?</w:t>
      </w:r>
    </w:p>
    <w:p w14:paraId="31CBD781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23. Are you aware of the terminology - BDSM?</w:t>
      </w:r>
    </w:p>
    <w:p w14:paraId="74174FFE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24. Are you aware of the terminology - bottoming?</w:t>
      </w:r>
    </w:p>
    <w:p w14:paraId="3D64C533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25. Are you aware of the terminology - douching?</w:t>
      </w:r>
    </w:p>
    <w:p w14:paraId="5DEE0E2A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lastRenderedPageBreak/>
        <w:t>26. Are you aware of the terminology - fisting?</w:t>
      </w:r>
    </w:p>
    <w:p w14:paraId="10A25CE5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27. Are you aware of the terminology - rimming?</w:t>
      </w:r>
    </w:p>
    <w:p w14:paraId="3FD2656E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28. Are you aware of the terminology - serosorting?</w:t>
      </w:r>
    </w:p>
    <w:p w14:paraId="0589F532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29. Are you aware of the terminology - saunas?</w:t>
      </w:r>
    </w:p>
    <w:p w14:paraId="1890368A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30. Are you aware of the terminology - slamming?</w:t>
      </w:r>
    </w:p>
    <w:p w14:paraId="6F890886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31. Are you aware of the terminology - topping?</w:t>
      </w:r>
    </w:p>
    <w:p w14:paraId="7718E5F3" w14:textId="5AD36882" w:rsidR="00742A6A" w:rsidRPr="00912292" w:rsidRDefault="00000000">
      <w:pPr>
        <w:pStyle w:val="Heading1"/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Confidence</w:t>
      </w:r>
      <w:r w:rsidR="00157197" w:rsidRPr="00912292">
        <w:rPr>
          <w:rFonts w:ascii="Times New Roman" w:hAnsi="Times New Roman" w:cs="Times New Roman"/>
          <w:color w:val="000000" w:themeColor="text1"/>
        </w:rPr>
        <w:t xml:space="preserve"> (Likert Scale ranging from 1=</w:t>
      </w:r>
      <w:r w:rsidR="00912292">
        <w:rPr>
          <w:rFonts w:ascii="Times New Roman" w:hAnsi="Times New Roman" w:cs="Times New Roman"/>
          <w:color w:val="000000" w:themeColor="text1"/>
        </w:rPr>
        <w:t>Not at all Confident</w:t>
      </w:r>
      <w:r w:rsidR="00157197" w:rsidRPr="00912292">
        <w:rPr>
          <w:rFonts w:ascii="Times New Roman" w:hAnsi="Times New Roman" w:cs="Times New Roman"/>
          <w:color w:val="000000" w:themeColor="text1"/>
        </w:rPr>
        <w:t xml:space="preserve"> to 5=Very confident)</w:t>
      </w:r>
    </w:p>
    <w:p w14:paraId="113AA36D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1. How confident do you feel clarifying unfamiliar sexual or gender terms used by patients?</w:t>
      </w:r>
    </w:p>
    <w:p w14:paraId="119C41BA" w14:textId="54502F6C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2. How confident do you feel taking a social history from an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patient?</w:t>
      </w:r>
    </w:p>
    <w:p w14:paraId="329227BB" w14:textId="3FEE72CD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3. How confident do you feel taking a sexual history from an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patient?</w:t>
      </w:r>
    </w:p>
    <w:p w14:paraId="2C0AFC63" w14:textId="3DEE843B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4. In a situation where domestic violence would be considered a possibility, how confident do you feel discussing this with an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 xml:space="preserve"> patient?</w:t>
      </w:r>
    </w:p>
    <w:p w14:paraId="3C81386F" w14:textId="77777777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>5. How confident do you feel deciding which ward (e.g. male/female ward) a transgender patient should be nursed?</w:t>
      </w:r>
    </w:p>
    <w:p w14:paraId="445EC554" w14:textId="5FAD2C71" w:rsidR="00742A6A" w:rsidRPr="00912292" w:rsidRDefault="00000000">
      <w:pPr>
        <w:rPr>
          <w:rFonts w:ascii="Times New Roman" w:hAnsi="Times New Roman" w:cs="Times New Roman"/>
          <w:color w:val="000000" w:themeColor="text1"/>
        </w:rPr>
      </w:pPr>
      <w:r w:rsidRPr="00912292">
        <w:rPr>
          <w:rFonts w:ascii="Times New Roman" w:hAnsi="Times New Roman" w:cs="Times New Roman"/>
          <w:color w:val="000000" w:themeColor="text1"/>
        </w:rPr>
        <w:t xml:space="preserve">6. How confident do you feel knowing where to look </w:t>
      </w:r>
      <w:proofErr w:type="gramStart"/>
      <w:r w:rsidRPr="00912292">
        <w:rPr>
          <w:rFonts w:ascii="Times New Roman" w:hAnsi="Times New Roman" w:cs="Times New Roman"/>
          <w:color w:val="000000" w:themeColor="text1"/>
        </w:rPr>
        <w:t>in order to</w:t>
      </w:r>
      <w:proofErr w:type="gramEnd"/>
      <w:r w:rsidRPr="00912292">
        <w:rPr>
          <w:rFonts w:ascii="Times New Roman" w:hAnsi="Times New Roman" w:cs="Times New Roman"/>
          <w:color w:val="000000" w:themeColor="text1"/>
        </w:rPr>
        <w:t xml:space="preserve"> find information about </w:t>
      </w:r>
      <w:r w:rsidR="00912292">
        <w:rPr>
          <w:rFonts w:ascii="Times New Roman" w:hAnsi="Times New Roman" w:cs="Times New Roman"/>
          <w:color w:val="000000" w:themeColor="text1"/>
        </w:rPr>
        <w:t>LGBTQ+</w:t>
      </w:r>
      <w:r w:rsidRPr="00912292">
        <w:rPr>
          <w:rFonts w:ascii="Times New Roman" w:hAnsi="Times New Roman" w:cs="Times New Roman"/>
          <w:color w:val="000000" w:themeColor="text1"/>
        </w:rPr>
        <w:t>-specific health services in your area?</w:t>
      </w:r>
    </w:p>
    <w:sectPr w:rsidR="00742A6A" w:rsidRPr="0091229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ED53E7"/>
    <w:multiLevelType w:val="hybridMultilevel"/>
    <w:tmpl w:val="F4E45A90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8851397">
    <w:abstractNumId w:val="8"/>
  </w:num>
  <w:num w:numId="2" w16cid:durableId="141701070">
    <w:abstractNumId w:val="6"/>
  </w:num>
  <w:num w:numId="3" w16cid:durableId="90778508">
    <w:abstractNumId w:val="5"/>
  </w:num>
  <w:num w:numId="4" w16cid:durableId="1621766064">
    <w:abstractNumId w:val="4"/>
  </w:num>
  <w:num w:numId="5" w16cid:durableId="420838131">
    <w:abstractNumId w:val="7"/>
  </w:num>
  <w:num w:numId="6" w16cid:durableId="1404181912">
    <w:abstractNumId w:val="3"/>
  </w:num>
  <w:num w:numId="7" w16cid:durableId="857356565">
    <w:abstractNumId w:val="2"/>
  </w:num>
  <w:num w:numId="8" w16cid:durableId="828523190">
    <w:abstractNumId w:val="1"/>
  </w:num>
  <w:num w:numId="9" w16cid:durableId="1396775777">
    <w:abstractNumId w:val="0"/>
  </w:num>
  <w:num w:numId="10" w16cid:durableId="9749149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7197"/>
    <w:rsid w:val="0029639D"/>
    <w:rsid w:val="00326F90"/>
    <w:rsid w:val="00605D2C"/>
    <w:rsid w:val="00742A6A"/>
    <w:rsid w:val="00912292"/>
    <w:rsid w:val="00936F4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F5EEEF"/>
  <w14:defaultImageDpi w14:val="300"/>
  <w15:docId w15:val="{42ED8BC0-EDB2-4233-BC55-B508AAB6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621</Words>
  <Characters>3006</Characters>
  <Application>Microsoft Office Word</Application>
  <DocSecurity>0</DocSecurity>
  <Lines>71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Pratham Mehta</cp:lastModifiedBy>
  <cp:revision>3</cp:revision>
  <dcterms:created xsi:type="dcterms:W3CDTF">2026-05-05T00:51:00Z</dcterms:created>
  <dcterms:modified xsi:type="dcterms:W3CDTF">2026-05-06T07:35:00Z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9bff056a-6e32-40a4-b7b8-3676d19633df</vt:lpwstr>
  </property>
</Properties>
</file>