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04F0" w14:textId="77777777" w:rsidR="0025126A" w:rsidRDefault="00210396">
      <w:pPr>
        <w:pStyle w:val="Heading1"/>
      </w:pPr>
      <w:r>
        <w:t>Appendix A. Inclusion Activity Scale (IAS): Survey Instrument and Scoring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9"/>
        <w:gridCol w:w="2157"/>
        <w:gridCol w:w="2156"/>
      </w:tblGrid>
      <w:tr w:rsidR="0025126A" w14:paraId="43F661FC" w14:textId="77777777">
        <w:tc>
          <w:tcPr>
            <w:tcW w:w="2160" w:type="dxa"/>
          </w:tcPr>
          <w:p w14:paraId="3F6E4421" w14:textId="77777777" w:rsidR="0025126A" w:rsidRDefault="00210396">
            <w:r>
              <w:t>Domain</w:t>
            </w:r>
          </w:p>
        </w:tc>
        <w:tc>
          <w:tcPr>
            <w:tcW w:w="2160" w:type="dxa"/>
          </w:tcPr>
          <w:p w14:paraId="043870C5" w14:textId="77777777" w:rsidR="0025126A" w:rsidRDefault="00210396">
            <w:r>
              <w:t>Survey Question</w:t>
            </w:r>
          </w:p>
        </w:tc>
        <w:tc>
          <w:tcPr>
            <w:tcW w:w="2160" w:type="dxa"/>
          </w:tcPr>
          <w:p w14:paraId="044AF3B0" w14:textId="77777777" w:rsidR="0025126A" w:rsidRDefault="00210396">
            <w:r>
              <w:t>Response</w:t>
            </w:r>
          </w:p>
        </w:tc>
        <w:tc>
          <w:tcPr>
            <w:tcW w:w="2160" w:type="dxa"/>
          </w:tcPr>
          <w:p w14:paraId="4A734A4E" w14:textId="77777777" w:rsidR="0025126A" w:rsidRDefault="00210396">
            <w:r>
              <w:t>Weight</w:t>
            </w:r>
          </w:p>
        </w:tc>
      </w:tr>
      <w:tr w:rsidR="0025126A" w14:paraId="3D319B64" w14:textId="77777777">
        <w:tc>
          <w:tcPr>
            <w:tcW w:w="2160" w:type="dxa"/>
          </w:tcPr>
          <w:p w14:paraId="5E19DD9B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21577414" w14:textId="77777777" w:rsidR="0025126A" w:rsidRDefault="00210396">
            <w:r>
              <w:t xml:space="preserve">Have you DEVELOPED a DEI-related curriculum for trainees or faculty. </w:t>
            </w:r>
          </w:p>
        </w:tc>
        <w:tc>
          <w:tcPr>
            <w:tcW w:w="2160" w:type="dxa"/>
          </w:tcPr>
          <w:p w14:paraId="330CE4E7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10B65042" w14:textId="77777777" w:rsidR="0025126A" w:rsidRDefault="00260B40">
            <w:r>
              <w:t>3</w:t>
            </w:r>
          </w:p>
        </w:tc>
      </w:tr>
      <w:tr w:rsidR="0025126A" w14:paraId="37D51776" w14:textId="77777777">
        <w:tc>
          <w:tcPr>
            <w:tcW w:w="2160" w:type="dxa"/>
          </w:tcPr>
          <w:p w14:paraId="332313A3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63B5128E" w14:textId="77777777" w:rsidR="0025126A" w:rsidRDefault="00210396">
            <w:r>
              <w:t xml:space="preserve">Have you DELIVERED any DEI-related curriculum to trainees or faculty. </w:t>
            </w:r>
          </w:p>
        </w:tc>
        <w:tc>
          <w:tcPr>
            <w:tcW w:w="2160" w:type="dxa"/>
          </w:tcPr>
          <w:p w14:paraId="3495B039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D963DFD" w14:textId="77777777" w:rsidR="0025126A" w:rsidRDefault="00210396">
            <w:r>
              <w:t>2</w:t>
            </w:r>
          </w:p>
        </w:tc>
      </w:tr>
      <w:tr w:rsidR="0025126A" w14:paraId="5029F2CB" w14:textId="77777777">
        <w:tc>
          <w:tcPr>
            <w:tcW w:w="2160" w:type="dxa"/>
          </w:tcPr>
          <w:p w14:paraId="04F1C9C9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4AD6D52C" w14:textId="77777777" w:rsidR="0025126A" w:rsidRDefault="00210396">
            <w:r>
              <w:t>Have you DEVELOPED any DEI-related curriculum for staﬀ. DEI Curric- Staff Clear 3 Yes # No Del</w:t>
            </w:r>
          </w:p>
        </w:tc>
        <w:tc>
          <w:tcPr>
            <w:tcW w:w="2160" w:type="dxa"/>
          </w:tcPr>
          <w:p w14:paraId="2EBCD8D2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1DD6AFFB" w14:textId="77777777" w:rsidR="0025126A" w:rsidRDefault="00210396">
            <w:r>
              <w:t>3</w:t>
            </w:r>
          </w:p>
        </w:tc>
      </w:tr>
      <w:tr w:rsidR="0025126A" w14:paraId="0C290975" w14:textId="77777777">
        <w:tc>
          <w:tcPr>
            <w:tcW w:w="2160" w:type="dxa"/>
          </w:tcPr>
          <w:p w14:paraId="745441F1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5F729F7A" w14:textId="77777777" w:rsidR="0025126A" w:rsidRDefault="00210396">
            <w:r>
              <w:t xml:space="preserve">Have you DELIVERED any DEI-related curriculum to staﬀ. </w:t>
            </w:r>
          </w:p>
        </w:tc>
        <w:tc>
          <w:tcPr>
            <w:tcW w:w="2160" w:type="dxa"/>
          </w:tcPr>
          <w:p w14:paraId="4B5CFEEF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49ACFB14" w14:textId="77777777" w:rsidR="0025126A" w:rsidRDefault="00260B40">
            <w:r>
              <w:t>2</w:t>
            </w:r>
          </w:p>
        </w:tc>
      </w:tr>
      <w:tr w:rsidR="0025126A" w14:paraId="35D709C8" w14:textId="77777777">
        <w:tc>
          <w:tcPr>
            <w:tcW w:w="2160" w:type="dxa"/>
          </w:tcPr>
          <w:p w14:paraId="1D5C8328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01204B1C" w14:textId="77777777" w:rsidR="0025126A" w:rsidRDefault="00210396">
            <w:r>
              <w:t xml:space="preserve">Have you supervised a DEI elective rotation. </w:t>
            </w:r>
          </w:p>
        </w:tc>
        <w:tc>
          <w:tcPr>
            <w:tcW w:w="2160" w:type="dxa"/>
          </w:tcPr>
          <w:p w14:paraId="4EEE1FC7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045EE63" w14:textId="77777777" w:rsidR="0025126A" w:rsidRDefault="00210396">
            <w:r>
              <w:t>3</w:t>
            </w:r>
          </w:p>
        </w:tc>
      </w:tr>
      <w:tr w:rsidR="0025126A" w14:paraId="6FEB7DC7" w14:textId="77777777">
        <w:tc>
          <w:tcPr>
            <w:tcW w:w="2160" w:type="dxa"/>
          </w:tcPr>
          <w:p w14:paraId="159F11E1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127D9E83" w14:textId="77777777" w:rsidR="0025126A" w:rsidRDefault="00210396">
            <w:r>
              <w:t xml:space="preserve">Have you provided DEI-related expertise consultations to other (outside your home department) departments and programs. </w:t>
            </w:r>
          </w:p>
        </w:tc>
        <w:tc>
          <w:tcPr>
            <w:tcW w:w="2160" w:type="dxa"/>
          </w:tcPr>
          <w:p w14:paraId="7836BCC9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6F569DF" w14:textId="77777777" w:rsidR="0025126A" w:rsidRDefault="00210396">
            <w:r>
              <w:t>3</w:t>
            </w:r>
          </w:p>
        </w:tc>
      </w:tr>
      <w:tr w:rsidR="0025126A" w14:paraId="627690F0" w14:textId="77777777">
        <w:tc>
          <w:tcPr>
            <w:tcW w:w="2160" w:type="dxa"/>
          </w:tcPr>
          <w:p w14:paraId="38453F78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53A0A1F4" w14:textId="77777777" w:rsidR="0025126A" w:rsidRDefault="00210396">
            <w:r>
              <w:t xml:space="preserve">Have you delivered any DEI and health and healthcare disparities-related lectures to trainees or faculty. </w:t>
            </w:r>
          </w:p>
        </w:tc>
        <w:tc>
          <w:tcPr>
            <w:tcW w:w="2160" w:type="dxa"/>
          </w:tcPr>
          <w:p w14:paraId="5471F2CB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327C37D4" w14:textId="77777777" w:rsidR="0025126A" w:rsidRDefault="00210396">
            <w:r>
              <w:t>2</w:t>
            </w:r>
          </w:p>
        </w:tc>
      </w:tr>
      <w:tr w:rsidR="0025126A" w14:paraId="010309BF" w14:textId="77777777">
        <w:tc>
          <w:tcPr>
            <w:tcW w:w="2160" w:type="dxa"/>
          </w:tcPr>
          <w:p w14:paraId="79A3279E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0333CFD7" w14:textId="77777777" w:rsidR="0025126A" w:rsidRDefault="00210396">
            <w:r>
              <w:t xml:space="preserve">Have you provided healthcare education to historically underserved communities. </w:t>
            </w:r>
          </w:p>
        </w:tc>
        <w:tc>
          <w:tcPr>
            <w:tcW w:w="2160" w:type="dxa"/>
          </w:tcPr>
          <w:p w14:paraId="75B90CE5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5730AA53" w14:textId="77777777" w:rsidR="0025126A" w:rsidRDefault="00260B40">
            <w:r>
              <w:t>2</w:t>
            </w:r>
          </w:p>
        </w:tc>
      </w:tr>
      <w:tr w:rsidR="0025126A" w14:paraId="7746DD02" w14:textId="77777777">
        <w:tc>
          <w:tcPr>
            <w:tcW w:w="2160" w:type="dxa"/>
          </w:tcPr>
          <w:p w14:paraId="6C99A4D3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5D551495" w14:textId="77777777" w:rsidR="0025126A" w:rsidRDefault="00210396">
            <w:r>
              <w:t xml:space="preserve">Have you CREATED or LED a mentoring </w:t>
            </w:r>
            <w:r>
              <w:lastRenderedPageBreak/>
              <w:t xml:space="preserve">program for URiM trainees or faculty </w:t>
            </w:r>
          </w:p>
        </w:tc>
        <w:tc>
          <w:tcPr>
            <w:tcW w:w="2160" w:type="dxa"/>
          </w:tcPr>
          <w:p w14:paraId="24038D18" w14:textId="77777777" w:rsidR="0025126A" w:rsidRDefault="00210396">
            <w:r>
              <w:lastRenderedPageBreak/>
              <w:t>Yes / No</w:t>
            </w:r>
          </w:p>
        </w:tc>
        <w:tc>
          <w:tcPr>
            <w:tcW w:w="2160" w:type="dxa"/>
          </w:tcPr>
          <w:p w14:paraId="374899F3" w14:textId="77777777" w:rsidR="0025126A" w:rsidRDefault="00210396">
            <w:r>
              <w:t>3</w:t>
            </w:r>
          </w:p>
        </w:tc>
      </w:tr>
      <w:tr w:rsidR="0025126A" w14:paraId="2B6D9F36" w14:textId="77777777">
        <w:tc>
          <w:tcPr>
            <w:tcW w:w="2160" w:type="dxa"/>
          </w:tcPr>
          <w:p w14:paraId="74999ED8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446FADE5" w14:textId="77777777" w:rsidR="0025126A" w:rsidRDefault="00210396">
            <w:r>
              <w:t xml:space="preserve">Have you MENTORED any URiM  Trainees </w:t>
            </w:r>
          </w:p>
        </w:tc>
        <w:tc>
          <w:tcPr>
            <w:tcW w:w="2160" w:type="dxa"/>
          </w:tcPr>
          <w:p w14:paraId="0B6EF38D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3A821508" w14:textId="77777777" w:rsidR="0025126A" w:rsidRDefault="00210396">
            <w:r>
              <w:t>2</w:t>
            </w:r>
          </w:p>
        </w:tc>
      </w:tr>
      <w:tr w:rsidR="0025126A" w14:paraId="56D15EFA" w14:textId="77777777">
        <w:tc>
          <w:tcPr>
            <w:tcW w:w="2160" w:type="dxa"/>
          </w:tcPr>
          <w:p w14:paraId="2781A326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335CBC0D" w14:textId="77777777" w:rsidR="0025126A" w:rsidRDefault="00210396">
            <w:r>
              <w:t xml:space="preserve">Have you SPONSORED any URiM </w:t>
            </w:r>
            <w:r w:rsidR="00260B40">
              <w:t>trainees</w:t>
            </w:r>
          </w:p>
        </w:tc>
        <w:tc>
          <w:tcPr>
            <w:tcW w:w="2160" w:type="dxa"/>
          </w:tcPr>
          <w:p w14:paraId="07A710FF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F43CB0C" w14:textId="77777777" w:rsidR="0025126A" w:rsidRDefault="00210396">
            <w:r>
              <w:t>2</w:t>
            </w:r>
          </w:p>
        </w:tc>
      </w:tr>
      <w:tr w:rsidR="0025126A" w14:paraId="460A67FC" w14:textId="77777777">
        <w:tc>
          <w:tcPr>
            <w:tcW w:w="2160" w:type="dxa"/>
          </w:tcPr>
          <w:p w14:paraId="393591EF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572C53FE" w14:textId="77777777" w:rsidR="0025126A" w:rsidRDefault="00210396">
            <w:r>
              <w:t>Have you MENTORED any URiM FACULTY Faculty Clear 2 Yes # No Sponsored</w:t>
            </w:r>
          </w:p>
        </w:tc>
        <w:tc>
          <w:tcPr>
            <w:tcW w:w="2160" w:type="dxa"/>
          </w:tcPr>
          <w:p w14:paraId="5A9F0CC4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2B99EB6" w14:textId="77777777" w:rsidR="0025126A" w:rsidRDefault="00210396">
            <w:r>
              <w:t>2</w:t>
            </w:r>
          </w:p>
        </w:tc>
      </w:tr>
      <w:tr w:rsidR="0025126A" w14:paraId="11375A3F" w14:textId="77777777">
        <w:tc>
          <w:tcPr>
            <w:tcW w:w="2160" w:type="dxa"/>
          </w:tcPr>
          <w:p w14:paraId="18440D69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05C326FA" w14:textId="77777777" w:rsidR="0025126A" w:rsidRDefault="00210396">
            <w:r>
              <w:t>Have you SPONSORED any URiM FACULTY Faculty Clear 2 Yes # No Eval</w:t>
            </w:r>
          </w:p>
        </w:tc>
        <w:tc>
          <w:tcPr>
            <w:tcW w:w="2160" w:type="dxa"/>
          </w:tcPr>
          <w:p w14:paraId="2ABAF048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0A0BB1E" w14:textId="77777777" w:rsidR="0025126A" w:rsidRDefault="00210396">
            <w:r>
              <w:t>2</w:t>
            </w:r>
          </w:p>
        </w:tc>
      </w:tr>
      <w:tr w:rsidR="0025126A" w14:paraId="0058B8DF" w14:textId="77777777">
        <w:tc>
          <w:tcPr>
            <w:tcW w:w="2160" w:type="dxa"/>
          </w:tcPr>
          <w:p w14:paraId="138DEF64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47259443" w14:textId="77777777" w:rsidR="0025126A" w:rsidRDefault="00210396">
            <w:r>
              <w:t xml:space="preserve">Have you conducted formal evaluations of DEI-related educational programs or curricula. </w:t>
            </w:r>
          </w:p>
        </w:tc>
        <w:tc>
          <w:tcPr>
            <w:tcW w:w="2160" w:type="dxa"/>
          </w:tcPr>
          <w:p w14:paraId="07B5AC61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5FA2B724" w14:textId="77777777" w:rsidR="0025126A" w:rsidRDefault="00210396">
            <w:r>
              <w:t>2</w:t>
            </w:r>
          </w:p>
        </w:tc>
      </w:tr>
      <w:tr w:rsidR="0025126A" w14:paraId="1FFA69E2" w14:textId="77777777">
        <w:tc>
          <w:tcPr>
            <w:tcW w:w="2160" w:type="dxa"/>
          </w:tcPr>
          <w:p w14:paraId="66B8FFDA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623C3AEA" w14:textId="77777777" w:rsidR="0025126A" w:rsidRDefault="00210396">
            <w:r>
              <w:t>Have you been part of any training program leadership overseeing DEI-related initiatives</w:t>
            </w:r>
          </w:p>
        </w:tc>
        <w:tc>
          <w:tcPr>
            <w:tcW w:w="2160" w:type="dxa"/>
          </w:tcPr>
          <w:p w14:paraId="3BAD20BD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7BCDC48E" w14:textId="77777777" w:rsidR="0025126A" w:rsidRDefault="00210396">
            <w:r>
              <w:t>2</w:t>
            </w:r>
          </w:p>
        </w:tc>
      </w:tr>
      <w:tr w:rsidR="0025126A" w14:paraId="40FC7060" w14:textId="77777777">
        <w:tc>
          <w:tcPr>
            <w:tcW w:w="2160" w:type="dxa"/>
          </w:tcPr>
          <w:p w14:paraId="64BCC4F6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38DD049C" w14:textId="77777777" w:rsidR="0025126A" w:rsidRDefault="00210396">
            <w:r>
              <w:t>Have you participated in any program recruitment activities for URiM students, trainees, or junior faculty.</w:t>
            </w:r>
          </w:p>
        </w:tc>
        <w:tc>
          <w:tcPr>
            <w:tcW w:w="2160" w:type="dxa"/>
          </w:tcPr>
          <w:p w14:paraId="12069616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1B8936D" w14:textId="77777777" w:rsidR="0025126A" w:rsidRDefault="00210396">
            <w:r>
              <w:t>2</w:t>
            </w:r>
          </w:p>
        </w:tc>
      </w:tr>
      <w:tr w:rsidR="0025126A" w14:paraId="0AE0B639" w14:textId="77777777">
        <w:tc>
          <w:tcPr>
            <w:tcW w:w="2160" w:type="dxa"/>
          </w:tcPr>
          <w:p w14:paraId="2F6FDA0F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710D3A5A" w14:textId="77777777" w:rsidR="0025126A" w:rsidRDefault="00210396">
            <w:r>
              <w:t>Do you provide career advising for URiM trainees and faculty</w:t>
            </w:r>
          </w:p>
        </w:tc>
        <w:tc>
          <w:tcPr>
            <w:tcW w:w="2160" w:type="dxa"/>
          </w:tcPr>
          <w:p w14:paraId="238484C9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DE6D0B0" w14:textId="77777777" w:rsidR="0025126A" w:rsidRDefault="00210396">
            <w:r>
              <w:t>1</w:t>
            </w:r>
          </w:p>
        </w:tc>
      </w:tr>
      <w:tr w:rsidR="0025126A" w14:paraId="5FA4AFCD" w14:textId="77777777">
        <w:tc>
          <w:tcPr>
            <w:tcW w:w="2160" w:type="dxa"/>
          </w:tcPr>
          <w:p w14:paraId="69BB6AB7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55F9EFA8" w14:textId="77777777" w:rsidR="0025126A" w:rsidRDefault="00210396">
            <w:r>
              <w:t xml:space="preserve">Have you been a faculty advisor to URiM student organizations (local and external). </w:t>
            </w:r>
          </w:p>
        </w:tc>
        <w:tc>
          <w:tcPr>
            <w:tcW w:w="2160" w:type="dxa"/>
          </w:tcPr>
          <w:p w14:paraId="706BDF90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756C87DA" w14:textId="77777777" w:rsidR="0025126A" w:rsidRDefault="00210396">
            <w:r>
              <w:t>2</w:t>
            </w:r>
          </w:p>
        </w:tc>
      </w:tr>
      <w:tr w:rsidR="0025126A" w14:paraId="61999109" w14:textId="77777777">
        <w:tc>
          <w:tcPr>
            <w:tcW w:w="2160" w:type="dxa"/>
          </w:tcPr>
          <w:p w14:paraId="4BF9442F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34B98A74" w14:textId="77777777" w:rsidR="0025126A" w:rsidRDefault="00210396">
            <w:r>
              <w:t xml:space="preserve">Have you mentored URiM high school and undergraduate students. </w:t>
            </w:r>
          </w:p>
        </w:tc>
        <w:tc>
          <w:tcPr>
            <w:tcW w:w="2160" w:type="dxa"/>
          </w:tcPr>
          <w:p w14:paraId="4D0153A4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46F289B4" w14:textId="77777777" w:rsidR="0025126A" w:rsidRDefault="00210396">
            <w:r>
              <w:t>2</w:t>
            </w:r>
          </w:p>
        </w:tc>
      </w:tr>
      <w:tr w:rsidR="0025126A" w14:paraId="511A209B" w14:textId="77777777">
        <w:tc>
          <w:tcPr>
            <w:tcW w:w="2160" w:type="dxa"/>
          </w:tcPr>
          <w:p w14:paraId="5B5DED85" w14:textId="77777777" w:rsidR="0025126A" w:rsidRDefault="00210396">
            <w:r>
              <w:lastRenderedPageBreak/>
              <w:t>Teaching &amp; Mentoring</w:t>
            </w:r>
          </w:p>
        </w:tc>
        <w:tc>
          <w:tcPr>
            <w:tcW w:w="2160" w:type="dxa"/>
          </w:tcPr>
          <w:p w14:paraId="3D6DECB2" w14:textId="77777777" w:rsidR="0025126A" w:rsidRDefault="00210396">
            <w:r>
              <w:t xml:space="preserve">Have you DEVELOPED a healthcare disparities curriculum for trainees or faculty. </w:t>
            </w:r>
          </w:p>
        </w:tc>
        <w:tc>
          <w:tcPr>
            <w:tcW w:w="2160" w:type="dxa"/>
          </w:tcPr>
          <w:p w14:paraId="3D1E394A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4B889071" w14:textId="77777777" w:rsidR="0025126A" w:rsidRDefault="00210396">
            <w:r>
              <w:t>3</w:t>
            </w:r>
          </w:p>
        </w:tc>
      </w:tr>
      <w:tr w:rsidR="0025126A" w14:paraId="0CE95B73" w14:textId="77777777">
        <w:tc>
          <w:tcPr>
            <w:tcW w:w="2160" w:type="dxa"/>
          </w:tcPr>
          <w:p w14:paraId="7261C72D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2C2306A1" w14:textId="77777777" w:rsidR="0025126A" w:rsidRDefault="00210396">
            <w:r>
              <w:t xml:space="preserve">Have you DELIVERED part of a healthcare disparities curriculum to trainees or faculty. </w:t>
            </w:r>
          </w:p>
        </w:tc>
        <w:tc>
          <w:tcPr>
            <w:tcW w:w="2160" w:type="dxa"/>
          </w:tcPr>
          <w:p w14:paraId="56C21CF0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FDD03D8" w14:textId="77777777" w:rsidR="0025126A" w:rsidRDefault="00210396">
            <w:r>
              <w:t>2</w:t>
            </w:r>
          </w:p>
        </w:tc>
      </w:tr>
      <w:tr w:rsidR="0025126A" w14:paraId="75A19380" w14:textId="77777777">
        <w:tc>
          <w:tcPr>
            <w:tcW w:w="2160" w:type="dxa"/>
          </w:tcPr>
          <w:p w14:paraId="6F66067E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3814070F" w14:textId="77777777" w:rsidR="0025126A" w:rsidRDefault="00210396">
            <w:r>
              <w:t xml:space="preserve">Have you LED any pipeline programs targeting URiM students for UME and GME opportunities. </w:t>
            </w:r>
          </w:p>
        </w:tc>
        <w:tc>
          <w:tcPr>
            <w:tcW w:w="2160" w:type="dxa"/>
          </w:tcPr>
          <w:p w14:paraId="735FAAE1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382B712D" w14:textId="77777777" w:rsidR="0025126A" w:rsidRDefault="00210396">
            <w:r>
              <w:t>3</w:t>
            </w:r>
          </w:p>
        </w:tc>
      </w:tr>
      <w:tr w:rsidR="0025126A" w14:paraId="384414EE" w14:textId="77777777">
        <w:tc>
          <w:tcPr>
            <w:tcW w:w="2160" w:type="dxa"/>
          </w:tcPr>
          <w:p w14:paraId="52A492A1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0E9A1185" w14:textId="77777777" w:rsidR="0025126A" w:rsidRDefault="00210396">
            <w:r>
              <w:t>Have you actively PARTICIPATED in any pipeline programs targeting URiM students for UME and GME opportunities</w:t>
            </w:r>
          </w:p>
        </w:tc>
        <w:tc>
          <w:tcPr>
            <w:tcW w:w="2160" w:type="dxa"/>
          </w:tcPr>
          <w:p w14:paraId="479EC56D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3108C396" w14:textId="77777777" w:rsidR="0025126A" w:rsidRDefault="00210396">
            <w:r>
              <w:t>2</w:t>
            </w:r>
          </w:p>
        </w:tc>
      </w:tr>
      <w:tr w:rsidR="0025126A" w14:paraId="7DA059AB" w14:textId="77777777">
        <w:tc>
          <w:tcPr>
            <w:tcW w:w="2160" w:type="dxa"/>
          </w:tcPr>
          <w:p w14:paraId="26E3B439" w14:textId="77777777" w:rsidR="0025126A" w:rsidRDefault="00210396">
            <w:r>
              <w:t>Teaching &amp; Mentoring</w:t>
            </w:r>
          </w:p>
        </w:tc>
        <w:tc>
          <w:tcPr>
            <w:tcW w:w="2160" w:type="dxa"/>
          </w:tcPr>
          <w:p w14:paraId="0885A64F" w14:textId="77777777" w:rsidR="0025126A" w:rsidRDefault="00210396">
            <w:r>
              <w:t xml:space="preserve">Have you received any DEI-related teaching or education awards within sections or departments at your institution </w:t>
            </w:r>
            <w:r w:rsidR="00260B40">
              <w:t>.</w:t>
            </w:r>
          </w:p>
        </w:tc>
        <w:tc>
          <w:tcPr>
            <w:tcW w:w="2160" w:type="dxa"/>
          </w:tcPr>
          <w:p w14:paraId="0A49CFA3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4CAF56C3" w14:textId="77777777" w:rsidR="0025126A" w:rsidRDefault="00210396">
            <w:r>
              <w:t>3</w:t>
            </w:r>
          </w:p>
        </w:tc>
      </w:tr>
      <w:tr w:rsidR="0025126A" w14:paraId="60D26B44" w14:textId="77777777">
        <w:tc>
          <w:tcPr>
            <w:tcW w:w="2160" w:type="dxa"/>
          </w:tcPr>
          <w:p w14:paraId="0B9CE55E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1D17FE86" w14:textId="77777777" w:rsidR="0025126A" w:rsidRDefault="00210396">
            <w:r>
              <w:t xml:space="preserve">Have you conducted Research on health and healthcare disparities. </w:t>
            </w:r>
          </w:p>
        </w:tc>
        <w:tc>
          <w:tcPr>
            <w:tcW w:w="2160" w:type="dxa"/>
          </w:tcPr>
          <w:p w14:paraId="3C8C1713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55DF6D0" w14:textId="77777777" w:rsidR="0025126A" w:rsidRDefault="00210396">
            <w:r>
              <w:t>3</w:t>
            </w:r>
          </w:p>
        </w:tc>
      </w:tr>
      <w:tr w:rsidR="0025126A" w14:paraId="6A151089" w14:textId="77777777">
        <w:tc>
          <w:tcPr>
            <w:tcW w:w="2160" w:type="dxa"/>
          </w:tcPr>
          <w:p w14:paraId="036A0A84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16221244" w14:textId="77777777" w:rsidR="0025126A" w:rsidRDefault="00210396">
            <w:r>
              <w:t xml:space="preserve">Have you CREATED any DEI-related workshops at your institution or conferences of professional societies. </w:t>
            </w:r>
          </w:p>
        </w:tc>
        <w:tc>
          <w:tcPr>
            <w:tcW w:w="2160" w:type="dxa"/>
          </w:tcPr>
          <w:p w14:paraId="342389E7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526E3C88" w14:textId="77777777" w:rsidR="0025126A" w:rsidRDefault="00210396">
            <w:r>
              <w:t>3</w:t>
            </w:r>
          </w:p>
        </w:tc>
      </w:tr>
      <w:tr w:rsidR="0025126A" w14:paraId="018056BB" w14:textId="77777777">
        <w:tc>
          <w:tcPr>
            <w:tcW w:w="2160" w:type="dxa"/>
          </w:tcPr>
          <w:p w14:paraId="45283D86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33CD0AC8" w14:textId="77777777" w:rsidR="0025126A" w:rsidRDefault="00210396">
            <w:r>
              <w:t xml:space="preserve">Have you PARTICIPATED in any DEI-related workshops at your institution or conferences of </w:t>
            </w:r>
            <w:r>
              <w:lastRenderedPageBreak/>
              <w:t xml:space="preserve">professional societies. </w:t>
            </w:r>
          </w:p>
        </w:tc>
        <w:tc>
          <w:tcPr>
            <w:tcW w:w="2160" w:type="dxa"/>
          </w:tcPr>
          <w:p w14:paraId="5C2370F9" w14:textId="77777777" w:rsidR="0025126A" w:rsidRDefault="00210396">
            <w:r>
              <w:lastRenderedPageBreak/>
              <w:t>Yes / No</w:t>
            </w:r>
          </w:p>
        </w:tc>
        <w:tc>
          <w:tcPr>
            <w:tcW w:w="2160" w:type="dxa"/>
          </w:tcPr>
          <w:p w14:paraId="56B1E3E3" w14:textId="77777777" w:rsidR="0025126A" w:rsidRDefault="00210396">
            <w:r>
              <w:t>2</w:t>
            </w:r>
          </w:p>
        </w:tc>
      </w:tr>
      <w:tr w:rsidR="0025126A" w14:paraId="47A3AB9E" w14:textId="77777777">
        <w:tc>
          <w:tcPr>
            <w:tcW w:w="2160" w:type="dxa"/>
          </w:tcPr>
          <w:p w14:paraId="338C008D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1CFDF90B" w14:textId="77777777" w:rsidR="0025126A" w:rsidRDefault="00210396">
            <w:r>
              <w:t>Have you PRESENTED any DEI-related research abstracts or posters at conferences of professional societies.</w:t>
            </w:r>
          </w:p>
        </w:tc>
        <w:tc>
          <w:tcPr>
            <w:tcW w:w="2160" w:type="dxa"/>
          </w:tcPr>
          <w:p w14:paraId="5647D57A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1CD58D8A" w14:textId="77777777" w:rsidR="0025126A" w:rsidRDefault="00210396">
            <w:r>
              <w:t>3</w:t>
            </w:r>
          </w:p>
        </w:tc>
      </w:tr>
      <w:tr w:rsidR="0025126A" w14:paraId="3A11FB30" w14:textId="77777777">
        <w:tc>
          <w:tcPr>
            <w:tcW w:w="2160" w:type="dxa"/>
          </w:tcPr>
          <w:p w14:paraId="6CFBA6FC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0D42028B" w14:textId="77777777" w:rsidR="0025126A" w:rsidRDefault="00210396">
            <w:r>
              <w:t xml:space="preserve">Have you PUBLISHED any DEI-related original research, narratives, commentaries, and letters in peer-reviewed journals. </w:t>
            </w:r>
          </w:p>
        </w:tc>
        <w:tc>
          <w:tcPr>
            <w:tcW w:w="2160" w:type="dxa"/>
          </w:tcPr>
          <w:p w14:paraId="38683EAD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123944D3" w14:textId="77777777" w:rsidR="0025126A" w:rsidRDefault="00210396">
            <w:r>
              <w:t>3</w:t>
            </w:r>
          </w:p>
        </w:tc>
      </w:tr>
      <w:tr w:rsidR="0025126A" w14:paraId="1DA7B538" w14:textId="77777777">
        <w:tc>
          <w:tcPr>
            <w:tcW w:w="2160" w:type="dxa"/>
          </w:tcPr>
          <w:p w14:paraId="5EDE448A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0FF855C0" w14:textId="77777777" w:rsidR="0025126A" w:rsidRDefault="00210396">
            <w:r>
              <w:t>Have you conducted research addressing the impact of social determinants of health.</w:t>
            </w:r>
          </w:p>
        </w:tc>
        <w:tc>
          <w:tcPr>
            <w:tcW w:w="2160" w:type="dxa"/>
          </w:tcPr>
          <w:p w14:paraId="44FE64A4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E67C2C3" w14:textId="77777777" w:rsidR="0025126A" w:rsidRDefault="00210396">
            <w:r>
              <w:t>3</w:t>
            </w:r>
          </w:p>
        </w:tc>
      </w:tr>
      <w:tr w:rsidR="0025126A" w14:paraId="29285E7A" w14:textId="77777777">
        <w:tc>
          <w:tcPr>
            <w:tcW w:w="2160" w:type="dxa"/>
          </w:tcPr>
          <w:p w14:paraId="45DFDAEB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37DE3E57" w14:textId="77777777" w:rsidR="0025126A" w:rsidRDefault="00210396">
            <w:r>
              <w:t>Have you engaged in any scholarly activity (lectures, workshops, articles, etc.) addressing the impact of social determinants of health</w:t>
            </w:r>
            <w:r w:rsidR="00260B40">
              <w:t>.</w:t>
            </w:r>
          </w:p>
        </w:tc>
        <w:tc>
          <w:tcPr>
            <w:tcW w:w="2160" w:type="dxa"/>
          </w:tcPr>
          <w:p w14:paraId="640A68B1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7E5F4D60" w14:textId="77777777" w:rsidR="0025126A" w:rsidRDefault="00210396">
            <w:r>
              <w:t>3</w:t>
            </w:r>
          </w:p>
        </w:tc>
      </w:tr>
      <w:tr w:rsidR="0025126A" w14:paraId="585917E5" w14:textId="77777777">
        <w:tc>
          <w:tcPr>
            <w:tcW w:w="2160" w:type="dxa"/>
          </w:tcPr>
          <w:p w14:paraId="0CBD38E1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523BB8F3" w14:textId="77777777" w:rsidR="0025126A" w:rsidRDefault="00210396">
            <w:r>
              <w:t xml:space="preserve">Have you been an invited speaker for DEI-related topics at your institution or outside institutions. </w:t>
            </w:r>
          </w:p>
        </w:tc>
        <w:tc>
          <w:tcPr>
            <w:tcW w:w="2160" w:type="dxa"/>
          </w:tcPr>
          <w:p w14:paraId="5833185E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3B3AC30A" w14:textId="77777777" w:rsidR="0025126A" w:rsidRDefault="00210396">
            <w:r>
              <w:t>3</w:t>
            </w:r>
          </w:p>
        </w:tc>
      </w:tr>
      <w:tr w:rsidR="0025126A" w14:paraId="7E056199" w14:textId="77777777">
        <w:tc>
          <w:tcPr>
            <w:tcW w:w="2160" w:type="dxa"/>
          </w:tcPr>
          <w:p w14:paraId="6CF68E0C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49B444BD" w14:textId="77777777" w:rsidR="0025126A" w:rsidRDefault="00210396">
            <w:r>
              <w:t xml:space="preserve">Have you developed study designs or methods for eﬀective data collection methods for DEI-related research. </w:t>
            </w:r>
          </w:p>
        </w:tc>
        <w:tc>
          <w:tcPr>
            <w:tcW w:w="2160" w:type="dxa"/>
          </w:tcPr>
          <w:p w14:paraId="23BDF388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49347F53" w14:textId="77777777" w:rsidR="0025126A" w:rsidRDefault="00210396">
            <w:r>
              <w:t>3</w:t>
            </w:r>
          </w:p>
        </w:tc>
      </w:tr>
      <w:tr w:rsidR="0025126A" w14:paraId="20F14AC8" w14:textId="77777777">
        <w:tc>
          <w:tcPr>
            <w:tcW w:w="2160" w:type="dxa"/>
          </w:tcPr>
          <w:p w14:paraId="2F7E319B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1741C713" w14:textId="77777777" w:rsidR="0025126A" w:rsidRDefault="00210396">
            <w:r>
              <w:t xml:space="preserve">Have you LED any research collaboration with community-based organizations related to DEI and health equity. </w:t>
            </w:r>
          </w:p>
        </w:tc>
        <w:tc>
          <w:tcPr>
            <w:tcW w:w="2160" w:type="dxa"/>
          </w:tcPr>
          <w:p w14:paraId="517EED7B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0D696FC3" w14:textId="77777777" w:rsidR="0025126A" w:rsidRDefault="00210396">
            <w:r>
              <w:t>3</w:t>
            </w:r>
          </w:p>
        </w:tc>
      </w:tr>
      <w:tr w:rsidR="0025126A" w14:paraId="665F0BAD" w14:textId="77777777">
        <w:tc>
          <w:tcPr>
            <w:tcW w:w="2160" w:type="dxa"/>
          </w:tcPr>
          <w:p w14:paraId="63CEA44F" w14:textId="77777777" w:rsidR="0025126A" w:rsidRDefault="00210396">
            <w:r>
              <w:lastRenderedPageBreak/>
              <w:t>Research &amp; Scholarship</w:t>
            </w:r>
          </w:p>
        </w:tc>
        <w:tc>
          <w:tcPr>
            <w:tcW w:w="2160" w:type="dxa"/>
          </w:tcPr>
          <w:p w14:paraId="098259BF" w14:textId="77777777" w:rsidR="0025126A" w:rsidRDefault="00210396">
            <w:r>
              <w:t>Have you PARTICIPATED in any research collaboration with community-based organizations related to DEI and health equity.</w:t>
            </w:r>
          </w:p>
        </w:tc>
        <w:tc>
          <w:tcPr>
            <w:tcW w:w="2160" w:type="dxa"/>
          </w:tcPr>
          <w:p w14:paraId="68B9AF34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36834E49" w14:textId="77777777" w:rsidR="0025126A" w:rsidRDefault="00210396">
            <w:r>
              <w:t>2</w:t>
            </w:r>
          </w:p>
        </w:tc>
      </w:tr>
      <w:tr w:rsidR="0025126A" w14:paraId="4B785800" w14:textId="77777777">
        <w:tc>
          <w:tcPr>
            <w:tcW w:w="2160" w:type="dxa"/>
          </w:tcPr>
          <w:p w14:paraId="674FDEC9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7E22B748" w14:textId="77777777" w:rsidR="0025126A" w:rsidRDefault="00210396">
            <w:r>
              <w:t xml:space="preserve">Have you presented any DEI and health equity-related topics at grand rounds at your institution or outside institutions. </w:t>
            </w:r>
          </w:p>
        </w:tc>
        <w:tc>
          <w:tcPr>
            <w:tcW w:w="2160" w:type="dxa"/>
          </w:tcPr>
          <w:p w14:paraId="14DE4570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E1A8BF7" w14:textId="77777777" w:rsidR="0025126A" w:rsidRDefault="00210396">
            <w:r>
              <w:t>3</w:t>
            </w:r>
          </w:p>
        </w:tc>
      </w:tr>
      <w:tr w:rsidR="0025126A" w14:paraId="5CA2EEE0" w14:textId="77777777">
        <w:tc>
          <w:tcPr>
            <w:tcW w:w="2160" w:type="dxa"/>
          </w:tcPr>
          <w:p w14:paraId="62D4C699" w14:textId="77777777" w:rsidR="0025126A" w:rsidRDefault="00210396">
            <w:r>
              <w:t>Research &amp; Scholarship</w:t>
            </w:r>
          </w:p>
        </w:tc>
        <w:tc>
          <w:tcPr>
            <w:tcW w:w="2160" w:type="dxa"/>
          </w:tcPr>
          <w:p w14:paraId="17D3CA2E" w14:textId="77777777" w:rsidR="0025126A" w:rsidRDefault="00210396">
            <w:r>
              <w:t>Have you received any institutional, local, regional, national, or international awards for DEI-related research or scholarly activity</w:t>
            </w:r>
          </w:p>
        </w:tc>
        <w:tc>
          <w:tcPr>
            <w:tcW w:w="2160" w:type="dxa"/>
          </w:tcPr>
          <w:p w14:paraId="32FFFE16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1C34E63" w14:textId="77777777" w:rsidR="0025126A" w:rsidRDefault="00210396">
            <w:r>
              <w:t>3</w:t>
            </w:r>
          </w:p>
        </w:tc>
      </w:tr>
      <w:tr w:rsidR="0025126A" w14:paraId="7C9CED1B" w14:textId="77777777">
        <w:tc>
          <w:tcPr>
            <w:tcW w:w="2160" w:type="dxa"/>
          </w:tcPr>
          <w:p w14:paraId="71B2E914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77A49F12" w14:textId="77777777" w:rsidR="0025126A" w:rsidRDefault="00210396">
            <w:r>
              <w:t>Have you DEVELOPED any clinical service programs to improve healthcare for historically underserved populations.</w:t>
            </w:r>
          </w:p>
        </w:tc>
        <w:tc>
          <w:tcPr>
            <w:tcW w:w="2160" w:type="dxa"/>
          </w:tcPr>
          <w:p w14:paraId="01776AA8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5D435EE9" w14:textId="77777777" w:rsidR="0025126A" w:rsidRDefault="00210396">
            <w:r>
              <w:t>3</w:t>
            </w:r>
          </w:p>
        </w:tc>
      </w:tr>
      <w:tr w:rsidR="0025126A" w14:paraId="35D65722" w14:textId="77777777">
        <w:tc>
          <w:tcPr>
            <w:tcW w:w="2160" w:type="dxa"/>
          </w:tcPr>
          <w:p w14:paraId="2B410FA8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7A027AC4" w14:textId="77777777" w:rsidR="0025126A" w:rsidRDefault="00210396">
            <w:r>
              <w:t xml:space="preserve">Have you PARTICIPATED in any clinical service program for historically underserved patients. </w:t>
            </w:r>
          </w:p>
        </w:tc>
        <w:tc>
          <w:tcPr>
            <w:tcW w:w="2160" w:type="dxa"/>
          </w:tcPr>
          <w:p w14:paraId="4C2CB022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96DD6CD" w14:textId="77777777" w:rsidR="0025126A" w:rsidRDefault="00210396">
            <w:r>
              <w:t>2</w:t>
            </w:r>
          </w:p>
        </w:tc>
      </w:tr>
      <w:tr w:rsidR="0025126A" w14:paraId="3A78EEA2" w14:textId="77777777">
        <w:tc>
          <w:tcPr>
            <w:tcW w:w="2160" w:type="dxa"/>
          </w:tcPr>
          <w:p w14:paraId="7AD972F6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031C4FBE" w14:textId="77777777" w:rsidR="0025126A" w:rsidRDefault="00210396">
            <w:r>
              <w:t xml:space="preserve">Have you LED recruitment outreach programs to HBCUs and HSI. </w:t>
            </w:r>
          </w:p>
        </w:tc>
        <w:tc>
          <w:tcPr>
            <w:tcW w:w="2160" w:type="dxa"/>
          </w:tcPr>
          <w:p w14:paraId="702BCF9D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5BC89E97" w14:textId="77777777" w:rsidR="0025126A" w:rsidRDefault="00210396">
            <w:r>
              <w:t>3</w:t>
            </w:r>
          </w:p>
        </w:tc>
      </w:tr>
      <w:tr w:rsidR="0025126A" w14:paraId="498F4E64" w14:textId="77777777">
        <w:tc>
          <w:tcPr>
            <w:tcW w:w="2160" w:type="dxa"/>
          </w:tcPr>
          <w:p w14:paraId="4C678648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3A97524C" w14:textId="77777777" w:rsidR="0025126A" w:rsidRDefault="00210396">
            <w:r>
              <w:t xml:space="preserve">Have you PARTICIPATED in any recruitment outreach programs to HBCUs and HSI. </w:t>
            </w:r>
          </w:p>
        </w:tc>
        <w:tc>
          <w:tcPr>
            <w:tcW w:w="2160" w:type="dxa"/>
          </w:tcPr>
          <w:p w14:paraId="5A3CF4CA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F87D8A6" w14:textId="77777777" w:rsidR="0025126A" w:rsidRDefault="00210396">
            <w:r>
              <w:t>2</w:t>
            </w:r>
          </w:p>
        </w:tc>
      </w:tr>
      <w:tr w:rsidR="0025126A" w14:paraId="387F14FD" w14:textId="77777777">
        <w:tc>
          <w:tcPr>
            <w:tcW w:w="2160" w:type="dxa"/>
          </w:tcPr>
          <w:p w14:paraId="19BF365C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57952DB4" w14:textId="77777777" w:rsidR="0025126A" w:rsidRDefault="00210396">
            <w:r>
              <w:t xml:space="preserve">Have you SERVED on any DEI–related </w:t>
            </w:r>
            <w:r>
              <w:lastRenderedPageBreak/>
              <w:t xml:space="preserve">committees at your institution. </w:t>
            </w:r>
          </w:p>
        </w:tc>
        <w:tc>
          <w:tcPr>
            <w:tcW w:w="2160" w:type="dxa"/>
          </w:tcPr>
          <w:p w14:paraId="11073AC5" w14:textId="77777777" w:rsidR="0025126A" w:rsidRDefault="00210396">
            <w:r>
              <w:lastRenderedPageBreak/>
              <w:t>Yes / No</w:t>
            </w:r>
          </w:p>
        </w:tc>
        <w:tc>
          <w:tcPr>
            <w:tcW w:w="2160" w:type="dxa"/>
          </w:tcPr>
          <w:p w14:paraId="5D664C04" w14:textId="77777777" w:rsidR="0025126A" w:rsidRDefault="00210396">
            <w:r>
              <w:t>2</w:t>
            </w:r>
          </w:p>
        </w:tc>
      </w:tr>
      <w:tr w:rsidR="0025126A" w14:paraId="56D47838" w14:textId="77777777">
        <w:tc>
          <w:tcPr>
            <w:tcW w:w="2160" w:type="dxa"/>
          </w:tcPr>
          <w:p w14:paraId="7E54F816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1CBE5D74" w14:textId="77777777" w:rsidR="0025126A" w:rsidRDefault="00210396">
            <w:r>
              <w:t>Have you CHAIRED any DEI-related committees at your institution</w:t>
            </w:r>
          </w:p>
        </w:tc>
        <w:tc>
          <w:tcPr>
            <w:tcW w:w="2160" w:type="dxa"/>
          </w:tcPr>
          <w:p w14:paraId="4E13EF8D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DD9C7D7" w14:textId="77777777" w:rsidR="0025126A" w:rsidRDefault="00210396">
            <w:r>
              <w:t>3</w:t>
            </w:r>
          </w:p>
        </w:tc>
      </w:tr>
      <w:tr w:rsidR="0025126A" w14:paraId="4ABBB25C" w14:textId="77777777">
        <w:tc>
          <w:tcPr>
            <w:tcW w:w="2160" w:type="dxa"/>
          </w:tcPr>
          <w:p w14:paraId="3014D296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29DFA0F5" w14:textId="77777777" w:rsidR="0025126A" w:rsidRDefault="00210396">
            <w:r>
              <w:t xml:space="preserve">Have you CHAIRED any community-based committees working to reduce health and healthcare disparities. </w:t>
            </w:r>
          </w:p>
        </w:tc>
        <w:tc>
          <w:tcPr>
            <w:tcW w:w="2160" w:type="dxa"/>
          </w:tcPr>
          <w:p w14:paraId="032E9007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C5818C9" w14:textId="77777777" w:rsidR="0025126A" w:rsidRDefault="00210396">
            <w:r>
              <w:t>3</w:t>
            </w:r>
          </w:p>
        </w:tc>
      </w:tr>
      <w:tr w:rsidR="0025126A" w14:paraId="0F6AA0F6" w14:textId="77777777">
        <w:tc>
          <w:tcPr>
            <w:tcW w:w="2160" w:type="dxa"/>
          </w:tcPr>
          <w:p w14:paraId="1DB64E03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75DB93B7" w14:textId="77777777" w:rsidR="0025126A" w:rsidRDefault="00210396">
            <w:r>
              <w:t xml:space="preserve">Have you SERVED on any community-based committees working to reduce health and healthcare disparities. </w:t>
            </w:r>
          </w:p>
        </w:tc>
        <w:tc>
          <w:tcPr>
            <w:tcW w:w="2160" w:type="dxa"/>
          </w:tcPr>
          <w:p w14:paraId="03BED064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4A4D3803" w14:textId="77777777" w:rsidR="0025126A" w:rsidRDefault="00210396">
            <w:r>
              <w:t>2</w:t>
            </w:r>
          </w:p>
        </w:tc>
      </w:tr>
      <w:tr w:rsidR="0025126A" w14:paraId="7ECD934C" w14:textId="77777777">
        <w:tc>
          <w:tcPr>
            <w:tcW w:w="2160" w:type="dxa"/>
          </w:tcPr>
          <w:p w14:paraId="08ADB6FE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0B51D58A" w14:textId="77777777" w:rsidR="0025126A" w:rsidRDefault="00210396">
            <w:r>
              <w:t xml:space="preserve">Have you CHAIRED any search committees tasked with increasing diversity at your institution or any outside institution. </w:t>
            </w:r>
          </w:p>
        </w:tc>
        <w:tc>
          <w:tcPr>
            <w:tcW w:w="2160" w:type="dxa"/>
          </w:tcPr>
          <w:p w14:paraId="5D79C980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4342073" w14:textId="77777777" w:rsidR="0025126A" w:rsidRDefault="00210396">
            <w:r>
              <w:t>3</w:t>
            </w:r>
          </w:p>
        </w:tc>
      </w:tr>
      <w:tr w:rsidR="0025126A" w14:paraId="5B9D6D20" w14:textId="77777777">
        <w:tc>
          <w:tcPr>
            <w:tcW w:w="2160" w:type="dxa"/>
          </w:tcPr>
          <w:p w14:paraId="2F98BB4E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11565A02" w14:textId="77777777" w:rsidR="0025126A" w:rsidRDefault="00210396">
            <w:r>
              <w:t xml:space="preserve">Have you PARTICIPATED on any search committees tasked with increasing diversity at your institution or any outside institution. </w:t>
            </w:r>
          </w:p>
        </w:tc>
        <w:tc>
          <w:tcPr>
            <w:tcW w:w="2160" w:type="dxa"/>
          </w:tcPr>
          <w:p w14:paraId="38C7BAD2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156D7B0" w14:textId="77777777" w:rsidR="0025126A" w:rsidRDefault="00210396">
            <w:r>
              <w:t>2</w:t>
            </w:r>
          </w:p>
        </w:tc>
      </w:tr>
      <w:tr w:rsidR="0025126A" w14:paraId="485A85D4" w14:textId="77777777">
        <w:tc>
          <w:tcPr>
            <w:tcW w:w="2160" w:type="dxa"/>
          </w:tcPr>
          <w:p w14:paraId="41705DEF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0ED07697" w14:textId="77777777" w:rsidR="0025126A" w:rsidRDefault="00210396">
            <w:r>
              <w:t xml:space="preserve">Have you CHAIRED any DEI-related committees of professional societies. </w:t>
            </w:r>
          </w:p>
        </w:tc>
        <w:tc>
          <w:tcPr>
            <w:tcW w:w="2160" w:type="dxa"/>
          </w:tcPr>
          <w:p w14:paraId="6E622D62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47740116" w14:textId="77777777" w:rsidR="0025126A" w:rsidRDefault="00210396">
            <w:r>
              <w:t>3</w:t>
            </w:r>
          </w:p>
        </w:tc>
      </w:tr>
      <w:tr w:rsidR="0025126A" w14:paraId="22FBF475" w14:textId="77777777">
        <w:tc>
          <w:tcPr>
            <w:tcW w:w="2160" w:type="dxa"/>
          </w:tcPr>
          <w:p w14:paraId="53CCF1E0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786812BC" w14:textId="77777777" w:rsidR="0025126A" w:rsidRDefault="00210396">
            <w:r>
              <w:t>Have you SERVED on any DEI-related committees of professional societies.</w:t>
            </w:r>
          </w:p>
        </w:tc>
        <w:tc>
          <w:tcPr>
            <w:tcW w:w="2160" w:type="dxa"/>
          </w:tcPr>
          <w:p w14:paraId="4BA3B9DF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31E785A" w14:textId="77777777" w:rsidR="0025126A" w:rsidRDefault="00210396">
            <w:r>
              <w:t>2</w:t>
            </w:r>
          </w:p>
        </w:tc>
      </w:tr>
      <w:tr w:rsidR="0025126A" w14:paraId="0573EB52" w14:textId="77777777">
        <w:tc>
          <w:tcPr>
            <w:tcW w:w="2160" w:type="dxa"/>
          </w:tcPr>
          <w:p w14:paraId="36DDE53A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79AFA8CD" w14:textId="77777777" w:rsidR="0025126A" w:rsidRDefault="00210396">
            <w:r>
              <w:t xml:space="preserve">Have you served as a peer reviewer for DEI-related grants </w:t>
            </w:r>
          </w:p>
        </w:tc>
        <w:tc>
          <w:tcPr>
            <w:tcW w:w="2160" w:type="dxa"/>
          </w:tcPr>
          <w:p w14:paraId="62EBAC4B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063DA1C6" w14:textId="77777777" w:rsidR="0025126A" w:rsidRDefault="00210396">
            <w:r>
              <w:t>3</w:t>
            </w:r>
          </w:p>
        </w:tc>
      </w:tr>
      <w:tr w:rsidR="0025126A" w14:paraId="7DA963AA" w14:textId="77777777">
        <w:tc>
          <w:tcPr>
            <w:tcW w:w="2160" w:type="dxa"/>
          </w:tcPr>
          <w:p w14:paraId="4B1759B8" w14:textId="77777777" w:rsidR="0025126A" w:rsidRDefault="00210396">
            <w:r>
              <w:lastRenderedPageBreak/>
              <w:t>Leadership &amp; Service</w:t>
            </w:r>
          </w:p>
        </w:tc>
        <w:tc>
          <w:tcPr>
            <w:tcW w:w="2160" w:type="dxa"/>
          </w:tcPr>
          <w:p w14:paraId="59D9B2C5" w14:textId="77777777" w:rsidR="0025126A" w:rsidRDefault="00210396">
            <w:r>
              <w:t xml:space="preserve">Have you been a </w:t>
            </w:r>
            <w:r>
              <w:t xml:space="preserve">peer reviewer for DEI-related journal publications </w:t>
            </w:r>
          </w:p>
        </w:tc>
        <w:tc>
          <w:tcPr>
            <w:tcW w:w="2160" w:type="dxa"/>
          </w:tcPr>
          <w:p w14:paraId="0FAC21FC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59A08208" w14:textId="77777777" w:rsidR="0025126A" w:rsidRDefault="00210396">
            <w:r>
              <w:t>3</w:t>
            </w:r>
          </w:p>
        </w:tc>
      </w:tr>
      <w:tr w:rsidR="0025126A" w14:paraId="420999B7" w14:textId="77777777">
        <w:tc>
          <w:tcPr>
            <w:tcW w:w="2160" w:type="dxa"/>
          </w:tcPr>
          <w:p w14:paraId="66616D23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42A4C5A3" w14:textId="77777777" w:rsidR="0025126A" w:rsidRDefault="00210396">
            <w:r>
              <w:t>Have you consulted for DEI-related initiatives at outside institutions or professional societies</w:t>
            </w:r>
          </w:p>
        </w:tc>
        <w:tc>
          <w:tcPr>
            <w:tcW w:w="2160" w:type="dxa"/>
          </w:tcPr>
          <w:p w14:paraId="463EC399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70E2A610" w14:textId="77777777" w:rsidR="0025126A" w:rsidRDefault="00210396">
            <w:r>
              <w:t>3</w:t>
            </w:r>
          </w:p>
        </w:tc>
      </w:tr>
      <w:tr w:rsidR="0025126A" w14:paraId="3B0CD08C" w14:textId="77777777">
        <w:tc>
          <w:tcPr>
            <w:tcW w:w="2160" w:type="dxa"/>
          </w:tcPr>
          <w:p w14:paraId="055ADC86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09CAA865" w14:textId="77777777" w:rsidR="0025126A" w:rsidRDefault="00210396">
            <w:r>
              <w:t>Have you developed any programs to improve equity, diversity, or inclusion among the clinical workforce or in clinical workplace settings.</w:t>
            </w:r>
          </w:p>
        </w:tc>
        <w:tc>
          <w:tcPr>
            <w:tcW w:w="2160" w:type="dxa"/>
          </w:tcPr>
          <w:p w14:paraId="3EAAE882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3DA69772" w14:textId="77777777" w:rsidR="0025126A" w:rsidRDefault="00EE4E17">
            <w:r>
              <w:t>3</w:t>
            </w:r>
          </w:p>
        </w:tc>
      </w:tr>
      <w:tr w:rsidR="0025126A" w14:paraId="15C02D16" w14:textId="77777777">
        <w:tc>
          <w:tcPr>
            <w:tcW w:w="2160" w:type="dxa"/>
          </w:tcPr>
          <w:p w14:paraId="75A9666B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7ECB15B9" w14:textId="56D1F498" w:rsidR="0025126A" w:rsidRDefault="00210396">
            <w:r>
              <w:t xml:space="preserve">Do you lead DEI eﬀorts within sections or departments at your institution. </w:t>
            </w:r>
          </w:p>
        </w:tc>
        <w:tc>
          <w:tcPr>
            <w:tcW w:w="2160" w:type="dxa"/>
          </w:tcPr>
          <w:p w14:paraId="500D47FA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88F1FB5" w14:textId="77777777" w:rsidR="0025126A" w:rsidRDefault="00210396">
            <w:r>
              <w:t>3</w:t>
            </w:r>
          </w:p>
        </w:tc>
      </w:tr>
      <w:tr w:rsidR="0025126A" w14:paraId="69739417" w14:textId="77777777">
        <w:tc>
          <w:tcPr>
            <w:tcW w:w="2160" w:type="dxa"/>
          </w:tcPr>
          <w:p w14:paraId="088E5FAA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58F8B8D9" w14:textId="425BCCF0" w:rsidR="0025126A" w:rsidRDefault="00210396">
            <w:r>
              <w:t xml:space="preserve">Have you received any awards from your department at your institution for DEI-related services. </w:t>
            </w:r>
          </w:p>
        </w:tc>
        <w:tc>
          <w:tcPr>
            <w:tcW w:w="2160" w:type="dxa"/>
          </w:tcPr>
          <w:p w14:paraId="58D85098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7D98C968" w14:textId="77777777" w:rsidR="0025126A" w:rsidRDefault="00210396">
            <w:r>
              <w:t>3</w:t>
            </w:r>
          </w:p>
        </w:tc>
      </w:tr>
      <w:tr w:rsidR="0025126A" w14:paraId="385C4C48" w14:textId="77777777">
        <w:tc>
          <w:tcPr>
            <w:tcW w:w="2160" w:type="dxa"/>
          </w:tcPr>
          <w:p w14:paraId="12051332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67BE1AA9" w14:textId="62CBDFF6" w:rsidR="0025126A" w:rsidRDefault="00210396">
            <w:r>
              <w:t xml:space="preserve">Have you received any awards from outside organizations for DEI-related services. </w:t>
            </w:r>
          </w:p>
        </w:tc>
        <w:tc>
          <w:tcPr>
            <w:tcW w:w="2160" w:type="dxa"/>
          </w:tcPr>
          <w:p w14:paraId="0311B9C3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5A1024B0" w14:textId="77777777" w:rsidR="0025126A" w:rsidRDefault="00210396">
            <w:r>
              <w:t>3</w:t>
            </w:r>
          </w:p>
        </w:tc>
      </w:tr>
      <w:tr w:rsidR="0025126A" w14:paraId="0315268B" w14:textId="77777777">
        <w:tc>
          <w:tcPr>
            <w:tcW w:w="2160" w:type="dxa"/>
          </w:tcPr>
          <w:p w14:paraId="47E7368E" w14:textId="77777777" w:rsidR="0025126A" w:rsidRDefault="00210396">
            <w:r>
              <w:t>Leadership &amp; Service</w:t>
            </w:r>
          </w:p>
        </w:tc>
        <w:tc>
          <w:tcPr>
            <w:tcW w:w="2160" w:type="dxa"/>
          </w:tcPr>
          <w:p w14:paraId="0C24BB9B" w14:textId="24DD8F36" w:rsidR="0025126A" w:rsidRDefault="00210396">
            <w:r>
              <w:t xml:space="preserve">Have you been elected to DEI-related leadership positions within professional organizations. </w:t>
            </w:r>
          </w:p>
        </w:tc>
        <w:tc>
          <w:tcPr>
            <w:tcW w:w="2160" w:type="dxa"/>
          </w:tcPr>
          <w:p w14:paraId="783DF0DD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7B4E3A07" w14:textId="77777777" w:rsidR="0025126A" w:rsidRDefault="00210396">
            <w:r>
              <w:t>3</w:t>
            </w:r>
          </w:p>
        </w:tc>
      </w:tr>
      <w:tr w:rsidR="0025126A" w14:paraId="4DECB1FA" w14:textId="77777777">
        <w:tc>
          <w:tcPr>
            <w:tcW w:w="2160" w:type="dxa"/>
          </w:tcPr>
          <w:p w14:paraId="5D7449AF" w14:textId="77777777" w:rsidR="00C930E1" w:rsidRDefault="00210396">
            <w:r>
              <w:t>Leadership &amp; Service</w:t>
            </w:r>
          </w:p>
        </w:tc>
        <w:tc>
          <w:tcPr>
            <w:tcW w:w="2160" w:type="dxa"/>
          </w:tcPr>
          <w:p w14:paraId="513B9857" w14:textId="77777777" w:rsidR="00C930E1" w:rsidRDefault="00210396">
            <w:r>
              <w:t>Have you LED the development of a DEI-related strategic plan for your home department or section?</w:t>
            </w:r>
          </w:p>
        </w:tc>
        <w:tc>
          <w:tcPr>
            <w:tcW w:w="2160" w:type="dxa"/>
          </w:tcPr>
          <w:p w14:paraId="7650234F" w14:textId="77777777" w:rsidR="00C930E1" w:rsidRDefault="00210396">
            <w:r>
              <w:t>Yes / No</w:t>
            </w:r>
          </w:p>
        </w:tc>
        <w:tc>
          <w:tcPr>
            <w:tcW w:w="2160" w:type="dxa"/>
          </w:tcPr>
          <w:p w14:paraId="7B678881" w14:textId="77777777" w:rsidR="00C930E1" w:rsidRDefault="00210396">
            <w:r>
              <w:t>3</w:t>
            </w:r>
          </w:p>
        </w:tc>
      </w:tr>
      <w:tr w:rsidR="0025126A" w14:paraId="5A7282E7" w14:textId="77777777">
        <w:tc>
          <w:tcPr>
            <w:tcW w:w="2160" w:type="dxa"/>
          </w:tcPr>
          <w:p w14:paraId="0C749A11" w14:textId="77777777" w:rsidR="00C930E1" w:rsidRDefault="00210396">
            <w:r>
              <w:t>Leadership &amp; Service</w:t>
            </w:r>
          </w:p>
        </w:tc>
        <w:tc>
          <w:tcPr>
            <w:tcW w:w="2160" w:type="dxa"/>
          </w:tcPr>
          <w:p w14:paraId="70473445" w14:textId="77777777" w:rsidR="00C930E1" w:rsidRDefault="00210396">
            <w:r>
              <w:t xml:space="preserve">Have you LED the development of a DEI-related </w:t>
            </w:r>
            <w:r>
              <w:lastRenderedPageBreak/>
              <w:t>strategic plan for your home institution?</w:t>
            </w:r>
          </w:p>
        </w:tc>
        <w:tc>
          <w:tcPr>
            <w:tcW w:w="2160" w:type="dxa"/>
          </w:tcPr>
          <w:p w14:paraId="76AD40CF" w14:textId="77777777" w:rsidR="00C930E1" w:rsidRDefault="00210396">
            <w:r>
              <w:lastRenderedPageBreak/>
              <w:t>Yes / No</w:t>
            </w:r>
          </w:p>
        </w:tc>
        <w:tc>
          <w:tcPr>
            <w:tcW w:w="2160" w:type="dxa"/>
          </w:tcPr>
          <w:p w14:paraId="6F9C4E3E" w14:textId="77777777" w:rsidR="00C930E1" w:rsidRDefault="00210396">
            <w:r>
              <w:t>3</w:t>
            </w:r>
          </w:p>
        </w:tc>
      </w:tr>
      <w:tr w:rsidR="0025126A" w14:paraId="37942BCE" w14:textId="77777777">
        <w:tc>
          <w:tcPr>
            <w:tcW w:w="2160" w:type="dxa"/>
          </w:tcPr>
          <w:p w14:paraId="7614C4C9" w14:textId="77777777" w:rsidR="0025126A" w:rsidRDefault="00210396">
            <w:r>
              <w:t>Clinical Service</w:t>
            </w:r>
          </w:p>
        </w:tc>
        <w:tc>
          <w:tcPr>
            <w:tcW w:w="2160" w:type="dxa"/>
          </w:tcPr>
          <w:p w14:paraId="15CE504D" w14:textId="77777777" w:rsidR="0025126A" w:rsidRDefault="00210396">
            <w:r>
              <w:t>Have you led community health fairs and screening programs for historically underserved communities</w:t>
            </w:r>
          </w:p>
        </w:tc>
        <w:tc>
          <w:tcPr>
            <w:tcW w:w="2160" w:type="dxa"/>
          </w:tcPr>
          <w:p w14:paraId="26EB686D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3011D7E5" w14:textId="77777777" w:rsidR="0025126A" w:rsidRDefault="00210396">
            <w:r>
              <w:t>3</w:t>
            </w:r>
          </w:p>
        </w:tc>
      </w:tr>
      <w:tr w:rsidR="0025126A" w14:paraId="5AAF3128" w14:textId="77777777">
        <w:tc>
          <w:tcPr>
            <w:tcW w:w="2160" w:type="dxa"/>
          </w:tcPr>
          <w:p w14:paraId="4A615FD8" w14:textId="77777777" w:rsidR="0025126A" w:rsidRDefault="00210396">
            <w:r>
              <w:t>Clinical Service</w:t>
            </w:r>
          </w:p>
        </w:tc>
        <w:tc>
          <w:tcPr>
            <w:tcW w:w="2160" w:type="dxa"/>
          </w:tcPr>
          <w:p w14:paraId="14A6AB6D" w14:textId="77777777" w:rsidR="0025126A" w:rsidRDefault="00210396">
            <w:r>
              <w:t>Have you participated in community health fairs and screening programs for historically underserved communities</w:t>
            </w:r>
          </w:p>
        </w:tc>
        <w:tc>
          <w:tcPr>
            <w:tcW w:w="2160" w:type="dxa"/>
          </w:tcPr>
          <w:p w14:paraId="590B32C9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1DA84015" w14:textId="77777777" w:rsidR="0025126A" w:rsidRDefault="00210396">
            <w:r>
              <w:t>2</w:t>
            </w:r>
          </w:p>
        </w:tc>
      </w:tr>
      <w:tr w:rsidR="0025126A" w14:paraId="1B79EBF9" w14:textId="77777777">
        <w:tc>
          <w:tcPr>
            <w:tcW w:w="2160" w:type="dxa"/>
          </w:tcPr>
          <w:p w14:paraId="0DFDA8F8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5747F8FA" w14:textId="77777777" w:rsidR="0025126A" w:rsidRDefault="00210396">
            <w:r>
              <w:t>Have you chaired community DEI-related committees</w:t>
            </w:r>
          </w:p>
        </w:tc>
        <w:tc>
          <w:tcPr>
            <w:tcW w:w="2160" w:type="dxa"/>
          </w:tcPr>
          <w:p w14:paraId="7F276236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4EFB831" w14:textId="77777777" w:rsidR="0025126A" w:rsidRDefault="00210396">
            <w:r>
              <w:t>3</w:t>
            </w:r>
          </w:p>
        </w:tc>
      </w:tr>
      <w:tr w:rsidR="0025126A" w14:paraId="1FB3D2E2" w14:textId="77777777">
        <w:tc>
          <w:tcPr>
            <w:tcW w:w="2160" w:type="dxa"/>
          </w:tcPr>
          <w:p w14:paraId="2F5E5D77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523465F0" w14:textId="77777777" w:rsidR="0025126A" w:rsidRDefault="00210396">
            <w:r>
              <w:t>Have you been a member of community DEI-related committees</w:t>
            </w:r>
          </w:p>
        </w:tc>
        <w:tc>
          <w:tcPr>
            <w:tcW w:w="2160" w:type="dxa"/>
          </w:tcPr>
          <w:p w14:paraId="3F377B82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4E8A0377" w14:textId="77777777" w:rsidR="0025126A" w:rsidRDefault="00210396">
            <w:r>
              <w:t>2</w:t>
            </w:r>
          </w:p>
        </w:tc>
      </w:tr>
      <w:tr w:rsidR="0025126A" w14:paraId="4ACA3CAB" w14:textId="77777777">
        <w:tc>
          <w:tcPr>
            <w:tcW w:w="2160" w:type="dxa"/>
          </w:tcPr>
          <w:p w14:paraId="50ADFC18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3DAD164F" w14:textId="77777777" w:rsidR="0025126A" w:rsidRDefault="00210396">
            <w:r>
              <w:t>Have you led programs to create pipelines for URiM students in high schools or higher-level institutions within the local community</w:t>
            </w:r>
          </w:p>
        </w:tc>
        <w:tc>
          <w:tcPr>
            <w:tcW w:w="2160" w:type="dxa"/>
          </w:tcPr>
          <w:p w14:paraId="343DBCA0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3F7A1D7E" w14:textId="77777777" w:rsidR="0025126A" w:rsidRDefault="00210396">
            <w:r>
              <w:t>3</w:t>
            </w:r>
          </w:p>
        </w:tc>
      </w:tr>
      <w:tr w:rsidR="0025126A" w14:paraId="2A64D203" w14:textId="77777777">
        <w:tc>
          <w:tcPr>
            <w:tcW w:w="2160" w:type="dxa"/>
          </w:tcPr>
          <w:p w14:paraId="4B865A6A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7C477CBB" w14:textId="77777777" w:rsidR="0025126A" w:rsidRDefault="00210396">
            <w:r>
              <w:t>Have you participated in programs to create pipelines for URiM students in high schools or higher-level institutions within the local community</w:t>
            </w:r>
          </w:p>
        </w:tc>
        <w:tc>
          <w:tcPr>
            <w:tcW w:w="2160" w:type="dxa"/>
          </w:tcPr>
          <w:p w14:paraId="5D89052C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C9850E8" w14:textId="77777777" w:rsidR="0025126A" w:rsidRDefault="00210396">
            <w:r>
              <w:t>2</w:t>
            </w:r>
          </w:p>
        </w:tc>
      </w:tr>
      <w:tr w:rsidR="0025126A" w14:paraId="25A79E69" w14:textId="77777777">
        <w:tc>
          <w:tcPr>
            <w:tcW w:w="2160" w:type="dxa"/>
          </w:tcPr>
          <w:p w14:paraId="78D98F22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4D550795" w14:textId="77777777" w:rsidR="0025126A" w:rsidRDefault="00210396">
            <w:r>
              <w:t>Have you provided DEI-related advisory recommendations to governmental or non-governmental organizations</w:t>
            </w:r>
          </w:p>
        </w:tc>
        <w:tc>
          <w:tcPr>
            <w:tcW w:w="2160" w:type="dxa"/>
          </w:tcPr>
          <w:p w14:paraId="5210BF43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78648E6" w14:textId="77777777" w:rsidR="0025126A" w:rsidRDefault="00210396">
            <w:r>
              <w:t>3</w:t>
            </w:r>
          </w:p>
        </w:tc>
      </w:tr>
      <w:tr w:rsidR="0025126A" w14:paraId="13889F4B" w14:textId="77777777">
        <w:tc>
          <w:tcPr>
            <w:tcW w:w="2160" w:type="dxa"/>
          </w:tcPr>
          <w:p w14:paraId="2A74E97A" w14:textId="77777777" w:rsidR="0025126A" w:rsidRDefault="00210396">
            <w:r>
              <w:lastRenderedPageBreak/>
              <w:t>Community Engagement</w:t>
            </w:r>
          </w:p>
        </w:tc>
        <w:tc>
          <w:tcPr>
            <w:tcW w:w="2160" w:type="dxa"/>
          </w:tcPr>
          <w:p w14:paraId="622DC429" w14:textId="77777777" w:rsidR="0025126A" w:rsidRDefault="00210396">
            <w:r>
              <w:t>Have you led programs that contribute to disseminating DEI-related public education materials</w:t>
            </w:r>
          </w:p>
        </w:tc>
        <w:tc>
          <w:tcPr>
            <w:tcW w:w="2160" w:type="dxa"/>
          </w:tcPr>
          <w:p w14:paraId="10CB46BE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6165A570" w14:textId="77777777" w:rsidR="0025126A" w:rsidRDefault="00210396">
            <w:r>
              <w:t>3</w:t>
            </w:r>
          </w:p>
        </w:tc>
      </w:tr>
      <w:tr w:rsidR="0025126A" w14:paraId="0F298915" w14:textId="77777777">
        <w:tc>
          <w:tcPr>
            <w:tcW w:w="2160" w:type="dxa"/>
          </w:tcPr>
          <w:p w14:paraId="7B53BF68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56E2FDB4" w14:textId="77777777" w:rsidR="0025126A" w:rsidRDefault="00210396">
            <w:r>
              <w:t xml:space="preserve">Have you </w:t>
            </w:r>
            <w:r>
              <w:t>participated in programs that contribute to disseminating DEI-related public education materials</w:t>
            </w:r>
          </w:p>
        </w:tc>
        <w:tc>
          <w:tcPr>
            <w:tcW w:w="2160" w:type="dxa"/>
          </w:tcPr>
          <w:p w14:paraId="5D2BC538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7339E595" w14:textId="77777777" w:rsidR="0025126A" w:rsidRDefault="00210396">
            <w:r>
              <w:t>2</w:t>
            </w:r>
          </w:p>
        </w:tc>
      </w:tr>
      <w:tr w:rsidR="0025126A" w14:paraId="4416B963" w14:textId="77777777">
        <w:tc>
          <w:tcPr>
            <w:tcW w:w="2160" w:type="dxa"/>
          </w:tcPr>
          <w:p w14:paraId="477C9929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120C8C05" w14:textId="77777777" w:rsidR="0025126A" w:rsidRDefault="00210396">
            <w:r>
              <w:t>Have you led or chaired committees advocating for inclusive legislative changes</w:t>
            </w:r>
          </w:p>
        </w:tc>
        <w:tc>
          <w:tcPr>
            <w:tcW w:w="2160" w:type="dxa"/>
          </w:tcPr>
          <w:p w14:paraId="0664524B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51B5BCBF" w14:textId="77777777" w:rsidR="0025126A" w:rsidRDefault="00210396">
            <w:r>
              <w:t>3</w:t>
            </w:r>
          </w:p>
        </w:tc>
      </w:tr>
      <w:tr w:rsidR="0025126A" w14:paraId="3795D87C" w14:textId="77777777">
        <w:tc>
          <w:tcPr>
            <w:tcW w:w="2160" w:type="dxa"/>
          </w:tcPr>
          <w:p w14:paraId="36D2E82D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5421DEB0" w14:textId="77777777" w:rsidR="0025126A" w:rsidRDefault="00210396">
            <w:r>
              <w:t>Have you been a member of committees advocating for inclusive legislative changes</w:t>
            </w:r>
          </w:p>
        </w:tc>
        <w:tc>
          <w:tcPr>
            <w:tcW w:w="2160" w:type="dxa"/>
          </w:tcPr>
          <w:p w14:paraId="3268E5B2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7D40BCBF" w14:textId="77777777" w:rsidR="0025126A" w:rsidRDefault="00210396">
            <w:r>
              <w:t>2</w:t>
            </w:r>
          </w:p>
        </w:tc>
      </w:tr>
      <w:tr w:rsidR="0025126A" w14:paraId="45EF4EA8" w14:textId="77777777">
        <w:tc>
          <w:tcPr>
            <w:tcW w:w="2160" w:type="dxa"/>
          </w:tcPr>
          <w:p w14:paraId="0A9ED282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09FE8751" w14:textId="77777777" w:rsidR="0025126A" w:rsidRDefault="00210396">
            <w:r>
              <w:t>Have you contributed to publicly available communiques that promote inclusive and diverse community climates</w:t>
            </w:r>
          </w:p>
        </w:tc>
        <w:tc>
          <w:tcPr>
            <w:tcW w:w="2160" w:type="dxa"/>
          </w:tcPr>
          <w:p w14:paraId="0499E9D9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1FACDEE2" w14:textId="77777777" w:rsidR="0025126A" w:rsidRDefault="00210396">
            <w:r>
              <w:t>3</w:t>
            </w:r>
          </w:p>
        </w:tc>
      </w:tr>
      <w:tr w:rsidR="0025126A" w14:paraId="3E439834" w14:textId="77777777">
        <w:tc>
          <w:tcPr>
            <w:tcW w:w="2160" w:type="dxa"/>
          </w:tcPr>
          <w:p w14:paraId="08A9529C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62D2DA66" w14:textId="77777777" w:rsidR="0025126A" w:rsidRDefault="00210396">
            <w:r>
              <w:t>Have you provided public DEI-related addresses to governmental and non-governmental organizations</w:t>
            </w:r>
          </w:p>
        </w:tc>
        <w:tc>
          <w:tcPr>
            <w:tcW w:w="2160" w:type="dxa"/>
          </w:tcPr>
          <w:p w14:paraId="4E116FF1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0E00582E" w14:textId="77777777" w:rsidR="0025126A" w:rsidRDefault="00210396">
            <w:r>
              <w:t>3</w:t>
            </w:r>
          </w:p>
        </w:tc>
      </w:tr>
      <w:tr w:rsidR="0025126A" w14:paraId="1329A86F" w14:textId="77777777">
        <w:tc>
          <w:tcPr>
            <w:tcW w:w="2160" w:type="dxa"/>
          </w:tcPr>
          <w:p w14:paraId="4232E546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359274DD" w14:textId="77777777" w:rsidR="0025126A" w:rsidRDefault="00210396">
            <w:r>
              <w:t>Have you led committees or programs advocating for housing, support services, mental health, and addiction treatment policies</w:t>
            </w:r>
          </w:p>
        </w:tc>
        <w:tc>
          <w:tcPr>
            <w:tcW w:w="2160" w:type="dxa"/>
          </w:tcPr>
          <w:p w14:paraId="4E9A123C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07BA5A5F" w14:textId="77777777" w:rsidR="0025126A" w:rsidRDefault="00210396">
            <w:r>
              <w:t>3</w:t>
            </w:r>
          </w:p>
        </w:tc>
      </w:tr>
      <w:tr w:rsidR="0025126A" w14:paraId="5732F1EC" w14:textId="77777777">
        <w:tc>
          <w:tcPr>
            <w:tcW w:w="2160" w:type="dxa"/>
          </w:tcPr>
          <w:p w14:paraId="402F6D76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7687181D" w14:textId="77777777" w:rsidR="0025126A" w:rsidRDefault="00210396">
            <w:r>
              <w:t xml:space="preserve">Have you participated in committees or </w:t>
            </w:r>
            <w:r>
              <w:lastRenderedPageBreak/>
              <w:t>programs advocating for housing, support services, mental health, and addiction treatment policies</w:t>
            </w:r>
          </w:p>
        </w:tc>
        <w:tc>
          <w:tcPr>
            <w:tcW w:w="2160" w:type="dxa"/>
          </w:tcPr>
          <w:p w14:paraId="37B4FEFB" w14:textId="77777777" w:rsidR="0025126A" w:rsidRDefault="00210396">
            <w:r>
              <w:lastRenderedPageBreak/>
              <w:t>Yes / No</w:t>
            </w:r>
          </w:p>
        </w:tc>
        <w:tc>
          <w:tcPr>
            <w:tcW w:w="2160" w:type="dxa"/>
          </w:tcPr>
          <w:p w14:paraId="35A6B322" w14:textId="77777777" w:rsidR="0025126A" w:rsidRDefault="00210396">
            <w:r>
              <w:t>2</w:t>
            </w:r>
          </w:p>
        </w:tc>
      </w:tr>
      <w:tr w:rsidR="0025126A" w14:paraId="681B4971" w14:textId="77777777">
        <w:tc>
          <w:tcPr>
            <w:tcW w:w="2160" w:type="dxa"/>
          </w:tcPr>
          <w:p w14:paraId="5877CB04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06B441F5" w14:textId="77777777" w:rsidR="0025126A" w:rsidRDefault="00210396">
            <w:r>
              <w:t>Have you led programs advocating for reducing racially disproportionate incarceration and judicial outcomes</w:t>
            </w:r>
          </w:p>
        </w:tc>
        <w:tc>
          <w:tcPr>
            <w:tcW w:w="2160" w:type="dxa"/>
          </w:tcPr>
          <w:p w14:paraId="4C52FDE3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26E2DBE9" w14:textId="77777777" w:rsidR="0025126A" w:rsidRDefault="00210396">
            <w:r>
              <w:t>3</w:t>
            </w:r>
          </w:p>
        </w:tc>
      </w:tr>
      <w:tr w:rsidR="0025126A" w14:paraId="12FEB33B" w14:textId="77777777">
        <w:tc>
          <w:tcPr>
            <w:tcW w:w="2160" w:type="dxa"/>
          </w:tcPr>
          <w:p w14:paraId="79DD5F0C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3C9437E3" w14:textId="77777777" w:rsidR="0025126A" w:rsidRDefault="00210396">
            <w:r>
              <w:t>Have you participated in programs advocating for reducing racially disproportionate incarceration and judicial outcomes</w:t>
            </w:r>
          </w:p>
        </w:tc>
        <w:tc>
          <w:tcPr>
            <w:tcW w:w="2160" w:type="dxa"/>
          </w:tcPr>
          <w:p w14:paraId="1D30C1EE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728C7F5B" w14:textId="77777777" w:rsidR="0025126A" w:rsidRDefault="00210396">
            <w:r>
              <w:t>2</w:t>
            </w:r>
          </w:p>
        </w:tc>
      </w:tr>
      <w:tr w:rsidR="0025126A" w14:paraId="02872A52" w14:textId="77777777">
        <w:tc>
          <w:tcPr>
            <w:tcW w:w="2160" w:type="dxa"/>
          </w:tcPr>
          <w:p w14:paraId="502EAAEF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29607E20" w14:textId="77777777" w:rsidR="0025126A" w:rsidRDefault="00210396">
            <w:r>
              <w:t>Have you led or participated in programs supporting an inclusive student body across learning institutions</w:t>
            </w:r>
          </w:p>
        </w:tc>
        <w:tc>
          <w:tcPr>
            <w:tcW w:w="2160" w:type="dxa"/>
          </w:tcPr>
          <w:p w14:paraId="75D3494B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45AFC0E0" w14:textId="77777777" w:rsidR="0025126A" w:rsidRDefault="00210396">
            <w:r>
              <w:t>3</w:t>
            </w:r>
          </w:p>
        </w:tc>
      </w:tr>
      <w:tr w:rsidR="0025126A" w14:paraId="2843347B" w14:textId="77777777">
        <w:tc>
          <w:tcPr>
            <w:tcW w:w="2160" w:type="dxa"/>
          </w:tcPr>
          <w:p w14:paraId="166F3035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42991F5F" w14:textId="77777777" w:rsidR="0025126A" w:rsidRDefault="00210396">
            <w:r>
              <w:t>Have you led community programs promoting diversification of the healthcare workforce</w:t>
            </w:r>
          </w:p>
        </w:tc>
        <w:tc>
          <w:tcPr>
            <w:tcW w:w="2160" w:type="dxa"/>
          </w:tcPr>
          <w:p w14:paraId="0755603F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715A1777" w14:textId="77777777" w:rsidR="0025126A" w:rsidRDefault="00210396">
            <w:r>
              <w:t>3</w:t>
            </w:r>
          </w:p>
        </w:tc>
      </w:tr>
      <w:tr w:rsidR="0025126A" w14:paraId="61C64415" w14:textId="77777777">
        <w:tc>
          <w:tcPr>
            <w:tcW w:w="2160" w:type="dxa"/>
          </w:tcPr>
          <w:p w14:paraId="35411D17" w14:textId="77777777" w:rsidR="0025126A" w:rsidRDefault="00210396">
            <w:r>
              <w:t>Community Engagement</w:t>
            </w:r>
          </w:p>
        </w:tc>
        <w:tc>
          <w:tcPr>
            <w:tcW w:w="2160" w:type="dxa"/>
          </w:tcPr>
          <w:p w14:paraId="1E05BCFF" w14:textId="77777777" w:rsidR="0025126A" w:rsidRDefault="00210396">
            <w:r>
              <w:t>Have you participated in community programs promoting diversification of the healthcare workforce</w:t>
            </w:r>
          </w:p>
        </w:tc>
        <w:tc>
          <w:tcPr>
            <w:tcW w:w="2160" w:type="dxa"/>
          </w:tcPr>
          <w:p w14:paraId="5D303A9B" w14:textId="77777777" w:rsidR="0025126A" w:rsidRDefault="00210396">
            <w:r>
              <w:t>Yes / No</w:t>
            </w:r>
          </w:p>
        </w:tc>
        <w:tc>
          <w:tcPr>
            <w:tcW w:w="2160" w:type="dxa"/>
          </w:tcPr>
          <w:p w14:paraId="1E454073" w14:textId="77777777" w:rsidR="0025126A" w:rsidRDefault="00210396">
            <w:r>
              <w:t>2</w:t>
            </w:r>
          </w:p>
        </w:tc>
      </w:tr>
    </w:tbl>
    <w:p w14:paraId="3248A184" w14:textId="77777777" w:rsidR="00C930E1" w:rsidRDefault="00C930E1"/>
    <w:p w14:paraId="2769083E" w14:textId="77777777" w:rsidR="00C930E1" w:rsidRDefault="00210396">
      <w:r>
        <w:t>Footnotes</w:t>
      </w:r>
    </w:p>
    <w:p w14:paraId="2AC4182C" w14:textId="79A69953" w:rsidR="00C930E1" w:rsidRDefault="00210396">
      <w:r>
        <w:t>HBCU: Historically Black College and University.</w:t>
      </w:r>
      <w:r w:rsidR="00C9604D">
        <w:t xml:space="preserve"> </w:t>
      </w:r>
      <w:r>
        <w:t>HSI: Hispanic Serving Institutions.</w:t>
      </w:r>
    </w:p>
    <w:sectPr w:rsidR="00C930E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2682694">
    <w:abstractNumId w:val="8"/>
  </w:num>
  <w:num w:numId="2" w16cid:durableId="1323579850">
    <w:abstractNumId w:val="6"/>
  </w:num>
  <w:num w:numId="3" w16cid:durableId="1040277128">
    <w:abstractNumId w:val="5"/>
  </w:num>
  <w:num w:numId="4" w16cid:durableId="1257128159">
    <w:abstractNumId w:val="4"/>
  </w:num>
  <w:num w:numId="5" w16cid:durableId="1793094032">
    <w:abstractNumId w:val="7"/>
  </w:num>
  <w:num w:numId="6" w16cid:durableId="1295406521">
    <w:abstractNumId w:val="3"/>
  </w:num>
  <w:num w:numId="7" w16cid:durableId="2028435885">
    <w:abstractNumId w:val="2"/>
  </w:num>
  <w:num w:numId="8" w16cid:durableId="625279266">
    <w:abstractNumId w:val="1"/>
  </w:num>
  <w:num w:numId="9" w16cid:durableId="31699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2BDE"/>
    <w:rsid w:val="00210396"/>
    <w:rsid w:val="0025126A"/>
    <w:rsid w:val="00260B40"/>
    <w:rsid w:val="0029639D"/>
    <w:rsid w:val="00326F90"/>
    <w:rsid w:val="009A67B9"/>
    <w:rsid w:val="00AA1D8D"/>
    <w:rsid w:val="00B47730"/>
    <w:rsid w:val="00C930E1"/>
    <w:rsid w:val="00C9604D"/>
    <w:rsid w:val="00CB0664"/>
    <w:rsid w:val="00EE4E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2D0B93"/>
  <w14:defaultImageDpi w14:val="300"/>
  <w15:docId w15:val="{6B19B11C-99E5-4E5D-A71E-81B94869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1524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Mba, Benjamin</cp:lastModifiedBy>
  <cp:revision>2</cp:revision>
  <dcterms:created xsi:type="dcterms:W3CDTF">2026-07-24T03:29:00Z</dcterms:created>
  <dcterms:modified xsi:type="dcterms:W3CDTF">2026-07-24T03:29:00Z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132e9209-4b4e-4fca-933c-f9e68edda4c4</vt:lpwstr>
  </property>
</Properties>
</file>