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4D8A" w14:textId="4D7FBE4E" w:rsidR="00A429CF" w:rsidRDefault="00000000">
      <w:r w:rsidRPr="00A429CF">
        <w:rPr>
          <w:b/>
          <w:bCs/>
        </w:rPr>
        <w:t>STIGMATIZING ATTITUDES AND BEHAVIORS TOWARDS ABORTION AMONG PHYSICIANS AND 6TH YEAR MEDICAL STUDENTS IN KAYSERI AND THE FACTORS AFFECTING THEM</w:t>
      </w:r>
      <w:r>
        <w:br/>
      </w:r>
      <w:r>
        <w:br/>
        <w:t>Name Surname:                               Phone Number:                                          Survey No:</w:t>
      </w:r>
      <w:r>
        <w:br/>
      </w:r>
      <w:r>
        <w:br/>
        <w:t xml:space="preserve">1. Gender:      1. Male          </w:t>
      </w:r>
      <w:r>
        <w:tab/>
      </w:r>
      <w:r>
        <w:tab/>
        <w:t>2. Female</w:t>
      </w:r>
      <w:r>
        <w:br/>
      </w:r>
      <w:r>
        <w:br/>
        <w:t>2. Age: ...................</w:t>
      </w:r>
      <w:r>
        <w:br/>
      </w:r>
      <w:r>
        <w:br/>
        <w:t>3. Where do you live?        1. City center        2. District center            3. Town/Village</w:t>
      </w:r>
      <w:r>
        <w:br/>
      </w:r>
      <w:r>
        <w:br/>
        <w:t>4. Education Level: 1. Graduate physician    2. 6th-year medical student</w:t>
      </w:r>
      <w:r>
        <w:br/>
      </w:r>
      <w:r>
        <w:br/>
        <w:t>5. Specialty: ………………..</w:t>
      </w:r>
      <w:r>
        <w:br/>
      </w:r>
      <w:r>
        <w:br/>
        <w:t>6. How long have you been practicing medicine?</w:t>
      </w:r>
      <w:r>
        <w:br/>
      </w:r>
      <w:r>
        <w:br/>
        <w:t>7. Marital status:         1. Married       2. Single         3. Widowed          4. Divorced</w:t>
      </w:r>
      <w:r>
        <w:br/>
      </w:r>
      <w:r>
        <w:br/>
        <w:t>8. (If married) What is your spouse's profession? ……………………..</w:t>
      </w:r>
      <w:r>
        <w:br/>
      </w:r>
      <w:r>
        <w:br/>
        <w:t>9. Economic status: 1. Income &gt; Expenses    2. Income = Expenses    3. Income &lt; Expenses</w:t>
      </w:r>
      <w:r>
        <w:br/>
      </w:r>
      <w:r>
        <w:br/>
        <w:t xml:space="preserve">10. Family type:     1. Nuclear </w:t>
      </w:r>
      <w:r>
        <w:tab/>
      </w:r>
      <w:r>
        <w:tab/>
        <w:t xml:space="preserve">2. Extended </w:t>
      </w:r>
      <w:r>
        <w:tab/>
        <w:t>3. Separated</w:t>
      </w:r>
      <w:r>
        <w:br/>
      </w:r>
      <w:r>
        <w:br/>
        <w:t xml:space="preserve">11. Do you have any chronic diseases? </w:t>
      </w:r>
      <w:r>
        <w:tab/>
        <w:t xml:space="preserve">1. Yes  </w:t>
      </w:r>
      <w:r>
        <w:tab/>
      </w:r>
      <w:r>
        <w:tab/>
        <w:t>2. No</w:t>
      </w:r>
      <w:r>
        <w:br/>
      </w:r>
      <w:r>
        <w:br/>
        <w:t>12. Please specify your chronic disease: .........................</w:t>
      </w:r>
      <w:r>
        <w:br/>
      </w:r>
      <w:r>
        <w:br/>
        <w:t>13. Do you regularly take medication?   1. Yes (……….)</w:t>
      </w:r>
      <w:r>
        <w:tab/>
      </w:r>
      <w:r>
        <w:tab/>
        <w:t xml:space="preserve"> </w:t>
      </w:r>
      <w:r>
        <w:tab/>
        <w:t>2. No</w:t>
      </w:r>
      <w:r>
        <w:br/>
      </w:r>
      <w:r>
        <w:br/>
        <w:t xml:space="preserve">14. Do you have children? 1. Yes (number….)   </w:t>
      </w:r>
      <w:r>
        <w:tab/>
      </w:r>
      <w:r>
        <w:tab/>
      </w:r>
      <w:r>
        <w:tab/>
      </w:r>
      <w:r>
        <w:tab/>
        <w:t xml:space="preserve">2. No </w:t>
      </w:r>
      <w:r>
        <w:br/>
      </w:r>
      <w:r>
        <w:br/>
        <w:t xml:space="preserve">15. Have you ever had a miscarriage/stillbirth? 1. Yes (number….)   </w:t>
      </w:r>
      <w:r>
        <w:tab/>
      </w:r>
      <w:r>
        <w:tab/>
        <w:t>2. No</w:t>
      </w:r>
      <w:r>
        <w:br/>
      </w:r>
      <w:r>
        <w:br/>
        <w:t xml:space="preserve">16. Do you know anyone who has had an abortion?  1. Yes    </w:t>
      </w:r>
      <w:r>
        <w:tab/>
      </w:r>
      <w:r>
        <w:tab/>
      </w:r>
      <w:r>
        <w:tab/>
        <w:t xml:space="preserve">2. No </w:t>
      </w:r>
      <w:r>
        <w:br/>
      </w:r>
      <w:r>
        <w:br/>
        <w:t>17. Do you think abortion should be legally allowed?</w:t>
      </w:r>
      <w:r>
        <w:br/>
      </w:r>
      <w:r>
        <w:br/>
        <w:t>- It should be legally allowed upon request</w:t>
      </w:r>
      <w:r>
        <w:br/>
        <w:t>- It should be allowed under certain medical conditions</w:t>
      </w:r>
      <w:r>
        <w:br/>
        <w:t>- It should not be allowed under any circumstances</w:t>
      </w:r>
      <w:r>
        <w:br/>
      </w:r>
      <w:r>
        <w:lastRenderedPageBreak/>
        <w:br/>
        <w:t>18. (If you think it should be legally allowed) Up to what gestational age should it be allowed?</w:t>
      </w:r>
      <w:r>
        <w:br/>
      </w:r>
      <w:r>
        <w:br/>
        <w:t>1. 8 weeks   2. 12 weeks    3. 16 weeks  4. 20 weeks  5. 24 weeks   6. 24 weeks and above</w:t>
      </w:r>
      <w:r>
        <w:br/>
      </w:r>
      <w:r>
        <w:br/>
        <w:t>19. Would you perform an abortion if you had the necessary education and competence?</w:t>
      </w:r>
      <w:r>
        <w:br/>
      </w:r>
      <w:r>
        <w:br/>
        <w:t xml:space="preserve"> 1. Yes  </w:t>
      </w:r>
      <w:r>
        <w:tab/>
      </w:r>
      <w:r>
        <w:tab/>
        <w:t xml:space="preserve">2. No     </w:t>
      </w:r>
      <w:r>
        <w:br/>
      </w:r>
      <w:r>
        <w:br/>
        <w:t xml:space="preserve">20. Should a physician have the right to refuse to perform an abortion on conscience grounds? 1. Yes    2. No </w:t>
      </w:r>
      <w:r>
        <w:br/>
      </w:r>
      <w:r>
        <w:br/>
        <w:t>21. Up to how many weeks is elective abortion permitted in our country?</w:t>
      </w:r>
      <w:r>
        <w:br/>
      </w:r>
      <w:r>
        <w:br/>
        <w:t xml:space="preserve">1. 8 weeks   </w:t>
      </w:r>
      <w:r>
        <w:tab/>
      </w:r>
      <w:r>
        <w:tab/>
        <w:t xml:space="preserve">2.  10 weeks   </w:t>
      </w:r>
      <w:r>
        <w:tab/>
      </w:r>
      <w:r>
        <w:tab/>
        <w:t xml:space="preserve">3. 16 weeks      </w:t>
      </w:r>
      <w:r>
        <w:tab/>
      </w:r>
      <w:r>
        <w:tab/>
        <w:t>4. It is not permitted.</w:t>
      </w:r>
      <w:r>
        <w:br/>
      </w:r>
      <w:r>
        <w:br/>
      </w:r>
      <w:r>
        <w:br/>
        <w:t>SCALE FOR STIGMATIZING ATTITUDES, BELIEFS AND BEHAVIORS TOWARDS ABORTION</w:t>
      </w:r>
      <w:r>
        <w:br/>
      </w:r>
    </w:p>
    <w:tbl>
      <w:tblPr>
        <w:tblStyle w:val="TabloKlavuzu"/>
        <w:tblW w:w="9899" w:type="dxa"/>
        <w:tblInd w:w="108" w:type="dxa"/>
        <w:tblLook w:val="04A0" w:firstRow="1" w:lastRow="0" w:firstColumn="1" w:lastColumn="0" w:noHBand="0" w:noVBand="1"/>
      </w:tblPr>
      <w:tblGrid>
        <w:gridCol w:w="4979"/>
        <w:gridCol w:w="1039"/>
        <w:gridCol w:w="1085"/>
        <w:gridCol w:w="973"/>
        <w:gridCol w:w="813"/>
        <w:gridCol w:w="1010"/>
      </w:tblGrid>
      <w:tr w:rsidR="00A429CF" w:rsidRPr="007C2C50" w14:paraId="67A053EC" w14:textId="77777777" w:rsidTr="0022717C">
        <w:trPr>
          <w:trHeight w:val="1689"/>
        </w:trPr>
        <w:tc>
          <w:tcPr>
            <w:tcW w:w="5747" w:type="dxa"/>
          </w:tcPr>
          <w:p w14:paraId="7BD65C67" w14:textId="77777777" w:rsidR="00A429CF" w:rsidRPr="007C2C50" w:rsidRDefault="00A429CF" w:rsidP="0022717C">
            <w:pPr>
              <w:pStyle w:val="ListeParagraf"/>
            </w:pPr>
          </w:p>
        </w:tc>
        <w:tc>
          <w:tcPr>
            <w:tcW w:w="869" w:type="dxa"/>
          </w:tcPr>
          <w:p w14:paraId="69A3E13D" w14:textId="77777777" w:rsidR="00A429CF" w:rsidRPr="007C2C50" w:rsidRDefault="00A429CF" w:rsidP="0022717C">
            <w:r w:rsidRPr="00084CC3">
              <w:t>Strongly Disagree</w:t>
            </w:r>
          </w:p>
        </w:tc>
        <w:tc>
          <w:tcPr>
            <w:tcW w:w="917" w:type="dxa"/>
          </w:tcPr>
          <w:p w14:paraId="4F04CAE2" w14:textId="77777777" w:rsidR="00A429CF" w:rsidRPr="007C2C50" w:rsidRDefault="00A429CF" w:rsidP="0022717C">
            <w:r w:rsidRPr="00084CC3">
              <w:t>Disagree.</w:t>
            </w:r>
          </w:p>
        </w:tc>
        <w:tc>
          <w:tcPr>
            <w:tcW w:w="828" w:type="dxa"/>
          </w:tcPr>
          <w:p w14:paraId="05E82542" w14:textId="77777777" w:rsidR="00A429CF" w:rsidRPr="007C2C50" w:rsidRDefault="00A429CF" w:rsidP="0022717C">
            <w:r w:rsidRPr="00084CC3">
              <w:t>Neutral.</w:t>
            </w:r>
          </w:p>
        </w:tc>
        <w:tc>
          <w:tcPr>
            <w:tcW w:w="703" w:type="dxa"/>
          </w:tcPr>
          <w:p w14:paraId="35EA10B2" w14:textId="77777777" w:rsidR="00A429CF" w:rsidRPr="007C2C50" w:rsidRDefault="00A429CF" w:rsidP="0022717C">
            <w:r w:rsidRPr="00084CC3">
              <w:t>Agree.</w:t>
            </w:r>
          </w:p>
        </w:tc>
        <w:tc>
          <w:tcPr>
            <w:tcW w:w="835" w:type="dxa"/>
          </w:tcPr>
          <w:p w14:paraId="6F8F4D96" w14:textId="77777777" w:rsidR="00A429CF" w:rsidRPr="007C2C50" w:rsidRDefault="00A429CF" w:rsidP="0022717C">
            <w:r w:rsidRPr="00084CC3">
              <w:t>Strongly Agree</w:t>
            </w:r>
          </w:p>
        </w:tc>
      </w:tr>
      <w:tr w:rsidR="00A429CF" w:rsidRPr="007C2C50" w14:paraId="61EBF1C4" w14:textId="77777777" w:rsidTr="0022717C">
        <w:trPr>
          <w:trHeight w:val="263"/>
        </w:trPr>
        <w:tc>
          <w:tcPr>
            <w:tcW w:w="5747" w:type="dxa"/>
          </w:tcPr>
          <w:p w14:paraId="0CC07C40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an abortion is committing a sin.</w:t>
            </w:r>
          </w:p>
        </w:tc>
        <w:tc>
          <w:tcPr>
            <w:tcW w:w="869" w:type="dxa"/>
          </w:tcPr>
          <w:p w14:paraId="4F6B4BDC" w14:textId="77777777" w:rsidR="00A429CF" w:rsidRPr="007C2C50" w:rsidRDefault="00A429CF" w:rsidP="0022717C"/>
        </w:tc>
        <w:tc>
          <w:tcPr>
            <w:tcW w:w="917" w:type="dxa"/>
          </w:tcPr>
          <w:p w14:paraId="624A21FE" w14:textId="77777777" w:rsidR="00A429CF" w:rsidRPr="007C2C50" w:rsidRDefault="00A429CF" w:rsidP="0022717C"/>
        </w:tc>
        <w:tc>
          <w:tcPr>
            <w:tcW w:w="828" w:type="dxa"/>
          </w:tcPr>
          <w:p w14:paraId="5106FCC4" w14:textId="77777777" w:rsidR="00A429CF" w:rsidRPr="007C2C50" w:rsidRDefault="00A429CF" w:rsidP="0022717C"/>
        </w:tc>
        <w:tc>
          <w:tcPr>
            <w:tcW w:w="703" w:type="dxa"/>
          </w:tcPr>
          <w:p w14:paraId="141BCFD6" w14:textId="77777777" w:rsidR="00A429CF" w:rsidRPr="007C2C50" w:rsidRDefault="00A429CF" w:rsidP="0022717C"/>
        </w:tc>
        <w:tc>
          <w:tcPr>
            <w:tcW w:w="835" w:type="dxa"/>
          </w:tcPr>
          <w:p w14:paraId="0A00F60C" w14:textId="77777777" w:rsidR="00A429CF" w:rsidRPr="007C2C50" w:rsidRDefault="00A429CF" w:rsidP="0022717C"/>
        </w:tc>
      </w:tr>
      <w:tr w:rsidR="00A429CF" w:rsidRPr="007C2C50" w14:paraId="5B081781" w14:textId="77777777" w:rsidTr="0022717C">
        <w:trPr>
          <w:trHeight w:val="538"/>
        </w:trPr>
        <w:tc>
          <w:tcPr>
            <w:tcW w:w="5747" w:type="dxa"/>
          </w:tcPr>
          <w:p w14:paraId="33A6CA04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once will make a habit of it.</w:t>
            </w:r>
          </w:p>
        </w:tc>
        <w:tc>
          <w:tcPr>
            <w:tcW w:w="869" w:type="dxa"/>
          </w:tcPr>
          <w:p w14:paraId="20A0BED1" w14:textId="77777777" w:rsidR="00A429CF" w:rsidRPr="007C2C50" w:rsidRDefault="00A429CF" w:rsidP="0022717C"/>
        </w:tc>
        <w:tc>
          <w:tcPr>
            <w:tcW w:w="917" w:type="dxa"/>
          </w:tcPr>
          <w:p w14:paraId="51C516B7" w14:textId="77777777" w:rsidR="00A429CF" w:rsidRPr="007C2C50" w:rsidRDefault="00A429CF" w:rsidP="0022717C"/>
        </w:tc>
        <w:tc>
          <w:tcPr>
            <w:tcW w:w="828" w:type="dxa"/>
          </w:tcPr>
          <w:p w14:paraId="11054C91" w14:textId="77777777" w:rsidR="00A429CF" w:rsidRPr="007C2C50" w:rsidRDefault="00A429CF" w:rsidP="0022717C"/>
        </w:tc>
        <w:tc>
          <w:tcPr>
            <w:tcW w:w="703" w:type="dxa"/>
          </w:tcPr>
          <w:p w14:paraId="1357013D" w14:textId="77777777" w:rsidR="00A429CF" w:rsidRPr="007C2C50" w:rsidRDefault="00A429CF" w:rsidP="0022717C"/>
        </w:tc>
        <w:tc>
          <w:tcPr>
            <w:tcW w:w="835" w:type="dxa"/>
          </w:tcPr>
          <w:p w14:paraId="0BD73B3C" w14:textId="77777777" w:rsidR="00A429CF" w:rsidRPr="007C2C50" w:rsidRDefault="00A429CF" w:rsidP="0022717C"/>
        </w:tc>
      </w:tr>
      <w:tr w:rsidR="00A429CF" w:rsidRPr="007C2C50" w14:paraId="5E694504" w14:textId="77777777" w:rsidTr="0022717C">
        <w:trPr>
          <w:trHeight w:val="263"/>
        </w:trPr>
        <w:tc>
          <w:tcPr>
            <w:tcW w:w="5747" w:type="dxa"/>
          </w:tcPr>
          <w:p w14:paraId="607A9E3B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cannot be trusted.</w:t>
            </w:r>
          </w:p>
        </w:tc>
        <w:tc>
          <w:tcPr>
            <w:tcW w:w="869" w:type="dxa"/>
          </w:tcPr>
          <w:p w14:paraId="5B152CA0" w14:textId="77777777" w:rsidR="00A429CF" w:rsidRPr="007C2C50" w:rsidRDefault="00A429CF" w:rsidP="0022717C"/>
        </w:tc>
        <w:tc>
          <w:tcPr>
            <w:tcW w:w="917" w:type="dxa"/>
          </w:tcPr>
          <w:p w14:paraId="565DE53E" w14:textId="77777777" w:rsidR="00A429CF" w:rsidRPr="007C2C50" w:rsidRDefault="00A429CF" w:rsidP="0022717C"/>
        </w:tc>
        <w:tc>
          <w:tcPr>
            <w:tcW w:w="828" w:type="dxa"/>
          </w:tcPr>
          <w:p w14:paraId="6B3063AC" w14:textId="77777777" w:rsidR="00A429CF" w:rsidRPr="007C2C50" w:rsidRDefault="00A429CF" w:rsidP="0022717C"/>
        </w:tc>
        <w:tc>
          <w:tcPr>
            <w:tcW w:w="703" w:type="dxa"/>
          </w:tcPr>
          <w:p w14:paraId="3A6CA9C2" w14:textId="77777777" w:rsidR="00A429CF" w:rsidRPr="007C2C50" w:rsidRDefault="00A429CF" w:rsidP="0022717C"/>
        </w:tc>
        <w:tc>
          <w:tcPr>
            <w:tcW w:w="835" w:type="dxa"/>
          </w:tcPr>
          <w:p w14:paraId="75B93D15" w14:textId="77777777" w:rsidR="00A429CF" w:rsidRPr="007C2C50" w:rsidRDefault="00A429CF" w:rsidP="0022717C"/>
        </w:tc>
      </w:tr>
      <w:tr w:rsidR="00A429CF" w:rsidRPr="007C2C50" w14:paraId="3664C2D3" w14:textId="77777777" w:rsidTr="0022717C">
        <w:trPr>
          <w:trHeight w:val="538"/>
        </w:trPr>
        <w:tc>
          <w:tcPr>
            <w:tcW w:w="5747" w:type="dxa"/>
          </w:tcPr>
          <w:p w14:paraId="078983FF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brings shame to her family.</w:t>
            </w:r>
          </w:p>
        </w:tc>
        <w:tc>
          <w:tcPr>
            <w:tcW w:w="869" w:type="dxa"/>
          </w:tcPr>
          <w:p w14:paraId="4199836F" w14:textId="77777777" w:rsidR="00A429CF" w:rsidRPr="007C2C50" w:rsidRDefault="00A429CF" w:rsidP="0022717C"/>
        </w:tc>
        <w:tc>
          <w:tcPr>
            <w:tcW w:w="917" w:type="dxa"/>
          </w:tcPr>
          <w:p w14:paraId="39542333" w14:textId="77777777" w:rsidR="00A429CF" w:rsidRPr="007C2C50" w:rsidRDefault="00A429CF" w:rsidP="0022717C"/>
        </w:tc>
        <w:tc>
          <w:tcPr>
            <w:tcW w:w="828" w:type="dxa"/>
          </w:tcPr>
          <w:p w14:paraId="6BD72840" w14:textId="77777777" w:rsidR="00A429CF" w:rsidRPr="007C2C50" w:rsidRDefault="00A429CF" w:rsidP="0022717C"/>
        </w:tc>
        <w:tc>
          <w:tcPr>
            <w:tcW w:w="703" w:type="dxa"/>
          </w:tcPr>
          <w:p w14:paraId="38301F74" w14:textId="77777777" w:rsidR="00A429CF" w:rsidRPr="007C2C50" w:rsidRDefault="00A429CF" w:rsidP="0022717C"/>
        </w:tc>
        <w:tc>
          <w:tcPr>
            <w:tcW w:w="835" w:type="dxa"/>
          </w:tcPr>
          <w:p w14:paraId="293376E4" w14:textId="77777777" w:rsidR="00A429CF" w:rsidRPr="007C2C50" w:rsidRDefault="00A429CF" w:rsidP="0022717C"/>
        </w:tc>
      </w:tr>
      <w:tr w:rsidR="00A429CF" w:rsidRPr="007C2C50" w14:paraId="0DA3761E" w14:textId="77777777" w:rsidTr="0022717C">
        <w:trPr>
          <w:trHeight w:val="526"/>
        </w:trPr>
        <w:tc>
          <w:tcPr>
            <w:tcW w:w="5747" w:type="dxa"/>
          </w:tcPr>
          <w:p w14:paraId="5292E2C1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will never be as healthy as before.</w:t>
            </w:r>
          </w:p>
        </w:tc>
        <w:tc>
          <w:tcPr>
            <w:tcW w:w="869" w:type="dxa"/>
          </w:tcPr>
          <w:p w14:paraId="6811F89A" w14:textId="77777777" w:rsidR="00A429CF" w:rsidRPr="007C2C50" w:rsidRDefault="00A429CF" w:rsidP="0022717C"/>
        </w:tc>
        <w:tc>
          <w:tcPr>
            <w:tcW w:w="917" w:type="dxa"/>
          </w:tcPr>
          <w:p w14:paraId="147B1AC4" w14:textId="77777777" w:rsidR="00A429CF" w:rsidRPr="007C2C50" w:rsidRDefault="00A429CF" w:rsidP="0022717C"/>
        </w:tc>
        <w:tc>
          <w:tcPr>
            <w:tcW w:w="828" w:type="dxa"/>
          </w:tcPr>
          <w:p w14:paraId="51BE9D7B" w14:textId="77777777" w:rsidR="00A429CF" w:rsidRPr="007C2C50" w:rsidRDefault="00A429CF" w:rsidP="0022717C"/>
        </w:tc>
        <w:tc>
          <w:tcPr>
            <w:tcW w:w="703" w:type="dxa"/>
          </w:tcPr>
          <w:p w14:paraId="18AC4E14" w14:textId="77777777" w:rsidR="00A429CF" w:rsidRPr="007C2C50" w:rsidRDefault="00A429CF" w:rsidP="0022717C"/>
        </w:tc>
        <w:tc>
          <w:tcPr>
            <w:tcW w:w="835" w:type="dxa"/>
          </w:tcPr>
          <w:p w14:paraId="253C194D" w14:textId="77777777" w:rsidR="00A429CF" w:rsidRPr="007C2C50" w:rsidRDefault="00A429CF" w:rsidP="0022717C"/>
        </w:tc>
      </w:tr>
      <w:tr w:rsidR="00A429CF" w:rsidRPr="007C2C50" w14:paraId="146CF53D" w14:textId="77777777" w:rsidTr="0022717C">
        <w:trPr>
          <w:trHeight w:val="538"/>
        </w:trPr>
        <w:tc>
          <w:tcPr>
            <w:tcW w:w="5747" w:type="dxa"/>
          </w:tcPr>
          <w:p w14:paraId="52F719E4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may encourage other women to do the same.</w:t>
            </w:r>
          </w:p>
        </w:tc>
        <w:tc>
          <w:tcPr>
            <w:tcW w:w="869" w:type="dxa"/>
          </w:tcPr>
          <w:p w14:paraId="6CA9141F" w14:textId="77777777" w:rsidR="00A429CF" w:rsidRPr="007C2C50" w:rsidRDefault="00A429CF" w:rsidP="0022717C"/>
        </w:tc>
        <w:tc>
          <w:tcPr>
            <w:tcW w:w="917" w:type="dxa"/>
          </w:tcPr>
          <w:p w14:paraId="2D75D05D" w14:textId="77777777" w:rsidR="00A429CF" w:rsidRPr="007C2C50" w:rsidRDefault="00A429CF" w:rsidP="0022717C"/>
        </w:tc>
        <w:tc>
          <w:tcPr>
            <w:tcW w:w="828" w:type="dxa"/>
          </w:tcPr>
          <w:p w14:paraId="1BC7573B" w14:textId="77777777" w:rsidR="00A429CF" w:rsidRPr="007C2C50" w:rsidRDefault="00A429CF" w:rsidP="0022717C"/>
        </w:tc>
        <w:tc>
          <w:tcPr>
            <w:tcW w:w="703" w:type="dxa"/>
          </w:tcPr>
          <w:p w14:paraId="496A24EF" w14:textId="77777777" w:rsidR="00A429CF" w:rsidRPr="007C2C50" w:rsidRDefault="00A429CF" w:rsidP="0022717C"/>
        </w:tc>
        <w:tc>
          <w:tcPr>
            <w:tcW w:w="835" w:type="dxa"/>
          </w:tcPr>
          <w:p w14:paraId="0817CF00" w14:textId="77777777" w:rsidR="00A429CF" w:rsidRPr="007C2C50" w:rsidRDefault="00A429CF" w:rsidP="0022717C"/>
        </w:tc>
      </w:tr>
      <w:tr w:rsidR="00A429CF" w:rsidRPr="007C2C50" w14:paraId="2F5B1D78" w14:textId="77777777" w:rsidTr="0022717C">
        <w:trPr>
          <w:trHeight w:val="263"/>
        </w:trPr>
        <w:tc>
          <w:tcPr>
            <w:tcW w:w="5747" w:type="dxa"/>
          </w:tcPr>
          <w:p w14:paraId="3308EE84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is a bad mother.</w:t>
            </w:r>
          </w:p>
        </w:tc>
        <w:tc>
          <w:tcPr>
            <w:tcW w:w="869" w:type="dxa"/>
          </w:tcPr>
          <w:p w14:paraId="78B3111F" w14:textId="77777777" w:rsidR="00A429CF" w:rsidRPr="007C2C50" w:rsidRDefault="00A429CF" w:rsidP="0022717C"/>
        </w:tc>
        <w:tc>
          <w:tcPr>
            <w:tcW w:w="917" w:type="dxa"/>
          </w:tcPr>
          <w:p w14:paraId="08A4C3EF" w14:textId="77777777" w:rsidR="00A429CF" w:rsidRPr="007C2C50" w:rsidRDefault="00A429CF" w:rsidP="0022717C"/>
        </w:tc>
        <w:tc>
          <w:tcPr>
            <w:tcW w:w="828" w:type="dxa"/>
          </w:tcPr>
          <w:p w14:paraId="33FD4A11" w14:textId="77777777" w:rsidR="00A429CF" w:rsidRPr="007C2C50" w:rsidRDefault="00A429CF" w:rsidP="0022717C"/>
        </w:tc>
        <w:tc>
          <w:tcPr>
            <w:tcW w:w="703" w:type="dxa"/>
          </w:tcPr>
          <w:p w14:paraId="170F4864" w14:textId="77777777" w:rsidR="00A429CF" w:rsidRPr="007C2C50" w:rsidRDefault="00A429CF" w:rsidP="0022717C"/>
        </w:tc>
        <w:tc>
          <w:tcPr>
            <w:tcW w:w="835" w:type="dxa"/>
          </w:tcPr>
          <w:p w14:paraId="4058F27B" w14:textId="77777777" w:rsidR="00A429CF" w:rsidRPr="007C2C50" w:rsidRDefault="00A429CF" w:rsidP="0022717C"/>
        </w:tc>
      </w:tr>
      <w:tr w:rsidR="00A429CF" w:rsidRPr="007C2C50" w14:paraId="35CDDD02" w14:textId="77777777" w:rsidTr="0022717C">
        <w:trPr>
          <w:trHeight w:val="538"/>
        </w:trPr>
        <w:tc>
          <w:tcPr>
            <w:tcW w:w="5747" w:type="dxa"/>
          </w:tcPr>
          <w:p w14:paraId="558654B1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brings shame to society.</w:t>
            </w:r>
          </w:p>
        </w:tc>
        <w:tc>
          <w:tcPr>
            <w:tcW w:w="869" w:type="dxa"/>
          </w:tcPr>
          <w:p w14:paraId="1D6BEAD0" w14:textId="77777777" w:rsidR="00A429CF" w:rsidRPr="007C2C50" w:rsidRDefault="00A429CF" w:rsidP="0022717C"/>
        </w:tc>
        <w:tc>
          <w:tcPr>
            <w:tcW w:w="917" w:type="dxa"/>
          </w:tcPr>
          <w:p w14:paraId="501BDF3D" w14:textId="77777777" w:rsidR="00A429CF" w:rsidRPr="007C2C50" w:rsidRDefault="00A429CF" w:rsidP="0022717C"/>
        </w:tc>
        <w:tc>
          <w:tcPr>
            <w:tcW w:w="828" w:type="dxa"/>
          </w:tcPr>
          <w:p w14:paraId="58501168" w14:textId="77777777" w:rsidR="00A429CF" w:rsidRPr="007C2C50" w:rsidRDefault="00A429CF" w:rsidP="0022717C"/>
        </w:tc>
        <w:tc>
          <w:tcPr>
            <w:tcW w:w="703" w:type="dxa"/>
          </w:tcPr>
          <w:p w14:paraId="12B8B25A" w14:textId="77777777" w:rsidR="00A429CF" w:rsidRPr="007C2C50" w:rsidRDefault="00A429CF" w:rsidP="0022717C"/>
        </w:tc>
        <w:tc>
          <w:tcPr>
            <w:tcW w:w="835" w:type="dxa"/>
          </w:tcPr>
          <w:p w14:paraId="529EEBEE" w14:textId="77777777" w:rsidR="00A429CF" w:rsidRPr="007C2C50" w:rsidRDefault="00A429CF" w:rsidP="0022717C"/>
        </w:tc>
      </w:tr>
      <w:tr w:rsidR="00A429CF" w:rsidRPr="007C2C50" w14:paraId="275997ED" w14:textId="77777777" w:rsidTr="0022717C">
        <w:trPr>
          <w:trHeight w:val="526"/>
        </w:trPr>
        <w:tc>
          <w:tcPr>
            <w:tcW w:w="5747" w:type="dxa"/>
          </w:tcPr>
          <w:p w14:paraId="35A45D82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should be banned from attending religious ceremonies.</w:t>
            </w:r>
          </w:p>
        </w:tc>
        <w:tc>
          <w:tcPr>
            <w:tcW w:w="869" w:type="dxa"/>
          </w:tcPr>
          <w:p w14:paraId="7DA41E83" w14:textId="77777777" w:rsidR="00A429CF" w:rsidRPr="007C2C50" w:rsidRDefault="00A429CF" w:rsidP="0022717C"/>
        </w:tc>
        <w:tc>
          <w:tcPr>
            <w:tcW w:w="917" w:type="dxa"/>
          </w:tcPr>
          <w:p w14:paraId="1C338313" w14:textId="77777777" w:rsidR="00A429CF" w:rsidRPr="007C2C50" w:rsidRDefault="00A429CF" w:rsidP="0022717C"/>
        </w:tc>
        <w:tc>
          <w:tcPr>
            <w:tcW w:w="828" w:type="dxa"/>
          </w:tcPr>
          <w:p w14:paraId="7F383090" w14:textId="77777777" w:rsidR="00A429CF" w:rsidRPr="007C2C50" w:rsidRDefault="00A429CF" w:rsidP="0022717C"/>
        </w:tc>
        <w:tc>
          <w:tcPr>
            <w:tcW w:w="703" w:type="dxa"/>
          </w:tcPr>
          <w:p w14:paraId="29ABFB27" w14:textId="77777777" w:rsidR="00A429CF" w:rsidRPr="007C2C50" w:rsidRDefault="00A429CF" w:rsidP="0022717C"/>
        </w:tc>
        <w:tc>
          <w:tcPr>
            <w:tcW w:w="835" w:type="dxa"/>
          </w:tcPr>
          <w:p w14:paraId="45CEBDF1" w14:textId="77777777" w:rsidR="00A429CF" w:rsidRPr="007C2C50" w:rsidRDefault="00A429CF" w:rsidP="0022717C"/>
        </w:tc>
      </w:tr>
      <w:tr w:rsidR="00A429CF" w:rsidRPr="007C2C50" w14:paraId="50DDE8CD" w14:textId="77777777" w:rsidTr="0022717C">
        <w:trPr>
          <w:trHeight w:val="538"/>
        </w:trPr>
        <w:tc>
          <w:tcPr>
            <w:tcW w:w="5747" w:type="dxa"/>
          </w:tcPr>
          <w:p w14:paraId="33261C9D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lastRenderedPageBreak/>
              <w:t xml:space="preserve">I mock a woman who has had an </w:t>
            </w:r>
            <w:proofErr w:type="gramStart"/>
            <w:r w:rsidRPr="007C2C50">
              <w:t>abortion</w:t>
            </w:r>
            <w:proofErr w:type="gramEnd"/>
            <w:r w:rsidRPr="007C2C50">
              <w:t xml:space="preserve"> so she feels ashamed of her decision.</w:t>
            </w:r>
          </w:p>
        </w:tc>
        <w:tc>
          <w:tcPr>
            <w:tcW w:w="869" w:type="dxa"/>
          </w:tcPr>
          <w:p w14:paraId="582491BE" w14:textId="77777777" w:rsidR="00A429CF" w:rsidRPr="007C2C50" w:rsidRDefault="00A429CF" w:rsidP="0022717C"/>
        </w:tc>
        <w:tc>
          <w:tcPr>
            <w:tcW w:w="917" w:type="dxa"/>
          </w:tcPr>
          <w:p w14:paraId="0DF816A5" w14:textId="77777777" w:rsidR="00A429CF" w:rsidRPr="007C2C50" w:rsidRDefault="00A429CF" w:rsidP="0022717C"/>
        </w:tc>
        <w:tc>
          <w:tcPr>
            <w:tcW w:w="828" w:type="dxa"/>
          </w:tcPr>
          <w:p w14:paraId="01896BA5" w14:textId="77777777" w:rsidR="00A429CF" w:rsidRPr="007C2C50" w:rsidRDefault="00A429CF" w:rsidP="0022717C"/>
        </w:tc>
        <w:tc>
          <w:tcPr>
            <w:tcW w:w="703" w:type="dxa"/>
          </w:tcPr>
          <w:p w14:paraId="0FF35929" w14:textId="77777777" w:rsidR="00A429CF" w:rsidRPr="007C2C50" w:rsidRDefault="00A429CF" w:rsidP="0022717C"/>
        </w:tc>
        <w:tc>
          <w:tcPr>
            <w:tcW w:w="835" w:type="dxa"/>
          </w:tcPr>
          <w:p w14:paraId="05B02090" w14:textId="77777777" w:rsidR="00A429CF" w:rsidRPr="007C2C50" w:rsidRDefault="00A429CF" w:rsidP="0022717C"/>
        </w:tc>
      </w:tr>
      <w:tr w:rsidR="00A429CF" w:rsidRPr="007C2C50" w14:paraId="540DB2B9" w14:textId="77777777" w:rsidTr="0022717C">
        <w:trPr>
          <w:trHeight w:val="526"/>
        </w:trPr>
        <w:tc>
          <w:tcPr>
            <w:tcW w:w="5747" w:type="dxa"/>
          </w:tcPr>
          <w:p w14:paraId="6C38D04E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If I learn a woman around me had an abortion, I try to shame her.</w:t>
            </w:r>
          </w:p>
        </w:tc>
        <w:tc>
          <w:tcPr>
            <w:tcW w:w="869" w:type="dxa"/>
          </w:tcPr>
          <w:p w14:paraId="5A9C41F6" w14:textId="77777777" w:rsidR="00A429CF" w:rsidRPr="007C2C50" w:rsidRDefault="00A429CF" w:rsidP="0022717C"/>
        </w:tc>
        <w:tc>
          <w:tcPr>
            <w:tcW w:w="917" w:type="dxa"/>
          </w:tcPr>
          <w:p w14:paraId="379B5D80" w14:textId="77777777" w:rsidR="00A429CF" w:rsidRPr="007C2C50" w:rsidRDefault="00A429CF" w:rsidP="0022717C"/>
        </w:tc>
        <w:tc>
          <w:tcPr>
            <w:tcW w:w="828" w:type="dxa"/>
          </w:tcPr>
          <w:p w14:paraId="5E5EB6E3" w14:textId="77777777" w:rsidR="00A429CF" w:rsidRPr="007C2C50" w:rsidRDefault="00A429CF" w:rsidP="0022717C"/>
        </w:tc>
        <w:tc>
          <w:tcPr>
            <w:tcW w:w="703" w:type="dxa"/>
          </w:tcPr>
          <w:p w14:paraId="729B15ED" w14:textId="77777777" w:rsidR="00A429CF" w:rsidRPr="007C2C50" w:rsidRDefault="00A429CF" w:rsidP="0022717C"/>
        </w:tc>
        <w:tc>
          <w:tcPr>
            <w:tcW w:w="835" w:type="dxa"/>
          </w:tcPr>
          <w:p w14:paraId="42A521C7" w14:textId="77777777" w:rsidR="00A429CF" w:rsidRPr="007C2C50" w:rsidRDefault="00A429CF" w:rsidP="0022717C"/>
        </w:tc>
      </w:tr>
      <w:tr w:rsidR="00A429CF" w:rsidRPr="007C2C50" w14:paraId="011CC119" w14:textId="77777777" w:rsidTr="0022717C">
        <w:trPr>
          <w:trHeight w:val="538"/>
        </w:trPr>
        <w:tc>
          <w:tcPr>
            <w:tcW w:w="5747" w:type="dxa"/>
          </w:tcPr>
          <w:p w14:paraId="2C8E3E79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man should not marry a woman who had an abortion, as she might not have children.</w:t>
            </w:r>
          </w:p>
        </w:tc>
        <w:tc>
          <w:tcPr>
            <w:tcW w:w="869" w:type="dxa"/>
          </w:tcPr>
          <w:p w14:paraId="67FF6492" w14:textId="77777777" w:rsidR="00A429CF" w:rsidRPr="007C2C50" w:rsidRDefault="00A429CF" w:rsidP="0022717C"/>
        </w:tc>
        <w:tc>
          <w:tcPr>
            <w:tcW w:w="917" w:type="dxa"/>
          </w:tcPr>
          <w:p w14:paraId="4BC23338" w14:textId="77777777" w:rsidR="00A429CF" w:rsidRPr="007C2C50" w:rsidRDefault="00A429CF" w:rsidP="0022717C"/>
        </w:tc>
        <w:tc>
          <w:tcPr>
            <w:tcW w:w="828" w:type="dxa"/>
          </w:tcPr>
          <w:p w14:paraId="7433C0AF" w14:textId="77777777" w:rsidR="00A429CF" w:rsidRPr="007C2C50" w:rsidRDefault="00A429CF" w:rsidP="0022717C"/>
        </w:tc>
        <w:tc>
          <w:tcPr>
            <w:tcW w:w="703" w:type="dxa"/>
          </w:tcPr>
          <w:p w14:paraId="0073F583" w14:textId="77777777" w:rsidR="00A429CF" w:rsidRPr="007C2C50" w:rsidRDefault="00A429CF" w:rsidP="0022717C"/>
        </w:tc>
        <w:tc>
          <w:tcPr>
            <w:tcW w:w="835" w:type="dxa"/>
          </w:tcPr>
          <w:p w14:paraId="7B9E407C" w14:textId="77777777" w:rsidR="00A429CF" w:rsidRPr="007C2C50" w:rsidRDefault="00A429CF" w:rsidP="0022717C"/>
        </w:tc>
      </w:tr>
      <w:tr w:rsidR="00A429CF" w:rsidRPr="007C2C50" w14:paraId="5EDE66BB" w14:textId="77777777" w:rsidTr="0022717C">
        <w:trPr>
          <w:trHeight w:val="526"/>
        </w:trPr>
        <w:tc>
          <w:tcPr>
            <w:tcW w:w="5747" w:type="dxa"/>
          </w:tcPr>
          <w:p w14:paraId="47289840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 xml:space="preserve">I would end my friendship with someone I learned </w:t>
            </w:r>
            <w:proofErr w:type="gramStart"/>
            <w:r w:rsidRPr="007C2C50">
              <w:t>had</w:t>
            </w:r>
            <w:proofErr w:type="gramEnd"/>
            <w:r w:rsidRPr="007C2C50">
              <w:t xml:space="preserve"> an abortion.</w:t>
            </w:r>
          </w:p>
        </w:tc>
        <w:tc>
          <w:tcPr>
            <w:tcW w:w="869" w:type="dxa"/>
          </w:tcPr>
          <w:p w14:paraId="7B65A39E" w14:textId="77777777" w:rsidR="00A429CF" w:rsidRPr="007C2C50" w:rsidRDefault="00A429CF" w:rsidP="0022717C"/>
        </w:tc>
        <w:tc>
          <w:tcPr>
            <w:tcW w:w="917" w:type="dxa"/>
          </w:tcPr>
          <w:p w14:paraId="0542DDF0" w14:textId="77777777" w:rsidR="00A429CF" w:rsidRPr="007C2C50" w:rsidRDefault="00A429CF" w:rsidP="0022717C"/>
        </w:tc>
        <w:tc>
          <w:tcPr>
            <w:tcW w:w="828" w:type="dxa"/>
          </w:tcPr>
          <w:p w14:paraId="7148E546" w14:textId="77777777" w:rsidR="00A429CF" w:rsidRPr="007C2C50" w:rsidRDefault="00A429CF" w:rsidP="0022717C"/>
        </w:tc>
        <w:tc>
          <w:tcPr>
            <w:tcW w:w="703" w:type="dxa"/>
          </w:tcPr>
          <w:p w14:paraId="1490AB43" w14:textId="77777777" w:rsidR="00A429CF" w:rsidRPr="007C2C50" w:rsidRDefault="00A429CF" w:rsidP="0022717C"/>
        </w:tc>
        <w:tc>
          <w:tcPr>
            <w:tcW w:w="835" w:type="dxa"/>
          </w:tcPr>
          <w:p w14:paraId="0D06F47F" w14:textId="77777777" w:rsidR="00A429CF" w:rsidRPr="007C2C50" w:rsidRDefault="00A429CF" w:rsidP="0022717C"/>
        </w:tc>
      </w:tr>
      <w:tr w:rsidR="00A429CF" w:rsidRPr="007C2C50" w14:paraId="100383DA" w14:textId="77777777" w:rsidTr="0022717C">
        <w:trPr>
          <w:trHeight w:val="538"/>
        </w:trPr>
        <w:tc>
          <w:tcPr>
            <w:tcW w:w="5747" w:type="dxa"/>
          </w:tcPr>
          <w:p w14:paraId="1517EF6D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 xml:space="preserve">I point out a woman who has had an </w:t>
            </w:r>
            <w:proofErr w:type="gramStart"/>
            <w:r w:rsidRPr="007C2C50">
              <w:t>abortion</w:t>
            </w:r>
            <w:proofErr w:type="gramEnd"/>
            <w:r w:rsidRPr="007C2C50">
              <w:t xml:space="preserve"> so others learn what she did.</w:t>
            </w:r>
          </w:p>
        </w:tc>
        <w:tc>
          <w:tcPr>
            <w:tcW w:w="869" w:type="dxa"/>
          </w:tcPr>
          <w:p w14:paraId="5248D3C1" w14:textId="77777777" w:rsidR="00A429CF" w:rsidRPr="007C2C50" w:rsidRDefault="00A429CF" w:rsidP="0022717C"/>
        </w:tc>
        <w:tc>
          <w:tcPr>
            <w:tcW w:w="917" w:type="dxa"/>
          </w:tcPr>
          <w:p w14:paraId="4EF084EE" w14:textId="77777777" w:rsidR="00A429CF" w:rsidRPr="007C2C50" w:rsidRDefault="00A429CF" w:rsidP="0022717C"/>
        </w:tc>
        <w:tc>
          <w:tcPr>
            <w:tcW w:w="828" w:type="dxa"/>
          </w:tcPr>
          <w:p w14:paraId="7C2874ED" w14:textId="77777777" w:rsidR="00A429CF" w:rsidRPr="007C2C50" w:rsidRDefault="00A429CF" w:rsidP="0022717C"/>
        </w:tc>
        <w:tc>
          <w:tcPr>
            <w:tcW w:w="703" w:type="dxa"/>
          </w:tcPr>
          <w:p w14:paraId="371A9977" w14:textId="77777777" w:rsidR="00A429CF" w:rsidRPr="007C2C50" w:rsidRDefault="00A429CF" w:rsidP="0022717C"/>
        </w:tc>
        <w:tc>
          <w:tcPr>
            <w:tcW w:w="835" w:type="dxa"/>
          </w:tcPr>
          <w:p w14:paraId="127E3D54" w14:textId="77777777" w:rsidR="00A429CF" w:rsidRPr="007C2C50" w:rsidRDefault="00A429CF" w:rsidP="0022717C"/>
        </w:tc>
      </w:tr>
      <w:tr w:rsidR="00A429CF" w:rsidRPr="007C2C50" w14:paraId="4A4A7C76" w14:textId="77777777" w:rsidTr="0022717C">
        <w:trPr>
          <w:trHeight w:val="538"/>
        </w:trPr>
        <w:tc>
          <w:tcPr>
            <w:tcW w:w="5747" w:type="dxa"/>
          </w:tcPr>
          <w:p w14:paraId="71E60ED8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should be treated like everyone else.</w:t>
            </w:r>
          </w:p>
        </w:tc>
        <w:tc>
          <w:tcPr>
            <w:tcW w:w="869" w:type="dxa"/>
          </w:tcPr>
          <w:p w14:paraId="21D46DB4" w14:textId="77777777" w:rsidR="00A429CF" w:rsidRPr="007C2C50" w:rsidRDefault="00A429CF" w:rsidP="0022717C"/>
        </w:tc>
        <w:tc>
          <w:tcPr>
            <w:tcW w:w="917" w:type="dxa"/>
          </w:tcPr>
          <w:p w14:paraId="6D816855" w14:textId="77777777" w:rsidR="00A429CF" w:rsidRPr="007C2C50" w:rsidRDefault="00A429CF" w:rsidP="0022717C"/>
        </w:tc>
        <w:tc>
          <w:tcPr>
            <w:tcW w:w="828" w:type="dxa"/>
          </w:tcPr>
          <w:p w14:paraId="188C6BD5" w14:textId="77777777" w:rsidR="00A429CF" w:rsidRPr="007C2C50" w:rsidRDefault="00A429CF" w:rsidP="0022717C"/>
        </w:tc>
        <w:tc>
          <w:tcPr>
            <w:tcW w:w="703" w:type="dxa"/>
          </w:tcPr>
          <w:p w14:paraId="5E119408" w14:textId="77777777" w:rsidR="00A429CF" w:rsidRPr="007C2C50" w:rsidRDefault="00A429CF" w:rsidP="0022717C"/>
        </w:tc>
        <w:tc>
          <w:tcPr>
            <w:tcW w:w="835" w:type="dxa"/>
          </w:tcPr>
          <w:p w14:paraId="6368E5F3" w14:textId="77777777" w:rsidR="00A429CF" w:rsidRPr="007C2C50" w:rsidRDefault="00A429CF" w:rsidP="0022717C"/>
        </w:tc>
      </w:tr>
      <w:tr w:rsidR="00A429CF" w:rsidRPr="007C2C50" w14:paraId="05303D56" w14:textId="77777777" w:rsidTr="0022717C">
        <w:trPr>
          <w:trHeight w:val="526"/>
        </w:trPr>
        <w:tc>
          <w:tcPr>
            <w:tcW w:w="5747" w:type="dxa"/>
          </w:tcPr>
          <w:p w14:paraId="269584E6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can cause others to fall ill or become sick.</w:t>
            </w:r>
          </w:p>
        </w:tc>
        <w:tc>
          <w:tcPr>
            <w:tcW w:w="869" w:type="dxa"/>
          </w:tcPr>
          <w:p w14:paraId="511830B6" w14:textId="77777777" w:rsidR="00A429CF" w:rsidRPr="007C2C50" w:rsidRDefault="00A429CF" w:rsidP="0022717C"/>
        </w:tc>
        <w:tc>
          <w:tcPr>
            <w:tcW w:w="917" w:type="dxa"/>
          </w:tcPr>
          <w:p w14:paraId="2811A90F" w14:textId="77777777" w:rsidR="00A429CF" w:rsidRPr="007C2C50" w:rsidRDefault="00A429CF" w:rsidP="0022717C"/>
        </w:tc>
        <w:tc>
          <w:tcPr>
            <w:tcW w:w="828" w:type="dxa"/>
          </w:tcPr>
          <w:p w14:paraId="488F705A" w14:textId="77777777" w:rsidR="00A429CF" w:rsidRPr="007C2C50" w:rsidRDefault="00A429CF" w:rsidP="0022717C"/>
        </w:tc>
        <w:tc>
          <w:tcPr>
            <w:tcW w:w="703" w:type="dxa"/>
          </w:tcPr>
          <w:p w14:paraId="41D6069C" w14:textId="77777777" w:rsidR="00A429CF" w:rsidRPr="007C2C50" w:rsidRDefault="00A429CF" w:rsidP="0022717C"/>
        </w:tc>
        <w:tc>
          <w:tcPr>
            <w:tcW w:w="835" w:type="dxa"/>
          </w:tcPr>
          <w:p w14:paraId="4AC86750" w14:textId="77777777" w:rsidR="00A429CF" w:rsidRPr="007C2C50" w:rsidRDefault="00A429CF" w:rsidP="0022717C"/>
        </w:tc>
      </w:tr>
      <w:tr w:rsidR="00A429CF" w:rsidRPr="007C2C50" w14:paraId="2C926424" w14:textId="77777777" w:rsidTr="0022717C">
        <w:trPr>
          <w:trHeight w:val="538"/>
        </w:trPr>
        <w:tc>
          <w:tcPr>
            <w:tcW w:w="5747" w:type="dxa"/>
          </w:tcPr>
          <w:p w14:paraId="26ADB47B" w14:textId="77777777" w:rsidR="00A429CF" w:rsidRPr="007C2C50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woman who has had an abortion should be isolated from others for at least a month.</w:t>
            </w:r>
          </w:p>
        </w:tc>
        <w:tc>
          <w:tcPr>
            <w:tcW w:w="869" w:type="dxa"/>
          </w:tcPr>
          <w:p w14:paraId="70F19AE9" w14:textId="77777777" w:rsidR="00A429CF" w:rsidRPr="007C2C50" w:rsidRDefault="00A429CF" w:rsidP="0022717C"/>
        </w:tc>
        <w:tc>
          <w:tcPr>
            <w:tcW w:w="917" w:type="dxa"/>
          </w:tcPr>
          <w:p w14:paraId="7FD0E0BD" w14:textId="77777777" w:rsidR="00A429CF" w:rsidRPr="007C2C50" w:rsidRDefault="00A429CF" w:rsidP="0022717C"/>
        </w:tc>
        <w:tc>
          <w:tcPr>
            <w:tcW w:w="828" w:type="dxa"/>
          </w:tcPr>
          <w:p w14:paraId="0B4ABBDB" w14:textId="77777777" w:rsidR="00A429CF" w:rsidRPr="007C2C50" w:rsidRDefault="00A429CF" w:rsidP="0022717C"/>
        </w:tc>
        <w:tc>
          <w:tcPr>
            <w:tcW w:w="703" w:type="dxa"/>
          </w:tcPr>
          <w:p w14:paraId="4D158A83" w14:textId="77777777" w:rsidR="00A429CF" w:rsidRPr="007C2C50" w:rsidRDefault="00A429CF" w:rsidP="0022717C"/>
        </w:tc>
        <w:tc>
          <w:tcPr>
            <w:tcW w:w="835" w:type="dxa"/>
          </w:tcPr>
          <w:p w14:paraId="4E6FA825" w14:textId="77777777" w:rsidR="00A429CF" w:rsidRPr="007C2C50" w:rsidRDefault="00A429CF" w:rsidP="0022717C"/>
        </w:tc>
      </w:tr>
      <w:tr w:rsidR="00A429CF" w14:paraId="067A5D97" w14:textId="77777777" w:rsidTr="0022717C">
        <w:trPr>
          <w:trHeight w:val="526"/>
        </w:trPr>
        <w:tc>
          <w:tcPr>
            <w:tcW w:w="5747" w:type="dxa"/>
          </w:tcPr>
          <w:p w14:paraId="0718849C" w14:textId="77777777" w:rsidR="00A429CF" w:rsidRDefault="00A429CF" w:rsidP="00A429CF">
            <w:pPr>
              <w:pStyle w:val="ListeParagraf"/>
              <w:numPr>
                <w:ilvl w:val="0"/>
                <w:numId w:val="10"/>
              </w:numPr>
            </w:pPr>
            <w:r w:rsidRPr="007C2C50">
              <w:t>A man who is with a woman who had an abortion will get a disease</w:t>
            </w:r>
          </w:p>
        </w:tc>
        <w:tc>
          <w:tcPr>
            <w:tcW w:w="869" w:type="dxa"/>
          </w:tcPr>
          <w:p w14:paraId="52A40BBE" w14:textId="77777777" w:rsidR="00A429CF" w:rsidRPr="007C2C50" w:rsidRDefault="00A429CF" w:rsidP="0022717C"/>
        </w:tc>
        <w:tc>
          <w:tcPr>
            <w:tcW w:w="917" w:type="dxa"/>
          </w:tcPr>
          <w:p w14:paraId="7A636544" w14:textId="77777777" w:rsidR="00A429CF" w:rsidRPr="007C2C50" w:rsidRDefault="00A429CF" w:rsidP="0022717C"/>
        </w:tc>
        <w:tc>
          <w:tcPr>
            <w:tcW w:w="828" w:type="dxa"/>
          </w:tcPr>
          <w:p w14:paraId="5230DB76" w14:textId="77777777" w:rsidR="00A429CF" w:rsidRPr="007C2C50" w:rsidRDefault="00A429CF" w:rsidP="0022717C"/>
        </w:tc>
        <w:tc>
          <w:tcPr>
            <w:tcW w:w="703" w:type="dxa"/>
          </w:tcPr>
          <w:p w14:paraId="37601E27" w14:textId="77777777" w:rsidR="00A429CF" w:rsidRPr="007C2C50" w:rsidRDefault="00A429CF" w:rsidP="0022717C"/>
        </w:tc>
        <w:tc>
          <w:tcPr>
            <w:tcW w:w="835" w:type="dxa"/>
          </w:tcPr>
          <w:p w14:paraId="7D71814D" w14:textId="77777777" w:rsidR="00A429CF" w:rsidRPr="007C2C50" w:rsidRDefault="00A429CF" w:rsidP="0022717C"/>
        </w:tc>
      </w:tr>
    </w:tbl>
    <w:p w14:paraId="3DFDE18F" w14:textId="576D8F82" w:rsidR="00586D1D" w:rsidRDefault="00586D1D"/>
    <w:sectPr w:rsidR="00586D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9B75C7"/>
    <w:multiLevelType w:val="hybridMultilevel"/>
    <w:tmpl w:val="2752C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636138">
    <w:abstractNumId w:val="8"/>
  </w:num>
  <w:num w:numId="2" w16cid:durableId="275217573">
    <w:abstractNumId w:val="6"/>
  </w:num>
  <w:num w:numId="3" w16cid:durableId="497960691">
    <w:abstractNumId w:val="5"/>
  </w:num>
  <w:num w:numId="4" w16cid:durableId="580676166">
    <w:abstractNumId w:val="4"/>
  </w:num>
  <w:num w:numId="5" w16cid:durableId="386532869">
    <w:abstractNumId w:val="7"/>
  </w:num>
  <w:num w:numId="6" w16cid:durableId="1315333248">
    <w:abstractNumId w:val="3"/>
  </w:num>
  <w:num w:numId="7" w16cid:durableId="1900481388">
    <w:abstractNumId w:val="2"/>
  </w:num>
  <w:num w:numId="8" w16cid:durableId="1984895079">
    <w:abstractNumId w:val="1"/>
  </w:num>
  <w:num w:numId="9" w16cid:durableId="228811923">
    <w:abstractNumId w:val="0"/>
  </w:num>
  <w:num w:numId="10" w16cid:durableId="854921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18C5"/>
    <w:rsid w:val="0015074B"/>
    <w:rsid w:val="0029639D"/>
    <w:rsid w:val="00326F90"/>
    <w:rsid w:val="00586D1D"/>
    <w:rsid w:val="00A429C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2E465"/>
  <w14:defaultImageDpi w14:val="300"/>
  <w15:docId w15:val="{82CC1811-C684-4FB4-9F13-74FA7EA9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Hasan Durmuş</cp:lastModifiedBy>
  <cp:revision>2</cp:revision>
  <dcterms:created xsi:type="dcterms:W3CDTF">2025-03-26T12:54:00Z</dcterms:created>
  <dcterms:modified xsi:type="dcterms:W3CDTF">2025-03-26T12:54:00Z</dcterms:modified>
  <cp:category/>
</cp:coreProperties>
</file>