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092CF" w14:textId="77777777" w:rsidR="00F079F2" w:rsidRPr="00897FEF" w:rsidRDefault="00F079F2" w:rsidP="00F079F2">
      <w:pPr>
        <w:rPr>
          <w:rFonts w:eastAsia="宋体" w:cs="Times New Roman"/>
          <w:sz w:val="24"/>
          <w:szCs w:val="24"/>
          <w:lang w:eastAsia="zh-CN"/>
        </w:rPr>
      </w:pPr>
      <w:r w:rsidRPr="00897FEF">
        <w:rPr>
          <w:rFonts w:cs="Times New Roman" w:hint="eastAsia"/>
          <w:sz w:val="24"/>
          <w:szCs w:val="24"/>
        </w:rPr>
        <w:t xml:space="preserve">Additional file 3. </w:t>
      </w:r>
    </w:p>
    <w:p w14:paraId="5E5169B3" w14:textId="7E983A1D" w:rsidR="00F079F2" w:rsidRPr="00897FEF" w:rsidRDefault="00F079F2" w:rsidP="00897FEF">
      <w:pPr>
        <w:rPr>
          <w:rFonts w:cs="Times New Roman"/>
          <w:color w:val="000000"/>
          <w:sz w:val="24"/>
          <w:szCs w:val="24"/>
        </w:rPr>
      </w:pPr>
      <w:r w:rsidRPr="00897FEF">
        <w:rPr>
          <w:rFonts w:cs="Times New Roman"/>
          <w:sz w:val="24"/>
          <w:szCs w:val="24"/>
        </w:rPr>
        <w:t xml:space="preserve">Supplementary Table S2. Performance metrics of D-dimer-only machine-learning models in the </w:t>
      </w:r>
      <w:r w:rsidR="00897FEF" w:rsidRPr="00897FEF">
        <w:rPr>
          <w:rFonts w:eastAsia="宋体" w:cs="Times New Roman"/>
          <w:color w:val="000000"/>
          <w:sz w:val="24"/>
          <w:szCs w:val="24"/>
          <w:lang w:eastAsia="zh-CN"/>
        </w:rPr>
        <w:t>i</w:t>
      </w:r>
      <w:r w:rsidR="00897FEF" w:rsidRPr="00897FEF">
        <w:rPr>
          <w:rFonts w:cs="Times New Roman"/>
          <w:color w:val="000000"/>
          <w:sz w:val="24"/>
          <w:szCs w:val="24"/>
        </w:rPr>
        <w:t>nternal</w:t>
      </w:r>
      <w:r w:rsidR="00897FEF" w:rsidRPr="00897FEF">
        <w:rPr>
          <w:rFonts w:eastAsia="宋体" w:cs="Times New Roman"/>
          <w:color w:val="000000"/>
          <w:sz w:val="24"/>
          <w:szCs w:val="24"/>
          <w:lang w:eastAsia="zh-CN"/>
        </w:rPr>
        <w:t xml:space="preserve"> </w:t>
      </w:r>
      <w:r w:rsidRPr="00897FEF">
        <w:rPr>
          <w:rFonts w:cs="Times New Roman"/>
          <w:sz w:val="24"/>
          <w:szCs w:val="24"/>
        </w:rPr>
        <w:t>validation and external validation cohorts.</w:t>
      </w:r>
    </w:p>
    <w:tbl>
      <w:tblPr>
        <w:tblW w:w="5417" w:type="pct"/>
        <w:jc w:val="center"/>
        <w:tblLayout w:type="fixed"/>
        <w:tblLook w:val="04A0" w:firstRow="1" w:lastRow="0" w:firstColumn="1" w:lastColumn="0" w:noHBand="0" w:noVBand="1"/>
      </w:tblPr>
      <w:tblGrid>
        <w:gridCol w:w="1331"/>
        <w:gridCol w:w="1178"/>
        <w:gridCol w:w="1416"/>
        <w:gridCol w:w="908"/>
        <w:gridCol w:w="988"/>
        <w:gridCol w:w="1082"/>
        <w:gridCol w:w="710"/>
        <w:gridCol w:w="710"/>
        <w:gridCol w:w="1272"/>
      </w:tblGrid>
      <w:tr w:rsidR="00F079F2" w:rsidRPr="00897FEF" w14:paraId="4DEB1248" w14:textId="77777777" w:rsidTr="00897FEF">
        <w:trPr>
          <w:trHeight w:val="276"/>
          <w:jc w:val="center"/>
        </w:trPr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0EF3C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Dataset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6D09F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Model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E5F79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AUC (95% CI)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91542A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Accuracy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6935F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Sensitivity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05B42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Specificity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9D236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NPV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23649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PPV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97219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Brier score (95% CI)</w:t>
            </w:r>
          </w:p>
        </w:tc>
      </w:tr>
      <w:tr w:rsidR="00F079F2" w:rsidRPr="00897FEF" w14:paraId="40A4684C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2EE5" w14:textId="79B9B955" w:rsidR="00F079F2" w:rsidRPr="005906CD" w:rsidRDefault="005906CD" w:rsidP="005906CD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 w:hint="eastAsia"/>
                <w:color w:val="000000"/>
                <w:sz w:val="18"/>
                <w:szCs w:val="18"/>
                <w:lang w:eastAsia="zh-CN"/>
              </w:rPr>
              <w:t>In</w:t>
            </w: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ternal validation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DFC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Logistic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CE3C8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0.665 (0.586-0.740)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B1C0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E8D4E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FF0F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BB82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47F2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0.491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E7327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0.188 (0.162-0.215)</w:t>
            </w:r>
          </w:p>
        </w:tc>
      </w:tr>
      <w:tr w:rsidR="00F079F2" w:rsidRPr="00897FEF" w14:paraId="368AA423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103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5CBD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Decision Tree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4B9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0.776 (0.722-0.822)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50BC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FF8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0.878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B76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FC57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0.922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6E79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0.414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EFCF3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0.161 (0.141-0.184)</w:t>
            </w:r>
          </w:p>
        </w:tc>
      </w:tr>
      <w:tr w:rsidR="00F079F2" w:rsidRPr="00897FEF" w14:paraId="14D23E16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A37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768E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Random Forest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F07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0.793 (0.736-0.841)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98FF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535D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0.829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093DD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0.624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555D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AB05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B928F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0.168 (0.144-0.196)</w:t>
            </w:r>
          </w:p>
        </w:tc>
      </w:tr>
      <w:tr w:rsidR="00F079F2" w:rsidRPr="00897FEF" w14:paraId="4159FB71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861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81D3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XGBoost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3F3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0.567 (0.501-0.627)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4189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0.584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F489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0.488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1BC6D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721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2F986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0.323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B737B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0.205 (0.185-0.224)</w:t>
            </w:r>
          </w:p>
        </w:tc>
      </w:tr>
      <w:tr w:rsidR="00F079F2" w:rsidRPr="00897FEF" w14:paraId="1F1EAD27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FC0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3D06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GBM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E42E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0.780 (0.725-0.828)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86E36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B12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0.878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042F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4C60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0.922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05E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0.414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769B2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0.176 (0.152-0.204)</w:t>
            </w:r>
          </w:p>
        </w:tc>
      </w:tr>
      <w:tr w:rsidR="00F079F2" w:rsidRPr="00897FEF" w14:paraId="721468CE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82B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38BC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SVM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41A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0.799 (0.741-0.846)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49C0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1A14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0.866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46B7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AC1A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7B0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0.418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FFD47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0.158 (0.137-0.184)</w:t>
            </w:r>
          </w:p>
        </w:tc>
      </w:tr>
      <w:tr w:rsidR="00F079F2" w:rsidRPr="00897FEF" w14:paraId="30A47F8A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912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A22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ANN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F2D86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0.799 (0.741-0.846)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23D7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D5C5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0.866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B77F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58E0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679D6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0.418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CD1AC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0.158 (0.137-0.183)</w:t>
            </w:r>
          </w:p>
        </w:tc>
      </w:tr>
      <w:tr w:rsidR="00F079F2" w:rsidRPr="00897FEF" w14:paraId="13A711C1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929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validation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AE2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Logistic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C30E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0.741 (0.645-0.826)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D489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0.675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5A80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0.659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D28E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0.679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8185E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0.878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B82D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0.362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A6BA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0.161 (0.133-0.188)</w:t>
            </w:r>
          </w:p>
        </w:tc>
      </w:tr>
      <w:tr w:rsidR="00F079F2" w:rsidRPr="00897FEF" w14:paraId="12860AB3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C6F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DF83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Decision Tree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8A4A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0.728 (0.654-0.804)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0B35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CFE4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4A6D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677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EC56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0.327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8EE97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0.164 (0.138-0.190)</w:t>
            </w:r>
          </w:p>
        </w:tc>
      </w:tr>
      <w:tr w:rsidR="00F079F2" w:rsidRPr="00897FEF" w14:paraId="2B0D3801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219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73A6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Random Forest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893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0.732 (0.649-0.808)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1FB77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8E11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0.773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F250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CBEA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A2A0F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0.351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8028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0.184 (0.153-0.214)</w:t>
            </w:r>
          </w:p>
        </w:tc>
      </w:tr>
      <w:tr w:rsidR="00F079F2" w:rsidRPr="00897FEF" w14:paraId="6AC08425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E0E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B61B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XGBoost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FD5D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0.471 (0.391-0.553)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C3DDA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0.576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DA16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0.295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496CD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0.654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9EF6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2B78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0.191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6D5AF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0.201 (0.176-0.226)</w:t>
            </w:r>
          </w:p>
        </w:tc>
      </w:tr>
      <w:tr w:rsidR="00F079F2" w:rsidRPr="00897FEF" w14:paraId="2C325887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7D0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B132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GBM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1C53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0.723 (0.645-0.796)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D8A98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ADF6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8773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32152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22F8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0.327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6986C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0.196 (0.163-0.227)</w:t>
            </w:r>
          </w:p>
        </w:tc>
      </w:tr>
      <w:tr w:rsidR="00F079F2" w:rsidRPr="00897FEF" w14:paraId="5DB5AEEB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FF1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9239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SVM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687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0.769 (0.683-0.851)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166B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DF55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0.818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8C38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1ADC4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19FC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0.327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5B3F6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0.160 (0.131-0.189)</w:t>
            </w:r>
          </w:p>
        </w:tc>
      </w:tr>
      <w:tr w:rsidR="00F079F2" w:rsidRPr="00897FEF" w14:paraId="6547B052" w14:textId="77777777" w:rsidTr="00897FEF">
        <w:trPr>
          <w:trHeight w:val="480"/>
          <w:jc w:val="center"/>
        </w:trPr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46350" w14:textId="783EE5BB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62A3CB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ANN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27145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0.769 (0.683-0.851)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304BB1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4A72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1D8BE9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D567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9FD00" w14:textId="77777777" w:rsidR="00F079F2" w:rsidRPr="00897FEF" w:rsidRDefault="00F079F2" w:rsidP="00F079F2">
            <w:pPr>
              <w:spacing w:after="0" w:line="240" w:lineRule="auto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0.327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BBB92" w14:textId="77777777" w:rsidR="00F079F2" w:rsidRPr="00897FEF" w:rsidRDefault="00F079F2" w:rsidP="00F079F2">
            <w:pPr>
              <w:spacing w:after="0" w:line="240" w:lineRule="auto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897FEF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0.160 (0.131-0.189)</w:t>
            </w:r>
          </w:p>
        </w:tc>
      </w:tr>
    </w:tbl>
    <w:p w14:paraId="0D5DE4E9" w14:textId="263F1D3D" w:rsidR="003D6D29" w:rsidRPr="00897FEF" w:rsidRDefault="003D6D29" w:rsidP="00F079F2">
      <w:pPr>
        <w:jc w:val="center"/>
        <w:rPr>
          <w:rFonts w:cs="Times New Roman"/>
          <w:sz w:val="18"/>
          <w:szCs w:val="18"/>
        </w:rPr>
      </w:pPr>
    </w:p>
    <w:sectPr w:rsidR="003D6D29" w:rsidRPr="00897F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BF5AC" w14:textId="77777777" w:rsidR="00FC6C8A" w:rsidRDefault="00FC6C8A" w:rsidP="00F079F2">
      <w:pPr>
        <w:spacing w:after="0" w:line="240" w:lineRule="auto"/>
      </w:pPr>
      <w:r>
        <w:separator/>
      </w:r>
    </w:p>
  </w:endnote>
  <w:endnote w:type="continuationSeparator" w:id="0">
    <w:p w14:paraId="513DA7E4" w14:textId="77777777" w:rsidR="00FC6C8A" w:rsidRDefault="00FC6C8A" w:rsidP="00F0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ACB38" w14:textId="77777777" w:rsidR="00FC6C8A" w:rsidRDefault="00FC6C8A" w:rsidP="00F079F2">
      <w:pPr>
        <w:spacing w:after="0" w:line="240" w:lineRule="auto"/>
      </w:pPr>
      <w:r>
        <w:separator/>
      </w:r>
    </w:p>
  </w:footnote>
  <w:footnote w:type="continuationSeparator" w:id="0">
    <w:p w14:paraId="03216445" w14:textId="77777777" w:rsidR="00FC6C8A" w:rsidRDefault="00FC6C8A" w:rsidP="00F07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29363">
    <w:abstractNumId w:val="8"/>
  </w:num>
  <w:num w:numId="2" w16cid:durableId="2096125634">
    <w:abstractNumId w:val="6"/>
  </w:num>
  <w:num w:numId="3" w16cid:durableId="1506824153">
    <w:abstractNumId w:val="5"/>
  </w:num>
  <w:num w:numId="4" w16cid:durableId="1821312170">
    <w:abstractNumId w:val="4"/>
  </w:num>
  <w:num w:numId="5" w16cid:durableId="1202018652">
    <w:abstractNumId w:val="7"/>
  </w:num>
  <w:num w:numId="6" w16cid:durableId="1630013384">
    <w:abstractNumId w:val="3"/>
  </w:num>
  <w:num w:numId="7" w16cid:durableId="1104300230">
    <w:abstractNumId w:val="2"/>
  </w:num>
  <w:num w:numId="8" w16cid:durableId="757410021">
    <w:abstractNumId w:val="1"/>
  </w:num>
  <w:num w:numId="9" w16cid:durableId="1145196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0DA1198F-0C13-41B1-A728-14747CEE2BE0}"/>
    <w:docVar w:name="KY_MEDREF_VERSION" w:val="3"/>
  </w:docVars>
  <w:rsids>
    <w:rsidRoot w:val="00B47730"/>
    <w:rsid w:val="00034616"/>
    <w:rsid w:val="0006063C"/>
    <w:rsid w:val="000F0A0A"/>
    <w:rsid w:val="0015074B"/>
    <w:rsid w:val="0029639D"/>
    <w:rsid w:val="00326F90"/>
    <w:rsid w:val="003534BA"/>
    <w:rsid w:val="003D6D29"/>
    <w:rsid w:val="005906CD"/>
    <w:rsid w:val="00655CFC"/>
    <w:rsid w:val="007B3431"/>
    <w:rsid w:val="00897FEF"/>
    <w:rsid w:val="00AA1D8D"/>
    <w:rsid w:val="00B47730"/>
    <w:rsid w:val="00CB0664"/>
    <w:rsid w:val="00E31A67"/>
    <w:rsid w:val="00F079F2"/>
    <w:rsid w:val="00FC693F"/>
    <w:rsid w:val="00FC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EA7BB9"/>
  <w14:defaultImageDpi w14:val="300"/>
  <w15:docId w15:val="{29AAA8E3-7BB5-4E45-9C8E-04D878FA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k12341</cp:lastModifiedBy>
  <cp:revision>5</cp:revision>
  <dcterms:created xsi:type="dcterms:W3CDTF">2013-12-23T23:15:00Z</dcterms:created>
  <dcterms:modified xsi:type="dcterms:W3CDTF">2026-08-11T08:25:00Z</dcterms:modified>
  <cp:category/>
</cp:coreProperties>
</file>