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A9A" w:rsidRDefault="003E60F4" w:rsidP="00991AA8">
      <w:pPr>
        <w:pStyle w:val="Heading1"/>
      </w:pPr>
      <w:r>
        <w:t xml:space="preserve">Cost Data Collection Form </w:t>
      </w:r>
    </w:p>
    <w:p w:rsidR="00316A9A" w:rsidRDefault="003E60F4">
      <w:r>
        <w:t>**</w:t>
      </w:r>
      <w:proofErr w:type="gramStart"/>
      <w:r>
        <w:t>Instructions:*</w:t>
      </w:r>
      <w:proofErr w:type="gramEnd"/>
      <w:r>
        <w:t>* Please complete the following information carefully. All data will remain confidential.</w:t>
      </w:r>
      <w:r>
        <w:br/>
      </w:r>
    </w:p>
    <w:p w:rsidR="00316A9A" w:rsidRDefault="003E60F4">
      <w:pPr>
        <w:pStyle w:val="Heading2"/>
      </w:pPr>
      <w:r>
        <w:t>Section 1: Demographic and Clinical Characteristics</w:t>
      </w:r>
    </w:p>
    <w:p w:rsidR="00316A9A" w:rsidRDefault="003E60F4" w:rsidP="00991AA8">
      <w:r>
        <w:br/>
      </w:r>
      <w:r w:rsidR="00991AA8">
        <w:t xml:space="preserve">1. </w:t>
      </w:r>
      <w:r>
        <w:t xml:space="preserve"> Age: ______ years</w:t>
      </w:r>
      <w:r>
        <w:br/>
      </w:r>
      <w:r w:rsidR="00991AA8">
        <w:t xml:space="preserve">2. </w:t>
      </w:r>
      <w:r>
        <w:t>Gender: ☐ Male ☐ Female</w:t>
      </w:r>
      <w:r>
        <w:br/>
      </w:r>
      <w:r w:rsidR="00991AA8">
        <w:t xml:space="preserve">3. </w:t>
      </w:r>
      <w:r>
        <w:t>Marital Status: ☐ Married ☐ Single ☐ Other (e.g., Widowed/Divorced)</w:t>
      </w:r>
      <w:r>
        <w:br/>
      </w:r>
      <w:r w:rsidR="00991AA8">
        <w:t xml:space="preserve">4. </w:t>
      </w:r>
      <w:r>
        <w:t>Place of Residence:</w:t>
      </w:r>
      <w:r>
        <w:br/>
        <w:t xml:space="preserve">  - ☐ City: __________</w:t>
      </w:r>
      <w:r>
        <w:br/>
        <w:t xml:space="preserve">  - ☐ Village: __________</w:t>
      </w:r>
      <w:r>
        <w:br/>
      </w:r>
      <w:r w:rsidR="00991AA8">
        <w:t xml:space="preserve">5. </w:t>
      </w:r>
      <w:r>
        <w:t>Level of Education:</w:t>
      </w:r>
      <w:r>
        <w:br/>
        <w:t xml:space="preserve">  - ☐ Illiterate</w:t>
      </w:r>
      <w:r>
        <w:br/>
        <w:t xml:space="preserve">  - ☐ Less than 6 years of schooling</w:t>
      </w:r>
      <w:r>
        <w:br/>
        <w:t xml:space="preserve">  - ☐ Between 6 and 12 years of schooling</w:t>
      </w:r>
      <w:r>
        <w:br/>
        <w:t xml:space="preserve">  - ☐ More than 12 years of schooling</w:t>
      </w:r>
      <w:r>
        <w:br/>
      </w:r>
      <w:r w:rsidR="00991AA8">
        <w:t xml:space="preserve">6. </w:t>
      </w:r>
      <w:r>
        <w:t>Do you have supplementary insurance? ☐ Yes ☐ No</w:t>
      </w:r>
      <w:r>
        <w:br/>
      </w:r>
      <w:r w:rsidR="00991AA8">
        <w:t xml:space="preserve">7. </w:t>
      </w:r>
      <w:r>
        <w:t>How long have you been ill</w:t>
      </w:r>
      <w:r w:rsidR="00991AA8">
        <w:t>?</w:t>
      </w:r>
      <w:r>
        <w:t xml:space="preserve"> ______ years</w:t>
      </w:r>
      <w:r>
        <w:br/>
      </w:r>
      <w:r w:rsidR="00991AA8">
        <w:t xml:space="preserve">8. </w:t>
      </w:r>
      <w:r>
        <w:t>Employment Status:</w:t>
      </w:r>
      <w:r>
        <w:br/>
        <w:t xml:space="preserve">  - ☐ Homemaker</w:t>
      </w:r>
      <w:r>
        <w:br/>
        <w:t xml:space="preserve">  - ☐ Retired</w:t>
      </w:r>
      <w:r>
        <w:br/>
        <w:t xml:space="preserve">  - ☐ Disabled</w:t>
      </w:r>
      <w:r>
        <w:br/>
        <w:t xml:space="preserve">  - ☐ Employed</w:t>
      </w:r>
      <w:r>
        <w:br/>
        <w:t xml:space="preserve">  - ☐ Unemployed</w:t>
      </w:r>
      <w:r>
        <w:br/>
        <w:t xml:space="preserve">  - ☐ Student/School Attendee</w:t>
      </w:r>
      <w:r>
        <w:br/>
      </w:r>
      <w:r w:rsidR="00991AA8">
        <w:t xml:space="preserve">9. </w:t>
      </w:r>
      <w:r>
        <w:t>Do you smoke? ☐ Yes ☐ No</w:t>
      </w:r>
      <w:r>
        <w:br/>
      </w:r>
      <w:r w:rsidR="00991AA8">
        <w:t xml:space="preserve">10. </w:t>
      </w:r>
      <w:r>
        <w:t>What is your primary medication f</w:t>
      </w:r>
      <w:r w:rsidR="00991AA8">
        <w:t>or treating ulcerative colitis?</w:t>
      </w:r>
      <w:r>
        <w:t xml:space="preserve"> ____________</w:t>
      </w:r>
      <w:r>
        <w:br/>
      </w:r>
    </w:p>
    <w:p w:rsidR="00316A9A" w:rsidRDefault="003E60F4">
      <w:pPr>
        <w:pStyle w:val="Heading2"/>
      </w:pPr>
      <w:r>
        <w:t>Section 2: Direct Medical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9"/>
        <w:gridCol w:w="642"/>
        <w:gridCol w:w="642"/>
        <w:gridCol w:w="642"/>
        <w:gridCol w:w="642"/>
        <w:gridCol w:w="642"/>
        <w:gridCol w:w="641"/>
        <w:gridCol w:w="641"/>
        <w:gridCol w:w="641"/>
        <w:gridCol w:w="641"/>
        <w:gridCol w:w="641"/>
        <w:gridCol w:w="641"/>
        <w:gridCol w:w="641"/>
      </w:tblGrid>
      <w:tr w:rsidR="00316A9A" w:rsidTr="00ED7B86">
        <w:tc>
          <w:tcPr>
            <w:tcW w:w="1159" w:type="dxa"/>
          </w:tcPr>
          <w:p w:rsidR="00316A9A" w:rsidRDefault="003E60F4">
            <w:r>
              <w:t>Variable Name</w:t>
            </w:r>
          </w:p>
        </w:tc>
        <w:tc>
          <w:tcPr>
            <w:tcW w:w="642" w:type="dxa"/>
          </w:tcPr>
          <w:p w:rsidR="00316A9A" w:rsidRDefault="003E60F4">
            <w:r>
              <w:t>Month 1</w:t>
            </w:r>
          </w:p>
        </w:tc>
        <w:tc>
          <w:tcPr>
            <w:tcW w:w="642" w:type="dxa"/>
          </w:tcPr>
          <w:p w:rsidR="00316A9A" w:rsidRDefault="003E60F4">
            <w:r>
              <w:t>Month 2</w:t>
            </w:r>
          </w:p>
        </w:tc>
        <w:tc>
          <w:tcPr>
            <w:tcW w:w="642" w:type="dxa"/>
          </w:tcPr>
          <w:p w:rsidR="00316A9A" w:rsidRDefault="003E60F4">
            <w:r>
              <w:t>Month 3</w:t>
            </w:r>
          </w:p>
        </w:tc>
        <w:tc>
          <w:tcPr>
            <w:tcW w:w="642" w:type="dxa"/>
          </w:tcPr>
          <w:p w:rsidR="00316A9A" w:rsidRDefault="003E60F4">
            <w:r>
              <w:t>Month 4</w:t>
            </w:r>
          </w:p>
        </w:tc>
        <w:tc>
          <w:tcPr>
            <w:tcW w:w="642" w:type="dxa"/>
          </w:tcPr>
          <w:p w:rsidR="00316A9A" w:rsidRDefault="003E60F4">
            <w:r>
              <w:t>Month 5</w:t>
            </w:r>
          </w:p>
        </w:tc>
        <w:tc>
          <w:tcPr>
            <w:tcW w:w="641" w:type="dxa"/>
          </w:tcPr>
          <w:p w:rsidR="00316A9A" w:rsidRDefault="003E60F4">
            <w:r>
              <w:t>Month 6</w:t>
            </w:r>
          </w:p>
        </w:tc>
        <w:tc>
          <w:tcPr>
            <w:tcW w:w="641" w:type="dxa"/>
          </w:tcPr>
          <w:p w:rsidR="00316A9A" w:rsidRDefault="003E60F4">
            <w:r>
              <w:t>Month 7</w:t>
            </w:r>
          </w:p>
        </w:tc>
        <w:tc>
          <w:tcPr>
            <w:tcW w:w="641" w:type="dxa"/>
          </w:tcPr>
          <w:p w:rsidR="00316A9A" w:rsidRDefault="003E60F4">
            <w:r>
              <w:t>Month 8</w:t>
            </w:r>
          </w:p>
        </w:tc>
        <w:tc>
          <w:tcPr>
            <w:tcW w:w="641" w:type="dxa"/>
          </w:tcPr>
          <w:p w:rsidR="00316A9A" w:rsidRDefault="003E60F4">
            <w:r>
              <w:t>Month 9</w:t>
            </w:r>
          </w:p>
        </w:tc>
        <w:tc>
          <w:tcPr>
            <w:tcW w:w="641" w:type="dxa"/>
          </w:tcPr>
          <w:p w:rsidR="00316A9A" w:rsidRDefault="003E60F4">
            <w:r>
              <w:t>Month 10</w:t>
            </w:r>
          </w:p>
        </w:tc>
        <w:tc>
          <w:tcPr>
            <w:tcW w:w="641" w:type="dxa"/>
          </w:tcPr>
          <w:p w:rsidR="00316A9A" w:rsidRDefault="003E60F4">
            <w:r>
              <w:t>Month 11</w:t>
            </w:r>
          </w:p>
        </w:tc>
        <w:tc>
          <w:tcPr>
            <w:tcW w:w="641" w:type="dxa"/>
          </w:tcPr>
          <w:p w:rsidR="00316A9A" w:rsidRDefault="003E60F4">
            <w:r>
              <w:t>Month 12</w:t>
            </w:r>
          </w:p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visits to subspecialist doctors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 xml:space="preserve">Number of visits </w:t>
            </w:r>
            <w:r>
              <w:lastRenderedPageBreak/>
              <w:t>to specialist doctors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lastRenderedPageBreak/>
              <w:t>Number of visits to general practitioners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Names, quantities, and brands of purchased medications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and type of imaging performed (e.g., endoscopy, colonoscopy, etc.)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laboratory visits and types of tests performed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visits to psychological counseling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visits to nutritional counseling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lastRenderedPageBreak/>
              <w:t>Number and types of physiotherapy sessions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hospital admissions and names of hospitals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surgeries and names of hospitals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Number of nursing services used at clinics (e.g., medication injections)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  <w:tr w:rsidR="00316A9A" w:rsidTr="00ED7B86">
        <w:tc>
          <w:tcPr>
            <w:tcW w:w="1159" w:type="dxa"/>
          </w:tcPr>
          <w:p w:rsidR="00316A9A" w:rsidRDefault="003E60F4">
            <w:r>
              <w:t>Other (please list any uncovered services or medications)</w:t>
            </w:r>
          </w:p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2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  <w:tc>
          <w:tcPr>
            <w:tcW w:w="641" w:type="dxa"/>
          </w:tcPr>
          <w:p w:rsidR="00316A9A" w:rsidRDefault="00316A9A"/>
        </w:tc>
      </w:tr>
    </w:tbl>
    <w:p w:rsidR="00ED7B86" w:rsidRDefault="00ED7B86">
      <w:pPr>
        <w:pStyle w:val="Heading2"/>
      </w:pPr>
    </w:p>
    <w:p w:rsidR="00ED7B86" w:rsidRDefault="00ED7B86" w:rsidP="00ED7B86"/>
    <w:p w:rsidR="00ED7B86" w:rsidRPr="00ED7B86" w:rsidRDefault="00ED7B86" w:rsidP="00ED7B86"/>
    <w:p w:rsidR="00ED7B86" w:rsidRDefault="00ED7B86">
      <w:pPr>
        <w:pStyle w:val="Heading2"/>
      </w:pPr>
    </w:p>
    <w:p w:rsidR="00013F18" w:rsidRDefault="00013F18" w:rsidP="00013F18"/>
    <w:p w:rsidR="00013F18" w:rsidRPr="00013F18" w:rsidRDefault="00013F18" w:rsidP="00013F18">
      <w:bookmarkStart w:id="0" w:name="_GoBack"/>
      <w:bookmarkEnd w:id="0"/>
    </w:p>
    <w:p w:rsidR="00316A9A" w:rsidRDefault="003E60F4">
      <w:pPr>
        <w:pStyle w:val="Heading2"/>
      </w:pPr>
      <w:r>
        <w:lastRenderedPageBreak/>
        <w:t>Section 3: Direct Non-Medical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633"/>
        <w:gridCol w:w="633"/>
        <w:gridCol w:w="633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</w:tblGrid>
      <w:tr w:rsidR="00013F18" w:rsidTr="0022675B">
        <w:tc>
          <w:tcPr>
            <w:tcW w:w="1269" w:type="dxa"/>
          </w:tcPr>
          <w:p w:rsidR="00013F18" w:rsidRDefault="00013F18" w:rsidP="0022675B">
            <w:r>
              <w:t>Variable Name</w:t>
            </w:r>
          </w:p>
        </w:tc>
        <w:tc>
          <w:tcPr>
            <w:tcW w:w="633" w:type="dxa"/>
          </w:tcPr>
          <w:p w:rsidR="00013F18" w:rsidRDefault="00013F18" w:rsidP="0022675B">
            <w:r>
              <w:t>Month 1</w:t>
            </w:r>
          </w:p>
        </w:tc>
        <w:tc>
          <w:tcPr>
            <w:tcW w:w="633" w:type="dxa"/>
          </w:tcPr>
          <w:p w:rsidR="00013F18" w:rsidRDefault="00013F18" w:rsidP="0022675B">
            <w:r>
              <w:t>Month 2</w:t>
            </w:r>
          </w:p>
        </w:tc>
        <w:tc>
          <w:tcPr>
            <w:tcW w:w="633" w:type="dxa"/>
          </w:tcPr>
          <w:p w:rsidR="00013F18" w:rsidRDefault="00013F18" w:rsidP="0022675B">
            <w:r>
              <w:t>Month 3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4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5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6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7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8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9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10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11</w:t>
            </w:r>
          </w:p>
        </w:tc>
        <w:tc>
          <w:tcPr>
            <w:tcW w:w="632" w:type="dxa"/>
          </w:tcPr>
          <w:p w:rsidR="00013F18" w:rsidRDefault="00013F18" w:rsidP="0022675B">
            <w:r>
              <w:t>Month 12</w:t>
            </w:r>
          </w:p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clinics/hospitals for subspecialist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the medical center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per visit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clinics/hospitals for specialist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the medical center (in km) for specialist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specialist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 xml:space="preserve">Number of accompanying persons for specialist </w:t>
            </w:r>
            <w:r>
              <w:lastRenderedPageBreak/>
              <w:t>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lastRenderedPageBreak/>
              <w:t>Number of trips to clinics/hospitals for general practitioner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the medical center (in km) for general practitioner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general practitioner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for general practitioner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pharmacies to purchase medication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pharmacies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pharmacy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</w:t>
            </w:r>
            <w:r>
              <w:lastRenderedPageBreak/>
              <w:t>ying persons for pharmacy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lastRenderedPageBreak/>
              <w:t>Number of trips to laboratories for tests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laboratories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laboratory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for laboratory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physiotherapy centers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physiotherapy centers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physiotherapy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for physiother</w:t>
            </w:r>
            <w:r>
              <w:lastRenderedPageBreak/>
              <w:t>apy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lastRenderedPageBreak/>
              <w:t>Number of trips to psychological counseling sessions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psychological counseling centers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psychological counseling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for psychological counseling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nutritional counseling sessions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nutritional counseling centers (in km)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 xml:space="preserve">Type of transportation used for nutritional counseling </w:t>
            </w:r>
            <w:r>
              <w:lastRenderedPageBreak/>
              <w:t>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lastRenderedPageBreak/>
              <w:t>Number of accompanying persons for nutritional counseling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the hospital for admission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the hospital (in km) for admission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Type of transportation used for hospital admission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accompanying persons for hospital admission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trips to the hospital for surgery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Distance to the hospital (in km) for surgery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 xml:space="preserve">Type of transportation used for surgery </w:t>
            </w:r>
            <w:r>
              <w:lastRenderedPageBreak/>
              <w:t>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lastRenderedPageBreak/>
              <w:t>Number of accompanying persons for surgery visits (if applicable)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nursing services used at home (e.g., medication injections)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Cost of purchasing medical support equipment (e.g., books, medical equipment, dietary supplements, etc.)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Number of caregiving hours provided by family members at home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Accommodation costs (if applicable) during treatment visits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1269" w:type="dxa"/>
          </w:tcPr>
          <w:p w:rsidR="00013F18" w:rsidRDefault="00013F18" w:rsidP="0022675B">
            <w:r>
              <w:t>Food costs during treatment visits (e.g., clinic, hospital, etc.)</w:t>
            </w:r>
          </w:p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3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  <w:tc>
          <w:tcPr>
            <w:tcW w:w="632" w:type="dxa"/>
          </w:tcPr>
          <w:p w:rsidR="00013F18" w:rsidRDefault="00013F18" w:rsidP="0022675B"/>
        </w:tc>
      </w:tr>
      <w:tr w:rsidR="00013F18" w:rsidTr="0022675B">
        <w:tc>
          <w:tcPr>
            <w:tcW w:w="8856" w:type="dxa"/>
            <w:gridSpan w:val="13"/>
          </w:tcPr>
          <w:p w:rsidR="00013F18" w:rsidRDefault="00013F18" w:rsidP="0022675B">
            <w:pPr>
              <w:pStyle w:val="NormalWeb"/>
            </w:pPr>
            <w:r>
              <w:rPr>
                <w:rStyle w:val="Strong"/>
              </w:rPr>
              <w:lastRenderedPageBreak/>
              <w:t>Note:</w:t>
            </w:r>
            <w:r>
              <w:t xml:space="preserve"> If you visited the center/clinic/etc. for multiple services at the same time, please report the above questions for only one service.</w:t>
            </w:r>
          </w:p>
        </w:tc>
      </w:tr>
    </w:tbl>
    <w:p w:rsidR="00316A9A" w:rsidRDefault="003E60F4">
      <w:pPr>
        <w:pStyle w:val="Heading2"/>
      </w:pPr>
      <w:r>
        <w:t>Section 4: Indirect Costs</w:t>
      </w:r>
    </w:p>
    <w:p w:rsidR="00013F18" w:rsidRDefault="00ED7B86" w:rsidP="00991AA8">
      <w:r>
        <w:br/>
        <w:t>**For Patients:**</w:t>
      </w:r>
      <w:r>
        <w:br/>
        <w:t xml:space="preserve">1. </w:t>
      </w:r>
      <w:r w:rsidR="003E60F4" w:rsidRPr="003E60F4">
        <w:rPr>
          <w:b/>
          <w:bCs/>
        </w:rPr>
        <w:t>Are you currently employed?</w:t>
      </w:r>
      <w:r w:rsidR="003E60F4">
        <w:t xml:space="preserve"> ☐ Yes ☐ No  (If "No," skip the remaining questions.)</w:t>
      </w:r>
      <w:r w:rsidR="003E60F4">
        <w:br/>
        <w:t xml:space="preserve">2. </w:t>
      </w:r>
      <w:r w:rsidR="003E60F4" w:rsidRPr="003E60F4">
        <w:rPr>
          <w:b/>
          <w:bCs/>
        </w:rPr>
        <w:t>Have you retired early due to ulcerative colitis?</w:t>
      </w:r>
      <w:r w:rsidR="003E60F4">
        <w:t xml:space="preserve"> ☐ Yes ☐ No</w:t>
      </w:r>
      <w:r w:rsidR="003E60F4">
        <w:br/>
        <w:t xml:space="preserve">   - If yes, how many years early? _______</w:t>
      </w:r>
      <w:r w:rsidR="003E60F4">
        <w:br/>
        <w:t xml:space="preserve">3. </w:t>
      </w:r>
      <w:r w:rsidR="003E60F4" w:rsidRPr="003E60F4">
        <w:rPr>
          <w:b/>
          <w:bCs/>
        </w:rPr>
        <w:t>How many days of work did you miss due to illness in the past three months?</w:t>
      </w:r>
      <w:r w:rsidR="003E60F4">
        <w:t xml:space="preserve"> ______ days</w:t>
      </w:r>
      <w:r w:rsidR="003E60F4">
        <w:br/>
        <w:t xml:space="preserve">4. </w:t>
      </w:r>
      <w:r w:rsidR="003E60F4" w:rsidRPr="003E60F4">
        <w:rPr>
          <w:b/>
          <w:bCs/>
        </w:rPr>
        <w:t xml:space="preserve">How many days of work did you miss due to medical appointments in the past three months? </w:t>
      </w:r>
      <w:r w:rsidR="003E60F4">
        <w:t>______ days</w:t>
      </w:r>
      <w:r w:rsidR="003E60F4">
        <w:br/>
        <w:t xml:space="preserve">5. </w:t>
      </w:r>
      <w:r w:rsidR="003E60F4" w:rsidRPr="003E60F4">
        <w:rPr>
          <w:b/>
          <w:bCs/>
        </w:rPr>
        <w:t>How many days of work did you miss due to hospitalization or surgery in the past three months?</w:t>
      </w:r>
      <w:r w:rsidR="003E60F4">
        <w:t xml:space="preserve"> ______ days</w:t>
      </w:r>
      <w:r w:rsidR="003E60F4">
        <w:br/>
        <w:t xml:space="preserve">6. </w:t>
      </w:r>
      <w:r w:rsidR="003E60F4" w:rsidRPr="003E60F4">
        <w:rPr>
          <w:b/>
          <w:bCs/>
        </w:rPr>
        <w:t xml:space="preserve">After hospital discharge, how many days did it take to return to work? </w:t>
      </w:r>
      <w:r w:rsidR="00013F18">
        <w:t>______ days</w:t>
      </w:r>
    </w:p>
    <w:p w:rsidR="00991AA8" w:rsidRDefault="003E60F4" w:rsidP="00991AA8">
      <w:r>
        <w:br/>
        <w:t>*</w:t>
      </w:r>
      <w:r w:rsidRPr="003E60F4">
        <w:rPr>
          <w:b/>
          <w:bCs/>
        </w:rPr>
        <w:t>*Fo</w:t>
      </w:r>
      <w:r w:rsidR="00991AA8" w:rsidRPr="003E60F4">
        <w:rPr>
          <w:b/>
          <w:bCs/>
        </w:rPr>
        <w:t>r Caregivers (if applicable</w:t>
      </w:r>
      <w:proofErr w:type="gramStart"/>
      <w:r w:rsidR="00991AA8" w:rsidRPr="003E60F4">
        <w:rPr>
          <w:b/>
          <w:bCs/>
        </w:rPr>
        <w:t>):*</w:t>
      </w:r>
      <w:proofErr w:type="gramEnd"/>
      <w:r w:rsidR="00991AA8" w:rsidRPr="003E60F4">
        <w:rPr>
          <w:b/>
          <w:bCs/>
        </w:rPr>
        <w:t>*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Are you currently employed (e.g., in a formal job or self-employed)?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Yes </w:t>
      </w:r>
      <w:r w:rsidRPr="00991AA8">
        <w:rPr>
          <w:rFonts w:ascii="Segoe UI Symbol" w:hAnsi="Segoe UI Symbol" w:cs="Segoe UI Symbol"/>
        </w:rPr>
        <w:t>☐</w:t>
      </w:r>
      <w:r>
        <w:t xml:space="preserve"> No (If "No," proceed to Question 7.)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How many hours per month do you work?</w:t>
      </w:r>
      <w:r>
        <w:br/>
        <w:t>______ hours (e.g., based on your employment contract).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Are you currently working full-time?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Yes (If "Yes," proceed to Question 6.) </w:t>
      </w:r>
      <w:r w:rsidRPr="00991AA8">
        <w:rPr>
          <w:rFonts w:ascii="Segoe UI Symbol" w:hAnsi="Segoe UI Symbol" w:cs="Segoe UI Symbol"/>
        </w:rPr>
        <w:t>☐</w:t>
      </w:r>
      <w:r>
        <w:t xml:space="preserve"> No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Have you reduced your working hours due to caring for a relative (ulcerative colitis patient)?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Yes </w:t>
      </w:r>
      <w:r w:rsidRPr="00991AA8">
        <w:rPr>
          <w:rFonts w:ascii="Segoe UI Symbol" w:hAnsi="Segoe UI Symbol" w:cs="Segoe UI Symbol"/>
        </w:rPr>
        <w:t>☐</w:t>
      </w:r>
      <w:r>
        <w:t xml:space="preserve"> No (If "No," proceed to Question 6.)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How many hours per month were you working before reducing your hours?</w:t>
      </w:r>
      <w:r>
        <w:br/>
        <w:t>______ hours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How many hours of work did you lose in the past month due to the illness/condition of your relative (ulcerative colitis patient)?</w:t>
      </w:r>
      <w:r>
        <w:br/>
        <w:t>______ hours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If you are not currently employed, did you stop working because of your relative's illness/condition (ulcerative colitis)?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Yes </w:t>
      </w:r>
      <w:r w:rsidRPr="00991AA8">
        <w:t>—</w:t>
      </w:r>
      <w:r>
        <w:t xml:space="preserve"> How many hours per month were you working before? ______ hours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No</w:t>
      </w:r>
    </w:p>
    <w:p w:rsidR="00991AA8" w:rsidRDefault="00991AA8" w:rsidP="00991AA8">
      <w:pPr>
        <w:pStyle w:val="ListParagraph"/>
        <w:numPr>
          <w:ilvl w:val="0"/>
          <w:numId w:val="11"/>
        </w:numPr>
      </w:pPr>
      <w:r w:rsidRPr="00991AA8">
        <w:rPr>
          <w:b/>
          <w:bCs/>
        </w:rPr>
        <w:t>Do you receive any compensation for caregiving (e.g., from the government, insurance, charities, etc.)?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Yes </w:t>
      </w:r>
      <w:r w:rsidRPr="00991AA8">
        <w:t>—</w:t>
      </w:r>
      <w:r>
        <w:t xml:space="preserve"> How many hours per month do you spend on caregiving? ______ hours</w:t>
      </w:r>
      <w:r>
        <w:br/>
      </w:r>
      <w:r w:rsidRPr="00991AA8">
        <w:rPr>
          <w:rFonts w:ascii="Segoe UI Symbol" w:hAnsi="Segoe UI Symbol" w:cs="Segoe UI Symbol"/>
        </w:rPr>
        <w:t>☐</w:t>
      </w:r>
      <w:r>
        <w:t xml:space="preserve"> No</w:t>
      </w:r>
    </w:p>
    <w:p w:rsidR="00991AA8" w:rsidRDefault="00991AA8"/>
    <w:sectPr w:rsidR="00991AA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88198E"/>
    <w:multiLevelType w:val="hybridMultilevel"/>
    <w:tmpl w:val="AF1C677C"/>
    <w:lvl w:ilvl="0" w:tplc="498A8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83846"/>
    <w:multiLevelType w:val="multilevel"/>
    <w:tmpl w:val="0F988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F18"/>
    <w:rsid w:val="00034616"/>
    <w:rsid w:val="0006063C"/>
    <w:rsid w:val="0015074B"/>
    <w:rsid w:val="0029639D"/>
    <w:rsid w:val="00316A9A"/>
    <w:rsid w:val="00326F90"/>
    <w:rsid w:val="003E60F4"/>
    <w:rsid w:val="00991AA8"/>
    <w:rsid w:val="00AA1D8D"/>
    <w:rsid w:val="00B47730"/>
    <w:rsid w:val="00CB0664"/>
    <w:rsid w:val="00ED7B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34BB30"/>
  <w14:defaultImageDpi w14:val="300"/>
  <w15:docId w15:val="{02EF592D-813A-433B-BECB-531340E8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9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D8F22C-5BFD-4323-B4C2-EEAAE82F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1007</Words>
  <Characters>6028</Characters>
  <Application>Microsoft Office Word</Application>
  <DocSecurity>0</DocSecurity>
  <Lines>3014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resv-loptop-drkarami</cp:lastModifiedBy>
  <cp:revision>4</cp:revision>
  <dcterms:created xsi:type="dcterms:W3CDTF">2013-12-23T23:15:00Z</dcterms:created>
  <dcterms:modified xsi:type="dcterms:W3CDTF">2025-01-16T15:59:00Z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61f7649619458347e2b42a81b9efafea60d3b171a1c9c1ae85071ac155792603</vt:lpwstr>
  </property>
</Properties>
</file>