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B4DC7" w14:textId="3D9C4414" w:rsidR="000E2E15" w:rsidRPr="001707B3" w:rsidRDefault="009133F5" w:rsidP="001707B3">
      <w:pPr>
        <w:jc w:val="center"/>
        <w:rPr>
          <w:rFonts w:ascii="Aptos Display" w:eastAsiaTheme="majorEastAsia" w:hAnsi="Aptos Display" w:cstheme="majorBidi" w:hint="eastAsia"/>
          <w:b/>
          <w:spacing w:val="5"/>
          <w:kern w:val="28"/>
          <w:sz w:val="26"/>
          <w:szCs w:val="26"/>
        </w:rPr>
      </w:pPr>
      <w:r w:rsidRPr="001707B3">
        <w:rPr>
          <w:rFonts w:ascii="Aptos Display" w:eastAsiaTheme="majorEastAsia" w:hAnsi="Aptos Display" w:cstheme="majorBidi"/>
          <w:b/>
          <w:spacing w:val="5"/>
          <w:kern w:val="28"/>
          <w:sz w:val="26"/>
          <w:szCs w:val="26"/>
        </w:rPr>
        <w:t>Additional file 1. Full search strategies</w:t>
      </w:r>
    </w:p>
    <w:p w14:paraId="2EEC80D1" w14:textId="77777777" w:rsidR="009133F5" w:rsidRDefault="009133F5" w:rsidP="009133F5"/>
    <w:p w14:paraId="1A312093" w14:textId="77777777" w:rsidR="00B2631E" w:rsidRDefault="00B2631E" w:rsidP="00B2631E">
      <w:pPr>
        <w:rPr>
          <w:rFonts w:eastAsiaTheme="minorHAnsi" w:cs="Times New Roman"/>
          <w:b/>
        </w:rPr>
      </w:pPr>
      <w:r>
        <w:rPr>
          <w:rFonts w:eastAsiaTheme="minorHAnsi" w:cs="Times New Roman"/>
          <w:b/>
        </w:rPr>
        <w:t>I</w:t>
      </w:r>
      <w:r w:rsidRPr="007D0A1A">
        <w:rPr>
          <w:rFonts w:eastAsiaTheme="minorHAnsi" w:cs="Times New Roman"/>
          <w:b/>
        </w:rPr>
        <w:t>nitial search</w:t>
      </w:r>
      <w:r>
        <w:rPr>
          <w:rFonts w:eastAsiaTheme="minorHAnsi" w:cs="Times New Roman"/>
          <w:b/>
        </w:rPr>
        <w:t xml:space="preserve"> (</w:t>
      </w:r>
      <w:r>
        <w:rPr>
          <w:rFonts w:eastAsiaTheme="minorHAnsi" w:cs="Times New Roman" w:hint="eastAsia"/>
          <w:b/>
        </w:rPr>
        <w:t>2</w:t>
      </w:r>
      <w:r>
        <w:rPr>
          <w:rFonts w:eastAsiaTheme="minorHAnsi" w:cs="Times New Roman"/>
          <w:b/>
        </w:rPr>
        <w:t>026.03.16)</w:t>
      </w:r>
    </w:p>
    <w:p w14:paraId="69BB5B66" w14:textId="77777777" w:rsidR="00B2631E" w:rsidRPr="00DE0C4A" w:rsidRDefault="00B2631E" w:rsidP="00B2631E">
      <w:pPr>
        <w:rPr>
          <w:rFonts w:eastAsiaTheme="minorHAnsi" w:cs="Times New Roman"/>
          <w:b/>
        </w:rPr>
      </w:pPr>
      <w:r w:rsidRPr="00DE0C4A">
        <w:rPr>
          <w:rFonts w:eastAsiaTheme="minorHAnsi" w:cs="Times New Roman" w:hint="eastAsia"/>
          <w:b/>
        </w:rPr>
        <w:t>PUBMED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37"/>
        <w:gridCol w:w="9066"/>
        <w:gridCol w:w="1231"/>
      </w:tblGrid>
      <w:tr w:rsidR="00B2631E" w:rsidRPr="00DE0C4A" w14:paraId="66DFEAF8" w14:textId="77777777" w:rsidTr="00B2631E">
        <w:tc>
          <w:tcPr>
            <w:tcW w:w="291" w:type="pct"/>
          </w:tcPr>
          <w:p w14:paraId="53AE5A81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</w:p>
        </w:tc>
        <w:tc>
          <w:tcPr>
            <w:tcW w:w="4146" w:type="pct"/>
          </w:tcPr>
          <w:p w14:paraId="62D2E9C4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Searches</w:t>
            </w:r>
          </w:p>
        </w:tc>
        <w:tc>
          <w:tcPr>
            <w:tcW w:w="563" w:type="pct"/>
          </w:tcPr>
          <w:p w14:paraId="505EFB6A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Results</w:t>
            </w:r>
          </w:p>
        </w:tc>
      </w:tr>
      <w:tr w:rsidR="00B2631E" w:rsidRPr="00DE0C4A" w14:paraId="30FCE3DE" w14:textId="77777777" w:rsidTr="00B2631E">
        <w:tc>
          <w:tcPr>
            <w:tcW w:w="291" w:type="pct"/>
          </w:tcPr>
          <w:p w14:paraId="374627A7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#1</w:t>
            </w:r>
          </w:p>
        </w:tc>
        <w:tc>
          <w:tcPr>
            <w:tcW w:w="4146" w:type="pct"/>
          </w:tcPr>
          <w:p w14:paraId="196BF94D" w14:textId="77777777" w:rsidR="00B2631E" w:rsidRPr="00C15BD0" w:rsidRDefault="00B2631E" w:rsidP="00EF4384">
            <w:pPr>
              <w:rPr>
                <w:rStyle w:val="af1"/>
                <w:rFonts w:ascii="Segoe UI" w:hAnsi="Segoe UI" w:cs="Segoe UI"/>
                <w:b w:val="0"/>
                <w:bCs w:val="0"/>
                <w:color w:val="212121"/>
                <w:shd w:val="clear" w:color="auto" w:fill="F6F6F6"/>
              </w:rPr>
            </w:pPr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"Medicine, Korean Traditional"[Mesh] OR "medicine, 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korean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 traditional"[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"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korean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 medicine"[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] OR "traditional 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korean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 medicine"[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"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korean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 traditional medicine"[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] OR ("Medicine, East Asian Traditional"[Mesh] AND 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])</w:t>
            </w:r>
          </w:p>
          <w:p w14:paraId="5E47CB53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</w:p>
        </w:tc>
        <w:tc>
          <w:tcPr>
            <w:tcW w:w="563" w:type="pct"/>
          </w:tcPr>
          <w:p w14:paraId="03500C84" w14:textId="77777777" w:rsidR="00B2631E" w:rsidRPr="00BE3FE4" w:rsidRDefault="00B2631E" w:rsidP="00EF4384">
            <w:pPr>
              <w:rPr>
                <w:rFonts w:eastAsiaTheme="minorHAnsi" w:cs="Times New Roman"/>
                <w:b/>
                <w:bCs/>
              </w:rPr>
            </w:pPr>
            <w:r w:rsidRPr="00BE3FE4">
              <w:rPr>
                <w:rFonts w:eastAsiaTheme="minorHAnsi" w:cs="Times New Roman"/>
                <w:b/>
                <w:bCs/>
              </w:rPr>
              <w:t>1,852</w:t>
            </w:r>
          </w:p>
        </w:tc>
      </w:tr>
      <w:tr w:rsidR="00B2631E" w:rsidRPr="00DE0C4A" w14:paraId="58EFD4EE" w14:textId="77777777" w:rsidTr="00B2631E">
        <w:tc>
          <w:tcPr>
            <w:tcW w:w="291" w:type="pct"/>
          </w:tcPr>
          <w:p w14:paraId="70BE932A" w14:textId="77777777" w:rsidR="00B2631E" w:rsidRPr="00DE0C4A" w:rsidRDefault="00B2631E" w:rsidP="00EF4384">
            <w:pPr>
              <w:rPr>
                <w:rFonts w:eastAsiaTheme="minorHAnsi" w:cs="Times New Roman"/>
                <w:szCs w:val="20"/>
              </w:rPr>
            </w:pPr>
            <w:bookmarkStart w:id="0" w:name="_Hlk131668514"/>
            <w:r w:rsidRPr="00DE0C4A">
              <w:rPr>
                <w:rFonts w:eastAsiaTheme="minorHAnsi" w:cs="Times New Roman"/>
                <w:szCs w:val="20"/>
              </w:rPr>
              <w:t>#2</w:t>
            </w:r>
          </w:p>
        </w:tc>
        <w:tc>
          <w:tcPr>
            <w:tcW w:w="4146" w:type="pct"/>
          </w:tcPr>
          <w:p w14:paraId="5A20A918" w14:textId="77777777" w:rsidR="00B2631E" w:rsidRPr="00C15BD0" w:rsidRDefault="00B2631E" w:rsidP="00EF4384">
            <w:pPr>
              <w:rPr>
                <w:rFonts w:eastAsiaTheme="minorHAnsi" w:cs="Times New Roman"/>
                <w:b/>
                <w:bCs/>
              </w:rPr>
            </w:pPr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"Implementation Science"[Mesh] OR "Diffusion of Innovation"[Mesh] OR "Program Evaluation"[Mesh] OR "Delivery of Health Care"[Mesh] OR "Health Services"[Mesh] OR implementation[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"implementation research"[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"implementation science"[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adoption[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feasibility[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acceptability[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appropriateness[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applicability[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fidelity[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sustainability[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penetration[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] OR "implementation 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strateg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*"[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barrier*[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facilitator*[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determinant*[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process[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"process evaluation"[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</w:t>
            </w:r>
          </w:p>
        </w:tc>
        <w:tc>
          <w:tcPr>
            <w:tcW w:w="563" w:type="pct"/>
          </w:tcPr>
          <w:p w14:paraId="3203DADB" w14:textId="77777777" w:rsidR="00B2631E" w:rsidRPr="00DE0C4A" w:rsidRDefault="00B2631E" w:rsidP="00EF4384">
            <w:pPr>
              <w:rPr>
                <w:rFonts w:eastAsiaTheme="minorHAnsi" w:cs="Times New Roman"/>
                <w:b/>
                <w:bCs/>
                <w:szCs w:val="20"/>
              </w:rPr>
            </w:pPr>
            <w:r>
              <w:rPr>
                <w:rFonts w:eastAsiaTheme="minorHAnsi" w:cs="Times New Roman"/>
                <w:b/>
                <w:bCs/>
                <w:szCs w:val="20"/>
              </w:rPr>
              <w:t>14,342</w:t>
            </w:r>
          </w:p>
        </w:tc>
      </w:tr>
      <w:bookmarkEnd w:id="0"/>
      <w:tr w:rsidR="00B2631E" w:rsidRPr="00DE0C4A" w14:paraId="40FD0846" w14:textId="77777777" w:rsidTr="00B2631E">
        <w:tc>
          <w:tcPr>
            <w:tcW w:w="291" w:type="pct"/>
            <w:vAlign w:val="center"/>
          </w:tcPr>
          <w:p w14:paraId="03C89258" w14:textId="77777777" w:rsidR="00B2631E" w:rsidRPr="00DE0C4A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DE0C4A">
              <w:rPr>
                <w:rFonts w:eastAsiaTheme="minorHAnsi" w:cs="Times New Roman"/>
                <w:color w:val="000000"/>
                <w:szCs w:val="20"/>
              </w:rPr>
              <w:t>#3</w:t>
            </w:r>
          </w:p>
        </w:tc>
        <w:tc>
          <w:tcPr>
            <w:tcW w:w="4146" w:type="pct"/>
            <w:vAlign w:val="center"/>
          </w:tcPr>
          <w:p w14:paraId="40A2F251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rPr>
                <w:rFonts w:eastAsiaTheme="minorHAnsi" w:cs="Times New Roman"/>
                <w:color w:val="000000"/>
                <w:szCs w:val="20"/>
              </w:rPr>
              <w:t>#1 AND #2</w:t>
            </w:r>
          </w:p>
        </w:tc>
        <w:tc>
          <w:tcPr>
            <w:tcW w:w="563" w:type="pct"/>
          </w:tcPr>
          <w:p w14:paraId="4636D7AE" w14:textId="77777777" w:rsidR="00B2631E" w:rsidRPr="00BE3FE4" w:rsidRDefault="00B2631E" w:rsidP="00EF4384">
            <w:pPr>
              <w:rPr>
                <w:rFonts w:eastAsiaTheme="minorHAnsi" w:cs="Times New Roman"/>
                <w:b/>
                <w:bCs/>
                <w:szCs w:val="20"/>
              </w:rPr>
            </w:pPr>
            <w:r w:rsidRPr="00BE3FE4">
              <w:rPr>
                <w:rFonts w:eastAsiaTheme="minorHAnsi" w:cs="Times New Roman"/>
                <w:b/>
                <w:bCs/>
                <w:szCs w:val="20"/>
              </w:rPr>
              <w:t>321</w:t>
            </w:r>
          </w:p>
        </w:tc>
      </w:tr>
    </w:tbl>
    <w:p w14:paraId="46334C02" w14:textId="77777777" w:rsidR="00B2631E" w:rsidRPr="00DE0C4A" w:rsidRDefault="00B2631E" w:rsidP="00B2631E">
      <w:pPr>
        <w:spacing w:after="0"/>
        <w:rPr>
          <w:rFonts w:eastAsiaTheme="minorHAnsi" w:cs="Times New Roman"/>
        </w:rPr>
      </w:pPr>
    </w:p>
    <w:p w14:paraId="38F7B5C1" w14:textId="77777777" w:rsidR="00B2631E" w:rsidRPr="00DE0C4A" w:rsidRDefault="00B2631E" w:rsidP="00B2631E">
      <w:pPr>
        <w:rPr>
          <w:rFonts w:eastAsiaTheme="minorHAnsi" w:cs="Times New Roman"/>
          <w:b/>
        </w:rPr>
      </w:pPr>
    </w:p>
    <w:p w14:paraId="12047C77" w14:textId="77777777" w:rsidR="00B2631E" w:rsidRPr="00DE0C4A" w:rsidRDefault="00B2631E" w:rsidP="00B2631E">
      <w:pPr>
        <w:rPr>
          <w:rFonts w:eastAsiaTheme="minorHAnsi" w:cs="Times New Roman"/>
          <w:b/>
        </w:rPr>
      </w:pPr>
      <w:r w:rsidRPr="00DE0C4A">
        <w:rPr>
          <w:rFonts w:eastAsiaTheme="minorHAnsi" w:cs="Times New Roman" w:hint="eastAsia"/>
          <w:b/>
        </w:rPr>
        <w:t>EMBASE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32"/>
        <w:gridCol w:w="9016"/>
        <w:gridCol w:w="1286"/>
      </w:tblGrid>
      <w:tr w:rsidR="00B2631E" w:rsidRPr="00DE0C4A" w14:paraId="40DCE03E" w14:textId="77777777" w:rsidTr="00B2631E">
        <w:tc>
          <w:tcPr>
            <w:tcW w:w="289" w:type="pct"/>
          </w:tcPr>
          <w:p w14:paraId="5127A26B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</w:p>
        </w:tc>
        <w:tc>
          <w:tcPr>
            <w:tcW w:w="4123" w:type="pct"/>
          </w:tcPr>
          <w:p w14:paraId="788EBDC2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Searches</w:t>
            </w:r>
          </w:p>
        </w:tc>
        <w:tc>
          <w:tcPr>
            <w:tcW w:w="588" w:type="pct"/>
          </w:tcPr>
          <w:p w14:paraId="1712A1FB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Results</w:t>
            </w:r>
          </w:p>
        </w:tc>
      </w:tr>
      <w:tr w:rsidR="00B2631E" w:rsidRPr="00DE0C4A" w14:paraId="38CAB80E" w14:textId="77777777" w:rsidTr="00B2631E">
        <w:tc>
          <w:tcPr>
            <w:tcW w:w="289" w:type="pct"/>
          </w:tcPr>
          <w:p w14:paraId="74937DFE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#1</w:t>
            </w:r>
          </w:p>
        </w:tc>
        <w:tc>
          <w:tcPr>
            <w:tcW w:w="4123" w:type="pct"/>
          </w:tcPr>
          <w:p w14:paraId="59556073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rPr>
                <w:rFonts w:eastAsiaTheme="minorHAnsi" w:cs="Times New Roman"/>
              </w:rPr>
              <w:t xml:space="preserve">'Korean medicine'/exp OR 'medicine, </w:t>
            </w:r>
            <w:proofErr w:type="spellStart"/>
            <w:r w:rsidRPr="00C15BD0">
              <w:rPr>
                <w:rFonts w:eastAsiaTheme="minorHAnsi" w:cs="Times New Roman"/>
              </w:rPr>
              <w:t>korean</w:t>
            </w:r>
            <w:proofErr w:type="spellEnd"/>
            <w:r w:rsidRPr="00C15BD0">
              <w:rPr>
                <w:rFonts w:eastAsiaTheme="minorHAnsi" w:cs="Times New Roman"/>
              </w:rPr>
              <w:t xml:space="preserve"> traditional':</w:t>
            </w:r>
            <w:proofErr w:type="spellStart"/>
            <w:r w:rsidRPr="00C15BD0">
              <w:rPr>
                <w:rFonts w:eastAsiaTheme="minorHAnsi" w:cs="Times New Roman"/>
              </w:rPr>
              <w:t>ti,ab</w:t>
            </w:r>
            <w:proofErr w:type="spellEnd"/>
            <w:r w:rsidRPr="00C15BD0">
              <w:rPr>
                <w:rFonts w:eastAsiaTheme="minorHAnsi" w:cs="Times New Roman"/>
              </w:rPr>
              <w:t xml:space="preserve"> OR '</w:t>
            </w:r>
            <w:proofErr w:type="spellStart"/>
            <w:r w:rsidRPr="00C15BD0">
              <w:rPr>
                <w:rFonts w:eastAsiaTheme="minorHAnsi" w:cs="Times New Roman"/>
              </w:rPr>
              <w:t>korean</w:t>
            </w:r>
            <w:proofErr w:type="spellEnd"/>
            <w:r w:rsidRPr="00C15BD0">
              <w:rPr>
                <w:rFonts w:eastAsiaTheme="minorHAnsi" w:cs="Times New Roman"/>
              </w:rPr>
              <w:t xml:space="preserve"> medicine':</w:t>
            </w:r>
            <w:proofErr w:type="spellStart"/>
            <w:r w:rsidRPr="00C15BD0">
              <w:rPr>
                <w:rFonts w:eastAsiaTheme="minorHAnsi" w:cs="Times New Roman"/>
              </w:rPr>
              <w:t>ti,ab</w:t>
            </w:r>
            <w:proofErr w:type="spellEnd"/>
            <w:r w:rsidRPr="00C15BD0">
              <w:rPr>
                <w:rFonts w:eastAsiaTheme="minorHAnsi" w:cs="Times New Roman"/>
              </w:rPr>
              <w:t xml:space="preserve"> OR 'traditional </w:t>
            </w:r>
            <w:proofErr w:type="spellStart"/>
            <w:r w:rsidRPr="00C15BD0">
              <w:rPr>
                <w:rFonts w:eastAsiaTheme="minorHAnsi" w:cs="Times New Roman"/>
              </w:rPr>
              <w:t>korean</w:t>
            </w:r>
            <w:proofErr w:type="spellEnd"/>
            <w:r w:rsidRPr="00C15BD0">
              <w:rPr>
                <w:rFonts w:eastAsiaTheme="minorHAnsi" w:cs="Times New Roman"/>
              </w:rPr>
              <w:t xml:space="preserve"> medicine':</w:t>
            </w:r>
            <w:proofErr w:type="spellStart"/>
            <w:r w:rsidRPr="00C15BD0">
              <w:rPr>
                <w:rFonts w:eastAsiaTheme="minorHAnsi" w:cs="Times New Roman"/>
              </w:rPr>
              <w:t>ti,ab</w:t>
            </w:r>
            <w:proofErr w:type="spellEnd"/>
            <w:r w:rsidRPr="00C15BD0">
              <w:rPr>
                <w:rFonts w:eastAsiaTheme="minorHAnsi" w:cs="Times New Roman"/>
              </w:rPr>
              <w:t xml:space="preserve"> OR '</w:t>
            </w:r>
            <w:proofErr w:type="spellStart"/>
            <w:r w:rsidRPr="00C15BD0">
              <w:rPr>
                <w:rFonts w:eastAsiaTheme="minorHAnsi" w:cs="Times New Roman"/>
              </w:rPr>
              <w:t>korean</w:t>
            </w:r>
            <w:proofErr w:type="spellEnd"/>
            <w:r w:rsidRPr="00C15BD0">
              <w:rPr>
                <w:rFonts w:eastAsiaTheme="minorHAnsi" w:cs="Times New Roman"/>
              </w:rPr>
              <w:t xml:space="preserve"> traditional medicine':</w:t>
            </w:r>
            <w:proofErr w:type="spellStart"/>
            <w:r w:rsidRPr="00C15BD0">
              <w:rPr>
                <w:rFonts w:eastAsiaTheme="minorHAnsi" w:cs="Times New Roman"/>
              </w:rPr>
              <w:t>ti,ab</w:t>
            </w:r>
            <w:proofErr w:type="spellEnd"/>
            <w:r w:rsidRPr="00C15BD0">
              <w:rPr>
                <w:rFonts w:eastAsiaTheme="minorHAnsi" w:cs="Times New Roman"/>
              </w:rPr>
              <w:t xml:space="preserve"> OR ('oriental medicine'/exp AND </w:t>
            </w:r>
            <w:proofErr w:type="spellStart"/>
            <w:r w:rsidRPr="00C15BD0">
              <w:rPr>
                <w:rFonts w:eastAsiaTheme="minorHAnsi" w:cs="Times New Roman"/>
              </w:rPr>
              <w:t>korea:ti,ab</w:t>
            </w:r>
            <w:proofErr w:type="spellEnd"/>
            <w:r w:rsidRPr="00C15BD0">
              <w:rPr>
                <w:rFonts w:eastAsiaTheme="minorHAnsi" w:cs="Times New Roman"/>
              </w:rPr>
              <w:t>)</w:t>
            </w:r>
          </w:p>
        </w:tc>
        <w:tc>
          <w:tcPr>
            <w:tcW w:w="588" w:type="pct"/>
          </w:tcPr>
          <w:p w14:paraId="3B61FA43" w14:textId="77777777" w:rsidR="00B2631E" w:rsidRPr="00DE0C4A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2,542</w:t>
            </w:r>
          </w:p>
        </w:tc>
      </w:tr>
      <w:tr w:rsidR="00B2631E" w:rsidRPr="00DE0C4A" w14:paraId="5F94947A" w14:textId="77777777" w:rsidTr="00B2631E">
        <w:tc>
          <w:tcPr>
            <w:tcW w:w="289" w:type="pct"/>
          </w:tcPr>
          <w:p w14:paraId="5403B126" w14:textId="77777777" w:rsidR="00B2631E" w:rsidRPr="00DE0C4A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DE0C4A">
              <w:rPr>
                <w:rFonts w:eastAsiaTheme="minorHAnsi" w:cs="Times New Roman"/>
                <w:szCs w:val="20"/>
              </w:rPr>
              <w:t>#2</w:t>
            </w:r>
          </w:p>
        </w:tc>
        <w:tc>
          <w:tcPr>
            <w:tcW w:w="4123" w:type="pct"/>
          </w:tcPr>
          <w:p w14:paraId="2CAFE442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t xml:space="preserve">'implementation science'/exp OR 'diffusion of innovation'/exp OR 'program evaluation'/exp OR 'health care delivery'/exp OR 'health service'/exp OR </w:t>
            </w:r>
            <w:proofErr w:type="spellStart"/>
            <w:r w:rsidRPr="00C15BD0">
              <w:t>implementation:ti,ab</w:t>
            </w:r>
            <w:proofErr w:type="spellEnd"/>
            <w:r w:rsidRPr="00C15BD0">
              <w:t xml:space="preserve"> OR 'implementation research':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'implementation science':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adoption:ti,ab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feasibility:ti,ab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acceptability:ti,ab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appropriateness:ti,ab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applicability:ti,ab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fidelity:ti,ab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sustainability:ti,ab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penetration:ti,ab</w:t>
            </w:r>
            <w:proofErr w:type="spellEnd"/>
            <w:r w:rsidRPr="00C15BD0">
              <w:t xml:space="preserve"> OR 'implementation </w:t>
            </w:r>
            <w:proofErr w:type="spellStart"/>
            <w:r w:rsidRPr="00C15BD0">
              <w:t>strateg</w:t>
            </w:r>
            <w:proofErr w:type="spellEnd"/>
            <w:r w:rsidRPr="00C15BD0">
              <w:t>*':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barrier*: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facilitator*: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determinant*: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process:ti,ab</w:t>
            </w:r>
            <w:proofErr w:type="spellEnd"/>
            <w:r w:rsidRPr="00C15BD0">
              <w:t xml:space="preserve"> OR 'process evaluation':</w:t>
            </w:r>
            <w:proofErr w:type="spellStart"/>
            <w:r w:rsidRPr="00C15BD0">
              <w:t>ti,ab</w:t>
            </w:r>
            <w:proofErr w:type="spellEnd"/>
          </w:p>
        </w:tc>
        <w:tc>
          <w:tcPr>
            <w:tcW w:w="588" w:type="pct"/>
          </w:tcPr>
          <w:p w14:paraId="72D48F91" w14:textId="77777777" w:rsidR="00B2631E" w:rsidRPr="00DE0C4A" w:rsidRDefault="00B2631E" w:rsidP="00EF4384">
            <w:pPr>
              <w:rPr>
                <w:rFonts w:eastAsiaTheme="minorHAnsi" w:cs="Times New Roman"/>
                <w:b/>
                <w:bCs/>
                <w:szCs w:val="20"/>
              </w:rPr>
            </w:pPr>
            <w:r>
              <w:rPr>
                <w:rFonts w:eastAsiaTheme="minorHAnsi" w:cs="Times New Roman"/>
                <w:b/>
                <w:bCs/>
                <w:szCs w:val="20"/>
              </w:rPr>
              <w:t>12,169,075</w:t>
            </w:r>
          </w:p>
        </w:tc>
      </w:tr>
      <w:tr w:rsidR="00B2631E" w:rsidRPr="00DE0C4A" w14:paraId="784E984C" w14:textId="77777777" w:rsidTr="00B2631E">
        <w:tc>
          <w:tcPr>
            <w:tcW w:w="289" w:type="pct"/>
          </w:tcPr>
          <w:p w14:paraId="6210EE40" w14:textId="77777777" w:rsidR="00B2631E" w:rsidRPr="00DE0C4A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DE0C4A">
              <w:rPr>
                <w:rFonts w:eastAsiaTheme="minorHAnsi" w:cs="Times New Roman" w:hint="eastAsia"/>
                <w:szCs w:val="20"/>
              </w:rPr>
              <w:t>#3</w:t>
            </w:r>
          </w:p>
        </w:tc>
        <w:tc>
          <w:tcPr>
            <w:tcW w:w="4123" w:type="pct"/>
            <w:vAlign w:val="center"/>
          </w:tcPr>
          <w:p w14:paraId="3E90F699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rPr>
                <w:rFonts w:eastAsiaTheme="minorHAnsi" w:cs="Times New Roman"/>
                <w:color w:val="000000"/>
                <w:szCs w:val="20"/>
              </w:rPr>
              <w:t>#1 AND #2</w:t>
            </w:r>
          </w:p>
        </w:tc>
        <w:tc>
          <w:tcPr>
            <w:tcW w:w="588" w:type="pct"/>
          </w:tcPr>
          <w:p w14:paraId="5A513441" w14:textId="77777777" w:rsidR="00B2631E" w:rsidRPr="00DE0C4A" w:rsidRDefault="00B2631E" w:rsidP="00EF4384">
            <w:pPr>
              <w:rPr>
                <w:rFonts w:eastAsiaTheme="minorHAnsi" w:cs="Times New Roman"/>
                <w:b/>
                <w:bCs/>
                <w:szCs w:val="20"/>
              </w:rPr>
            </w:pPr>
            <w:r>
              <w:rPr>
                <w:rFonts w:eastAsiaTheme="minorHAnsi" w:cs="Times New Roman"/>
                <w:b/>
                <w:bCs/>
                <w:szCs w:val="20"/>
              </w:rPr>
              <w:t>887</w:t>
            </w:r>
          </w:p>
        </w:tc>
      </w:tr>
    </w:tbl>
    <w:p w14:paraId="7A359105" w14:textId="77777777" w:rsidR="00B2631E" w:rsidRPr="00DE0C4A" w:rsidRDefault="00B2631E" w:rsidP="00B2631E">
      <w:pPr>
        <w:spacing w:after="0"/>
        <w:rPr>
          <w:rFonts w:eastAsiaTheme="minorHAnsi" w:cs="Times New Roman"/>
        </w:rPr>
      </w:pPr>
    </w:p>
    <w:p w14:paraId="74095EEE" w14:textId="77777777" w:rsidR="00B2631E" w:rsidRPr="00DE0C4A" w:rsidRDefault="00B2631E" w:rsidP="00B2631E">
      <w:pPr>
        <w:spacing w:after="0"/>
        <w:rPr>
          <w:rFonts w:eastAsiaTheme="minorHAnsi" w:cs="Times New Roman"/>
        </w:rPr>
      </w:pPr>
    </w:p>
    <w:p w14:paraId="268BC2E1" w14:textId="77777777" w:rsidR="00B2631E" w:rsidRPr="00DE0C4A" w:rsidRDefault="00B2631E" w:rsidP="00B2631E">
      <w:pPr>
        <w:rPr>
          <w:rFonts w:eastAsiaTheme="minorHAnsi" w:cs="Times New Roman"/>
          <w:b/>
        </w:rPr>
      </w:pPr>
      <w:r w:rsidRPr="00DE0C4A">
        <w:rPr>
          <w:rFonts w:eastAsiaTheme="minorHAnsi" w:cs="Times New Roman" w:hint="eastAsia"/>
          <w:b/>
        </w:rPr>
        <w:t>CENTRAL</w:t>
      </w:r>
      <w:r w:rsidRPr="00DE0C4A">
        <w:rPr>
          <w:rFonts w:eastAsiaTheme="minorHAnsi" w:cs="Times New Roman"/>
          <w:b/>
        </w:rPr>
        <w:tab/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717"/>
        <w:gridCol w:w="8909"/>
        <w:gridCol w:w="1308"/>
      </w:tblGrid>
      <w:tr w:rsidR="00B2631E" w:rsidRPr="00DE0C4A" w14:paraId="735F93CB" w14:textId="77777777" w:rsidTr="00B2631E">
        <w:tc>
          <w:tcPr>
            <w:tcW w:w="328" w:type="pct"/>
          </w:tcPr>
          <w:p w14:paraId="5ABFF34D" w14:textId="77777777" w:rsidR="00B2631E" w:rsidRPr="00DE0C4A" w:rsidRDefault="00B2631E" w:rsidP="00EF4384">
            <w:pPr>
              <w:rPr>
                <w:rFonts w:eastAsiaTheme="minorHAnsi" w:cs="Times New Roman"/>
                <w:b/>
              </w:rPr>
            </w:pPr>
          </w:p>
        </w:tc>
        <w:tc>
          <w:tcPr>
            <w:tcW w:w="4074" w:type="pct"/>
          </w:tcPr>
          <w:p w14:paraId="10E5A858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Searches</w:t>
            </w:r>
          </w:p>
        </w:tc>
        <w:tc>
          <w:tcPr>
            <w:tcW w:w="598" w:type="pct"/>
          </w:tcPr>
          <w:p w14:paraId="5577E380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Results</w:t>
            </w:r>
          </w:p>
        </w:tc>
      </w:tr>
      <w:tr w:rsidR="00B2631E" w:rsidRPr="00DE0C4A" w14:paraId="7BB35B59" w14:textId="77777777" w:rsidTr="00B2631E">
        <w:tc>
          <w:tcPr>
            <w:tcW w:w="328" w:type="pct"/>
          </w:tcPr>
          <w:p w14:paraId="34B5BAF9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#1</w:t>
            </w:r>
          </w:p>
        </w:tc>
        <w:tc>
          <w:tcPr>
            <w:tcW w:w="4074" w:type="pct"/>
          </w:tcPr>
          <w:p w14:paraId="3AD2AF69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proofErr w:type="spellStart"/>
            <w:r w:rsidRPr="003157E9">
              <w:rPr>
                <w:rFonts w:eastAsiaTheme="minorHAnsi" w:cs="Times New Roman"/>
              </w:rPr>
              <w:t>MeSH</w:t>
            </w:r>
            <w:proofErr w:type="spellEnd"/>
            <w:r w:rsidRPr="003157E9">
              <w:rPr>
                <w:rFonts w:eastAsiaTheme="minorHAnsi" w:cs="Times New Roman"/>
              </w:rPr>
              <w:t xml:space="preserve"> descriptor: [Medicine, Korean Traditional] explode all trees</w:t>
            </w:r>
          </w:p>
        </w:tc>
        <w:tc>
          <w:tcPr>
            <w:tcW w:w="598" w:type="pct"/>
          </w:tcPr>
          <w:p w14:paraId="3FA01787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45</w:t>
            </w:r>
          </w:p>
        </w:tc>
      </w:tr>
      <w:tr w:rsidR="00B2631E" w:rsidRPr="00DE0C4A" w14:paraId="54F0111A" w14:textId="77777777" w:rsidTr="00B2631E">
        <w:tc>
          <w:tcPr>
            <w:tcW w:w="328" w:type="pct"/>
          </w:tcPr>
          <w:p w14:paraId="2AC46636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#2</w:t>
            </w:r>
          </w:p>
        </w:tc>
        <w:tc>
          <w:tcPr>
            <w:tcW w:w="4074" w:type="pct"/>
          </w:tcPr>
          <w:p w14:paraId="4B91E947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3157E9">
              <w:rPr>
                <w:rFonts w:eastAsiaTheme="minorHAnsi" w:cs="Times New Roman"/>
              </w:rPr>
              <w:t xml:space="preserve">"medicine, </w:t>
            </w:r>
            <w:proofErr w:type="spellStart"/>
            <w:r w:rsidRPr="003157E9">
              <w:rPr>
                <w:rFonts w:eastAsiaTheme="minorHAnsi" w:cs="Times New Roman"/>
              </w:rPr>
              <w:t>korean</w:t>
            </w:r>
            <w:proofErr w:type="spellEnd"/>
            <w:r w:rsidRPr="003157E9">
              <w:rPr>
                <w:rFonts w:eastAsiaTheme="minorHAnsi" w:cs="Times New Roman"/>
              </w:rPr>
              <w:t xml:space="preserve"> traditional" OR "</w:t>
            </w:r>
            <w:proofErr w:type="spellStart"/>
            <w:r w:rsidRPr="003157E9">
              <w:rPr>
                <w:rFonts w:eastAsiaTheme="minorHAnsi" w:cs="Times New Roman"/>
              </w:rPr>
              <w:t>korean</w:t>
            </w:r>
            <w:proofErr w:type="spellEnd"/>
            <w:r w:rsidRPr="003157E9">
              <w:rPr>
                <w:rFonts w:eastAsiaTheme="minorHAnsi" w:cs="Times New Roman"/>
              </w:rPr>
              <w:t xml:space="preserve"> medicine" OR "traditional </w:t>
            </w:r>
            <w:proofErr w:type="spellStart"/>
            <w:r w:rsidRPr="003157E9">
              <w:rPr>
                <w:rFonts w:eastAsiaTheme="minorHAnsi" w:cs="Times New Roman"/>
              </w:rPr>
              <w:t>korean</w:t>
            </w:r>
            <w:proofErr w:type="spellEnd"/>
            <w:r w:rsidRPr="003157E9">
              <w:rPr>
                <w:rFonts w:eastAsiaTheme="minorHAnsi" w:cs="Times New Roman"/>
              </w:rPr>
              <w:t xml:space="preserve"> medicine" OR "</w:t>
            </w:r>
            <w:proofErr w:type="spellStart"/>
            <w:r w:rsidRPr="003157E9">
              <w:rPr>
                <w:rFonts w:eastAsiaTheme="minorHAnsi" w:cs="Times New Roman"/>
              </w:rPr>
              <w:t>korean</w:t>
            </w:r>
            <w:proofErr w:type="spellEnd"/>
            <w:r w:rsidRPr="003157E9">
              <w:rPr>
                <w:rFonts w:eastAsiaTheme="minorHAnsi" w:cs="Times New Roman"/>
              </w:rPr>
              <w:t xml:space="preserve"> traditional medicine"</w:t>
            </w:r>
          </w:p>
        </w:tc>
        <w:tc>
          <w:tcPr>
            <w:tcW w:w="598" w:type="pct"/>
          </w:tcPr>
          <w:p w14:paraId="37AF2375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540</w:t>
            </w:r>
          </w:p>
        </w:tc>
      </w:tr>
      <w:tr w:rsidR="00B2631E" w:rsidRPr="00DE0C4A" w14:paraId="506EDCF4" w14:textId="77777777" w:rsidTr="00B2631E">
        <w:tc>
          <w:tcPr>
            <w:tcW w:w="328" w:type="pct"/>
          </w:tcPr>
          <w:p w14:paraId="18CCE4DF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#3</w:t>
            </w:r>
          </w:p>
        </w:tc>
        <w:tc>
          <w:tcPr>
            <w:tcW w:w="4074" w:type="pct"/>
          </w:tcPr>
          <w:p w14:paraId="0774EB00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3157E9">
              <w:rPr>
                <w:rFonts w:eastAsiaTheme="minorHAnsi" w:cs="Times New Roman"/>
              </w:rPr>
              <w:t>#1 OR #2</w:t>
            </w:r>
          </w:p>
        </w:tc>
        <w:tc>
          <w:tcPr>
            <w:tcW w:w="598" w:type="pct"/>
          </w:tcPr>
          <w:p w14:paraId="2B680404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540</w:t>
            </w:r>
          </w:p>
        </w:tc>
      </w:tr>
      <w:tr w:rsidR="00B2631E" w:rsidRPr="00DE0C4A" w14:paraId="6E1A3727" w14:textId="77777777" w:rsidTr="00B2631E">
        <w:tc>
          <w:tcPr>
            <w:tcW w:w="328" w:type="pct"/>
          </w:tcPr>
          <w:p w14:paraId="481F4BC4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</w:t>
            </w:r>
            <w:r w:rsidRPr="00DE0C4A">
              <w:rPr>
                <w:rFonts w:eastAsiaTheme="minorHAnsi" w:cs="Times New Roman"/>
              </w:rPr>
              <w:t>4</w:t>
            </w:r>
          </w:p>
        </w:tc>
        <w:tc>
          <w:tcPr>
            <w:tcW w:w="4074" w:type="pct"/>
          </w:tcPr>
          <w:p w14:paraId="73AA70D9" w14:textId="77777777" w:rsidR="00B2631E" w:rsidRPr="00DE0C4A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proofErr w:type="spellStart"/>
            <w:r w:rsidRPr="003157E9">
              <w:rPr>
                <w:rFonts w:eastAsiaTheme="minorHAnsi" w:cs="Times New Roman"/>
              </w:rPr>
              <w:t>MeSH</w:t>
            </w:r>
            <w:proofErr w:type="spellEnd"/>
            <w:r w:rsidRPr="003157E9">
              <w:rPr>
                <w:rFonts w:eastAsiaTheme="minorHAnsi" w:cs="Times New Roman"/>
              </w:rPr>
              <w:t xml:space="preserve"> descriptor: [Implementation Science] explode all trees</w:t>
            </w:r>
          </w:p>
        </w:tc>
        <w:tc>
          <w:tcPr>
            <w:tcW w:w="598" w:type="pct"/>
          </w:tcPr>
          <w:p w14:paraId="6CB81C15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143</w:t>
            </w:r>
          </w:p>
        </w:tc>
      </w:tr>
      <w:tr w:rsidR="00B2631E" w:rsidRPr="00DE0C4A" w14:paraId="71C7EB31" w14:textId="77777777" w:rsidTr="00B2631E">
        <w:tc>
          <w:tcPr>
            <w:tcW w:w="328" w:type="pct"/>
          </w:tcPr>
          <w:p w14:paraId="7EC2D82A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</w:t>
            </w:r>
            <w:r w:rsidRPr="00DE0C4A">
              <w:rPr>
                <w:rFonts w:eastAsiaTheme="minorHAnsi" w:cs="Times New Roman"/>
              </w:rPr>
              <w:t>5</w:t>
            </w:r>
          </w:p>
        </w:tc>
        <w:tc>
          <w:tcPr>
            <w:tcW w:w="4074" w:type="pct"/>
          </w:tcPr>
          <w:p w14:paraId="13EBACFC" w14:textId="77777777" w:rsidR="00B2631E" w:rsidRPr="00DE0C4A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proofErr w:type="spellStart"/>
            <w:r w:rsidRPr="003157E9">
              <w:rPr>
                <w:rFonts w:eastAsiaTheme="minorHAnsi" w:cs="Times New Roman"/>
              </w:rPr>
              <w:t>MeSH</w:t>
            </w:r>
            <w:proofErr w:type="spellEnd"/>
            <w:r w:rsidRPr="003157E9">
              <w:rPr>
                <w:rFonts w:eastAsiaTheme="minorHAnsi" w:cs="Times New Roman"/>
              </w:rPr>
              <w:t xml:space="preserve"> descriptor: [Diffusion of Innovation] explode all trees</w:t>
            </w:r>
          </w:p>
        </w:tc>
        <w:tc>
          <w:tcPr>
            <w:tcW w:w="598" w:type="pct"/>
          </w:tcPr>
          <w:p w14:paraId="5357FE69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399</w:t>
            </w:r>
          </w:p>
        </w:tc>
      </w:tr>
      <w:tr w:rsidR="00B2631E" w:rsidRPr="00DE0C4A" w14:paraId="3B527D3B" w14:textId="77777777" w:rsidTr="00B2631E">
        <w:tc>
          <w:tcPr>
            <w:tcW w:w="328" w:type="pct"/>
          </w:tcPr>
          <w:p w14:paraId="1D96A9F8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</w:t>
            </w:r>
            <w:r w:rsidRPr="00DE0C4A">
              <w:rPr>
                <w:rFonts w:eastAsiaTheme="minorHAnsi" w:cs="Times New Roman"/>
              </w:rPr>
              <w:t>6</w:t>
            </w:r>
          </w:p>
        </w:tc>
        <w:tc>
          <w:tcPr>
            <w:tcW w:w="4074" w:type="pct"/>
          </w:tcPr>
          <w:p w14:paraId="3803499D" w14:textId="77777777" w:rsidR="00B2631E" w:rsidRPr="00DE0C4A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proofErr w:type="spellStart"/>
            <w:r w:rsidRPr="003157E9">
              <w:rPr>
                <w:rFonts w:eastAsiaTheme="minorHAnsi" w:cs="Times New Roman"/>
              </w:rPr>
              <w:t>MeSH</w:t>
            </w:r>
            <w:proofErr w:type="spellEnd"/>
            <w:r w:rsidRPr="003157E9">
              <w:rPr>
                <w:rFonts w:eastAsiaTheme="minorHAnsi" w:cs="Times New Roman"/>
              </w:rPr>
              <w:t xml:space="preserve"> descriptor: [Program Evaluation] explode all trees</w:t>
            </w:r>
          </w:p>
        </w:tc>
        <w:tc>
          <w:tcPr>
            <w:tcW w:w="598" w:type="pct"/>
          </w:tcPr>
          <w:p w14:paraId="712BE08D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7,925</w:t>
            </w:r>
          </w:p>
        </w:tc>
      </w:tr>
      <w:tr w:rsidR="00B2631E" w:rsidRPr="00DE0C4A" w14:paraId="6D000739" w14:textId="77777777" w:rsidTr="00B2631E">
        <w:tc>
          <w:tcPr>
            <w:tcW w:w="328" w:type="pct"/>
          </w:tcPr>
          <w:p w14:paraId="669B0B96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7</w:t>
            </w:r>
          </w:p>
        </w:tc>
        <w:tc>
          <w:tcPr>
            <w:tcW w:w="4074" w:type="pct"/>
          </w:tcPr>
          <w:p w14:paraId="65185A73" w14:textId="77777777" w:rsidR="00B2631E" w:rsidRPr="00722E65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proofErr w:type="spellStart"/>
            <w:r w:rsidRPr="003157E9">
              <w:rPr>
                <w:rFonts w:eastAsiaTheme="minorHAnsi" w:cs="Times New Roman"/>
              </w:rPr>
              <w:t>MeSH</w:t>
            </w:r>
            <w:proofErr w:type="spellEnd"/>
            <w:r w:rsidRPr="003157E9">
              <w:rPr>
                <w:rFonts w:eastAsiaTheme="minorHAnsi" w:cs="Times New Roman"/>
              </w:rPr>
              <w:t xml:space="preserve"> descriptor: [Delivery of Health Care] explode all trees</w:t>
            </w:r>
          </w:p>
        </w:tc>
        <w:tc>
          <w:tcPr>
            <w:tcW w:w="598" w:type="pct"/>
          </w:tcPr>
          <w:p w14:paraId="7252C943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 w:hint="eastAsia"/>
                <w:b/>
                <w:bCs/>
                <w:lang w:eastAsia="ko-KR"/>
              </w:rPr>
              <w:t>7</w:t>
            </w:r>
            <w:r>
              <w:rPr>
                <w:rFonts w:eastAsiaTheme="minorHAnsi" w:cs="Times New Roman"/>
                <w:b/>
                <w:bCs/>
                <w:lang w:eastAsia="ko-KR"/>
              </w:rPr>
              <w:t>3,585</w:t>
            </w:r>
          </w:p>
        </w:tc>
      </w:tr>
      <w:tr w:rsidR="00B2631E" w:rsidRPr="00DE0C4A" w14:paraId="710AF442" w14:textId="77777777" w:rsidTr="00B2631E">
        <w:tc>
          <w:tcPr>
            <w:tcW w:w="328" w:type="pct"/>
          </w:tcPr>
          <w:p w14:paraId="35220786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8</w:t>
            </w:r>
          </w:p>
        </w:tc>
        <w:tc>
          <w:tcPr>
            <w:tcW w:w="4074" w:type="pct"/>
          </w:tcPr>
          <w:p w14:paraId="75877638" w14:textId="77777777" w:rsidR="00B2631E" w:rsidRPr="00722E65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proofErr w:type="spellStart"/>
            <w:r w:rsidRPr="003157E9">
              <w:rPr>
                <w:rFonts w:eastAsiaTheme="minorHAnsi" w:cs="Times New Roman"/>
              </w:rPr>
              <w:t>MeSH</w:t>
            </w:r>
            <w:proofErr w:type="spellEnd"/>
            <w:r w:rsidRPr="003157E9">
              <w:rPr>
                <w:rFonts w:eastAsiaTheme="minorHAnsi" w:cs="Times New Roman"/>
              </w:rPr>
              <w:t xml:space="preserve"> descriptor: [Health Services] explode all trees</w:t>
            </w:r>
          </w:p>
        </w:tc>
        <w:tc>
          <w:tcPr>
            <w:tcW w:w="598" w:type="pct"/>
          </w:tcPr>
          <w:p w14:paraId="68CF3AAD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 w:hint="eastAsia"/>
                <w:b/>
                <w:bCs/>
                <w:lang w:eastAsia="ko-KR"/>
              </w:rPr>
              <w:t>1</w:t>
            </w:r>
            <w:r>
              <w:rPr>
                <w:rFonts w:eastAsiaTheme="minorHAnsi" w:cs="Times New Roman"/>
                <w:b/>
                <w:bCs/>
                <w:lang w:eastAsia="ko-KR"/>
              </w:rPr>
              <w:t>45,104</w:t>
            </w:r>
          </w:p>
        </w:tc>
      </w:tr>
      <w:tr w:rsidR="00B2631E" w:rsidRPr="00DE0C4A" w14:paraId="192071F6" w14:textId="77777777" w:rsidTr="00B2631E">
        <w:tc>
          <w:tcPr>
            <w:tcW w:w="328" w:type="pct"/>
          </w:tcPr>
          <w:p w14:paraId="4C497A04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9</w:t>
            </w:r>
          </w:p>
        </w:tc>
        <w:tc>
          <w:tcPr>
            <w:tcW w:w="4074" w:type="pct"/>
          </w:tcPr>
          <w:p w14:paraId="39DAD6FA" w14:textId="5AF76521" w:rsidR="00B2631E" w:rsidRPr="00722E65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r w:rsidRPr="003157E9">
              <w:rPr>
                <w:rFonts w:eastAsiaTheme="minorHAnsi" w:cs="Times New Roman"/>
              </w:rPr>
              <w:t xml:space="preserve">implementation OR "implementation research" OR "implementation science" OR adoption OR feasibility OR acceptability OR appropriateness OR applicability OR fidelity OR sustainability OR penetration OR "implementation </w:t>
            </w:r>
            <w:r w:rsidR="0034790B" w:rsidRPr="003157E9">
              <w:rPr>
                <w:rFonts w:eastAsiaTheme="minorHAnsi" w:cs="Times New Roman"/>
              </w:rPr>
              <w:t>strategy</w:t>
            </w:r>
            <w:r w:rsidRPr="003157E9">
              <w:rPr>
                <w:rFonts w:eastAsiaTheme="minorHAnsi" w:cs="Times New Roman"/>
              </w:rPr>
              <w:t>" OR barrier* OR facilitator* OR determinant* OR process OR "process evaluation"</w:t>
            </w:r>
          </w:p>
        </w:tc>
        <w:tc>
          <w:tcPr>
            <w:tcW w:w="598" w:type="pct"/>
          </w:tcPr>
          <w:p w14:paraId="1B760166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 w:hint="eastAsia"/>
                <w:b/>
                <w:bCs/>
                <w:lang w:eastAsia="ko-KR"/>
              </w:rPr>
              <w:t>2</w:t>
            </w:r>
            <w:r>
              <w:rPr>
                <w:rFonts w:eastAsiaTheme="minorHAnsi" w:cs="Times New Roman"/>
                <w:b/>
                <w:bCs/>
                <w:lang w:eastAsia="ko-KR"/>
              </w:rPr>
              <w:t>26,317</w:t>
            </w:r>
          </w:p>
        </w:tc>
      </w:tr>
      <w:tr w:rsidR="00B2631E" w:rsidRPr="00DE0C4A" w14:paraId="4D956105" w14:textId="77777777" w:rsidTr="00B2631E">
        <w:tc>
          <w:tcPr>
            <w:tcW w:w="328" w:type="pct"/>
          </w:tcPr>
          <w:p w14:paraId="0CC09DEC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10</w:t>
            </w:r>
          </w:p>
        </w:tc>
        <w:tc>
          <w:tcPr>
            <w:tcW w:w="4074" w:type="pct"/>
          </w:tcPr>
          <w:p w14:paraId="54771903" w14:textId="77777777" w:rsidR="00B2631E" w:rsidRPr="00722E65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r w:rsidRPr="003157E9">
              <w:rPr>
                <w:rFonts w:eastAsiaTheme="minorHAnsi" w:cs="Times New Roman"/>
              </w:rPr>
              <w:t>#4 OR #5 OR #6 OR #7 OR #8 OR #9</w:t>
            </w:r>
          </w:p>
        </w:tc>
        <w:tc>
          <w:tcPr>
            <w:tcW w:w="598" w:type="pct"/>
          </w:tcPr>
          <w:p w14:paraId="78075D5B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 w:hint="eastAsia"/>
                <w:b/>
                <w:bCs/>
                <w:lang w:eastAsia="ko-KR"/>
              </w:rPr>
              <w:t>3</w:t>
            </w:r>
            <w:r>
              <w:rPr>
                <w:rFonts w:eastAsiaTheme="minorHAnsi" w:cs="Times New Roman"/>
                <w:b/>
                <w:bCs/>
                <w:lang w:eastAsia="ko-KR"/>
              </w:rPr>
              <w:t>74,727</w:t>
            </w:r>
          </w:p>
        </w:tc>
      </w:tr>
      <w:tr w:rsidR="00B2631E" w:rsidRPr="00DE0C4A" w14:paraId="28CEC541" w14:textId="77777777" w:rsidTr="00B2631E">
        <w:tc>
          <w:tcPr>
            <w:tcW w:w="328" w:type="pct"/>
          </w:tcPr>
          <w:p w14:paraId="76B7EB7C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11</w:t>
            </w:r>
          </w:p>
        </w:tc>
        <w:tc>
          <w:tcPr>
            <w:tcW w:w="4074" w:type="pct"/>
          </w:tcPr>
          <w:p w14:paraId="08D1D8C1" w14:textId="77777777" w:rsidR="00B2631E" w:rsidRPr="00722E65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r w:rsidRPr="003157E9">
              <w:rPr>
                <w:rFonts w:eastAsiaTheme="minorHAnsi" w:cs="Times New Roman"/>
              </w:rPr>
              <w:t>#3 AND #10</w:t>
            </w:r>
            <w:r>
              <w:rPr>
                <w:rFonts w:eastAsiaTheme="minorHAnsi" w:cs="Times New Roman"/>
              </w:rPr>
              <w:t xml:space="preserve"> in Trials</w:t>
            </w:r>
          </w:p>
        </w:tc>
        <w:tc>
          <w:tcPr>
            <w:tcW w:w="598" w:type="pct"/>
          </w:tcPr>
          <w:p w14:paraId="75751C62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 w:hint="eastAsia"/>
                <w:b/>
                <w:bCs/>
                <w:lang w:eastAsia="ko-KR"/>
              </w:rPr>
              <w:t>1</w:t>
            </w:r>
            <w:r>
              <w:rPr>
                <w:rFonts w:eastAsiaTheme="minorHAnsi" w:cs="Times New Roman"/>
                <w:b/>
                <w:bCs/>
                <w:lang w:eastAsia="ko-KR"/>
              </w:rPr>
              <w:t>02</w:t>
            </w:r>
          </w:p>
        </w:tc>
      </w:tr>
    </w:tbl>
    <w:p w14:paraId="1F720696" w14:textId="77777777" w:rsidR="00B2631E" w:rsidRDefault="00B2631E" w:rsidP="00B2631E">
      <w:pPr>
        <w:rPr>
          <w:rFonts w:eastAsiaTheme="minorHAnsi" w:cs="Times New Roman"/>
          <w:b/>
        </w:rPr>
      </w:pPr>
    </w:p>
    <w:p w14:paraId="74737644" w14:textId="77777777" w:rsidR="00B2631E" w:rsidRPr="00DE0C4A" w:rsidRDefault="00B2631E" w:rsidP="00B2631E">
      <w:pPr>
        <w:rPr>
          <w:rFonts w:eastAsiaTheme="minorHAnsi" w:cs="Times New Roman"/>
          <w:b/>
        </w:rPr>
      </w:pPr>
      <w:r w:rsidRPr="00DE0C4A">
        <w:rPr>
          <w:rFonts w:eastAsiaTheme="minorHAnsi" w:cs="Times New Roman" w:hint="eastAsia"/>
          <w:b/>
        </w:rPr>
        <w:t>KCI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32"/>
        <w:gridCol w:w="9042"/>
        <w:gridCol w:w="1260"/>
      </w:tblGrid>
      <w:tr w:rsidR="00B2631E" w:rsidRPr="00DE0C4A" w14:paraId="5C50E093" w14:textId="77777777" w:rsidTr="00B2631E">
        <w:tc>
          <w:tcPr>
            <w:tcW w:w="289" w:type="pct"/>
          </w:tcPr>
          <w:p w14:paraId="0C8CFD60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</w:p>
        </w:tc>
        <w:tc>
          <w:tcPr>
            <w:tcW w:w="4134" w:type="pct"/>
          </w:tcPr>
          <w:p w14:paraId="17E10A4B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Searches</w:t>
            </w:r>
          </w:p>
        </w:tc>
        <w:tc>
          <w:tcPr>
            <w:tcW w:w="576" w:type="pct"/>
          </w:tcPr>
          <w:p w14:paraId="2F549E7D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Results</w:t>
            </w:r>
          </w:p>
        </w:tc>
      </w:tr>
      <w:tr w:rsidR="00B2631E" w:rsidRPr="00DE0C4A" w14:paraId="63DCAE95" w14:textId="77777777" w:rsidTr="00B2631E">
        <w:tc>
          <w:tcPr>
            <w:tcW w:w="289" w:type="pct"/>
          </w:tcPr>
          <w:p w14:paraId="25C445F7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#1</w:t>
            </w:r>
          </w:p>
        </w:tc>
        <w:tc>
          <w:tcPr>
            <w:tcW w:w="4134" w:type="pct"/>
          </w:tcPr>
          <w:p w14:paraId="75BCD10B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 w:rsidRPr="00F21AA1">
              <w:rPr>
                <w:rFonts w:ascii="맑은 고딕" w:eastAsia="맑은 고딕" w:hAnsi="맑은 고딕" w:cs="맑은 고딕" w:hint="eastAsia"/>
                <w:lang w:eastAsia="ko-KR"/>
              </w:rPr>
              <w:t>한의학</w:t>
            </w:r>
            <w:r w:rsidRPr="00F21AA1">
              <w:rPr>
                <w:rFonts w:eastAsiaTheme="minorHAnsi" w:cs="Times New Roman"/>
                <w:lang w:eastAsia="ko-KR"/>
              </w:rPr>
              <w:t xml:space="preserve"> OR </w:t>
            </w:r>
            <w:r w:rsidRPr="00F21AA1">
              <w:rPr>
                <w:rFonts w:ascii="맑은 고딕" w:eastAsia="맑은 고딕" w:hAnsi="맑은 고딕" w:cs="맑은 고딕" w:hint="eastAsia"/>
                <w:lang w:eastAsia="ko-KR"/>
              </w:rPr>
              <w:t>한의약</w:t>
            </w:r>
            <w:r>
              <w:rPr>
                <w:rFonts w:eastAsiaTheme="minorHAnsi" w:cs="Times New Roman"/>
                <w:lang w:eastAsia="ko-KR"/>
              </w:rPr>
              <w:t xml:space="preserve"> OR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한방</w:t>
            </w:r>
            <w:r>
              <w:rPr>
                <w:rFonts w:eastAsiaTheme="minorHAnsi" w:cs="Times New Roman"/>
                <w:lang w:eastAsia="ko-KR"/>
              </w:rPr>
              <w:t xml:space="preserve"> OR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한의의료</w:t>
            </w:r>
            <w:r>
              <w:rPr>
                <w:rFonts w:eastAsiaTheme="minorHAnsi" w:cs="Times New Roman"/>
                <w:lang w:eastAsia="ko-KR"/>
              </w:rPr>
              <w:t xml:space="preserve"> OR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한방의료</w:t>
            </w:r>
          </w:p>
        </w:tc>
        <w:tc>
          <w:tcPr>
            <w:tcW w:w="576" w:type="pct"/>
          </w:tcPr>
          <w:p w14:paraId="67AC9BAA" w14:textId="77777777" w:rsidR="00B2631E" w:rsidRPr="00931E84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/>
                <w:b/>
                <w:bCs/>
                <w:lang w:eastAsia="ko-KR"/>
              </w:rPr>
              <w:t>40</w:t>
            </w:r>
            <w:r w:rsidRPr="00931E84">
              <w:rPr>
                <w:rFonts w:eastAsiaTheme="minorHAnsi" w:cs="Times New Roman"/>
                <w:b/>
                <w:bCs/>
                <w:lang w:eastAsia="ko-KR"/>
              </w:rPr>
              <w:t>,</w:t>
            </w:r>
            <w:r>
              <w:rPr>
                <w:rFonts w:eastAsiaTheme="minorHAnsi" w:cs="Times New Roman"/>
                <w:b/>
                <w:bCs/>
                <w:lang w:eastAsia="ko-KR"/>
              </w:rPr>
              <w:t>641</w:t>
            </w:r>
          </w:p>
        </w:tc>
      </w:tr>
      <w:tr w:rsidR="00B2631E" w:rsidRPr="00DE0C4A" w14:paraId="090737A7" w14:textId="77777777" w:rsidTr="00B2631E">
        <w:tc>
          <w:tcPr>
            <w:tcW w:w="289" w:type="pct"/>
          </w:tcPr>
          <w:p w14:paraId="24228490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2</w:t>
            </w:r>
          </w:p>
        </w:tc>
        <w:tc>
          <w:tcPr>
            <w:tcW w:w="4134" w:type="pct"/>
          </w:tcPr>
          <w:p w14:paraId="5B445A82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실행과학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실행연구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이행과학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이행연구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실행전략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실행결과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장애요인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촉진요인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적용</w:t>
            </w:r>
            <w:r w:rsidRPr="00931E84">
              <w:rPr>
                <w:rFonts w:eastAsiaTheme="minorHAnsi" w:cs="Times New Roman"/>
                <w:lang w:eastAsia="ko-KR"/>
              </w:rPr>
              <w:t xml:space="preserve"> OR </w:t>
            </w:r>
            <w:r w:rsidRPr="00931E84">
              <w:rPr>
                <w:rFonts w:ascii="맑은 고딕" w:eastAsia="맑은 고딕" w:hAnsi="맑은 고딕" w:cs="맑은 고딕" w:hint="eastAsia"/>
                <w:lang w:eastAsia="ko-KR"/>
              </w:rPr>
              <w:t>확산</w:t>
            </w:r>
          </w:p>
        </w:tc>
        <w:tc>
          <w:tcPr>
            <w:tcW w:w="576" w:type="pct"/>
          </w:tcPr>
          <w:p w14:paraId="68511107" w14:textId="77777777" w:rsidR="00B2631E" w:rsidRPr="00DE0C4A" w:rsidRDefault="00B2631E" w:rsidP="00EF4384">
            <w:pPr>
              <w:rPr>
                <w:rFonts w:eastAsiaTheme="minorHAnsi" w:cs="Times New Roman"/>
                <w:b/>
              </w:rPr>
            </w:pPr>
            <w:r>
              <w:rPr>
                <w:rFonts w:eastAsiaTheme="minorHAnsi" w:cs="Times New Roman"/>
                <w:b/>
              </w:rPr>
              <w:t>57,781</w:t>
            </w:r>
          </w:p>
        </w:tc>
      </w:tr>
      <w:tr w:rsidR="00B2631E" w:rsidRPr="00DE0C4A" w14:paraId="2D419E2D" w14:textId="77777777" w:rsidTr="00B2631E">
        <w:tc>
          <w:tcPr>
            <w:tcW w:w="289" w:type="pct"/>
          </w:tcPr>
          <w:p w14:paraId="74EEA9AD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3</w:t>
            </w:r>
          </w:p>
        </w:tc>
        <w:tc>
          <w:tcPr>
            <w:tcW w:w="4134" w:type="pct"/>
            <w:vAlign w:val="center"/>
          </w:tcPr>
          <w:p w14:paraId="02F051E7" w14:textId="77777777" w:rsidR="00B2631E" w:rsidRPr="00F21AA1" w:rsidRDefault="00B2631E" w:rsidP="00EF4384">
            <w:pPr>
              <w:rPr>
                <w:rFonts w:eastAsiaTheme="minorHAnsi" w:cs="Times New Roman"/>
              </w:rPr>
            </w:pPr>
            <w:r w:rsidRPr="00A60469">
              <w:rPr>
                <w:rFonts w:eastAsiaTheme="minorHAnsi" w:cs="Times New Roman"/>
                <w:color w:val="000000"/>
                <w:szCs w:val="20"/>
              </w:rPr>
              <w:t xml:space="preserve">#1 </w:t>
            </w:r>
            <w:r>
              <w:rPr>
                <w:rFonts w:eastAsiaTheme="minorHAnsi" w:cs="Times New Roman" w:hint="eastAsia"/>
                <w:color w:val="000000"/>
                <w:szCs w:val="20"/>
                <w:lang w:eastAsia="ko-KR"/>
              </w:rPr>
              <w:t>A</w:t>
            </w:r>
            <w:r>
              <w:rPr>
                <w:rFonts w:eastAsiaTheme="minorHAnsi" w:cs="Times New Roman"/>
                <w:color w:val="000000"/>
                <w:szCs w:val="20"/>
                <w:lang w:eastAsia="ko-KR"/>
              </w:rPr>
              <w:t>ND</w:t>
            </w:r>
            <w:r w:rsidRPr="00A60469">
              <w:rPr>
                <w:rFonts w:eastAsiaTheme="minorHAnsi" w:cs="Times New Roman"/>
                <w:color w:val="000000"/>
                <w:szCs w:val="20"/>
              </w:rPr>
              <w:t xml:space="preserve"> #2</w:t>
            </w:r>
          </w:p>
        </w:tc>
        <w:tc>
          <w:tcPr>
            <w:tcW w:w="576" w:type="pct"/>
          </w:tcPr>
          <w:p w14:paraId="5882CEBA" w14:textId="77777777" w:rsidR="00B2631E" w:rsidRDefault="00B2631E" w:rsidP="00EF4384">
            <w:pPr>
              <w:rPr>
                <w:rFonts w:eastAsiaTheme="minorHAnsi" w:cs="Times New Roman"/>
                <w:b/>
                <w:lang w:eastAsia="ko-KR"/>
              </w:rPr>
            </w:pPr>
            <w:r>
              <w:rPr>
                <w:rFonts w:eastAsiaTheme="minorHAnsi" w:cs="Times New Roman"/>
                <w:b/>
                <w:lang w:eastAsia="ko-KR"/>
              </w:rPr>
              <w:t>502</w:t>
            </w:r>
          </w:p>
        </w:tc>
      </w:tr>
    </w:tbl>
    <w:p w14:paraId="495DDE58" w14:textId="77777777" w:rsidR="00B2631E" w:rsidRDefault="00B2631E" w:rsidP="00B2631E">
      <w:pPr>
        <w:tabs>
          <w:tab w:val="left" w:pos="1870"/>
        </w:tabs>
        <w:rPr>
          <w:rFonts w:eastAsiaTheme="minorHAnsi" w:cs="Times New Roman"/>
          <w:b/>
          <w:color w:val="000000" w:themeColor="text1"/>
        </w:rPr>
      </w:pPr>
    </w:p>
    <w:p w14:paraId="3127A013" w14:textId="77777777" w:rsidR="00B2631E" w:rsidRPr="00DE0C4A" w:rsidRDefault="00B2631E" w:rsidP="00B2631E">
      <w:pPr>
        <w:tabs>
          <w:tab w:val="left" w:pos="1870"/>
        </w:tabs>
        <w:rPr>
          <w:rFonts w:eastAsiaTheme="minorHAnsi" w:cs="Times New Roman"/>
          <w:b/>
          <w:color w:val="000000" w:themeColor="text1"/>
        </w:rPr>
      </w:pPr>
      <w:r>
        <w:rPr>
          <w:rFonts w:eastAsiaTheme="minorHAnsi" w:cs="Times New Roman"/>
          <w:b/>
          <w:color w:val="000000" w:themeColor="text1"/>
        </w:rPr>
        <w:t>RISS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39"/>
        <w:gridCol w:w="8983"/>
        <w:gridCol w:w="1312"/>
      </w:tblGrid>
      <w:tr w:rsidR="00B2631E" w:rsidRPr="00DE0C4A" w14:paraId="12E6745C" w14:textId="77777777" w:rsidTr="00B2631E">
        <w:tc>
          <w:tcPr>
            <w:tcW w:w="292" w:type="pct"/>
          </w:tcPr>
          <w:p w14:paraId="5834C507" w14:textId="77777777" w:rsidR="00B2631E" w:rsidRPr="00DE0C4A" w:rsidRDefault="00B2631E" w:rsidP="00EF4384">
            <w:pPr>
              <w:rPr>
                <w:rFonts w:eastAsiaTheme="minorHAnsi" w:cs="Times New Roman"/>
                <w:color w:val="000000" w:themeColor="text1"/>
              </w:rPr>
            </w:pPr>
          </w:p>
        </w:tc>
        <w:tc>
          <w:tcPr>
            <w:tcW w:w="4108" w:type="pct"/>
          </w:tcPr>
          <w:p w14:paraId="7B778C5C" w14:textId="77777777" w:rsidR="00B2631E" w:rsidRPr="00DE0C4A" w:rsidRDefault="00B2631E" w:rsidP="00EF4384">
            <w:pPr>
              <w:rPr>
                <w:rFonts w:eastAsiaTheme="minorHAnsi" w:cs="Times New Roman"/>
                <w:color w:val="000000" w:themeColor="text1"/>
              </w:rPr>
            </w:pPr>
            <w:r w:rsidRPr="00DE0C4A">
              <w:rPr>
                <w:rFonts w:eastAsiaTheme="minorHAnsi" w:cs="Times New Roman"/>
                <w:color w:val="000000" w:themeColor="text1"/>
              </w:rPr>
              <w:t>Searches</w:t>
            </w:r>
          </w:p>
        </w:tc>
        <w:tc>
          <w:tcPr>
            <w:tcW w:w="601" w:type="pct"/>
          </w:tcPr>
          <w:p w14:paraId="34509810" w14:textId="77777777" w:rsidR="00B2631E" w:rsidRPr="00DE0C4A" w:rsidRDefault="00B2631E" w:rsidP="00EF4384">
            <w:pPr>
              <w:rPr>
                <w:rFonts w:eastAsiaTheme="minorHAnsi" w:cs="Times New Roman"/>
                <w:color w:val="000000" w:themeColor="text1"/>
              </w:rPr>
            </w:pPr>
            <w:r w:rsidRPr="00DE0C4A">
              <w:rPr>
                <w:rFonts w:eastAsiaTheme="minorHAnsi" w:cs="Times New Roman"/>
                <w:color w:val="000000" w:themeColor="text1"/>
              </w:rPr>
              <w:t>Results</w:t>
            </w:r>
          </w:p>
        </w:tc>
      </w:tr>
      <w:tr w:rsidR="00B2631E" w:rsidRPr="00DE0C4A" w14:paraId="155B2ACE" w14:textId="77777777" w:rsidTr="00B2631E">
        <w:tc>
          <w:tcPr>
            <w:tcW w:w="292" w:type="pct"/>
          </w:tcPr>
          <w:p w14:paraId="2E0A9908" w14:textId="77777777" w:rsidR="00B2631E" w:rsidRPr="00DE0C4A" w:rsidRDefault="00B2631E" w:rsidP="00EF4384">
            <w:pPr>
              <w:rPr>
                <w:rFonts w:eastAsiaTheme="minorHAnsi" w:cs="Times New Roman"/>
                <w:color w:val="000000" w:themeColor="text1"/>
              </w:rPr>
            </w:pPr>
            <w:r w:rsidRPr="00DE0C4A">
              <w:rPr>
                <w:rFonts w:eastAsiaTheme="minorHAnsi" w:cs="Times New Roman"/>
                <w:color w:val="000000" w:themeColor="text1"/>
              </w:rPr>
              <w:t>#1</w:t>
            </w:r>
          </w:p>
        </w:tc>
        <w:tc>
          <w:tcPr>
            <w:tcW w:w="4108" w:type="pct"/>
          </w:tcPr>
          <w:p w14:paraId="679D96CE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 w:rsidRPr="006B01EF">
              <w:rPr>
                <w:rFonts w:eastAsiaTheme="minorHAnsi" w:cs="Times New Roman"/>
                <w:lang w:eastAsia="ko-KR"/>
              </w:rPr>
              <w:t>(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한의학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한의약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한방의료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한의의료</w:t>
            </w:r>
            <w:r w:rsidRPr="006B01EF">
              <w:rPr>
                <w:rFonts w:eastAsiaTheme="minorHAnsi" w:cs="Times New Roman"/>
                <w:lang w:eastAsia="ko-KR"/>
              </w:rPr>
              <w:t>) (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이행연구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이행과학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실행연구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실행과학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실행전략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장애요인</w:t>
            </w:r>
            <w:r w:rsidRPr="006B01EF">
              <w:rPr>
                <w:rFonts w:eastAsiaTheme="minorHAnsi" w:cs="Times New Roman"/>
                <w:lang w:eastAsia="ko-KR"/>
              </w:rPr>
              <w:t xml:space="preserve"> | </w:t>
            </w:r>
            <w:r w:rsidRPr="006B01EF">
              <w:rPr>
                <w:rFonts w:ascii="맑은 고딕" w:eastAsia="맑은 고딕" w:hAnsi="맑은 고딕" w:cs="맑은 고딕" w:hint="eastAsia"/>
                <w:lang w:eastAsia="ko-KR"/>
              </w:rPr>
              <w:t>촉진요인</w:t>
            </w:r>
            <w:r w:rsidRPr="006B01EF">
              <w:rPr>
                <w:rFonts w:eastAsiaTheme="minorHAnsi" w:cs="Times New Roman"/>
                <w:lang w:eastAsia="ko-KR"/>
              </w:rPr>
              <w:t>)</w:t>
            </w:r>
          </w:p>
        </w:tc>
        <w:tc>
          <w:tcPr>
            <w:tcW w:w="601" w:type="pct"/>
          </w:tcPr>
          <w:p w14:paraId="23AF40F1" w14:textId="77777777" w:rsidR="00B2631E" w:rsidRPr="00DE0C4A" w:rsidRDefault="00B2631E" w:rsidP="00EF4384">
            <w:pPr>
              <w:rPr>
                <w:rFonts w:eastAsiaTheme="minorHAnsi" w:cs="Times New Roman"/>
                <w:b/>
                <w:color w:val="000000" w:themeColor="text1"/>
                <w:lang w:eastAsia="ko-KR"/>
              </w:rPr>
            </w:pPr>
            <w:r>
              <w:rPr>
                <w:rFonts w:eastAsiaTheme="minorHAnsi" w:cs="Times New Roman" w:hint="eastAsia"/>
                <w:b/>
                <w:color w:val="000000" w:themeColor="text1"/>
                <w:lang w:eastAsia="ko-KR"/>
              </w:rPr>
              <w:t>2</w:t>
            </w:r>
            <w:r>
              <w:rPr>
                <w:rFonts w:eastAsiaTheme="minorHAnsi" w:cs="Times New Roman"/>
                <w:b/>
                <w:color w:val="000000" w:themeColor="text1"/>
                <w:lang w:eastAsia="ko-KR"/>
              </w:rPr>
              <w:t>84</w:t>
            </w:r>
          </w:p>
        </w:tc>
      </w:tr>
    </w:tbl>
    <w:p w14:paraId="6585DEBA" w14:textId="77777777" w:rsidR="00B2631E" w:rsidRDefault="00B2631E" w:rsidP="00B2631E">
      <w:pPr>
        <w:tabs>
          <w:tab w:val="left" w:pos="1570"/>
        </w:tabs>
        <w:rPr>
          <w:rFonts w:eastAsiaTheme="minorHAnsi" w:cs="Times New Roman"/>
          <w:color w:val="000000" w:themeColor="text1"/>
        </w:rPr>
      </w:pPr>
      <w:r w:rsidRPr="00DE0C4A">
        <w:rPr>
          <w:rFonts w:eastAsiaTheme="minorHAnsi" w:cs="Times New Roman"/>
          <w:color w:val="000000" w:themeColor="text1"/>
        </w:rPr>
        <w:tab/>
      </w:r>
    </w:p>
    <w:p w14:paraId="5BBE60C2" w14:textId="77777777" w:rsidR="00B2631E" w:rsidRDefault="00B2631E" w:rsidP="00B2631E"/>
    <w:p w14:paraId="3192CE7D" w14:textId="77777777" w:rsidR="00B2631E" w:rsidRDefault="00B2631E" w:rsidP="00B2631E">
      <w:pPr>
        <w:rPr>
          <w:rFonts w:eastAsiaTheme="minorHAnsi" w:cs="Times New Roman"/>
          <w:b/>
        </w:rPr>
      </w:pPr>
      <w:r>
        <w:rPr>
          <w:rFonts w:eastAsiaTheme="minorHAnsi" w:cs="Times New Roman"/>
          <w:b/>
        </w:rPr>
        <w:t>A</w:t>
      </w:r>
      <w:r w:rsidRPr="007D0A1A">
        <w:rPr>
          <w:rFonts w:eastAsiaTheme="minorHAnsi" w:cs="Times New Roman"/>
          <w:b/>
        </w:rPr>
        <w:t>dditional targeted search</w:t>
      </w:r>
      <w:r>
        <w:rPr>
          <w:rFonts w:eastAsiaTheme="minorHAnsi" w:cs="Times New Roman"/>
          <w:b/>
        </w:rPr>
        <w:t xml:space="preserve"> (</w:t>
      </w:r>
      <w:r>
        <w:rPr>
          <w:rFonts w:eastAsiaTheme="minorHAnsi" w:cs="Times New Roman" w:hint="eastAsia"/>
          <w:b/>
        </w:rPr>
        <w:t>2</w:t>
      </w:r>
      <w:r>
        <w:rPr>
          <w:rFonts w:eastAsiaTheme="minorHAnsi" w:cs="Times New Roman"/>
          <w:b/>
        </w:rPr>
        <w:t>026.03.18.)</w:t>
      </w:r>
    </w:p>
    <w:p w14:paraId="68086D58" w14:textId="77777777" w:rsidR="00B2631E" w:rsidRPr="00DE0C4A" w:rsidRDefault="00B2631E" w:rsidP="00B2631E">
      <w:pPr>
        <w:rPr>
          <w:rFonts w:eastAsiaTheme="minorHAnsi" w:cs="Times New Roman"/>
          <w:b/>
        </w:rPr>
      </w:pPr>
      <w:r w:rsidRPr="00DE0C4A">
        <w:rPr>
          <w:rFonts w:eastAsiaTheme="minorHAnsi" w:cs="Times New Roman" w:hint="eastAsia"/>
          <w:b/>
        </w:rPr>
        <w:t>PUBMED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32"/>
        <w:gridCol w:w="9016"/>
        <w:gridCol w:w="1286"/>
      </w:tblGrid>
      <w:tr w:rsidR="00B2631E" w:rsidRPr="00DE0C4A" w14:paraId="33F22C48" w14:textId="77777777" w:rsidTr="00B2631E">
        <w:tc>
          <w:tcPr>
            <w:tcW w:w="289" w:type="pct"/>
          </w:tcPr>
          <w:p w14:paraId="2657C44D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</w:p>
        </w:tc>
        <w:tc>
          <w:tcPr>
            <w:tcW w:w="4123" w:type="pct"/>
          </w:tcPr>
          <w:p w14:paraId="10129711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Searches</w:t>
            </w:r>
          </w:p>
        </w:tc>
        <w:tc>
          <w:tcPr>
            <w:tcW w:w="588" w:type="pct"/>
          </w:tcPr>
          <w:p w14:paraId="343A1987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Results</w:t>
            </w:r>
          </w:p>
        </w:tc>
      </w:tr>
      <w:tr w:rsidR="00B2631E" w:rsidRPr="00DE0C4A" w14:paraId="294039E3" w14:textId="77777777" w:rsidTr="00B2631E">
        <w:tc>
          <w:tcPr>
            <w:tcW w:w="289" w:type="pct"/>
          </w:tcPr>
          <w:p w14:paraId="6C9990A2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#1</w:t>
            </w:r>
          </w:p>
        </w:tc>
        <w:tc>
          <w:tcPr>
            <w:tcW w:w="4123" w:type="pct"/>
          </w:tcPr>
          <w:p w14:paraId="5A4E85D2" w14:textId="77777777" w:rsidR="00B2631E" w:rsidRPr="00C15BD0" w:rsidRDefault="00B2631E" w:rsidP="00EF4384">
            <w:pPr>
              <w:rPr>
                <w:rFonts w:ascii="Segoe UI" w:hAnsi="Segoe UI" w:cs="Segoe UI"/>
                <w:b/>
                <w:bCs/>
                <w:color w:val="212121"/>
                <w:shd w:val="clear" w:color="auto" w:fill="F6F6F6"/>
              </w:rPr>
            </w:pPr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"Medicine, Korean Traditional"[Mesh] OR "medicine, 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korean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 traditional"[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"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korean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 medicine"[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] OR "traditional 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korean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 medicine"[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 OR "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korean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 traditional medicine"[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 xml:space="preserve">] OR ("Medicine, East Asian Traditional"[Mesh] AND 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korea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[</w:t>
            </w:r>
            <w:proofErr w:type="spellStart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tiab</w:t>
            </w:r>
            <w:proofErr w:type="spellEnd"/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])</w:t>
            </w:r>
          </w:p>
        </w:tc>
        <w:tc>
          <w:tcPr>
            <w:tcW w:w="588" w:type="pct"/>
          </w:tcPr>
          <w:p w14:paraId="1170A395" w14:textId="77777777" w:rsidR="00B2631E" w:rsidRPr="00BE3FE4" w:rsidRDefault="00B2631E" w:rsidP="00EF4384">
            <w:pPr>
              <w:rPr>
                <w:rFonts w:eastAsiaTheme="minorHAnsi" w:cs="Times New Roman"/>
                <w:b/>
                <w:bCs/>
              </w:rPr>
            </w:pPr>
            <w:r w:rsidRPr="00BE3FE4">
              <w:rPr>
                <w:rFonts w:eastAsiaTheme="minorHAnsi" w:cs="Times New Roman"/>
                <w:b/>
                <w:bCs/>
              </w:rPr>
              <w:t>1,85</w:t>
            </w:r>
            <w:r>
              <w:rPr>
                <w:rFonts w:eastAsiaTheme="minorHAnsi" w:cs="Times New Roman"/>
                <w:b/>
                <w:bCs/>
              </w:rPr>
              <w:t>3</w:t>
            </w:r>
          </w:p>
        </w:tc>
      </w:tr>
      <w:tr w:rsidR="00B2631E" w:rsidRPr="00DE0C4A" w14:paraId="2E42C7FF" w14:textId="77777777" w:rsidTr="00B2631E">
        <w:tc>
          <w:tcPr>
            <w:tcW w:w="289" w:type="pct"/>
          </w:tcPr>
          <w:p w14:paraId="1FF97A21" w14:textId="77777777" w:rsidR="00B2631E" w:rsidRPr="00DE0C4A" w:rsidRDefault="00B2631E" w:rsidP="00EF4384">
            <w:pPr>
              <w:rPr>
                <w:rFonts w:eastAsiaTheme="minorHAnsi" w:cs="Times New Roman"/>
                <w:szCs w:val="20"/>
              </w:rPr>
            </w:pPr>
            <w:bookmarkStart w:id="1" w:name="_Hlk224731601"/>
            <w:r w:rsidRPr="00DE0C4A">
              <w:rPr>
                <w:rFonts w:eastAsiaTheme="minorHAnsi" w:cs="Times New Roman"/>
                <w:szCs w:val="20"/>
              </w:rPr>
              <w:t>#2</w:t>
            </w:r>
          </w:p>
        </w:tc>
        <w:tc>
          <w:tcPr>
            <w:tcW w:w="4123" w:type="pct"/>
          </w:tcPr>
          <w:p w14:paraId="40CF1476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t>program*[</w:t>
            </w:r>
            <w:proofErr w:type="spellStart"/>
            <w:r w:rsidRPr="00C15BD0">
              <w:t>tiab</w:t>
            </w:r>
            <w:proofErr w:type="spellEnd"/>
            <w:r w:rsidRPr="00C15BD0">
              <w:t>] OR service*[</w:t>
            </w:r>
            <w:proofErr w:type="spellStart"/>
            <w:r w:rsidRPr="00C15BD0">
              <w:t>tiab</w:t>
            </w:r>
            <w:proofErr w:type="spellEnd"/>
            <w:r w:rsidRPr="00C15BD0">
              <w:t>] OR intervention*[</w:t>
            </w:r>
            <w:proofErr w:type="spellStart"/>
            <w:r w:rsidRPr="00C15BD0">
              <w:t>tiab</w:t>
            </w:r>
            <w:proofErr w:type="spellEnd"/>
            <w:r w:rsidRPr="00C15BD0">
              <w:t>] OR policy[</w:t>
            </w:r>
            <w:proofErr w:type="spellStart"/>
            <w:r w:rsidRPr="00C15BD0">
              <w:t>tiab</w:t>
            </w:r>
            <w:proofErr w:type="spellEnd"/>
            <w:r w:rsidRPr="00C15BD0">
              <w:t>] OR ordinance*[</w:t>
            </w:r>
            <w:proofErr w:type="spellStart"/>
            <w:r w:rsidRPr="00C15BD0">
              <w:t>tiab</w:t>
            </w:r>
            <w:proofErr w:type="spellEnd"/>
            <w:r w:rsidRPr="00C15BD0">
              <w:t>] OR insurance[</w:t>
            </w:r>
            <w:proofErr w:type="spellStart"/>
            <w:r w:rsidRPr="00C15BD0">
              <w:t>tiab</w:t>
            </w:r>
            <w:proofErr w:type="spellEnd"/>
            <w:r w:rsidRPr="00C15BD0">
              <w:t>] OR reimbursement[</w:t>
            </w:r>
            <w:proofErr w:type="spellStart"/>
            <w:r w:rsidRPr="00C15BD0">
              <w:t>tiab</w:t>
            </w:r>
            <w:proofErr w:type="spellEnd"/>
            <w:r w:rsidRPr="00C15BD0">
              <w:t>] OR coverage[</w:t>
            </w:r>
            <w:proofErr w:type="spellStart"/>
            <w:r w:rsidRPr="00C15BD0">
              <w:t>tiab</w:t>
            </w:r>
            <w:proofErr w:type="spellEnd"/>
            <w:r w:rsidRPr="00C15BD0">
              <w:t>] OR guideline*[</w:t>
            </w:r>
            <w:proofErr w:type="spellStart"/>
            <w:r w:rsidRPr="00C15BD0">
              <w:t>tiab</w:t>
            </w:r>
            <w:proofErr w:type="spellEnd"/>
            <w:r w:rsidRPr="00C15BD0">
              <w:t>] OR "clinical pathway*"[</w:t>
            </w:r>
            <w:proofErr w:type="spellStart"/>
            <w:r w:rsidRPr="00C15BD0">
              <w:t>tiab</w:t>
            </w:r>
            <w:proofErr w:type="spellEnd"/>
            <w:r w:rsidRPr="00C15BD0">
              <w:t>] OR "critical pathway*"[</w:t>
            </w:r>
            <w:proofErr w:type="spellStart"/>
            <w:r w:rsidRPr="00C15BD0">
              <w:t>tiab</w:t>
            </w:r>
            <w:proofErr w:type="spellEnd"/>
            <w:r w:rsidRPr="00C15BD0">
              <w:t>] OR model*[</w:t>
            </w:r>
            <w:proofErr w:type="spellStart"/>
            <w:r w:rsidRPr="00C15BD0">
              <w:t>tiab</w:t>
            </w:r>
            <w:proofErr w:type="spellEnd"/>
            <w:r w:rsidRPr="00C15BD0">
              <w:t>] OR system*[</w:t>
            </w:r>
            <w:proofErr w:type="spellStart"/>
            <w:r w:rsidRPr="00C15BD0">
              <w:t>tiab</w:t>
            </w:r>
            <w:proofErr w:type="spellEnd"/>
            <w:r w:rsidRPr="00C15BD0">
              <w:t>] OR collaboration[</w:t>
            </w:r>
            <w:proofErr w:type="spellStart"/>
            <w:r w:rsidRPr="00C15BD0">
              <w:t>tiab</w:t>
            </w:r>
            <w:proofErr w:type="spellEnd"/>
            <w:r w:rsidRPr="00C15BD0">
              <w:t>] OR "collaborative care"[</w:t>
            </w:r>
            <w:proofErr w:type="spellStart"/>
            <w:r w:rsidRPr="00C15BD0">
              <w:t>tiab</w:t>
            </w:r>
            <w:proofErr w:type="spellEnd"/>
            <w:r w:rsidRPr="00C15BD0">
              <w:t>] OR integration[</w:t>
            </w:r>
            <w:proofErr w:type="spellStart"/>
            <w:r w:rsidRPr="00C15BD0">
              <w:t>tiab</w:t>
            </w:r>
            <w:proofErr w:type="spellEnd"/>
            <w:r w:rsidRPr="00C15BD0">
              <w:t>] OR "integrated care"[</w:t>
            </w:r>
            <w:proofErr w:type="spellStart"/>
            <w:r w:rsidRPr="00C15BD0">
              <w:t>tiab</w:t>
            </w:r>
            <w:proofErr w:type="spellEnd"/>
            <w:r w:rsidRPr="00C15BD0">
              <w:t>] OR telemedicine[</w:t>
            </w:r>
            <w:proofErr w:type="spellStart"/>
            <w:r w:rsidRPr="00C15BD0">
              <w:t>tiab</w:t>
            </w:r>
            <w:proofErr w:type="spellEnd"/>
            <w:r w:rsidRPr="00C15BD0">
              <w:t>] OR "home care"[</w:t>
            </w:r>
            <w:proofErr w:type="spellStart"/>
            <w:r w:rsidRPr="00C15BD0">
              <w:t>tiab</w:t>
            </w:r>
            <w:proofErr w:type="spellEnd"/>
            <w:r w:rsidRPr="00C15BD0">
              <w:t>] OR "community care"[</w:t>
            </w:r>
            <w:proofErr w:type="spellStart"/>
            <w:r w:rsidRPr="00C15BD0">
              <w:t>tiab</w:t>
            </w:r>
            <w:proofErr w:type="spellEnd"/>
            <w:r w:rsidRPr="00C15BD0">
              <w:t>]</w:t>
            </w:r>
          </w:p>
        </w:tc>
        <w:tc>
          <w:tcPr>
            <w:tcW w:w="588" w:type="pct"/>
          </w:tcPr>
          <w:p w14:paraId="6350CFDA" w14:textId="77777777" w:rsidR="00B2631E" w:rsidRPr="00DE0C4A" w:rsidRDefault="00B2631E" w:rsidP="00EF4384">
            <w:pPr>
              <w:rPr>
                <w:rFonts w:eastAsiaTheme="minorHAnsi" w:cs="Times New Roman"/>
                <w:b/>
                <w:bCs/>
                <w:szCs w:val="20"/>
              </w:rPr>
            </w:pPr>
            <w:r w:rsidRPr="004101D2">
              <w:rPr>
                <w:rFonts w:eastAsiaTheme="minorHAnsi" w:cs="Times New Roman"/>
                <w:b/>
                <w:bCs/>
                <w:szCs w:val="20"/>
              </w:rPr>
              <w:t>12,071,440</w:t>
            </w:r>
          </w:p>
        </w:tc>
      </w:tr>
      <w:tr w:rsidR="00B2631E" w:rsidRPr="00DE0C4A" w14:paraId="1E4B5EA5" w14:textId="77777777" w:rsidTr="00B2631E">
        <w:tc>
          <w:tcPr>
            <w:tcW w:w="289" w:type="pct"/>
            <w:vAlign w:val="center"/>
          </w:tcPr>
          <w:p w14:paraId="52FF4765" w14:textId="77777777" w:rsidR="00B2631E" w:rsidRPr="00DE0C4A" w:rsidRDefault="00B2631E" w:rsidP="00EF4384">
            <w:pPr>
              <w:rPr>
                <w:rFonts w:eastAsiaTheme="minorHAnsi" w:cs="Times New Roman"/>
                <w:szCs w:val="20"/>
              </w:rPr>
            </w:pPr>
            <w:bookmarkStart w:id="2" w:name="_Hlk224728709"/>
            <w:bookmarkEnd w:id="1"/>
            <w:r w:rsidRPr="00DE0C4A">
              <w:rPr>
                <w:rFonts w:eastAsiaTheme="minorHAnsi" w:cs="Times New Roman"/>
                <w:color w:val="000000"/>
                <w:szCs w:val="20"/>
              </w:rPr>
              <w:t>#3</w:t>
            </w:r>
          </w:p>
        </w:tc>
        <w:tc>
          <w:tcPr>
            <w:tcW w:w="4123" w:type="pct"/>
          </w:tcPr>
          <w:p w14:paraId="2662CBA7" w14:textId="77777777" w:rsidR="00B2631E" w:rsidRPr="00C15BD0" w:rsidRDefault="00B2631E" w:rsidP="00EF4384">
            <w:r w:rsidRPr="00C15BD0">
              <w:t>survey[</w:t>
            </w:r>
            <w:proofErr w:type="spellStart"/>
            <w:r w:rsidRPr="00C15BD0">
              <w:t>tiab</w:t>
            </w:r>
            <w:proofErr w:type="spellEnd"/>
            <w:r w:rsidRPr="00C15BD0">
              <w:t>] OR questionnaire*[</w:t>
            </w:r>
            <w:proofErr w:type="spellStart"/>
            <w:r w:rsidRPr="00C15BD0">
              <w:t>tiab</w:t>
            </w:r>
            <w:proofErr w:type="spellEnd"/>
            <w:r w:rsidRPr="00C15BD0">
              <w:t>] OR interview*[</w:t>
            </w:r>
            <w:proofErr w:type="spellStart"/>
            <w:r w:rsidRPr="00C15BD0">
              <w:t>tiab</w:t>
            </w:r>
            <w:proofErr w:type="spellEnd"/>
            <w:r w:rsidRPr="00C15BD0">
              <w:t>] OR "focus group*"[</w:t>
            </w:r>
            <w:proofErr w:type="spellStart"/>
            <w:r w:rsidRPr="00C15BD0">
              <w:t>tiab</w:t>
            </w:r>
            <w:proofErr w:type="spellEnd"/>
            <w:r w:rsidRPr="00C15BD0">
              <w:t>] OR qualitative[</w:t>
            </w:r>
            <w:proofErr w:type="spellStart"/>
            <w:r w:rsidRPr="00C15BD0">
              <w:t>tiab</w:t>
            </w:r>
            <w:proofErr w:type="spellEnd"/>
            <w:r w:rsidRPr="00C15BD0">
              <w:t>] OR "mixed method*"[</w:t>
            </w:r>
            <w:proofErr w:type="spellStart"/>
            <w:r w:rsidRPr="00C15BD0">
              <w:t>tiab</w:t>
            </w:r>
            <w:proofErr w:type="spellEnd"/>
            <w:r w:rsidRPr="00C15BD0">
              <w:t>]</w:t>
            </w:r>
          </w:p>
        </w:tc>
        <w:tc>
          <w:tcPr>
            <w:tcW w:w="588" w:type="pct"/>
          </w:tcPr>
          <w:p w14:paraId="372B96F7" w14:textId="77777777" w:rsidR="00B2631E" w:rsidRDefault="00B2631E" w:rsidP="00EF4384">
            <w:pPr>
              <w:rPr>
                <w:rFonts w:eastAsiaTheme="minorHAnsi" w:cs="Times New Roman"/>
                <w:b/>
                <w:bCs/>
                <w:szCs w:val="20"/>
              </w:rPr>
            </w:pPr>
            <w:r w:rsidRPr="004101D2">
              <w:rPr>
                <w:rFonts w:eastAsiaTheme="minorHAnsi" w:cs="Times New Roman"/>
                <w:b/>
                <w:bCs/>
                <w:szCs w:val="20"/>
              </w:rPr>
              <w:t>2,140,081</w:t>
            </w:r>
          </w:p>
        </w:tc>
      </w:tr>
      <w:bookmarkEnd w:id="2"/>
      <w:tr w:rsidR="00B2631E" w:rsidRPr="00DE0C4A" w14:paraId="28B44D06" w14:textId="77777777" w:rsidTr="00B2631E">
        <w:tc>
          <w:tcPr>
            <w:tcW w:w="289" w:type="pct"/>
            <w:vAlign w:val="center"/>
          </w:tcPr>
          <w:p w14:paraId="4C7A9C68" w14:textId="77777777" w:rsidR="00B2631E" w:rsidRPr="00DE0C4A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DE0C4A">
              <w:rPr>
                <w:rFonts w:eastAsiaTheme="minorHAnsi" w:cs="Times New Roman"/>
                <w:color w:val="000000"/>
                <w:szCs w:val="20"/>
              </w:rPr>
              <w:t>#</w:t>
            </w:r>
            <w:r>
              <w:rPr>
                <w:rFonts w:eastAsiaTheme="minorHAnsi" w:cs="Times New Roman"/>
                <w:color w:val="000000"/>
                <w:szCs w:val="20"/>
              </w:rPr>
              <w:t>4</w:t>
            </w:r>
          </w:p>
        </w:tc>
        <w:tc>
          <w:tcPr>
            <w:tcW w:w="4123" w:type="pct"/>
            <w:vAlign w:val="center"/>
          </w:tcPr>
          <w:p w14:paraId="16CF3207" w14:textId="77777777" w:rsidR="00B2631E" w:rsidRPr="00C15BD0" w:rsidRDefault="00B2631E" w:rsidP="00EF4384">
            <w:pPr>
              <w:rPr>
                <w:rFonts w:eastAsiaTheme="minorHAnsi" w:cs="Times New Roman"/>
                <w:b/>
                <w:bCs/>
              </w:rPr>
            </w:pPr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#1 AND #2 AND #3</w:t>
            </w:r>
          </w:p>
        </w:tc>
        <w:tc>
          <w:tcPr>
            <w:tcW w:w="588" w:type="pct"/>
          </w:tcPr>
          <w:p w14:paraId="25BEEDC4" w14:textId="77777777" w:rsidR="00B2631E" w:rsidRPr="00475FD4" w:rsidRDefault="00B2631E" w:rsidP="00EF4384">
            <w:pPr>
              <w:rPr>
                <w:rFonts w:eastAsiaTheme="minorHAnsi" w:cs="Times New Roman"/>
                <w:b/>
                <w:bCs/>
                <w:szCs w:val="20"/>
              </w:rPr>
            </w:pPr>
            <w:r w:rsidRPr="00475FD4">
              <w:rPr>
                <w:rFonts w:eastAsiaTheme="minorHAnsi" w:cs="Times New Roman"/>
                <w:b/>
                <w:bCs/>
                <w:szCs w:val="20"/>
              </w:rPr>
              <w:t>217</w:t>
            </w:r>
          </w:p>
        </w:tc>
      </w:tr>
    </w:tbl>
    <w:p w14:paraId="27FBAA56" w14:textId="77777777" w:rsidR="00B2631E" w:rsidRPr="00DE0C4A" w:rsidRDefault="00B2631E" w:rsidP="00B2631E">
      <w:pPr>
        <w:spacing w:after="0"/>
        <w:rPr>
          <w:rFonts w:eastAsiaTheme="minorHAnsi" w:cs="Times New Roman"/>
        </w:rPr>
      </w:pPr>
    </w:p>
    <w:p w14:paraId="7CC25FD5" w14:textId="77777777" w:rsidR="00B2631E" w:rsidRPr="00DE0C4A" w:rsidRDefault="00B2631E" w:rsidP="00B2631E">
      <w:pPr>
        <w:rPr>
          <w:rFonts w:eastAsiaTheme="minorHAnsi" w:cs="Times New Roman"/>
          <w:b/>
        </w:rPr>
      </w:pPr>
    </w:p>
    <w:p w14:paraId="47E3703B" w14:textId="77777777" w:rsidR="00B2631E" w:rsidRPr="00DE0C4A" w:rsidRDefault="00B2631E" w:rsidP="00B2631E">
      <w:pPr>
        <w:rPr>
          <w:rFonts w:eastAsiaTheme="minorHAnsi" w:cs="Times New Roman"/>
          <w:b/>
        </w:rPr>
      </w:pPr>
      <w:r w:rsidRPr="00DE0C4A">
        <w:rPr>
          <w:rFonts w:eastAsiaTheme="minorHAnsi" w:cs="Times New Roman" w:hint="eastAsia"/>
          <w:b/>
        </w:rPr>
        <w:t>EMBASE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32"/>
        <w:gridCol w:w="9016"/>
        <w:gridCol w:w="1286"/>
      </w:tblGrid>
      <w:tr w:rsidR="00B2631E" w:rsidRPr="00DE0C4A" w14:paraId="7CBE5BA9" w14:textId="77777777" w:rsidTr="00B2631E">
        <w:tc>
          <w:tcPr>
            <w:tcW w:w="289" w:type="pct"/>
          </w:tcPr>
          <w:p w14:paraId="7B555907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</w:p>
        </w:tc>
        <w:tc>
          <w:tcPr>
            <w:tcW w:w="4123" w:type="pct"/>
          </w:tcPr>
          <w:p w14:paraId="14455A55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Searches</w:t>
            </w:r>
          </w:p>
        </w:tc>
        <w:tc>
          <w:tcPr>
            <w:tcW w:w="588" w:type="pct"/>
          </w:tcPr>
          <w:p w14:paraId="43A71ADD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Results</w:t>
            </w:r>
          </w:p>
        </w:tc>
      </w:tr>
      <w:tr w:rsidR="00B2631E" w:rsidRPr="00C15BD0" w14:paraId="577FDE7F" w14:textId="77777777" w:rsidTr="00B2631E">
        <w:tc>
          <w:tcPr>
            <w:tcW w:w="289" w:type="pct"/>
          </w:tcPr>
          <w:p w14:paraId="2DCF5842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rPr>
                <w:rFonts w:eastAsiaTheme="minorHAnsi" w:cs="Times New Roman"/>
              </w:rPr>
              <w:t>#1</w:t>
            </w:r>
          </w:p>
        </w:tc>
        <w:tc>
          <w:tcPr>
            <w:tcW w:w="4123" w:type="pct"/>
          </w:tcPr>
          <w:p w14:paraId="0679AB2E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rPr>
                <w:rFonts w:eastAsiaTheme="minorHAnsi" w:cs="Times New Roman"/>
              </w:rPr>
              <w:t xml:space="preserve">'Korean medicine'/exp OR 'medicine, </w:t>
            </w:r>
            <w:proofErr w:type="spellStart"/>
            <w:r w:rsidRPr="00C15BD0">
              <w:rPr>
                <w:rFonts w:eastAsiaTheme="minorHAnsi" w:cs="Times New Roman"/>
              </w:rPr>
              <w:t>korean</w:t>
            </w:r>
            <w:proofErr w:type="spellEnd"/>
            <w:r w:rsidRPr="00C15BD0">
              <w:rPr>
                <w:rFonts w:eastAsiaTheme="minorHAnsi" w:cs="Times New Roman"/>
              </w:rPr>
              <w:t xml:space="preserve"> traditional':</w:t>
            </w:r>
            <w:proofErr w:type="spellStart"/>
            <w:r w:rsidRPr="00C15BD0">
              <w:rPr>
                <w:rFonts w:eastAsiaTheme="minorHAnsi" w:cs="Times New Roman"/>
              </w:rPr>
              <w:t>ti,ab</w:t>
            </w:r>
            <w:proofErr w:type="spellEnd"/>
            <w:r w:rsidRPr="00C15BD0">
              <w:rPr>
                <w:rFonts w:eastAsiaTheme="minorHAnsi" w:cs="Times New Roman"/>
              </w:rPr>
              <w:t xml:space="preserve"> OR '</w:t>
            </w:r>
            <w:proofErr w:type="spellStart"/>
            <w:r w:rsidRPr="00C15BD0">
              <w:rPr>
                <w:rFonts w:eastAsiaTheme="minorHAnsi" w:cs="Times New Roman"/>
              </w:rPr>
              <w:t>korean</w:t>
            </w:r>
            <w:proofErr w:type="spellEnd"/>
            <w:r w:rsidRPr="00C15BD0">
              <w:rPr>
                <w:rFonts w:eastAsiaTheme="minorHAnsi" w:cs="Times New Roman"/>
              </w:rPr>
              <w:t xml:space="preserve"> medicine':</w:t>
            </w:r>
            <w:proofErr w:type="spellStart"/>
            <w:r w:rsidRPr="00C15BD0">
              <w:rPr>
                <w:rFonts w:eastAsiaTheme="minorHAnsi" w:cs="Times New Roman"/>
              </w:rPr>
              <w:t>ti,ab</w:t>
            </w:r>
            <w:proofErr w:type="spellEnd"/>
            <w:r w:rsidRPr="00C15BD0">
              <w:rPr>
                <w:rFonts w:eastAsiaTheme="minorHAnsi" w:cs="Times New Roman"/>
              </w:rPr>
              <w:t xml:space="preserve"> OR 'traditional </w:t>
            </w:r>
            <w:proofErr w:type="spellStart"/>
            <w:r w:rsidRPr="00C15BD0">
              <w:rPr>
                <w:rFonts w:eastAsiaTheme="minorHAnsi" w:cs="Times New Roman"/>
              </w:rPr>
              <w:t>korean</w:t>
            </w:r>
            <w:proofErr w:type="spellEnd"/>
            <w:r w:rsidRPr="00C15BD0">
              <w:rPr>
                <w:rFonts w:eastAsiaTheme="minorHAnsi" w:cs="Times New Roman"/>
              </w:rPr>
              <w:t xml:space="preserve"> medicine':</w:t>
            </w:r>
            <w:proofErr w:type="spellStart"/>
            <w:r w:rsidRPr="00C15BD0">
              <w:rPr>
                <w:rFonts w:eastAsiaTheme="minorHAnsi" w:cs="Times New Roman"/>
              </w:rPr>
              <w:t>ti,ab</w:t>
            </w:r>
            <w:proofErr w:type="spellEnd"/>
            <w:r w:rsidRPr="00C15BD0">
              <w:rPr>
                <w:rFonts w:eastAsiaTheme="minorHAnsi" w:cs="Times New Roman"/>
              </w:rPr>
              <w:t xml:space="preserve"> OR '</w:t>
            </w:r>
            <w:proofErr w:type="spellStart"/>
            <w:r w:rsidRPr="00C15BD0">
              <w:rPr>
                <w:rFonts w:eastAsiaTheme="minorHAnsi" w:cs="Times New Roman"/>
              </w:rPr>
              <w:t>korean</w:t>
            </w:r>
            <w:proofErr w:type="spellEnd"/>
            <w:r w:rsidRPr="00C15BD0">
              <w:rPr>
                <w:rFonts w:eastAsiaTheme="minorHAnsi" w:cs="Times New Roman"/>
              </w:rPr>
              <w:t xml:space="preserve"> traditional medicine':</w:t>
            </w:r>
            <w:proofErr w:type="spellStart"/>
            <w:r w:rsidRPr="00C15BD0">
              <w:rPr>
                <w:rFonts w:eastAsiaTheme="minorHAnsi" w:cs="Times New Roman"/>
              </w:rPr>
              <w:t>ti,ab</w:t>
            </w:r>
            <w:proofErr w:type="spellEnd"/>
            <w:r w:rsidRPr="00C15BD0">
              <w:rPr>
                <w:rFonts w:eastAsiaTheme="minorHAnsi" w:cs="Times New Roman"/>
              </w:rPr>
              <w:t xml:space="preserve"> OR ('oriental medicine'/exp AND </w:t>
            </w:r>
            <w:proofErr w:type="spellStart"/>
            <w:r w:rsidRPr="00C15BD0">
              <w:rPr>
                <w:rFonts w:eastAsiaTheme="minorHAnsi" w:cs="Times New Roman"/>
              </w:rPr>
              <w:t>korea:ti,ab</w:t>
            </w:r>
            <w:proofErr w:type="spellEnd"/>
            <w:r w:rsidRPr="00C15BD0">
              <w:rPr>
                <w:rFonts w:eastAsiaTheme="minorHAnsi" w:cs="Times New Roman"/>
              </w:rPr>
              <w:t>)</w:t>
            </w:r>
          </w:p>
        </w:tc>
        <w:tc>
          <w:tcPr>
            <w:tcW w:w="588" w:type="pct"/>
          </w:tcPr>
          <w:p w14:paraId="04A8B6F7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rPr>
                <w:rFonts w:eastAsiaTheme="minorHAnsi" w:cs="Times New Roman"/>
              </w:rPr>
              <w:t>2,543</w:t>
            </w:r>
          </w:p>
        </w:tc>
      </w:tr>
      <w:tr w:rsidR="00B2631E" w:rsidRPr="00C15BD0" w14:paraId="6D8203B8" w14:textId="77777777" w:rsidTr="00B2631E">
        <w:tc>
          <w:tcPr>
            <w:tcW w:w="289" w:type="pct"/>
          </w:tcPr>
          <w:p w14:paraId="5F8793E3" w14:textId="77777777" w:rsidR="00B2631E" w:rsidRPr="00C15BD0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C15BD0">
              <w:rPr>
                <w:rFonts w:eastAsiaTheme="minorHAnsi" w:cs="Times New Roman"/>
                <w:szCs w:val="20"/>
              </w:rPr>
              <w:t>#2</w:t>
            </w:r>
          </w:p>
        </w:tc>
        <w:tc>
          <w:tcPr>
            <w:tcW w:w="4123" w:type="pct"/>
          </w:tcPr>
          <w:p w14:paraId="6F415EED" w14:textId="77777777" w:rsidR="00B2631E" w:rsidRPr="00C15BD0" w:rsidRDefault="00B2631E" w:rsidP="00EF4384">
            <w:pPr>
              <w:jc w:val="both"/>
              <w:rPr>
                <w:rFonts w:eastAsiaTheme="minorHAnsi" w:cs="Times New Roman"/>
              </w:rPr>
            </w:pPr>
            <w:r w:rsidRPr="00C15BD0">
              <w:t>program*: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service*: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intervention*: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policy:ti,ab</w:t>
            </w:r>
            <w:proofErr w:type="spellEnd"/>
            <w:r w:rsidRPr="00C15BD0">
              <w:t xml:space="preserve"> OR ordinance*: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insurance:ti,ab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reimbursement:ti,ab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coverage:ti,ab</w:t>
            </w:r>
            <w:proofErr w:type="spellEnd"/>
            <w:r w:rsidRPr="00C15BD0">
              <w:t xml:space="preserve"> OR guideline*: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‘clinical pathway*’: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‘critical pathway*’: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model*: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system*: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collaboration:ti,ab</w:t>
            </w:r>
            <w:proofErr w:type="spellEnd"/>
            <w:r w:rsidRPr="00C15BD0">
              <w:t xml:space="preserve"> OR ‘collaborative care’: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integration:ti,ab</w:t>
            </w:r>
            <w:proofErr w:type="spellEnd"/>
            <w:r w:rsidRPr="00C15BD0">
              <w:t xml:space="preserve"> OR ‘integrated care’: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telemedicine:ti,ab</w:t>
            </w:r>
            <w:proofErr w:type="spellEnd"/>
            <w:r w:rsidRPr="00C15BD0">
              <w:t xml:space="preserve"> OR ‘home care’: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‘community care’:</w:t>
            </w:r>
            <w:proofErr w:type="spellStart"/>
            <w:r w:rsidRPr="00C15BD0">
              <w:t>ti,ab</w:t>
            </w:r>
            <w:proofErr w:type="spellEnd"/>
          </w:p>
        </w:tc>
        <w:tc>
          <w:tcPr>
            <w:tcW w:w="588" w:type="pct"/>
          </w:tcPr>
          <w:p w14:paraId="39E3A6C7" w14:textId="77777777" w:rsidR="00B2631E" w:rsidRPr="00C15BD0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C15BD0">
              <w:rPr>
                <w:rFonts w:eastAsiaTheme="minorHAnsi" w:cs="Times New Roman"/>
                <w:szCs w:val="20"/>
              </w:rPr>
              <w:t>15,533,392</w:t>
            </w:r>
          </w:p>
        </w:tc>
      </w:tr>
      <w:tr w:rsidR="00B2631E" w:rsidRPr="00C15BD0" w14:paraId="113792FD" w14:textId="77777777" w:rsidTr="00B2631E">
        <w:tc>
          <w:tcPr>
            <w:tcW w:w="289" w:type="pct"/>
            <w:vAlign w:val="center"/>
          </w:tcPr>
          <w:p w14:paraId="2FD5AB79" w14:textId="77777777" w:rsidR="00B2631E" w:rsidRPr="00C15BD0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C15BD0">
              <w:rPr>
                <w:rFonts w:eastAsiaTheme="minorHAnsi" w:cs="Times New Roman"/>
                <w:color w:val="000000"/>
                <w:szCs w:val="20"/>
              </w:rPr>
              <w:t>#3</w:t>
            </w:r>
          </w:p>
        </w:tc>
        <w:tc>
          <w:tcPr>
            <w:tcW w:w="4123" w:type="pct"/>
          </w:tcPr>
          <w:p w14:paraId="331FFDBA" w14:textId="77777777" w:rsidR="00B2631E" w:rsidRPr="00C15BD0" w:rsidRDefault="00B2631E" w:rsidP="00EF4384">
            <w:proofErr w:type="spellStart"/>
            <w:r w:rsidRPr="00C15BD0">
              <w:t>survey:ti,ab</w:t>
            </w:r>
            <w:proofErr w:type="spellEnd"/>
            <w:r w:rsidRPr="00C15BD0">
              <w:t xml:space="preserve"> OR questionnaire*: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interview*: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‘focus group*’:</w:t>
            </w:r>
            <w:proofErr w:type="spellStart"/>
            <w:r w:rsidRPr="00C15BD0">
              <w:t>ti,ab</w:t>
            </w:r>
            <w:proofErr w:type="spellEnd"/>
            <w:r w:rsidRPr="00C15BD0">
              <w:t xml:space="preserve"> OR </w:t>
            </w:r>
            <w:proofErr w:type="spellStart"/>
            <w:r w:rsidRPr="00C15BD0">
              <w:t>qualitative:ti,ab</w:t>
            </w:r>
            <w:proofErr w:type="spellEnd"/>
            <w:r w:rsidRPr="00C15BD0">
              <w:t xml:space="preserve"> OR ‘mixed method*’:</w:t>
            </w:r>
            <w:proofErr w:type="spellStart"/>
            <w:r w:rsidRPr="00C15BD0">
              <w:t>ti,ab</w:t>
            </w:r>
            <w:proofErr w:type="spellEnd"/>
          </w:p>
        </w:tc>
        <w:tc>
          <w:tcPr>
            <w:tcW w:w="588" w:type="pct"/>
          </w:tcPr>
          <w:p w14:paraId="6D5587F5" w14:textId="77777777" w:rsidR="00B2631E" w:rsidRPr="00C15BD0" w:rsidRDefault="00B2631E" w:rsidP="00EF4384">
            <w:pPr>
              <w:rPr>
                <w:rFonts w:eastAsiaTheme="minorHAnsi" w:cs="Times New Roman"/>
                <w:szCs w:val="20"/>
              </w:rPr>
            </w:pPr>
          </w:p>
          <w:p w14:paraId="054DB579" w14:textId="77777777" w:rsidR="00B2631E" w:rsidRPr="00C15BD0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C15BD0">
              <w:rPr>
                <w:rFonts w:eastAsiaTheme="minorHAnsi" w:cs="Times New Roman"/>
                <w:szCs w:val="20"/>
              </w:rPr>
              <w:t>2,888,228</w:t>
            </w:r>
          </w:p>
        </w:tc>
      </w:tr>
      <w:tr w:rsidR="00B2631E" w:rsidRPr="00C15BD0" w14:paraId="48B6157F" w14:textId="77777777" w:rsidTr="00B2631E">
        <w:tc>
          <w:tcPr>
            <w:tcW w:w="289" w:type="pct"/>
          </w:tcPr>
          <w:p w14:paraId="1C0EB7F3" w14:textId="77777777" w:rsidR="00B2631E" w:rsidRPr="00C15BD0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C15BD0">
              <w:rPr>
                <w:rFonts w:eastAsiaTheme="minorHAnsi" w:cs="Times New Roman" w:hint="eastAsia"/>
                <w:szCs w:val="20"/>
              </w:rPr>
              <w:t>#</w:t>
            </w:r>
            <w:r w:rsidRPr="00C15BD0">
              <w:rPr>
                <w:rFonts w:eastAsiaTheme="minorHAnsi" w:cs="Times New Roman"/>
                <w:szCs w:val="20"/>
              </w:rPr>
              <w:t>4</w:t>
            </w:r>
          </w:p>
        </w:tc>
        <w:tc>
          <w:tcPr>
            <w:tcW w:w="4123" w:type="pct"/>
            <w:vAlign w:val="center"/>
          </w:tcPr>
          <w:p w14:paraId="7BB3960D" w14:textId="77777777" w:rsidR="00B2631E" w:rsidRPr="00C15BD0" w:rsidRDefault="00B2631E" w:rsidP="00EF4384">
            <w:pPr>
              <w:rPr>
                <w:rFonts w:eastAsiaTheme="minorHAnsi" w:cs="Times New Roman"/>
              </w:rPr>
            </w:pPr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#1 AND #2 AND #3</w:t>
            </w:r>
          </w:p>
        </w:tc>
        <w:tc>
          <w:tcPr>
            <w:tcW w:w="588" w:type="pct"/>
          </w:tcPr>
          <w:p w14:paraId="33907A71" w14:textId="77777777" w:rsidR="00B2631E" w:rsidRPr="00C15BD0" w:rsidRDefault="00B2631E" w:rsidP="00EF4384">
            <w:pPr>
              <w:rPr>
                <w:rFonts w:eastAsiaTheme="minorHAnsi" w:cs="Times New Roman"/>
                <w:szCs w:val="20"/>
              </w:rPr>
            </w:pPr>
            <w:r w:rsidRPr="00C15BD0">
              <w:rPr>
                <w:rFonts w:eastAsiaTheme="minorHAnsi" w:cs="Times New Roman"/>
                <w:szCs w:val="20"/>
              </w:rPr>
              <w:t>293</w:t>
            </w:r>
          </w:p>
        </w:tc>
      </w:tr>
    </w:tbl>
    <w:p w14:paraId="0C6377D1" w14:textId="77777777" w:rsidR="00B2631E" w:rsidRPr="00C15BD0" w:rsidRDefault="00B2631E" w:rsidP="00B2631E">
      <w:pPr>
        <w:spacing w:after="0"/>
        <w:rPr>
          <w:rFonts w:eastAsiaTheme="minorHAnsi" w:cs="Times New Roman"/>
        </w:rPr>
      </w:pPr>
    </w:p>
    <w:p w14:paraId="5EF835C3" w14:textId="77777777" w:rsidR="00B2631E" w:rsidRPr="00DE0C4A" w:rsidRDefault="00B2631E" w:rsidP="00B2631E">
      <w:pPr>
        <w:spacing w:after="0"/>
        <w:rPr>
          <w:rFonts w:eastAsiaTheme="minorHAnsi" w:cs="Times New Roman"/>
        </w:rPr>
      </w:pPr>
    </w:p>
    <w:p w14:paraId="73335374" w14:textId="77777777" w:rsidR="00B2631E" w:rsidRPr="00DE0C4A" w:rsidRDefault="00B2631E" w:rsidP="00B2631E">
      <w:pPr>
        <w:rPr>
          <w:rFonts w:eastAsiaTheme="minorHAnsi" w:cs="Times New Roman"/>
          <w:b/>
        </w:rPr>
      </w:pPr>
      <w:r w:rsidRPr="00DE0C4A">
        <w:rPr>
          <w:rFonts w:eastAsiaTheme="minorHAnsi" w:cs="Times New Roman" w:hint="eastAsia"/>
          <w:b/>
        </w:rPr>
        <w:t>CENTRAL</w:t>
      </w:r>
      <w:r w:rsidRPr="00DE0C4A">
        <w:rPr>
          <w:rFonts w:eastAsiaTheme="minorHAnsi" w:cs="Times New Roman"/>
          <w:b/>
        </w:rPr>
        <w:tab/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717"/>
        <w:gridCol w:w="8909"/>
        <w:gridCol w:w="1308"/>
      </w:tblGrid>
      <w:tr w:rsidR="00B2631E" w:rsidRPr="00DE0C4A" w14:paraId="4B0A8589" w14:textId="77777777" w:rsidTr="00B2631E">
        <w:tc>
          <w:tcPr>
            <w:tcW w:w="328" w:type="pct"/>
          </w:tcPr>
          <w:p w14:paraId="13156C46" w14:textId="77777777" w:rsidR="00B2631E" w:rsidRPr="00DE0C4A" w:rsidRDefault="00B2631E" w:rsidP="00EF4384">
            <w:pPr>
              <w:rPr>
                <w:rFonts w:eastAsiaTheme="minorHAnsi" w:cs="Times New Roman"/>
                <w:b/>
              </w:rPr>
            </w:pPr>
          </w:p>
        </w:tc>
        <w:tc>
          <w:tcPr>
            <w:tcW w:w="4074" w:type="pct"/>
          </w:tcPr>
          <w:p w14:paraId="37E778E5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Searches</w:t>
            </w:r>
          </w:p>
        </w:tc>
        <w:tc>
          <w:tcPr>
            <w:tcW w:w="598" w:type="pct"/>
          </w:tcPr>
          <w:p w14:paraId="4615BD43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Results</w:t>
            </w:r>
          </w:p>
        </w:tc>
      </w:tr>
      <w:tr w:rsidR="00B2631E" w:rsidRPr="00DE0C4A" w14:paraId="0B6C237D" w14:textId="77777777" w:rsidTr="00B2631E">
        <w:tc>
          <w:tcPr>
            <w:tcW w:w="328" w:type="pct"/>
          </w:tcPr>
          <w:p w14:paraId="6DB1BC92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/>
              </w:rPr>
              <w:t>#1</w:t>
            </w:r>
          </w:p>
        </w:tc>
        <w:tc>
          <w:tcPr>
            <w:tcW w:w="4074" w:type="pct"/>
          </w:tcPr>
          <w:p w14:paraId="569C2B24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proofErr w:type="spellStart"/>
            <w:r w:rsidRPr="003157E9">
              <w:rPr>
                <w:rFonts w:eastAsiaTheme="minorHAnsi" w:cs="Times New Roman"/>
              </w:rPr>
              <w:t>MeSH</w:t>
            </w:r>
            <w:proofErr w:type="spellEnd"/>
            <w:r w:rsidRPr="003157E9">
              <w:rPr>
                <w:rFonts w:eastAsiaTheme="minorHAnsi" w:cs="Times New Roman"/>
              </w:rPr>
              <w:t xml:space="preserve"> descriptor: [Medicine, Korean Traditional] explode all trees</w:t>
            </w:r>
          </w:p>
        </w:tc>
        <w:tc>
          <w:tcPr>
            <w:tcW w:w="598" w:type="pct"/>
          </w:tcPr>
          <w:p w14:paraId="402FF8E4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45</w:t>
            </w:r>
          </w:p>
        </w:tc>
      </w:tr>
      <w:tr w:rsidR="00B2631E" w:rsidRPr="00DE0C4A" w14:paraId="412D11E2" w14:textId="77777777" w:rsidTr="00B2631E">
        <w:tc>
          <w:tcPr>
            <w:tcW w:w="328" w:type="pct"/>
          </w:tcPr>
          <w:p w14:paraId="4E9A3206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#2</w:t>
            </w:r>
          </w:p>
        </w:tc>
        <w:tc>
          <w:tcPr>
            <w:tcW w:w="4074" w:type="pct"/>
          </w:tcPr>
          <w:p w14:paraId="0C7DF230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3157E9">
              <w:rPr>
                <w:rFonts w:eastAsiaTheme="minorHAnsi" w:cs="Times New Roman"/>
              </w:rPr>
              <w:t xml:space="preserve">"medicine, </w:t>
            </w:r>
            <w:proofErr w:type="spellStart"/>
            <w:r w:rsidRPr="003157E9">
              <w:rPr>
                <w:rFonts w:eastAsiaTheme="minorHAnsi" w:cs="Times New Roman"/>
              </w:rPr>
              <w:t>korean</w:t>
            </w:r>
            <w:proofErr w:type="spellEnd"/>
            <w:r w:rsidRPr="003157E9">
              <w:rPr>
                <w:rFonts w:eastAsiaTheme="minorHAnsi" w:cs="Times New Roman"/>
              </w:rPr>
              <w:t xml:space="preserve"> traditional" OR "</w:t>
            </w:r>
            <w:proofErr w:type="spellStart"/>
            <w:r w:rsidRPr="003157E9">
              <w:rPr>
                <w:rFonts w:eastAsiaTheme="minorHAnsi" w:cs="Times New Roman"/>
              </w:rPr>
              <w:t>korean</w:t>
            </w:r>
            <w:proofErr w:type="spellEnd"/>
            <w:r w:rsidRPr="003157E9">
              <w:rPr>
                <w:rFonts w:eastAsiaTheme="minorHAnsi" w:cs="Times New Roman"/>
              </w:rPr>
              <w:t xml:space="preserve"> medicine" OR "traditional </w:t>
            </w:r>
            <w:proofErr w:type="spellStart"/>
            <w:r w:rsidRPr="003157E9">
              <w:rPr>
                <w:rFonts w:eastAsiaTheme="minorHAnsi" w:cs="Times New Roman"/>
              </w:rPr>
              <w:t>korean</w:t>
            </w:r>
            <w:proofErr w:type="spellEnd"/>
            <w:r w:rsidRPr="003157E9">
              <w:rPr>
                <w:rFonts w:eastAsiaTheme="minorHAnsi" w:cs="Times New Roman"/>
              </w:rPr>
              <w:t xml:space="preserve"> medicine" OR "</w:t>
            </w:r>
            <w:proofErr w:type="spellStart"/>
            <w:r w:rsidRPr="003157E9">
              <w:rPr>
                <w:rFonts w:eastAsiaTheme="minorHAnsi" w:cs="Times New Roman"/>
              </w:rPr>
              <w:t>korean</w:t>
            </w:r>
            <w:proofErr w:type="spellEnd"/>
            <w:r w:rsidRPr="003157E9">
              <w:rPr>
                <w:rFonts w:eastAsiaTheme="minorHAnsi" w:cs="Times New Roman"/>
              </w:rPr>
              <w:t xml:space="preserve"> traditional medicine"</w:t>
            </w:r>
          </w:p>
        </w:tc>
        <w:tc>
          <w:tcPr>
            <w:tcW w:w="598" w:type="pct"/>
          </w:tcPr>
          <w:p w14:paraId="56C0E564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539</w:t>
            </w:r>
          </w:p>
        </w:tc>
      </w:tr>
      <w:tr w:rsidR="00B2631E" w:rsidRPr="00DE0C4A" w14:paraId="2AB1C392" w14:textId="77777777" w:rsidTr="00B2631E">
        <w:tc>
          <w:tcPr>
            <w:tcW w:w="328" w:type="pct"/>
          </w:tcPr>
          <w:p w14:paraId="7913DBCC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#3</w:t>
            </w:r>
          </w:p>
        </w:tc>
        <w:tc>
          <w:tcPr>
            <w:tcW w:w="4074" w:type="pct"/>
          </w:tcPr>
          <w:p w14:paraId="09E41301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3157E9">
              <w:rPr>
                <w:rFonts w:eastAsiaTheme="minorHAnsi" w:cs="Times New Roman"/>
              </w:rPr>
              <w:t>#1 OR #2</w:t>
            </w:r>
          </w:p>
        </w:tc>
        <w:tc>
          <w:tcPr>
            <w:tcW w:w="598" w:type="pct"/>
          </w:tcPr>
          <w:p w14:paraId="0DB9C470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</w:rPr>
            </w:pPr>
            <w:r>
              <w:rPr>
                <w:rFonts w:eastAsiaTheme="minorHAnsi" w:cs="Times New Roman"/>
                <w:b/>
                <w:bCs/>
              </w:rPr>
              <w:t>539</w:t>
            </w:r>
          </w:p>
        </w:tc>
      </w:tr>
      <w:tr w:rsidR="00B2631E" w:rsidRPr="00DE0C4A" w14:paraId="383FF706" w14:textId="77777777" w:rsidTr="00B2631E">
        <w:tc>
          <w:tcPr>
            <w:tcW w:w="328" w:type="pct"/>
          </w:tcPr>
          <w:p w14:paraId="00A88B70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4</w:t>
            </w:r>
          </w:p>
        </w:tc>
        <w:tc>
          <w:tcPr>
            <w:tcW w:w="4074" w:type="pct"/>
          </w:tcPr>
          <w:p w14:paraId="5CFA0188" w14:textId="77777777" w:rsidR="00B2631E" w:rsidRPr="00722E65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r w:rsidRPr="00475FD4">
              <w:rPr>
                <w:rFonts w:eastAsiaTheme="minorHAnsi" w:cs="Times New Roman"/>
              </w:rPr>
              <w:t>program* OR service* OR intervention* OR policy OR ordinance* OR insurance OR reimbursement OR coverage OR guideline* OR "clinical pathway" OR "critical pathway" OR model* OR system* OR collaboration OR "collaborative care" OR integration OR "integrated care" OR telemedicine OR "home care" OR "community care"</w:t>
            </w:r>
          </w:p>
        </w:tc>
        <w:tc>
          <w:tcPr>
            <w:tcW w:w="598" w:type="pct"/>
          </w:tcPr>
          <w:p w14:paraId="7E19A0EF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/>
                <w:b/>
                <w:bCs/>
                <w:lang w:eastAsia="ko-KR"/>
              </w:rPr>
              <w:t>1,166,343</w:t>
            </w:r>
          </w:p>
        </w:tc>
      </w:tr>
      <w:tr w:rsidR="00B2631E" w:rsidRPr="00DE0C4A" w14:paraId="28718423" w14:textId="77777777" w:rsidTr="00B2631E">
        <w:tc>
          <w:tcPr>
            <w:tcW w:w="328" w:type="pct"/>
          </w:tcPr>
          <w:p w14:paraId="08F460F3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5</w:t>
            </w:r>
          </w:p>
        </w:tc>
        <w:tc>
          <w:tcPr>
            <w:tcW w:w="4074" w:type="pct"/>
          </w:tcPr>
          <w:p w14:paraId="2237ED7F" w14:textId="77777777" w:rsidR="00B2631E" w:rsidRPr="00722E65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r w:rsidRPr="00475FD4">
              <w:rPr>
                <w:rFonts w:eastAsiaTheme="minorHAnsi" w:cs="Times New Roman"/>
              </w:rPr>
              <w:t>survey OR questionnaire* OR interview* OR "focus group" OR qualitative OR "mixed method"</w:t>
            </w:r>
          </w:p>
        </w:tc>
        <w:tc>
          <w:tcPr>
            <w:tcW w:w="598" w:type="pct"/>
          </w:tcPr>
          <w:p w14:paraId="569EE2D9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/>
                <w:b/>
                <w:bCs/>
                <w:lang w:eastAsia="ko-KR"/>
              </w:rPr>
              <w:t>304,660</w:t>
            </w:r>
          </w:p>
        </w:tc>
      </w:tr>
      <w:tr w:rsidR="00B2631E" w:rsidRPr="00DE0C4A" w14:paraId="4E25BE93" w14:textId="77777777" w:rsidTr="00B2631E">
        <w:tc>
          <w:tcPr>
            <w:tcW w:w="328" w:type="pct"/>
          </w:tcPr>
          <w:p w14:paraId="25E6FC5F" w14:textId="20C1F446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 w:rsidR="0034790B">
              <w:rPr>
                <w:rFonts w:eastAsiaTheme="minorHAnsi" w:cs="Times New Roman"/>
                <w:lang w:eastAsia="ko-KR"/>
              </w:rPr>
              <w:t>6</w:t>
            </w:r>
          </w:p>
        </w:tc>
        <w:tc>
          <w:tcPr>
            <w:tcW w:w="4074" w:type="pct"/>
          </w:tcPr>
          <w:p w14:paraId="296C9132" w14:textId="77777777" w:rsidR="00B2631E" w:rsidRPr="00722E65" w:rsidRDefault="00B2631E" w:rsidP="00EF4384">
            <w:pPr>
              <w:tabs>
                <w:tab w:val="left" w:pos="5697"/>
              </w:tabs>
              <w:rPr>
                <w:rFonts w:eastAsiaTheme="minorHAnsi" w:cs="Times New Roman"/>
              </w:rPr>
            </w:pPr>
            <w:r w:rsidRPr="00475FD4">
              <w:rPr>
                <w:rFonts w:eastAsiaTheme="minorHAnsi" w:cs="Times New Roman"/>
              </w:rPr>
              <w:t>#3 AND #4 AND #5</w:t>
            </w:r>
            <w:r>
              <w:rPr>
                <w:rFonts w:eastAsiaTheme="minorHAnsi" w:cs="Times New Roman"/>
              </w:rPr>
              <w:t xml:space="preserve"> in Trials</w:t>
            </w:r>
          </w:p>
        </w:tc>
        <w:tc>
          <w:tcPr>
            <w:tcW w:w="598" w:type="pct"/>
          </w:tcPr>
          <w:p w14:paraId="450AE5FC" w14:textId="77777777" w:rsidR="00B2631E" w:rsidRPr="00722E65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 w:hint="eastAsia"/>
                <w:b/>
                <w:bCs/>
                <w:lang w:eastAsia="ko-KR"/>
              </w:rPr>
              <w:t>1</w:t>
            </w:r>
            <w:r>
              <w:rPr>
                <w:rFonts w:eastAsiaTheme="minorHAnsi" w:cs="Times New Roman"/>
                <w:b/>
                <w:bCs/>
                <w:lang w:eastAsia="ko-KR"/>
              </w:rPr>
              <w:t>42</w:t>
            </w:r>
          </w:p>
        </w:tc>
      </w:tr>
    </w:tbl>
    <w:p w14:paraId="190CF8ED" w14:textId="77777777" w:rsidR="00B2631E" w:rsidRDefault="00B2631E" w:rsidP="00B2631E">
      <w:pPr>
        <w:rPr>
          <w:rFonts w:eastAsiaTheme="minorHAnsi" w:cs="Times New Roman"/>
          <w:b/>
        </w:rPr>
      </w:pPr>
    </w:p>
    <w:p w14:paraId="21B668AD" w14:textId="77777777" w:rsidR="00B2631E" w:rsidRPr="00DE0C4A" w:rsidRDefault="00B2631E" w:rsidP="00B2631E">
      <w:pPr>
        <w:rPr>
          <w:rFonts w:eastAsiaTheme="minorHAnsi" w:cs="Times New Roman"/>
          <w:b/>
        </w:rPr>
      </w:pPr>
      <w:r w:rsidRPr="00DE0C4A">
        <w:rPr>
          <w:rFonts w:eastAsiaTheme="minorHAnsi" w:cs="Times New Roman" w:hint="eastAsia"/>
          <w:b/>
        </w:rPr>
        <w:t>KCI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32"/>
        <w:gridCol w:w="9042"/>
        <w:gridCol w:w="1260"/>
      </w:tblGrid>
      <w:tr w:rsidR="00B2631E" w:rsidRPr="00DE0C4A" w14:paraId="30893F66" w14:textId="77777777" w:rsidTr="00B2631E">
        <w:tc>
          <w:tcPr>
            <w:tcW w:w="289" w:type="pct"/>
          </w:tcPr>
          <w:p w14:paraId="6DDA80BF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</w:p>
        </w:tc>
        <w:tc>
          <w:tcPr>
            <w:tcW w:w="4134" w:type="pct"/>
          </w:tcPr>
          <w:p w14:paraId="728A1FA9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Searches</w:t>
            </w:r>
          </w:p>
        </w:tc>
        <w:tc>
          <w:tcPr>
            <w:tcW w:w="576" w:type="pct"/>
          </w:tcPr>
          <w:p w14:paraId="37ED9566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Results</w:t>
            </w:r>
          </w:p>
        </w:tc>
      </w:tr>
      <w:tr w:rsidR="00B2631E" w:rsidRPr="00DE0C4A" w14:paraId="54236584" w14:textId="77777777" w:rsidTr="00B2631E">
        <w:tc>
          <w:tcPr>
            <w:tcW w:w="289" w:type="pct"/>
          </w:tcPr>
          <w:p w14:paraId="1C5201A0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 w:rsidRPr="00DE0C4A">
              <w:rPr>
                <w:rFonts w:eastAsiaTheme="minorHAnsi" w:cs="Times New Roman" w:hint="eastAsia"/>
              </w:rPr>
              <w:t>#1</w:t>
            </w:r>
          </w:p>
        </w:tc>
        <w:tc>
          <w:tcPr>
            <w:tcW w:w="4134" w:type="pct"/>
          </w:tcPr>
          <w:p w14:paraId="11151B3D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 w:rsidRPr="00F21AA1">
              <w:rPr>
                <w:rFonts w:ascii="맑은 고딕" w:eastAsia="맑은 고딕" w:hAnsi="맑은 고딕" w:cs="맑은 고딕" w:hint="eastAsia"/>
                <w:lang w:eastAsia="ko-KR"/>
              </w:rPr>
              <w:t>한의학</w:t>
            </w:r>
            <w:r w:rsidRPr="00F21AA1">
              <w:rPr>
                <w:rFonts w:eastAsiaTheme="minorHAnsi" w:cs="Times New Roman"/>
                <w:lang w:eastAsia="ko-KR"/>
              </w:rPr>
              <w:t xml:space="preserve"> OR </w:t>
            </w:r>
            <w:r w:rsidRPr="00F21AA1">
              <w:rPr>
                <w:rFonts w:ascii="맑은 고딕" w:eastAsia="맑은 고딕" w:hAnsi="맑은 고딕" w:cs="맑은 고딕" w:hint="eastAsia"/>
                <w:lang w:eastAsia="ko-KR"/>
              </w:rPr>
              <w:t>한의약</w:t>
            </w:r>
            <w:r>
              <w:rPr>
                <w:rFonts w:eastAsiaTheme="minorHAnsi" w:cs="Times New Roman"/>
                <w:lang w:eastAsia="ko-KR"/>
              </w:rPr>
              <w:t xml:space="preserve"> OR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한방</w:t>
            </w:r>
            <w:r>
              <w:rPr>
                <w:rFonts w:eastAsiaTheme="minorHAnsi" w:cs="Times New Roman"/>
                <w:lang w:eastAsia="ko-KR"/>
              </w:rPr>
              <w:t xml:space="preserve"> OR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한의의료</w:t>
            </w:r>
            <w:r>
              <w:rPr>
                <w:rFonts w:eastAsiaTheme="minorHAnsi" w:cs="Times New Roman"/>
                <w:lang w:eastAsia="ko-KR"/>
              </w:rPr>
              <w:t xml:space="preserve"> OR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한방의료</w:t>
            </w:r>
          </w:p>
        </w:tc>
        <w:tc>
          <w:tcPr>
            <w:tcW w:w="576" w:type="pct"/>
          </w:tcPr>
          <w:p w14:paraId="71C2AAE7" w14:textId="77777777" w:rsidR="00B2631E" w:rsidRPr="00931E84" w:rsidRDefault="00B2631E" w:rsidP="00EF4384">
            <w:pPr>
              <w:rPr>
                <w:rFonts w:eastAsiaTheme="minorHAnsi" w:cs="Times New Roman"/>
                <w:b/>
                <w:bCs/>
                <w:lang w:eastAsia="ko-KR"/>
              </w:rPr>
            </w:pPr>
            <w:r>
              <w:rPr>
                <w:rFonts w:eastAsiaTheme="minorHAnsi" w:cs="Times New Roman"/>
                <w:b/>
                <w:bCs/>
                <w:lang w:eastAsia="ko-KR"/>
              </w:rPr>
              <w:t>40,641</w:t>
            </w:r>
          </w:p>
        </w:tc>
      </w:tr>
      <w:tr w:rsidR="00B2631E" w:rsidRPr="00DE0C4A" w14:paraId="68D0E384" w14:textId="77777777" w:rsidTr="00B2631E">
        <w:tc>
          <w:tcPr>
            <w:tcW w:w="289" w:type="pct"/>
          </w:tcPr>
          <w:p w14:paraId="6CFA4DB2" w14:textId="77777777" w:rsidR="00B2631E" w:rsidRPr="00DE0C4A" w:rsidRDefault="00B2631E" w:rsidP="00EF43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2</w:t>
            </w:r>
          </w:p>
        </w:tc>
        <w:tc>
          <w:tcPr>
            <w:tcW w:w="4134" w:type="pct"/>
          </w:tcPr>
          <w:p w14:paraId="59839036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프로그램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서비스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정책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제도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사업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시범사업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가이드라인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임상지침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진료지침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임상경로</w:t>
            </w:r>
            <w:r w:rsidRPr="00475FD4">
              <w:rPr>
                <w:rFonts w:eastAsiaTheme="minorHAnsi" w:cs="Times New Roman"/>
                <w:lang w:eastAsia="ko-KR"/>
              </w:rPr>
              <w:t xml:space="preserve"> OR clinical pathway OR critical pathway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협진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통합의료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통합진료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협력진료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전달체계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돌봄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proofErr w:type="spellStart"/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지역사회돌봄</w:t>
            </w:r>
            <w:proofErr w:type="spellEnd"/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방문진료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재택의료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proofErr w:type="spellStart"/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커뮤니티케어</w:t>
            </w:r>
            <w:proofErr w:type="spellEnd"/>
            <w:r w:rsidRPr="00475FD4">
              <w:rPr>
                <w:rFonts w:eastAsiaTheme="minorHAnsi" w:cs="Times New Roman"/>
                <w:lang w:eastAsia="ko-KR"/>
              </w:rPr>
              <w:t xml:space="preserve"> OR telemedicine OR </w:t>
            </w:r>
            <w:proofErr w:type="spellStart"/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비대면진료</w:t>
            </w:r>
            <w:proofErr w:type="spellEnd"/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모델</w:t>
            </w:r>
            <w:r w:rsidRPr="00475FD4">
              <w:rPr>
                <w:rFonts w:eastAsiaTheme="minorHAnsi" w:cs="Times New Roman"/>
                <w:lang w:eastAsia="ko-KR"/>
              </w:rPr>
              <w:t xml:space="preserve">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모형</w:t>
            </w:r>
            <w:r w:rsidRPr="00475FD4">
              <w:rPr>
                <w:rFonts w:eastAsiaTheme="minorHAnsi" w:cs="Times New Roman"/>
                <w:lang w:eastAsia="ko-KR"/>
              </w:rPr>
              <w:t xml:space="preserve"> OR system OR </w:t>
            </w:r>
            <w:r w:rsidRPr="00475FD4">
              <w:rPr>
                <w:rFonts w:ascii="맑은 고딕" w:eastAsia="맑은 고딕" w:hAnsi="맑은 고딕" w:cs="맑은 고딕" w:hint="eastAsia"/>
                <w:lang w:eastAsia="ko-KR"/>
              </w:rPr>
              <w:t>시스템</w:t>
            </w:r>
          </w:p>
        </w:tc>
        <w:tc>
          <w:tcPr>
            <w:tcW w:w="576" w:type="pct"/>
          </w:tcPr>
          <w:p w14:paraId="27404CD9" w14:textId="77777777" w:rsidR="00B2631E" w:rsidRPr="00DE0C4A" w:rsidRDefault="00B2631E" w:rsidP="00EF4384">
            <w:pPr>
              <w:rPr>
                <w:rFonts w:eastAsiaTheme="minorHAnsi" w:cs="Times New Roman"/>
                <w:b/>
              </w:rPr>
            </w:pPr>
            <w:r>
              <w:rPr>
                <w:rFonts w:eastAsiaTheme="minorHAnsi" w:cs="Times New Roman"/>
                <w:b/>
              </w:rPr>
              <w:t>522,068</w:t>
            </w:r>
          </w:p>
        </w:tc>
      </w:tr>
      <w:tr w:rsidR="00B2631E" w:rsidRPr="00DE0C4A" w14:paraId="1328341A" w14:textId="77777777" w:rsidTr="00B2631E">
        <w:tc>
          <w:tcPr>
            <w:tcW w:w="289" w:type="pct"/>
          </w:tcPr>
          <w:p w14:paraId="30B5321F" w14:textId="77777777" w:rsidR="00B2631E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3</w:t>
            </w:r>
          </w:p>
        </w:tc>
        <w:tc>
          <w:tcPr>
            <w:tcW w:w="4134" w:type="pct"/>
          </w:tcPr>
          <w:p w14:paraId="325089B5" w14:textId="77777777" w:rsidR="00B2631E" w:rsidRPr="00475FD4" w:rsidRDefault="00B2631E" w:rsidP="00EF4384">
            <w:pPr>
              <w:rPr>
                <w:rFonts w:eastAsiaTheme="minorHAnsi" w:cs="Times New Roman"/>
                <w:lang w:eastAsia="ko-KR"/>
              </w:rPr>
            </w:pP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설문</w:t>
            </w:r>
            <w:proofErr w:type="spellEnd"/>
            <w:r w:rsidRPr="00B53842">
              <w:rPr>
                <w:rFonts w:eastAsiaTheme="minorHAnsi" w:cs="Times New Roman"/>
              </w:rPr>
              <w:t xml:space="preserve"> OR </w:t>
            </w: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설문조사</w:t>
            </w:r>
            <w:proofErr w:type="spellEnd"/>
            <w:r w:rsidRPr="00B53842">
              <w:rPr>
                <w:rFonts w:eastAsiaTheme="minorHAnsi" w:cs="Times New Roman"/>
              </w:rPr>
              <w:t xml:space="preserve"> OR questionnaire OR survey OR </w:t>
            </w: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인터뷰</w:t>
            </w:r>
            <w:proofErr w:type="spellEnd"/>
            <w:r w:rsidRPr="00B53842">
              <w:rPr>
                <w:rFonts w:eastAsiaTheme="minorHAnsi" w:cs="Times New Roman"/>
              </w:rPr>
              <w:t xml:space="preserve"> OR </w:t>
            </w: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면담</w:t>
            </w:r>
            <w:proofErr w:type="spellEnd"/>
            <w:r w:rsidRPr="00B53842">
              <w:rPr>
                <w:rFonts w:eastAsiaTheme="minorHAnsi" w:cs="Times New Roman"/>
              </w:rPr>
              <w:t xml:space="preserve"> OR </w:t>
            </w: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심층면담</w:t>
            </w:r>
            <w:proofErr w:type="spellEnd"/>
            <w:r w:rsidRPr="00B53842">
              <w:rPr>
                <w:rFonts w:eastAsiaTheme="minorHAnsi" w:cs="Times New Roman"/>
              </w:rPr>
              <w:t xml:space="preserve"> OR </w:t>
            </w: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인터뷰연구</w:t>
            </w:r>
            <w:proofErr w:type="spellEnd"/>
            <w:r w:rsidRPr="00B53842">
              <w:rPr>
                <w:rFonts w:eastAsiaTheme="minorHAnsi" w:cs="Times New Roman"/>
              </w:rPr>
              <w:t xml:space="preserve"> OR </w:t>
            </w: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질적연구</w:t>
            </w:r>
            <w:proofErr w:type="spellEnd"/>
            <w:r w:rsidRPr="00B53842">
              <w:rPr>
                <w:rFonts w:eastAsiaTheme="minorHAnsi" w:cs="Times New Roman"/>
              </w:rPr>
              <w:t xml:space="preserve"> OR FGI OR </w:t>
            </w: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포커스그룹</w:t>
            </w:r>
            <w:proofErr w:type="spellEnd"/>
            <w:r w:rsidRPr="00B53842">
              <w:rPr>
                <w:rFonts w:eastAsiaTheme="minorHAnsi" w:cs="Times New Roman"/>
              </w:rPr>
              <w:t xml:space="preserve"> OR focus group OR mixed methods OR </w:t>
            </w:r>
            <w:proofErr w:type="spellStart"/>
            <w:r w:rsidRPr="00B53842">
              <w:rPr>
                <w:rFonts w:ascii="맑은 고딕" w:eastAsia="맑은 고딕" w:hAnsi="맑은 고딕" w:cs="맑은 고딕" w:hint="eastAsia"/>
              </w:rPr>
              <w:t>혼합연구</w:t>
            </w:r>
            <w:proofErr w:type="spellEnd"/>
          </w:p>
        </w:tc>
        <w:tc>
          <w:tcPr>
            <w:tcW w:w="576" w:type="pct"/>
          </w:tcPr>
          <w:p w14:paraId="56BFB24E" w14:textId="77777777" w:rsidR="00B2631E" w:rsidRDefault="00B2631E" w:rsidP="00EF4384">
            <w:pPr>
              <w:rPr>
                <w:rFonts w:eastAsiaTheme="minorHAnsi" w:cs="Times New Roman"/>
                <w:b/>
                <w:lang w:eastAsia="ko-KR"/>
              </w:rPr>
            </w:pPr>
            <w:r>
              <w:rPr>
                <w:rFonts w:eastAsiaTheme="minorHAnsi" w:cs="Times New Roman" w:hint="eastAsia"/>
                <w:b/>
                <w:lang w:eastAsia="ko-KR"/>
              </w:rPr>
              <w:t>1</w:t>
            </w:r>
            <w:r>
              <w:rPr>
                <w:rFonts w:eastAsiaTheme="minorHAnsi" w:cs="Times New Roman"/>
                <w:b/>
                <w:lang w:eastAsia="ko-KR"/>
              </w:rPr>
              <w:t>27,566</w:t>
            </w:r>
          </w:p>
        </w:tc>
      </w:tr>
      <w:tr w:rsidR="00B2631E" w:rsidRPr="00DE0C4A" w14:paraId="3EA42B24" w14:textId="77777777" w:rsidTr="00B2631E">
        <w:tc>
          <w:tcPr>
            <w:tcW w:w="289" w:type="pct"/>
          </w:tcPr>
          <w:p w14:paraId="08639427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>
              <w:rPr>
                <w:rFonts w:eastAsiaTheme="minorHAnsi" w:cs="Times New Roman" w:hint="eastAsia"/>
                <w:lang w:eastAsia="ko-KR"/>
              </w:rPr>
              <w:t>#</w:t>
            </w:r>
            <w:r>
              <w:rPr>
                <w:rFonts w:eastAsiaTheme="minorHAnsi" w:cs="Times New Roman"/>
                <w:lang w:eastAsia="ko-KR"/>
              </w:rPr>
              <w:t>4</w:t>
            </w:r>
          </w:p>
        </w:tc>
        <w:tc>
          <w:tcPr>
            <w:tcW w:w="4134" w:type="pct"/>
            <w:vAlign w:val="center"/>
          </w:tcPr>
          <w:p w14:paraId="6F375350" w14:textId="77777777" w:rsidR="00B2631E" w:rsidRPr="00C15BD0" w:rsidRDefault="00B2631E" w:rsidP="00EF4384">
            <w:pPr>
              <w:rPr>
                <w:rFonts w:eastAsiaTheme="minorHAnsi" w:cs="Times New Roman"/>
                <w:b/>
                <w:bCs/>
              </w:rPr>
            </w:pPr>
            <w:r w:rsidRPr="00C15BD0">
              <w:rPr>
                <w:rStyle w:val="af1"/>
                <w:rFonts w:ascii="Segoe UI" w:hAnsi="Segoe UI" w:cs="Segoe UI"/>
                <w:color w:val="212121"/>
                <w:shd w:val="clear" w:color="auto" w:fill="F6F6F6"/>
              </w:rPr>
              <w:t>#1 AND #2 AND #3</w:t>
            </w:r>
          </w:p>
        </w:tc>
        <w:tc>
          <w:tcPr>
            <w:tcW w:w="576" w:type="pct"/>
          </w:tcPr>
          <w:p w14:paraId="38841847" w14:textId="77777777" w:rsidR="00B2631E" w:rsidRDefault="00B2631E" w:rsidP="00EF4384">
            <w:pPr>
              <w:rPr>
                <w:rFonts w:eastAsiaTheme="minorHAnsi" w:cs="Times New Roman"/>
                <w:b/>
                <w:lang w:eastAsia="ko-KR"/>
              </w:rPr>
            </w:pPr>
            <w:r>
              <w:rPr>
                <w:rFonts w:eastAsiaTheme="minorHAnsi" w:cs="Times New Roman" w:hint="eastAsia"/>
                <w:b/>
                <w:lang w:eastAsia="ko-KR"/>
              </w:rPr>
              <w:t>6</w:t>
            </w:r>
            <w:r>
              <w:rPr>
                <w:rFonts w:eastAsiaTheme="minorHAnsi" w:cs="Times New Roman"/>
                <w:b/>
                <w:lang w:eastAsia="ko-KR"/>
              </w:rPr>
              <w:t>43</w:t>
            </w:r>
          </w:p>
        </w:tc>
      </w:tr>
    </w:tbl>
    <w:p w14:paraId="3B17EBA1" w14:textId="77777777" w:rsidR="00B2631E" w:rsidRDefault="00B2631E" w:rsidP="00B2631E">
      <w:pPr>
        <w:tabs>
          <w:tab w:val="left" w:pos="1870"/>
        </w:tabs>
        <w:rPr>
          <w:rFonts w:eastAsiaTheme="minorHAnsi" w:cs="Times New Roman"/>
          <w:b/>
          <w:color w:val="000000" w:themeColor="text1"/>
        </w:rPr>
      </w:pPr>
    </w:p>
    <w:p w14:paraId="1FB75A61" w14:textId="77777777" w:rsidR="00B2631E" w:rsidRPr="00DE0C4A" w:rsidRDefault="00B2631E" w:rsidP="00B2631E">
      <w:pPr>
        <w:tabs>
          <w:tab w:val="left" w:pos="1870"/>
        </w:tabs>
        <w:rPr>
          <w:rFonts w:eastAsiaTheme="minorHAnsi" w:cs="Times New Roman"/>
          <w:b/>
          <w:color w:val="000000" w:themeColor="text1"/>
        </w:rPr>
      </w:pPr>
      <w:r>
        <w:rPr>
          <w:rFonts w:eastAsiaTheme="minorHAnsi" w:cs="Times New Roman"/>
          <w:b/>
          <w:color w:val="000000" w:themeColor="text1"/>
        </w:rPr>
        <w:lastRenderedPageBreak/>
        <w:t>RISS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39"/>
        <w:gridCol w:w="8983"/>
        <w:gridCol w:w="1312"/>
      </w:tblGrid>
      <w:tr w:rsidR="00B2631E" w:rsidRPr="00DE0C4A" w14:paraId="5B40CF97" w14:textId="77777777" w:rsidTr="00B2631E">
        <w:tc>
          <w:tcPr>
            <w:tcW w:w="292" w:type="pct"/>
          </w:tcPr>
          <w:p w14:paraId="5812FB60" w14:textId="77777777" w:rsidR="00B2631E" w:rsidRPr="00DE0C4A" w:rsidRDefault="00B2631E" w:rsidP="00EF4384">
            <w:pPr>
              <w:rPr>
                <w:rFonts w:eastAsiaTheme="minorHAnsi" w:cs="Times New Roman"/>
                <w:color w:val="000000" w:themeColor="text1"/>
              </w:rPr>
            </w:pPr>
          </w:p>
        </w:tc>
        <w:tc>
          <w:tcPr>
            <w:tcW w:w="4108" w:type="pct"/>
          </w:tcPr>
          <w:p w14:paraId="6B427E4B" w14:textId="77777777" w:rsidR="00B2631E" w:rsidRPr="00DE0C4A" w:rsidRDefault="00B2631E" w:rsidP="00EF4384">
            <w:pPr>
              <w:rPr>
                <w:rFonts w:eastAsiaTheme="minorHAnsi" w:cs="Times New Roman"/>
                <w:color w:val="000000" w:themeColor="text1"/>
              </w:rPr>
            </w:pPr>
            <w:r w:rsidRPr="00DE0C4A">
              <w:rPr>
                <w:rFonts w:eastAsiaTheme="minorHAnsi" w:cs="Times New Roman"/>
                <w:color w:val="000000" w:themeColor="text1"/>
              </w:rPr>
              <w:t>Searches</w:t>
            </w:r>
          </w:p>
        </w:tc>
        <w:tc>
          <w:tcPr>
            <w:tcW w:w="601" w:type="pct"/>
          </w:tcPr>
          <w:p w14:paraId="70F3FD14" w14:textId="77777777" w:rsidR="00B2631E" w:rsidRPr="00DE0C4A" w:rsidRDefault="00B2631E" w:rsidP="00EF4384">
            <w:pPr>
              <w:rPr>
                <w:rFonts w:eastAsiaTheme="minorHAnsi" w:cs="Times New Roman"/>
                <w:color w:val="000000" w:themeColor="text1"/>
              </w:rPr>
            </w:pPr>
            <w:r w:rsidRPr="00DE0C4A">
              <w:rPr>
                <w:rFonts w:eastAsiaTheme="minorHAnsi" w:cs="Times New Roman"/>
                <w:color w:val="000000" w:themeColor="text1"/>
              </w:rPr>
              <w:t>Results</w:t>
            </w:r>
          </w:p>
        </w:tc>
      </w:tr>
      <w:tr w:rsidR="00B2631E" w:rsidRPr="00DE0C4A" w14:paraId="338F625D" w14:textId="77777777" w:rsidTr="00B2631E">
        <w:tc>
          <w:tcPr>
            <w:tcW w:w="292" w:type="pct"/>
          </w:tcPr>
          <w:p w14:paraId="6068C046" w14:textId="77777777" w:rsidR="00B2631E" w:rsidRPr="00DE0C4A" w:rsidRDefault="00B2631E" w:rsidP="00EF4384">
            <w:pPr>
              <w:rPr>
                <w:rFonts w:eastAsiaTheme="minorHAnsi" w:cs="Times New Roman"/>
                <w:color w:val="000000" w:themeColor="text1"/>
              </w:rPr>
            </w:pPr>
            <w:r w:rsidRPr="00DE0C4A">
              <w:rPr>
                <w:rFonts w:eastAsiaTheme="minorHAnsi" w:cs="Times New Roman"/>
                <w:color w:val="000000" w:themeColor="text1"/>
              </w:rPr>
              <w:t>#1</w:t>
            </w:r>
          </w:p>
        </w:tc>
        <w:tc>
          <w:tcPr>
            <w:tcW w:w="4108" w:type="pct"/>
          </w:tcPr>
          <w:p w14:paraId="2DA53744" w14:textId="77777777" w:rsidR="00B2631E" w:rsidRPr="00DE0C4A" w:rsidRDefault="00B2631E" w:rsidP="00EF4384">
            <w:pPr>
              <w:rPr>
                <w:rFonts w:eastAsiaTheme="minorHAnsi" w:cs="Times New Roman"/>
                <w:lang w:eastAsia="ko-KR"/>
              </w:rPr>
            </w:pPr>
            <w:r w:rsidRPr="00D662C9">
              <w:rPr>
                <w:rFonts w:eastAsiaTheme="minorHAnsi" w:cs="Times New Roman"/>
                <w:lang w:eastAsia="ko-KR"/>
              </w:rPr>
              <w:t>(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한의학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한의약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한방의료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한의의료</w:t>
            </w:r>
            <w:r w:rsidRPr="00D662C9">
              <w:rPr>
                <w:rFonts w:eastAsiaTheme="minorHAnsi" w:cs="Times New Roman"/>
                <w:lang w:eastAsia="ko-KR"/>
              </w:rPr>
              <w:t>)</w:t>
            </w:r>
            <w:r>
              <w:rPr>
                <w:rFonts w:eastAsiaTheme="minorHAnsi" w:cs="Times New Roman"/>
                <w:lang w:eastAsia="ko-KR"/>
              </w:rPr>
              <w:t xml:space="preserve"> </w:t>
            </w:r>
            <w:r w:rsidRPr="00D662C9">
              <w:rPr>
                <w:rFonts w:eastAsiaTheme="minorHAnsi" w:cs="Times New Roman"/>
                <w:lang w:eastAsia="ko-KR"/>
              </w:rPr>
              <w:t>(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프로그램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서비스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정책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제도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지침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임상경로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협진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돌봄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방문진료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재택의료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proofErr w:type="spellStart"/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커뮤니티케어</w:t>
            </w:r>
            <w:proofErr w:type="spellEnd"/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proofErr w:type="spellStart"/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비대면진료</w:t>
            </w:r>
            <w:proofErr w:type="spellEnd"/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모형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모델</w:t>
            </w:r>
            <w:r w:rsidRPr="00D662C9">
              <w:rPr>
                <w:rFonts w:eastAsiaTheme="minorHAnsi" w:cs="Times New Roman"/>
                <w:lang w:eastAsia="ko-KR"/>
              </w:rPr>
              <w:t>)</w:t>
            </w:r>
            <w:r>
              <w:rPr>
                <w:rFonts w:eastAsiaTheme="minorHAnsi" w:cs="Times New Roman"/>
                <w:lang w:eastAsia="ko-KR"/>
              </w:rPr>
              <w:t xml:space="preserve"> </w:t>
            </w:r>
            <w:r w:rsidRPr="00D662C9">
              <w:rPr>
                <w:rFonts w:eastAsiaTheme="minorHAnsi" w:cs="Times New Roman"/>
                <w:lang w:eastAsia="ko-KR"/>
              </w:rPr>
              <w:t>(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설문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인터뷰</w:t>
            </w:r>
            <w:r w:rsidRPr="00D662C9">
              <w:rPr>
                <w:rFonts w:eastAsiaTheme="minorHAnsi" w:cs="Times New Roman"/>
                <w:lang w:eastAsia="ko-KR"/>
              </w:rPr>
              <w:t xml:space="preserve"> | </w:t>
            </w:r>
            <w:r w:rsidRPr="00D662C9">
              <w:rPr>
                <w:rFonts w:ascii="맑은 고딕" w:eastAsia="맑은 고딕" w:hAnsi="맑은 고딕" w:cs="맑은 고딕" w:hint="eastAsia"/>
                <w:lang w:eastAsia="ko-KR"/>
              </w:rPr>
              <w:t>질적연구</w:t>
            </w:r>
            <w:r w:rsidRPr="00D662C9">
              <w:rPr>
                <w:rFonts w:eastAsiaTheme="minorHAnsi" w:cs="Times New Roman"/>
                <w:lang w:eastAsia="ko-KR"/>
              </w:rPr>
              <w:t xml:space="preserve"> |</w:t>
            </w:r>
            <w:r>
              <w:rPr>
                <w:rFonts w:eastAsiaTheme="minorHAnsi" w:cs="Times New Roman"/>
                <w:lang w:eastAsia="ko-KR"/>
              </w:rPr>
              <w:t xml:space="preserve"> FGI</w:t>
            </w:r>
            <w:r w:rsidRPr="00D662C9">
              <w:rPr>
                <w:rFonts w:eastAsiaTheme="minorHAnsi" w:cs="Times New Roman"/>
                <w:lang w:eastAsia="ko-KR"/>
              </w:rPr>
              <w:t xml:space="preserve"> |</w:t>
            </w:r>
            <w:r>
              <w:rPr>
                <w:rFonts w:eastAsiaTheme="minorHAnsi" w:cs="Times New Roman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포커스그룹</w:t>
            </w:r>
            <w:r w:rsidRPr="00D662C9">
              <w:rPr>
                <w:rFonts w:eastAsiaTheme="minorHAnsi" w:cs="Times New Roman"/>
                <w:lang w:eastAsia="ko-KR"/>
              </w:rPr>
              <w:t xml:space="preserve"> |</w:t>
            </w:r>
            <w:r>
              <w:rPr>
                <w:rFonts w:eastAsiaTheme="minorHAnsi" w:cs="Times New Roman"/>
                <w:lang w:eastAsia="ko-KR"/>
              </w:rPr>
              <w:t xml:space="preserve"> focus group</w:t>
            </w:r>
            <w:r w:rsidRPr="00D662C9">
              <w:rPr>
                <w:rFonts w:eastAsiaTheme="minorHAnsi" w:cs="Times New Roman"/>
                <w:lang w:eastAsia="ko-KR"/>
              </w:rPr>
              <w:t xml:space="preserve"> |</w:t>
            </w:r>
            <w:r>
              <w:rPr>
                <w:rFonts w:eastAsiaTheme="minorHAnsi" w:cs="Times New Roman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혼합연구</w:t>
            </w:r>
            <w:r w:rsidRPr="00D662C9">
              <w:rPr>
                <w:rFonts w:eastAsiaTheme="minorHAnsi" w:cs="Times New Roman"/>
                <w:lang w:eastAsia="ko-KR"/>
              </w:rPr>
              <w:t xml:space="preserve"> |</w:t>
            </w:r>
            <w:r>
              <w:rPr>
                <w:rFonts w:eastAsiaTheme="minorHAnsi" w:cs="Times New Roman"/>
                <w:lang w:eastAsia="ko-KR"/>
              </w:rPr>
              <w:t xml:space="preserve"> mixed methods</w:t>
            </w:r>
            <w:r w:rsidRPr="00D662C9">
              <w:rPr>
                <w:rFonts w:eastAsiaTheme="minorHAnsi" w:cs="Times New Roman"/>
                <w:lang w:eastAsia="ko-KR"/>
              </w:rPr>
              <w:t>)</w:t>
            </w:r>
          </w:p>
        </w:tc>
        <w:tc>
          <w:tcPr>
            <w:tcW w:w="601" w:type="pct"/>
          </w:tcPr>
          <w:p w14:paraId="3645EC84" w14:textId="77777777" w:rsidR="00B2631E" w:rsidRPr="00DE0C4A" w:rsidRDefault="00B2631E" w:rsidP="00EF4384">
            <w:pPr>
              <w:rPr>
                <w:rFonts w:eastAsiaTheme="minorHAnsi" w:cs="Times New Roman"/>
                <w:b/>
                <w:color w:val="000000" w:themeColor="text1"/>
                <w:lang w:eastAsia="ko-KR"/>
              </w:rPr>
            </w:pPr>
            <w:r>
              <w:rPr>
                <w:rFonts w:eastAsiaTheme="minorHAnsi" w:cs="Times New Roman"/>
                <w:b/>
                <w:color w:val="000000" w:themeColor="text1"/>
                <w:lang w:eastAsia="ko-KR"/>
              </w:rPr>
              <w:t>169</w:t>
            </w:r>
          </w:p>
        </w:tc>
      </w:tr>
    </w:tbl>
    <w:p w14:paraId="239C6412" w14:textId="1EBD5E88" w:rsidR="000E2E15" w:rsidRDefault="00B2631E">
      <w:pPr>
        <w:spacing w:before="120" w:after="0"/>
      </w:pPr>
      <w:r w:rsidRPr="00DE0C4A">
        <w:rPr>
          <w:rFonts w:eastAsiaTheme="minorHAnsi" w:cs="Times New Roman"/>
          <w:color w:val="000000" w:themeColor="text1"/>
        </w:rPr>
        <w:tab/>
      </w:r>
    </w:p>
    <w:sectPr w:rsidR="000E2E15" w:rsidSect="001707B3"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26F9" w14:textId="77777777" w:rsidR="009C1FA4" w:rsidRDefault="009C1FA4" w:rsidP="00B2631E">
      <w:pPr>
        <w:spacing w:after="0" w:line="240" w:lineRule="auto"/>
      </w:pPr>
      <w:r>
        <w:separator/>
      </w:r>
    </w:p>
  </w:endnote>
  <w:endnote w:type="continuationSeparator" w:id="0">
    <w:p w14:paraId="71E0FB52" w14:textId="77777777" w:rsidR="009C1FA4" w:rsidRDefault="009C1FA4" w:rsidP="00B2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CEFC9" w14:textId="77777777" w:rsidR="009C1FA4" w:rsidRDefault="009C1FA4" w:rsidP="00B2631E">
      <w:pPr>
        <w:spacing w:after="0" w:line="240" w:lineRule="auto"/>
      </w:pPr>
      <w:r>
        <w:separator/>
      </w:r>
    </w:p>
  </w:footnote>
  <w:footnote w:type="continuationSeparator" w:id="0">
    <w:p w14:paraId="2F81CFFC" w14:textId="77777777" w:rsidR="009C1FA4" w:rsidRDefault="009C1FA4" w:rsidP="00B26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8D0"/>
    <w:rsid w:val="000E2E15"/>
    <w:rsid w:val="0015074B"/>
    <w:rsid w:val="001707B3"/>
    <w:rsid w:val="0029639D"/>
    <w:rsid w:val="00326F90"/>
    <w:rsid w:val="0034790B"/>
    <w:rsid w:val="00363CE0"/>
    <w:rsid w:val="003D01DD"/>
    <w:rsid w:val="00544F90"/>
    <w:rsid w:val="00553ACA"/>
    <w:rsid w:val="009133F5"/>
    <w:rsid w:val="009A3CE2"/>
    <w:rsid w:val="009C1FA4"/>
    <w:rsid w:val="00AA1D8D"/>
    <w:rsid w:val="00B2631E"/>
    <w:rsid w:val="00B47730"/>
    <w:rsid w:val="00CB0664"/>
    <w:rsid w:val="00D62C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9883E8"/>
  <w14:defaultImageDpi w14:val="300"/>
  <w15:docId w15:val="{3A9E24AA-D699-42EF-A796-3618F278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9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한빛 진</cp:lastModifiedBy>
  <cp:revision>7</cp:revision>
  <dcterms:created xsi:type="dcterms:W3CDTF">2026-04-13T03:59:00Z</dcterms:created>
  <dcterms:modified xsi:type="dcterms:W3CDTF">2026-08-12T05:12:00Z</dcterms:modified>
  <cp:category/>
</cp:coreProperties>
</file>