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C989" w14:textId="77777777" w:rsidR="002C16E4" w:rsidRDefault="00000000">
      <w:pPr>
        <w:pStyle w:val="Title"/>
      </w:pPr>
      <w:r>
        <w:t>Supplementary File 1: Semi-Structured Interview Guide (English)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C16E4" w14:paraId="61DBDA2D" w14:textId="77777777">
        <w:tc>
          <w:tcPr>
            <w:tcW w:w="2880" w:type="dxa"/>
          </w:tcPr>
          <w:p w14:paraId="21EC59DF" w14:textId="77777777" w:rsidR="002C16E4" w:rsidRDefault="00000000">
            <w:r>
              <w:t>Section</w:t>
            </w:r>
          </w:p>
        </w:tc>
        <w:tc>
          <w:tcPr>
            <w:tcW w:w="2880" w:type="dxa"/>
          </w:tcPr>
          <w:p w14:paraId="03409655" w14:textId="77777777" w:rsidR="002C16E4" w:rsidRDefault="00000000">
            <w:r>
              <w:t>Main Questions</w:t>
            </w:r>
          </w:p>
        </w:tc>
        <w:tc>
          <w:tcPr>
            <w:tcW w:w="2880" w:type="dxa"/>
          </w:tcPr>
          <w:p w14:paraId="5FD3F7F2" w14:textId="77777777" w:rsidR="002C16E4" w:rsidRDefault="00000000">
            <w:r>
              <w:t>Probing Questions</w:t>
            </w:r>
          </w:p>
        </w:tc>
      </w:tr>
      <w:tr w:rsidR="002C16E4" w14:paraId="7C1A1585" w14:textId="77777777">
        <w:tc>
          <w:tcPr>
            <w:tcW w:w="2880" w:type="dxa"/>
          </w:tcPr>
          <w:p w14:paraId="4A4DEA55" w14:textId="77777777" w:rsidR="002C16E4" w:rsidRDefault="00000000">
            <w:r>
              <w:t>Section 1: Participant Background (Context Variables)</w:t>
            </w:r>
          </w:p>
        </w:tc>
        <w:tc>
          <w:tcPr>
            <w:tcW w:w="2880" w:type="dxa"/>
          </w:tcPr>
          <w:p w14:paraId="2A238DA1" w14:textId="77777777" w:rsidR="002C16E4" w:rsidRDefault="00000000">
            <w:r>
              <w:t>Main Questions:</w:t>
            </w:r>
            <w:r>
              <w:br/>
              <w:t>- Can you describe your current role in this facility?</w:t>
            </w:r>
            <w:r>
              <w:br/>
              <w:t>- How many years have you been working in this facility?</w:t>
            </w:r>
            <w:r>
              <w:br/>
              <w:t>- Have you received mhGAP training? (Yes/No)</w:t>
            </w:r>
          </w:p>
        </w:tc>
        <w:tc>
          <w:tcPr>
            <w:tcW w:w="2880" w:type="dxa"/>
          </w:tcPr>
          <w:p w14:paraId="30FD2FA8" w14:textId="77777777" w:rsidR="002C16E4" w:rsidRDefault="00000000">
            <w:r>
              <w:t>Probes:</w:t>
            </w:r>
            <w:r>
              <w:br/>
              <w:t>- What are your main responsibilities in daily work?</w:t>
            </w:r>
            <w:r>
              <w:br/>
              <w:t>- Are you involved in recording or reporting data?</w:t>
            </w:r>
          </w:p>
        </w:tc>
      </w:tr>
      <w:tr w:rsidR="002C16E4" w14:paraId="04FB5B5C" w14:textId="77777777">
        <w:tc>
          <w:tcPr>
            <w:tcW w:w="2880" w:type="dxa"/>
          </w:tcPr>
          <w:p w14:paraId="0FB89930" w14:textId="77777777" w:rsidR="002C16E4" w:rsidRDefault="00000000">
            <w:r>
              <w:t>Section 2: Mental Health Service Delivery (CFIR: Intervention Characteristics)</w:t>
            </w:r>
          </w:p>
        </w:tc>
        <w:tc>
          <w:tcPr>
            <w:tcW w:w="2880" w:type="dxa"/>
          </w:tcPr>
          <w:p w14:paraId="37D9824E" w14:textId="77777777" w:rsidR="002C16E4" w:rsidRDefault="00000000">
            <w:r>
              <w:t>Main Questions:</w:t>
            </w:r>
            <w:r>
              <w:br/>
              <w:t>- What mental health services are available in your facility?</w:t>
            </w:r>
            <w:r>
              <w:br/>
              <w:t>- How often do you encounter patients with mental health problems?</w:t>
            </w:r>
            <w:r>
              <w:br/>
              <w:t>- How easy or difficult is it to identify mental health conditions?</w:t>
            </w:r>
          </w:p>
        </w:tc>
        <w:tc>
          <w:tcPr>
            <w:tcW w:w="2880" w:type="dxa"/>
          </w:tcPr>
          <w:p w14:paraId="2E68C932" w14:textId="77777777" w:rsidR="002C16E4" w:rsidRDefault="00000000">
            <w:r>
              <w:t>Probes:</w:t>
            </w:r>
            <w:r>
              <w:br/>
              <w:t>- Can you give an example of a recent case?</w:t>
            </w:r>
            <w:r>
              <w:br/>
              <w:t>- What signs do you look for?</w:t>
            </w:r>
            <w:r>
              <w:br/>
              <w:t>- What makes identification difficult?</w:t>
            </w:r>
          </w:p>
        </w:tc>
      </w:tr>
      <w:tr w:rsidR="002C16E4" w14:paraId="7AC42165" w14:textId="77777777">
        <w:tc>
          <w:tcPr>
            <w:tcW w:w="2880" w:type="dxa"/>
          </w:tcPr>
          <w:p w14:paraId="39EC83E2" w14:textId="77777777" w:rsidR="002C16E4" w:rsidRDefault="00000000">
            <w:r>
              <w:t>Section 3: Recording and Reporting Practices</w:t>
            </w:r>
          </w:p>
        </w:tc>
        <w:tc>
          <w:tcPr>
            <w:tcW w:w="2880" w:type="dxa"/>
          </w:tcPr>
          <w:p w14:paraId="418C3611" w14:textId="77777777" w:rsidR="002C16E4" w:rsidRDefault="00000000">
            <w:r>
              <w:t>Main Questions:</w:t>
            </w:r>
            <w:r>
              <w:br/>
              <w:t>- How do you record mental health cases?</w:t>
            </w:r>
            <w:r>
              <w:br/>
              <w:t>- Do you use a mental health register?</w:t>
            </w:r>
            <w:r>
              <w:br/>
              <w:t>- How do you report in DHIS2?</w:t>
            </w:r>
            <w:r>
              <w:br/>
              <w:t>- What challenges do you face?</w:t>
            </w:r>
          </w:p>
        </w:tc>
        <w:tc>
          <w:tcPr>
            <w:tcW w:w="2880" w:type="dxa"/>
          </w:tcPr>
          <w:p w14:paraId="3B02F029" w14:textId="77777777" w:rsidR="002C16E4" w:rsidRDefault="00000000">
            <w:r>
              <w:t>Probes:</w:t>
            </w:r>
            <w:r>
              <w:br/>
              <w:t>- Describe the process step-by-step</w:t>
            </w:r>
            <w:r>
              <w:br/>
              <w:t>- What happens if a case is not recorded?</w:t>
            </w:r>
            <w:r>
              <w:br/>
              <w:t>- Example of missing reporting?</w:t>
            </w:r>
          </w:p>
        </w:tc>
      </w:tr>
      <w:tr w:rsidR="002C16E4" w14:paraId="02F65AA8" w14:textId="77777777">
        <w:tc>
          <w:tcPr>
            <w:tcW w:w="2880" w:type="dxa"/>
          </w:tcPr>
          <w:p w14:paraId="51420AFD" w14:textId="77777777" w:rsidR="002C16E4" w:rsidRDefault="00000000">
            <w:r>
              <w:t>Section 4: Facility Environment (CFIR: Inner Setting)</w:t>
            </w:r>
          </w:p>
        </w:tc>
        <w:tc>
          <w:tcPr>
            <w:tcW w:w="2880" w:type="dxa"/>
          </w:tcPr>
          <w:p w14:paraId="6DAC69F1" w14:textId="77777777" w:rsidR="002C16E4" w:rsidRDefault="00000000">
            <w:r>
              <w:t>Main Questions:</w:t>
            </w:r>
            <w:r>
              <w:br/>
              <w:t>- Are registers/tools available?</w:t>
            </w:r>
            <w:r>
              <w:br/>
              <w:t>- Is there a focal person?</w:t>
            </w:r>
            <w:r>
              <w:br/>
              <w:t>- Do you have enough time/staff?</w:t>
            </w:r>
            <w:r>
              <w:br/>
              <w:t xml:space="preserve">- How does workload affect </w:t>
            </w:r>
            <w:r>
              <w:lastRenderedPageBreak/>
              <w:t>reporting?</w:t>
            </w:r>
          </w:p>
        </w:tc>
        <w:tc>
          <w:tcPr>
            <w:tcW w:w="2880" w:type="dxa"/>
          </w:tcPr>
          <w:p w14:paraId="0A69412F" w14:textId="77777777" w:rsidR="002C16E4" w:rsidRDefault="00000000">
            <w:r>
              <w:lastRenderedPageBreak/>
              <w:t>Probes:</w:t>
            </w:r>
            <w:r>
              <w:br/>
              <w:t>- What happens without registers?</w:t>
            </w:r>
            <w:r>
              <w:br/>
              <w:t>- Who is responsible?</w:t>
            </w:r>
            <w:r>
              <w:br/>
              <w:t>- Impact of workload?</w:t>
            </w:r>
          </w:p>
        </w:tc>
      </w:tr>
      <w:tr w:rsidR="002C16E4" w14:paraId="4E5327C1" w14:textId="77777777">
        <w:tc>
          <w:tcPr>
            <w:tcW w:w="2880" w:type="dxa"/>
          </w:tcPr>
          <w:p w14:paraId="40008372" w14:textId="77777777" w:rsidR="002C16E4" w:rsidRDefault="00000000">
            <w:r>
              <w:t>Section 5: Supervision (CFIR: Implementation Process)</w:t>
            </w:r>
          </w:p>
        </w:tc>
        <w:tc>
          <w:tcPr>
            <w:tcW w:w="2880" w:type="dxa"/>
          </w:tcPr>
          <w:p w14:paraId="6EBF90E5" w14:textId="77777777" w:rsidR="002C16E4" w:rsidRDefault="00000000">
            <w:r>
              <w:t>Main Questions:</w:t>
            </w:r>
            <w:r>
              <w:br/>
              <w:t>- Have you received supervision?</w:t>
            </w:r>
            <w:r>
              <w:br/>
              <w:t>- Is MH reporting reviewed?</w:t>
            </w:r>
            <w:r>
              <w:br/>
              <w:t>- Do you get feedback?</w:t>
            </w:r>
            <w:r>
              <w:br/>
              <w:t>- Is MH discussed in meetings?</w:t>
            </w:r>
          </w:p>
        </w:tc>
        <w:tc>
          <w:tcPr>
            <w:tcW w:w="2880" w:type="dxa"/>
          </w:tcPr>
          <w:p w14:paraId="462681EC" w14:textId="77777777" w:rsidR="002C16E4" w:rsidRDefault="00000000">
            <w:r>
              <w:t>Probes:</w:t>
            </w:r>
            <w:r>
              <w:br/>
              <w:t>- What happens during supervision?</w:t>
            </w:r>
            <w:r>
              <w:br/>
              <w:t>- Do they check DHIS2?</w:t>
            </w:r>
            <w:r>
              <w:br/>
              <w:t>- Example of feedback?</w:t>
            </w:r>
          </w:p>
        </w:tc>
      </w:tr>
      <w:tr w:rsidR="002C16E4" w14:paraId="44269E2C" w14:textId="77777777">
        <w:tc>
          <w:tcPr>
            <w:tcW w:w="2880" w:type="dxa"/>
          </w:tcPr>
          <w:p w14:paraId="6728FBF7" w14:textId="77777777" w:rsidR="002C16E4" w:rsidRDefault="00000000">
            <w:r>
              <w:t>Section 6: External Support (CFIR: Outer Setting)</w:t>
            </w:r>
          </w:p>
        </w:tc>
        <w:tc>
          <w:tcPr>
            <w:tcW w:w="2880" w:type="dxa"/>
          </w:tcPr>
          <w:p w14:paraId="2A571F4E" w14:textId="77777777" w:rsidR="002C16E4" w:rsidRDefault="00000000">
            <w:r>
              <w:t>Main Questions:</w:t>
            </w:r>
            <w:r>
              <w:br/>
              <w:t>- Do you receive support from Palika/DPHO?</w:t>
            </w:r>
            <w:r>
              <w:br/>
              <w:t>- Are guidelines clear?</w:t>
            </w:r>
            <w:r>
              <w:br/>
              <w:t>- Is there community support?</w:t>
            </w:r>
          </w:p>
        </w:tc>
        <w:tc>
          <w:tcPr>
            <w:tcW w:w="2880" w:type="dxa"/>
          </w:tcPr>
          <w:p w14:paraId="6B58AE61" w14:textId="77777777" w:rsidR="002C16E4" w:rsidRDefault="00000000">
            <w:r>
              <w:t>Probes:</w:t>
            </w:r>
            <w:r>
              <w:br/>
              <w:t>- Type of support?</w:t>
            </w:r>
            <w:r>
              <w:br/>
              <w:t>- Frequency of coordination?</w:t>
            </w:r>
            <w:r>
              <w:br/>
              <w:t>- System challenges?</w:t>
            </w:r>
          </w:p>
        </w:tc>
      </w:tr>
      <w:tr w:rsidR="002C16E4" w14:paraId="1DF3D953" w14:textId="77777777">
        <w:tc>
          <w:tcPr>
            <w:tcW w:w="2880" w:type="dxa"/>
          </w:tcPr>
          <w:p w14:paraId="188EDD39" w14:textId="77777777" w:rsidR="002C16E4" w:rsidRDefault="00000000">
            <w:r>
              <w:t>Section 7: Confidence (CFIR: Individuals)</w:t>
            </w:r>
          </w:p>
        </w:tc>
        <w:tc>
          <w:tcPr>
            <w:tcW w:w="2880" w:type="dxa"/>
          </w:tcPr>
          <w:p w14:paraId="3BC98203" w14:textId="77777777" w:rsidR="002C16E4" w:rsidRDefault="00000000">
            <w:r>
              <w:t>Main Questions:</w:t>
            </w:r>
            <w:r>
              <w:br/>
              <w:t>- Confidence in identifying MH?</w:t>
            </w:r>
            <w:r>
              <w:br/>
              <w:t>- Confidence in reporting?</w:t>
            </w:r>
            <w:r>
              <w:br/>
              <w:t>- What difficulties?</w:t>
            </w:r>
          </w:p>
        </w:tc>
        <w:tc>
          <w:tcPr>
            <w:tcW w:w="2880" w:type="dxa"/>
          </w:tcPr>
          <w:p w14:paraId="3C8D90AC" w14:textId="77777777" w:rsidR="002C16E4" w:rsidRDefault="00000000">
            <w:r>
              <w:t>Probes:</w:t>
            </w:r>
            <w:r>
              <w:br/>
              <w:t>- Why confident/not?</w:t>
            </w:r>
            <w:r>
              <w:br/>
              <w:t>- Needed training?</w:t>
            </w:r>
            <w:r>
              <w:br/>
              <w:t>- Fear of mistakes?</w:t>
            </w:r>
          </w:p>
        </w:tc>
      </w:tr>
      <w:tr w:rsidR="002C16E4" w14:paraId="432AA12E" w14:textId="77777777">
        <w:tc>
          <w:tcPr>
            <w:tcW w:w="2880" w:type="dxa"/>
          </w:tcPr>
          <w:p w14:paraId="2EE4F987" w14:textId="77777777" w:rsidR="002C16E4" w:rsidRDefault="00000000">
            <w:r>
              <w:t>Section 8: Priority of Mental Health</w:t>
            </w:r>
          </w:p>
        </w:tc>
        <w:tc>
          <w:tcPr>
            <w:tcW w:w="2880" w:type="dxa"/>
          </w:tcPr>
          <w:p w14:paraId="2145889C" w14:textId="77777777" w:rsidR="002C16E4" w:rsidRDefault="00000000">
            <w:r>
              <w:t>Main Questions:</w:t>
            </w:r>
            <w:r>
              <w:br/>
              <w:t>- Priority vs other services?</w:t>
            </w:r>
            <w:r>
              <w:br/>
              <w:t>- Included in routine work?</w:t>
            </w:r>
          </w:p>
        </w:tc>
        <w:tc>
          <w:tcPr>
            <w:tcW w:w="2880" w:type="dxa"/>
          </w:tcPr>
          <w:p w14:paraId="039696FA" w14:textId="77777777" w:rsidR="002C16E4" w:rsidRDefault="00000000">
            <w:r>
              <w:t>Probes:</w:t>
            </w:r>
            <w:r>
              <w:br/>
              <w:t>- Discussed in meetings?</w:t>
            </w:r>
            <w:r>
              <w:br/>
              <w:t>- Why low priority?</w:t>
            </w:r>
            <w:r>
              <w:br/>
              <w:t>- Competing programs?</w:t>
            </w:r>
          </w:p>
        </w:tc>
      </w:tr>
      <w:tr w:rsidR="002C16E4" w14:paraId="79AE5CB0" w14:textId="77777777">
        <w:tc>
          <w:tcPr>
            <w:tcW w:w="2880" w:type="dxa"/>
          </w:tcPr>
          <w:p w14:paraId="55762991" w14:textId="77777777" w:rsidR="002C16E4" w:rsidRDefault="00000000">
            <w:r>
              <w:t>Section 9: Data Use</w:t>
            </w:r>
          </w:p>
        </w:tc>
        <w:tc>
          <w:tcPr>
            <w:tcW w:w="2880" w:type="dxa"/>
          </w:tcPr>
          <w:p w14:paraId="312580EF" w14:textId="77777777" w:rsidR="002C16E4" w:rsidRDefault="00000000">
            <w:r>
              <w:t>Main Questions:</w:t>
            </w:r>
            <w:r>
              <w:br/>
              <w:t>- How is MH data used?</w:t>
            </w:r>
            <w:r>
              <w:br/>
              <w:t>- Used for planning?</w:t>
            </w:r>
          </w:p>
        </w:tc>
        <w:tc>
          <w:tcPr>
            <w:tcW w:w="2880" w:type="dxa"/>
          </w:tcPr>
          <w:p w14:paraId="06D021D3" w14:textId="77777777" w:rsidR="002C16E4" w:rsidRDefault="00000000">
            <w:r>
              <w:t>Probes:</w:t>
            </w:r>
            <w:r>
              <w:br/>
              <w:t>- Example?</w:t>
            </w:r>
            <w:r>
              <w:br/>
              <w:t>- What happens after reporting?</w:t>
            </w:r>
            <w:r>
              <w:br/>
              <w:t>- Is it useful?</w:t>
            </w:r>
          </w:p>
        </w:tc>
      </w:tr>
      <w:tr w:rsidR="002C16E4" w14:paraId="4417DF51" w14:textId="77777777">
        <w:tc>
          <w:tcPr>
            <w:tcW w:w="2880" w:type="dxa"/>
          </w:tcPr>
          <w:p w14:paraId="3126BF41" w14:textId="77777777" w:rsidR="002C16E4" w:rsidRDefault="00000000">
            <w:r>
              <w:t>Section 10: Barriers &amp; Facilitators</w:t>
            </w:r>
          </w:p>
        </w:tc>
        <w:tc>
          <w:tcPr>
            <w:tcW w:w="2880" w:type="dxa"/>
          </w:tcPr>
          <w:p w14:paraId="3683E912" w14:textId="77777777" w:rsidR="002C16E4" w:rsidRDefault="00000000">
            <w:r>
              <w:t>Main Questions:</w:t>
            </w:r>
            <w:r>
              <w:br/>
              <w:t>- Main barriers?</w:t>
            </w:r>
            <w:r>
              <w:br/>
              <w:t>- What helps reporting?</w:t>
            </w:r>
          </w:p>
        </w:tc>
        <w:tc>
          <w:tcPr>
            <w:tcW w:w="2880" w:type="dxa"/>
          </w:tcPr>
          <w:p w14:paraId="7D9123D0" w14:textId="77777777" w:rsidR="002C16E4" w:rsidRDefault="00000000">
            <w:r>
              <w:t>Probes:</w:t>
            </w:r>
            <w:r>
              <w:br/>
              <w:t>- Most important barrier?</w:t>
            </w:r>
            <w:r>
              <w:br/>
              <w:t>- Effect on work?</w:t>
            </w:r>
            <w:r>
              <w:br/>
              <w:t>- Any improvements?</w:t>
            </w:r>
          </w:p>
        </w:tc>
      </w:tr>
      <w:tr w:rsidR="002C16E4" w14:paraId="40F6E9F1" w14:textId="77777777">
        <w:tc>
          <w:tcPr>
            <w:tcW w:w="2880" w:type="dxa"/>
          </w:tcPr>
          <w:p w14:paraId="62DF10E6" w14:textId="77777777" w:rsidR="002C16E4" w:rsidRDefault="00000000">
            <w:r>
              <w:t>Section 11: Recommendations</w:t>
            </w:r>
          </w:p>
        </w:tc>
        <w:tc>
          <w:tcPr>
            <w:tcW w:w="2880" w:type="dxa"/>
          </w:tcPr>
          <w:p w14:paraId="229825AB" w14:textId="77777777" w:rsidR="002C16E4" w:rsidRDefault="00000000">
            <w:r>
              <w:t>Main Questions:</w:t>
            </w:r>
            <w:r>
              <w:br/>
              <w:t>- What support is needed?</w:t>
            </w:r>
            <w:r>
              <w:br/>
              <w:t>- What changes needed?</w:t>
            </w:r>
          </w:p>
        </w:tc>
        <w:tc>
          <w:tcPr>
            <w:tcW w:w="2880" w:type="dxa"/>
          </w:tcPr>
          <w:p w14:paraId="41E9C9FE" w14:textId="77777777" w:rsidR="002C16E4" w:rsidRDefault="00000000">
            <w:r>
              <w:t>Probes:</w:t>
            </w:r>
            <w:r>
              <w:br/>
              <w:t>- Training needs?</w:t>
            </w:r>
            <w:r>
              <w:br/>
              <w:t>- System improvements?</w:t>
            </w:r>
            <w:r>
              <w:br/>
              <w:t>- Suggestions?</w:t>
            </w:r>
          </w:p>
        </w:tc>
      </w:tr>
    </w:tbl>
    <w:p w14:paraId="5B79A621" w14:textId="77777777" w:rsidR="0015205D" w:rsidRDefault="0015205D"/>
    <w:sectPr w:rsidR="0015205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204324">
    <w:abstractNumId w:val="8"/>
  </w:num>
  <w:num w:numId="2" w16cid:durableId="136387594">
    <w:abstractNumId w:val="6"/>
  </w:num>
  <w:num w:numId="3" w16cid:durableId="117072217">
    <w:abstractNumId w:val="5"/>
  </w:num>
  <w:num w:numId="4" w16cid:durableId="2078897359">
    <w:abstractNumId w:val="4"/>
  </w:num>
  <w:num w:numId="5" w16cid:durableId="950818572">
    <w:abstractNumId w:val="7"/>
  </w:num>
  <w:num w:numId="6" w16cid:durableId="1612393244">
    <w:abstractNumId w:val="3"/>
  </w:num>
  <w:num w:numId="7" w16cid:durableId="687486795">
    <w:abstractNumId w:val="2"/>
  </w:num>
  <w:num w:numId="8" w16cid:durableId="1107429104">
    <w:abstractNumId w:val="1"/>
  </w:num>
  <w:num w:numId="9" w16cid:durableId="74607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05D"/>
    <w:rsid w:val="0029639D"/>
    <w:rsid w:val="002C16E4"/>
    <w:rsid w:val="00326F90"/>
    <w:rsid w:val="006460A8"/>
    <w:rsid w:val="00AA1D8D"/>
    <w:rsid w:val="00B47730"/>
    <w:rsid w:val="00CB0664"/>
    <w:rsid w:val="00E246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B6964F"/>
  <w14:defaultImageDpi w14:val="300"/>
  <w15:docId w15:val="{4242A13A-1438-4E40-A986-7573021D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Prithun jha</cp:lastModifiedBy>
  <cp:revision>2</cp:revision>
  <dcterms:created xsi:type="dcterms:W3CDTF">2026-04-06T06:46:00Z</dcterms:created>
  <dcterms:modified xsi:type="dcterms:W3CDTF">2026-04-06T06:46:00Z</dcterms:modified>
  <cp:category/>
</cp:coreProperties>
</file>