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214287" w14:textId="60447069" w:rsidR="006C2C54" w:rsidRPr="002E7826" w:rsidRDefault="002E7826" w:rsidP="00CE2C9F">
      <w:pPr>
        <w:rPr>
          <w:rFonts w:ascii="Times New Roman" w:hAnsi="Times New Roman" w:cs="Times New Roman"/>
          <w:b/>
          <w:bCs/>
          <w:lang w:eastAsia="zh-CN"/>
        </w:rPr>
      </w:pPr>
      <w:r w:rsidRPr="002E7826">
        <w:rPr>
          <w:rFonts w:ascii="Times New Roman" w:hAnsi="Times New Roman" w:cs="Times New Roman"/>
          <w:lang w:eastAsia="zh-CN"/>
        </w:rPr>
        <w:t>Table S1</w:t>
      </w:r>
      <w:r w:rsidR="00CE2C9F" w:rsidRPr="002E7826">
        <w:rPr>
          <w:rFonts w:ascii="Times New Roman" w:hAnsi="Times New Roman" w:cs="Times New Roman"/>
          <w:lang w:eastAsia="zh-CN"/>
        </w:rPr>
        <w:t>: Primer Sequences Used for qPCR</w:t>
      </w:r>
    </w:p>
    <w:tbl>
      <w:tblPr>
        <w:tblStyle w:val="aff1"/>
        <w:tblW w:w="0" w:type="auto"/>
        <w:tblLook w:val="04A0" w:firstRow="1" w:lastRow="0" w:firstColumn="1" w:lastColumn="0" w:noHBand="0" w:noVBand="1"/>
      </w:tblPr>
      <w:tblGrid>
        <w:gridCol w:w="4312"/>
        <w:gridCol w:w="4318"/>
      </w:tblGrid>
      <w:tr w:rsidR="00A7571D" w14:paraId="16C0EA3F" w14:textId="77777777" w:rsidTr="00CE2C9F">
        <w:trPr>
          <w:trHeight w:val="397"/>
        </w:trPr>
        <w:tc>
          <w:tcPr>
            <w:tcW w:w="4320" w:type="dxa"/>
          </w:tcPr>
          <w:p w14:paraId="27554A35" w14:textId="42C2A6F7" w:rsidR="00A7571D" w:rsidRPr="00CE2C9F" w:rsidRDefault="00A7571D" w:rsidP="00CE2C9F">
            <w:pPr>
              <w:spacing w:line="360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CE2C9F">
              <w:rPr>
                <w:rFonts w:ascii="Times New Roman" w:eastAsia="宋体" w:hAnsi="Times New Roman" w:cs="Times New Roman"/>
                <w:sz w:val="21"/>
                <w:szCs w:val="21"/>
              </w:rPr>
              <w:t>Primer Name</w:t>
            </w:r>
          </w:p>
        </w:tc>
        <w:tc>
          <w:tcPr>
            <w:tcW w:w="4320" w:type="dxa"/>
          </w:tcPr>
          <w:p w14:paraId="0E0CA920" w14:textId="408C2E1E" w:rsidR="00A7571D" w:rsidRPr="00CE2C9F" w:rsidRDefault="00A7571D" w:rsidP="00CE2C9F">
            <w:pPr>
              <w:spacing w:line="360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CE2C9F">
              <w:rPr>
                <w:rFonts w:ascii="Times New Roman" w:eastAsia="宋体" w:hAnsi="Times New Roman" w:cs="Times New Roman"/>
                <w:sz w:val="21"/>
                <w:szCs w:val="21"/>
              </w:rPr>
              <w:t>Sequence (5’-3’)</w:t>
            </w:r>
          </w:p>
        </w:tc>
      </w:tr>
      <w:tr w:rsidR="00A7571D" w14:paraId="0F094516" w14:textId="77777777" w:rsidTr="00CE2C9F">
        <w:trPr>
          <w:trHeight w:val="397"/>
        </w:trPr>
        <w:tc>
          <w:tcPr>
            <w:tcW w:w="4320" w:type="dxa"/>
          </w:tcPr>
          <w:p w14:paraId="7301F9E6" w14:textId="08CDB97C" w:rsidR="00A7571D" w:rsidRPr="00CE2C9F" w:rsidRDefault="00A7571D" w:rsidP="00CE2C9F">
            <w:pPr>
              <w:spacing w:line="360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CE2C9F">
              <w:rPr>
                <w:rFonts w:ascii="Times New Roman" w:eastAsia="宋体" w:hAnsi="Times New Roman" w:cs="Times New Roman"/>
                <w:sz w:val="21"/>
                <w:szCs w:val="21"/>
              </w:rPr>
              <w:t>β-actin-F</w:t>
            </w:r>
          </w:p>
        </w:tc>
        <w:tc>
          <w:tcPr>
            <w:tcW w:w="4320" w:type="dxa"/>
          </w:tcPr>
          <w:p w14:paraId="2DDCE9FC" w14:textId="238AFF29" w:rsidR="00A7571D" w:rsidRPr="00CE2C9F" w:rsidRDefault="00A7571D" w:rsidP="00CE2C9F">
            <w:pPr>
              <w:spacing w:line="360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CE2C9F">
              <w:rPr>
                <w:rFonts w:ascii="Times New Roman" w:eastAsia="宋体" w:hAnsi="Times New Roman" w:cs="Times New Roman"/>
                <w:sz w:val="21"/>
                <w:szCs w:val="21"/>
              </w:rPr>
              <w:t>ACCTTCTACAATGAGCTGCG</w:t>
            </w:r>
          </w:p>
        </w:tc>
      </w:tr>
      <w:tr w:rsidR="00A7571D" w14:paraId="20070284" w14:textId="77777777" w:rsidTr="00CE2C9F">
        <w:trPr>
          <w:trHeight w:val="397"/>
        </w:trPr>
        <w:tc>
          <w:tcPr>
            <w:tcW w:w="4320" w:type="dxa"/>
          </w:tcPr>
          <w:p w14:paraId="4BCAFD1D" w14:textId="158D7298" w:rsidR="00A7571D" w:rsidRPr="00CE2C9F" w:rsidRDefault="00A7571D" w:rsidP="00CE2C9F">
            <w:pPr>
              <w:spacing w:line="360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CE2C9F">
              <w:rPr>
                <w:rFonts w:ascii="Times New Roman" w:eastAsia="宋体" w:hAnsi="Times New Roman" w:cs="Times New Roman"/>
                <w:sz w:val="21"/>
                <w:szCs w:val="21"/>
              </w:rPr>
              <w:t>β-actin-R</w:t>
            </w:r>
          </w:p>
        </w:tc>
        <w:tc>
          <w:tcPr>
            <w:tcW w:w="4320" w:type="dxa"/>
          </w:tcPr>
          <w:p w14:paraId="455D1BF9" w14:textId="132DB485" w:rsidR="00A7571D" w:rsidRPr="00CE2C9F" w:rsidRDefault="00A7571D" w:rsidP="00CE2C9F">
            <w:pPr>
              <w:spacing w:line="360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CE2C9F">
              <w:rPr>
                <w:rFonts w:ascii="Times New Roman" w:eastAsia="宋体" w:hAnsi="Times New Roman" w:cs="Times New Roman"/>
                <w:sz w:val="21"/>
                <w:szCs w:val="21"/>
              </w:rPr>
              <w:t>CTGGATGGCTACGTACATGG</w:t>
            </w:r>
          </w:p>
        </w:tc>
      </w:tr>
      <w:tr w:rsidR="00A7571D" w14:paraId="1A224E5C" w14:textId="77777777" w:rsidTr="00CE2C9F">
        <w:trPr>
          <w:trHeight w:val="397"/>
        </w:trPr>
        <w:tc>
          <w:tcPr>
            <w:tcW w:w="4320" w:type="dxa"/>
          </w:tcPr>
          <w:p w14:paraId="53A9CF65" w14:textId="7DBBA20D" w:rsidR="00A7571D" w:rsidRPr="00CE2C9F" w:rsidRDefault="00A7571D" w:rsidP="00CE2C9F">
            <w:pPr>
              <w:spacing w:line="360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CE2C9F">
              <w:rPr>
                <w:rFonts w:ascii="Times New Roman" w:eastAsia="宋体" w:hAnsi="Times New Roman" w:cs="Times New Roman"/>
                <w:sz w:val="21"/>
                <w:szCs w:val="21"/>
              </w:rPr>
              <w:t>Epha1-F</w:t>
            </w:r>
          </w:p>
        </w:tc>
        <w:tc>
          <w:tcPr>
            <w:tcW w:w="4320" w:type="dxa"/>
          </w:tcPr>
          <w:p w14:paraId="34862ABC" w14:textId="2244B8B2" w:rsidR="00A7571D" w:rsidRPr="00CE2C9F" w:rsidRDefault="00A7571D" w:rsidP="00CE2C9F">
            <w:pPr>
              <w:spacing w:line="360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CE2C9F">
              <w:rPr>
                <w:rFonts w:ascii="Times New Roman" w:eastAsia="宋体" w:hAnsi="Times New Roman" w:cs="Times New Roman"/>
                <w:sz w:val="21"/>
                <w:szCs w:val="21"/>
              </w:rPr>
              <w:t>GTGTGGCGCTAGTGTCGTGTA</w:t>
            </w:r>
          </w:p>
        </w:tc>
      </w:tr>
      <w:tr w:rsidR="00A7571D" w14:paraId="5BF07173" w14:textId="77777777" w:rsidTr="00CE2C9F">
        <w:trPr>
          <w:trHeight w:val="397"/>
        </w:trPr>
        <w:tc>
          <w:tcPr>
            <w:tcW w:w="4320" w:type="dxa"/>
          </w:tcPr>
          <w:p w14:paraId="4C6CCC58" w14:textId="416E54C3" w:rsidR="00A7571D" w:rsidRPr="00CE2C9F" w:rsidRDefault="00A7571D" w:rsidP="00CE2C9F">
            <w:pPr>
              <w:spacing w:line="360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CE2C9F">
              <w:rPr>
                <w:rFonts w:ascii="Times New Roman" w:eastAsia="宋体" w:hAnsi="Times New Roman" w:cs="Times New Roman"/>
                <w:sz w:val="21"/>
                <w:szCs w:val="21"/>
              </w:rPr>
              <w:t>Epha1-R</w:t>
            </w:r>
          </w:p>
        </w:tc>
        <w:tc>
          <w:tcPr>
            <w:tcW w:w="4320" w:type="dxa"/>
          </w:tcPr>
          <w:p w14:paraId="04E83972" w14:textId="40B69D59" w:rsidR="00A7571D" w:rsidRPr="00CE2C9F" w:rsidRDefault="00A7571D" w:rsidP="00CE2C9F">
            <w:pPr>
              <w:spacing w:line="360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CE2C9F">
              <w:rPr>
                <w:rFonts w:ascii="Times New Roman" w:eastAsia="宋体" w:hAnsi="Times New Roman" w:cs="Times New Roman"/>
                <w:sz w:val="21"/>
                <w:szCs w:val="21"/>
              </w:rPr>
              <w:t>CACGTTCGCAGTCACTTCAACC</w:t>
            </w:r>
          </w:p>
        </w:tc>
      </w:tr>
      <w:tr w:rsidR="00A7571D" w14:paraId="2F8D26E9" w14:textId="77777777" w:rsidTr="00CE2C9F">
        <w:trPr>
          <w:trHeight w:val="397"/>
        </w:trPr>
        <w:tc>
          <w:tcPr>
            <w:tcW w:w="4320" w:type="dxa"/>
          </w:tcPr>
          <w:p w14:paraId="71AC1CFA" w14:textId="1ABC21C3" w:rsidR="00A7571D" w:rsidRPr="00CE2C9F" w:rsidRDefault="00A7571D" w:rsidP="00CE2C9F">
            <w:pPr>
              <w:spacing w:line="360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CE2C9F">
              <w:rPr>
                <w:rFonts w:ascii="Times New Roman" w:eastAsia="宋体" w:hAnsi="Times New Roman" w:cs="Times New Roman"/>
                <w:sz w:val="21"/>
                <w:szCs w:val="21"/>
              </w:rPr>
              <w:t>Epha2-F</w:t>
            </w:r>
          </w:p>
        </w:tc>
        <w:tc>
          <w:tcPr>
            <w:tcW w:w="4320" w:type="dxa"/>
          </w:tcPr>
          <w:p w14:paraId="72E0A7AA" w14:textId="36B03498" w:rsidR="00A7571D" w:rsidRPr="00CE2C9F" w:rsidRDefault="00A7571D" w:rsidP="00CE2C9F">
            <w:pPr>
              <w:spacing w:line="360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CE2C9F">
              <w:rPr>
                <w:rFonts w:ascii="Times New Roman" w:eastAsia="宋体" w:hAnsi="Times New Roman" w:cs="Times New Roman"/>
                <w:sz w:val="21"/>
                <w:szCs w:val="21"/>
              </w:rPr>
              <w:t>GCACAGGGAAGAAGTAGGTTGTT</w:t>
            </w:r>
          </w:p>
        </w:tc>
      </w:tr>
      <w:tr w:rsidR="00A7571D" w14:paraId="4B97B391" w14:textId="77777777" w:rsidTr="00CE2C9F">
        <w:trPr>
          <w:trHeight w:val="397"/>
        </w:trPr>
        <w:tc>
          <w:tcPr>
            <w:tcW w:w="4320" w:type="dxa"/>
          </w:tcPr>
          <w:p w14:paraId="551A7FC0" w14:textId="12B1ECFD" w:rsidR="00A7571D" w:rsidRPr="00CE2C9F" w:rsidRDefault="00A7571D" w:rsidP="00CE2C9F">
            <w:pPr>
              <w:spacing w:line="360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CE2C9F">
              <w:rPr>
                <w:rFonts w:ascii="Times New Roman" w:eastAsia="宋体" w:hAnsi="Times New Roman" w:cs="Times New Roman"/>
                <w:sz w:val="21"/>
                <w:szCs w:val="21"/>
              </w:rPr>
              <w:t>Epha2-R</w:t>
            </w:r>
          </w:p>
        </w:tc>
        <w:tc>
          <w:tcPr>
            <w:tcW w:w="4320" w:type="dxa"/>
          </w:tcPr>
          <w:p w14:paraId="74A3D10C" w14:textId="1CCC3BDD" w:rsidR="00A7571D" w:rsidRPr="00CE2C9F" w:rsidRDefault="00A7571D" w:rsidP="00CE2C9F">
            <w:pPr>
              <w:spacing w:line="360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CE2C9F">
              <w:rPr>
                <w:rFonts w:ascii="Times New Roman" w:eastAsia="宋体" w:hAnsi="Times New Roman" w:cs="Times New Roman"/>
                <w:sz w:val="21"/>
                <w:szCs w:val="21"/>
              </w:rPr>
              <w:t>CATGTAGATAGAGCTGGTGTCC</w:t>
            </w:r>
          </w:p>
        </w:tc>
      </w:tr>
      <w:tr w:rsidR="00A7571D" w14:paraId="7139B514" w14:textId="77777777" w:rsidTr="00CE2C9F">
        <w:trPr>
          <w:trHeight w:val="397"/>
        </w:trPr>
        <w:tc>
          <w:tcPr>
            <w:tcW w:w="4320" w:type="dxa"/>
          </w:tcPr>
          <w:p w14:paraId="15D0A569" w14:textId="32B833C0" w:rsidR="00A7571D" w:rsidRPr="00CE2C9F" w:rsidRDefault="00A7571D" w:rsidP="00CE2C9F">
            <w:pPr>
              <w:spacing w:line="360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CE2C9F">
              <w:rPr>
                <w:rFonts w:ascii="Times New Roman" w:eastAsia="宋体" w:hAnsi="Times New Roman" w:cs="Times New Roman"/>
                <w:sz w:val="21"/>
                <w:szCs w:val="21"/>
              </w:rPr>
              <w:t>Epha3-F</w:t>
            </w:r>
          </w:p>
        </w:tc>
        <w:tc>
          <w:tcPr>
            <w:tcW w:w="4320" w:type="dxa"/>
          </w:tcPr>
          <w:p w14:paraId="0066578F" w14:textId="049BFB19" w:rsidR="00A7571D" w:rsidRPr="00CE2C9F" w:rsidRDefault="00A7571D" w:rsidP="00CE2C9F">
            <w:pPr>
              <w:spacing w:line="360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CE2C9F">
              <w:rPr>
                <w:rFonts w:ascii="Times New Roman" w:eastAsia="宋体" w:hAnsi="Times New Roman" w:cs="Times New Roman"/>
                <w:sz w:val="21"/>
                <w:szCs w:val="21"/>
              </w:rPr>
              <w:t>TTCTCCATTCGCTGGTGAAAACA</w:t>
            </w:r>
          </w:p>
        </w:tc>
      </w:tr>
      <w:tr w:rsidR="00A7571D" w14:paraId="504B4507" w14:textId="77777777" w:rsidTr="00CE2C9F">
        <w:trPr>
          <w:trHeight w:val="397"/>
        </w:trPr>
        <w:tc>
          <w:tcPr>
            <w:tcW w:w="4320" w:type="dxa"/>
          </w:tcPr>
          <w:p w14:paraId="4DE4BFF2" w14:textId="6F8C1D10" w:rsidR="00A7571D" w:rsidRPr="00CE2C9F" w:rsidRDefault="00A7571D" w:rsidP="00CE2C9F">
            <w:pPr>
              <w:spacing w:line="360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CE2C9F">
              <w:rPr>
                <w:rFonts w:ascii="Times New Roman" w:eastAsia="宋体" w:hAnsi="Times New Roman" w:cs="Times New Roman"/>
                <w:sz w:val="21"/>
                <w:szCs w:val="21"/>
              </w:rPr>
              <w:t>Epha3-R</w:t>
            </w:r>
          </w:p>
        </w:tc>
        <w:tc>
          <w:tcPr>
            <w:tcW w:w="4320" w:type="dxa"/>
          </w:tcPr>
          <w:p w14:paraId="5BA47C8E" w14:textId="60F34CAF" w:rsidR="00A7571D" w:rsidRPr="00CE2C9F" w:rsidRDefault="00A7571D" w:rsidP="00CE2C9F">
            <w:pPr>
              <w:spacing w:line="360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CE2C9F">
              <w:rPr>
                <w:rFonts w:ascii="Times New Roman" w:eastAsia="宋体" w:hAnsi="Times New Roman" w:cs="Times New Roman"/>
                <w:sz w:val="21"/>
                <w:szCs w:val="21"/>
              </w:rPr>
              <w:t>ACCTCGCGAGCAGACATGAAG</w:t>
            </w:r>
          </w:p>
        </w:tc>
      </w:tr>
      <w:tr w:rsidR="00A7571D" w14:paraId="3EDFF69A" w14:textId="77777777" w:rsidTr="00CE2C9F">
        <w:trPr>
          <w:trHeight w:val="397"/>
        </w:trPr>
        <w:tc>
          <w:tcPr>
            <w:tcW w:w="4320" w:type="dxa"/>
          </w:tcPr>
          <w:p w14:paraId="72A3F787" w14:textId="386E39BB" w:rsidR="00A7571D" w:rsidRPr="00CE2C9F" w:rsidRDefault="00A7571D" w:rsidP="00CE2C9F">
            <w:pPr>
              <w:spacing w:line="360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CE2C9F">
              <w:rPr>
                <w:rFonts w:ascii="Times New Roman" w:eastAsia="宋体" w:hAnsi="Times New Roman" w:cs="Times New Roman"/>
                <w:sz w:val="21"/>
                <w:szCs w:val="21"/>
              </w:rPr>
              <w:t>Epha4-F</w:t>
            </w:r>
          </w:p>
        </w:tc>
        <w:tc>
          <w:tcPr>
            <w:tcW w:w="4320" w:type="dxa"/>
          </w:tcPr>
          <w:p w14:paraId="175BFC04" w14:textId="3EB4CD80" w:rsidR="00A7571D" w:rsidRPr="00CE2C9F" w:rsidRDefault="00A7571D" w:rsidP="00CE2C9F">
            <w:pPr>
              <w:spacing w:line="360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CE2C9F">
              <w:rPr>
                <w:rFonts w:ascii="Times New Roman" w:eastAsia="宋体" w:hAnsi="Times New Roman" w:cs="Times New Roman"/>
                <w:sz w:val="21"/>
                <w:szCs w:val="21"/>
              </w:rPr>
              <w:t>GAAAATACGACAGTCAGGCAACT</w:t>
            </w:r>
          </w:p>
        </w:tc>
      </w:tr>
      <w:tr w:rsidR="00A7571D" w14:paraId="003C788C" w14:textId="77777777" w:rsidTr="00CE2C9F">
        <w:trPr>
          <w:trHeight w:val="397"/>
        </w:trPr>
        <w:tc>
          <w:tcPr>
            <w:tcW w:w="4320" w:type="dxa"/>
          </w:tcPr>
          <w:p w14:paraId="310440EC" w14:textId="6082C08D" w:rsidR="00A7571D" w:rsidRPr="00CE2C9F" w:rsidRDefault="00A7571D" w:rsidP="00CE2C9F">
            <w:pPr>
              <w:spacing w:line="360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CE2C9F">
              <w:rPr>
                <w:rFonts w:ascii="Times New Roman" w:eastAsia="宋体" w:hAnsi="Times New Roman" w:cs="Times New Roman"/>
                <w:sz w:val="21"/>
                <w:szCs w:val="21"/>
              </w:rPr>
              <w:t>Epha4-R</w:t>
            </w:r>
          </w:p>
        </w:tc>
        <w:tc>
          <w:tcPr>
            <w:tcW w:w="4320" w:type="dxa"/>
          </w:tcPr>
          <w:p w14:paraId="0B3B6272" w14:textId="1508AD53" w:rsidR="00A7571D" w:rsidRPr="00CE2C9F" w:rsidRDefault="00A7571D" w:rsidP="00CE2C9F">
            <w:pPr>
              <w:spacing w:line="360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CE2C9F">
              <w:rPr>
                <w:rFonts w:ascii="Times New Roman" w:eastAsia="宋体" w:hAnsi="Times New Roman" w:cs="Times New Roman"/>
                <w:sz w:val="21"/>
                <w:szCs w:val="21"/>
              </w:rPr>
              <w:t>CTTCGGGAGCGTTCAGTCAGTC</w:t>
            </w:r>
          </w:p>
        </w:tc>
      </w:tr>
      <w:tr w:rsidR="00A7571D" w14:paraId="7576121A" w14:textId="77777777" w:rsidTr="00CE2C9F">
        <w:trPr>
          <w:trHeight w:val="397"/>
        </w:trPr>
        <w:tc>
          <w:tcPr>
            <w:tcW w:w="4320" w:type="dxa"/>
          </w:tcPr>
          <w:p w14:paraId="19A8B5DA" w14:textId="70834DC1" w:rsidR="00A7571D" w:rsidRPr="00CE2C9F" w:rsidRDefault="00A7571D" w:rsidP="00CE2C9F">
            <w:pPr>
              <w:spacing w:line="360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CE2C9F">
              <w:rPr>
                <w:rFonts w:ascii="Times New Roman" w:eastAsia="宋体" w:hAnsi="Times New Roman" w:cs="Times New Roman"/>
                <w:sz w:val="21"/>
                <w:szCs w:val="21"/>
              </w:rPr>
              <w:t>Epha5-F</w:t>
            </w:r>
          </w:p>
        </w:tc>
        <w:tc>
          <w:tcPr>
            <w:tcW w:w="4320" w:type="dxa"/>
          </w:tcPr>
          <w:p w14:paraId="785524EA" w14:textId="6FCFFA90" w:rsidR="00A7571D" w:rsidRPr="00CE2C9F" w:rsidRDefault="00A7571D" w:rsidP="00CE2C9F">
            <w:pPr>
              <w:spacing w:line="360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CE2C9F">
              <w:rPr>
                <w:rFonts w:ascii="Times New Roman" w:eastAsia="宋体" w:hAnsi="Times New Roman" w:cs="Times New Roman"/>
                <w:sz w:val="21"/>
                <w:szCs w:val="21"/>
              </w:rPr>
              <w:t>GGTACTGGAAGATGATCCTGAGG</w:t>
            </w:r>
          </w:p>
        </w:tc>
      </w:tr>
      <w:tr w:rsidR="00A7571D" w14:paraId="2B75449E" w14:textId="77777777" w:rsidTr="00CE2C9F">
        <w:trPr>
          <w:trHeight w:val="397"/>
        </w:trPr>
        <w:tc>
          <w:tcPr>
            <w:tcW w:w="4320" w:type="dxa"/>
          </w:tcPr>
          <w:p w14:paraId="0B6C852E" w14:textId="3BECEA9E" w:rsidR="00A7571D" w:rsidRPr="00CE2C9F" w:rsidRDefault="00A7571D" w:rsidP="00CE2C9F">
            <w:pPr>
              <w:spacing w:line="360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CE2C9F">
              <w:rPr>
                <w:rFonts w:ascii="Times New Roman" w:eastAsia="宋体" w:hAnsi="Times New Roman" w:cs="Times New Roman"/>
                <w:sz w:val="21"/>
                <w:szCs w:val="21"/>
              </w:rPr>
              <w:t>Epha5-R</w:t>
            </w:r>
          </w:p>
        </w:tc>
        <w:tc>
          <w:tcPr>
            <w:tcW w:w="4320" w:type="dxa"/>
          </w:tcPr>
          <w:p w14:paraId="5D3DEB35" w14:textId="0FC8D809" w:rsidR="00A7571D" w:rsidRPr="00CE2C9F" w:rsidRDefault="00A7571D" w:rsidP="00CE2C9F">
            <w:pPr>
              <w:spacing w:line="360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CE2C9F">
              <w:rPr>
                <w:rFonts w:ascii="Times New Roman" w:eastAsia="宋体" w:hAnsi="Times New Roman" w:cs="Times New Roman"/>
                <w:sz w:val="21"/>
                <w:szCs w:val="21"/>
              </w:rPr>
              <w:t>CCAGACATCACTGGAAGAGGTG</w:t>
            </w:r>
          </w:p>
        </w:tc>
      </w:tr>
      <w:tr w:rsidR="00A7571D" w14:paraId="5D5314DA" w14:textId="77777777" w:rsidTr="00CE2C9F">
        <w:trPr>
          <w:trHeight w:val="397"/>
        </w:trPr>
        <w:tc>
          <w:tcPr>
            <w:tcW w:w="4320" w:type="dxa"/>
          </w:tcPr>
          <w:p w14:paraId="1743D7BF" w14:textId="0C6D33D6" w:rsidR="00A7571D" w:rsidRPr="00CE2C9F" w:rsidRDefault="00A7571D" w:rsidP="00CE2C9F">
            <w:pPr>
              <w:spacing w:line="360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CE2C9F">
              <w:rPr>
                <w:rFonts w:ascii="Times New Roman" w:eastAsia="宋体" w:hAnsi="Times New Roman" w:cs="Times New Roman"/>
                <w:sz w:val="21"/>
                <w:szCs w:val="21"/>
              </w:rPr>
              <w:t>Ephb6-F</w:t>
            </w:r>
          </w:p>
        </w:tc>
        <w:tc>
          <w:tcPr>
            <w:tcW w:w="4320" w:type="dxa"/>
          </w:tcPr>
          <w:p w14:paraId="20B866F9" w14:textId="26DB9AB5" w:rsidR="00A7571D" w:rsidRPr="00CE2C9F" w:rsidRDefault="00A7571D" w:rsidP="00CE2C9F">
            <w:pPr>
              <w:spacing w:line="360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CE2C9F">
              <w:rPr>
                <w:rFonts w:ascii="Times New Roman" w:eastAsia="宋体" w:hAnsi="Times New Roman" w:cs="Times New Roman"/>
                <w:sz w:val="21"/>
                <w:szCs w:val="21"/>
              </w:rPr>
              <w:t>GGAACATCCTCGACTACCAGCT</w:t>
            </w:r>
          </w:p>
        </w:tc>
      </w:tr>
      <w:tr w:rsidR="00A7571D" w14:paraId="0AECB303" w14:textId="77777777" w:rsidTr="00CE2C9F">
        <w:trPr>
          <w:trHeight w:val="397"/>
        </w:trPr>
        <w:tc>
          <w:tcPr>
            <w:tcW w:w="4320" w:type="dxa"/>
          </w:tcPr>
          <w:p w14:paraId="1C93AF4B" w14:textId="223453F9" w:rsidR="00A7571D" w:rsidRPr="00CE2C9F" w:rsidRDefault="00A7571D" w:rsidP="00CE2C9F">
            <w:pPr>
              <w:spacing w:line="360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CE2C9F">
              <w:rPr>
                <w:rFonts w:ascii="Times New Roman" w:eastAsia="宋体" w:hAnsi="Times New Roman" w:cs="Times New Roman"/>
                <w:sz w:val="21"/>
                <w:szCs w:val="21"/>
              </w:rPr>
              <w:t>Ephb6-R</w:t>
            </w:r>
          </w:p>
        </w:tc>
        <w:tc>
          <w:tcPr>
            <w:tcW w:w="4320" w:type="dxa"/>
          </w:tcPr>
          <w:p w14:paraId="68B88C56" w14:textId="408CADC0" w:rsidR="00A7571D" w:rsidRPr="00CE2C9F" w:rsidRDefault="00A7571D" w:rsidP="00CE2C9F">
            <w:pPr>
              <w:spacing w:line="360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CE2C9F">
              <w:rPr>
                <w:rFonts w:ascii="Times New Roman" w:eastAsia="宋体" w:hAnsi="Times New Roman" w:cs="Times New Roman"/>
                <w:sz w:val="21"/>
                <w:szCs w:val="21"/>
              </w:rPr>
              <w:t>TCAACCGTGTCACAGTGGCAGT</w:t>
            </w:r>
          </w:p>
        </w:tc>
      </w:tr>
      <w:tr w:rsidR="00A7571D" w14:paraId="4C5F34FB" w14:textId="77777777" w:rsidTr="00CE2C9F">
        <w:trPr>
          <w:trHeight w:val="397"/>
        </w:trPr>
        <w:tc>
          <w:tcPr>
            <w:tcW w:w="4320" w:type="dxa"/>
          </w:tcPr>
          <w:p w14:paraId="14A40199" w14:textId="6BD75F3F" w:rsidR="00A7571D" w:rsidRPr="00CE2C9F" w:rsidRDefault="00A7571D" w:rsidP="00CE2C9F">
            <w:pPr>
              <w:spacing w:line="360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CE2C9F">
              <w:rPr>
                <w:rFonts w:ascii="Times New Roman" w:eastAsia="宋体" w:hAnsi="Times New Roman" w:cs="Times New Roman"/>
                <w:sz w:val="21"/>
                <w:szCs w:val="21"/>
              </w:rPr>
              <w:t>Epha7-F</w:t>
            </w:r>
          </w:p>
        </w:tc>
        <w:tc>
          <w:tcPr>
            <w:tcW w:w="4320" w:type="dxa"/>
          </w:tcPr>
          <w:p w14:paraId="72DE11D6" w14:textId="406DE21B" w:rsidR="00A7571D" w:rsidRPr="00CE2C9F" w:rsidRDefault="00A7571D" w:rsidP="00CE2C9F">
            <w:pPr>
              <w:spacing w:line="360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CE2C9F">
              <w:rPr>
                <w:rFonts w:ascii="Times New Roman" w:eastAsia="宋体" w:hAnsi="Times New Roman" w:cs="Times New Roman"/>
                <w:sz w:val="21"/>
                <w:szCs w:val="21"/>
              </w:rPr>
              <w:t>CCGGGGGCAAGTGTGTGATGC</w:t>
            </w:r>
          </w:p>
        </w:tc>
      </w:tr>
      <w:tr w:rsidR="00A7571D" w14:paraId="5CB4F340" w14:textId="77777777" w:rsidTr="00CE2C9F">
        <w:trPr>
          <w:trHeight w:val="397"/>
        </w:trPr>
        <w:tc>
          <w:tcPr>
            <w:tcW w:w="4320" w:type="dxa"/>
          </w:tcPr>
          <w:p w14:paraId="20CC51DF" w14:textId="52880724" w:rsidR="00A7571D" w:rsidRPr="00CE2C9F" w:rsidRDefault="00A7571D" w:rsidP="00CE2C9F">
            <w:pPr>
              <w:spacing w:line="360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CE2C9F">
              <w:rPr>
                <w:rFonts w:ascii="Times New Roman" w:eastAsia="宋体" w:hAnsi="Times New Roman" w:cs="Times New Roman"/>
                <w:sz w:val="21"/>
                <w:szCs w:val="21"/>
              </w:rPr>
              <w:t>Epha7-R</w:t>
            </w:r>
          </w:p>
        </w:tc>
        <w:tc>
          <w:tcPr>
            <w:tcW w:w="4320" w:type="dxa"/>
          </w:tcPr>
          <w:p w14:paraId="596D99DF" w14:textId="4786C80B" w:rsidR="00A7571D" w:rsidRPr="00CE2C9F" w:rsidRDefault="00A7571D" w:rsidP="00CE2C9F">
            <w:pPr>
              <w:spacing w:line="360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CE2C9F">
              <w:rPr>
                <w:rFonts w:ascii="Times New Roman" w:eastAsia="宋体" w:hAnsi="Times New Roman" w:cs="Times New Roman"/>
                <w:sz w:val="21"/>
                <w:szCs w:val="21"/>
              </w:rPr>
              <w:t>CAAATTGCGCCATGATGCTGTG</w:t>
            </w:r>
          </w:p>
        </w:tc>
      </w:tr>
      <w:tr w:rsidR="00A7571D" w14:paraId="6FAFE309" w14:textId="77777777" w:rsidTr="00CE2C9F">
        <w:trPr>
          <w:trHeight w:val="397"/>
        </w:trPr>
        <w:tc>
          <w:tcPr>
            <w:tcW w:w="4320" w:type="dxa"/>
          </w:tcPr>
          <w:p w14:paraId="2AE95120" w14:textId="7A303E1E" w:rsidR="00A7571D" w:rsidRPr="00CE2C9F" w:rsidRDefault="00A7571D" w:rsidP="00CE2C9F">
            <w:pPr>
              <w:spacing w:line="360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CE2C9F">
              <w:rPr>
                <w:rFonts w:ascii="Times New Roman" w:eastAsia="宋体" w:hAnsi="Times New Roman" w:cs="Times New Roman"/>
                <w:sz w:val="21"/>
                <w:szCs w:val="21"/>
              </w:rPr>
              <w:t>Epha8-F</w:t>
            </w:r>
          </w:p>
        </w:tc>
        <w:tc>
          <w:tcPr>
            <w:tcW w:w="4320" w:type="dxa"/>
          </w:tcPr>
          <w:p w14:paraId="53DA104B" w14:textId="55C7AC67" w:rsidR="00A7571D" w:rsidRPr="00CE2C9F" w:rsidRDefault="00A7571D" w:rsidP="00CE2C9F">
            <w:pPr>
              <w:spacing w:line="360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CE2C9F">
              <w:rPr>
                <w:rFonts w:ascii="Times New Roman" w:eastAsia="宋体" w:hAnsi="Times New Roman" w:cs="Times New Roman"/>
                <w:sz w:val="21"/>
                <w:szCs w:val="21"/>
              </w:rPr>
              <w:t>GCGGCGGCAACTTGGTGTGAT</w:t>
            </w:r>
          </w:p>
        </w:tc>
      </w:tr>
      <w:tr w:rsidR="00A7571D" w14:paraId="3E2F0415" w14:textId="77777777" w:rsidTr="00CE2C9F">
        <w:trPr>
          <w:trHeight w:val="397"/>
        </w:trPr>
        <w:tc>
          <w:tcPr>
            <w:tcW w:w="4320" w:type="dxa"/>
          </w:tcPr>
          <w:p w14:paraId="49A5CFA6" w14:textId="40625639" w:rsidR="00A7571D" w:rsidRPr="00CE2C9F" w:rsidRDefault="00A7571D" w:rsidP="00CE2C9F">
            <w:pPr>
              <w:spacing w:line="360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CE2C9F">
              <w:rPr>
                <w:rFonts w:ascii="Times New Roman" w:eastAsia="宋体" w:hAnsi="Times New Roman" w:cs="Times New Roman"/>
                <w:sz w:val="21"/>
                <w:szCs w:val="21"/>
              </w:rPr>
              <w:t>Epha8-R</w:t>
            </w:r>
          </w:p>
        </w:tc>
        <w:tc>
          <w:tcPr>
            <w:tcW w:w="4320" w:type="dxa"/>
          </w:tcPr>
          <w:p w14:paraId="791BE50C" w14:textId="716F6FA3" w:rsidR="00A7571D" w:rsidRPr="00CE2C9F" w:rsidRDefault="00A7571D" w:rsidP="00CE2C9F">
            <w:pPr>
              <w:spacing w:line="360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CE2C9F">
              <w:rPr>
                <w:rFonts w:ascii="Times New Roman" w:eastAsia="宋体" w:hAnsi="Times New Roman" w:cs="Times New Roman"/>
                <w:sz w:val="21"/>
                <w:szCs w:val="21"/>
              </w:rPr>
              <w:t>AAGGCATCGTAGCTCTGAGT</w:t>
            </w:r>
          </w:p>
        </w:tc>
      </w:tr>
      <w:tr w:rsidR="00A7571D" w14:paraId="7C5CC4D5" w14:textId="77777777" w:rsidTr="00CE2C9F">
        <w:trPr>
          <w:trHeight w:val="397"/>
        </w:trPr>
        <w:tc>
          <w:tcPr>
            <w:tcW w:w="4320" w:type="dxa"/>
          </w:tcPr>
          <w:p w14:paraId="2CBC63E2" w14:textId="2C2F3C60" w:rsidR="00A7571D" w:rsidRPr="00CE2C9F" w:rsidRDefault="00A7571D" w:rsidP="00CE2C9F">
            <w:pPr>
              <w:spacing w:line="360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CE2C9F">
              <w:rPr>
                <w:rFonts w:ascii="Times New Roman" w:eastAsia="宋体" w:hAnsi="Times New Roman" w:cs="Times New Roman"/>
                <w:sz w:val="21"/>
                <w:szCs w:val="21"/>
              </w:rPr>
              <w:t>Ephb1-F</w:t>
            </w:r>
          </w:p>
        </w:tc>
        <w:tc>
          <w:tcPr>
            <w:tcW w:w="4320" w:type="dxa"/>
          </w:tcPr>
          <w:p w14:paraId="5250AF2A" w14:textId="51E456D6" w:rsidR="00A7571D" w:rsidRPr="00CE2C9F" w:rsidRDefault="00A7571D" w:rsidP="00CE2C9F">
            <w:pPr>
              <w:spacing w:line="360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CE2C9F">
              <w:rPr>
                <w:rFonts w:ascii="Times New Roman" w:eastAsia="宋体" w:hAnsi="Times New Roman" w:cs="Times New Roman"/>
                <w:sz w:val="21"/>
                <w:szCs w:val="21"/>
              </w:rPr>
              <w:t>ACCCATTCATTAGCGTGACC</w:t>
            </w:r>
          </w:p>
        </w:tc>
      </w:tr>
      <w:tr w:rsidR="00A7571D" w14:paraId="4D189E8F" w14:textId="77777777" w:rsidTr="00CE2C9F">
        <w:trPr>
          <w:trHeight w:val="397"/>
        </w:trPr>
        <w:tc>
          <w:tcPr>
            <w:tcW w:w="4320" w:type="dxa"/>
          </w:tcPr>
          <w:p w14:paraId="0DF812C6" w14:textId="2E38F505" w:rsidR="00A7571D" w:rsidRPr="00CE2C9F" w:rsidRDefault="00A7571D" w:rsidP="00CE2C9F">
            <w:pPr>
              <w:spacing w:line="360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CE2C9F">
              <w:rPr>
                <w:rFonts w:ascii="Times New Roman" w:eastAsia="宋体" w:hAnsi="Times New Roman" w:cs="Times New Roman"/>
                <w:sz w:val="21"/>
                <w:szCs w:val="21"/>
              </w:rPr>
              <w:t>Ephb1-R</w:t>
            </w:r>
          </w:p>
        </w:tc>
        <w:tc>
          <w:tcPr>
            <w:tcW w:w="4320" w:type="dxa"/>
          </w:tcPr>
          <w:p w14:paraId="00F4DEEB" w14:textId="1360B37F" w:rsidR="00A7571D" w:rsidRPr="00CE2C9F" w:rsidRDefault="00A7571D" w:rsidP="00CE2C9F">
            <w:pPr>
              <w:spacing w:line="360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CE2C9F">
              <w:rPr>
                <w:rFonts w:ascii="Times New Roman" w:eastAsia="宋体" w:hAnsi="Times New Roman" w:cs="Times New Roman"/>
                <w:sz w:val="21"/>
                <w:szCs w:val="21"/>
              </w:rPr>
              <w:t>CTGCTGGCACACGCTCTTCA</w:t>
            </w:r>
          </w:p>
        </w:tc>
      </w:tr>
      <w:tr w:rsidR="00A7571D" w14:paraId="74F1B928" w14:textId="77777777" w:rsidTr="00CE2C9F">
        <w:trPr>
          <w:trHeight w:val="397"/>
        </w:trPr>
        <w:tc>
          <w:tcPr>
            <w:tcW w:w="4320" w:type="dxa"/>
          </w:tcPr>
          <w:p w14:paraId="4487AED7" w14:textId="52D73A56" w:rsidR="00A7571D" w:rsidRPr="00CE2C9F" w:rsidRDefault="00A7571D" w:rsidP="00CE2C9F">
            <w:pPr>
              <w:spacing w:line="360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CE2C9F">
              <w:rPr>
                <w:rFonts w:ascii="Times New Roman" w:eastAsia="宋体" w:hAnsi="Times New Roman" w:cs="Times New Roman"/>
                <w:sz w:val="21"/>
                <w:szCs w:val="21"/>
              </w:rPr>
              <w:t>Ephb2-F</w:t>
            </w:r>
          </w:p>
        </w:tc>
        <w:tc>
          <w:tcPr>
            <w:tcW w:w="4320" w:type="dxa"/>
          </w:tcPr>
          <w:p w14:paraId="244B39B6" w14:textId="7E291492" w:rsidR="00A7571D" w:rsidRPr="00CE2C9F" w:rsidRDefault="00A7571D" w:rsidP="00CE2C9F">
            <w:pPr>
              <w:spacing w:line="360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CE2C9F">
              <w:rPr>
                <w:rFonts w:ascii="Times New Roman" w:eastAsia="宋体" w:hAnsi="Times New Roman" w:cs="Times New Roman"/>
                <w:sz w:val="21"/>
                <w:szCs w:val="21"/>
              </w:rPr>
              <w:t>GCGGCTGACGAGAGACACAT</w:t>
            </w:r>
          </w:p>
        </w:tc>
      </w:tr>
      <w:tr w:rsidR="00A7571D" w14:paraId="479F711B" w14:textId="77777777" w:rsidTr="00CE2C9F">
        <w:trPr>
          <w:trHeight w:val="397"/>
        </w:trPr>
        <w:tc>
          <w:tcPr>
            <w:tcW w:w="4320" w:type="dxa"/>
          </w:tcPr>
          <w:p w14:paraId="78591CA7" w14:textId="71D65126" w:rsidR="00A7571D" w:rsidRPr="00CE2C9F" w:rsidRDefault="00A7571D" w:rsidP="00CE2C9F">
            <w:pPr>
              <w:spacing w:line="360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CE2C9F">
              <w:rPr>
                <w:rFonts w:ascii="Times New Roman" w:eastAsia="宋体" w:hAnsi="Times New Roman" w:cs="Times New Roman"/>
                <w:sz w:val="21"/>
                <w:szCs w:val="21"/>
              </w:rPr>
              <w:t>Ephb2-R</w:t>
            </w:r>
          </w:p>
        </w:tc>
        <w:tc>
          <w:tcPr>
            <w:tcW w:w="4320" w:type="dxa"/>
          </w:tcPr>
          <w:p w14:paraId="0DAD2CE1" w14:textId="3DD8699F" w:rsidR="00A7571D" w:rsidRPr="00CE2C9F" w:rsidRDefault="00A7571D" w:rsidP="00CE2C9F">
            <w:pPr>
              <w:spacing w:line="360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CE2C9F">
              <w:rPr>
                <w:rFonts w:ascii="Times New Roman" w:eastAsia="宋体" w:hAnsi="Times New Roman" w:cs="Times New Roman"/>
                <w:sz w:val="21"/>
                <w:szCs w:val="21"/>
              </w:rPr>
              <w:t>GGTGAATCCAAAGTGGGTCG</w:t>
            </w:r>
          </w:p>
        </w:tc>
      </w:tr>
      <w:tr w:rsidR="00CE2C9F" w14:paraId="15D2F931" w14:textId="77777777" w:rsidTr="00CE2C9F">
        <w:trPr>
          <w:trHeight w:val="397"/>
        </w:trPr>
        <w:tc>
          <w:tcPr>
            <w:tcW w:w="4320" w:type="dxa"/>
          </w:tcPr>
          <w:p w14:paraId="69E5413C" w14:textId="11B039B5" w:rsidR="00CE2C9F" w:rsidRPr="00CE2C9F" w:rsidRDefault="00CE2C9F" w:rsidP="00CE2C9F">
            <w:pPr>
              <w:spacing w:line="360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CE2C9F">
              <w:rPr>
                <w:rFonts w:ascii="Times New Roman" w:eastAsia="宋体" w:hAnsi="Times New Roman" w:cs="Times New Roman"/>
                <w:sz w:val="21"/>
                <w:szCs w:val="21"/>
              </w:rPr>
              <w:t>Ephb3-F</w:t>
            </w:r>
          </w:p>
        </w:tc>
        <w:tc>
          <w:tcPr>
            <w:tcW w:w="4320" w:type="dxa"/>
            <w:vAlign w:val="center"/>
          </w:tcPr>
          <w:p w14:paraId="1B047A42" w14:textId="4F835EF1" w:rsidR="00CE2C9F" w:rsidRPr="00CE2C9F" w:rsidRDefault="00CE2C9F" w:rsidP="00CE2C9F">
            <w:pPr>
              <w:spacing w:line="360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CE2C9F">
              <w:rPr>
                <w:rFonts w:ascii="Times New Roman" w:eastAsia="宋体" w:hAnsi="Times New Roman" w:cs="Times New Roman"/>
                <w:sz w:val="21"/>
                <w:szCs w:val="21"/>
              </w:rPr>
              <w:t>CTTCAGCGTCTTGATAGCCACG</w:t>
            </w:r>
          </w:p>
        </w:tc>
      </w:tr>
      <w:tr w:rsidR="00CE2C9F" w14:paraId="78E4D4EB" w14:textId="77777777" w:rsidTr="00CE2C9F">
        <w:trPr>
          <w:trHeight w:val="397"/>
        </w:trPr>
        <w:tc>
          <w:tcPr>
            <w:tcW w:w="4320" w:type="dxa"/>
          </w:tcPr>
          <w:p w14:paraId="65B866B3" w14:textId="52CF078E" w:rsidR="00CE2C9F" w:rsidRPr="00CE2C9F" w:rsidRDefault="00CE2C9F" w:rsidP="00CE2C9F">
            <w:pPr>
              <w:spacing w:line="360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CE2C9F">
              <w:rPr>
                <w:rFonts w:ascii="Times New Roman" w:eastAsia="宋体" w:hAnsi="Times New Roman" w:cs="Times New Roman"/>
                <w:sz w:val="21"/>
                <w:szCs w:val="21"/>
              </w:rPr>
              <w:t>Ephb3-R</w:t>
            </w:r>
          </w:p>
        </w:tc>
        <w:tc>
          <w:tcPr>
            <w:tcW w:w="4320" w:type="dxa"/>
            <w:vAlign w:val="center"/>
          </w:tcPr>
          <w:p w14:paraId="6E48C61A" w14:textId="7DDE1598" w:rsidR="00CE2C9F" w:rsidRPr="00CE2C9F" w:rsidRDefault="00CE2C9F" w:rsidP="00CE2C9F">
            <w:pPr>
              <w:spacing w:line="360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CE2C9F">
              <w:rPr>
                <w:rFonts w:ascii="Times New Roman" w:eastAsia="宋体" w:hAnsi="Times New Roman" w:cs="Times New Roman"/>
                <w:sz w:val="21"/>
                <w:szCs w:val="21"/>
              </w:rPr>
              <w:t>GTGCTGGACTACGAGGTCAAGT</w:t>
            </w:r>
          </w:p>
        </w:tc>
      </w:tr>
      <w:tr w:rsidR="00A7571D" w14:paraId="1E9B9271" w14:textId="77777777" w:rsidTr="00CE2C9F">
        <w:trPr>
          <w:trHeight w:val="397"/>
        </w:trPr>
        <w:tc>
          <w:tcPr>
            <w:tcW w:w="4320" w:type="dxa"/>
          </w:tcPr>
          <w:p w14:paraId="4AC2E995" w14:textId="111BF795" w:rsidR="00A7571D" w:rsidRPr="00CE2C9F" w:rsidRDefault="00A7571D" w:rsidP="00CE2C9F">
            <w:pPr>
              <w:spacing w:line="360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CE2C9F">
              <w:rPr>
                <w:rFonts w:ascii="Times New Roman" w:eastAsia="宋体" w:hAnsi="Times New Roman" w:cs="Times New Roman"/>
                <w:sz w:val="21"/>
                <w:szCs w:val="21"/>
              </w:rPr>
              <w:t>Ephb4-F</w:t>
            </w:r>
          </w:p>
        </w:tc>
        <w:tc>
          <w:tcPr>
            <w:tcW w:w="4320" w:type="dxa"/>
          </w:tcPr>
          <w:p w14:paraId="3287CBA0" w14:textId="0842D9F5" w:rsidR="00A7571D" w:rsidRPr="00CE2C9F" w:rsidRDefault="00A7571D" w:rsidP="00CE2C9F">
            <w:pPr>
              <w:spacing w:line="360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CE2C9F">
              <w:rPr>
                <w:rFonts w:ascii="Times New Roman" w:eastAsia="宋体" w:hAnsi="Times New Roman" w:cs="Times New Roman"/>
                <w:sz w:val="21"/>
                <w:szCs w:val="21"/>
              </w:rPr>
              <w:t>GAAGACGTCAGGAGTGAATAG</w:t>
            </w:r>
          </w:p>
        </w:tc>
      </w:tr>
      <w:tr w:rsidR="00A7571D" w14:paraId="1886E102" w14:textId="77777777" w:rsidTr="00CE2C9F">
        <w:trPr>
          <w:trHeight w:val="397"/>
        </w:trPr>
        <w:tc>
          <w:tcPr>
            <w:tcW w:w="4320" w:type="dxa"/>
          </w:tcPr>
          <w:p w14:paraId="514DC04F" w14:textId="0F80235C" w:rsidR="00A7571D" w:rsidRPr="00CE2C9F" w:rsidRDefault="00A7571D" w:rsidP="00CE2C9F">
            <w:pPr>
              <w:spacing w:line="360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CE2C9F">
              <w:rPr>
                <w:rFonts w:ascii="Times New Roman" w:eastAsia="宋体" w:hAnsi="Times New Roman" w:cs="Times New Roman"/>
                <w:sz w:val="21"/>
                <w:szCs w:val="21"/>
              </w:rPr>
              <w:t>Ephb4-R</w:t>
            </w:r>
          </w:p>
        </w:tc>
        <w:tc>
          <w:tcPr>
            <w:tcW w:w="4320" w:type="dxa"/>
          </w:tcPr>
          <w:p w14:paraId="2ED76693" w14:textId="44979101" w:rsidR="00A7571D" w:rsidRPr="00CE2C9F" w:rsidRDefault="00A7571D" w:rsidP="00CE2C9F">
            <w:pPr>
              <w:spacing w:line="360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CE2C9F">
              <w:rPr>
                <w:rFonts w:ascii="Times New Roman" w:eastAsia="宋体" w:hAnsi="Times New Roman" w:cs="Times New Roman"/>
                <w:sz w:val="21"/>
                <w:szCs w:val="21"/>
              </w:rPr>
              <w:t>TGGAGCCGTGGAAGATGGTA</w:t>
            </w:r>
          </w:p>
        </w:tc>
      </w:tr>
      <w:tr w:rsidR="00CE2C9F" w14:paraId="612ED149" w14:textId="77777777" w:rsidTr="00CE2C9F">
        <w:trPr>
          <w:trHeight w:val="70"/>
        </w:trPr>
        <w:tc>
          <w:tcPr>
            <w:tcW w:w="4320" w:type="dxa"/>
            <w:vAlign w:val="center"/>
          </w:tcPr>
          <w:p w14:paraId="0972C7C5" w14:textId="137C1DED" w:rsidR="00CE2C9F" w:rsidRPr="00CE2C9F" w:rsidRDefault="00CE2C9F" w:rsidP="00CE2C9F">
            <w:pPr>
              <w:spacing w:line="360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CE2C9F">
              <w:rPr>
                <w:rFonts w:ascii="Times New Roman" w:eastAsia="宋体" w:hAnsi="Times New Roman" w:cs="Times New Roman"/>
                <w:sz w:val="21"/>
                <w:szCs w:val="21"/>
              </w:rPr>
              <w:t>Epha6-F</w:t>
            </w:r>
          </w:p>
        </w:tc>
        <w:tc>
          <w:tcPr>
            <w:tcW w:w="4320" w:type="dxa"/>
            <w:vAlign w:val="center"/>
          </w:tcPr>
          <w:p w14:paraId="13669355" w14:textId="35563172" w:rsidR="00CE2C9F" w:rsidRPr="00CE2C9F" w:rsidRDefault="00CE2C9F" w:rsidP="00CE2C9F">
            <w:pPr>
              <w:spacing w:line="360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CE2C9F">
              <w:rPr>
                <w:rFonts w:ascii="Times New Roman" w:eastAsia="宋体" w:hAnsi="Times New Roman" w:cs="Times New Roman"/>
                <w:sz w:val="21"/>
                <w:szCs w:val="21"/>
              </w:rPr>
              <w:t>GGCATCTCAGAACAGCCTTGCT</w:t>
            </w:r>
          </w:p>
        </w:tc>
      </w:tr>
      <w:tr w:rsidR="00CE2C9F" w14:paraId="0D3227F5" w14:textId="77777777" w:rsidTr="00CE2C9F">
        <w:trPr>
          <w:trHeight w:val="397"/>
        </w:trPr>
        <w:tc>
          <w:tcPr>
            <w:tcW w:w="4320" w:type="dxa"/>
            <w:vAlign w:val="center"/>
          </w:tcPr>
          <w:p w14:paraId="5C1FBA34" w14:textId="7647526E" w:rsidR="00CE2C9F" w:rsidRPr="00CE2C9F" w:rsidRDefault="00CE2C9F" w:rsidP="00CE2C9F">
            <w:pPr>
              <w:spacing w:line="360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CE2C9F">
              <w:rPr>
                <w:rFonts w:ascii="Times New Roman" w:eastAsia="宋体" w:hAnsi="Times New Roman" w:cs="Times New Roman"/>
                <w:sz w:val="21"/>
                <w:szCs w:val="21"/>
              </w:rPr>
              <w:t>Epha6-R</w:t>
            </w:r>
          </w:p>
        </w:tc>
        <w:tc>
          <w:tcPr>
            <w:tcW w:w="4320" w:type="dxa"/>
            <w:vAlign w:val="center"/>
          </w:tcPr>
          <w:p w14:paraId="4837512E" w14:textId="09F99CBA" w:rsidR="00CE2C9F" w:rsidRPr="00CE2C9F" w:rsidRDefault="00CE2C9F" w:rsidP="00CE2C9F">
            <w:pPr>
              <w:spacing w:line="360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CE2C9F">
              <w:rPr>
                <w:rFonts w:ascii="Times New Roman" w:eastAsia="宋体" w:hAnsi="Times New Roman" w:cs="Times New Roman"/>
                <w:sz w:val="21"/>
                <w:szCs w:val="21"/>
              </w:rPr>
              <w:t>TCGTGGAGGAATAGGTGAGCTG</w:t>
            </w:r>
          </w:p>
        </w:tc>
      </w:tr>
    </w:tbl>
    <w:p w14:paraId="4EE86D61" w14:textId="77777777" w:rsidR="00893499" w:rsidRDefault="00893499"/>
    <w:sectPr w:rsidR="00893499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725837274">
    <w:abstractNumId w:val="8"/>
  </w:num>
  <w:num w:numId="2" w16cid:durableId="373231834">
    <w:abstractNumId w:val="6"/>
  </w:num>
  <w:num w:numId="3" w16cid:durableId="850919437">
    <w:abstractNumId w:val="5"/>
  </w:num>
  <w:num w:numId="4" w16cid:durableId="1775050996">
    <w:abstractNumId w:val="4"/>
  </w:num>
  <w:num w:numId="5" w16cid:durableId="1316178203">
    <w:abstractNumId w:val="7"/>
  </w:num>
  <w:num w:numId="6" w16cid:durableId="1372848581">
    <w:abstractNumId w:val="3"/>
  </w:num>
  <w:num w:numId="7" w16cid:durableId="1351108430">
    <w:abstractNumId w:val="2"/>
  </w:num>
  <w:num w:numId="8" w16cid:durableId="515848370">
    <w:abstractNumId w:val="1"/>
  </w:num>
  <w:num w:numId="9" w16cid:durableId="16091950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36B43"/>
    <w:rsid w:val="0015074B"/>
    <w:rsid w:val="0029639D"/>
    <w:rsid w:val="002E7826"/>
    <w:rsid w:val="00326F90"/>
    <w:rsid w:val="006C2C54"/>
    <w:rsid w:val="00792FE5"/>
    <w:rsid w:val="00893499"/>
    <w:rsid w:val="00A03807"/>
    <w:rsid w:val="00A7571D"/>
    <w:rsid w:val="00AA1D8D"/>
    <w:rsid w:val="00B47730"/>
    <w:rsid w:val="00CB0664"/>
    <w:rsid w:val="00CE2C9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C806674"/>
  <w14:defaultImageDpi w14:val="300"/>
  <w15:docId w15:val="{A7E8DC0B-B85F-451D-BA02-A907FA743E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页眉 字符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页脚 字符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标题 1 字符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标题 2 字符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标题 3 字符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标题 字符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标题 字符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正文文本 字符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正文文本 2 字符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正文文本 3 字符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宏文本 字符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 字符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标题 4 字符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标题 5 字符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标题 6 字符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标题 7 字符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标题 8 字符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标题 9 字符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afa">
    <w:name w:val="Intense Quote"/>
    <w:basedOn w:val="a1"/>
    <w:next w:val="a1"/>
    <w:link w:val="afb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b">
    <w:name w:val="明显引用 字符"/>
    <w:basedOn w:val="a2"/>
    <w:link w:val="afa"/>
    <w:uiPriority w:val="30"/>
    <w:rsid w:val="00FC693F"/>
    <w:rPr>
      <w:b/>
      <w:bCs/>
      <w:i/>
      <w:iCs/>
      <w:color w:val="4F81BD" w:themeColor="accent1"/>
    </w:rPr>
  </w:style>
  <w:style w:type="character" w:styleId="afc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d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e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f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f0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TOC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1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2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3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4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7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8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9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5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6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7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8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79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4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7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4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1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2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1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4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1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2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954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浩 韩</cp:lastModifiedBy>
  <cp:revision>2</cp:revision>
  <dcterms:created xsi:type="dcterms:W3CDTF">2025-05-23T04:00:00Z</dcterms:created>
  <dcterms:modified xsi:type="dcterms:W3CDTF">2025-05-23T04:00:00Z</dcterms:modified>
  <cp:category/>
</cp:coreProperties>
</file>