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F1D1D2" w14:textId="14E19F39" w:rsidR="00FE4738" w:rsidRPr="00FE4738" w:rsidRDefault="00AF2E33">
      <w:pPr>
        <w:rPr>
          <w:rFonts w:ascii="Times New Roman" w:eastAsia="Times New Roman" w:hAnsi="Times New Roman"/>
          <w:b/>
          <w:sz w:val="24"/>
          <w:szCs w:val="24"/>
        </w:rPr>
      </w:pPr>
      <w:r w:rsidRPr="00FE4738">
        <w:rPr>
          <w:rFonts w:ascii="Times New Roman" w:eastAsia="Times New Roman" w:hAnsi="Times New Roman"/>
          <w:b/>
          <w:sz w:val="24"/>
          <w:szCs w:val="24"/>
        </w:rPr>
        <w:t xml:space="preserve">Table S1 </w:t>
      </w:r>
      <w:bookmarkStart w:id="0" w:name="_GoBack"/>
      <w:bookmarkEnd w:id="0"/>
    </w:p>
    <w:p w14:paraId="58074958" w14:textId="2C4DD504" w:rsidR="002B639E" w:rsidRPr="002221A5" w:rsidRDefault="00AF2E33">
      <w:pPr>
        <w:rPr>
          <w:bCs/>
          <w:sz w:val="24"/>
          <w:szCs w:val="24"/>
        </w:rPr>
      </w:pPr>
      <w:r w:rsidRPr="002221A5">
        <w:rPr>
          <w:rFonts w:ascii="Times New Roman" w:eastAsia="Times New Roman" w:hAnsi="Times New Roman"/>
          <w:bCs/>
          <w:sz w:val="24"/>
          <w:szCs w:val="24"/>
        </w:rPr>
        <w:t>Full literature overview table (Supplementary).</w:t>
      </w:r>
    </w:p>
    <w:tbl>
      <w:tblPr>
        <w:tblStyle w:val="Tabela-Siatka"/>
        <w:tblW w:w="14977" w:type="dxa"/>
        <w:jc w:val="center"/>
        <w:tblLook w:val="04A0" w:firstRow="1" w:lastRow="0" w:firstColumn="1" w:lastColumn="0" w:noHBand="0" w:noVBand="1"/>
      </w:tblPr>
      <w:tblGrid>
        <w:gridCol w:w="2038"/>
        <w:gridCol w:w="1849"/>
        <w:gridCol w:w="1561"/>
        <w:gridCol w:w="1791"/>
        <w:gridCol w:w="1561"/>
        <w:gridCol w:w="1561"/>
        <w:gridCol w:w="2506"/>
        <w:gridCol w:w="2110"/>
      </w:tblGrid>
      <w:tr w:rsidR="00FE4738" w14:paraId="387573FA" w14:textId="77777777" w:rsidTr="00911EA6">
        <w:trPr>
          <w:jc w:val="center"/>
        </w:trPr>
        <w:tc>
          <w:tcPr>
            <w:tcW w:w="2038" w:type="dxa"/>
            <w:vMerge w:val="restart"/>
          </w:tcPr>
          <w:p w14:paraId="2A95A24A" w14:textId="36C8325B" w:rsidR="00FE4738" w:rsidRPr="00FE4738" w:rsidRDefault="00FE4738" w:rsidP="00FE4738">
            <w:pPr>
              <w:jc w:val="center"/>
              <w:rPr>
                <w:b/>
              </w:rPr>
            </w:pPr>
            <w:r w:rsidRPr="00FE4738">
              <w:rPr>
                <w:rFonts w:ascii="Times New Roman" w:eastAsia="Times New Roman" w:hAnsi="Times New Roman"/>
                <w:b/>
                <w:sz w:val="20"/>
              </w:rPr>
              <w:t>SPECIES</w:t>
            </w:r>
          </w:p>
        </w:tc>
        <w:tc>
          <w:tcPr>
            <w:tcW w:w="8323" w:type="dxa"/>
            <w:gridSpan w:val="5"/>
          </w:tcPr>
          <w:p w14:paraId="2A61FDD7" w14:textId="77777777" w:rsidR="00FE4738" w:rsidRPr="00FE4738" w:rsidRDefault="00FE4738" w:rsidP="00FE4738">
            <w:pPr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FE4738">
              <w:rPr>
                <w:rFonts w:ascii="Times New Roman" w:eastAsia="Times New Roman" w:hAnsi="Times New Roman"/>
                <w:b/>
                <w:sz w:val="20"/>
              </w:rPr>
              <w:t>MORPHOLOGY</w:t>
            </w:r>
          </w:p>
          <w:p w14:paraId="463F2251" w14:textId="7B1B5FED" w:rsidR="00FE4738" w:rsidRPr="00FE4738" w:rsidRDefault="00FE4738" w:rsidP="00FE4738">
            <w:pPr>
              <w:jc w:val="center"/>
              <w:rPr>
                <w:b/>
              </w:rPr>
            </w:pPr>
          </w:p>
        </w:tc>
        <w:tc>
          <w:tcPr>
            <w:tcW w:w="2506" w:type="dxa"/>
            <w:vMerge w:val="restart"/>
          </w:tcPr>
          <w:p w14:paraId="7F1452C4" w14:textId="595E4A81" w:rsidR="00FE4738" w:rsidRPr="00FE4738" w:rsidRDefault="00FE4738" w:rsidP="00FE4738">
            <w:pPr>
              <w:jc w:val="center"/>
              <w:rPr>
                <w:b/>
              </w:rPr>
            </w:pPr>
            <w:r w:rsidRPr="00FE4738">
              <w:rPr>
                <w:rFonts w:ascii="Times New Roman" w:eastAsia="Times New Roman" w:hAnsi="Times New Roman"/>
                <w:b/>
                <w:sz w:val="20"/>
              </w:rPr>
              <w:t>OPHTHALMOLOGICAL</w:t>
            </w:r>
            <w:r w:rsidRPr="00FE4738">
              <w:rPr>
                <w:rFonts w:ascii="Times New Roman" w:eastAsia="Times New Roman" w:hAnsi="Times New Roman"/>
                <w:b/>
                <w:sz w:val="20"/>
              </w:rPr>
              <w:br/>
              <w:t>EXAMINATION AND</w:t>
            </w:r>
            <w:r w:rsidRPr="00FE4738">
              <w:rPr>
                <w:rFonts w:ascii="Times New Roman" w:eastAsia="Times New Roman" w:hAnsi="Times New Roman"/>
                <w:b/>
                <w:sz w:val="20"/>
              </w:rPr>
              <w:br/>
              <w:t>PATHOLOGY</w:t>
            </w:r>
          </w:p>
        </w:tc>
        <w:tc>
          <w:tcPr>
            <w:tcW w:w="2110" w:type="dxa"/>
            <w:vMerge w:val="restart"/>
          </w:tcPr>
          <w:p w14:paraId="49B82522" w14:textId="13EEEABE" w:rsidR="00FE4738" w:rsidRPr="00FE4738" w:rsidRDefault="00FE4738" w:rsidP="00FE4738">
            <w:pPr>
              <w:jc w:val="center"/>
              <w:rPr>
                <w:b/>
              </w:rPr>
            </w:pPr>
            <w:r w:rsidRPr="00FE4738">
              <w:rPr>
                <w:rFonts w:ascii="Times New Roman" w:eastAsia="Times New Roman" w:hAnsi="Times New Roman"/>
                <w:b/>
                <w:sz w:val="20"/>
              </w:rPr>
              <w:t>LITERATURE</w:t>
            </w:r>
          </w:p>
        </w:tc>
      </w:tr>
      <w:tr w:rsidR="00FE4738" w14:paraId="6382C617" w14:textId="77777777" w:rsidTr="00911EA6">
        <w:trPr>
          <w:jc w:val="center"/>
        </w:trPr>
        <w:tc>
          <w:tcPr>
            <w:tcW w:w="2038" w:type="dxa"/>
            <w:vMerge/>
          </w:tcPr>
          <w:p w14:paraId="0CEF0382" w14:textId="2F26E750" w:rsidR="00FE4738" w:rsidRPr="00FE4738" w:rsidRDefault="00FE4738" w:rsidP="00FE4738">
            <w:pPr>
              <w:jc w:val="center"/>
              <w:rPr>
                <w:b/>
              </w:rPr>
            </w:pPr>
          </w:p>
        </w:tc>
        <w:tc>
          <w:tcPr>
            <w:tcW w:w="1849" w:type="dxa"/>
          </w:tcPr>
          <w:p w14:paraId="486642DB" w14:textId="77777777" w:rsidR="00FE4738" w:rsidRPr="00FE4738" w:rsidRDefault="00FE4738" w:rsidP="00FE4738">
            <w:pPr>
              <w:jc w:val="center"/>
              <w:rPr>
                <w:b/>
              </w:rPr>
            </w:pPr>
            <w:r w:rsidRPr="00FE4738">
              <w:rPr>
                <w:rFonts w:ascii="Times New Roman" w:eastAsia="Times New Roman" w:hAnsi="Times New Roman"/>
                <w:b/>
                <w:sz w:val="20"/>
              </w:rPr>
              <w:t>ORBITAL REGION/</w:t>
            </w:r>
            <w:r w:rsidRPr="00FE4738">
              <w:rPr>
                <w:rFonts w:ascii="Times New Roman" w:eastAsia="Times New Roman" w:hAnsi="Times New Roman"/>
                <w:b/>
                <w:sz w:val="20"/>
              </w:rPr>
              <w:br/>
              <w:t>EYE TUNICS</w:t>
            </w:r>
          </w:p>
        </w:tc>
        <w:tc>
          <w:tcPr>
            <w:tcW w:w="1561" w:type="dxa"/>
          </w:tcPr>
          <w:p w14:paraId="161FA0FB" w14:textId="77777777" w:rsidR="00FE4738" w:rsidRPr="00FE4738" w:rsidRDefault="00FE4738" w:rsidP="00FE4738">
            <w:pPr>
              <w:jc w:val="center"/>
              <w:rPr>
                <w:b/>
              </w:rPr>
            </w:pPr>
            <w:r w:rsidRPr="00FE4738">
              <w:rPr>
                <w:rFonts w:ascii="Times New Roman" w:eastAsia="Times New Roman" w:hAnsi="Times New Roman"/>
                <w:b/>
                <w:sz w:val="20"/>
              </w:rPr>
              <w:t>UPPER</w:t>
            </w:r>
            <w:r w:rsidRPr="00FE4738">
              <w:rPr>
                <w:rFonts w:ascii="Times New Roman" w:eastAsia="Times New Roman" w:hAnsi="Times New Roman"/>
                <w:b/>
                <w:sz w:val="20"/>
              </w:rPr>
              <w:br/>
              <w:t>and LOWER EYELIDS</w:t>
            </w:r>
          </w:p>
        </w:tc>
        <w:tc>
          <w:tcPr>
            <w:tcW w:w="1791" w:type="dxa"/>
          </w:tcPr>
          <w:p w14:paraId="0C113020" w14:textId="77777777" w:rsidR="00FE4738" w:rsidRPr="00FE4738" w:rsidRDefault="00FE4738" w:rsidP="00FE4738">
            <w:pPr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FE4738">
              <w:rPr>
                <w:rFonts w:ascii="Times New Roman" w:eastAsia="Times New Roman" w:hAnsi="Times New Roman"/>
                <w:b/>
                <w:sz w:val="20"/>
              </w:rPr>
              <w:t>SUPERFICIAL GLAND OF THE THIRD EYELID</w:t>
            </w:r>
          </w:p>
          <w:p w14:paraId="566F735B" w14:textId="77777777" w:rsidR="00FE4738" w:rsidRPr="00FE4738" w:rsidRDefault="00FE4738" w:rsidP="00FE4738">
            <w:pPr>
              <w:jc w:val="center"/>
              <w:rPr>
                <w:b/>
              </w:rPr>
            </w:pPr>
          </w:p>
        </w:tc>
        <w:tc>
          <w:tcPr>
            <w:tcW w:w="1561" w:type="dxa"/>
          </w:tcPr>
          <w:p w14:paraId="0CA9506A" w14:textId="77777777" w:rsidR="00FE4738" w:rsidRPr="00FE4738" w:rsidRDefault="00FE4738" w:rsidP="00FE4738">
            <w:pPr>
              <w:jc w:val="center"/>
              <w:rPr>
                <w:b/>
              </w:rPr>
            </w:pPr>
            <w:r w:rsidRPr="00FE4738">
              <w:rPr>
                <w:rFonts w:ascii="Times New Roman" w:eastAsia="Times New Roman" w:hAnsi="Times New Roman"/>
                <w:b/>
                <w:sz w:val="20"/>
              </w:rPr>
              <w:t>THIRD EYELID</w:t>
            </w:r>
          </w:p>
        </w:tc>
        <w:tc>
          <w:tcPr>
            <w:tcW w:w="1561" w:type="dxa"/>
          </w:tcPr>
          <w:p w14:paraId="567EAAA1" w14:textId="77777777" w:rsidR="00FE4738" w:rsidRPr="00FE4738" w:rsidRDefault="00FE4738" w:rsidP="00FE4738">
            <w:pPr>
              <w:jc w:val="center"/>
              <w:rPr>
                <w:b/>
              </w:rPr>
            </w:pPr>
            <w:r w:rsidRPr="00FE4738">
              <w:rPr>
                <w:rFonts w:ascii="Times New Roman" w:eastAsia="Times New Roman" w:hAnsi="Times New Roman"/>
                <w:b/>
                <w:sz w:val="20"/>
              </w:rPr>
              <w:t>LACRIMAL GLAND</w:t>
            </w:r>
          </w:p>
        </w:tc>
        <w:tc>
          <w:tcPr>
            <w:tcW w:w="2506" w:type="dxa"/>
            <w:vMerge/>
          </w:tcPr>
          <w:p w14:paraId="5464BE33" w14:textId="38B02A94" w:rsidR="00FE4738" w:rsidRPr="00FE4738" w:rsidRDefault="00FE4738" w:rsidP="00FE4738">
            <w:pPr>
              <w:jc w:val="center"/>
              <w:rPr>
                <w:b/>
              </w:rPr>
            </w:pPr>
          </w:p>
        </w:tc>
        <w:tc>
          <w:tcPr>
            <w:tcW w:w="2110" w:type="dxa"/>
            <w:vMerge/>
          </w:tcPr>
          <w:p w14:paraId="37E190F5" w14:textId="37195726" w:rsidR="00FE4738" w:rsidRPr="00FE4738" w:rsidRDefault="00FE4738" w:rsidP="00FE4738">
            <w:pPr>
              <w:jc w:val="center"/>
              <w:rPr>
                <w:b/>
              </w:rPr>
            </w:pPr>
          </w:p>
        </w:tc>
      </w:tr>
      <w:tr w:rsidR="00FE4738" w14:paraId="5C4A386C" w14:textId="77777777" w:rsidTr="00911EA6">
        <w:trPr>
          <w:jc w:val="center"/>
        </w:trPr>
        <w:tc>
          <w:tcPr>
            <w:tcW w:w="14977" w:type="dxa"/>
            <w:gridSpan w:val="8"/>
          </w:tcPr>
          <w:p w14:paraId="4C7D871B" w14:textId="77777777" w:rsidR="00FE4738" w:rsidRPr="00FE4738" w:rsidRDefault="00FE4738" w:rsidP="00FE4738">
            <w:pPr>
              <w:jc w:val="center"/>
              <w:rPr>
                <w:b/>
              </w:rPr>
            </w:pPr>
            <w:r w:rsidRPr="00FE4738">
              <w:rPr>
                <w:rFonts w:ascii="Times New Roman" w:eastAsia="Times New Roman" w:hAnsi="Times New Roman"/>
                <w:b/>
                <w:sz w:val="20"/>
              </w:rPr>
              <w:t>FELIDS – FELIDAE</w:t>
            </w:r>
          </w:p>
          <w:p w14:paraId="4A9BF671" w14:textId="06B4F333" w:rsidR="00FE4738" w:rsidRPr="00FE4738" w:rsidRDefault="00FE4738">
            <w:pPr>
              <w:jc w:val="center"/>
              <w:rPr>
                <w:b/>
              </w:rPr>
            </w:pPr>
          </w:p>
        </w:tc>
      </w:tr>
      <w:tr w:rsidR="002B639E" w14:paraId="271F9940" w14:textId="77777777" w:rsidTr="00911EA6">
        <w:trPr>
          <w:jc w:val="center"/>
        </w:trPr>
        <w:tc>
          <w:tcPr>
            <w:tcW w:w="2038" w:type="dxa"/>
          </w:tcPr>
          <w:p w14:paraId="1716EA52" w14:textId="77777777" w:rsidR="002B639E" w:rsidRPr="002221A5" w:rsidRDefault="00AF2E33" w:rsidP="000E1F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21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African golden cat</w:t>
            </w:r>
            <w:r w:rsidRPr="002221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Pr="002221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Caracal aurata</w:t>
            </w:r>
            <w:r w:rsidRPr="002221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Temminck, 1827)</w:t>
            </w:r>
          </w:p>
          <w:p w14:paraId="26636C3D" w14:textId="77777777" w:rsidR="002C6B6A" w:rsidRPr="002221A5" w:rsidRDefault="002C6B6A" w:rsidP="000E1F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9" w:type="dxa"/>
          </w:tcPr>
          <w:p w14:paraId="4F3C344E" w14:textId="77777777" w:rsidR="002B639E" w:rsidRDefault="00AF2E33">
            <w:pPr>
              <w:jc w:val="center"/>
            </w:pPr>
            <w:r>
              <w:rPr>
                <w:rFonts w:ascii="Times New Roman" w:eastAsia="Times New Roman" w:hAnsi="Times New Roman"/>
                <w:sz w:val="20"/>
              </w:rPr>
              <w:t>+</w:t>
            </w:r>
            <w:r>
              <w:rPr>
                <w:rFonts w:ascii="Times New Roman" w:eastAsia="Times New Roman" w:hAnsi="Times New Roman"/>
                <w:sz w:val="20"/>
              </w:rPr>
              <w:br/>
              <w:t>(cornea)</w:t>
            </w:r>
          </w:p>
        </w:tc>
        <w:tc>
          <w:tcPr>
            <w:tcW w:w="1561" w:type="dxa"/>
          </w:tcPr>
          <w:p w14:paraId="53AF6D80" w14:textId="2AAC573E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791" w:type="dxa"/>
          </w:tcPr>
          <w:p w14:paraId="0C08A730" w14:textId="309BAA4F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561" w:type="dxa"/>
          </w:tcPr>
          <w:p w14:paraId="43028E31" w14:textId="5EE168CC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561" w:type="dxa"/>
          </w:tcPr>
          <w:p w14:paraId="5415B8A7" w14:textId="087E3A9F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2506" w:type="dxa"/>
          </w:tcPr>
          <w:p w14:paraId="6059CA1D" w14:textId="6D9B9770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2110" w:type="dxa"/>
          </w:tcPr>
          <w:p w14:paraId="6FABA681" w14:textId="7A08DCFB" w:rsidR="002B639E" w:rsidRPr="002C6B6A" w:rsidRDefault="00AF2E33">
            <w:pPr>
              <w:jc w:val="center"/>
              <w:rPr>
                <w:color w:val="EE0000"/>
              </w:rPr>
            </w:pPr>
            <w:r w:rsidRPr="002C6B6A">
              <w:rPr>
                <w:rFonts w:ascii="Times New Roman" w:eastAsia="Times New Roman" w:hAnsi="Times New Roman"/>
                <w:color w:val="EE0000"/>
                <w:sz w:val="20"/>
              </w:rPr>
              <w:t>[</w:t>
            </w:r>
            <w:r w:rsidR="00FE4738" w:rsidRPr="002C6B6A">
              <w:rPr>
                <w:rFonts w:ascii="Times New Roman" w:eastAsia="Times New Roman" w:hAnsi="Times New Roman"/>
                <w:color w:val="EE0000"/>
                <w:sz w:val="20"/>
              </w:rPr>
              <w:t>12</w:t>
            </w:r>
            <w:r w:rsidRPr="002C6B6A">
              <w:rPr>
                <w:rFonts w:ascii="Times New Roman" w:eastAsia="Times New Roman" w:hAnsi="Times New Roman"/>
                <w:color w:val="EE0000"/>
                <w:sz w:val="20"/>
              </w:rPr>
              <w:t>]</w:t>
            </w:r>
          </w:p>
        </w:tc>
      </w:tr>
      <w:tr w:rsidR="002B639E" w14:paraId="14CC1392" w14:textId="77777777" w:rsidTr="00911EA6">
        <w:trPr>
          <w:jc w:val="center"/>
        </w:trPr>
        <w:tc>
          <w:tcPr>
            <w:tcW w:w="2038" w:type="dxa"/>
          </w:tcPr>
          <w:p w14:paraId="4E60F85E" w14:textId="77777777" w:rsidR="002B639E" w:rsidRPr="002221A5" w:rsidRDefault="00AF2E33" w:rsidP="000E1F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21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Black-footed cat</w:t>
            </w:r>
            <w:r w:rsidRPr="002221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Pr="002221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Felis nigripes</w:t>
            </w:r>
            <w:r w:rsidRPr="002221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Burchell, 1824)</w:t>
            </w:r>
          </w:p>
          <w:p w14:paraId="64DEB8D2" w14:textId="77777777" w:rsidR="002C6B6A" w:rsidRPr="002221A5" w:rsidRDefault="002C6B6A" w:rsidP="000E1F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9" w:type="dxa"/>
          </w:tcPr>
          <w:p w14:paraId="4F65445A" w14:textId="050D8DF1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561" w:type="dxa"/>
          </w:tcPr>
          <w:p w14:paraId="7AFC1865" w14:textId="740AF964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791" w:type="dxa"/>
          </w:tcPr>
          <w:p w14:paraId="3440C384" w14:textId="640E5CEC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561" w:type="dxa"/>
          </w:tcPr>
          <w:p w14:paraId="33997D4A" w14:textId="160FC3A5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561" w:type="dxa"/>
          </w:tcPr>
          <w:p w14:paraId="22684DA9" w14:textId="75D158B8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2506" w:type="dxa"/>
          </w:tcPr>
          <w:p w14:paraId="167814B4" w14:textId="77777777" w:rsidR="002B639E" w:rsidRDefault="00AF2E33">
            <w:pPr>
              <w:jc w:val="center"/>
            </w:pPr>
            <w:r>
              <w:rPr>
                <w:rFonts w:ascii="Times New Roman" w:eastAsia="Times New Roman" w:hAnsi="Times New Roman"/>
                <w:sz w:val="20"/>
              </w:rPr>
              <w:t>+</w:t>
            </w:r>
          </w:p>
        </w:tc>
        <w:tc>
          <w:tcPr>
            <w:tcW w:w="2110" w:type="dxa"/>
          </w:tcPr>
          <w:p w14:paraId="17BEFBBC" w14:textId="7D19454D" w:rsidR="002B639E" w:rsidRPr="002C6B6A" w:rsidRDefault="00AF2E33">
            <w:pPr>
              <w:jc w:val="center"/>
              <w:rPr>
                <w:color w:val="EE0000"/>
              </w:rPr>
            </w:pPr>
            <w:r w:rsidRPr="002C6B6A">
              <w:rPr>
                <w:rFonts w:ascii="Times New Roman" w:eastAsia="Times New Roman" w:hAnsi="Times New Roman"/>
                <w:color w:val="EE0000"/>
                <w:sz w:val="20"/>
              </w:rPr>
              <w:t>[3</w:t>
            </w:r>
            <w:r w:rsidR="000E1F49" w:rsidRPr="002C6B6A">
              <w:rPr>
                <w:rFonts w:ascii="Times New Roman" w:eastAsia="Times New Roman" w:hAnsi="Times New Roman"/>
                <w:color w:val="EE0000"/>
                <w:sz w:val="20"/>
              </w:rPr>
              <w:t>1</w:t>
            </w:r>
            <w:r w:rsidRPr="002C6B6A">
              <w:rPr>
                <w:rFonts w:ascii="Times New Roman" w:eastAsia="Times New Roman" w:hAnsi="Times New Roman"/>
                <w:color w:val="EE0000"/>
                <w:sz w:val="20"/>
              </w:rPr>
              <w:t>]</w:t>
            </w:r>
          </w:p>
        </w:tc>
      </w:tr>
      <w:tr w:rsidR="002B639E" w14:paraId="3D90F9F0" w14:textId="77777777" w:rsidTr="00911EA6">
        <w:trPr>
          <w:jc w:val="center"/>
        </w:trPr>
        <w:tc>
          <w:tcPr>
            <w:tcW w:w="2038" w:type="dxa"/>
          </w:tcPr>
          <w:p w14:paraId="202B5E7E" w14:textId="77777777" w:rsidR="002B639E" w:rsidRPr="002221A5" w:rsidRDefault="00AF2E33" w:rsidP="000E1F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21A5"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  <w:r w:rsidRPr="002221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obcat</w:t>
            </w:r>
            <w:r w:rsidRPr="002221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Pr="002221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Lynx rufus</w:t>
            </w:r>
            <w:r w:rsidRPr="002221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Schreber, 1777)</w:t>
            </w:r>
          </w:p>
          <w:p w14:paraId="74178B52" w14:textId="77777777" w:rsidR="002C6B6A" w:rsidRPr="002221A5" w:rsidRDefault="002C6B6A" w:rsidP="000E1F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9" w:type="dxa"/>
          </w:tcPr>
          <w:p w14:paraId="4648CD56" w14:textId="77777777" w:rsidR="002B639E" w:rsidRDefault="00AF2E33">
            <w:pPr>
              <w:jc w:val="center"/>
            </w:pPr>
            <w:r>
              <w:rPr>
                <w:rFonts w:ascii="Times New Roman" w:eastAsia="Times New Roman" w:hAnsi="Times New Roman"/>
                <w:sz w:val="20"/>
              </w:rPr>
              <w:t>+</w:t>
            </w:r>
            <w:r>
              <w:rPr>
                <w:rFonts w:ascii="Times New Roman" w:eastAsia="Times New Roman" w:hAnsi="Times New Roman"/>
                <w:sz w:val="20"/>
              </w:rPr>
              <w:br/>
              <w:t>(retina)</w:t>
            </w:r>
          </w:p>
        </w:tc>
        <w:tc>
          <w:tcPr>
            <w:tcW w:w="1561" w:type="dxa"/>
          </w:tcPr>
          <w:p w14:paraId="71FA4284" w14:textId="7B458B7E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791" w:type="dxa"/>
          </w:tcPr>
          <w:p w14:paraId="28D6BFD6" w14:textId="36055C55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561" w:type="dxa"/>
          </w:tcPr>
          <w:p w14:paraId="518A2E36" w14:textId="06B3F097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561" w:type="dxa"/>
          </w:tcPr>
          <w:p w14:paraId="3D1BB3AC" w14:textId="40217DD0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2506" w:type="dxa"/>
          </w:tcPr>
          <w:p w14:paraId="6AC89018" w14:textId="77777777" w:rsidR="002B639E" w:rsidRDefault="00AF2E33">
            <w:pPr>
              <w:jc w:val="center"/>
            </w:pPr>
            <w:r>
              <w:rPr>
                <w:rFonts w:ascii="Times New Roman" w:eastAsia="Times New Roman" w:hAnsi="Times New Roman"/>
                <w:sz w:val="20"/>
              </w:rPr>
              <w:t>+</w:t>
            </w:r>
          </w:p>
        </w:tc>
        <w:tc>
          <w:tcPr>
            <w:tcW w:w="2110" w:type="dxa"/>
          </w:tcPr>
          <w:p w14:paraId="2B4CD4EB" w14:textId="76FAE0FC" w:rsidR="002B639E" w:rsidRPr="002C6B6A" w:rsidRDefault="00AF2E33">
            <w:pPr>
              <w:jc w:val="center"/>
              <w:rPr>
                <w:color w:val="EE0000"/>
              </w:rPr>
            </w:pPr>
            <w:r w:rsidRPr="002C6B6A">
              <w:rPr>
                <w:rFonts w:ascii="Times New Roman" w:eastAsia="Times New Roman" w:hAnsi="Times New Roman"/>
                <w:color w:val="EE0000"/>
                <w:sz w:val="20"/>
              </w:rPr>
              <w:t>[</w:t>
            </w:r>
            <w:r w:rsidR="000E1F49" w:rsidRPr="002C6B6A">
              <w:rPr>
                <w:rFonts w:ascii="Times New Roman" w:eastAsia="Times New Roman" w:hAnsi="Times New Roman"/>
                <w:color w:val="EE0000"/>
                <w:sz w:val="20"/>
              </w:rPr>
              <w:t>19</w:t>
            </w:r>
            <w:r w:rsidRPr="002C6B6A">
              <w:rPr>
                <w:rFonts w:ascii="Times New Roman" w:eastAsia="Times New Roman" w:hAnsi="Times New Roman"/>
                <w:color w:val="EE0000"/>
                <w:sz w:val="20"/>
              </w:rPr>
              <w:t>, 3</w:t>
            </w:r>
            <w:r w:rsidR="000E1F49" w:rsidRPr="002C6B6A">
              <w:rPr>
                <w:rFonts w:ascii="Times New Roman" w:eastAsia="Times New Roman" w:hAnsi="Times New Roman"/>
                <w:color w:val="EE0000"/>
                <w:sz w:val="20"/>
              </w:rPr>
              <w:t>2</w:t>
            </w:r>
            <w:r w:rsidRPr="002C6B6A">
              <w:rPr>
                <w:rFonts w:ascii="Times New Roman" w:eastAsia="Times New Roman" w:hAnsi="Times New Roman"/>
                <w:color w:val="EE0000"/>
                <w:sz w:val="20"/>
              </w:rPr>
              <w:t>]</w:t>
            </w:r>
          </w:p>
        </w:tc>
      </w:tr>
      <w:tr w:rsidR="002B639E" w14:paraId="38EDC326" w14:textId="77777777" w:rsidTr="00911EA6">
        <w:trPr>
          <w:jc w:val="center"/>
        </w:trPr>
        <w:tc>
          <w:tcPr>
            <w:tcW w:w="2038" w:type="dxa"/>
          </w:tcPr>
          <w:p w14:paraId="12142A67" w14:textId="77777777" w:rsidR="002B639E" w:rsidRPr="002221A5" w:rsidRDefault="00AF2E33" w:rsidP="000E1F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21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Caracal</w:t>
            </w:r>
            <w:r w:rsidRPr="002221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Pr="002221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Caracal caracal</w:t>
            </w:r>
            <w:r w:rsidRPr="002221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Schreber, 1776)</w:t>
            </w:r>
          </w:p>
          <w:p w14:paraId="7DD1395C" w14:textId="77777777" w:rsidR="002C6B6A" w:rsidRPr="002221A5" w:rsidRDefault="002C6B6A" w:rsidP="000E1F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9" w:type="dxa"/>
          </w:tcPr>
          <w:p w14:paraId="5E928212" w14:textId="5FE46DCD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561" w:type="dxa"/>
          </w:tcPr>
          <w:p w14:paraId="3594CBEC" w14:textId="59553820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791" w:type="dxa"/>
          </w:tcPr>
          <w:p w14:paraId="285FFF57" w14:textId="3556F79F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561" w:type="dxa"/>
          </w:tcPr>
          <w:p w14:paraId="05D387F2" w14:textId="646659FD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561" w:type="dxa"/>
          </w:tcPr>
          <w:p w14:paraId="1F131280" w14:textId="459726D6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2506" w:type="dxa"/>
          </w:tcPr>
          <w:p w14:paraId="39B98C32" w14:textId="77777777" w:rsidR="002B639E" w:rsidRDefault="00AF2E33">
            <w:pPr>
              <w:jc w:val="center"/>
            </w:pPr>
            <w:r>
              <w:rPr>
                <w:rFonts w:ascii="Times New Roman" w:eastAsia="Times New Roman" w:hAnsi="Times New Roman"/>
                <w:sz w:val="20"/>
              </w:rPr>
              <w:t>+</w:t>
            </w:r>
          </w:p>
        </w:tc>
        <w:tc>
          <w:tcPr>
            <w:tcW w:w="2110" w:type="dxa"/>
          </w:tcPr>
          <w:p w14:paraId="1E442FE2" w14:textId="77F2EC85" w:rsidR="002B639E" w:rsidRPr="002C6B6A" w:rsidRDefault="00AF2E33">
            <w:pPr>
              <w:jc w:val="center"/>
              <w:rPr>
                <w:color w:val="EE0000"/>
              </w:rPr>
            </w:pPr>
            <w:r w:rsidRPr="002C6B6A">
              <w:rPr>
                <w:rFonts w:ascii="Times New Roman" w:eastAsia="Times New Roman" w:hAnsi="Times New Roman"/>
                <w:color w:val="EE0000"/>
                <w:sz w:val="20"/>
              </w:rPr>
              <w:t>[</w:t>
            </w:r>
            <w:r w:rsidR="000E1F49" w:rsidRPr="002C6B6A">
              <w:rPr>
                <w:rFonts w:ascii="Times New Roman" w:eastAsia="Times New Roman" w:hAnsi="Times New Roman"/>
                <w:color w:val="EE0000"/>
                <w:sz w:val="20"/>
              </w:rPr>
              <w:t>19</w:t>
            </w:r>
            <w:r w:rsidRPr="002C6B6A">
              <w:rPr>
                <w:rFonts w:ascii="Times New Roman" w:eastAsia="Times New Roman" w:hAnsi="Times New Roman"/>
                <w:color w:val="EE0000"/>
                <w:sz w:val="20"/>
              </w:rPr>
              <w:t>, 3</w:t>
            </w:r>
            <w:r w:rsidR="000E1F49" w:rsidRPr="002C6B6A">
              <w:rPr>
                <w:rFonts w:ascii="Times New Roman" w:eastAsia="Times New Roman" w:hAnsi="Times New Roman"/>
                <w:color w:val="EE0000"/>
                <w:sz w:val="20"/>
              </w:rPr>
              <w:t>3</w:t>
            </w:r>
            <w:r w:rsidRPr="002C6B6A">
              <w:rPr>
                <w:rFonts w:ascii="Times New Roman" w:eastAsia="Times New Roman" w:hAnsi="Times New Roman"/>
                <w:color w:val="EE0000"/>
                <w:sz w:val="20"/>
              </w:rPr>
              <w:t>]</w:t>
            </w:r>
          </w:p>
        </w:tc>
      </w:tr>
      <w:tr w:rsidR="002B639E" w14:paraId="362A4A47" w14:textId="77777777" w:rsidTr="00911EA6">
        <w:trPr>
          <w:jc w:val="center"/>
        </w:trPr>
        <w:tc>
          <w:tcPr>
            <w:tcW w:w="2038" w:type="dxa"/>
          </w:tcPr>
          <w:p w14:paraId="0D4D2B3A" w14:textId="77777777" w:rsidR="002B639E" w:rsidRPr="002221A5" w:rsidRDefault="00AF2E33" w:rsidP="000E1F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21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Cheetah </w:t>
            </w:r>
            <w:r w:rsidRPr="002221A5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2221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Acinonyx jubatus</w:t>
            </w:r>
            <w:r w:rsidRPr="002221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Schreber, 1775)</w:t>
            </w:r>
          </w:p>
          <w:p w14:paraId="14645EAD" w14:textId="77777777" w:rsidR="002C6B6A" w:rsidRPr="002221A5" w:rsidRDefault="002C6B6A" w:rsidP="000E1F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9" w:type="dxa"/>
          </w:tcPr>
          <w:p w14:paraId="6990CC77" w14:textId="77777777" w:rsidR="002B639E" w:rsidRDefault="00AF2E33">
            <w:pPr>
              <w:jc w:val="center"/>
            </w:pPr>
            <w:r>
              <w:rPr>
                <w:rFonts w:ascii="Times New Roman" w:eastAsia="Times New Roman" w:hAnsi="Times New Roman"/>
                <w:sz w:val="20"/>
              </w:rPr>
              <w:t>+</w:t>
            </w:r>
            <w:r>
              <w:rPr>
                <w:rFonts w:ascii="Times New Roman" w:eastAsia="Times New Roman" w:hAnsi="Times New Roman"/>
                <w:sz w:val="20"/>
              </w:rPr>
              <w:br/>
              <w:t>(cornea)</w:t>
            </w:r>
          </w:p>
        </w:tc>
        <w:tc>
          <w:tcPr>
            <w:tcW w:w="1561" w:type="dxa"/>
          </w:tcPr>
          <w:p w14:paraId="7300E537" w14:textId="52B9B71C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791" w:type="dxa"/>
          </w:tcPr>
          <w:p w14:paraId="04667615" w14:textId="39B27F12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561" w:type="dxa"/>
          </w:tcPr>
          <w:p w14:paraId="69CCA3EC" w14:textId="0FC19D79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561" w:type="dxa"/>
          </w:tcPr>
          <w:p w14:paraId="6AB97996" w14:textId="11C2ECD2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2506" w:type="dxa"/>
          </w:tcPr>
          <w:p w14:paraId="687A5C10" w14:textId="77777777" w:rsidR="002B639E" w:rsidRDefault="00AF2E33">
            <w:pPr>
              <w:jc w:val="center"/>
            </w:pPr>
            <w:r>
              <w:rPr>
                <w:rFonts w:ascii="Times New Roman" w:eastAsia="Times New Roman" w:hAnsi="Times New Roman"/>
                <w:sz w:val="20"/>
              </w:rPr>
              <w:t>+</w:t>
            </w:r>
          </w:p>
        </w:tc>
        <w:tc>
          <w:tcPr>
            <w:tcW w:w="2110" w:type="dxa"/>
          </w:tcPr>
          <w:p w14:paraId="392AB338" w14:textId="54B6328E" w:rsidR="002B639E" w:rsidRPr="002C6B6A" w:rsidRDefault="00AF2E33">
            <w:pPr>
              <w:jc w:val="center"/>
              <w:rPr>
                <w:color w:val="EE0000"/>
              </w:rPr>
            </w:pPr>
            <w:r w:rsidRPr="002C6B6A">
              <w:rPr>
                <w:rFonts w:ascii="Times New Roman" w:eastAsia="Times New Roman" w:hAnsi="Times New Roman"/>
                <w:color w:val="EE0000"/>
                <w:sz w:val="20"/>
              </w:rPr>
              <w:t>[</w:t>
            </w:r>
            <w:r w:rsidR="000E1F49" w:rsidRPr="002C6B6A">
              <w:rPr>
                <w:rFonts w:ascii="Times New Roman" w:eastAsia="Times New Roman" w:hAnsi="Times New Roman"/>
                <w:color w:val="EE0000"/>
                <w:sz w:val="20"/>
              </w:rPr>
              <w:t>12</w:t>
            </w:r>
            <w:r w:rsidRPr="002C6B6A">
              <w:rPr>
                <w:rFonts w:ascii="Times New Roman" w:eastAsia="Times New Roman" w:hAnsi="Times New Roman"/>
                <w:color w:val="EE0000"/>
                <w:sz w:val="20"/>
              </w:rPr>
              <w:t>, 3</w:t>
            </w:r>
            <w:r w:rsidR="000E1F49" w:rsidRPr="002C6B6A">
              <w:rPr>
                <w:rFonts w:ascii="Times New Roman" w:eastAsia="Times New Roman" w:hAnsi="Times New Roman"/>
                <w:color w:val="EE0000"/>
                <w:sz w:val="20"/>
              </w:rPr>
              <w:t>2</w:t>
            </w:r>
            <w:r w:rsidRPr="002C6B6A">
              <w:rPr>
                <w:rFonts w:ascii="Times New Roman" w:eastAsia="Times New Roman" w:hAnsi="Times New Roman"/>
                <w:color w:val="EE0000"/>
                <w:sz w:val="20"/>
              </w:rPr>
              <w:t xml:space="preserve">, </w:t>
            </w:r>
            <w:r w:rsidR="000E1F49" w:rsidRPr="002C6B6A">
              <w:rPr>
                <w:rFonts w:ascii="Times New Roman" w:eastAsia="Times New Roman" w:hAnsi="Times New Roman"/>
                <w:color w:val="EE0000"/>
                <w:sz w:val="20"/>
              </w:rPr>
              <w:t>34</w:t>
            </w:r>
            <w:r w:rsidRPr="002C6B6A">
              <w:rPr>
                <w:rFonts w:ascii="Times New Roman" w:eastAsia="Times New Roman" w:hAnsi="Times New Roman"/>
                <w:color w:val="EE0000"/>
                <w:sz w:val="20"/>
              </w:rPr>
              <w:t>–4</w:t>
            </w:r>
            <w:r w:rsidR="000E1F49" w:rsidRPr="002C6B6A">
              <w:rPr>
                <w:rFonts w:ascii="Times New Roman" w:eastAsia="Times New Roman" w:hAnsi="Times New Roman"/>
                <w:color w:val="EE0000"/>
                <w:sz w:val="20"/>
              </w:rPr>
              <w:t>1</w:t>
            </w:r>
            <w:r w:rsidRPr="002C6B6A">
              <w:rPr>
                <w:rFonts w:ascii="Times New Roman" w:eastAsia="Times New Roman" w:hAnsi="Times New Roman"/>
                <w:color w:val="EE0000"/>
                <w:sz w:val="20"/>
              </w:rPr>
              <w:t>]</w:t>
            </w:r>
          </w:p>
        </w:tc>
      </w:tr>
      <w:tr w:rsidR="002B639E" w14:paraId="1C717A4F" w14:textId="77777777" w:rsidTr="00911EA6">
        <w:trPr>
          <w:jc w:val="center"/>
        </w:trPr>
        <w:tc>
          <w:tcPr>
            <w:tcW w:w="2038" w:type="dxa"/>
          </w:tcPr>
          <w:p w14:paraId="1FEC4E53" w14:textId="77777777" w:rsidR="002B639E" w:rsidRPr="002221A5" w:rsidRDefault="00AF2E33" w:rsidP="000E1F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21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Cougar</w:t>
            </w:r>
            <w:r w:rsidRPr="002221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Pr="002221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Puma concolo</w:t>
            </w:r>
            <w:r w:rsidRPr="002221A5">
              <w:rPr>
                <w:rFonts w:ascii="Times New Roman" w:eastAsia="Times New Roman" w:hAnsi="Times New Roman" w:cs="Times New Roman"/>
                <w:sz w:val="20"/>
                <w:szCs w:val="20"/>
              </w:rPr>
              <w:t>r Linnaeus, 1771)</w:t>
            </w:r>
          </w:p>
          <w:p w14:paraId="4A30EC88" w14:textId="77777777" w:rsidR="002C6B6A" w:rsidRPr="002221A5" w:rsidRDefault="002C6B6A" w:rsidP="000E1F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9" w:type="dxa"/>
          </w:tcPr>
          <w:p w14:paraId="51EEF9B8" w14:textId="77777777" w:rsidR="002B639E" w:rsidRDefault="00AF2E33">
            <w:pPr>
              <w:jc w:val="center"/>
            </w:pPr>
            <w:r>
              <w:rPr>
                <w:rFonts w:ascii="Times New Roman" w:eastAsia="Times New Roman" w:hAnsi="Times New Roman"/>
                <w:sz w:val="20"/>
              </w:rPr>
              <w:t>+</w:t>
            </w:r>
            <w:r>
              <w:rPr>
                <w:rFonts w:ascii="Times New Roman" w:eastAsia="Times New Roman" w:hAnsi="Times New Roman"/>
                <w:sz w:val="20"/>
              </w:rPr>
              <w:br/>
              <w:t>(cornea)</w:t>
            </w:r>
          </w:p>
        </w:tc>
        <w:tc>
          <w:tcPr>
            <w:tcW w:w="1561" w:type="dxa"/>
          </w:tcPr>
          <w:p w14:paraId="57EED94A" w14:textId="7E040129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791" w:type="dxa"/>
          </w:tcPr>
          <w:p w14:paraId="0112D6BC" w14:textId="7AAD9008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561" w:type="dxa"/>
          </w:tcPr>
          <w:p w14:paraId="4AC49E86" w14:textId="6F7B72C6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561" w:type="dxa"/>
          </w:tcPr>
          <w:p w14:paraId="7402454E" w14:textId="6DEEF71C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2506" w:type="dxa"/>
          </w:tcPr>
          <w:p w14:paraId="1629C9B5" w14:textId="77777777" w:rsidR="002B639E" w:rsidRDefault="00AF2E33">
            <w:pPr>
              <w:jc w:val="center"/>
            </w:pPr>
            <w:r>
              <w:rPr>
                <w:rFonts w:ascii="Times New Roman" w:eastAsia="Times New Roman" w:hAnsi="Times New Roman"/>
                <w:sz w:val="20"/>
              </w:rPr>
              <w:t>+</w:t>
            </w:r>
          </w:p>
        </w:tc>
        <w:tc>
          <w:tcPr>
            <w:tcW w:w="2110" w:type="dxa"/>
          </w:tcPr>
          <w:p w14:paraId="5C2BEEB5" w14:textId="51C34816" w:rsidR="002B639E" w:rsidRPr="002C6B6A" w:rsidRDefault="00AF2E33">
            <w:pPr>
              <w:jc w:val="center"/>
              <w:rPr>
                <w:color w:val="EE0000"/>
              </w:rPr>
            </w:pPr>
            <w:r w:rsidRPr="002C6B6A">
              <w:rPr>
                <w:rFonts w:ascii="Times New Roman" w:eastAsia="Times New Roman" w:hAnsi="Times New Roman"/>
                <w:color w:val="EE0000"/>
                <w:sz w:val="20"/>
              </w:rPr>
              <w:t>[</w:t>
            </w:r>
            <w:r w:rsidR="000E1F49" w:rsidRPr="002C6B6A">
              <w:rPr>
                <w:rFonts w:ascii="Times New Roman" w:eastAsia="Times New Roman" w:hAnsi="Times New Roman"/>
                <w:color w:val="EE0000"/>
                <w:sz w:val="20"/>
              </w:rPr>
              <w:t>12</w:t>
            </w:r>
            <w:r w:rsidRPr="002C6B6A">
              <w:rPr>
                <w:rFonts w:ascii="Times New Roman" w:eastAsia="Times New Roman" w:hAnsi="Times New Roman"/>
                <w:color w:val="EE0000"/>
                <w:sz w:val="20"/>
              </w:rPr>
              <w:t xml:space="preserve">, </w:t>
            </w:r>
            <w:r w:rsidR="000E1F49" w:rsidRPr="002C6B6A">
              <w:rPr>
                <w:rFonts w:ascii="Times New Roman" w:eastAsia="Times New Roman" w:hAnsi="Times New Roman"/>
                <w:color w:val="EE0000"/>
                <w:sz w:val="20"/>
              </w:rPr>
              <w:t>42</w:t>
            </w:r>
            <w:r w:rsidRPr="002C6B6A">
              <w:rPr>
                <w:rFonts w:ascii="Times New Roman" w:eastAsia="Times New Roman" w:hAnsi="Times New Roman"/>
                <w:color w:val="EE0000"/>
                <w:sz w:val="20"/>
              </w:rPr>
              <w:t>–</w:t>
            </w:r>
            <w:r w:rsidR="000E1F49" w:rsidRPr="002C6B6A">
              <w:rPr>
                <w:rFonts w:ascii="Times New Roman" w:eastAsia="Times New Roman" w:hAnsi="Times New Roman"/>
                <w:color w:val="EE0000"/>
                <w:sz w:val="20"/>
              </w:rPr>
              <w:t>44</w:t>
            </w:r>
            <w:r w:rsidRPr="002C6B6A">
              <w:rPr>
                <w:rFonts w:ascii="Times New Roman" w:eastAsia="Times New Roman" w:hAnsi="Times New Roman"/>
                <w:color w:val="EE0000"/>
                <w:sz w:val="20"/>
              </w:rPr>
              <w:t>]</w:t>
            </w:r>
          </w:p>
        </w:tc>
      </w:tr>
      <w:tr w:rsidR="002B639E" w14:paraId="5657D87C" w14:textId="77777777" w:rsidTr="00911EA6">
        <w:trPr>
          <w:jc w:val="center"/>
        </w:trPr>
        <w:tc>
          <w:tcPr>
            <w:tcW w:w="2038" w:type="dxa"/>
          </w:tcPr>
          <w:p w14:paraId="486DF966" w14:textId="77777777" w:rsidR="002B639E" w:rsidRPr="002221A5" w:rsidRDefault="00AF2E33" w:rsidP="002C6B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1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Domestic cat</w:t>
            </w:r>
            <w:r w:rsidRPr="002221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Pr="002221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Felis </w:t>
            </w:r>
            <w:r w:rsidRPr="002221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lastRenderedPageBreak/>
              <w:t>catus</w:t>
            </w:r>
            <w:r w:rsidRPr="002221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br/>
            </w:r>
            <w:r w:rsidRPr="002221A5">
              <w:rPr>
                <w:rFonts w:ascii="Times New Roman" w:eastAsia="Times New Roman" w:hAnsi="Times New Roman" w:cs="Times New Roman"/>
                <w:sz w:val="20"/>
                <w:szCs w:val="20"/>
              </w:rPr>
              <w:t>Linnaeus, 1758)</w:t>
            </w:r>
          </w:p>
        </w:tc>
        <w:tc>
          <w:tcPr>
            <w:tcW w:w="1849" w:type="dxa"/>
          </w:tcPr>
          <w:p w14:paraId="3E058995" w14:textId="77777777" w:rsidR="002B639E" w:rsidRDefault="00AF2E33">
            <w:pPr>
              <w:jc w:val="center"/>
            </w:pPr>
            <w:r>
              <w:rPr>
                <w:rFonts w:ascii="Times New Roman" w:eastAsia="Times New Roman" w:hAnsi="Times New Roman"/>
                <w:sz w:val="20"/>
              </w:rPr>
              <w:lastRenderedPageBreak/>
              <w:t>+</w:t>
            </w:r>
            <w:r>
              <w:rPr>
                <w:rFonts w:ascii="Times New Roman" w:eastAsia="Times New Roman" w:hAnsi="Times New Roman"/>
                <w:sz w:val="20"/>
              </w:rPr>
              <w:br/>
            </w:r>
            <w:r>
              <w:rPr>
                <w:rFonts w:ascii="Times New Roman" w:eastAsia="Times New Roman" w:hAnsi="Times New Roman"/>
                <w:sz w:val="20"/>
              </w:rPr>
              <w:lastRenderedPageBreak/>
              <w:t xml:space="preserve">(choroid, cornea, tapetum lucidum, retina, nerves of eye and ocular </w:t>
            </w:r>
            <w:proofErr w:type="spellStart"/>
            <w:r>
              <w:rPr>
                <w:rFonts w:ascii="Times New Roman" w:eastAsia="Times New Roman" w:hAnsi="Times New Roman"/>
                <w:sz w:val="20"/>
              </w:rPr>
              <w:t>adnexes</w:t>
            </w:r>
            <w:proofErr w:type="spellEnd"/>
            <w:r>
              <w:rPr>
                <w:rFonts w:ascii="Times New Roman" w:eastAsia="Times New Roman" w:hAnsi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0"/>
              </w:rPr>
              <w:t>electroretinography</w:t>
            </w:r>
            <w:proofErr w:type="spellEnd"/>
            <w:r>
              <w:rPr>
                <w:rFonts w:ascii="Times New Roman" w:eastAsia="Times New Roman" w:hAnsi="Times New Roman"/>
                <w:sz w:val="20"/>
              </w:rPr>
              <w:t>)</w:t>
            </w:r>
          </w:p>
        </w:tc>
        <w:tc>
          <w:tcPr>
            <w:tcW w:w="1561" w:type="dxa"/>
          </w:tcPr>
          <w:p w14:paraId="757BF690" w14:textId="77777777" w:rsidR="002B639E" w:rsidRDefault="00AF2E33">
            <w:pPr>
              <w:jc w:val="center"/>
            </w:pPr>
            <w:r>
              <w:rPr>
                <w:rFonts w:ascii="Times New Roman" w:eastAsia="Times New Roman" w:hAnsi="Times New Roman"/>
                <w:sz w:val="20"/>
              </w:rPr>
              <w:lastRenderedPageBreak/>
              <w:t>+</w:t>
            </w:r>
          </w:p>
        </w:tc>
        <w:tc>
          <w:tcPr>
            <w:tcW w:w="1791" w:type="dxa"/>
          </w:tcPr>
          <w:p w14:paraId="2FAEDF8F" w14:textId="77777777" w:rsidR="002B639E" w:rsidRDefault="00AF2E33">
            <w:pPr>
              <w:jc w:val="center"/>
            </w:pPr>
            <w:r>
              <w:rPr>
                <w:rFonts w:ascii="Times New Roman" w:eastAsia="Times New Roman" w:hAnsi="Times New Roman"/>
                <w:sz w:val="20"/>
              </w:rPr>
              <w:t>+</w:t>
            </w:r>
          </w:p>
        </w:tc>
        <w:tc>
          <w:tcPr>
            <w:tcW w:w="1561" w:type="dxa"/>
          </w:tcPr>
          <w:p w14:paraId="62C3447E" w14:textId="77777777" w:rsidR="002B639E" w:rsidRDefault="00AF2E33">
            <w:pPr>
              <w:jc w:val="center"/>
            </w:pPr>
            <w:r>
              <w:rPr>
                <w:rFonts w:ascii="Times New Roman" w:eastAsia="Times New Roman" w:hAnsi="Times New Roman"/>
                <w:sz w:val="20"/>
              </w:rPr>
              <w:t>+</w:t>
            </w:r>
          </w:p>
        </w:tc>
        <w:tc>
          <w:tcPr>
            <w:tcW w:w="1561" w:type="dxa"/>
          </w:tcPr>
          <w:p w14:paraId="782783EA" w14:textId="77777777" w:rsidR="002B639E" w:rsidRDefault="00AF2E33">
            <w:pPr>
              <w:jc w:val="center"/>
            </w:pPr>
            <w:r>
              <w:rPr>
                <w:rFonts w:ascii="Times New Roman" w:eastAsia="Times New Roman" w:hAnsi="Times New Roman"/>
                <w:sz w:val="20"/>
              </w:rPr>
              <w:t>+</w:t>
            </w:r>
          </w:p>
        </w:tc>
        <w:tc>
          <w:tcPr>
            <w:tcW w:w="2506" w:type="dxa"/>
          </w:tcPr>
          <w:p w14:paraId="1EFCA8A9" w14:textId="77777777" w:rsidR="002B639E" w:rsidRDefault="00AF2E33">
            <w:pPr>
              <w:jc w:val="center"/>
            </w:pPr>
            <w:r>
              <w:rPr>
                <w:rFonts w:ascii="Times New Roman" w:eastAsia="Times New Roman" w:hAnsi="Times New Roman"/>
                <w:sz w:val="20"/>
              </w:rPr>
              <w:t>+</w:t>
            </w:r>
          </w:p>
        </w:tc>
        <w:tc>
          <w:tcPr>
            <w:tcW w:w="2110" w:type="dxa"/>
          </w:tcPr>
          <w:p w14:paraId="5DDF3096" w14:textId="05C61EE9" w:rsidR="002B639E" w:rsidRPr="002C6B6A" w:rsidRDefault="00AF2E33">
            <w:pPr>
              <w:jc w:val="center"/>
              <w:rPr>
                <w:color w:val="EE0000"/>
              </w:rPr>
            </w:pPr>
            <w:r w:rsidRPr="002C6B6A">
              <w:rPr>
                <w:rFonts w:ascii="Times New Roman" w:eastAsia="Times New Roman" w:hAnsi="Times New Roman"/>
                <w:color w:val="EE0000"/>
                <w:sz w:val="20"/>
              </w:rPr>
              <w:t>[</w:t>
            </w:r>
            <w:r w:rsidR="000E1F49" w:rsidRPr="002C6B6A">
              <w:rPr>
                <w:rFonts w:ascii="Times New Roman" w:eastAsia="Times New Roman" w:hAnsi="Times New Roman"/>
                <w:color w:val="EE0000"/>
                <w:sz w:val="20"/>
              </w:rPr>
              <w:t>45</w:t>
            </w:r>
            <w:r w:rsidRPr="002C6B6A">
              <w:rPr>
                <w:rFonts w:ascii="Times New Roman" w:eastAsia="Times New Roman" w:hAnsi="Times New Roman"/>
                <w:color w:val="EE0000"/>
                <w:sz w:val="20"/>
              </w:rPr>
              <w:t>–</w:t>
            </w:r>
            <w:r w:rsidR="000E1F49" w:rsidRPr="002C6B6A">
              <w:rPr>
                <w:rFonts w:ascii="Times New Roman" w:eastAsia="Times New Roman" w:hAnsi="Times New Roman"/>
                <w:color w:val="EE0000"/>
                <w:sz w:val="20"/>
              </w:rPr>
              <w:t>5</w:t>
            </w:r>
            <w:r w:rsidR="007E13EB" w:rsidRPr="002C6B6A">
              <w:rPr>
                <w:rFonts w:ascii="Times New Roman" w:eastAsia="Times New Roman" w:hAnsi="Times New Roman"/>
                <w:color w:val="EE0000"/>
                <w:sz w:val="20"/>
              </w:rPr>
              <w:t>0</w:t>
            </w:r>
            <w:r w:rsidRPr="002C6B6A">
              <w:rPr>
                <w:rFonts w:ascii="Times New Roman" w:eastAsia="Times New Roman" w:hAnsi="Times New Roman"/>
                <w:color w:val="EE0000"/>
                <w:sz w:val="20"/>
              </w:rPr>
              <w:t>]</w:t>
            </w:r>
          </w:p>
        </w:tc>
      </w:tr>
      <w:tr w:rsidR="002B639E" w14:paraId="108AC258" w14:textId="77777777" w:rsidTr="00911EA6">
        <w:trPr>
          <w:jc w:val="center"/>
        </w:trPr>
        <w:tc>
          <w:tcPr>
            <w:tcW w:w="2038" w:type="dxa"/>
          </w:tcPr>
          <w:p w14:paraId="68BA0E96" w14:textId="77777777" w:rsidR="002B639E" w:rsidRPr="002221A5" w:rsidRDefault="00AF2E33" w:rsidP="000E1F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21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Savannah cat</w:t>
            </w:r>
            <w:r w:rsidRPr="002221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Pr="002221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Felis catus</w:t>
            </w:r>
            <w:r w:rsidRPr="002221A5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0318FFC4" w14:textId="77777777" w:rsidR="002C6B6A" w:rsidRPr="002221A5" w:rsidRDefault="002C6B6A" w:rsidP="000E1F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9" w:type="dxa"/>
          </w:tcPr>
          <w:p w14:paraId="7118B933" w14:textId="07036816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561" w:type="dxa"/>
          </w:tcPr>
          <w:p w14:paraId="5C85BFCE" w14:textId="28BCC73F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791" w:type="dxa"/>
          </w:tcPr>
          <w:p w14:paraId="121C305C" w14:textId="6D3478A7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561" w:type="dxa"/>
          </w:tcPr>
          <w:p w14:paraId="5E77E9D3" w14:textId="1105846C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561" w:type="dxa"/>
          </w:tcPr>
          <w:p w14:paraId="39522A88" w14:textId="1BB5F057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2506" w:type="dxa"/>
          </w:tcPr>
          <w:p w14:paraId="203665F2" w14:textId="77777777" w:rsidR="002B639E" w:rsidRDefault="00AF2E33">
            <w:pPr>
              <w:jc w:val="center"/>
            </w:pPr>
            <w:r>
              <w:rPr>
                <w:rFonts w:ascii="Times New Roman" w:eastAsia="Times New Roman" w:hAnsi="Times New Roman"/>
                <w:sz w:val="20"/>
              </w:rPr>
              <w:t>+</w:t>
            </w:r>
          </w:p>
        </w:tc>
        <w:tc>
          <w:tcPr>
            <w:tcW w:w="2110" w:type="dxa"/>
          </w:tcPr>
          <w:p w14:paraId="61F1B3C7" w14:textId="7E6862E7" w:rsidR="002B639E" w:rsidRPr="002C6B6A" w:rsidRDefault="00AF2E33">
            <w:pPr>
              <w:jc w:val="center"/>
              <w:rPr>
                <w:color w:val="EE0000"/>
              </w:rPr>
            </w:pPr>
            <w:r w:rsidRPr="002C6B6A">
              <w:rPr>
                <w:rFonts w:ascii="Times New Roman" w:eastAsia="Times New Roman" w:hAnsi="Times New Roman"/>
                <w:color w:val="EE0000"/>
                <w:sz w:val="20"/>
              </w:rPr>
              <w:t>[</w:t>
            </w:r>
            <w:r w:rsidR="007E13EB" w:rsidRPr="002C6B6A">
              <w:rPr>
                <w:rFonts w:ascii="Times New Roman" w:eastAsia="Times New Roman" w:hAnsi="Times New Roman"/>
                <w:color w:val="EE0000"/>
                <w:sz w:val="20"/>
              </w:rPr>
              <w:t>19</w:t>
            </w:r>
            <w:r w:rsidRPr="002C6B6A">
              <w:rPr>
                <w:rFonts w:ascii="Times New Roman" w:eastAsia="Times New Roman" w:hAnsi="Times New Roman"/>
                <w:color w:val="EE0000"/>
                <w:sz w:val="20"/>
              </w:rPr>
              <w:t>]</w:t>
            </w:r>
          </w:p>
        </w:tc>
      </w:tr>
      <w:tr w:rsidR="002B639E" w14:paraId="71DB63B0" w14:textId="77777777" w:rsidTr="00911EA6">
        <w:trPr>
          <w:jc w:val="center"/>
        </w:trPr>
        <w:tc>
          <w:tcPr>
            <w:tcW w:w="2038" w:type="dxa"/>
          </w:tcPr>
          <w:p w14:paraId="4124EA45" w14:textId="77777777" w:rsidR="002B639E" w:rsidRPr="002221A5" w:rsidRDefault="00AF2E33" w:rsidP="000E1F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21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Eurasian lynx</w:t>
            </w:r>
            <w:r w:rsidRPr="002221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Pr="002221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Lynx lynx</w:t>
            </w:r>
            <w:r w:rsidRPr="002221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Linnaeus, 1758)</w:t>
            </w:r>
          </w:p>
          <w:p w14:paraId="364E76C5" w14:textId="77777777" w:rsidR="002C6B6A" w:rsidRPr="002221A5" w:rsidRDefault="002C6B6A" w:rsidP="000E1F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9" w:type="dxa"/>
          </w:tcPr>
          <w:p w14:paraId="7B2F445F" w14:textId="6CB2C57F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561" w:type="dxa"/>
          </w:tcPr>
          <w:p w14:paraId="5F5EE46D" w14:textId="05CB8B7C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791" w:type="dxa"/>
          </w:tcPr>
          <w:p w14:paraId="566E0370" w14:textId="586DC280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561" w:type="dxa"/>
          </w:tcPr>
          <w:p w14:paraId="5586B15C" w14:textId="68F9F660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561" w:type="dxa"/>
          </w:tcPr>
          <w:p w14:paraId="2B4EEFD0" w14:textId="2DD1E990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2506" w:type="dxa"/>
          </w:tcPr>
          <w:p w14:paraId="0E52CCCA" w14:textId="77777777" w:rsidR="002B639E" w:rsidRDefault="00AF2E33">
            <w:pPr>
              <w:jc w:val="center"/>
            </w:pPr>
            <w:r>
              <w:rPr>
                <w:rFonts w:ascii="Times New Roman" w:eastAsia="Times New Roman" w:hAnsi="Times New Roman"/>
                <w:sz w:val="20"/>
              </w:rPr>
              <w:t>+</w:t>
            </w:r>
          </w:p>
        </w:tc>
        <w:tc>
          <w:tcPr>
            <w:tcW w:w="2110" w:type="dxa"/>
          </w:tcPr>
          <w:p w14:paraId="19872D23" w14:textId="4B959B37" w:rsidR="002B639E" w:rsidRPr="002C6B6A" w:rsidRDefault="00AF2E33">
            <w:pPr>
              <w:jc w:val="center"/>
              <w:rPr>
                <w:color w:val="EE0000"/>
              </w:rPr>
            </w:pPr>
            <w:r w:rsidRPr="002C6B6A">
              <w:rPr>
                <w:rFonts w:ascii="Times New Roman" w:eastAsia="Times New Roman" w:hAnsi="Times New Roman"/>
                <w:color w:val="EE0000"/>
                <w:sz w:val="20"/>
              </w:rPr>
              <w:t>[</w:t>
            </w:r>
            <w:r w:rsidR="007E13EB" w:rsidRPr="002C6B6A">
              <w:rPr>
                <w:rFonts w:ascii="Times New Roman" w:eastAsia="Times New Roman" w:hAnsi="Times New Roman"/>
                <w:color w:val="EE0000"/>
                <w:sz w:val="20"/>
              </w:rPr>
              <w:t>19</w:t>
            </w:r>
            <w:r w:rsidRPr="002C6B6A">
              <w:rPr>
                <w:rFonts w:ascii="Times New Roman" w:eastAsia="Times New Roman" w:hAnsi="Times New Roman"/>
                <w:color w:val="EE0000"/>
                <w:sz w:val="20"/>
              </w:rPr>
              <w:t>]</w:t>
            </w:r>
          </w:p>
        </w:tc>
      </w:tr>
      <w:tr w:rsidR="002B639E" w14:paraId="1C840010" w14:textId="77777777" w:rsidTr="00911EA6">
        <w:trPr>
          <w:jc w:val="center"/>
        </w:trPr>
        <w:tc>
          <w:tcPr>
            <w:tcW w:w="2038" w:type="dxa"/>
          </w:tcPr>
          <w:p w14:paraId="61937347" w14:textId="77777777" w:rsidR="002B639E" w:rsidRPr="002221A5" w:rsidRDefault="00AF2E33" w:rsidP="000E1F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21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Fishing cat</w:t>
            </w:r>
            <w:r w:rsidRPr="002221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Pr="002221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Prionailurus viverrinus</w:t>
            </w:r>
            <w:r w:rsidRPr="002221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Bennett, 1833)</w:t>
            </w:r>
          </w:p>
          <w:p w14:paraId="088C5E30" w14:textId="77777777" w:rsidR="002C6B6A" w:rsidRPr="002221A5" w:rsidRDefault="002C6B6A" w:rsidP="000E1F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9" w:type="dxa"/>
          </w:tcPr>
          <w:p w14:paraId="0C0605AC" w14:textId="77777777" w:rsidR="002B639E" w:rsidRDefault="00AF2E33">
            <w:pPr>
              <w:jc w:val="center"/>
            </w:pPr>
            <w:r>
              <w:rPr>
                <w:rFonts w:ascii="Times New Roman" w:eastAsia="Times New Roman" w:hAnsi="Times New Roman"/>
                <w:sz w:val="20"/>
              </w:rPr>
              <w:t>+</w:t>
            </w:r>
            <w:r>
              <w:rPr>
                <w:rFonts w:ascii="Times New Roman" w:eastAsia="Times New Roman" w:hAnsi="Times New Roman"/>
                <w:sz w:val="20"/>
              </w:rPr>
              <w:br/>
              <w:t>(electroretinograhy)</w:t>
            </w:r>
          </w:p>
        </w:tc>
        <w:tc>
          <w:tcPr>
            <w:tcW w:w="1561" w:type="dxa"/>
          </w:tcPr>
          <w:p w14:paraId="5E144DBB" w14:textId="214F94D8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791" w:type="dxa"/>
          </w:tcPr>
          <w:p w14:paraId="4BF6EC41" w14:textId="050DF81E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561" w:type="dxa"/>
          </w:tcPr>
          <w:p w14:paraId="5AD253FA" w14:textId="03F43B9E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561" w:type="dxa"/>
          </w:tcPr>
          <w:p w14:paraId="51EC79E8" w14:textId="4B9FD006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2506" w:type="dxa"/>
          </w:tcPr>
          <w:p w14:paraId="780D9C2F" w14:textId="77777777" w:rsidR="002B639E" w:rsidRDefault="00AF2E33">
            <w:pPr>
              <w:jc w:val="center"/>
            </w:pPr>
            <w:r>
              <w:rPr>
                <w:rFonts w:ascii="Times New Roman" w:eastAsia="Times New Roman" w:hAnsi="Times New Roman"/>
                <w:sz w:val="20"/>
              </w:rPr>
              <w:t>+</w:t>
            </w:r>
          </w:p>
        </w:tc>
        <w:tc>
          <w:tcPr>
            <w:tcW w:w="2110" w:type="dxa"/>
          </w:tcPr>
          <w:p w14:paraId="3D2DAE49" w14:textId="53593463" w:rsidR="002B639E" w:rsidRPr="002C6B6A" w:rsidRDefault="00AF2E33">
            <w:pPr>
              <w:jc w:val="center"/>
              <w:rPr>
                <w:color w:val="EE0000"/>
              </w:rPr>
            </w:pPr>
            <w:r w:rsidRPr="002C6B6A">
              <w:rPr>
                <w:rFonts w:ascii="Times New Roman" w:eastAsia="Times New Roman" w:hAnsi="Times New Roman"/>
                <w:color w:val="EE0000"/>
                <w:sz w:val="20"/>
              </w:rPr>
              <w:t>[</w:t>
            </w:r>
            <w:r w:rsidR="007E13EB" w:rsidRPr="002C6B6A">
              <w:rPr>
                <w:rFonts w:ascii="Times New Roman" w:eastAsia="Times New Roman" w:hAnsi="Times New Roman"/>
                <w:color w:val="EE0000"/>
                <w:sz w:val="20"/>
              </w:rPr>
              <w:t>19</w:t>
            </w:r>
            <w:r w:rsidRPr="002C6B6A">
              <w:rPr>
                <w:rFonts w:ascii="Times New Roman" w:eastAsia="Times New Roman" w:hAnsi="Times New Roman"/>
                <w:color w:val="EE0000"/>
                <w:sz w:val="20"/>
              </w:rPr>
              <w:t xml:space="preserve">, </w:t>
            </w:r>
            <w:r w:rsidR="007E13EB" w:rsidRPr="002C6B6A">
              <w:rPr>
                <w:rFonts w:ascii="Times New Roman" w:eastAsia="Times New Roman" w:hAnsi="Times New Roman"/>
                <w:color w:val="EE0000"/>
                <w:sz w:val="20"/>
              </w:rPr>
              <w:t>51</w:t>
            </w:r>
            <w:r w:rsidRPr="002C6B6A">
              <w:rPr>
                <w:rFonts w:ascii="Times New Roman" w:eastAsia="Times New Roman" w:hAnsi="Times New Roman"/>
                <w:color w:val="EE0000"/>
                <w:sz w:val="20"/>
              </w:rPr>
              <w:t>]</w:t>
            </w:r>
          </w:p>
        </w:tc>
      </w:tr>
      <w:tr w:rsidR="002B639E" w14:paraId="304DEFB3" w14:textId="77777777" w:rsidTr="00911EA6">
        <w:trPr>
          <w:jc w:val="center"/>
        </w:trPr>
        <w:tc>
          <w:tcPr>
            <w:tcW w:w="2038" w:type="dxa"/>
          </w:tcPr>
          <w:p w14:paraId="378E2E01" w14:textId="77777777" w:rsidR="002B639E" w:rsidRPr="002221A5" w:rsidRDefault="00AF2E33" w:rsidP="000E1F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21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Flat-headed cat</w:t>
            </w:r>
            <w:r w:rsidRPr="002221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Pr="002221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Prionailurus planiceps</w:t>
            </w:r>
            <w:r w:rsidRPr="002221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Vigors &amp; Horsfield, 1827)</w:t>
            </w:r>
          </w:p>
          <w:p w14:paraId="0F031B9D" w14:textId="77777777" w:rsidR="002C6B6A" w:rsidRPr="002221A5" w:rsidRDefault="002C6B6A" w:rsidP="000E1F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9" w:type="dxa"/>
          </w:tcPr>
          <w:p w14:paraId="0547198D" w14:textId="77777777" w:rsidR="002B639E" w:rsidRDefault="00AF2E33">
            <w:pPr>
              <w:jc w:val="center"/>
            </w:pPr>
            <w:r>
              <w:rPr>
                <w:rFonts w:ascii="Times New Roman" w:eastAsia="Times New Roman" w:hAnsi="Times New Roman"/>
                <w:sz w:val="20"/>
              </w:rPr>
              <w:t xml:space="preserve">+ </w:t>
            </w:r>
            <w:r>
              <w:rPr>
                <w:rFonts w:ascii="Times New Roman" w:eastAsia="Times New Roman" w:hAnsi="Times New Roman"/>
                <w:sz w:val="20"/>
              </w:rPr>
              <w:br/>
              <w:t>(orbital region – orbit type)</w:t>
            </w:r>
          </w:p>
        </w:tc>
        <w:tc>
          <w:tcPr>
            <w:tcW w:w="1561" w:type="dxa"/>
          </w:tcPr>
          <w:p w14:paraId="13ABDC97" w14:textId="4CFC55CA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791" w:type="dxa"/>
          </w:tcPr>
          <w:p w14:paraId="433A4055" w14:textId="0773F789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561" w:type="dxa"/>
          </w:tcPr>
          <w:p w14:paraId="2CC2CE8D" w14:textId="06EBEB62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561" w:type="dxa"/>
          </w:tcPr>
          <w:p w14:paraId="487AD09D" w14:textId="23B1D350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2506" w:type="dxa"/>
          </w:tcPr>
          <w:p w14:paraId="2AA1E543" w14:textId="78046D30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2110" w:type="dxa"/>
          </w:tcPr>
          <w:p w14:paraId="1FE50718" w14:textId="5C9C3A96" w:rsidR="002B639E" w:rsidRPr="002C6B6A" w:rsidRDefault="00AF2E33">
            <w:pPr>
              <w:jc w:val="center"/>
              <w:rPr>
                <w:color w:val="EE0000"/>
              </w:rPr>
            </w:pPr>
            <w:r w:rsidRPr="002C6B6A">
              <w:rPr>
                <w:rFonts w:ascii="Times New Roman" w:eastAsia="Times New Roman" w:hAnsi="Times New Roman"/>
                <w:color w:val="EE0000"/>
                <w:sz w:val="20"/>
              </w:rPr>
              <w:t>[</w:t>
            </w:r>
            <w:r w:rsidR="007E13EB" w:rsidRPr="002C6B6A">
              <w:rPr>
                <w:rFonts w:ascii="Times New Roman" w:eastAsia="Times New Roman" w:hAnsi="Times New Roman"/>
                <w:color w:val="EE0000"/>
                <w:sz w:val="20"/>
              </w:rPr>
              <w:t>52</w:t>
            </w:r>
            <w:r w:rsidRPr="002C6B6A">
              <w:rPr>
                <w:rFonts w:ascii="Times New Roman" w:eastAsia="Times New Roman" w:hAnsi="Times New Roman"/>
                <w:color w:val="EE0000"/>
                <w:sz w:val="20"/>
              </w:rPr>
              <w:t>]</w:t>
            </w:r>
          </w:p>
        </w:tc>
      </w:tr>
      <w:tr w:rsidR="002B639E" w14:paraId="1051276C" w14:textId="77777777" w:rsidTr="00911EA6">
        <w:trPr>
          <w:jc w:val="center"/>
        </w:trPr>
        <w:tc>
          <w:tcPr>
            <w:tcW w:w="2038" w:type="dxa"/>
          </w:tcPr>
          <w:p w14:paraId="4354D25C" w14:textId="77777777" w:rsidR="002B639E" w:rsidRPr="002221A5" w:rsidRDefault="00AF2E33" w:rsidP="000E1F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21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Geoffroy’s cat</w:t>
            </w:r>
            <w:r w:rsidRPr="002221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Pr="002221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Leopardus geoffroyi</w:t>
            </w:r>
            <w:r w:rsidRPr="002221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d'Orbigny &amp; Gervais, 1844)</w:t>
            </w:r>
          </w:p>
          <w:p w14:paraId="38F1608C" w14:textId="77777777" w:rsidR="002C6B6A" w:rsidRPr="002221A5" w:rsidRDefault="002C6B6A" w:rsidP="000E1F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9" w:type="dxa"/>
          </w:tcPr>
          <w:p w14:paraId="1F11AF61" w14:textId="571F78BA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561" w:type="dxa"/>
          </w:tcPr>
          <w:p w14:paraId="0481F1E3" w14:textId="6D676B7B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791" w:type="dxa"/>
          </w:tcPr>
          <w:p w14:paraId="0829362F" w14:textId="33934DD0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561" w:type="dxa"/>
          </w:tcPr>
          <w:p w14:paraId="30105CB3" w14:textId="351CEF44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561" w:type="dxa"/>
          </w:tcPr>
          <w:p w14:paraId="7EC11EA2" w14:textId="3FB3C8D5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2506" w:type="dxa"/>
          </w:tcPr>
          <w:p w14:paraId="51C1245D" w14:textId="77777777" w:rsidR="002B639E" w:rsidRDefault="00AF2E33">
            <w:pPr>
              <w:jc w:val="center"/>
            </w:pPr>
            <w:r>
              <w:rPr>
                <w:rFonts w:ascii="Times New Roman" w:eastAsia="Times New Roman" w:hAnsi="Times New Roman"/>
                <w:sz w:val="20"/>
              </w:rPr>
              <w:t>+</w:t>
            </w:r>
          </w:p>
        </w:tc>
        <w:tc>
          <w:tcPr>
            <w:tcW w:w="2110" w:type="dxa"/>
          </w:tcPr>
          <w:p w14:paraId="799CD2D5" w14:textId="38CAB41D" w:rsidR="002B639E" w:rsidRPr="002C6B6A" w:rsidRDefault="00AF2E33">
            <w:pPr>
              <w:jc w:val="center"/>
              <w:rPr>
                <w:color w:val="EE0000"/>
              </w:rPr>
            </w:pPr>
            <w:r w:rsidRPr="002C6B6A">
              <w:rPr>
                <w:rFonts w:ascii="Times New Roman" w:eastAsia="Times New Roman" w:hAnsi="Times New Roman"/>
                <w:color w:val="EE0000"/>
                <w:sz w:val="20"/>
              </w:rPr>
              <w:t>[</w:t>
            </w:r>
            <w:r w:rsidR="007E13EB" w:rsidRPr="002C6B6A">
              <w:rPr>
                <w:rFonts w:ascii="Times New Roman" w:eastAsia="Times New Roman" w:hAnsi="Times New Roman"/>
                <w:color w:val="EE0000"/>
                <w:sz w:val="20"/>
              </w:rPr>
              <w:t>19</w:t>
            </w:r>
            <w:r w:rsidRPr="002C6B6A">
              <w:rPr>
                <w:rFonts w:ascii="Times New Roman" w:eastAsia="Times New Roman" w:hAnsi="Times New Roman"/>
                <w:color w:val="EE0000"/>
                <w:sz w:val="20"/>
              </w:rPr>
              <w:t>]</w:t>
            </w:r>
          </w:p>
        </w:tc>
      </w:tr>
      <w:tr w:rsidR="002B639E" w14:paraId="1BBDA01B" w14:textId="77777777" w:rsidTr="00911EA6">
        <w:trPr>
          <w:jc w:val="center"/>
        </w:trPr>
        <w:tc>
          <w:tcPr>
            <w:tcW w:w="2038" w:type="dxa"/>
          </w:tcPr>
          <w:p w14:paraId="112EC54F" w14:textId="77777777" w:rsidR="002B639E" w:rsidRPr="002221A5" w:rsidRDefault="00AF2E33" w:rsidP="000E1F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21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Iberian lynx</w:t>
            </w:r>
            <w:r w:rsidRPr="002221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Pr="002221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Lynx padinus</w:t>
            </w:r>
            <w:r w:rsidRPr="002221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Temminck, 1827)</w:t>
            </w:r>
          </w:p>
          <w:p w14:paraId="14621F65" w14:textId="77777777" w:rsidR="002C6B6A" w:rsidRPr="002221A5" w:rsidRDefault="002C6B6A" w:rsidP="000E1F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9" w:type="dxa"/>
          </w:tcPr>
          <w:p w14:paraId="135B3245" w14:textId="6F2C62A7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561" w:type="dxa"/>
          </w:tcPr>
          <w:p w14:paraId="2CA44CF8" w14:textId="14D18141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791" w:type="dxa"/>
          </w:tcPr>
          <w:p w14:paraId="3629A002" w14:textId="44585356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561" w:type="dxa"/>
          </w:tcPr>
          <w:p w14:paraId="75EC455D" w14:textId="0B81D0FA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561" w:type="dxa"/>
          </w:tcPr>
          <w:p w14:paraId="042DFC6C" w14:textId="0E3ACC48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2506" w:type="dxa"/>
          </w:tcPr>
          <w:p w14:paraId="7339639E" w14:textId="77777777" w:rsidR="002B639E" w:rsidRDefault="00AF2E33">
            <w:pPr>
              <w:jc w:val="center"/>
            </w:pPr>
            <w:r>
              <w:rPr>
                <w:rFonts w:ascii="Times New Roman" w:eastAsia="Times New Roman" w:hAnsi="Times New Roman"/>
                <w:sz w:val="20"/>
              </w:rPr>
              <w:t>+</w:t>
            </w:r>
          </w:p>
        </w:tc>
        <w:tc>
          <w:tcPr>
            <w:tcW w:w="2110" w:type="dxa"/>
          </w:tcPr>
          <w:p w14:paraId="7BAFA0ED" w14:textId="5391B46A" w:rsidR="002B639E" w:rsidRPr="002C6B6A" w:rsidRDefault="00AF2E33">
            <w:pPr>
              <w:jc w:val="center"/>
              <w:rPr>
                <w:color w:val="EE0000"/>
              </w:rPr>
            </w:pPr>
            <w:r w:rsidRPr="002C6B6A">
              <w:rPr>
                <w:rFonts w:ascii="Times New Roman" w:eastAsia="Times New Roman" w:hAnsi="Times New Roman"/>
                <w:color w:val="EE0000"/>
                <w:sz w:val="20"/>
              </w:rPr>
              <w:t>[</w:t>
            </w:r>
            <w:r w:rsidR="007E13EB" w:rsidRPr="002C6B6A">
              <w:rPr>
                <w:rFonts w:ascii="Times New Roman" w:eastAsia="Times New Roman" w:hAnsi="Times New Roman"/>
                <w:color w:val="EE0000"/>
                <w:sz w:val="20"/>
              </w:rPr>
              <w:t>19</w:t>
            </w:r>
            <w:r w:rsidRPr="002C6B6A">
              <w:rPr>
                <w:rFonts w:ascii="Times New Roman" w:eastAsia="Times New Roman" w:hAnsi="Times New Roman"/>
                <w:color w:val="EE0000"/>
                <w:sz w:val="20"/>
              </w:rPr>
              <w:t>]</w:t>
            </w:r>
          </w:p>
        </w:tc>
      </w:tr>
      <w:tr w:rsidR="002B639E" w14:paraId="019C7174" w14:textId="77777777" w:rsidTr="00911EA6">
        <w:trPr>
          <w:jc w:val="center"/>
        </w:trPr>
        <w:tc>
          <w:tcPr>
            <w:tcW w:w="2038" w:type="dxa"/>
          </w:tcPr>
          <w:p w14:paraId="1AA5BC5D" w14:textId="77777777" w:rsidR="002B639E" w:rsidRPr="002221A5" w:rsidRDefault="00AF2E33" w:rsidP="000E1F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21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Jaguar</w:t>
            </w:r>
            <w:r w:rsidRPr="002221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Pr="002221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Panther onca</w:t>
            </w:r>
            <w:r w:rsidRPr="002221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Linnaeus, 1758)</w:t>
            </w:r>
          </w:p>
          <w:p w14:paraId="54B3F6F6" w14:textId="77777777" w:rsidR="002C6B6A" w:rsidRPr="002221A5" w:rsidRDefault="002C6B6A" w:rsidP="000E1F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9" w:type="dxa"/>
          </w:tcPr>
          <w:p w14:paraId="17161C54" w14:textId="00BBA83F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561" w:type="dxa"/>
          </w:tcPr>
          <w:p w14:paraId="464977A4" w14:textId="3A32344E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791" w:type="dxa"/>
          </w:tcPr>
          <w:p w14:paraId="0B7FA01B" w14:textId="330D6FC0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561" w:type="dxa"/>
          </w:tcPr>
          <w:p w14:paraId="3A2DD0E6" w14:textId="2584EEC5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561" w:type="dxa"/>
          </w:tcPr>
          <w:p w14:paraId="0AB3DE07" w14:textId="3213E137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2506" w:type="dxa"/>
          </w:tcPr>
          <w:p w14:paraId="3159572F" w14:textId="77777777" w:rsidR="002B639E" w:rsidRDefault="00AF2E33">
            <w:pPr>
              <w:jc w:val="center"/>
            </w:pPr>
            <w:r>
              <w:rPr>
                <w:rFonts w:ascii="Times New Roman" w:eastAsia="Times New Roman" w:hAnsi="Times New Roman"/>
                <w:sz w:val="20"/>
              </w:rPr>
              <w:t>+</w:t>
            </w:r>
          </w:p>
        </w:tc>
        <w:tc>
          <w:tcPr>
            <w:tcW w:w="2110" w:type="dxa"/>
          </w:tcPr>
          <w:p w14:paraId="4B727918" w14:textId="782DEC9D" w:rsidR="002B639E" w:rsidRPr="002C6B6A" w:rsidRDefault="00AF2E33">
            <w:pPr>
              <w:jc w:val="center"/>
              <w:rPr>
                <w:color w:val="EE0000"/>
              </w:rPr>
            </w:pPr>
            <w:r w:rsidRPr="002C6B6A">
              <w:rPr>
                <w:rFonts w:ascii="Times New Roman" w:eastAsia="Times New Roman" w:hAnsi="Times New Roman"/>
                <w:color w:val="EE0000"/>
                <w:sz w:val="20"/>
              </w:rPr>
              <w:t>[</w:t>
            </w:r>
            <w:r w:rsidR="007E13EB" w:rsidRPr="002C6B6A">
              <w:rPr>
                <w:rFonts w:ascii="Times New Roman" w:eastAsia="Times New Roman" w:hAnsi="Times New Roman"/>
                <w:color w:val="EE0000"/>
                <w:sz w:val="20"/>
              </w:rPr>
              <w:t>19</w:t>
            </w:r>
            <w:r w:rsidRPr="002C6B6A">
              <w:rPr>
                <w:rFonts w:ascii="Times New Roman" w:eastAsia="Times New Roman" w:hAnsi="Times New Roman"/>
                <w:color w:val="EE0000"/>
                <w:sz w:val="20"/>
              </w:rPr>
              <w:t xml:space="preserve">, </w:t>
            </w:r>
            <w:r w:rsidR="007E13EB" w:rsidRPr="002C6B6A">
              <w:rPr>
                <w:rFonts w:ascii="Times New Roman" w:eastAsia="Times New Roman" w:hAnsi="Times New Roman"/>
                <w:color w:val="EE0000"/>
                <w:sz w:val="20"/>
              </w:rPr>
              <w:t>53</w:t>
            </w:r>
            <w:r w:rsidRPr="002C6B6A">
              <w:rPr>
                <w:rFonts w:ascii="Times New Roman" w:eastAsia="Times New Roman" w:hAnsi="Times New Roman"/>
                <w:color w:val="EE0000"/>
                <w:sz w:val="20"/>
              </w:rPr>
              <w:t xml:space="preserve">, </w:t>
            </w:r>
            <w:r w:rsidR="007E13EB" w:rsidRPr="002C6B6A">
              <w:rPr>
                <w:rFonts w:ascii="Times New Roman" w:eastAsia="Times New Roman" w:hAnsi="Times New Roman"/>
                <w:color w:val="EE0000"/>
                <w:sz w:val="20"/>
              </w:rPr>
              <w:t>54</w:t>
            </w:r>
            <w:r w:rsidRPr="002C6B6A">
              <w:rPr>
                <w:rFonts w:ascii="Times New Roman" w:eastAsia="Times New Roman" w:hAnsi="Times New Roman"/>
                <w:color w:val="EE0000"/>
                <w:sz w:val="20"/>
              </w:rPr>
              <w:t>]</w:t>
            </w:r>
          </w:p>
        </w:tc>
      </w:tr>
      <w:tr w:rsidR="002B639E" w14:paraId="1F8156CB" w14:textId="77777777" w:rsidTr="00911EA6">
        <w:trPr>
          <w:jc w:val="center"/>
        </w:trPr>
        <w:tc>
          <w:tcPr>
            <w:tcW w:w="2038" w:type="dxa"/>
          </w:tcPr>
          <w:p w14:paraId="7507E1D1" w14:textId="77777777" w:rsidR="002B639E" w:rsidRPr="002221A5" w:rsidRDefault="00AF2E33" w:rsidP="000E1F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21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Jungle cat</w:t>
            </w:r>
            <w:r w:rsidRPr="002221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Pr="002221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Felis chaus</w:t>
            </w:r>
            <w:r w:rsidRPr="002221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Schreber, 1777)</w:t>
            </w:r>
          </w:p>
          <w:p w14:paraId="69B9198C" w14:textId="77777777" w:rsidR="002C6B6A" w:rsidRPr="002221A5" w:rsidRDefault="002C6B6A" w:rsidP="000E1F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9" w:type="dxa"/>
          </w:tcPr>
          <w:p w14:paraId="7D1608B7" w14:textId="77C8C31F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561" w:type="dxa"/>
          </w:tcPr>
          <w:p w14:paraId="51595F9F" w14:textId="6BF26802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791" w:type="dxa"/>
          </w:tcPr>
          <w:p w14:paraId="6CB63C70" w14:textId="4D8CF635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561" w:type="dxa"/>
          </w:tcPr>
          <w:p w14:paraId="26398130" w14:textId="33CE353B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561" w:type="dxa"/>
          </w:tcPr>
          <w:p w14:paraId="071DC284" w14:textId="08DCFA72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2506" w:type="dxa"/>
          </w:tcPr>
          <w:p w14:paraId="1BBBFEA6" w14:textId="77777777" w:rsidR="002B639E" w:rsidRDefault="00AF2E33">
            <w:pPr>
              <w:jc w:val="center"/>
            </w:pPr>
            <w:r>
              <w:rPr>
                <w:rFonts w:ascii="Times New Roman" w:eastAsia="Times New Roman" w:hAnsi="Times New Roman"/>
                <w:sz w:val="20"/>
              </w:rPr>
              <w:t>+</w:t>
            </w:r>
          </w:p>
        </w:tc>
        <w:tc>
          <w:tcPr>
            <w:tcW w:w="2110" w:type="dxa"/>
          </w:tcPr>
          <w:p w14:paraId="1624DEBB" w14:textId="6073B3FB" w:rsidR="002B639E" w:rsidRPr="002C6B6A" w:rsidRDefault="00AF2E33">
            <w:pPr>
              <w:jc w:val="center"/>
              <w:rPr>
                <w:color w:val="EE0000"/>
              </w:rPr>
            </w:pPr>
            <w:r w:rsidRPr="002C6B6A">
              <w:rPr>
                <w:rFonts w:ascii="Times New Roman" w:eastAsia="Times New Roman" w:hAnsi="Times New Roman"/>
                <w:color w:val="EE0000"/>
                <w:sz w:val="20"/>
              </w:rPr>
              <w:t xml:space="preserve">[27, </w:t>
            </w:r>
            <w:r w:rsidR="007E13EB" w:rsidRPr="002C6B6A">
              <w:rPr>
                <w:rFonts w:ascii="Times New Roman" w:eastAsia="Times New Roman" w:hAnsi="Times New Roman"/>
                <w:color w:val="EE0000"/>
                <w:sz w:val="20"/>
              </w:rPr>
              <w:t>55</w:t>
            </w:r>
            <w:r w:rsidRPr="002C6B6A">
              <w:rPr>
                <w:rFonts w:ascii="Times New Roman" w:eastAsia="Times New Roman" w:hAnsi="Times New Roman"/>
                <w:color w:val="EE0000"/>
                <w:sz w:val="20"/>
              </w:rPr>
              <w:t>]</w:t>
            </w:r>
          </w:p>
        </w:tc>
      </w:tr>
      <w:tr w:rsidR="002B639E" w14:paraId="4E766846" w14:textId="77777777" w:rsidTr="00911EA6">
        <w:trPr>
          <w:jc w:val="center"/>
        </w:trPr>
        <w:tc>
          <w:tcPr>
            <w:tcW w:w="2038" w:type="dxa"/>
          </w:tcPr>
          <w:p w14:paraId="21D234AB" w14:textId="77777777" w:rsidR="002B639E" w:rsidRPr="002221A5" w:rsidRDefault="00AF2E33" w:rsidP="000E1F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21A5">
              <w:rPr>
                <w:rFonts w:ascii="Times New Roman" w:eastAsia="Times New Roman" w:hAnsi="Times New Roman" w:cs="Times New Roman"/>
                <w:sz w:val="20"/>
                <w:szCs w:val="20"/>
              </w:rPr>
              <w:t>L</w:t>
            </w:r>
            <w:r w:rsidRPr="002221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eopard </w:t>
            </w:r>
            <w:r w:rsidRPr="002221A5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2221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Panthera </w:t>
            </w:r>
            <w:r w:rsidRPr="002221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lastRenderedPageBreak/>
              <w:t>pardus</w:t>
            </w:r>
            <w:r w:rsidRPr="002221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Linnaeus, 1758)</w:t>
            </w:r>
          </w:p>
          <w:p w14:paraId="3FEB7FB0" w14:textId="77777777" w:rsidR="002C6B6A" w:rsidRPr="002221A5" w:rsidRDefault="002C6B6A" w:rsidP="000E1F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9" w:type="dxa"/>
          </w:tcPr>
          <w:p w14:paraId="488E69E4" w14:textId="77777777" w:rsidR="002B639E" w:rsidRDefault="00AF2E33">
            <w:pPr>
              <w:jc w:val="center"/>
            </w:pPr>
            <w:r>
              <w:rPr>
                <w:rFonts w:ascii="Times New Roman" w:eastAsia="Times New Roman" w:hAnsi="Times New Roman"/>
                <w:sz w:val="20"/>
              </w:rPr>
              <w:lastRenderedPageBreak/>
              <w:t>+</w:t>
            </w:r>
            <w:r>
              <w:rPr>
                <w:rFonts w:ascii="Times New Roman" w:eastAsia="Times New Roman" w:hAnsi="Times New Roman"/>
                <w:sz w:val="20"/>
              </w:rPr>
              <w:br/>
            </w:r>
            <w:r>
              <w:rPr>
                <w:rFonts w:ascii="Times New Roman" w:eastAsia="Times New Roman" w:hAnsi="Times New Roman"/>
                <w:sz w:val="20"/>
              </w:rPr>
              <w:lastRenderedPageBreak/>
              <w:t>(cornea, retina)</w:t>
            </w:r>
          </w:p>
        </w:tc>
        <w:tc>
          <w:tcPr>
            <w:tcW w:w="1561" w:type="dxa"/>
          </w:tcPr>
          <w:p w14:paraId="1A811956" w14:textId="20808B02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–</w:t>
            </w:r>
          </w:p>
        </w:tc>
        <w:tc>
          <w:tcPr>
            <w:tcW w:w="1791" w:type="dxa"/>
          </w:tcPr>
          <w:p w14:paraId="65B5B2FC" w14:textId="7E6189EA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561" w:type="dxa"/>
          </w:tcPr>
          <w:p w14:paraId="06A056FA" w14:textId="7EF4CD11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561" w:type="dxa"/>
          </w:tcPr>
          <w:p w14:paraId="503557BC" w14:textId="78F95AF3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2506" w:type="dxa"/>
          </w:tcPr>
          <w:p w14:paraId="2973B9DD" w14:textId="77777777" w:rsidR="002B639E" w:rsidRDefault="00AF2E33">
            <w:pPr>
              <w:jc w:val="center"/>
            </w:pPr>
            <w:r>
              <w:rPr>
                <w:rFonts w:ascii="Times New Roman" w:eastAsia="Times New Roman" w:hAnsi="Times New Roman"/>
                <w:sz w:val="20"/>
              </w:rPr>
              <w:t>+</w:t>
            </w:r>
          </w:p>
        </w:tc>
        <w:tc>
          <w:tcPr>
            <w:tcW w:w="2110" w:type="dxa"/>
          </w:tcPr>
          <w:p w14:paraId="57AE22B5" w14:textId="596C7071" w:rsidR="002B639E" w:rsidRPr="002C6B6A" w:rsidRDefault="00AF2E33">
            <w:pPr>
              <w:jc w:val="center"/>
              <w:rPr>
                <w:color w:val="EE0000"/>
              </w:rPr>
            </w:pPr>
            <w:r w:rsidRPr="002C6B6A">
              <w:rPr>
                <w:rFonts w:ascii="Times New Roman" w:eastAsia="Times New Roman" w:hAnsi="Times New Roman"/>
                <w:color w:val="EE0000"/>
                <w:sz w:val="20"/>
              </w:rPr>
              <w:t>[</w:t>
            </w:r>
            <w:r w:rsidR="007E13EB" w:rsidRPr="002C6B6A">
              <w:rPr>
                <w:rFonts w:ascii="Times New Roman" w:eastAsia="Times New Roman" w:hAnsi="Times New Roman"/>
                <w:color w:val="EE0000"/>
                <w:sz w:val="20"/>
              </w:rPr>
              <w:t>12</w:t>
            </w:r>
            <w:r w:rsidRPr="002C6B6A">
              <w:rPr>
                <w:rFonts w:ascii="Times New Roman" w:eastAsia="Times New Roman" w:hAnsi="Times New Roman"/>
                <w:color w:val="EE0000"/>
                <w:sz w:val="20"/>
              </w:rPr>
              <w:t xml:space="preserve">, </w:t>
            </w:r>
            <w:r w:rsidR="007E13EB" w:rsidRPr="002C6B6A">
              <w:rPr>
                <w:rFonts w:ascii="Times New Roman" w:eastAsia="Times New Roman" w:hAnsi="Times New Roman"/>
                <w:color w:val="EE0000"/>
                <w:sz w:val="20"/>
              </w:rPr>
              <w:t>19</w:t>
            </w:r>
            <w:r w:rsidRPr="002C6B6A">
              <w:rPr>
                <w:rFonts w:ascii="Times New Roman" w:eastAsia="Times New Roman" w:hAnsi="Times New Roman"/>
                <w:color w:val="EE0000"/>
                <w:sz w:val="20"/>
              </w:rPr>
              <w:t>, 3</w:t>
            </w:r>
            <w:r w:rsidR="007E13EB" w:rsidRPr="002C6B6A">
              <w:rPr>
                <w:rFonts w:ascii="Times New Roman" w:eastAsia="Times New Roman" w:hAnsi="Times New Roman"/>
                <w:color w:val="EE0000"/>
                <w:sz w:val="20"/>
              </w:rPr>
              <w:t>2</w:t>
            </w:r>
            <w:r w:rsidRPr="002C6B6A">
              <w:rPr>
                <w:rFonts w:ascii="Times New Roman" w:eastAsia="Times New Roman" w:hAnsi="Times New Roman"/>
                <w:color w:val="EE0000"/>
                <w:sz w:val="20"/>
              </w:rPr>
              <w:t>]</w:t>
            </w:r>
          </w:p>
        </w:tc>
      </w:tr>
      <w:tr w:rsidR="002B639E" w14:paraId="10A07984" w14:textId="77777777" w:rsidTr="00911EA6">
        <w:trPr>
          <w:jc w:val="center"/>
        </w:trPr>
        <w:tc>
          <w:tcPr>
            <w:tcW w:w="2038" w:type="dxa"/>
          </w:tcPr>
          <w:p w14:paraId="3568BC61" w14:textId="77777777" w:rsidR="002B639E" w:rsidRPr="002221A5" w:rsidRDefault="00AF2E33" w:rsidP="000E1F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21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Leopard cat</w:t>
            </w:r>
            <w:r w:rsidRPr="002221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Pr="002221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Prionailurus bengalensis</w:t>
            </w:r>
            <w:r w:rsidRPr="002221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Kerr, 1792)</w:t>
            </w:r>
          </w:p>
          <w:p w14:paraId="2F8B1C33" w14:textId="77777777" w:rsidR="002C6B6A" w:rsidRPr="002221A5" w:rsidRDefault="002C6B6A" w:rsidP="000E1F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9" w:type="dxa"/>
          </w:tcPr>
          <w:p w14:paraId="06C5910B" w14:textId="77777777" w:rsidR="002B639E" w:rsidRDefault="00AF2E33">
            <w:pPr>
              <w:jc w:val="center"/>
            </w:pPr>
            <w:r>
              <w:rPr>
                <w:rFonts w:ascii="Times New Roman" w:eastAsia="Times New Roman" w:hAnsi="Times New Roman"/>
                <w:sz w:val="20"/>
              </w:rPr>
              <w:t>+</w:t>
            </w:r>
            <w:r>
              <w:rPr>
                <w:rFonts w:ascii="Times New Roman" w:eastAsia="Times New Roman" w:hAnsi="Times New Roman"/>
                <w:sz w:val="20"/>
              </w:rPr>
              <w:br/>
              <w:t>(electroretinograhy)</w:t>
            </w:r>
          </w:p>
        </w:tc>
        <w:tc>
          <w:tcPr>
            <w:tcW w:w="1561" w:type="dxa"/>
          </w:tcPr>
          <w:p w14:paraId="645A1588" w14:textId="11231B46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791" w:type="dxa"/>
          </w:tcPr>
          <w:p w14:paraId="6EF8E7A2" w14:textId="0ADA127E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561" w:type="dxa"/>
          </w:tcPr>
          <w:p w14:paraId="5DDB1AE6" w14:textId="6B0418E1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561" w:type="dxa"/>
          </w:tcPr>
          <w:p w14:paraId="39A3DCDF" w14:textId="173B56EB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2506" w:type="dxa"/>
          </w:tcPr>
          <w:p w14:paraId="5E5D1F64" w14:textId="77777777" w:rsidR="002B639E" w:rsidRDefault="00AF2E33">
            <w:pPr>
              <w:jc w:val="center"/>
            </w:pPr>
            <w:r>
              <w:rPr>
                <w:rFonts w:ascii="Times New Roman" w:eastAsia="Times New Roman" w:hAnsi="Times New Roman"/>
                <w:sz w:val="20"/>
              </w:rPr>
              <w:t>+</w:t>
            </w:r>
          </w:p>
        </w:tc>
        <w:tc>
          <w:tcPr>
            <w:tcW w:w="2110" w:type="dxa"/>
          </w:tcPr>
          <w:p w14:paraId="358A2B00" w14:textId="2671454E" w:rsidR="002B639E" w:rsidRPr="002C6B6A" w:rsidRDefault="00AF2E33">
            <w:pPr>
              <w:jc w:val="center"/>
              <w:rPr>
                <w:color w:val="EE0000"/>
              </w:rPr>
            </w:pPr>
            <w:r w:rsidRPr="002C6B6A">
              <w:rPr>
                <w:rFonts w:ascii="Times New Roman" w:eastAsia="Times New Roman" w:hAnsi="Times New Roman"/>
                <w:color w:val="EE0000"/>
                <w:sz w:val="20"/>
              </w:rPr>
              <w:t>[</w:t>
            </w:r>
            <w:r w:rsidR="00F13921" w:rsidRPr="002C6B6A">
              <w:rPr>
                <w:rFonts w:ascii="Times New Roman" w:eastAsia="Times New Roman" w:hAnsi="Times New Roman"/>
                <w:color w:val="EE0000"/>
                <w:sz w:val="20"/>
              </w:rPr>
              <w:t>19</w:t>
            </w:r>
            <w:r w:rsidRPr="002C6B6A">
              <w:rPr>
                <w:rFonts w:ascii="Times New Roman" w:eastAsia="Times New Roman" w:hAnsi="Times New Roman"/>
                <w:color w:val="EE0000"/>
                <w:sz w:val="20"/>
              </w:rPr>
              <w:t xml:space="preserve">, </w:t>
            </w:r>
            <w:r w:rsidR="00F13921" w:rsidRPr="002C6B6A">
              <w:rPr>
                <w:rFonts w:ascii="Times New Roman" w:eastAsia="Times New Roman" w:hAnsi="Times New Roman"/>
                <w:color w:val="EE0000"/>
                <w:sz w:val="20"/>
              </w:rPr>
              <w:t>51</w:t>
            </w:r>
            <w:r w:rsidRPr="002C6B6A">
              <w:rPr>
                <w:rFonts w:ascii="Times New Roman" w:eastAsia="Times New Roman" w:hAnsi="Times New Roman"/>
                <w:color w:val="EE0000"/>
                <w:sz w:val="20"/>
              </w:rPr>
              <w:t>]</w:t>
            </w:r>
          </w:p>
        </w:tc>
      </w:tr>
      <w:tr w:rsidR="002B639E" w14:paraId="7E99AE3E" w14:textId="77777777" w:rsidTr="00911EA6">
        <w:trPr>
          <w:jc w:val="center"/>
        </w:trPr>
        <w:tc>
          <w:tcPr>
            <w:tcW w:w="2038" w:type="dxa"/>
          </w:tcPr>
          <w:p w14:paraId="0BBC386E" w14:textId="77777777" w:rsidR="002B639E" w:rsidRPr="002221A5" w:rsidRDefault="00AF2E33" w:rsidP="000E1F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21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Marblet cat</w:t>
            </w:r>
            <w:r w:rsidRPr="002221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Pr="002221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Pardofelis marmorata</w:t>
            </w:r>
            <w:r w:rsidRPr="002221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Martin, 1837)</w:t>
            </w:r>
          </w:p>
          <w:p w14:paraId="7762809C" w14:textId="77777777" w:rsidR="002C6B6A" w:rsidRPr="002221A5" w:rsidRDefault="002C6B6A" w:rsidP="000E1F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9" w:type="dxa"/>
          </w:tcPr>
          <w:p w14:paraId="18ECE1B3" w14:textId="77777777" w:rsidR="002B639E" w:rsidRDefault="00AF2E33">
            <w:pPr>
              <w:jc w:val="center"/>
            </w:pPr>
            <w:r>
              <w:rPr>
                <w:rFonts w:ascii="Times New Roman" w:eastAsia="Times New Roman" w:hAnsi="Times New Roman"/>
                <w:sz w:val="20"/>
              </w:rPr>
              <w:t xml:space="preserve">+ </w:t>
            </w:r>
            <w:r>
              <w:rPr>
                <w:rFonts w:ascii="Times New Roman" w:eastAsia="Times New Roman" w:hAnsi="Times New Roman"/>
                <w:sz w:val="20"/>
              </w:rPr>
              <w:br/>
              <w:t>(orbital region – orbit type)</w:t>
            </w:r>
          </w:p>
        </w:tc>
        <w:tc>
          <w:tcPr>
            <w:tcW w:w="1561" w:type="dxa"/>
          </w:tcPr>
          <w:p w14:paraId="529B61C6" w14:textId="6A237979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791" w:type="dxa"/>
          </w:tcPr>
          <w:p w14:paraId="2E02C94A" w14:textId="6DF7FC68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561" w:type="dxa"/>
          </w:tcPr>
          <w:p w14:paraId="3BF0E5FD" w14:textId="5D9B1FBC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561" w:type="dxa"/>
          </w:tcPr>
          <w:p w14:paraId="23B3E70A" w14:textId="231D562D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2506" w:type="dxa"/>
          </w:tcPr>
          <w:p w14:paraId="47B33317" w14:textId="377FBEE3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2110" w:type="dxa"/>
          </w:tcPr>
          <w:p w14:paraId="40BBC5A2" w14:textId="798A2048" w:rsidR="002B639E" w:rsidRPr="002C6B6A" w:rsidRDefault="00AF2E33">
            <w:pPr>
              <w:jc w:val="center"/>
              <w:rPr>
                <w:color w:val="EE0000"/>
              </w:rPr>
            </w:pPr>
            <w:r w:rsidRPr="002C6B6A">
              <w:rPr>
                <w:rFonts w:ascii="Times New Roman" w:eastAsia="Times New Roman" w:hAnsi="Times New Roman"/>
                <w:color w:val="EE0000"/>
                <w:sz w:val="20"/>
              </w:rPr>
              <w:t>[</w:t>
            </w:r>
            <w:r w:rsidR="00F13921" w:rsidRPr="002C6B6A">
              <w:rPr>
                <w:rFonts w:ascii="Times New Roman" w:eastAsia="Times New Roman" w:hAnsi="Times New Roman"/>
                <w:color w:val="EE0000"/>
                <w:sz w:val="20"/>
              </w:rPr>
              <w:t>52</w:t>
            </w:r>
            <w:r w:rsidRPr="002C6B6A">
              <w:rPr>
                <w:rFonts w:ascii="Times New Roman" w:eastAsia="Times New Roman" w:hAnsi="Times New Roman"/>
                <w:color w:val="EE0000"/>
                <w:sz w:val="20"/>
              </w:rPr>
              <w:t>]</w:t>
            </w:r>
          </w:p>
        </w:tc>
      </w:tr>
      <w:tr w:rsidR="002B639E" w14:paraId="3053F80C" w14:textId="77777777" w:rsidTr="00911EA6">
        <w:trPr>
          <w:jc w:val="center"/>
        </w:trPr>
        <w:tc>
          <w:tcPr>
            <w:tcW w:w="2038" w:type="dxa"/>
          </w:tcPr>
          <w:p w14:paraId="4047290A" w14:textId="77777777" w:rsidR="002B639E" w:rsidRPr="002221A5" w:rsidRDefault="00AF2E33" w:rsidP="000E1F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21A5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Pr="002221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celot</w:t>
            </w:r>
            <w:r w:rsidRPr="002221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Pr="002221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Leopardus pardalis</w:t>
            </w:r>
            <w:r w:rsidRPr="002221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Linnaeus, 1758)</w:t>
            </w:r>
          </w:p>
          <w:p w14:paraId="68BE6AEB" w14:textId="77777777" w:rsidR="002C6B6A" w:rsidRPr="002221A5" w:rsidRDefault="002C6B6A" w:rsidP="000E1F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9" w:type="dxa"/>
          </w:tcPr>
          <w:p w14:paraId="6C18B6E0" w14:textId="3ACAC955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561" w:type="dxa"/>
          </w:tcPr>
          <w:p w14:paraId="0B2C92BC" w14:textId="109A8491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791" w:type="dxa"/>
          </w:tcPr>
          <w:p w14:paraId="4805E461" w14:textId="12DC7B7B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561" w:type="dxa"/>
          </w:tcPr>
          <w:p w14:paraId="25172BEA" w14:textId="2F79D821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561" w:type="dxa"/>
          </w:tcPr>
          <w:p w14:paraId="04FC7F36" w14:textId="70653789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2506" w:type="dxa"/>
          </w:tcPr>
          <w:p w14:paraId="65A8EDDE" w14:textId="77777777" w:rsidR="002B639E" w:rsidRDefault="00AF2E33">
            <w:pPr>
              <w:jc w:val="center"/>
            </w:pPr>
            <w:r>
              <w:rPr>
                <w:rFonts w:ascii="Times New Roman" w:eastAsia="Times New Roman" w:hAnsi="Times New Roman"/>
                <w:sz w:val="20"/>
              </w:rPr>
              <w:t>+</w:t>
            </w:r>
          </w:p>
        </w:tc>
        <w:tc>
          <w:tcPr>
            <w:tcW w:w="2110" w:type="dxa"/>
          </w:tcPr>
          <w:p w14:paraId="1CBA40C8" w14:textId="23E6D3FB" w:rsidR="002B639E" w:rsidRPr="002C6B6A" w:rsidRDefault="00AF2E33">
            <w:pPr>
              <w:jc w:val="center"/>
              <w:rPr>
                <w:color w:val="EE0000"/>
              </w:rPr>
            </w:pPr>
            <w:r w:rsidRPr="002C6B6A">
              <w:rPr>
                <w:rFonts w:ascii="Times New Roman" w:eastAsia="Times New Roman" w:hAnsi="Times New Roman"/>
                <w:color w:val="EE0000"/>
                <w:sz w:val="20"/>
              </w:rPr>
              <w:t>[</w:t>
            </w:r>
            <w:r w:rsidR="00F13921" w:rsidRPr="002C6B6A">
              <w:rPr>
                <w:rFonts w:ascii="Times New Roman" w:eastAsia="Times New Roman" w:hAnsi="Times New Roman"/>
                <w:color w:val="EE0000"/>
                <w:sz w:val="20"/>
              </w:rPr>
              <w:t>19</w:t>
            </w:r>
            <w:r w:rsidRPr="002C6B6A">
              <w:rPr>
                <w:rFonts w:ascii="Times New Roman" w:eastAsia="Times New Roman" w:hAnsi="Times New Roman"/>
                <w:color w:val="EE0000"/>
                <w:sz w:val="20"/>
              </w:rPr>
              <w:t>]</w:t>
            </w:r>
          </w:p>
        </w:tc>
      </w:tr>
      <w:tr w:rsidR="002B639E" w14:paraId="31C6D0DE" w14:textId="77777777" w:rsidTr="00911EA6">
        <w:trPr>
          <w:jc w:val="center"/>
        </w:trPr>
        <w:tc>
          <w:tcPr>
            <w:tcW w:w="2038" w:type="dxa"/>
          </w:tcPr>
          <w:p w14:paraId="2598FD32" w14:textId="77777777" w:rsidR="002B639E" w:rsidRPr="002221A5" w:rsidRDefault="00AF2E33" w:rsidP="000E1F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21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Sand cat</w:t>
            </w:r>
            <w:r w:rsidRPr="002221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Pr="002221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Felis margarita</w:t>
            </w:r>
            <w:r w:rsidRPr="002221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Loche, 1858)</w:t>
            </w:r>
          </w:p>
          <w:p w14:paraId="205FB176" w14:textId="77777777" w:rsidR="002C6B6A" w:rsidRPr="002221A5" w:rsidRDefault="002C6B6A" w:rsidP="000E1F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9" w:type="dxa"/>
          </w:tcPr>
          <w:p w14:paraId="1227D230" w14:textId="761082E5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561" w:type="dxa"/>
          </w:tcPr>
          <w:p w14:paraId="1CB73882" w14:textId="727A7C41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791" w:type="dxa"/>
          </w:tcPr>
          <w:p w14:paraId="3BFF8820" w14:textId="5FFDCD8F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561" w:type="dxa"/>
          </w:tcPr>
          <w:p w14:paraId="5516169B" w14:textId="26C3E235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561" w:type="dxa"/>
          </w:tcPr>
          <w:p w14:paraId="4B6E1020" w14:textId="43C9DD60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2506" w:type="dxa"/>
          </w:tcPr>
          <w:p w14:paraId="586D70F8" w14:textId="77777777" w:rsidR="002B639E" w:rsidRDefault="00AF2E33">
            <w:pPr>
              <w:jc w:val="center"/>
            </w:pPr>
            <w:r>
              <w:rPr>
                <w:rFonts w:ascii="Times New Roman" w:eastAsia="Times New Roman" w:hAnsi="Times New Roman"/>
                <w:sz w:val="20"/>
              </w:rPr>
              <w:t>+</w:t>
            </w:r>
          </w:p>
        </w:tc>
        <w:tc>
          <w:tcPr>
            <w:tcW w:w="2110" w:type="dxa"/>
          </w:tcPr>
          <w:p w14:paraId="7993AFA9" w14:textId="5447CCF1" w:rsidR="002B639E" w:rsidRPr="002C6B6A" w:rsidRDefault="00AF2E33">
            <w:pPr>
              <w:jc w:val="center"/>
              <w:rPr>
                <w:color w:val="EE0000"/>
              </w:rPr>
            </w:pPr>
            <w:r w:rsidRPr="002C6B6A">
              <w:rPr>
                <w:rFonts w:ascii="Times New Roman" w:eastAsia="Times New Roman" w:hAnsi="Times New Roman"/>
                <w:color w:val="EE0000"/>
                <w:sz w:val="20"/>
              </w:rPr>
              <w:t>[</w:t>
            </w:r>
            <w:r w:rsidR="00F13921" w:rsidRPr="002C6B6A">
              <w:rPr>
                <w:rFonts w:ascii="Times New Roman" w:eastAsia="Times New Roman" w:hAnsi="Times New Roman"/>
                <w:color w:val="EE0000"/>
                <w:sz w:val="20"/>
              </w:rPr>
              <w:t>19</w:t>
            </w:r>
            <w:r w:rsidRPr="002C6B6A">
              <w:rPr>
                <w:rFonts w:ascii="Times New Roman" w:eastAsia="Times New Roman" w:hAnsi="Times New Roman"/>
                <w:color w:val="EE0000"/>
                <w:sz w:val="20"/>
              </w:rPr>
              <w:t>]</w:t>
            </w:r>
          </w:p>
        </w:tc>
      </w:tr>
      <w:tr w:rsidR="002B639E" w14:paraId="7ADA094F" w14:textId="77777777" w:rsidTr="00911EA6">
        <w:trPr>
          <w:jc w:val="center"/>
        </w:trPr>
        <w:tc>
          <w:tcPr>
            <w:tcW w:w="2038" w:type="dxa"/>
          </w:tcPr>
          <w:p w14:paraId="2EB3D434" w14:textId="77777777" w:rsidR="002B639E" w:rsidRPr="002221A5" w:rsidRDefault="00AF2E33" w:rsidP="000E1F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21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Serval</w:t>
            </w:r>
            <w:r w:rsidRPr="002221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Pr="002221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Leptailurus serval</w:t>
            </w:r>
            <w:r w:rsidRPr="002221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Schreber, 1776)</w:t>
            </w:r>
          </w:p>
          <w:p w14:paraId="3347B2D6" w14:textId="77777777" w:rsidR="002C6B6A" w:rsidRPr="002221A5" w:rsidRDefault="002C6B6A" w:rsidP="000E1F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9" w:type="dxa"/>
          </w:tcPr>
          <w:p w14:paraId="60A47B94" w14:textId="323E88B6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561" w:type="dxa"/>
          </w:tcPr>
          <w:p w14:paraId="2125D3AE" w14:textId="240F89FB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791" w:type="dxa"/>
          </w:tcPr>
          <w:p w14:paraId="433677CD" w14:textId="032D3030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561" w:type="dxa"/>
          </w:tcPr>
          <w:p w14:paraId="1B9ED927" w14:textId="779E5848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561" w:type="dxa"/>
          </w:tcPr>
          <w:p w14:paraId="37FD734D" w14:textId="10ADC0DE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2506" w:type="dxa"/>
          </w:tcPr>
          <w:p w14:paraId="113D2B6A" w14:textId="77777777" w:rsidR="002B639E" w:rsidRDefault="00AF2E33">
            <w:pPr>
              <w:jc w:val="center"/>
            </w:pPr>
            <w:r>
              <w:rPr>
                <w:rFonts w:ascii="Times New Roman" w:eastAsia="Times New Roman" w:hAnsi="Times New Roman"/>
                <w:sz w:val="20"/>
              </w:rPr>
              <w:t>+</w:t>
            </w:r>
          </w:p>
        </w:tc>
        <w:tc>
          <w:tcPr>
            <w:tcW w:w="2110" w:type="dxa"/>
          </w:tcPr>
          <w:p w14:paraId="72B73E32" w14:textId="1892C71E" w:rsidR="002B639E" w:rsidRPr="002C6B6A" w:rsidRDefault="00AF2E33">
            <w:pPr>
              <w:jc w:val="center"/>
              <w:rPr>
                <w:color w:val="EE0000"/>
              </w:rPr>
            </w:pPr>
            <w:r w:rsidRPr="002C6B6A">
              <w:rPr>
                <w:rFonts w:ascii="Times New Roman" w:eastAsia="Times New Roman" w:hAnsi="Times New Roman"/>
                <w:color w:val="EE0000"/>
                <w:sz w:val="20"/>
              </w:rPr>
              <w:t>[</w:t>
            </w:r>
            <w:r w:rsidR="00F13921" w:rsidRPr="002C6B6A">
              <w:rPr>
                <w:rFonts w:ascii="Times New Roman" w:eastAsia="Times New Roman" w:hAnsi="Times New Roman"/>
                <w:color w:val="EE0000"/>
                <w:sz w:val="20"/>
              </w:rPr>
              <w:t>19</w:t>
            </w:r>
            <w:r w:rsidRPr="002C6B6A">
              <w:rPr>
                <w:rFonts w:ascii="Times New Roman" w:eastAsia="Times New Roman" w:hAnsi="Times New Roman"/>
                <w:color w:val="EE0000"/>
                <w:sz w:val="20"/>
              </w:rPr>
              <w:t>]</w:t>
            </w:r>
          </w:p>
        </w:tc>
      </w:tr>
      <w:tr w:rsidR="002B639E" w14:paraId="23CB90AD" w14:textId="77777777" w:rsidTr="00911EA6">
        <w:trPr>
          <w:jc w:val="center"/>
        </w:trPr>
        <w:tc>
          <w:tcPr>
            <w:tcW w:w="2038" w:type="dxa"/>
          </w:tcPr>
          <w:p w14:paraId="1C03A7A0" w14:textId="77777777" w:rsidR="002B639E" w:rsidRPr="002221A5" w:rsidRDefault="00AF2E33" w:rsidP="000E1F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21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Snow leopard</w:t>
            </w:r>
            <w:r w:rsidRPr="002221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Pr="002221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Panthera uncia</w:t>
            </w:r>
            <w:r w:rsidRPr="002221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Schreber, 1775)</w:t>
            </w:r>
          </w:p>
          <w:p w14:paraId="19A4135D" w14:textId="77777777" w:rsidR="002C6B6A" w:rsidRPr="002221A5" w:rsidRDefault="002C6B6A" w:rsidP="000E1F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9" w:type="dxa"/>
          </w:tcPr>
          <w:p w14:paraId="46878D68" w14:textId="74CCAEAE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561" w:type="dxa"/>
          </w:tcPr>
          <w:p w14:paraId="5948B894" w14:textId="6B564597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791" w:type="dxa"/>
          </w:tcPr>
          <w:p w14:paraId="55DDF1E3" w14:textId="67B89FC6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561" w:type="dxa"/>
          </w:tcPr>
          <w:p w14:paraId="3E956F6D" w14:textId="30D65AC1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561" w:type="dxa"/>
          </w:tcPr>
          <w:p w14:paraId="05E079E6" w14:textId="2A646034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2506" w:type="dxa"/>
          </w:tcPr>
          <w:p w14:paraId="0FB1231B" w14:textId="77777777" w:rsidR="002B639E" w:rsidRDefault="00AF2E33">
            <w:pPr>
              <w:jc w:val="center"/>
            </w:pPr>
            <w:r>
              <w:rPr>
                <w:rFonts w:ascii="Times New Roman" w:eastAsia="Times New Roman" w:hAnsi="Times New Roman"/>
                <w:sz w:val="20"/>
              </w:rPr>
              <w:t>+</w:t>
            </w:r>
          </w:p>
        </w:tc>
        <w:tc>
          <w:tcPr>
            <w:tcW w:w="2110" w:type="dxa"/>
          </w:tcPr>
          <w:p w14:paraId="199C7F47" w14:textId="7243490C" w:rsidR="002B639E" w:rsidRPr="002C6B6A" w:rsidRDefault="00AF2E33">
            <w:pPr>
              <w:jc w:val="center"/>
              <w:rPr>
                <w:color w:val="EE0000"/>
              </w:rPr>
            </w:pPr>
            <w:r w:rsidRPr="002C6B6A">
              <w:rPr>
                <w:rFonts w:ascii="Times New Roman" w:eastAsia="Times New Roman" w:hAnsi="Times New Roman"/>
                <w:color w:val="EE0000"/>
                <w:sz w:val="20"/>
              </w:rPr>
              <w:t>[</w:t>
            </w:r>
            <w:r w:rsidR="00F13921" w:rsidRPr="002C6B6A">
              <w:rPr>
                <w:rFonts w:ascii="Times New Roman" w:eastAsia="Times New Roman" w:hAnsi="Times New Roman"/>
                <w:color w:val="EE0000"/>
                <w:sz w:val="20"/>
              </w:rPr>
              <w:t>19</w:t>
            </w:r>
            <w:r w:rsidRPr="002C6B6A">
              <w:rPr>
                <w:rFonts w:ascii="Times New Roman" w:eastAsia="Times New Roman" w:hAnsi="Times New Roman"/>
                <w:color w:val="EE0000"/>
                <w:sz w:val="20"/>
              </w:rPr>
              <w:t xml:space="preserve">, </w:t>
            </w:r>
            <w:r w:rsidR="00F13921" w:rsidRPr="002C6B6A">
              <w:rPr>
                <w:rFonts w:ascii="Times New Roman" w:eastAsia="Times New Roman" w:hAnsi="Times New Roman"/>
                <w:color w:val="EE0000"/>
                <w:sz w:val="20"/>
              </w:rPr>
              <w:t>56</w:t>
            </w:r>
            <w:r w:rsidRPr="002C6B6A">
              <w:rPr>
                <w:rFonts w:ascii="Times New Roman" w:eastAsia="Times New Roman" w:hAnsi="Times New Roman"/>
                <w:color w:val="EE0000"/>
                <w:sz w:val="20"/>
              </w:rPr>
              <w:t>–</w:t>
            </w:r>
            <w:r w:rsidR="00F13921" w:rsidRPr="002C6B6A">
              <w:rPr>
                <w:rFonts w:ascii="Times New Roman" w:eastAsia="Times New Roman" w:hAnsi="Times New Roman"/>
                <w:color w:val="EE0000"/>
                <w:sz w:val="20"/>
              </w:rPr>
              <w:t>66</w:t>
            </w:r>
            <w:r w:rsidRPr="002C6B6A">
              <w:rPr>
                <w:rFonts w:ascii="Times New Roman" w:eastAsia="Times New Roman" w:hAnsi="Times New Roman"/>
                <w:color w:val="EE0000"/>
                <w:sz w:val="20"/>
              </w:rPr>
              <w:t>]</w:t>
            </w:r>
          </w:p>
        </w:tc>
      </w:tr>
      <w:tr w:rsidR="002B639E" w14:paraId="2C80D2AB" w14:textId="77777777" w:rsidTr="00911EA6">
        <w:trPr>
          <w:jc w:val="center"/>
        </w:trPr>
        <w:tc>
          <w:tcPr>
            <w:tcW w:w="2038" w:type="dxa"/>
          </w:tcPr>
          <w:p w14:paraId="370832AF" w14:textId="77777777" w:rsidR="002B639E" w:rsidRPr="002221A5" w:rsidRDefault="00AF2E33" w:rsidP="000E1F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21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Tiger</w:t>
            </w:r>
            <w:r w:rsidRPr="002221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Pr="002221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Panthera tigris</w:t>
            </w:r>
            <w:r w:rsidRPr="002221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Linnaeus, 1758)</w:t>
            </w:r>
          </w:p>
          <w:p w14:paraId="5379F412" w14:textId="77777777" w:rsidR="002C6B6A" w:rsidRPr="002221A5" w:rsidRDefault="002C6B6A" w:rsidP="000E1F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9" w:type="dxa"/>
          </w:tcPr>
          <w:p w14:paraId="08952B5D" w14:textId="77777777" w:rsidR="002B639E" w:rsidRDefault="00AF2E33">
            <w:pPr>
              <w:jc w:val="center"/>
            </w:pPr>
            <w:r>
              <w:rPr>
                <w:rFonts w:ascii="Times New Roman" w:eastAsia="Times New Roman" w:hAnsi="Times New Roman"/>
                <w:sz w:val="20"/>
              </w:rPr>
              <w:t>+</w:t>
            </w:r>
            <w:r>
              <w:rPr>
                <w:rFonts w:ascii="Times New Roman" w:eastAsia="Times New Roman" w:hAnsi="Times New Roman"/>
                <w:sz w:val="20"/>
              </w:rPr>
              <w:br/>
              <w:t>(cornea)</w:t>
            </w:r>
          </w:p>
        </w:tc>
        <w:tc>
          <w:tcPr>
            <w:tcW w:w="1561" w:type="dxa"/>
          </w:tcPr>
          <w:p w14:paraId="5DAD3393" w14:textId="67CB664F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791" w:type="dxa"/>
          </w:tcPr>
          <w:p w14:paraId="58A06F5C" w14:textId="0120C01E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561" w:type="dxa"/>
          </w:tcPr>
          <w:p w14:paraId="1DDCF7E9" w14:textId="6076E316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561" w:type="dxa"/>
          </w:tcPr>
          <w:p w14:paraId="411F772B" w14:textId="4BF2B8EE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2506" w:type="dxa"/>
          </w:tcPr>
          <w:p w14:paraId="6F2B7812" w14:textId="77777777" w:rsidR="002B639E" w:rsidRDefault="00AF2E33">
            <w:pPr>
              <w:jc w:val="center"/>
            </w:pPr>
            <w:r>
              <w:rPr>
                <w:rFonts w:ascii="Times New Roman" w:eastAsia="Times New Roman" w:hAnsi="Times New Roman"/>
                <w:sz w:val="20"/>
              </w:rPr>
              <w:t>+</w:t>
            </w:r>
          </w:p>
        </w:tc>
        <w:tc>
          <w:tcPr>
            <w:tcW w:w="2110" w:type="dxa"/>
          </w:tcPr>
          <w:p w14:paraId="71AA475E" w14:textId="45692965" w:rsidR="002B639E" w:rsidRPr="002C6B6A" w:rsidRDefault="00AF2E33">
            <w:pPr>
              <w:jc w:val="center"/>
              <w:rPr>
                <w:color w:val="EE0000"/>
              </w:rPr>
            </w:pPr>
            <w:r w:rsidRPr="002C6B6A">
              <w:rPr>
                <w:rFonts w:ascii="Times New Roman" w:eastAsia="Times New Roman" w:hAnsi="Times New Roman"/>
                <w:color w:val="EE0000"/>
                <w:sz w:val="20"/>
              </w:rPr>
              <w:t>[</w:t>
            </w:r>
            <w:r w:rsidR="00F13921" w:rsidRPr="002C6B6A">
              <w:rPr>
                <w:rFonts w:ascii="Times New Roman" w:eastAsia="Times New Roman" w:hAnsi="Times New Roman"/>
                <w:color w:val="EE0000"/>
                <w:sz w:val="20"/>
              </w:rPr>
              <w:t>12</w:t>
            </w:r>
            <w:r w:rsidRPr="002C6B6A">
              <w:rPr>
                <w:rFonts w:ascii="Times New Roman" w:eastAsia="Times New Roman" w:hAnsi="Times New Roman"/>
                <w:color w:val="EE0000"/>
                <w:sz w:val="20"/>
              </w:rPr>
              <w:t xml:space="preserve">, </w:t>
            </w:r>
            <w:r w:rsidR="00F13921" w:rsidRPr="002C6B6A">
              <w:rPr>
                <w:rFonts w:ascii="Times New Roman" w:eastAsia="Times New Roman" w:hAnsi="Times New Roman"/>
                <w:color w:val="EE0000"/>
                <w:sz w:val="20"/>
              </w:rPr>
              <w:t>18</w:t>
            </w:r>
            <w:r w:rsidRPr="002C6B6A">
              <w:rPr>
                <w:rFonts w:ascii="Times New Roman" w:eastAsia="Times New Roman" w:hAnsi="Times New Roman"/>
                <w:color w:val="EE0000"/>
                <w:sz w:val="20"/>
              </w:rPr>
              <w:t xml:space="preserve">, </w:t>
            </w:r>
            <w:r w:rsidR="00F13921" w:rsidRPr="002C6B6A">
              <w:rPr>
                <w:rFonts w:ascii="Times New Roman" w:eastAsia="Times New Roman" w:hAnsi="Times New Roman"/>
                <w:color w:val="EE0000"/>
                <w:sz w:val="20"/>
              </w:rPr>
              <w:t>19</w:t>
            </w:r>
            <w:r w:rsidRPr="002C6B6A">
              <w:rPr>
                <w:rFonts w:ascii="Times New Roman" w:eastAsia="Times New Roman" w:hAnsi="Times New Roman"/>
                <w:color w:val="EE0000"/>
                <w:sz w:val="20"/>
              </w:rPr>
              <w:t>,</w:t>
            </w:r>
            <w:r w:rsidR="00F13921" w:rsidRPr="002C6B6A">
              <w:rPr>
                <w:rFonts w:ascii="Times New Roman" w:eastAsia="Times New Roman" w:hAnsi="Times New Roman"/>
                <w:color w:val="EE0000"/>
                <w:sz w:val="20"/>
              </w:rPr>
              <w:t xml:space="preserve"> 67</w:t>
            </w:r>
            <w:r w:rsidRPr="002C6B6A">
              <w:rPr>
                <w:rFonts w:ascii="Times New Roman" w:eastAsia="Times New Roman" w:hAnsi="Times New Roman"/>
                <w:color w:val="EE0000"/>
                <w:sz w:val="20"/>
              </w:rPr>
              <w:t>–</w:t>
            </w:r>
            <w:r w:rsidR="00F13921" w:rsidRPr="002C6B6A">
              <w:rPr>
                <w:rFonts w:ascii="Times New Roman" w:eastAsia="Times New Roman" w:hAnsi="Times New Roman"/>
                <w:color w:val="EE0000"/>
                <w:sz w:val="20"/>
              </w:rPr>
              <w:t>69</w:t>
            </w:r>
            <w:r w:rsidRPr="002C6B6A">
              <w:rPr>
                <w:rFonts w:ascii="Times New Roman" w:eastAsia="Times New Roman" w:hAnsi="Times New Roman"/>
                <w:color w:val="EE0000"/>
                <w:sz w:val="20"/>
              </w:rPr>
              <w:t>]</w:t>
            </w:r>
          </w:p>
        </w:tc>
      </w:tr>
      <w:tr w:rsidR="002B639E" w14:paraId="4F4C263D" w14:textId="77777777" w:rsidTr="00911EA6">
        <w:trPr>
          <w:jc w:val="center"/>
        </w:trPr>
        <w:tc>
          <w:tcPr>
            <w:tcW w:w="2038" w:type="dxa"/>
          </w:tcPr>
          <w:p w14:paraId="519749ED" w14:textId="77777777" w:rsidR="002B639E" w:rsidRPr="002221A5" w:rsidRDefault="00AF2E33" w:rsidP="000E1F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21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Bengal tiger</w:t>
            </w:r>
            <w:r w:rsidRPr="002221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2221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Panthera</w:t>
            </w:r>
            <w:proofErr w:type="spellEnd"/>
            <w:r w:rsidRPr="002221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221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tigris</w:t>
            </w:r>
            <w:proofErr w:type="spellEnd"/>
            <w:r w:rsidRPr="002221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221A5">
              <w:rPr>
                <w:rFonts w:ascii="Times New Roman" w:eastAsia="Times New Roman" w:hAnsi="Times New Roman" w:cs="Times New Roman"/>
                <w:sz w:val="20"/>
                <w:szCs w:val="20"/>
              </w:rPr>
              <w:t>spp</w:t>
            </w:r>
            <w:proofErr w:type="spellEnd"/>
            <w:r w:rsidRPr="002221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221A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2221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igris</w:t>
            </w:r>
            <w:proofErr w:type="spellEnd"/>
            <w:r w:rsidRPr="002221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Linnaeus, 1758)</w:t>
            </w:r>
          </w:p>
          <w:p w14:paraId="651EA4CA" w14:textId="77777777" w:rsidR="002C6B6A" w:rsidRPr="002221A5" w:rsidRDefault="002C6B6A" w:rsidP="000E1F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9" w:type="dxa"/>
          </w:tcPr>
          <w:p w14:paraId="63A4BBD6" w14:textId="39AD6405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561" w:type="dxa"/>
          </w:tcPr>
          <w:p w14:paraId="41C6F482" w14:textId="4BE2DA53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791" w:type="dxa"/>
          </w:tcPr>
          <w:p w14:paraId="089EEB0F" w14:textId="58DE7911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561" w:type="dxa"/>
          </w:tcPr>
          <w:p w14:paraId="53AC4B08" w14:textId="69D775FD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561" w:type="dxa"/>
          </w:tcPr>
          <w:p w14:paraId="13C74EAC" w14:textId="09D64B92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2506" w:type="dxa"/>
          </w:tcPr>
          <w:p w14:paraId="6021CB03" w14:textId="77777777" w:rsidR="002B639E" w:rsidRDefault="00AF2E33">
            <w:pPr>
              <w:jc w:val="center"/>
            </w:pPr>
            <w:r>
              <w:rPr>
                <w:rFonts w:ascii="Times New Roman" w:eastAsia="Times New Roman" w:hAnsi="Times New Roman"/>
                <w:sz w:val="20"/>
              </w:rPr>
              <w:t>+</w:t>
            </w:r>
          </w:p>
        </w:tc>
        <w:tc>
          <w:tcPr>
            <w:tcW w:w="2110" w:type="dxa"/>
          </w:tcPr>
          <w:p w14:paraId="0B762A94" w14:textId="05D2DE96" w:rsidR="002B639E" w:rsidRPr="002C6B6A" w:rsidRDefault="00AF2E33">
            <w:pPr>
              <w:jc w:val="center"/>
              <w:rPr>
                <w:color w:val="EE0000"/>
              </w:rPr>
            </w:pPr>
            <w:r w:rsidRPr="002C6B6A">
              <w:rPr>
                <w:rFonts w:ascii="Times New Roman" w:eastAsia="Times New Roman" w:hAnsi="Times New Roman"/>
                <w:color w:val="EE0000"/>
                <w:sz w:val="20"/>
              </w:rPr>
              <w:t>[</w:t>
            </w:r>
            <w:r w:rsidR="00F13921" w:rsidRPr="002C6B6A">
              <w:rPr>
                <w:rFonts w:ascii="Times New Roman" w:eastAsia="Times New Roman" w:hAnsi="Times New Roman"/>
                <w:color w:val="EE0000"/>
                <w:sz w:val="20"/>
              </w:rPr>
              <w:t>70</w:t>
            </w:r>
            <w:r w:rsidRPr="002C6B6A">
              <w:rPr>
                <w:rFonts w:ascii="Times New Roman" w:eastAsia="Times New Roman" w:hAnsi="Times New Roman"/>
                <w:color w:val="EE0000"/>
                <w:sz w:val="20"/>
              </w:rPr>
              <w:t>–</w:t>
            </w:r>
            <w:r w:rsidR="00F13921" w:rsidRPr="002C6B6A">
              <w:rPr>
                <w:rFonts w:ascii="Times New Roman" w:eastAsia="Times New Roman" w:hAnsi="Times New Roman"/>
                <w:color w:val="EE0000"/>
                <w:sz w:val="20"/>
              </w:rPr>
              <w:t>72</w:t>
            </w:r>
            <w:r w:rsidRPr="002C6B6A">
              <w:rPr>
                <w:rFonts w:ascii="Times New Roman" w:eastAsia="Times New Roman" w:hAnsi="Times New Roman"/>
                <w:color w:val="EE0000"/>
                <w:sz w:val="20"/>
              </w:rPr>
              <w:t>]</w:t>
            </w:r>
          </w:p>
        </w:tc>
      </w:tr>
      <w:tr w:rsidR="002B639E" w14:paraId="75BA4CF6" w14:textId="77777777" w:rsidTr="00911EA6">
        <w:trPr>
          <w:jc w:val="center"/>
        </w:trPr>
        <w:tc>
          <w:tcPr>
            <w:tcW w:w="2038" w:type="dxa"/>
          </w:tcPr>
          <w:p w14:paraId="6223D883" w14:textId="77777777" w:rsidR="002B639E" w:rsidRPr="002221A5" w:rsidRDefault="00AF2E33" w:rsidP="000E1F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21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Siberian tiger</w:t>
            </w:r>
            <w:r w:rsidRPr="002221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Pr="002221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Panthera tigris </w:t>
            </w:r>
            <w:r w:rsidRPr="002221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lastRenderedPageBreak/>
              <w:t>altaica</w:t>
            </w:r>
            <w:r w:rsidRPr="002221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Temminck, 1844)</w:t>
            </w:r>
          </w:p>
          <w:p w14:paraId="3763CE06" w14:textId="77777777" w:rsidR="002C6B6A" w:rsidRPr="002221A5" w:rsidRDefault="002C6B6A" w:rsidP="000E1F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9" w:type="dxa"/>
          </w:tcPr>
          <w:p w14:paraId="0AE38A2F" w14:textId="7D1DDFA6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–</w:t>
            </w:r>
          </w:p>
        </w:tc>
        <w:tc>
          <w:tcPr>
            <w:tcW w:w="1561" w:type="dxa"/>
          </w:tcPr>
          <w:p w14:paraId="5638E3EC" w14:textId="7E19EBAC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791" w:type="dxa"/>
          </w:tcPr>
          <w:p w14:paraId="5F8CAD13" w14:textId="437315CD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561" w:type="dxa"/>
          </w:tcPr>
          <w:p w14:paraId="32D891A9" w14:textId="31183E1A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561" w:type="dxa"/>
          </w:tcPr>
          <w:p w14:paraId="3958DF7B" w14:textId="0A13431D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2506" w:type="dxa"/>
          </w:tcPr>
          <w:p w14:paraId="2182386B" w14:textId="77777777" w:rsidR="002B639E" w:rsidRDefault="00AF2E33">
            <w:pPr>
              <w:jc w:val="center"/>
            </w:pPr>
            <w:r>
              <w:rPr>
                <w:rFonts w:ascii="Times New Roman" w:eastAsia="Times New Roman" w:hAnsi="Times New Roman"/>
                <w:sz w:val="20"/>
              </w:rPr>
              <w:t>+</w:t>
            </w:r>
          </w:p>
        </w:tc>
        <w:tc>
          <w:tcPr>
            <w:tcW w:w="2110" w:type="dxa"/>
          </w:tcPr>
          <w:p w14:paraId="1BBB2655" w14:textId="198AD365" w:rsidR="002B639E" w:rsidRPr="002C6B6A" w:rsidRDefault="00AF2E33">
            <w:pPr>
              <w:jc w:val="center"/>
              <w:rPr>
                <w:color w:val="EE0000"/>
              </w:rPr>
            </w:pPr>
            <w:r w:rsidRPr="002C6B6A">
              <w:rPr>
                <w:rFonts w:ascii="Times New Roman" w:eastAsia="Times New Roman" w:hAnsi="Times New Roman"/>
                <w:color w:val="EE0000"/>
                <w:sz w:val="20"/>
              </w:rPr>
              <w:t>[</w:t>
            </w:r>
            <w:r w:rsidR="002C6B6A" w:rsidRPr="002C6B6A">
              <w:rPr>
                <w:rFonts w:ascii="Times New Roman" w:eastAsia="Times New Roman" w:hAnsi="Times New Roman"/>
                <w:color w:val="EE0000"/>
                <w:sz w:val="20"/>
              </w:rPr>
              <w:t>73</w:t>
            </w:r>
            <w:r w:rsidRPr="002C6B6A">
              <w:rPr>
                <w:rFonts w:ascii="Times New Roman" w:eastAsia="Times New Roman" w:hAnsi="Times New Roman"/>
                <w:color w:val="EE0000"/>
                <w:sz w:val="20"/>
              </w:rPr>
              <w:t xml:space="preserve">, </w:t>
            </w:r>
            <w:r w:rsidR="002C6B6A" w:rsidRPr="002C6B6A">
              <w:rPr>
                <w:rFonts w:ascii="Times New Roman" w:eastAsia="Times New Roman" w:hAnsi="Times New Roman"/>
                <w:color w:val="EE0000"/>
                <w:sz w:val="20"/>
              </w:rPr>
              <w:t>74</w:t>
            </w:r>
            <w:r w:rsidRPr="002C6B6A">
              <w:rPr>
                <w:rFonts w:ascii="Times New Roman" w:eastAsia="Times New Roman" w:hAnsi="Times New Roman"/>
                <w:color w:val="EE0000"/>
                <w:sz w:val="20"/>
              </w:rPr>
              <w:t>]</w:t>
            </w:r>
          </w:p>
        </w:tc>
      </w:tr>
      <w:tr w:rsidR="00FE4738" w14:paraId="0FBA3CBE" w14:textId="77777777" w:rsidTr="00911EA6">
        <w:trPr>
          <w:jc w:val="center"/>
        </w:trPr>
        <w:tc>
          <w:tcPr>
            <w:tcW w:w="14977" w:type="dxa"/>
            <w:gridSpan w:val="8"/>
          </w:tcPr>
          <w:p w14:paraId="1D27BD5F" w14:textId="77777777" w:rsidR="00FE4738" w:rsidRPr="002221A5" w:rsidRDefault="00FE4738" w:rsidP="000E1F4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21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HYAENAS – HYAENIDAE</w:t>
            </w:r>
          </w:p>
          <w:p w14:paraId="59438E62" w14:textId="1898AD98" w:rsidR="00FE4738" w:rsidRPr="002221A5" w:rsidRDefault="00FE4738" w:rsidP="000E1F4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B639E" w14:paraId="3AFB14BD" w14:textId="77777777" w:rsidTr="00911EA6">
        <w:trPr>
          <w:jc w:val="center"/>
        </w:trPr>
        <w:tc>
          <w:tcPr>
            <w:tcW w:w="2038" w:type="dxa"/>
          </w:tcPr>
          <w:p w14:paraId="770D3A82" w14:textId="77777777" w:rsidR="002B639E" w:rsidRPr="002221A5" w:rsidRDefault="00AF2E33" w:rsidP="000E1F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21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Spotted hyena</w:t>
            </w:r>
            <w:r w:rsidRPr="002221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2221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Crocuta</w:t>
            </w:r>
            <w:proofErr w:type="spellEnd"/>
            <w:r w:rsidRPr="002221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221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crocuta</w:t>
            </w:r>
            <w:proofErr w:type="spellEnd"/>
            <w:r w:rsidRPr="002221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221A5">
              <w:rPr>
                <w:rFonts w:ascii="Times New Roman" w:eastAsia="Times New Roman" w:hAnsi="Times New Roman" w:cs="Times New Roman"/>
                <w:sz w:val="20"/>
                <w:szCs w:val="20"/>
              </w:rPr>
              <w:t>Erxleben</w:t>
            </w:r>
            <w:proofErr w:type="spellEnd"/>
            <w:r w:rsidRPr="002221A5">
              <w:rPr>
                <w:rFonts w:ascii="Times New Roman" w:eastAsia="Times New Roman" w:hAnsi="Times New Roman" w:cs="Times New Roman"/>
                <w:sz w:val="20"/>
                <w:szCs w:val="20"/>
              </w:rPr>
              <w:t>, 1777)</w:t>
            </w:r>
          </w:p>
          <w:p w14:paraId="76B8F127" w14:textId="77777777" w:rsidR="002C6B6A" w:rsidRPr="002221A5" w:rsidRDefault="002C6B6A" w:rsidP="000E1F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9" w:type="dxa"/>
          </w:tcPr>
          <w:p w14:paraId="300864D9" w14:textId="77777777" w:rsidR="002B639E" w:rsidRDefault="00AF2E33">
            <w:pPr>
              <w:jc w:val="center"/>
            </w:pPr>
            <w:r>
              <w:rPr>
                <w:rFonts w:ascii="Times New Roman" w:eastAsia="Times New Roman" w:hAnsi="Times New Roman"/>
                <w:sz w:val="20"/>
              </w:rPr>
              <w:t>+</w:t>
            </w:r>
            <w:r>
              <w:rPr>
                <w:rFonts w:ascii="Times New Roman" w:eastAsia="Times New Roman" w:hAnsi="Times New Roman"/>
                <w:sz w:val="20"/>
              </w:rPr>
              <w:br/>
              <w:t>(retina)</w:t>
            </w:r>
          </w:p>
        </w:tc>
        <w:tc>
          <w:tcPr>
            <w:tcW w:w="1561" w:type="dxa"/>
          </w:tcPr>
          <w:p w14:paraId="4D11A017" w14:textId="200276F2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791" w:type="dxa"/>
          </w:tcPr>
          <w:p w14:paraId="3837623B" w14:textId="1999D95D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561" w:type="dxa"/>
          </w:tcPr>
          <w:p w14:paraId="3FC03D09" w14:textId="33A1CE5E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561" w:type="dxa"/>
          </w:tcPr>
          <w:p w14:paraId="4CF266AC" w14:textId="6176C28A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2506" w:type="dxa"/>
          </w:tcPr>
          <w:p w14:paraId="0A59BD9D" w14:textId="24121288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2110" w:type="dxa"/>
          </w:tcPr>
          <w:p w14:paraId="2FCBDD71" w14:textId="3490ED33" w:rsidR="002B639E" w:rsidRPr="002C6B6A" w:rsidRDefault="00AF2E33">
            <w:pPr>
              <w:jc w:val="center"/>
              <w:rPr>
                <w:color w:val="EE0000"/>
              </w:rPr>
            </w:pPr>
            <w:r w:rsidRPr="002C6B6A">
              <w:rPr>
                <w:rFonts w:ascii="Times New Roman" w:eastAsia="Times New Roman" w:hAnsi="Times New Roman"/>
                <w:color w:val="EE0000"/>
                <w:sz w:val="20"/>
              </w:rPr>
              <w:t>[</w:t>
            </w:r>
            <w:r w:rsidR="002C6B6A" w:rsidRPr="002C6B6A">
              <w:rPr>
                <w:rFonts w:ascii="Times New Roman" w:eastAsia="Times New Roman" w:hAnsi="Times New Roman"/>
                <w:color w:val="EE0000"/>
                <w:sz w:val="20"/>
              </w:rPr>
              <w:t>75</w:t>
            </w:r>
            <w:r w:rsidRPr="002C6B6A">
              <w:rPr>
                <w:rFonts w:ascii="Times New Roman" w:eastAsia="Times New Roman" w:hAnsi="Times New Roman"/>
                <w:color w:val="EE0000"/>
                <w:sz w:val="20"/>
              </w:rPr>
              <w:t>]</w:t>
            </w:r>
          </w:p>
        </w:tc>
      </w:tr>
      <w:tr w:rsidR="002B639E" w14:paraId="53C1CB12" w14:textId="77777777" w:rsidTr="00911EA6">
        <w:trPr>
          <w:jc w:val="center"/>
        </w:trPr>
        <w:tc>
          <w:tcPr>
            <w:tcW w:w="2038" w:type="dxa"/>
          </w:tcPr>
          <w:p w14:paraId="474A35C8" w14:textId="77777777" w:rsidR="002B639E" w:rsidRPr="002221A5" w:rsidRDefault="00AF2E33" w:rsidP="000E1F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21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Striped hyena</w:t>
            </w:r>
            <w:r w:rsidRPr="002221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Pr="002221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Hyaena hyaena Linnaeus</w:t>
            </w:r>
            <w:r w:rsidRPr="002221A5">
              <w:rPr>
                <w:rFonts w:ascii="Times New Roman" w:eastAsia="Times New Roman" w:hAnsi="Times New Roman" w:cs="Times New Roman"/>
                <w:sz w:val="20"/>
                <w:szCs w:val="20"/>
              </w:rPr>
              <w:t>, 1758)</w:t>
            </w:r>
          </w:p>
          <w:p w14:paraId="4D576496" w14:textId="77777777" w:rsidR="002C6B6A" w:rsidRPr="002221A5" w:rsidRDefault="002C6B6A" w:rsidP="000E1F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9" w:type="dxa"/>
          </w:tcPr>
          <w:p w14:paraId="2CBAA4BC" w14:textId="645DC28C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561" w:type="dxa"/>
          </w:tcPr>
          <w:p w14:paraId="0F4E9CC3" w14:textId="7BFD5836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791" w:type="dxa"/>
          </w:tcPr>
          <w:p w14:paraId="55E09DDC" w14:textId="412E0A46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561" w:type="dxa"/>
          </w:tcPr>
          <w:p w14:paraId="2514E388" w14:textId="1E4D069C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561" w:type="dxa"/>
          </w:tcPr>
          <w:p w14:paraId="2D698D62" w14:textId="0C0346B9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2506" w:type="dxa"/>
          </w:tcPr>
          <w:p w14:paraId="4561AC30" w14:textId="77777777" w:rsidR="002B639E" w:rsidRDefault="00AF2E33">
            <w:pPr>
              <w:jc w:val="center"/>
            </w:pPr>
            <w:r>
              <w:rPr>
                <w:rFonts w:ascii="Times New Roman" w:eastAsia="Times New Roman" w:hAnsi="Times New Roman"/>
                <w:sz w:val="20"/>
              </w:rPr>
              <w:t>+</w:t>
            </w:r>
          </w:p>
        </w:tc>
        <w:tc>
          <w:tcPr>
            <w:tcW w:w="2110" w:type="dxa"/>
          </w:tcPr>
          <w:p w14:paraId="4F178122" w14:textId="4008EC25" w:rsidR="002B639E" w:rsidRPr="002C6B6A" w:rsidRDefault="00AF2E33">
            <w:pPr>
              <w:jc w:val="center"/>
              <w:rPr>
                <w:color w:val="EE0000"/>
              </w:rPr>
            </w:pPr>
            <w:r w:rsidRPr="002C6B6A">
              <w:rPr>
                <w:rFonts w:ascii="Times New Roman" w:eastAsia="Times New Roman" w:hAnsi="Times New Roman"/>
                <w:color w:val="EE0000"/>
                <w:sz w:val="20"/>
              </w:rPr>
              <w:t>[</w:t>
            </w:r>
            <w:r w:rsidR="002C6B6A" w:rsidRPr="002C6B6A">
              <w:rPr>
                <w:rFonts w:ascii="Times New Roman" w:eastAsia="Times New Roman" w:hAnsi="Times New Roman"/>
                <w:color w:val="EE0000"/>
                <w:sz w:val="20"/>
              </w:rPr>
              <w:t>76</w:t>
            </w:r>
            <w:r w:rsidRPr="002C6B6A">
              <w:rPr>
                <w:rFonts w:ascii="Times New Roman" w:eastAsia="Times New Roman" w:hAnsi="Times New Roman"/>
                <w:color w:val="EE0000"/>
                <w:sz w:val="20"/>
              </w:rPr>
              <w:t>]</w:t>
            </w:r>
          </w:p>
        </w:tc>
      </w:tr>
      <w:tr w:rsidR="00FE4738" w14:paraId="03F47D3D" w14:textId="77777777" w:rsidTr="00911EA6">
        <w:trPr>
          <w:jc w:val="center"/>
        </w:trPr>
        <w:tc>
          <w:tcPr>
            <w:tcW w:w="14977" w:type="dxa"/>
            <w:gridSpan w:val="8"/>
          </w:tcPr>
          <w:p w14:paraId="63E47AA2" w14:textId="77777777" w:rsidR="00FE4738" w:rsidRPr="002221A5" w:rsidRDefault="00FE4738" w:rsidP="000E1F4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21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MONGOOSE – HERPESTIDAE</w:t>
            </w:r>
          </w:p>
          <w:p w14:paraId="5CD8CB1A" w14:textId="4F4176A9" w:rsidR="00FE4738" w:rsidRPr="002221A5" w:rsidRDefault="00FE4738" w:rsidP="000E1F4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B639E" w14:paraId="249F918F" w14:textId="77777777" w:rsidTr="00911EA6">
        <w:trPr>
          <w:jc w:val="center"/>
        </w:trPr>
        <w:tc>
          <w:tcPr>
            <w:tcW w:w="2038" w:type="dxa"/>
          </w:tcPr>
          <w:p w14:paraId="23CE4ED6" w14:textId="77777777" w:rsidR="002B639E" w:rsidRPr="002221A5" w:rsidRDefault="00AF2E33" w:rsidP="000E1F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21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Angolan </w:t>
            </w:r>
            <w:proofErr w:type="spellStart"/>
            <w:r w:rsidRPr="002221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kusimanse</w:t>
            </w:r>
            <w:proofErr w:type="spellEnd"/>
            <w:r w:rsidRPr="002221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2221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Crossarchus</w:t>
            </w:r>
            <w:proofErr w:type="spellEnd"/>
            <w:r w:rsidRPr="002221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221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ansorgei</w:t>
            </w:r>
            <w:proofErr w:type="spellEnd"/>
            <w:r w:rsidRPr="002221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Thomas, 1910)</w:t>
            </w:r>
          </w:p>
          <w:p w14:paraId="55754A00" w14:textId="77777777" w:rsidR="002C6B6A" w:rsidRPr="002221A5" w:rsidRDefault="002C6B6A" w:rsidP="000E1F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9" w:type="dxa"/>
          </w:tcPr>
          <w:p w14:paraId="0FA4CEB9" w14:textId="77777777" w:rsidR="002B639E" w:rsidRDefault="00AF2E33">
            <w:pPr>
              <w:jc w:val="center"/>
            </w:pPr>
            <w:r>
              <w:rPr>
                <w:rFonts w:ascii="Times New Roman" w:eastAsia="Times New Roman" w:hAnsi="Times New Roman"/>
                <w:sz w:val="20"/>
              </w:rPr>
              <w:t>+</w:t>
            </w:r>
            <w:r>
              <w:rPr>
                <w:rFonts w:ascii="Times New Roman" w:eastAsia="Times New Roman" w:hAnsi="Times New Roman"/>
                <w:sz w:val="20"/>
              </w:rPr>
              <w:br/>
              <w:t>(retina)</w:t>
            </w:r>
          </w:p>
        </w:tc>
        <w:tc>
          <w:tcPr>
            <w:tcW w:w="1561" w:type="dxa"/>
          </w:tcPr>
          <w:p w14:paraId="409B5830" w14:textId="74BCD596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791" w:type="dxa"/>
          </w:tcPr>
          <w:p w14:paraId="22930022" w14:textId="0B5AC60B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561" w:type="dxa"/>
          </w:tcPr>
          <w:p w14:paraId="7C78D1E5" w14:textId="346C52B6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561" w:type="dxa"/>
          </w:tcPr>
          <w:p w14:paraId="42192B36" w14:textId="3AADEB3B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2506" w:type="dxa"/>
          </w:tcPr>
          <w:p w14:paraId="5A9B9B8B" w14:textId="3D260B7A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2110" w:type="dxa"/>
          </w:tcPr>
          <w:p w14:paraId="1EAB170A" w14:textId="2E5BFE5A" w:rsidR="002B639E" w:rsidRPr="002C6B6A" w:rsidRDefault="00AF2E33">
            <w:pPr>
              <w:jc w:val="center"/>
              <w:rPr>
                <w:color w:val="EE0000"/>
              </w:rPr>
            </w:pPr>
            <w:r w:rsidRPr="002C6B6A">
              <w:rPr>
                <w:rFonts w:ascii="Times New Roman" w:eastAsia="Times New Roman" w:hAnsi="Times New Roman"/>
                <w:color w:val="EE0000"/>
                <w:sz w:val="20"/>
              </w:rPr>
              <w:t>[</w:t>
            </w:r>
            <w:r w:rsidR="002C6B6A" w:rsidRPr="002C6B6A">
              <w:rPr>
                <w:rFonts w:ascii="Times New Roman" w:eastAsia="Times New Roman" w:hAnsi="Times New Roman"/>
                <w:color w:val="EE0000"/>
                <w:sz w:val="20"/>
              </w:rPr>
              <w:t>77</w:t>
            </w:r>
            <w:r w:rsidRPr="002C6B6A">
              <w:rPr>
                <w:rFonts w:ascii="Times New Roman" w:eastAsia="Times New Roman" w:hAnsi="Times New Roman"/>
                <w:color w:val="EE0000"/>
                <w:sz w:val="20"/>
              </w:rPr>
              <w:t>]</w:t>
            </w:r>
          </w:p>
        </w:tc>
      </w:tr>
      <w:tr w:rsidR="002B639E" w14:paraId="2A1A1638" w14:textId="77777777" w:rsidTr="00911EA6">
        <w:trPr>
          <w:jc w:val="center"/>
        </w:trPr>
        <w:tc>
          <w:tcPr>
            <w:tcW w:w="2038" w:type="dxa"/>
          </w:tcPr>
          <w:p w14:paraId="3E7B6144" w14:textId="77777777" w:rsidR="002B639E" w:rsidRPr="002221A5" w:rsidRDefault="00AF2E33" w:rsidP="000E1F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21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Small Indian mongoose</w:t>
            </w:r>
            <w:r w:rsidRPr="002221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Pr="002221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Herpestes auropunctatus</w:t>
            </w:r>
            <w:r w:rsidRPr="002221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Hodgson, 1836)</w:t>
            </w:r>
          </w:p>
          <w:p w14:paraId="189FD3E6" w14:textId="77777777" w:rsidR="002C6B6A" w:rsidRPr="002221A5" w:rsidRDefault="002C6B6A" w:rsidP="000E1F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9" w:type="dxa"/>
          </w:tcPr>
          <w:p w14:paraId="4690D3D4" w14:textId="77777777" w:rsidR="002B639E" w:rsidRDefault="00AF2E33">
            <w:pPr>
              <w:jc w:val="center"/>
            </w:pPr>
            <w:r>
              <w:rPr>
                <w:rFonts w:ascii="Times New Roman" w:eastAsia="Times New Roman" w:hAnsi="Times New Roman"/>
                <w:sz w:val="20"/>
              </w:rPr>
              <w:t>+</w:t>
            </w:r>
          </w:p>
        </w:tc>
        <w:tc>
          <w:tcPr>
            <w:tcW w:w="1561" w:type="dxa"/>
          </w:tcPr>
          <w:p w14:paraId="3D1B4B7A" w14:textId="77932760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791" w:type="dxa"/>
          </w:tcPr>
          <w:p w14:paraId="5B2B4A88" w14:textId="635A88D5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561" w:type="dxa"/>
          </w:tcPr>
          <w:p w14:paraId="26D71AA0" w14:textId="77777777" w:rsidR="002B639E" w:rsidRDefault="00AF2E33">
            <w:pPr>
              <w:jc w:val="center"/>
            </w:pPr>
            <w:r>
              <w:rPr>
                <w:rFonts w:ascii="Times New Roman" w:eastAsia="Times New Roman" w:hAnsi="Times New Roman"/>
                <w:sz w:val="20"/>
              </w:rPr>
              <w:t>+</w:t>
            </w:r>
          </w:p>
        </w:tc>
        <w:tc>
          <w:tcPr>
            <w:tcW w:w="1561" w:type="dxa"/>
          </w:tcPr>
          <w:p w14:paraId="25253016" w14:textId="23403011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2506" w:type="dxa"/>
          </w:tcPr>
          <w:p w14:paraId="1EB28C2B" w14:textId="7080CA19" w:rsidR="002B639E" w:rsidRDefault="00B2613C">
            <w:pPr>
              <w:jc w:val="center"/>
            </w:pPr>
            <w:r w:rsidRPr="00605C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2110" w:type="dxa"/>
          </w:tcPr>
          <w:p w14:paraId="42B80EBC" w14:textId="15D9E8D2" w:rsidR="002B639E" w:rsidRPr="002C6B6A" w:rsidRDefault="00AF2E33">
            <w:pPr>
              <w:jc w:val="center"/>
              <w:rPr>
                <w:color w:val="EE0000"/>
              </w:rPr>
            </w:pPr>
            <w:r w:rsidRPr="002C6B6A">
              <w:rPr>
                <w:rFonts w:ascii="Times New Roman" w:eastAsia="Times New Roman" w:hAnsi="Times New Roman"/>
                <w:color w:val="EE0000"/>
                <w:sz w:val="20"/>
              </w:rPr>
              <w:t>[</w:t>
            </w:r>
            <w:r w:rsidR="002C6B6A" w:rsidRPr="002C6B6A">
              <w:rPr>
                <w:rFonts w:ascii="Times New Roman" w:eastAsia="Times New Roman" w:hAnsi="Times New Roman"/>
                <w:color w:val="EE0000"/>
                <w:sz w:val="20"/>
              </w:rPr>
              <w:t>78</w:t>
            </w:r>
            <w:r w:rsidRPr="002C6B6A">
              <w:rPr>
                <w:rFonts w:ascii="Times New Roman" w:eastAsia="Times New Roman" w:hAnsi="Times New Roman"/>
                <w:color w:val="EE0000"/>
                <w:sz w:val="20"/>
              </w:rPr>
              <w:t xml:space="preserve">, </w:t>
            </w:r>
            <w:r w:rsidR="002C6B6A" w:rsidRPr="002C6B6A">
              <w:rPr>
                <w:rFonts w:ascii="Times New Roman" w:eastAsia="Times New Roman" w:hAnsi="Times New Roman"/>
                <w:color w:val="EE0000"/>
                <w:sz w:val="20"/>
              </w:rPr>
              <w:t>79</w:t>
            </w:r>
            <w:r w:rsidRPr="002C6B6A">
              <w:rPr>
                <w:rFonts w:ascii="Times New Roman" w:eastAsia="Times New Roman" w:hAnsi="Times New Roman"/>
                <w:color w:val="EE0000"/>
                <w:sz w:val="20"/>
              </w:rPr>
              <w:t>]</w:t>
            </w:r>
          </w:p>
        </w:tc>
      </w:tr>
    </w:tbl>
    <w:p w14:paraId="45D3269A" w14:textId="77777777" w:rsidR="00AF2E33" w:rsidRDefault="00AF2E33"/>
    <w:sectPr w:rsidR="00AF2E33" w:rsidSect="00FE4738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E1F49"/>
    <w:rsid w:val="0015074B"/>
    <w:rsid w:val="002221A5"/>
    <w:rsid w:val="0029639D"/>
    <w:rsid w:val="002B639E"/>
    <w:rsid w:val="002C6B6A"/>
    <w:rsid w:val="002F1A8D"/>
    <w:rsid w:val="00326F90"/>
    <w:rsid w:val="003E5038"/>
    <w:rsid w:val="007E13EB"/>
    <w:rsid w:val="00911EA6"/>
    <w:rsid w:val="00AA1D8D"/>
    <w:rsid w:val="00AF2E33"/>
    <w:rsid w:val="00B2613C"/>
    <w:rsid w:val="00B47730"/>
    <w:rsid w:val="00CB0664"/>
    <w:rsid w:val="00DD2265"/>
    <w:rsid w:val="00F13921"/>
    <w:rsid w:val="00FC693F"/>
    <w:rsid w:val="00FE4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6D0FC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4B9ADE6-C719-485B-A7B6-95137D409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368</Words>
  <Characters>2212</Characters>
  <Application>Microsoft Office Word</Application>
  <DocSecurity>0</DocSecurity>
  <Lines>18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2575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kaczustube@gmail.com</cp:lastModifiedBy>
  <cp:revision>4</cp:revision>
  <dcterms:created xsi:type="dcterms:W3CDTF">2026-01-29T07:49:00Z</dcterms:created>
  <dcterms:modified xsi:type="dcterms:W3CDTF">2026-03-10T08:35:00Z</dcterms:modified>
  <cp:category/>
</cp:coreProperties>
</file>