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3700D" w14:textId="77777777" w:rsidR="00304FB0" w:rsidRPr="005C06FE" w:rsidRDefault="00304FB0" w:rsidP="003F1E71">
      <w:pPr>
        <w:spacing w:line="480" w:lineRule="auto"/>
        <w:jc w:val="center"/>
        <w:rPr>
          <w:b/>
        </w:rPr>
      </w:pPr>
      <w:r w:rsidRPr="005C06FE">
        <w:rPr>
          <w:b/>
        </w:rPr>
        <w:t>Supplementary materials</w:t>
      </w:r>
    </w:p>
    <w:p w14:paraId="32BE4EAB" w14:textId="77777777" w:rsidR="00304FB0" w:rsidRPr="005C06FE" w:rsidRDefault="00304FB0" w:rsidP="003F1E71">
      <w:pPr>
        <w:spacing w:line="480" w:lineRule="auto"/>
        <w:jc w:val="center"/>
        <w:rPr>
          <w:b/>
        </w:rPr>
      </w:pPr>
    </w:p>
    <w:p w14:paraId="49DCD132" w14:textId="77777777" w:rsidR="00304FB0" w:rsidRPr="005C06FE" w:rsidRDefault="00304FB0" w:rsidP="003F1E71">
      <w:pPr>
        <w:pStyle w:val="Heading2"/>
        <w:spacing w:line="480" w:lineRule="auto"/>
      </w:pPr>
      <w:r w:rsidRPr="005C06FE">
        <w:t>Supplementary methods</w:t>
      </w:r>
    </w:p>
    <w:p w14:paraId="37524FE8" w14:textId="77777777" w:rsidR="00304FB0" w:rsidRPr="005C06FE" w:rsidRDefault="00304FB0" w:rsidP="003F1E71">
      <w:pPr>
        <w:spacing w:line="480" w:lineRule="auto"/>
      </w:pPr>
    </w:p>
    <w:p w14:paraId="6BD04641" w14:textId="77777777" w:rsidR="00304FB0" w:rsidRPr="005C06FE" w:rsidRDefault="00304FB0" w:rsidP="003F1E71">
      <w:pPr>
        <w:spacing w:line="480" w:lineRule="auto"/>
        <w:rPr>
          <w:i/>
        </w:rPr>
      </w:pPr>
      <w:r w:rsidRPr="005C06FE">
        <w:rPr>
          <w:i/>
        </w:rPr>
        <w:t>Inclusion criteria</w:t>
      </w:r>
    </w:p>
    <w:p w14:paraId="302416B0" w14:textId="77777777" w:rsidR="00304FB0" w:rsidRPr="005C06FE" w:rsidRDefault="00304FB0" w:rsidP="003F1E71">
      <w:pPr>
        <w:numPr>
          <w:ilvl w:val="0"/>
          <w:numId w:val="17"/>
        </w:numPr>
        <w:spacing w:line="480" w:lineRule="auto"/>
      </w:pPr>
      <w:r>
        <w:t>Participants</w:t>
      </w:r>
      <w:r w:rsidRPr="005C06FE">
        <w:t xml:space="preserve"> must have had a body mass index of 18–35 kg/m</w:t>
      </w:r>
      <w:r w:rsidRPr="005C06FE">
        <w:rPr>
          <w:vertAlign w:val="superscript"/>
        </w:rPr>
        <w:t>2</w:t>
      </w:r>
      <w:r w:rsidRPr="005C06FE">
        <w:t>.</w:t>
      </w:r>
    </w:p>
    <w:p w14:paraId="73872724" w14:textId="77777777" w:rsidR="00304FB0" w:rsidRPr="005C06FE" w:rsidRDefault="00304FB0" w:rsidP="003F1E71">
      <w:pPr>
        <w:numPr>
          <w:ilvl w:val="0"/>
          <w:numId w:val="17"/>
        </w:numPr>
        <w:spacing w:line="480" w:lineRule="auto"/>
      </w:pPr>
      <w:r>
        <w:t>Participants</w:t>
      </w:r>
      <w:r w:rsidRPr="005C06FE">
        <w:t xml:space="preserve"> </w:t>
      </w:r>
      <w:r>
        <w:t>could be</w:t>
      </w:r>
      <w:r w:rsidRPr="005C06FE">
        <w:t xml:space="preserve"> male or female. Contraceptive use by men or women should have been consistent with local regulations regarding the methods of contraception for those participating in clinical trials.</w:t>
      </w:r>
    </w:p>
    <w:p w14:paraId="22F57BAD" w14:textId="77777777" w:rsidR="00304FB0" w:rsidRPr="005C06FE" w:rsidRDefault="00304FB0" w:rsidP="003F1E71">
      <w:pPr>
        <w:numPr>
          <w:ilvl w:val="0"/>
          <w:numId w:val="17"/>
        </w:numPr>
        <w:spacing w:line="480" w:lineRule="auto"/>
      </w:pPr>
      <w:r>
        <w:t>Participants</w:t>
      </w:r>
      <w:r w:rsidRPr="005C06FE">
        <w:t xml:space="preserve"> must have been non-smokers or ex-smokers (must have quit smoking ≥ 3 months before the screening visit).</w:t>
      </w:r>
    </w:p>
    <w:p w14:paraId="3E966F65" w14:textId="77777777" w:rsidR="00304FB0" w:rsidRPr="005C06FE" w:rsidRDefault="00304FB0" w:rsidP="003F1E71">
      <w:pPr>
        <w:numPr>
          <w:ilvl w:val="0"/>
          <w:numId w:val="17"/>
        </w:numPr>
        <w:spacing w:line="480" w:lineRule="auto"/>
      </w:pPr>
      <w:r w:rsidRPr="005C06FE">
        <w:t xml:space="preserve">In part 1, </w:t>
      </w:r>
      <w:r>
        <w:t>participants</w:t>
      </w:r>
      <w:r w:rsidRPr="005C06FE">
        <w:t xml:space="preserve"> must have had</w:t>
      </w:r>
      <w:r>
        <w:t xml:space="preserve"> a</w:t>
      </w:r>
      <w:r w:rsidRPr="005C06FE">
        <w:t xml:space="preserve"> pre-bronchodilator forced expiratory volume in 1 second (FEV</w:t>
      </w:r>
      <w:r w:rsidRPr="005C06FE">
        <w:rPr>
          <w:vertAlign w:val="subscript"/>
        </w:rPr>
        <w:t>1</w:t>
      </w:r>
      <w:r w:rsidRPr="005C06FE">
        <w:t xml:space="preserve">) of ≥ 70% </w:t>
      </w:r>
      <w:r>
        <w:t xml:space="preserve">predicted normal </w:t>
      </w:r>
      <w:r w:rsidRPr="005C06FE">
        <w:t>and no exacerbations requiring systemic treatment or hospitalizations/emergency department visits for asthma in the 12 months before study start.</w:t>
      </w:r>
    </w:p>
    <w:p w14:paraId="2C3C3D79" w14:textId="77777777" w:rsidR="00304FB0" w:rsidRPr="005C06FE" w:rsidRDefault="00304FB0" w:rsidP="003F1E71">
      <w:pPr>
        <w:numPr>
          <w:ilvl w:val="0"/>
          <w:numId w:val="17"/>
        </w:numPr>
        <w:spacing w:line="480" w:lineRule="auto"/>
      </w:pPr>
      <w:r w:rsidRPr="005C06FE">
        <w:t>In part 2, inhaled corticosteroids and/or long-acting beta-agonists and any additional asthma maintenance controller medications must have been stable for ≥ 4 weeks before the screening visit. Patients must have had a blood eosinophil count of ≥ 150 cells/</w:t>
      </w:r>
      <w:proofErr w:type="spellStart"/>
      <w:r w:rsidRPr="005C06FE">
        <w:t>μL</w:t>
      </w:r>
      <w:proofErr w:type="spellEnd"/>
      <w:r w:rsidRPr="005C06FE">
        <w:t xml:space="preserve"> at screening and a fractional exhaled nitric oxide (FeNO) level of ≥ 25 ppb for inclusion.</w:t>
      </w:r>
    </w:p>
    <w:p w14:paraId="1E0F253F" w14:textId="77777777" w:rsidR="00304FB0" w:rsidRPr="005C06FE" w:rsidRDefault="00304FB0" w:rsidP="003F1E71">
      <w:pPr>
        <w:pStyle w:val="ListParagraph"/>
        <w:numPr>
          <w:ilvl w:val="0"/>
          <w:numId w:val="17"/>
        </w:numPr>
        <w:spacing w:line="480" w:lineRule="auto"/>
      </w:pPr>
      <w:r w:rsidRPr="005C06FE">
        <w:t xml:space="preserve">In part 2, </w:t>
      </w:r>
      <w:r>
        <w:t>participants</w:t>
      </w:r>
      <w:r w:rsidRPr="005C06FE">
        <w:t xml:space="preserve"> must have had documented evidence of the following in the 5 years before the screening visit: (1) bronchodilator reversibility FEV</w:t>
      </w:r>
      <w:r w:rsidRPr="005C06FE">
        <w:rPr>
          <w:vertAlign w:val="subscript"/>
        </w:rPr>
        <w:t>1</w:t>
      </w:r>
      <w:r w:rsidRPr="005C06FE">
        <w:t xml:space="preserve"> of ≥ 12% and ≥ 200 mL; (2) peak expiratory flow mean daily variability of &gt; 10% over a 2-week period; (3) variability of FEV</w:t>
      </w:r>
      <w:r w:rsidRPr="005C06FE">
        <w:rPr>
          <w:vertAlign w:val="subscript"/>
        </w:rPr>
        <w:t>1</w:t>
      </w:r>
      <w:r w:rsidRPr="005C06FE">
        <w:t> of ≥ 12% and ≥ 200 mL between any two clinical visits; (4) positive bronchial challenge test (fall in FEV</w:t>
      </w:r>
      <w:r w:rsidRPr="005C06FE">
        <w:rPr>
          <w:vertAlign w:val="subscript"/>
        </w:rPr>
        <w:t>1</w:t>
      </w:r>
      <w:r w:rsidRPr="005C06FE">
        <w:t xml:space="preserve"> from </w:t>
      </w:r>
      <w:r w:rsidRPr="005C06FE">
        <w:lastRenderedPageBreak/>
        <w:t>pre-challenge of ≥ 20% with standard doses of methacholine or histamine or ≥ 15% with standardized hyperventilation, hypertonic saline or mannitol challenge); and (5) positive exercise test (fall in FEV</w:t>
      </w:r>
      <w:r w:rsidRPr="005C06FE">
        <w:rPr>
          <w:vertAlign w:val="subscript"/>
        </w:rPr>
        <w:t>1</w:t>
      </w:r>
      <w:r w:rsidRPr="005C06FE">
        <w:t xml:space="preserve"> of &gt; 10% and &gt; 200 mL from pre-challenge).</w:t>
      </w:r>
    </w:p>
    <w:p w14:paraId="4614B701" w14:textId="77777777" w:rsidR="00304FB0" w:rsidRPr="005C06FE" w:rsidRDefault="00304FB0" w:rsidP="0056079C">
      <w:pPr>
        <w:pStyle w:val="ListParagraph"/>
        <w:numPr>
          <w:ilvl w:val="0"/>
          <w:numId w:val="17"/>
        </w:numPr>
        <w:spacing w:line="480" w:lineRule="auto"/>
      </w:pPr>
      <w:r w:rsidRPr="005C06FE">
        <w:t xml:space="preserve">In part 2, </w:t>
      </w:r>
      <w:r>
        <w:t>participants</w:t>
      </w:r>
      <w:r w:rsidRPr="005C06FE">
        <w:t xml:space="preserve"> must have had a pre-bronchodilator FEV</w:t>
      </w:r>
      <w:r w:rsidRPr="005C06FE">
        <w:rPr>
          <w:vertAlign w:val="subscript"/>
        </w:rPr>
        <w:t>1</w:t>
      </w:r>
      <w:r w:rsidRPr="005C06FE">
        <w:t xml:space="preserve"> of 40–85% predicted</w:t>
      </w:r>
      <w:r>
        <w:t xml:space="preserve"> normal</w:t>
      </w:r>
      <w:r w:rsidRPr="005C06FE">
        <w:t xml:space="preserve"> at screening and</w:t>
      </w:r>
      <w:r>
        <w:t xml:space="preserve"> at the</w:t>
      </w:r>
      <w:r w:rsidRPr="005C06FE">
        <w:t xml:space="preserve"> start of</w:t>
      </w:r>
      <w:r>
        <w:t xml:space="preserve"> the</w:t>
      </w:r>
      <w:r w:rsidRPr="005C06FE">
        <w:t xml:space="preserve"> run-in period.</w:t>
      </w:r>
    </w:p>
    <w:p w14:paraId="23BD8864" w14:textId="77777777" w:rsidR="00304FB0" w:rsidRPr="005C06FE" w:rsidRDefault="00304FB0" w:rsidP="003F1E71">
      <w:pPr>
        <w:spacing w:line="480" w:lineRule="auto"/>
        <w:ind w:left="720"/>
      </w:pPr>
    </w:p>
    <w:p w14:paraId="392634CD" w14:textId="77777777" w:rsidR="00304FB0" w:rsidRPr="005C06FE" w:rsidRDefault="00304FB0" w:rsidP="003F1E71">
      <w:pPr>
        <w:spacing w:line="480" w:lineRule="auto"/>
        <w:rPr>
          <w:i/>
        </w:rPr>
      </w:pPr>
      <w:r w:rsidRPr="005C06FE">
        <w:rPr>
          <w:i/>
        </w:rPr>
        <w:t>Exclusion criteria</w:t>
      </w:r>
    </w:p>
    <w:p w14:paraId="09C47976" w14:textId="77777777" w:rsidR="00304FB0" w:rsidRPr="005C06FE" w:rsidRDefault="00304FB0" w:rsidP="003F1E71">
      <w:pPr>
        <w:pStyle w:val="ListParagraph"/>
        <w:numPr>
          <w:ilvl w:val="0"/>
          <w:numId w:val="22"/>
        </w:numPr>
        <w:spacing w:line="480" w:lineRule="auto"/>
        <w:rPr>
          <w:i/>
        </w:rPr>
      </w:pPr>
      <w:r w:rsidRPr="005C06FE">
        <w:t>Women who were pregnant or breastfeeding or planning to become pregnant during the study.</w:t>
      </w:r>
    </w:p>
    <w:p w14:paraId="5174674D" w14:textId="77777777" w:rsidR="00304FB0" w:rsidRPr="005C06FE" w:rsidRDefault="00304FB0" w:rsidP="003F1E71">
      <w:pPr>
        <w:pStyle w:val="ListParagraph"/>
        <w:numPr>
          <w:ilvl w:val="0"/>
          <w:numId w:val="22"/>
        </w:numPr>
        <w:spacing w:line="480" w:lineRule="auto"/>
        <w:rPr>
          <w:i/>
        </w:rPr>
      </w:pPr>
      <w:r w:rsidRPr="005C06FE">
        <w:t>Known or suspected hypersensitivity, including anaphylaxis/anaphylactoid reaction following any biologic therapy or known history of drug hypersensitivity to any component of the study drug formulation.</w:t>
      </w:r>
    </w:p>
    <w:p w14:paraId="79ABE117" w14:textId="77777777" w:rsidR="00304FB0" w:rsidRPr="005C06FE" w:rsidRDefault="00304FB0" w:rsidP="003F1E71">
      <w:pPr>
        <w:pStyle w:val="ListParagraph"/>
        <w:numPr>
          <w:ilvl w:val="0"/>
          <w:numId w:val="22"/>
        </w:numPr>
        <w:spacing w:after="240" w:line="480" w:lineRule="auto"/>
        <w:rPr>
          <w:i/>
        </w:rPr>
      </w:pPr>
      <w:r w:rsidRPr="005C06FE">
        <w:t>Evidence of any active clinically important pulmonary disease, other than asthma, in the 5 years before screening.</w:t>
      </w:r>
    </w:p>
    <w:p w14:paraId="51E733AE" w14:textId="77777777" w:rsidR="00304FB0" w:rsidRPr="005C06FE" w:rsidRDefault="00304FB0" w:rsidP="003F1E71">
      <w:pPr>
        <w:pStyle w:val="ListParagraph"/>
        <w:numPr>
          <w:ilvl w:val="0"/>
          <w:numId w:val="22"/>
        </w:numPr>
        <w:spacing w:after="240" w:line="480" w:lineRule="auto"/>
        <w:rPr>
          <w:i/>
        </w:rPr>
      </w:pPr>
      <w:r w:rsidRPr="005C06FE">
        <w:t>History of pulmonary or systemic disease, other than asthma, that was associated with elevated peripheral eosinophil counts.</w:t>
      </w:r>
    </w:p>
    <w:p w14:paraId="2DB66BA9" w14:textId="77777777" w:rsidR="00304FB0" w:rsidRPr="005C06FE" w:rsidRDefault="00304FB0" w:rsidP="003F1E71">
      <w:pPr>
        <w:pStyle w:val="ListParagraph"/>
        <w:numPr>
          <w:ilvl w:val="0"/>
          <w:numId w:val="22"/>
        </w:numPr>
        <w:spacing w:after="240" w:line="480" w:lineRule="auto"/>
      </w:pPr>
      <w:r w:rsidRPr="005C06FE">
        <w:t>History or clinical suspicion of any clinically relevant or active disease or disorder which, in the opinion of the Investigator, could have either put the patient at risk because of participation in the study, influenced the results or the patient’s ability to participate in the study or raised any other safety concerns.</w:t>
      </w:r>
    </w:p>
    <w:p w14:paraId="4A4CF6E1" w14:textId="77777777" w:rsidR="00304FB0" w:rsidRPr="005C06FE" w:rsidRDefault="00304FB0" w:rsidP="003F1E71">
      <w:pPr>
        <w:pStyle w:val="ListParagraph"/>
        <w:numPr>
          <w:ilvl w:val="0"/>
          <w:numId w:val="22"/>
        </w:numPr>
        <w:spacing w:after="240" w:line="480" w:lineRule="auto"/>
      </w:pPr>
      <w:r w:rsidRPr="005C06FE">
        <w:t>History of severe coronavirus disease 2019 (COVID-19) infection that required hospitalization in the past 12 months or clinical history compatible with long COVID-19 (symptoms beyond 12 weeks of acute infection).</w:t>
      </w:r>
    </w:p>
    <w:p w14:paraId="05A7F055" w14:textId="77777777" w:rsidR="00304FB0" w:rsidRPr="005C06FE" w:rsidRDefault="00304FB0" w:rsidP="003F1E71">
      <w:pPr>
        <w:pStyle w:val="ListParagraph"/>
        <w:numPr>
          <w:ilvl w:val="0"/>
          <w:numId w:val="22"/>
        </w:numPr>
        <w:spacing w:after="240" w:line="480" w:lineRule="auto"/>
      </w:pPr>
      <w:r w:rsidRPr="005C06FE">
        <w:lastRenderedPageBreak/>
        <w:t>Confirmed symptomatic COVID-19 infection during screening, the run-in period or before randomization. Patients could have been rescreened once recovered if the infection was not severe. Patients who were asymptomatic with a positive COVID-19 test could have continued if a repeat test was completed according to applicable local guidelines and was negative in the timeframe of the screening window.</w:t>
      </w:r>
    </w:p>
    <w:p w14:paraId="16BB9126" w14:textId="77777777" w:rsidR="00304FB0" w:rsidRPr="005C06FE" w:rsidRDefault="00304FB0" w:rsidP="003F1E71">
      <w:pPr>
        <w:pStyle w:val="ListParagraph"/>
        <w:numPr>
          <w:ilvl w:val="0"/>
          <w:numId w:val="22"/>
        </w:numPr>
        <w:spacing w:after="240" w:line="480" w:lineRule="auto"/>
      </w:pPr>
      <w:r w:rsidRPr="005C06FE">
        <w:t>Current malignancy or history of malignancy, except for (1) patients who have had basal cell carcinoma, localized squamous cell carcinoma of the skin or in-situ carcinoma of the cervix were eligible provided that the patient was in remission and curative therapy was completed ≥ 12 months before the date of informed consent and assent, when applicable, was obtained; (2) patients who have had other malignancies were eligible provided that the patient was in remission and curative therapy was completed ≥ 5 years before the date of informed consent.</w:t>
      </w:r>
    </w:p>
    <w:p w14:paraId="34BC0EFC" w14:textId="77777777" w:rsidR="00304FB0" w:rsidRPr="005C06FE" w:rsidRDefault="00304FB0" w:rsidP="003F1E71">
      <w:pPr>
        <w:pStyle w:val="ListParagraph"/>
        <w:numPr>
          <w:ilvl w:val="0"/>
          <w:numId w:val="22"/>
        </w:numPr>
        <w:spacing w:after="240" w:line="480" w:lineRule="auto"/>
      </w:pPr>
      <w:r w:rsidRPr="005C06FE">
        <w:t>Significant history of recurrent or ongoing ‘dry eye’, which had been diagnosed and treated with medications prescribed by an ophthalmologist.</w:t>
      </w:r>
    </w:p>
    <w:p w14:paraId="2D97AB85" w14:textId="77777777" w:rsidR="00304FB0" w:rsidRPr="005C06FE" w:rsidRDefault="00304FB0" w:rsidP="003F1E71">
      <w:pPr>
        <w:pStyle w:val="ListParagraph"/>
        <w:numPr>
          <w:ilvl w:val="0"/>
          <w:numId w:val="22"/>
        </w:numPr>
        <w:spacing w:after="240" w:line="480" w:lineRule="auto"/>
      </w:pPr>
      <w:r w:rsidRPr="005C06FE">
        <w:t>Diagnosis of Sjögren’s syndrome.</w:t>
      </w:r>
    </w:p>
    <w:p w14:paraId="2E9BDC38" w14:textId="77777777" w:rsidR="00304FB0" w:rsidRPr="005C06FE" w:rsidRDefault="00304FB0" w:rsidP="003F1E71">
      <w:pPr>
        <w:pStyle w:val="ListParagraph"/>
        <w:numPr>
          <w:ilvl w:val="0"/>
          <w:numId w:val="22"/>
        </w:numPr>
        <w:spacing w:after="240" w:line="480" w:lineRule="auto"/>
      </w:pPr>
      <w:r w:rsidRPr="005C06FE">
        <w:t xml:space="preserve">High risk of infection suggesting abnormal immune function, including history of invasive opportunistic infections (e.g. histoplasmosis, listeriosis, coccidioidomycosis, </w:t>
      </w:r>
      <w:proofErr w:type="spellStart"/>
      <w:r w:rsidRPr="005C06FE">
        <w:t>pneumocystosis</w:t>
      </w:r>
      <w:proofErr w:type="spellEnd"/>
      <w:r w:rsidRPr="005C06FE">
        <w:t>, aspergillosis), despite infection resolution or unusually frequent, recurrent or prolonged infections, per Investigator’s judgement.</w:t>
      </w:r>
    </w:p>
    <w:p w14:paraId="2C5C0E16" w14:textId="77777777" w:rsidR="00304FB0" w:rsidRPr="005C06FE" w:rsidRDefault="00304FB0" w:rsidP="003F1E71">
      <w:pPr>
        <w:pStyle w:val="ListParagraph"/>
        <w:numPr>
          <w:ilvl w:val="0"/>
          <w:numId w:val="22"/>
        </w:numPr>
        <w:spacing w:after="240" w:line="480" w:lineRule="auto"/>
      </w:pPr>
      <w:r w:rsidRPr="005C06FE">
        <w:t xml:space="preserve">History </w:t>
      </w:r>
      <w:proofErr w:type="gramStart"/>
      <w:r w:rsidRPr="005C06FE">
        <w:t>of, or</w:t>
      </w:r>
      <w:proofErr w:type="gramEnd"/>
      <w:r w:rsidRPr="005C06FE">
        <w:t xml:space="preserve"> known significant infection or positivity at the screening visit or during the screening period, including hepatitis B or C or human </w:t>
      </w:r>
      <w:r w:rsidRPr="005C06FE">
        <w:lastRenderedPageBreak/>
        <w:t>immunodeficiency virus (HIV), that might put the patient at risk during participation in the study.</w:t>
      </w:r>
    </w:p>
    <w:p w14:paraId="62952F3E" w14:textId="77777777" w:rsidR="00304FB0" w:rsidRPr="005C06FE" w:rsidRDefault="00304FB0" w:rsidP="003F1E71">
      <w:pPr>
        <w:pStyle w:val="ListParagraph"/>
        <w:numPr>
          <w:ilvl w:val="0"/>
          <w:numId w:val="22"/>
        </w:numPr>
        <w:spacing w:after="240" w:line="480" w:lineRule="auto"/>
      </w:pPr>
      <w:r w:rsidRPr="005C06FE">
        <w:t xml:space="preserve">Evidence of active tuberculosis in the opinion of the Investigator. </w:t>
      </w:r>
    </w:p>
    <w:p w14:paraId="104241C8" w14:textId="77777777" w:rsidR="00304FB0" w:rsidRPr="005C06FE" w:rsidRDefault="00304FB0" w:rsidP="003F1E71">
      <w:pPr>
        <w:pStyle w:val="ListParagraph"/>
        <w:numPr>
          <w:ilvl w:val="0"/>
          <w:numId w:val="22"/>
        </w:numPr>
        <w:spacing w:after="240" w:line="480" w:lineRule="auto"/>
      </w:pPr>
      <w:r w:rsidRPr="005C06FE">
        <w:t>Clinically significant lower respiratory tract infection not resolved in the 4 weeks before screening and during the run-in period, as determined by the Investigator.</w:t>
      </w:r>
    </w:p>
    <w:p w14:paraId="58E24A7B" w14:textId="77777777" w:rsidR="00304FB0" w:rsidRPr="005C06FE" w:rsidRDefault="00304FB0" w:rsidP="003F1E71">
      <w:pPr>
        <w:pStyle w:val="ListParagraph"/>
        <w:numPr>
          <w:ilvl w:val="0"/>
          <w:numId w:val="22"/>
        </w:numPr>
        <w:spacing w:after="240" w:line="480" w:lineRule="auto"/>
      </w:pPr>
      <w:r w:rsidRPr="005C06FE">
        <w:t>Clinically significant upper respiratory tract infection at screening and during the run-in period, as determined by the Investigator.</w:t>
      </w:r>
    </w:p>
    <w:p w14:paraId="7C502CB1" w14:textId="77777777" w:rsidR="00304FB0" w:rsidRPr="005C06FE" w:rsidRDefault="00304FB0" w:rsidP="003F1E71">
      <w:pPr>
        <w:pStyle w:val="ListParagraph"/>
        <w:numPr>
          <w:ilvl w:val="0"/>
          <w:numId w:val="22"/>
        </w:numPr>
        <w:spacing w:after="240" w:line="480" w:lineRule="auto"/>
      </w:pPr>
      <w:r w:rsidRPr="005C06FE">
        <w:t>A helminth parasitic infection diagnosed in the 24 weeks before the date informed consent was obtained that had not been treated with or had failed to respond to standard of care therapy.</w:t>
      </w:r>
    </w:p>
    <w:p w14:paraId="2ACF849A" w14:textId="77777777" w:rsidR="00304FB0" w:rsidRPr="005C06FE" w:rsidRDefault="00304FB0" w:rsidP="003F1E71">
      <w:pPr>
        <w:pStyle w:val="ListParagraph"/>
        <w:numPr>
          <w:ilvl w:val="0"/>
          <w:numId w:val="22"/>
        </w:numPr>
        <w:spacing w:after="240" w:line="480" w:lineRule="auto"/>
      </w:pPr>
      <w:r w:rsidRPr="005C06FE">
        <w:t>Any clinically important electrocardiogram abnormalities obtained during the screening/run-in period, which in the opinion of the Investigator could have put the patient at risk or interfered with study assessments.</w:t>
      </w:r>
    </w:p>
    <w:p w14:paraId="761EDCFC" w14:textId="77777777" w:rsidR="00304FB0" w:rsidRPr="005C06FE" w:rsidRDefault="00304FB0" w:rsidP="003F1E71">
      <w:pPr>
        <w:pStyle w:val="ListParagraph"/>
        <w:numPr>
          <w:ilvl w:val="0"/>
          <w:numId w:val="22"/>
        </w:numPr>
        <w:spacing w:after="240" w:line="480" w:lineRule="auto"/>
      </w:pPr>
      <w:r w:rsidRPr="005C06FE">
        <w:t>Any clinically significant cardiac disease, including: (1) acute coronary syndrome (e.g. acute myocardial infarction, unstable angina), coronary intervention with percutaneous coronary intervention or coronary artery bypass surgery or stroke in the past 6 months; (2) heart failure defined as New York Heart Association class II-IV; (3) untreated high degree atrioventricular block (≥ 3:1 conduction rate or grade III block), significant sinus node dysfunction, pause or tachyarrhythmia requiring treatment; (4) a family history of long QT-syndrome; or (5) hypertrophic cardiomyopathy or clinically significant valvular heart disease.</w:t>
      </w:r>
    </w:p>
    <w:p w14:paraId="1910B5F9" w14:textId="77777777" w:rsidR="00304FB0" w:rsidRPr="005C06FE" w:rsidRDefault="00304FB0" w:rsidP="003F1E71">
      <w:pPr>
        <w:pStyle w:val="ListParagraph"/>
        <w:numPr>
          <w:ilvl w:val="0"/>
          <w:numId w:val="22"/>
        </w:numPr>
        <w:spacing w:after="240" w:line="480" w:lineRule="auto"/>
      </w:pPr>
      <w:r w:rsidRPr="005C06FE">
        <w:t>Uncontrolled hypertension with blood pressure of &gt; 150/90 mmHg.</w:t>
      </w:r>
    </w:p>
    <w:p w14:paraId="3121BFD7" w14:textId="77777777" w:rsidR="00304FB0" w:rsidRPr="005C06FE" w:rsidRDefault="00304FB0" w:rsidP="003F1E71">
      <w:pPr>
        <w:pStyle w:val="ListParagraph"/>
        <w:numPr>
          <w:ilvl w:val="0"/>
          <w:numId w:val="22"/>
        </w:numPr>
        <w:spacing w:after="240" w:line="480" w:lineRule="auto"/>
      </w:pPr>
      <w:r w:rsidRPr="005C06FE">
        <w:lastRenderedPageBreak/>
        <w:t>History of life-threatening asthma attack(s) or asthma attack(s) requiring ventilation.</w:t>
      </w:r>
    </w:p>
    <w:p w14:paraId="76C95F4A" w14:textId="77777777" w:rsidR="00304FB0" w:rsidRPr="005C06FE" w:rsidRDefault="00304FB0" w:rsidP="003F1E71">
      <w:pPr>
        <w:pStyle w:val="ListParagraph"/>
        <w:numPr>
          <w:ilvl w:val="0"/>
          <w:numId w:val="22"/>
        </w:numPr>
        <w:spacing w:after="240" w:line="480" w:lineRule="auto"/>
      </w:pPr>
      <w:r w:rsidRPr="005C06FE">
        <w:t>For part 2 only, a history of three or more severe asthma exacerbations in the 12 months before the screening visit (defined as a worsening of asthma requiring treatment with systemic corticosteroids for ≥ 3 days or hospitalization or emergency room visit due to asthma).</w:t>
      </w:r>
    </w:p>
    <w:p w14:paraId="26597EF7" w14:textId="77777777" w:rsidR="00304FB0" w:rsidRPr="005C06FE" w:rsidRDefault="00304FB0" w:rsidP="003F1E71">
      <w:pPr>
        <w:pStyle w:val="ListParagraph"/>
        <w:numPr>
          <w:ilvl w:val="0"/>
          <w:numId w:val="22"/>
        </w:numPr>
        <w:spacing w:after="240" w:line="480" w:lineRule="auto"/>
      </w:pPr>
      <w:r w:rsidRPr="005C06FE">
        <w:t>Daily rescue use of ≥ 8 puffs for ≥ 3 consecutive days at any time during the run-in period of short-acting beta-2 agonists, before randomization.</w:t>
      </w:r>
    </w:p>
    <w:p w14:paraId="52687E8E" w14:textId="77777777" w:rsidR="00304FB0" w:rsidRPr="005C06FE" w:rsidRDefault="00304FB0" w:rsidP="003F1E71">
      <w:pPr>
        <w:pStyle w:val="ListParagraph"/>
        <w:numPr>
          <w:ilvl w:val="0"/>
          <w:numId w:val="22"/>
        </w:numPr>
        <w:spacing w:after="240" w:line="480" w:lineRule="auto"/>
      </w:pPr>
      <w:r w:rsidRPr="005C06FE">
        <w:t>History of anaphylaxis that required the use of epinephrine or hospitali</w:t>
      </w:r>
      <w:r>
        <w:t>z</w:t>
      </w:r>
      <w:r w:rsidRPr="005C06FE">
        <w:t>ation.</w:t>
      </w:r>
    </w:p>
    <w:p w14:paraId="0DCBE99A" w14:textId="77777777" w:rsidR="00304FB0" w:rsidRPr="005C06FE" w:rsidRDefault="00304FB0" w:rsidP="003F1E71">
      <w:pPr>
        <w:pStyle w:val="ListParagraph"/>
        <w:numPr>
          <w:ilvl w:val="0"/>
          <w:numId w:val="22"/>
        </w:numPr>
        <w:spacing w:after="240" w:line="480" w:lineRule="auto"/>
      </w:pPr>
      <w:r w:rsidRPr="005C06FE">
        <w:t>Any clinically significant abnormalities in haematology.</w:t>
      </w:r>
    </w:p>
    <w:p w14:paraId="62CD6E84" w14:textId="77777777" w:rsidR="00304FB0" w:rsidRPr="005C06FE" w:rsidRDefault="00304FB0" w:rsidP="003F1E71">
      <w:pPr>
        <w:pStyle w:val="ListParagraph"/>
        <w:numPr>
          <w:ilvl w:val="0"/>
          <w:numId w:val="22"/>
        </w:numPr>
        <w:spacing w:after="240" w:line="480" w:lineRule="auto"/>
      </w:pPr>
      <w:r w:rsidRPr="005C06FE">
        <w:t>Aminotransferase or aspartate aminotransferase level ≥ 3 times the upper limit of normal, confirmed by repeated testing during the screening period. Transient increase of aminotransferase/aspartate aminotransferase levels that resolved by the time of randomization was acceptable if, in the investigator’s opinion, the patient did not have an active liver disease and met other eligibility criteria.</w:t>
      </w:r>
    </w:p>
    <w:p w14:paraId="7E15B948" w14:textId="77777777" w:rsidR="00304FB0" w:rsidRPr="005C06FE" w:rsidRDefault="00304FB0" w:rsidP="003F1E71">
      <w:pPr>
        <w:spacing w:after="240" w:line="480" w:lineRule="auto"/>
        <w:rPr>
          <w:i/>
        </w:rPr>
      </w:pPr>
      <w:r w:rsidRPr="005C06FE">
        <w:rPr>
          <w:i/>
        </w:rPr>
        <w:t>Exclusionary prior and concomitant therapy</w:t>
      </w:r>
    </w:p>
    <w:p w14:paraId="2271FE9D" w14:textId="77777777" w:rsidR="00304FB0" w:rsidRPr="005C06FE" w:rsidRDefault="00304FB0" w:rsidP="003F1E71">
      <w:pPr>
        <w:pStyle w:val="ListParagraph"/>
        <w:numPr>
          <w:ilvl w:val="0"/>
          <w:numId w:val="23"/>
        </w:numPr>
        <w:spacing w:after="240" w:line="480" w:lineRule="auto"/>
      </w:pPr>
      <w:r w:rsidRPr="005C06FE">
        <w:t>Systemic corticosteroid used in the 6 weeks before the screening visit, screening period and during the run-in period</w:t>
      </w:r>
      <w:r w:rsidRPr="005C06FE">
        <w:rPr>
          <w:i/>
        </w:rPr>
        <w:t>.</w:t>
      </w:r>
    </w:p>
    <w:p w14:paraId="0A417F77" w14:textId="77777777" w:rsidR="00304FB0" w:rsidRPr="005C06FE" w:rsidRDefault="00304FB0" w:rsidP="003F1E71">
      <w:pPr>
        <w:pStyle w:val="ListParagraph"/>
        <w:numPr>
          <w:ilvl w:val="0"/>
          <w:numId w:val="23"/>
        </w:numPr>
        <w:spacing w:after="240" w:line="480" w:lineRule="auto"/>
      </w:pPr>
      <w:r>
        <w:t>Participants</w:t>
      </w:r>
      <w:r w:rsidRPr="005C06FE">
        <w:t xml:space="preserve"> who had previously received </w:t>
      </w:r>
      <w:proofErr w:type="spellStart"/>
      <w:r w:rsidRPr="005C06FE">
        <w:t>elarekibep</w:t>
      </w:r>
      <w:proofErr w:type="spellEnd"/>
      <w:r w:rsidRPr="005C06FE">
        <w:t>.</w:t>
      </w:r>
    </w:p>
    <w:p w14:paraId="0DC3B513" w14:textId="77777777" w:rsidR="00304FB0" w:rsidRPr="005C06FE" w:rsidRDefault="00304FB0" w:rsidP="003F1E71">
      <w:pPr>
        <w:pStyle w:val="ListParagraph"/>
        <w:numPr>
          <w:ilvl w:val="0"/>
          <w:numId w:val="23"/>
        </w:numPr>
        <w:spacing w:after="240" w:line="480" w:lineRule="auto"/>
      </w:pPr>
      <w:r w:rsidRPr="005C06FE">
        <w:t xml:space="preserve">Treatment with marketed or investigational biologicals, such as monoclonal antibodies or chimeric biomolecules, in the 6 months or 5 half-lives before the screening visit or during the screening or run-in periods. This </w:t>
      </w:r>
      <w:proofErr w:type="gramStart"/>
      <w:r w:rsidRPr="005C06FE">
        <w:t>included, but</w:t>
      </w:r>
      <w:proofErr w:type="gramEnd"/>
      <w:r w:rsidRPr="005C06FE">
        <w:t xml:space="preserve"> was not limited to: (1) immunoglobulin E-targeting therapies (e.g. </w:t>
      </w:r>
      <w:r w:rsidRPr="005C06FE">
        <w:lastRenderedPageBreak/>
        <w:t xml:space="preserve">omalizumab); (2) interleukin-5 and interleukin-5 receptor-targeting therapies (e.g. mepolizumab, reslizumab, </w:t>
      </w:r>
      <w:proofErr w:type="spellStart"/>
      <w:r w:rsidRPr="005C06FE">
        <w:t>benralizumab</w:t>
      </w:r>
      <w:proofErr w:type="spellEnd"/>
      <w:r w:rsidRPr="005C06FE">
        <w:t>); and (3) interleukin-4 receptor-targeting therapies (e.g. dupilumab).</w:t>
      </w:r>
    </w:p>
    <w:p w14:paraId="28066043" w14:textId="77777777" w:rsidR="00304FB0" w:rsidRPr="005C06FE" w:rsidRDefault="00304FB0" w:rsidP="003F1E71">
      <w:pPr>
        <w:pStyle w:val="ListParagraph"/>
        <w:numPr>
          <w:ilvl w:val="0"/>
          <w:numId w:val="23"/>
        </w:numPr>
        <w:spacing w:after="240" w:line="480" w:lineRule="auto"/>
      </w:pPr>
      <w:r w:rsidRPr="005C06FE">
        <w:t>Any investigational non-biologic drug in the 60 days (or 5 half-lives, whichever was longer) before the screening visit and during the run-in period.</w:t>
      </w:r>
    </w:p>
    <w:p w14:paraId="17A7B353" w14:textId="77777777" w:rsidR="00304FB0" w:rsidRPr="005C06FE" w:rsidRDefault="00304FB0" w:rsidP="008614C2">
      <w:pPr>
        <w:pStyle w:val="ListParagraph"/>
        <w:numPr>
          <w:ilvl w:val="0"/>
          <w:numId w:val="23"/>
        </w:numPr>
        <w:spacing w:after="240" w:line="480" w:lineRule="auto"/>
      </w:pPr>
      <w:r w:rsidRPr="005C06FE">
        <w:t>Any immunosuppressive therapy (other than systemic corticosteroids) in the 3 months before the screening visit, and the screening and run-in periods.</w:t>
      </w:r>
    </w:p>
    <w:p w14:paraId="1797277C" w14:textId="77777777" w:rsidR="00304FB0" w:rsidRPr="005C06FE" w:rsidRDefault="00304FB0" w:rsidP="008614C2">
      <w:pPr>
        <w:pStyle w:val="ListParagraph"/>
        <w:numPr>
          <w:ilvl w:val="0"/>
          <w:numId w:val="23"/>
        </w:numPr>
        <w:spacing w:after="240" w:line="480" w:lineRule="auto"/>
      </w:pPr>
      <w:r w:rsidRPr="005C06FE">
        <w:t>Live or attenuated vaccine in the 4 weeks before the screening visit, and the screening and run-in periods.</w:t>
      </w:r>
    </w:p>
    <w:p w14:paraId="1CD27998" w14:textId="77777777" w:rsidR="00304FB0" w:rsidRPr="005C06FE" w:rsidRDefault="00304FB0" w:rsidP="003F1E71">
      <w:pPr>
        <w:pStyle w:val="ListParagraph"/>
        <w:numPr>
          <w:ilvl w:val="0"/>
          <w:numId w:val="23"/>
        </w:numPr>
        <w:spacing w:after="240" w:line="480" w:lineRule="auto"/>
      </w:pPr>
      <w:r w:rsidRPr="005C06FE">
        <w:t>Receipt of COVID-19 vaccine (vaccine or booster dose) in the 30 days before randomization.</w:t>
      </w:r>
    </w:p>
    <w:p w14:paraId="518F82E0" w14:textId="77777777" w:rsidR="00304FB0" w:rsidRPr="005C06FE" w:rsidRDefault="00304FB0" w:rsidP="003F1E71">
      <w:pPr>
        <w:pStyle w:val="ListParagraph"/>
        <w:numPr>
          <w:ilvl w:val="0"/>
          <w:numId w:val="23"/>
        </w:numPr>
        <w:spacing w:after="240" w:line="480" w:lineRule="auto"/>
      </w:pPr>
      <w:r w:rsidRPr="005C06FE">
        <w:t>Immunoglobulin or blood products in the 4 weeks before the screening visit, and the screening and run-in periods.</w:t>
      </w:r>
    </w:p>
    <w:p w14:paraId="099CB03B" w14:textId="77777777" w:rsidR="00304FB0" w:rsidRPr="005C06FE" w:rsidRDefault="00304FB0" w:rsidP="003F1E71">
      <w:pPr>
        <w:pStyle w:val="ListParagraph"/>
        <w:numPr>
          <w:ilvl w:val="0"/>
          <w:numId w:val="23"/>
        </w:numPr>
        <w:spacing w:after="240" w:line="480" w:lineRule="auto"/>
      </w:pPr>
      <w:r w:rsidRPr="005C06FE">
        <w:t>Any immunotherapy in the 3 months before the screening visit and the screening and run-in periods, except for stable maintenance dose allergen-specific immunotherapy started ≥ 4 weeks before the screening visit and expected to continue through to the end of the follow-up period.</w:t>
      </w:r>
    </w:p>
    <w:p w14:paraId="5B218DA4" w14:textId="77777777" w:rsidR="00304FB0" w:rsidRPr="005C06FE" w:rsidRDefault="00304FB0" w:rsidP="00C23ED9">
      <w:pPr>
        <w:pStyle w:val="ListParagraph"/>
        <w:numPr>
          <w:ilvl w:val="0"/>
          <w:numId w:val="23"/>
        </w:numPr>
        <w:spacing w:after="240" w:line="480" w:lineRule="auto"/>
      </w:pPr>
      <w:r w:rsidRPr="005C06FE">
        <w:t>For part 1 only, additional asthma maintenance controller medications in addition to inhaled corticosteroids and long-acting beta-2 agonists (e.g. leukotriene receptor inhibitors, theophylline, LAMA and chromones) in the 3 months before the screening visit and the screening and run-in periods.</w:t>
      </w:r>
    </w:p>
    <w:p w14:paraId="3143ADFC" w14:textId="77777777" w:rsidR="00304FB0" w:rsidRDefault="00304FB0" w:rsidP="002548A8">
      <w:pPr>
        <w:spacing w:after="240"/>
        <w:rPr>
          <w:i/>
        </w:rPr>
      </w:pPr>
    </w:p>
    <w:p w14:paraId="0C767B7C" w14:textId="77777777" w:rsidR="00304FB0" w:rsidRDefault="00304FB0" w:rsidP="008620B9">
      <w:pPr>
        <w:keepNext/>
        <w:spacing w:after="240"/>
        <w:rPr>
          <w:i/>
        </w:rPr>
      </w:pPr>
      <w:r>
        <w:rPr>
          <w:i/>
        </w:rPr>
        <w:lastRenderedPageBreak/>
        <w:t>PK sampling schedule</w:t>
      </w:r>
    </w:p>
    <w:p w14:paraId="386BFCD8" w14:textId="77777777" w:rsidR="00304FB0" w:rsidRPr="00D850A4" w:rsidRDefault="00304FB0" w:rsidP="008620B9">
      <w:pPr>
        <w:spacing w:line="480" w:lineRule="auto"/>
      </w:pPr>
      <w:r>
        <w:t xml:space="preserve">In part 1, </w:t>
      </w:r>
      <w:r w:rsidRPr="00D850A4">
        <w:t xml:space="preserve">blood samples for PK measurements were collected </w:t>
      </w:r>
      <w:r>
        <w:t>from</w:t>
      </w:r>
      <w:r w:rsidRPr="00D850A4">
        <w:t xml:space="preserve"> all participants. </w:t>
      </w:r>
      <w:r>
        <w:t xml:space="preserve">The sampling schedule was: </w:t>
      </w:r>
      <w:r w:rsidRPr="005C06FE">
        <w:t>day 1 pre-dose (−</w:t>
      </w:r>
      <w:r w:rsidRPr="00D850A4">
        <w:t>60 min)</w:t>
      </w:r>
      <w:r>
        <w:t xml:space="preserve"> and post-dose after</w:t>
      </w:r>
      <w:r w:rsidRPr="00D850A4">
        <w:t xml:space="preserve"> 1, 2, 3 (± 10 min), 4, 6, 8 (± 20 min) and 12 hours (up to one hour </w:t>
      </w:r>
      <w:r>
        <w:t>before</w:t>
      </w:r>
      <w:r w:rsidRPr="00D850A4">
        <w:t xml:space="preserve"> the next dose); </w:t>
      </w:r>
      <w:r>
        <w:t>d</w:t>
      </w:r>
      <w:r w:rsidRPr="00D850A4">
        <w:t>ay 28 pre-dose (</w:t>
      </w:r>
      <w:r w:rsidRPr="005C06FE">
        <w:t>−</w:t>
      </w:r>
      <w:r w:rsidRPr="00D850A4">
        <w:t>60 minutes)</w:t>
      </w:r>
      <w:r>
        <w:t xml:space="preserve"> and</w:t>
      </w:r>
      <w:r w:rsidRPr="00D850A4">
        <w:t xml:space="preserve"> </w:t>
      </w:r>
      <w:r>
        <w:t>post-dose</w:t>
      </w:r>
      <w:r w:rsidRPr="00D850A4">
        <w:t xml:space="preserve"> </w:t>
      </w:r>
      <w:r>
        <w:t xml:space="preserve">after </w:t>
      </w:r>
      <w:r w:rsidRPr="00D850A4">
        <w:t>1, 2, 3 (± 10 minutes), 4, 6, 8 (± 20 minutes), and 12 hours (± 1 hour; on</w:t>
      </w:r>
      <w:r>
        <w:t xml:space="preserve"> </w:t>
      </w:r>
      <w:r w:rsidRPr="00D850A4">
        <w:t>day 28</w:t>
      </w:r>
      <w:r>
        <w:t xml:space="preserve">, only a </w:t>
      </w:r>
      <w:r w:rsidRPr="00D850A4">
        <w:t xml:space="preserve">single dose of </w:t>
      </w:r>
      <w:proofErr w:type="spellStart"/>
      <w:r w:rsidRPr="00D850A4">
        <w:t>elarekibep</w:t>
      </w:r>
      <w:proofErr w:type="spellEnd"/>
      <w:r w:rsidRPr="00D850A4">
        <w:t xml:space="preserve"> </w:t>
      </w:r>
      <w:r>
        <w:t>was administered</w:t>
      </w:r>
      <w:r w:rsidRPr="00D850A4">
        <w:t xml:space="preserve">). Pre-dose on </w:t>
      </w:r>
      <w:r>
        <w:t>d</w:t>
      </w:r>
      <w:r w:rsidRPr="00D850A4">
        <w:t xml:space="preserve">ays 2, 4, 6, 8, 10, 12, 14, 16,  20, 24 (up to 1 hour </w:t>
      </w:r>
      <w:r>
        <w:t>before</w:t>
      </w:r>
      <w:r w:rsidRPr="00D850A4">
        <w:t xml:space="preserve"> the next dose), 29 (24 hours </w:t>
      </w:r>
      <w:r w:rsidRPr="00D850A4">
        <w:rPr>
          <w:rFonts w:hint="eastAsia"/>
        </w:rPr>
        <w:t>±</w:t>
      </w:r>
      <w:r w:rsidRPr="00D850A4">
        <w:t xml:space="preserve"> 2 hours after day 28 dose), 30 (48 hours </w:t>
      </w:r>
      <w:r w:rsidRPr="00D850A4">
        <w:rPr>
          <w:rFonts w:hint="eastAsia"/>
        </w:rPr>
        <w:t>±</w:t>
      </w:r>
      <w:r w:rsidRPr="00D850A4">
        <w:t xml:space="preserve"> 2.5 hours after</w:t>
      </w:r>
      <w:r>
        <w:t xml:space="preserve"> d</w:t>
      </w:r>
      <w:r w:rsidRPr="00D850A4">
        <w:t xml:space="preserve">ay 28 dose), 32 (96 hours </w:t>
      </w:r>
      <w:r w:rsidRPr="00D850A4">
        <w:rPr>
          <w:rFonts w:hint="eastAsia"/>
        </w:rPr>
        <w:t>±</w:t>
      </w:r>
      <w:r w:rsidRPr="00D850A4">
        <w:t xml:space="preserve"> 2.5 hours after </w:t>
      </w:r>
      <w:r>
        <w:t>d</w:t>
      </w:r>
      <w:r w:rsidRPr="00D850A4">
        <w:t>ay 28 dose), 39 (</w:t>
      </w:r>
      <w:r w:rsidRPr="00D850A4">
        <w:rPr>
          <w:rFonts w:hint="eastAsia"/>
        </w:rPr>
        <w:t>±</w:t>
      </w:r>
      <w:r w:rsidRPr="00D850A4">
        <w:t xml:space="preserve"> 6 days), and 56 (</w:t>
      </w:r>
      <w:r w:rsidRPr="00D850A4">
        <w:rPr>
          <w:rFonts w:hint="eastAsia"/>
        </w:rPr>
        <w:t>±</w:t>
      </w:r>
      <w:r w:rsidRPr="00D850A4">
        <w:t xml:space="preserve"> 4 days). For part 1b only</w:t>
      </w:r>
      <w:r>
        <w:t>, samples were also collected on</w:t>
      </w:r>
      <w:r w:rsidRPr="00D850A4">
        <w:t xml:space="preserve"> </w:t>
      </w:r>
      <w:r>
        <w:t>d</w:t>
      </w:r>
      <w:r w:rsidRPr="00D850A4">
        <w:t>ay 20, 4 hours post-morning dose (</w:t>
      </w:r>
      <w:r w:rsidRPr="00D850A4">
        <w:rPr>
          <w:rFonts w:hint="eastAsia"/>
        </w:rPr>
        <w:t>±</w:t>
      </w:r>
      <w:r w:rsidRPr="00D850A4">
        <w:t xml:space="preserve"> 20 minutes). The PK sampling timepoints could have been amended based on results from Part 1 a/b. An unscheduled PK sample could have been collected in the case of AEs and/or unscheduled safety blood sampling.</w:t>
      </w:r>
    </w:p>
    <w:p w14:paraId="21CFB82C" w14:textId="77777777" w:rsidR="00304FB0" w:rsidRDefault="00304FB0" w:rsidP="008620B9">
      <w:pPr>
        <w:spacing w:line="480" w:lineRule="auto"/>
      </w:pPr>
    </w:p>
    <w:p w14:paraId="38D93153" w14:textId="77777777" w:rsidR="00304FB0" w:rsidRPr="00D850A4" w:rsidRDefault="00304FB0" w:rsidP="008620B9">
      <w:pPr>
        <w:spacing w:line="480" w:lineRule="auto"/>
      </w:pPr>
      <w:r>
        <w:t xml:space="preserve">For Part 2, </w:t>
      </w:r>
      <w:r w:rsidRPr="00D850A4">
        <w:t xml:space="preserve">blood samples for PK measurements were collected </w:t>
      </w:r>
      <w:r>
        <w:t>from</w:t>
      </w:r>
      <w:r w:rsidRPr="00D850A4">
        <w:t xml:space="preserve"> all participants pre-dose at each visit, including unscheduled visits. Intense sampling could have been</w:t>
      </w:r>
      <w:r>
        <w:t xml:space="preserve"> </w:t>
      </w:r>
      <w:r w:rsidRPr="00D850A4">
        <w:t>performed in approximately 25% of participants per treatment arm. Timing of intense samples</w:t>
      </w:r>
      <w:r>
        <w:t xml:space="preserve"> was</w:t>
      </w:r>
      <w:r w:rsidRPr="00D850A4">
        <w:t xml:space="preserve">: </w:t>
      </w:r>
      <w:r>
        <w:t>d</w:t>
      </w:r>
      <w:r w:rsidRPr="00D850A4">
        <w:t>ay 1</w:t>
      </w:r>
      <w:r>
        <w:t>, post-dose after</w:t>
      </w:r>
      <w:r w:rsidRPr="00D850A4">
        <w:t xml:space="preserve"> 1, 2, 3 (</w:t>
      </w:r>
      <w:r w:rsidRPr="00D850A4">
        <w:rPr>
          <w:rFonts w:hint="eastAsia"/>
        </w:rPr>
        <w:t>±</w:t>
      </w:r>
      <w:r w:rsidRPr="00D850A4">
        <w:t xml:space="preserve"> 10 minutes), 6, and 8 hours (</w:t>
      </w:r>
      <w:r w:rsidRPr="00D850A4">
        <w:rPr>
          <w:rFonts w:hint="eastAsia"/>
        </w:rPr>
        <w:t>±</w:t>
      </w:r>
      <w:r w:rsidRPr="00D850A4">
        <w:t xml:space="preserve"> 20 minutes)</w:t>
      </w:r>
      <w:r>
        <w:t>;</w:t>
      </w:r>
      <w:r w:rsidRPr="00D850A4">
        <w:t xml:space="preserve"> </w:t>
      </w:r>
      <w:r>
        <w:t>d</w:t>
      </w:r>
      <w:r w:rsidRPr="00D850A4">
        <w:t>ay 21</w:t>
      </w:r>
      <w:r>
        <w:t xml:space="preserve">, </w:t>
      </w:r>
      <w:r w:rsidRPr="00D850A4">
        <w:t>4 hours post-morning dose (</w:t>
      </w:r>
      <w:r w:rsidRPr="00D850A4">
        <w:rPr>
          <w:rFonts w:hint="eastAsia"/>
        </w:rPr>
        <w:t>±</w:t>
      </w:r>
      <w:r w:rsidRPr="00D850A4">
        <w:t xml:space="preserve"> 20 minutes)</w:t>
      </w:r>
      <w:r>
        <w:t>;</w:t>
      </w:r>
      <w:r w:rsidRPr="00D850A4">
        <w:t xml:space="preserve"> and </w:t>
      </w:r>
      <w:r>
        <w:t>d</w:t>
      </w:r>
      <w:r w:rsidRPr="00D850A4">
        <w:t xml:space="preserve">ay 28 (last dose), </w:t>
      </w:r>
      <w:r>
        <w:t>post-dose</w:t>
      </w:r>
      <w:r w:rsidRPr="00D850A4">
        <w:t xml:space="preserve"> </w:t>
      </w:r>
      <w:r>
        <w:t xml:space="preserve">after </w:t>
      </w:r>
      <w:r w:rsidRPr="00D850A4">
        <w:t>1, 2, 3 (</w:t>
      </w:r>
      <w:r w:rsidRPr="00D850A4">
        <w:rPr>
          <w:rFonts w:hint="eastAsia"/>
        </w:rPr>
        <w:t>±</w:t>
      </w:r>
      <w:r w:rsidRPr="00D850A4">
        <w:t xml:space="preserve"> 10 minutes), 6, 8</w:t>
      </w:r>
      <w:r>
        <w:t xml:space="preserve"> </w:t>
      </w:r>
      <w:r w:rsidRPr="00D850A4">
        <w:t>(</w:t>
      </w:r>
      <w:r w:rsidRPr="00D850A4">
        <w:rPr>
          <w:rFonts w:hint="eastAsia"/>
        </w:rPr>
        <w:t>±</w:t>
      </w:r>
      <w:r w:rsidRPr="00D850A4">
        <w:t xml:space="preserve"> 20 min), 24 (</w:t>
      </w:r>
      <w:r w:rsidRPr="00D850A4">
        <w:rPr>
          <w:rFonts w:hint="eastAsia"/>
        </w:rPr>
        <w:t>±</w:t>
      </w:r>
      <w:r w:rsidRPr="00D850A4">
        <w:t xml:space="preserve"> 2 hours), 48 (</w:t>
      </w:r>
      <w:r w:rsidRPr="00D850A4">
        <w:rPr>
          <w:rFonts w:hint="eastAsia"/>
        </w:rPr>
        <w:t>±</w:t>
      </w:r>
      <w:r w:rsidRPr="00D850A4">
        <w:t xml:space="preserve"> 2.5 hours), and 96 hours (</w:t>
      </w:r>
      <w:r w:rsidRPr="00D850A4">
        <w:rPr>
          <w:rFonts w:hint="eastAsia"/>
        </w:rPr>
        <w:t>±</w:t>
      </w:r>
      <w:r w:rsidRPr="00D850A4">
        <w:t xml:space="preserve"> 2.5 hours; single dose of AZD1402 only on last day of dosing). PK sampling timepoints could</w:t>
      </w:r>
      <w:r>
        <w:t xml:space="preserve"> </w:t>
      </w:r>
      <w:r w:rsidRPr="00D850A4">
        <w:t>have been amended based on results from Part 1 a/b. An unscheduled PK sample could have been collected in the case of AEs and/or unscheduled safety blood sampling.</w:t>
      </w:r>
    </w:p>
    <w:p w14:paraId="7F45FF9C" w14:textId="77777777" w:rsidR="00304FB0" w:rsidRDefault="00304FB0" w:rsidP="00D0672F">
      <w:pPr>
        <w:spacing w:line="480" w:lineRule="auto"/>
        <w:jc w:val="both"/>
        <w:rPr>
          <w:rFonts w:cs="Arial"/>
        </w:rPr>
      </w:pPr>
    </w:p>
    <w:p w14:paraId="3B6C084C" w14:textId="77777777" w:rsidR="00304FB0" w:rsidRPr="002A43EE" w:rsidRDefault="00304FB0" w:rsidP="002A43EE">
      <w:pPr>
        <w:spacing w:line="480" w:lineRule="auto"/>
        <w:jc w:val="both"/>
        <w:rPr>
          <w:rFonts w:cs="Arial"/>
        </w:rPr>
      </w:pPr>
    </w:p>
    <w:p w14:paraId="3A871291" w14:textId="77777777" w:rsidR="00304FB0" w:rsidRPr="005C06FE" w:rsidRDefault="00304FB0" w:rsidP="008620B9">
      <w:pPr>
        <w:keepNext/>
        <w:spacing w:after="240"/>
        <w:rPr>
          <w:i/>
        </w:rPr>
      </w:pPr>
      <w:r w:rsidRPr="005C06FE">
        <w:rPr>
          <w:i/>
        </w:rPr>
        <w:t>Statistical methods</w:t>
      </w:r>
    </w:p>
    <w:p w14:paraId="6AE01F09" w14:textId="77777777" w:rsidR="00304FB0" w:rsidRPr="005C06FE" w:rsidRDefault="00304FB0" w:rsidP="003F1E71">
      <w:pPr>
        <w:spacing w:line="480" w:lineRule="auto"/>
      </w:pPr>
      <w:r w:rsidRPr="005C06FE">
        <w:t xml:space="preserve">The analysis sets used were: (1) the full analysis set, which included all </w:t>
      </w:r>
      <w:r>
        <w:t>participants</w:t>
      </w:r>
      <w:r w:rsidRPr="005C06FE">
        <w:t xml:space="preserve"> who </w:t>
      </w:r>
      <w:r>
        <w:t>were randomized and received any study drug (participants</w:t>
      </w:r>
      <w:r w:rsidRPr="005C06FE">
        <w:t xml:space="preserve"> </w:t>
      </w:r>
      <w:r>
        <w:t xml:space="preserve">were evaluated according to the treatment assigned at randomization); the full analysis set </w:t>
      </w:r>
      <w:r w:rsidRPr="005C06FE">
        <w:t xml:space="preserve">was used for all analyses of baseline demographic and clinical characteristics and efficacy data; (2) the safety set (SS), which included all </w:t>
      </w:r>
      <w:r>
        <w:t>participants</w:t>
      </w:r>
      <w:r w:rsidRPr="005C06FE">
        <w:t xml:space="preserve"> who were randomi</w:t>
      </w:r>
      <w:r>
        <w:t>z</w:t>
      </w:r>
      <w:r w:rsidRPr="005C06FE">
        <w:t>ed and received at least one dose of the study drug or placebo, with patients evaluated according to the treatment assigned at randomi</w:t>
      </w:r>
      <w:r>
        <w:t>z</w:t>
      </w:r>
      <w:r w:rsidRPr="005C06FE">
        <w:t xml:space="preserve">ation; the PK (3) analysis set, which included those in the SS who had detectable PK data, with no major protocol deviations considered to impact the analysis of PK data and was used for all PK analyses; and (4) the immunogenicity set, which included all </w:t>
      </w:r>
      <w:r>
        <w:t>participants</w:t>
      </w:r>
      <w:r w:rsidRPr="005C06FE">
        <w:t xml:space="preserve"> in the SS with at least one post-treatment ADA result (positive or negative), </w:t>
      </w:r>
      <w:r>
        <w:t xml:space="preserve">which </w:t>
      </w:r>
      <w:r w:rsidRPr="005C06FE">
        <w:t>was used for all ADA analyses</w:t>
      </w:r>
      <w:r>
        <w:t>. The exception was</w:t>
      </w:r>
      <w:r w:rsidRPr="005C06FE">
        <w:t xml:space="preserve"> any analysis of the relationship between ADA and PK, in which case the immunogenicity set instead comprised all those in the PK set. </w:t>
      </w:r>
      <w:r w:rsidRPr="005C06FE">
        <w:br/>
      </w:r>
      <w:r w:rsidRPr="005C06FE">
        <w:br/>
        <w:t>All confidence intervals (CIs) were two-sided 95% CIs unless stated otherwise. P-values were nominal. Descriptive statistics were calculated for PK parameters and FeNO level</w:t>
      </w:r>
      <w:r>
        <w:t>s</w:t>
      </w:r>
      <w:r w:rsidRPr="005C06FE">
        <w:t>. For PK, analysis was carried out using actual elapsed times determined from the PK sampling and dosing times recorded in the database. If actual elapsed times were</w:t>
      </w:r>
      <w:r w:rsidRPr="005C06FE">
        <w:rPr>
          <w:rFonts w:ascii="TimesNewRoman" w:hAnsi="TimesNewRoman"/>
        </w:rPr>
        <w:t xml:space="preserve"> </w:t>
      </w:r>
      <w:r w:rsidRPr="005C06FE">
        <w:t>missing, nominal times could have been used. Nominal sampling times were used for interim PK parameter calculations. Serum concentrations were listed and summari</w:t>
      </w:r>
      <w:r>
        <w:t>z</w:t>
      </w:r>
      <w:r w:rsidRPr="005C06FE">
        <w:t xml:space="preserve">ed by treatment and </w:t>
      </w:r>
      <w:proofErr w:type="gramStart"/>
      <w:r w:rsidRPr="005C06FE">
        <w:t>PK day</w:t>
      </w:r>
      <w:proofErr w:type="gramEnd"/>
      <w:r w:rsidRPr="005C06FE">
        <w:t xml:space="preserve"> and TE-ADA status using appropriate descriptive statistics. For the immunogenicity data, ADAs </w:t>
      </w:r>
      <w:r w:rsidRPr="005C06FE">
        <w:lastRenderedPageBreak/>
        <w:t>were summari</w:t>
      </w:r>
      <w:r>
        <w:t>z</w:t>
      </w:r>
      <w:r w:rsidRPr="005C06FE">
        <w:t>ed as categorical variables and immunogenicity titre was summari</w:t>
      </w:r>
      <w:r>
        <w:t>z</w:t>
      </w:r>
      <w:r w:rsidRPr="005C06FE">
        <w:t>ed descriptively as a continuous variable. The change from baseline in FEV</w:t>
      </w:r>
      <w:r w:rsidRPr="005C06FE">
        <w:rPr>
          <w:vertAlign w:val="subscript"/>
        </w:rPr>
        <w:t>1</w:t>
      </w:r>
      <w:r w:rsidRPr="005C06FE">
        <w:t xml:space="preserve"> was analysed using mixed models for repeated measures with treatment group, week (1 to 4), country, baseline FEV</w:t>
      </w:r>
      <w:r w:rsidRPr="005C06FE">
        <w:rPr>
          <w:vertAlign w:val="subscript"/>
        </w:rPr>
        <w:t>1</w:t>
      </w:r>
      <w:r w:rsidRPr="005C06FE">
        <w:t xml:space="preserve"> and treatment-by-week interaction as fixed effects and with patient as a random effect. In this model, weeks 1 to 4 corresponded to visits 4 to 7. The overall treatment effect and treatment difference over the 4-week treatment period were estimated using LS means and the difference in LS means on the treatment factor, along with the standard errors, 95% CIs and the p-value corresponding to the between-treatment group difference.</w:t>
      </w:r>
    </w:p>
    <w:p w14:paraId="33139EB9" w14:textId="77777777" w:rsidR="00304FB0" w:rsidRPr="005C06FE" w:rsidRDefault="00304FB0" w:rsidP="003F1E71">
      <w:pPr>
        <w:spacing w:line="480" w:lineRule="auto"/>
      </w:pPr>
    </w:p>
    <w:p w14:paraId="12BCDBD4" w14:textId="77777777" w:rsidR="00304FB0" w:rsidRDefault="00304FB0" w:rsidP="003F1E71">
      <w:pPr>
        <w:spacing w:line="480" w:lineRule="auto"/>
      </w:pPr>
      <w:r w:rsidRPr="005C06FE">
        <w:t xml:space="preserve">FeNO was </w:t>
      </w:r>
      <w:proofErr w:type="spellStart"/>
      <w:r w:rsidRPr="005C06FE">
        <w:t>analy</w:t>
      </w:r>
      <w:r>
        <w:t>z</w:t>
      </w:r>
      <w:r w:rsidRPr="005C06FE">
        <w:t>ed</w:t>
      </w:r>
      <w:proofErr w:type="spellEnd"/>
      <w:r w:rsidRPr="005C06FE">
        <w:t xml:space="preserve"> on a natural log </w:t>
      </w:r>
      <w:proofErr w:type="gramStart"/>
      <w:r w:rsidRPr="005C06FE">
        <w:t>scale</w:t>
      </w:r>
      <w:proofErr w:type="gramEnd"/>
      <w:r w:rsidRPr="005C06FE">
        <w:t xml:space="preserve"> and results were </w:t>
      </w:r>
      <w:proofErr w:type="gramStart"/>
      <w:r w:rsidRPr="005C06FE">
        <w:t>back-transformed</w:t>
      </w:r>
      <w:proofErr w:type="gramEnd"/>
      <w:r w:rsidRPr="005C06FE">
        <w:t xml:space="preserve"> to a linear scale. The change from baseline in FeNO was calculated by subtracting the log-transformed FeNO value at baseline from the log-transformed post-baseline value. Hence, treatment effects, differences and associated CIs were presented in terms of geometric LS means</w:t>
      </w:r>
      <w:r>
        <w:t xml:space="preserve"> ratios</w:t>
      </w:r>
      <w:r w:rsidRPr="005C06FE">
        <w:t>. Percentage change from baseline in FeNO at each week and the mean over the treatment period were summari</w:t>
      </w:r>
      <w:r>
        <w:t>z</w:t>
      </w:r>
      <w:r w:rsidRPr="005C06FE">
        <w:t xml:space="preserve">ed by treatment group. </w:t>
      </w:r>
    </w:p>
    <w:p w14:paraId="724A0577" w14:textId="77777777" w:rsidR="00304FB0" w:rsidRPr="005C06FE" w:rsidRDefault="00304FB0" w:rsidP="003F1E71">
      <w:pPr>
        <w:spacing w:line="480" w:lineRule="auto"/>
      </w:pPr>
    </w:p>
    <w:p w14:paraId="1CC0A1F1" w14:textId="77777777" w:rsidR="00304FB0" w:rsidRDefault="00304FB0" w:rsidP="003F1E71">
      <w:pPr>
        <w:spacing w:line="480" w:lineRule="auto"/>
      </w:pPr>
      <w:r w:rsidRPr="005C06FE">
        <w:t xml:space="preserve">For the ACQ-6, a summary by treatment group (different doses of </w:t>
      </w:r>
      <w:proofErr w:type="spellStart"/>
      <w:r w:rsidRPr="005C06FE">
        <w:t>elarekibep</w:t>
      </w:r>
      <w:proofErr w:type="spellEnd"/>
      <w:r w:rsidRPr="005C06FE">
        <w:t xml:space="preserve"> and placebo) in terms of values at baseline and mean over the treatment period, as well as change from baseline and its mean over the treatment period, was presented. Information from ACQ-6 assessments was also listed.</w:t>
      </w:r>
      <w:r>
        <w:t xml:space="preserve"> </w:t>
      </w:r>
      <w:r w:rsidRPr="005C06FE">
        <w:t xml:space="preserve">The mean over the treatment period was calculated from the patients’ mean measurements of all assessments performed while patients were on treatment. Also, the number and percentage of </w:t>
      </w:r>
      <w:r w:rsidRPr="005C06FE">
        <w:lastRenderedPageBreak/>
        <w:t>patients with a decrease in ACQ-6 score of ≥ 0.5 (responders) over the treatment period for each treatment group were described.</w:t>
      </w:r>
    </w:p>
    <w:p w14:paraId="251149D5" w14:textId="77777777" w:rsidR="00304FB0" w:rsidRPr="005C06FE" w:rsidRDefault="00304FB0" w:rsidP="003F1E71">
      <w:pPr>
        <w:spacing w:line="480" w:lineRule="auto"/>
      </w:pPr>
    </w:p>
    <w:p w14:paraId="234A3B76" w14:textId="77777777" w:rsidR="00304FB0" w:rsidRPr="005C06FE" w:rsidRDefault="00304FB0" w:rsidP="00BF5720">
      <w:pPr>
        <w:spacing w:line="480" w:lineRule="auto"/>
      </w:pPr>
      <w:r w:rsidRPr="005C06FE">
        <w:t>All statistical analyses were conducted using SAS</w:t>
      </w:r>
      <w:r w:rsidRPr="00291509">
        <w:rPr>
          <w:vertAlign w:val="superscript"/>
        </w:rPr>
        <w:t xml:space="preserve">® </w:t>
      </w:r>
      <w:r w:rsidRPr="005C06FE">
        <w:t>version 9.4. PK parameters were calculated using Phoenix</w:t>
      </w:r>
      <w:r w:rsidRPr="00291509">
        <w:rPr>
          <w:vertAlign w:val="superscript"/>
        </w:rPr>
        <w:t>®</w:t>
      </w:r>
      <w:r w:rsidRPr="005C06FE">
        <w:t xml:space="preserve"> WinNonlin version 8.3.5 or a later version in a secure and validated environment (Certara).</w:t>
      </w:r>
      <w:r w:rsidRPr="005C06FE">
        <w:rPr>
          <w:rFonts w:ascii="TimesNewRoman" w:hAnsi="TimesNewRoman"/>
        </w:rPr>
        <w:t xml:space="preserve"> </w:t>
      </w:r>
    </w:p>
    <w:p w14:paraId="71D7D17D" w14:textId="77777777" w:rsidR="00304FB0" w:rsidRPr="005C06FE" w:rsidRDefault="00304FB0" w:rsidP="00BF5720">
      <w:pPr>
        <w:spacing w:line="480" w:lineRule="auto"/>
      </w:pPr>
    </w:p>
    <w:p w14:paraId="7F8CAE61" w14:textId="77777777" w:rsidR="00304FB0" w:rsidRDefault="00304FB0">
      <w:pPr>
        <w:spacing w:line="240" w:lineRule="auto"/>
        <w:rPr>
          <w:b/>
          <w:bCs/>
        </w:rPr>
      </w:pPr>
      <w:r>
        <w:rPr>
          <w:b/>
          <w:bCs/>
        </w:rPr>
        <w:br w:type="page"/>
      </w:r>
    </w:p>
    <w:p w14:paraId="530AB6C0" w14:textId="77777777" w:rsidR="00304FB0" w:rsidRPr="005C06FE" w:rsidRDefault="00304FB0" w:rsidP="00291509">
      <w:pPr>
        <w:spacing w:line="480" w:lineRule="auto"/>
      </w:pPr>
      <w:r w:rsidRPr="00291509">
        <w:rPr>
          <w:b/>
          <w:bCs/>
        </w:rPr>
        <w:lastRenderedPageBreak/>
        <w:t>Supplementa</w:t>
      </w:r>
      <w:r>
        <w:rPr>
          <w:b/>
          <w:bCs/>
        </w:rPr>
        <w:t>l</w:t>
      </w:r>
      <w:r w:rsidRPr="00291509">
        <w:rPr>
          <w:b/>
          <w:bCs/>
        </w:rPr>
        <w:t xml:space="preserve"> Table </w:t>
      </w:r>
      <w:r>
        <w:rPr>
          <w:b/>
          <w:bCs/>
        </w:rPr>
        <w:t>S</w:t>
      </w:r>
      <w:r w:rsidRPr="00291509">
        <w:rPr>
          <w:b/>
          <w:bCs/>
        </w:rPr>
        <w:t>1</w:t>
      </w:r>
      <w:r w:rsidRPr="005C06FE">
        <w:t xml:space="preserve"> Baseline demographics and clinical characteristics of </w:t>
      </w:r>
      <w:r w:rsidRPr="005C06FE">
        <w:rPr>
          <w:bCs/>
        </w:rPr>
        <w:t>the</w:t>
      </w:r>
      <w:r w:rsidRPr="005C06FE">
        <w:rPr>
          <w:b/>
        </w:rPr>
        <w:t xml:space="preserve"> </w:t>
      </w:r>
      <w:r w:rsidRPr="005C06FE">
        <w:t>study population with uncontrolled moderate-to-severe asthma (part 2)</w:t>
      </w:r>
    </w:p>
    <w:tbl>
      <w:tblPr>
        <w:tblStyle w:val="Table"/>
        <w:tblW w:w="0" w:type="auto"/>
        <w:tblInd w:w="0" w:type="dxa"/>
        <w:tblLayout w:type="fixed"/>
        <w:tblCellMar>
          <w:left w:w="108" w:type="dxa"/>
          <w:right w:w="108" w:type="dxa"/>
        </w:tblCellMar>
        <w:tblLook w:val="04A0" w:firstRow="1" w:lastRow="0" w:firstColumn="1" w:lastColumn="0" w:noHBand="0" w:noVBand="1"/>
      </w:tblPr>
      <w:tblGrid>
        <w:gridCol w:w="2122"/>
        <w:gridCol w:w="1496"/>
        <w:gridCol w:w="1496"/>
        <w:gridCol w:w="1496"/>
        <w:gridCol w:w="1496"/>
      </w:tblGrid>
      <w:tr w:rsidR="00304FB0" w:rsidRPr="005C06FE" w14:paraId="39BCF609" w14:textId="77777777" w:rsidTr="00291509">
        <w:tc>
          <w:tcPr>
            <w:tcW w:w="2122" w:type="dxa"/>
            <w:tcBorders>
              <w:top w:val="single" w:sz="4" w:space="0" w:color="auto"/>
              <w:bottom w:val="single" w:sz="4" w:space="0" w:color="auto"/>
            </w:tcBorders>
            <w:vAlign w:val="center"/>
          </w:tcPr>
          <w:p w14:paraId="5D11B2CC" w14:textId="77777777" w:rsidR="00304FB0" w:rsidRPr="005C06FE" w:rsidRDefault="00304FB0" w:rsidP="003F1E71">
            <w:pPr>
              <w:spacing w:line="480" w:lineRule="auto"/>
              <w:rPr>
                <w:b/>
              </w:rPr>
            </w:pPr>
          </w:p>
        </w:tc>
        <w:tc>
          <w:tcPr>
            <w:tcW w:w="1496" w:type="dxa"/>
            <w:tcBorders>
              <w:top w:val="single" w:sz="4" w:space="0" w:color="auto"/>
              <w:bottom w:val="single" w:sz="4" w:space="0" w:color="auto"/>
            </w:tcBorders>
          </w:tcPr>
          <w:p w14:paraId="0B052E27" w14:textId="77777777" w:rsidR="00304FB0" w:rsidRPr="005C06FE" w:rsidRDefault="00304FB0" w:rsidP="00D74646">
            <w:pPr>
              <w:spacing w:line="480" w:lineRule="auto"/>
              <w:jc w:val="center"/>
              <w:rPr>
                <w:b/>
              </w:rPr>
            </w:pPr>
            <w:proofErr w:type="spellStart"/>
            <w:r w:rsidRPr="005C06FE">
              <w:rPr>
                <w:b/>
              </w:rPr>
              <w:t>Elarekibep</w:t>
            </w:r>
            <w:proofErr w:type="spellEnd"/>
            <w:r w:rsidRPr="005C06FE">
              <w:rPr>
                <w:b/>
              </w:rPr>
              <w:t xml:space="preserve"> 1 mg</w:t>
            </w:r>
            <w:r w:rsidRPr="005C06FE">
              <w:rPr>
                <w:b/>
              </w:rPr>
              <w:br/>
              <w:t>(n = 4)</w:t>
            </w:r>
          </w:p>
        </w:tc>
        <w:tc>
          <w:tcPr>
            <w:tcW w:w="1496" w:type="dxa"/>
            <w:tcBorders>
              <w:top w:val="single" w:sz="4" w:space="0" w:color="auto"/>
              <w:bottom w:val="single" w:sz="4" w:space="0" w:color="auto"/>
            </w:tcBorders>
          </w:tcPr>
          <w:p w14:paraId="60C8532D" w14:textId="77777777" w:rsidR="00304FB0" w:rsidRPr="005C06FE" w:rsidRDefault="00304FB0" w:rsidP="00D74646">
            <w:pPr>
              <w:spacing w:line="480" w:lineRule="auto"/>
              <w:jc w:val="center"/>
              <w:rPr>
                <w:b/>
              </w:rPr>
            </w:pPr>
            <w:proofErr w:type="spellStart"/>
            <w:r w:rsidRPr="005C06FE">
              <w:rPr>
                <w:b/>
              </w:rPr>
              <w:t>Elarekibep</w:t>
            </w:r>
            <w:proofErr w:type="spellEnd"/>
            <w:r w:rsidRPr="005C06FE">
              <w:rPr>
                <w:b/>
              </w:rPr>
              <w:t xml:space="preserve"> 3 mg</w:t>
            </w:r>
          </w:p>
          <w:p w14:paraId="002BCA5B" w14:textId="77777777" w:rsidR="00304FB0" w:rsidRPr="005C06FE" w:rsidRDefault="00304FB0" w:rsidP="00D74646">
            <w:pPr>
              <w:spacing w:line="480" w:lineRule="auto"/>
              <w:jc w:val="center"/>
              <w:rPr>
                <w:b/>
              </w:rPr>
            </w:pPr>
            <w:r w:rsidRPr="005C06FE">
              <w:rPr>
                <w:b/>
              </w:rPr>
              <w:t>(n = 9)</w:t>
            </w:r>
          </w:p>
        </w:tc>
        <w:tc>
          <w:tcPr>
            <w:tcW w:w="1496" w:type="dxa"/>
            <w:tcBorders>
              <w:top w:val="single" w:sz="4" w:space="0" w:color="auto"/>
              <w:bottom w:val="single" w:sz="4" w:space="0" w:color="auto"/>
            </w:tcBorders>
          </w:tcPr>
          <w:p w14:paraId="2AFEB2D7" w14:textId="77777777" w:rsidR="00304FB0" w:rsidRPr="005C06FE" w:rsidRDefault="00304FB0" w:rsidP="00D74646">
            <w:pPr>
              <w:spacing w:line="480" w:lineRule="auto"/>
              <w:jc w:val="center"/>
              <w:rPr>
                <w:b/>
              </w:rPr>
            </w:pPr>
            <w:proofErr w:type="spellStart"/>
            <w:r w:rsidRPr="005C06FE">
              <w:rPr>
                <w:b/>
              </w:rPr>
              <w:t>Elarekibep</w:t>
            </w:r>
            <w:proofErr w:type="spellEnd"/>
            <w:r w:rsidRPr="005C06FE">
              <w:rPr>
                <w:b/>
              </w:rPr>
              <w:t xml:space="preserve"> overall</w:t>
            </w:r>
            <w:r w:rsidRPr="005C06FE">
              <w:rPr>
                <w:b/>
              </w:rPr>
              <w:br/>
              <w:t>(n = 13)</w:t>
            </w:r>
          </w:p>
        </w:tc>
        <w:tc>
          <w:tcPr>
            <w:tcW w:w="1496" w:type="dxa"/>
            <w:tcBorders>
              <w:top w:val="single" w:sz="4" w:space="0" w:color="auto"/>
              <w:bottom w:val="single" w:sz="4" w:space="0" w:color="auto"/>
            </w:tcBorders>
          </w:tcPr>
          <w:p w14:paraId="081FBB46" w14:textId="77777777" w:rsidR="00304FB0" w:rsidRPr="005C06FE" w:rsidRDefault="00304FB0" w:rsidP="00D74646">
            <w:pPr>
              <w:spacing w:line="480" w:lineRule="auto"/>
              <w:jc w:val="center"/>
              <w:rPr>
                <w:b/>
              </w:rPr>
            </w:pPr>
            <w:r w:rsidRPr="005C06FE">
              <w:rPr>
                <w:b/>
              </w:rPr>
              <w:t>Placebo</w:t>
            </w:r>
          </w:p>
          <w:p w14:paraId="44603423" w14:textId="77777777" w:rsidR="00304FB0" w:rsidRPr="005C06FE" w:rsidRDefault="00304FB0" w:rsidP="00D74646">
            <w:pPr>
              <w:spacing w:line="480" w:lineRule="auto"/>
              <w:jc w:val="center"/>
              <w:rPr>
                <w:b/>
              </w:rPr>
            </w:pPr>
            <w:r w:rsidRPr="005C06FE">
              <w:rPr>
                <w:b/>
              </w:rPr>
              <w:t>(n = 9)</w:t>
            </w:r>
          </w:p>
        </w:tc>
      </w:tr>
      <w:tr w:rsidR="00304FB0" w:rsidRPr="005C06FE" w14:paraId="547A2E91" w14:textId="77777777" w:rsidTr="00291509">
        <w:tc>
          <w:tcPr>
            <w:tcW w:w="2122" w:type="dxa"/>
            <w:tcBorders>
              <w:top w:val="single" w:sz="4" w:space="0" w:color="auto"/>
            </w:tcBorders>
          </w:tcPr>
          <w:p w14:paraId="21379083" w14:textId="77777777" w:rsidR="00304FB0" w:rsidRPr="005C06FE" w:rsidRDefault="00304FB0" w:rsidP="003F1E71">
            <w:pPr>
              <w:spacing w:line="480" w:lineRule="auto"/>
              <w:rPr>
                <w:b/>
              </w:rPr>
            </w:pPr>
            <w:r w:rsidRPr="005C06FE">
              <w:rPr>
                <w:b/>
              </w:rPr>
              <w:t>Age, years, n</w:t>
            </w:r>
          </w:p>
        </w:tc>
        <w:tc>
          <w:tcPr>
            <w:tcW w:w="1496" w:type="dxa"/>
            <w:tcBorders>
              <w:top w:val="single" w:sz="4" w:space="0" w:color="auto"/>
            </w:tcBorders>
            <w:vAlign w:val="center"/>
          </w:tcPr>
          <w:p w14:paraId="6BAFB1E0" w14:textId="77777777" w:rsidR="00304FB0" w:rsidRPr="005C06FE" w:rsidRDefault="00304FB0" w:rsidP="003F1E71">
            <w:pPr>
              <w:spacing w:line="480" w:lineRule="auto"/>
              <w:jc w:val="center"/>
            </w:pPr>
            <w:r w:rsidRPr="005C06FE">
              <w:t>4</w:t>
            </w:r>
          </w:p>
        </w:tc>
        <w:tc>
          <w:tcPr>
            <w:tcW w:w="1496" w:type="dxa"/>
            <w:tcBorders>
              <w:top w:val="single" w:sz="4" w:space="0" w:color="auto"/>
            </w:tcBorders>
            <w:vAlign w:val="center"/>
          </w:tcPr>
          <w:p w14:paraId="4E47D8BB" w14:textId="77777777" w:rsidR="00304FB0" w:rsidRPr="005C06FE" w:rsidRDefault="00304FB0" w:rsidP="003F1E71">
            <w:pPr>
              <w:spacing w:line="480" w:lineRule="auto"/>
              <w:jc w:val="center"/>
            </w:pPr>
            <w:r w:rsidRPr="005C06FE">
              <w:t>9</w:t>
            </w:r>
          </w:p>
        </w:tc>
        <w:tc>
          <w:tcPr>
            <w:tcW w:w="1496" w:type="dxa"/>
            <w:tcBorders>
              <w:top w:val="single" w:sz="4" w:space="0" w:color="auto"/>
            </w:tcBorders>
            <w:vAlign w:val="center"/>
          </w:tcPr>
          <w:p w14:paraId="35526F9A" w14:textId="77777777" w:rsidR="00304FB0" w:rsidRPr="005C06FE" w:rsidRDefault="00304FB0" w:rsidP="003F1E71">
            <w:pPr>
              <w:spacing w:line="480" w:lineRule="auto"/>
              <w:jc w:val="center"/>
            </w:pPr>
            <w:r w:rsidRPr="005C06FE">
              <w:t>13</w:t>
            </w:r>
          </w:p>
        </w:tc>
        <w:tc>
          <w:tcPr>
            <w:tcW w:w="1496" w:type="dxa"/>
            <w:tcBorders>
              <w:top w:val="single" w:sz="4" w:space="0" w:color="auto"/>
            </w:tcBorders>
            <w:vAlign w:val="center"/>
          </w:tcPr>
          <w:p w14:paraId="36902F7A" w14:textId="77777777" w:rsidR="00304FB0" w:rsidRPr="005C06FE" w:rsidRDefault="00304FB0" w:rsidP="003F1E71">
            <w:pPr>
              <w:spacing w:line="480" w:lineRule="auto"/>
              <w:jc w:val="center"/>
            </w:pPr>
            <w:r w:rsidRPr="005C06FE">
              <w:t>9</w:t>
            </w:r>
          </w:p>
        </w:tc>
      </w:tr>
      <w:tr w:rsidR="00304FB0" w:rsidRPr="005C06FE" w14:paraId="23B135C1" w14:textId="77777777" w:rsidTr="00291509">
        <w:tc>
          <w:tcPr>
            <w:tcW w:w="2122" w:type="dxa"/>
          </w:tcPr>
          <w:p w14:paraId="6E5942F2" w14:textId="77777777" w:rsidR="00304FB0" w:rsidRPr="005C06FE" w:rsidRDefault="00304FB0" w:rsidP="003F1E71">
            <w:pPr>
              <w:spacing w:line="480" w:lineRule="auto"/>
              <w:rPr>
                <w:b/>
              </w:rPr>
            </w:pPr>
            <w:r w:rsidRPr="005C06FE">
              <w:t>Mean (SD)</w:t>
            </w:r>
          </w:p>
        </w:tc>
        <w:tc>
          <w:tcPr>
            <w:tcW w:w="1496" w:type="dxa"/>
            <w:vAlign w:val="center"/>
          </w:tcPr>
          <w:p w14:paraId="716A28AF" w14:textId="77777777" w:rsidR="00304FB0" w:rsidRPr="005C06FE" w:rsidRDefault="00304FB0" w:rsidP="003F1E71">
            <w:pPr>
              <w:spacing w:line="480" w:lineRule="auto"/>
              <w:jc w:val="center"/>
            </w:pPr>
            <w:r w:rsidRPr="005C06FE">
              <w:t>60.3 (10.2)</w:t>
            </w:r>
          </w:p>
        </w:tc>
        <w:tc>
          <w:tcPr>
            <w:tcW w:w="1496" w:type="dxa"/>
            <w:vAlign w:val="center"/>
          </w:tcPr>
          <w:p w14:paraId="10A7BBA3" w14:textId="77777777" w:rsidR="00304FB0" w:rsidRPr="005C06FE" w:rsidRDefault="00304FB0" w:rsidP="003F1E71">
            <w:pPr>
              <w:spacing w:line="480" w:lineRule="auto"/>
              <w:jc w:val="center"/>
            </w:pPr>
            <w:r w:rsidRPr="005C06FE">
              <w:t>61.3 (6.5)</w:t>
            </w:r>
          </w:p>
        </w:tc>
        <w:tc>
          <w:tcPr>
            <w:tcW w:w="1496" w:type="dxa"/>
            <w:vAlign w:val="center"/>
          </w:tcPr>
          <w:p w14:paraId="0DD60BA6" w14:textId="77777777" w:rsidR="00304FB0" w:rsidRPr="005C06FE" w:rsidRDefault="00304FB0" w:rsidP="003F1E71">
            <w:pPr>
              <w:spacing w:line="480" w:lineRule="auto"/>
              <w:jc w:val="center"/>
            </w:pPr>
            <w:r w:rsidRPr="005C06FE">
              <w:t>61.0 (7.4)</w:t>
            </w:r>
          </w:p>
        </w:tc>
        <w:tc>
          <w:tcPr>
            <w:tcW w:w="1496" w:type="dxa"/>
            <w:vAlign w:val="center"/>
          </w:tcPr>
          <w:p w14:paraId="678991F4" w14:textId="77777777" w:rsidR="00304FB0" w:rsidRPr="005C06FE" w:rsidRDefault="00304FB0" w:rsidP="003F1E71">
            <w:pPr>
              <w:spacing w:line="480" w:lineRule="auto"/>
              <w:jc w:val="center"/>
            </w:pPr>
            <w:r w:rsidRPr="005C06FE">
              <w:t>61.7 (6.6)</w:t>
            </w:r>
          </w:p>
        </w:tc>
      </w:tr>
      <w:tr w:rsidR="00304FB0" w:rsidRPr="005C06FE" w14:paraId="7ED881A8" w14:textId="77777777" w:rsidTr="00291509">
        <w:tc>
          <w:tcPr>
            <w:tcW w:w="2122" w:type="dxa"/>
          </w:tcPr>
          <w:p w14:paraId="6067E71B" w14:textId="77777777" w:rsidR="00304FB0" w:rsidRPr="005C06FE" w:rsidRDefault="00304FB0" w:rsidP="003F1E71">
            <w:pPr>
              <w:spacing w:line="480" w:lineRule="auto"/>
              <w:rPr>
                <w:b/>
              </w:rPr>
            </w:pPr>
            <w:r w:rsidRPr="005C06FE">
              <w:rPr>
                <w:b/>
              </w:rPr>
              <w:t xml:space="preserve">Age group, years, </w:t>
            </w:r>
            <w:r w:rsidRPr="00291509">
              <w:rPr>
                <w:b/>
                <w:bCs/>
              </w:rPr>
              <w:t>n (%)</w:t>
            </w:r>
          </w:p>
        </w:tc>
        <w:tc>
          <w:tcPr>
            <w:tcW w:w="1496" w:type="dxa"/>
            <w:vAlign w:val="center"/>
          </w:tcPr>
          <w:p w14:paraId="0D19E748" w14:textId="77777777" w:rsidR="00304FB0" w:rsidRPr="005C06FE" w:rsidRDefault="00304FB0" w:rsidP="003F1E71">
            <w:pPr>
              <w:spacing w:line="480" w:lineRule="auto"/>
              <w:jc w:val="center"/>
            </w:pPr>
          </w:p>
        </w:tc>
        <w:tc>
          <w:tcPr>
            <w:tcW w:w="1496" w:type="dxa"/>
            <w:vAlign w:val="center"/>
          </w:tcPr>
          <w:p w14:paraId="35CA5AEC" w14:textId="77777777" w:rsidR="00304FB0" w:rsidRPr="005C06FE" w:rsidRDefault="00304FB0" w:rsidP="003F1E71">
            <w:pPr>
              <w:spacing w:line="480" w:lineRule="auto"/>
              <w:jc w:val="center"/>
            </w:pPr>
          </w:p>
        </w:tc>
        <w:tc>
          <w:tcPr>
            <w:tcW w:w="1496" w:type="dxa"/>
            <w:vAlign w:val="center"/>
          </w:tcPr>
          <w:p w14:paraId="2F0ED831" w14:textId="77777777" w:rsidR="00304FB0" w:rsidRPr="005C06FE" w:rsidRDefault="00304FB0" w:rsidP="003F1E71">
            <w:pPr>
              <w:spacing w:line="480" w:lineRule="auto"/>
              <w:jc w:val="center"/>
            </w:pPr>
          </w:p>
        </w:tc>
        <w:tc>
          <w:tcPr>
            <w:tcW w:w="1496" w:type="dxa"/>
            <w:vAlign w:val="center"/>
          </w:tcPr>
          <w:p w14:paraId="67889C13" w14:textId="77777777" w:rsidR="00304FB0" w:rsidRPr="005C06FE" w:rsidRDefault="00304FB0" w:rsidP="003F1E71">
            <w:pPr>
              <w:spacing w:line="480" w:lineRule="auto"/>
              <w:jc w:val="center"/>
            </w:pPr>
          </w:p>
        </w:tc>
      </w:tr>
      <w:tr w:rsidR="00304FB0" w:rsidRPr="005C06FE" w14:paraId="086A70C8" w14:textId="77777777" w:rsidTr="00291509">
        <w:tc>
          <w:tcPr>
            <w:tcW w:w="2122" w:type="dxa"/>
          </w:tcPr>
          <w:p w14:paraId="52F2F46E" w14:textId="77777777" w:rsidR="00304FB0" w:rsidRPr="00291509" w:rsidRDefault="00304FB0" w:rsidP="003F1E71">
            <w:pPr>
              <w:spacing w:line="480" w:lineRule="auto"/>
              <w:ind w:left="164"/>
              <w:rPr>
                <w:iCs/>
              </w:rPr>
            </w:pPr>
            <w:r w:rsidRPr="00291509">
              <w:rPr>
                <w:iCs/>
              </w:rPr>
              <w:t>18–64</w:t>
            </w:r>
          </w:p>
        </w:tc>
        <w:tc>
          <w:tcPr>
            <w:tcW w:w="1496" w:type="dxa"/>
            <w:vAlign w:val="center"/>
          </w:tcPr>
          <w:p w14:paraId="4D97F71A" w14:textId="77777777" w:rsidR="00304FB0" w:rsidRPr="005C06FE" w:rsidRDefault="00304FB0" w:rsidP="003F1E71">
            <w:pPr>
              <w:spacing w:line="480" w:lineRule="auto"/>
              <w:jc w:val="center"/>
            </w:pPr>
            <w:r w:rsidRPr="005C06FE">
              <w:t>3 (75.0)</w:t>
            </w:r>
          </w:p>
        </w:tc>
        <w:tc>
          <w:tcPr>
            <w:tcW w:w="1496" w:type="dxa"/>
            <w:vAlign w:val="center"/>
          </w:tcPr>
          <w:p w14:paraId="59EF83CD" w14:textId="77777777" w:rsidR="00304FB0" w:rsidRPr="005C06FE" w:rsidRDefault="00304FB0" w:rsidP="003F1E71">
            <w:pPr>
              <w:spacing w:line="480" w:lineRule="auto"/>
              <w:jc w:val="center"/>
            </w:pPr>
            <w:r w:rsidRPr="005C06FE">
              <w:t>6 (66.7)</w:t>
            </w:r>
          </w:p>
        </w:tc>
        <w:tc>
          <w:tcPr>
            <w:tcW w:w="1496" w:type="dxa"/>
            <w:vAlign w:val="center"/>
          </w:tcPr>
          <w:p w14:paraId="54A023C4" w14:textId="77777777" w:rsidR="00304FB0" w:rsidRPr="005C06FE" w:rsidRDefault="00304FB0" w:rsidP="003F1E71">
            <w:pPr>
              <w:spacing w:line="480" w:lineRule="auto"/>
              <w:jc w:val="center"/>
            </w:pPr>
            <w:r w:rsidRPr="005C06FE">
              <w:t>9 (69.2)</w:t>
            </w:r>
          </w:p>
        </w:tc>
        <w:tc>
          <w:tcPr>
            <w:tcW w:w="1496" w:type="dxa"/>
            <w:vAlign w:val="center"/>
          </w:tcPr>
          <w:p w14:paraId="1E88FD4F" w14:textId="77777777" w:rsidR="00304FB0" w:rsidRPr="005C06FE" w:rsidRDefault="00304FB0" w:rsidP="003F1E71">
            <w:pPr>
              <w:spacing w:line="480" w:lineRule="auto"/>
              <w:jc w:val="center"/>
            </w:pPr>
            <w:r w:rsidRPr="005C06FE">
              <w:t>6 (66.7)</w:t>
            </w:r>
          </w:p>
        </w:tc>
      </w:tr>
      <w:tr w:rsidR="00304FB0" w:rsidRPr="005C06FE" w14:paraId="4EE222E6" w14:textId="77777777" w:rsidTr="00291509">
        <w:tc>
          <w:tcPr>
            <w:tcW w:w="2122" w:type="dxa"/>
          </w:tcPr>
          <w:p w14:paraId="76755B28" w14:textId="77777777" w:rsidR="00304FB0" w:rsidRPr="00291509" w:rsidRDefault="00304FB0" w:rsidP="003F1E71">
            <w:pPr>
              <w:spacing w:line="480" w:lineRule="auto"/>
              <w:ind w:left="164"/>
              <w:rPr>
                <w:iCs/>
              </w:rPr>
            </w:pPr>
            <w:r w:rsidRPr="00291509">
              <w:rPr>
                <w:iCs/>
              </w:rPr>
              <w:t>65–75</w:t>
            </w:r>
          </w:p>
        </w:tc>
        <w:tc>
          <w:tcPr>
            <w:tcW w:w="1496" w:type="dxa"/>
            <w:vAlign w:val="center"/>
          </w:tcPr>
          <w:p w14:paraId="0F36F7B5" w14:textId="77777777" w:rsidR="00304FB0" w:rsidRPr="005C06FE" w:rsidRDefault="00304FB0" w:rsidP="003F1E71">
            <w:pPr>
              <w:spacing w:line="480" w:lineRule="auto"/>
              <w:jc w:val="center"/>
            </w:pPr>
            <w:r w:rsidRPr="005C06FE">
              <w:t>1 (25.0)</w:t>
            </w:r>
          </w:p>
        </w:tc>
        <w:tc>
          <w:tcPr>
            <w:tcW w:w="1496" w:type="dxa"/>
            <w:vAlign w:val="center"/>
          </w:tcPr>
          <w:p w14:paraId="4AC99D11" w14:textId="77777777" w:rsidR="00304FB0" w:rsidRPr="005C06FE" w:rsidRDefault="00304FB0" w:rsidP="003F1E71">
            <w:pPr>
              <w:spacing w:line="480" w:lineRule="auto"/>
              <w:jc w:val="center"/>
            </w:pPr>
            <w:r w:rsidRPr="005C06FE">
              <w:t>3 (33.3)</w:t>
            </w:r>
          </w:p>
        </w:tc>
        <w:tc>
          <w:tcPr>
            <w:tcW w:w="1496" w:type="dxa"/>
            <w:vAlign w:val="center"/>
          </w:tcPr>
          <w:p w14:paraId="339B6580" w14:textId="77777777" w:rsidR="00304FB0" w:rsidRPr="005C06FE" w:rsidRDefault="00304FB0" w:rsidP="003F1E71">
            <w:pPr>
              <w:spacing w:line="480" w:lineRule="auto"/>
              <w:jc w:val="center"/>
            </w:pPr>
            <w:r w:rsidRPr="005C06FE">
              <w:t>4 (30.8)</w:t>
            </w:r>
          </w:p>
        </w:tc>
        <w:tc>
          <w:tcPr>
            <w:tcW w:w="1496" w:type="dxa"/>
            <w:vAlign w:val="center"/>
          </w:tcPr>
          <w:p w14:paraId="6B91AE8C" w14:textId="77777777" w:rsidR="00304FB0" w:rsidRPr="005C06FE" w:rsidRDefault="00304FB0" w:rsidP="003F1E71">
            <w:pPr>
              <w:spacing w:line="480" w:lineRule="auto"/>
              <w:jc w:val="center"/>
            </w:pPr>
            <w:r w:rsidRPr="005C06FE">
              <w:t>3 (33.3)</w:t>
            </w:r>
          </w:p>
        </w:tc>
      </w:tr>
      <w:tr w:rsidR="00304FB0" w:rsidRPr="005C06FE" w14:paraId="17917B6E" w14:textId="77777777" w:rsidTr="00291509">
        <w:tc>
          <w:tcPr>
            <w:tcW w:w="2122" w:type="dxa"/>
          </w:tcPr>
          <w:p w14:paraId="5461BD13" w14:textId="77777777" w:rsidR="00304FB0" w:rsidRPr="005C06FE" w:rsidRDefault="00304FB0" w:rsidP="003F1E71">
            <w:pPr>
              <w:spacing w:line="480" w:lineRule="auto"/>
              <w:rPr>
                <w:b/>
              </w:rPr>
            </w:pPr>
            <w:r w:rsidRPr="005C06FE">
              <w:rPr>
                <w:b/>
              </w:rPr>
              <w:t>Sex, n (%)</w:t>
            </w:r>
          </w:p>
        </w:tc>
        <w:tc>
          <w:tcPr>
            <w:tcW w:w="1496" w:type="dxa"/>
            <w:vAlign w:val="center"/>
          </w:tcPr>
          <w:p w14:paraId="449F74D8" w14:textId="77777777" w:rsidR="00304FB0" w:rsidRPr="005C06FE" w:rsidRDefault="00304FB0" w:rsidP="003F1E71">
            <w:pPr>
              <w:spacing w:line="480" w:lineRule="auto"/>
              <w:jc w:val="center"/>
            </w:pPr>
          </w:p>
        </w:tc>
        <w:tc>
          <w:tcPr>
            <w:tcW w:w="1496" w:type="dxa"/>
            <w:vAlign w:val="center"/>
          </w:tcPr>
          <w:p w14:paraId="34524E5F" w14:textId="77777777" w:rsidR="00304FB0" w:rsidRPr="005C06FE" w:rsidRDefault="00304FB0" w:rsidP="003F1E71">
            <w:pPr>
              <w:spacing w:line="480" w:lineRule="auto"/>
              <w:jc w:val="center"/>
            </w:pPr>
          </w:p>
        </w:tc>
        <w:tc>
          <w:tcPr>
            <w:tcW w:w="1496" w:type="dxa"/>
            <w:vAlign w:val="center"/>
          </w:tcPr>
          <w:p w14:paraId="54956C6D" w14:textId="77777777" w:rsidR="00304FB0" w:rsidRPr="005C06FE" w:rsidRDefault="00304FB0" w:rsidP="003F1E71">
            <w:pPr>
              <w:spacing w:line="480" w:lineRule="auto"/>
              <w:jc w:val="center"/>
            </w:pPr>
          </w:p>
        </w:tc>
        <w:tc>
          <w:tcPr>
            <w:tcW w:w="1496" w:type="dxa"/>
            <w:vAlign w:val="center"/>
          </w:tcPr>
          <w:p w14:paraId="036D6A3E" w14:textId="77777777" w:rsidR="00304FB0" w:rsidRPr="005C06FE" w:rsidRDefault="00304FB0" w:rsidP="003F1E71">
            <w:pPr>
              <w:spacing w:line="480" w:lineRule="auto"/>
              <w:jc w:val="center"/>
            </w:pPr>
          </w:p>
        </w:tc>
      </w:tr>
      <w:tr w:rsidR="00304FB0" w:rsidRPr="005C06FE" w14:paraId="4B5D28B7" w14:textId="77777777" w:rsidTr="00291509">
        <w:tc>
          <w:tcPr>
            <w:tcW w:w="2122" w:type="dxa"/>
          </w:tcPr>
          <w:p w14:paraId="4338F990" w14:textId="77777777" w:rsidR="00304FB0" w:rsidRPr="00291509" w:rsidRDefault="00304FB0" w:rsidP="003F1E71">
            <w:pPr>
              <w:spacing w:line="480" w:lineRule="auto"/>
              <w:ind w:left="164"/>
              <w:rPr>
                <w:iCs/>
              </w:rPr>
            </w:pPr>
            <w:r w:rsidRPr="00291509">
              <w:rPr>
                <w:iCs/>
              </w:rPr>
              <w:t>Female</w:t>
            </w:r>
          </w:p>
        </w:tc>
        <w:tc>
          <w:tcPr>
            <w:tcW w:w="1496" w:type="dxa"/>
            <w:vAlign w:val="center"/>
          </w:tcPr>
          <w:p w14:paraId="7BCAD18A" w14:textId="77777777" w:rsidR="00304FB0" w:rsidRPr="005C06FE" w:rsidRDefault="00304FB0" w:rsidP="003F1E71">
            <w:pPr>
              <w:spacing w:line="480" w:lineRule="auto"/>
              <w:jc w:val="center"/>
            </w:pPr>
            <w:r w:rsidRPr="005C06FE">
              <w:t>2 (50.0)</w:t>
            </w:r>
          </w:p>
        </w:tc>
        <w:tc>
          <w:tcPr>
            <w:tcW w:w="1496" w:type="dxa"/>
            <w:vAlign w:val="center"/>
          </w:tcPr>
          <w:p w14:paraId="2ED59F3C" w14:textId="77777777" w:rsidR="00304FB0" w:rsidRPr="005C06FE" w:rsidRDefault="00304FB0" w:rsidP="003F1E71">
            <w:pPr>
              <w:spacing w:line="480" w:lineRule="auto"/>
              <w:jc w:val="center"/>
            </w:pPr>
            <w:r w:rsidRPr="005C06FE">
              <w:t>6 (66.7)</w:t>
            </w:r>
          </w:p>
        </w:tc>
        <w:tc>
          <w:tcPr>
            <w:tcW w:w="1496" w:type="dxa"/>
            <w:vAlign w:val="center"/>
          </w:tcPr>
          <w:p w14:paraId="544A7D43" w14:textId="77777777" w:rsidR="00304FB0" w:rsidRPr="005C06FE" w:rsidRDefault="00304FB0" w:rsidP="003F1E71">
            <w:pPr>
              <w:spacing w:line="480" w:lineRule="auto"/>
              <w:jc w:val="center"/>
            </w:pPr>
            <w:r>
              <w:t>8</w:t>
            </w:r>
            <w:r w:rsidRPr="005C06FE">
              <w:t>(</w:t>
            </w:r>
            <w:r>
              <w:t>61.5</w:t>
            </w:r>
            <w:r w:rsidRPr="005C06FE">
              <w:t>)</w:t>
            </w:r>
          </w:p>
        </w:tc>
        <w:tc>
          <w:tcPr>
            <w:tcW w:w="1496" w:type="dxa"/>
            <w:vAlign w:val="center"/>
          </w:tcPr>
          <w:p w14:paraId="48B46395" w14:textId="77777777" w:rsidR="00304FB0" w:rsidRPr="005C06FE" w:rsidRDefault="00304FB0" w:rsidP="003F1E71">
            <w:pPr>
              <w:spacing w:line="480" w:lineRule="auto"/>
              <w:jc w:val="center"/>
            </w:pPr>
            <w:r>
              <w:t>4</w:t>
            </w:r>
            <w:r w:rsidRPr="005C06FE">
              <w:t xml:space="preserve"> (</w:t>
            </w:r>
            <w:r>
              <w:t>44.4</w:t>
            </w:r>
            <w:r w:rsidRPr="005C06FE">
              <w:t>)</w:t>
            </w:r>
          </w:p>
        </w:tc>
      </w:tr>
      <w:tr w:rsidR="00304FB0" w:rsidRPr="005C06FE" w14:paraId="14DAAC31" w14:textId="77777777" w:rsidTr="00291509">
        <w:tc>
          <w:tcPr>
            <w:tcW w:w="2122" w:type="dxa"/>
          </w:tcPr>
          <w:p w14:paraId="4FEFC94C" w14:textId="77777777" w:rsidR="00304FB0" w:rsidRPr="00291509" w:rsidRDefault="00304FB0" w:rsidP="003F1E71">
            <w:pPr>
              <w:spacing w:line="480" w:lineRule="auto"/>
              <w:ind w:left="164"/>
              <w:rPr>
                <w:iCs/>
              </w:rPr>
            </w:pPr>
            <w:r w:rsidRPr="00291509">
              <w:rPr>
                <w:iCs/>
              </w:rPr>
              <w:t>Male</w:t>
            </w:r>
          </w:p>
        </w:tc>
        <w:tc>
          <w:tcPr>
            <w:tcW w:w="1496" w:type="dxa"/>
            <w:vAlign w:val="center"/>
          </w:tcPr>
          <w:p w14:paraId="3D0A5A20" w14:textId="77777777" w:rsidR="00304FB0" w:rsidRPr="005C06FE" w:rsidRDefault="00304FB0" w:rsidP="003F1E71">
            <w:pPr>
              <w:spacing w:line="480" w:lineRule="auto"/>
              <w:jc w:val="center"/>
            </w:pPr>
            <w:r w:rsidRPr="005C06FE">
              <w:t>2 (50.0)</w:t>
            </w:r>
          </w:p>
        </w:tc>
        <w:tc>
          <w:tcPr>
            <w:tcW w:w="1496" w:type="dxa"/>
            <w:vAlign w:val="center"/>
          </w:tcPr>
          <w:p w14:paraId="51305E95" w14:textId="77777777" w:rsidR="00304FB0" w:rsidRPr="005C06FE" w:rsidRDefault="00304FB0" w:rsidP="003F1E71">
            <w:pPr>
              <w:spacing w:line="480" w:lineRule="auto"/>
              <w:jc w:val="center"/>
            </w:pPr>
            <w:r w:rsidRPr="005C06FE">
              <w:t>3 (33.3)</w:t>
            </w:r>
          </w:p>
        </w:tc>
        <w:tc>
          <w:tcPr>
            <w:tcW w:w="1496" w:type="dxa"/>
            <w:vAlign w:val="center"/>
          </w:tcPr>
          <w:p w14:paraId="47A9559E" w14:textId="77777777" w:rsidR="00304FB0" w:rsidRPr="005C06FE" w:rsidRDefault="00304FB0" w:rsidP="003F1E71">
            <w:pPr>
              <w:spacing w:line="480" w:lineRule="auto"/>
              <w:jc w:val="center"/>
            </w:pPr>
            <w:r w:rsidRPr="005C06FE">
              <w:t>5 (38.5)</w:t>
            </w:r>
          </w:p>
        </w:tc>
        <w:tc>
          <w:tcPr>
            <w:tcW w:w="1496" w:type="dxa"/>
            <w:vAlign w:val="center"/>
          </w:tcPr>
          <w:p w14:paraId="46465FEC" w14:textId="77777777" w:rsidR="00304FB0" w:rsidRPr="005C06FE" w:rsidRDefault="00304FB0" w:rsidP="003F1E71">
            <w:pPr>
              <w:spacing w:line="480" w:lineRule="auto"/>
              <w:jc w:val="center"/>
            </w:pPr>
            <w:r w:rsidRPr="005C06FE">
              <w:t>5 (55.6)</w:t>
            </w:r>
          </w:p>
        </w:tc>
      </w:tr>
      <w:tr w:rsidR="00304FB0" w:rsidRPr="005C06FE" w14:paraId="2F9592F2" w14:textId="77777777" w:rsidTr="00291509">
        <w:tc>
          <w:tcPr>
            <w:tcW w:w="2122" w:type="dxa"/>
          </w:tcPr>
          <w:p w14:paraId="240C83E8" w14:textId="77777777" w:rsidR="00304FB0" w:rsidRPr="005C06FE" w:rsidRDefault="00304FB0" w:rsidP="003F1E71">
            <w:pPr>
              <w:spacing w:line="480" w:lineRule="auto"/>
              <w:rPr>
                <w:b/>
              </w:rPr>
            </w:pPr>
            <w:r w:rsidRPr="005C06FE">
              <w:rPr>
                <w:b/>
              </w:rPr>
              <w:t>Race, n (%)</w:t>
            </w:r>
          </w:p>
        </w:tc>
        <w:tc>
          <w:tcPr>
            <w:tcW w:w="1496" w:type="dxa"/>
            <w:vAlign w:val="center"/>
          </w:tcPr>
          <w:p w14:paraId="0F2D264A" w14:textId="77777777" w:rsidR="00304FB0" w:rsidRPr="005C06FE" w:rsidRDefault="00304FB0" w:rsidP="003F1E71">
            <w:pPr>
              <w:spacing w:line="480" w:lineRule="auto"/>
              <w:jc w:val="center"/>
            </w:pPr>
          </w:p>
        </w:tc>
        <w:tc>
          <w:tcPr>
            <w:tcW w:w="1496" w:type="dxa"/>
            <w:vAlign w:val="center"/>
          </w:tcPr>
          <w:p w14:paraId="5222918A" w14:textId="77777777" w:rsidR="00304FB0" w:rsidRPr="005C06FE" w:rsidRDefault="00304FB0" w:rsidP="003F1E71">
            <w:pPr>
              <w:spacing w:line="480" w:lineRule="auto"/>
              <w:jc w:val="center"/>
            </w:pPr>
          </w:p>
        </w:tc>
        <w:tc>
          <w:tcPr>
            <w:tcW w:w="1496" w:type="dxa"/>
            <w:vAlign w:val="center"/>
          </w:tcPr>
          <w:p w14:paraId="13363EDE" w14:textId="77777777" w:rsidR="00304FB0" w:rsidRPr="005C06FE" w:rsidRDefault="00304FB0" w:rsidP="003F1E71">
            <w:pPr>
              <w:spacing w:line="480" w:lineRule="auto"/>
              <w:jc w:val="center"/>
            </w:pPr>
          </w:p>
        </w:tc>
        <w:tc>
          <w:tcPr>
            <w:tcW w:w="1496" w:type="dxa"/>
            <w:vAlign w:val="center"/>
          </w:tcPr>
          <w:p w14:paraId="2316750F" w14:textId="77777777" w:rsidR="00304FB0" w:rsidRPr="005C06FE" w:rsidRDefault="00304FB0" w:rsidP="003F1E71">
            <w:pPr>
              <w:spacing w:line="480" w:lineRule="auto"/>
              <w:jc w:val="center"/>
            </w:pPr>
          </w:p>
        </w:tc>
      </w:tr>
      <w:tr w:rsidR="00304FB0" w:rsidRPr="005C06FE" w14:paraId="3DD87E44" w14:textId="77777777" w:rsidTr="00291509">
        <w:tc>
          <w:tcPr>
            <w:tcW w:w="2122" w:type="dxa"/>
          </w:tcPr>
          <w:p w14:paraId="1833273B" w14:textId="77777777" w:rsidR="00304FB0" w:rsidRPr="00291509" w:rsidRDefault="00304FB0" w:rsidP="003F1E71">
            <w:pPr>
              <w:spacing w:line="480" w:lineRule="auto"/>
              <w:ind w:left="164"/>
              <w:rPr>
                <w:iCs/>
              </w:rPr>
            </w:pPr>
            <w:r w:rsidRPr="00291509">
              <w:rPr>
                <w:iCs/>
              </w:rPr>
              <w:t>Black or African American</w:t>
            </w:r>
          </w:p>
        </w:tc>
        <w:tc>
          <w:tcPr>
            <w:tcW w:w="1496" w:type="dxa"/>
          </w:tcPr>
          <w:p w14:paraId="7D74C9B0" w14:textId="77777777" w:rsidR="00304FB0" w:rsidRPr="005C06FE" w:rsidRDefault="00304FB0" w:rsidP="003F1E71">
            <w:pPr>
              <w:spacing w:line="480" w:lineRule="auto"/>
              <w:jc w:val="center"/>
            </w:pPr>
            <w:r w:rsidRPr="005C06FE">
              <w:t>0</w:t>
            </w:r>
          </w:p>
        </w:tc>
        <w:tc>
          <w:tcPr>
            <w:tcW w:w="1496" w:type="dxa"/>
          </w:tcPr>
          <w:p w14:paraId="046A5B2E" w14:textId="77777777" w:rsidR="00304FB0" w:rsidRPr="005C06FE" w:rsidRDefault="00304FB0" w:rsidP="003F1E71">
            <w:pPr>
              <w:spacing w:line="480" w:lineRule="auto"/>
              <w:jc w:val="center"/>
            </w:pPr>
            <w:r w:rsidRPr="005C06FE">
              <w:t>0</w:t>
            </w:r>
          </w:p>
        </w:tc>
        <w:tc>
          <w:tcPr>
            <w:tcW w:w="1496" w:type="dxa"/>
          </w:tcPr>
          <w:p w14:paraId="7F389919" w14:textId="77777777" w:rsidR="00304FB0" w:rsidRPr="005C06FE" w:rsidRDefault="00304FB0" w:rsidP="003F1E71">
            <w:pPr>
              <w:spacing w:line="480" w:lineRule="auto"/>
              <w:jc w:val="center"/>
            </w:pPr>
            <w:r w:rsidRPr="005C06FE">
              <w:t>0</w:t>
            </w:r>
          </w:p>
        </w:tc>
        <w:tc>
          <w:tcPr>
            <w:tcW w:w="1496" w:type="dxa"/>
          </w:tcPr>
          <w:p w14:paraId="3956466C" w14:textId="77777777" w:rsidR="00304FB0" w:rsidRPr="005C06FE" w:rsidRDefault="00304FB0" w:rsidP="003F1E71">
            <w:pPr>
              <w:spacing w:line="480" w:lineRule="auto"/>
              <w:jc w:val="center"/>
            </w:pPr>
            <w:r w:rsidRPr="005C06FE">
              <w:t>0</w:t>
            </w:r>
          </w:p>
        </w:tc>
      </w:tr>
      <w:tr w:rsidR="00304FB0" w:rsidRPr="005C06FE" w14:paraId="5068EBE9" w14:textId="77777777" w:rsidTr="00291509">
        <w:tc>
          <w:tcPr>
            <w:tcW w:w="2122" w:type="dxa"/>
          </w:tcPr>
          <w:p w14:paraId="3570D929" w14:textId="77777777" w:rsidR="00304FB0" w:rsidRPr="00291509" w:rsidRDefault="00304FB0" w:rsidP="003F1E71">
            <w:pPr>
              <w:spacing w:line="480" w:lineRule="auto"/>
              <w:ind w:left="164"/>
              <w:rPr>
                <w:iCs/>
              </w:rPr>
            </w:pPr>
            <w:r w:rsidRPr="00291509">
              <w:rPr>
                <w:iCs/>
              </w:rPr>
              <w:t>Native Hawaiian or</w:t>
            </w:r>
          </w:p>
          <w:p w14:paraId="4547C74C" w14:textId="77777777" w:rsidR="00304FB0" w:rsidRPr="00291509" w:rsidRDefault="00304FB0" w:rsidP="003F1E71">
            <w:pPr>
              <w:spacing w:line="480" w:lineRule="auto"/>
              <w:ind w:left="164"/>
              <w:rPr>
                <w:iCs/>
              </w:rPr>
            </w:pPr>
            <w:r w:rsidRPr="00291509">
              <w:rPr>
                <w:iCs/>
              </w:rPr>
              <w:t>Other Pacific</w:t>
            </w:r>
          </w:p>
          <w:p w14:paraId="6DB57A6F" w14:textId="77777777" w:rsidR="00304FB0" w:rsidRPr="00291509" w:rsidRDefault="00304FB0" w:rsidP="003F1E71">
            <w:pPr>
              <w:spacing w:line="480" w:lineRule="auto"/>
              <w:ind w:left="164"/>
              <w:rPr>
                <w:iCs/>
              </w:rPr>
            </w:pPr>
            <w:r w:rsidRPr="00291509">
              <w:rPr>
                <w:iCs/>
              </w:rPr>
              <w:t>Islander</w:t>
            </w:r>
          </w:p>
        </w:tc>
        <w:tc>
          <w:tcPr>
            <w:tcW w:w="1496" w:type="dxa"/>
          </w:tcPr>
          <w:p w14:paraId="6626EDA2" w14:textId="77777777" w:rsidR="00304FB0" w:rsidRPr="005C06FE" w:rsidRDefault="00304FB0" w:rsidP="003F1E71">
            <w:pPr>
              <w:spacing w:line="480" w:lineRule="auto"/>
              <w:jc w:val="center"/>
            </w:pPr>
            <w:r w:rsidRPr="005C06FE">
              <w:t>0</w:t>
            </w:r>
          </w:p>
        </w:tc>
        <w:tc>
          <w:tcPr>
            <w:tcW w:w="1496" w:type="dxa"/>
          </w:tcPr>
          <w:p w14:paraId="7E773CAF" w14:textId="77777777" w:rsidR="00304FB0" w:rsidRPr="005C06FE" w:rsidRDefault="00304FB0" w:rsidP="003F1E71">
            <w:pPr>
              <w:spacing w:line="480" w:lineRule="auto"/>
              <w:jc w:val="center"/>
            </w:pPr>
            <w:r w:rsidRPr="005C06FE">
              <w:t>0</w:t>
            </w:r>
          </w:p>
        </w:tc>
        <w:tc>
          <w:tcPr>
            <w:tcW w:w="1496" w:type="dxa"/>
          </w:tcPr>
          <w:p w14:paraId="3F6007CD" w14:textId="77777777" w:rsidR="00304FB0" w:rsidRPr="005C06FE" w:rsidRDefault="00304FB0" w:rsidP="003F1E71">
            <w:pPr>
              <w:spacing w:line="480" w:lineRule="auto"/>
              <w:jc w:val="center"/>
            </w:pPr>
            <w:r w:rsidRPr="005C06FE">
              <w:t>0</w:t>
            </w:r>
          </w:p>
        </w:tc>
        <w:tc>
          <w:tcPr>
            <w:tcW w:w="1496" w:type="dxa"/>
          </w:tcPr>
          <w:p w14:paraId="6218119F" w14:textId="77777777" w:rsidR="00304FB0" w:rsidRPr="005C06FE" w:rsidRDefault="00304FB0" w:rsidP="003F1E71">
            <w:pPr>
              <w:spacing w:line="480" w:lineRule="auto"/>
              <w:jc w:val="center"/>
            </w:pPr>
            <w:r w:rsidRPr="005C06FE">
              <w:t>0</w:t>
            </w:r>
          </w:p>
        </w:tc>
      </w:tr>
      <w:tr w:rsidR="00304FB0" w:rsidRPr="005C06FE" w14:paraId="037106F2" w14:textId="77777777" w:rsidTr="00291509">
        <w:tc>
          <w:tcPr>
            <w:tcW w:w="2122" w:type="dxa"/>
          </w:tcPr>
          <w:p w14:paraId="642F19BE" w14:textId="77777777" w:rsidR="00304FB0" w:rsidRPr="00291509" w:rsidRDefault="00304FB0" w:rsidP="003F1E71">
            <w:pPr>
              <w:spacing w:line="480" w:lineRule="auto"/>
              <w:ind w:left="164"/>
              <w:rPr>
                <w:iCs/>
              </w:rPr>
            </w:pPr>
            <w:r w:rsidRPr="00291509">
              <w:rPr>
                <w:iCs/>
              </w:rPr>
              <w:t>American Indian or</w:t>
            </w:r>
          </w:p>
          <w:p w14:paraId="7DFB6E87" w14:textId="77777777" w:rsidR="00304FB0" w:rsidRPr="00291509" w:rsidRDefault="00304FB0" w:rsidP="003F1E71">
            <w:pPr>
              <w:spacing w:line="480" w:lineRule="auto"/>
              <w:ind w:left="164"/>
              <w:rPr>
                <w:iCs/>
              </w:rPr>
            </w:pPr>
            <w:r w:rsidRPr="00291509">
              <w:rPr>
                <w:iCs/>
              </w:rPr>
              <w:t>Alaska Native</w:t>
            </w:r>
          </w:p>
        </w:tc>
        <w:tc>
          <w:tcPr>
            <w:tcW w:w="1496" w:type="dxa"/>
          </w:tcPr>
          <w:p w14:paraId="31CC2F73" w14:textId="77777777" w:rsidR="00304FB0" w:rsidRPr="005C06FE" w:rsidRDefault="00304FB0" w:rsidP="003F1E71">
            <w:pPr>
              <w:spacing w:line="480" w:lineRule="auto"/>
              <w:jc w:val="center"/>
            </w:pPr>
            <w:r w:rsidRPr="005C06FE">
              <w:t>0</w:t>
            </w:r>
          </w:p>
        </w:tc>
        <w:tc>
          <w:tcPr>
            <w:tcW w:w="1496" w:type="dxa"/>
          </w:tcPr>
          <w:p w14:paraId="014512BE" w14:textId="77777777" w:rsidR="00304FB0" w:rsidRPr="005C06FE" w:rsidRDefault="00304FB0" w:rsidP="003F1E71">
            <w:pPr>
              <w:spacing w:line="480" w:lineRule="auto"/>
              <w:jc w:val="center"/>
            </w:pPr>
            <w:r w:rsidRPr="005C06FE">
              <w:t>0</w:t>
            </w:r>
          </w:p>
        </w:tc>
        <w:tc>
          <w:tcPr>
            <w:tcW w:w="1496" w:type="dxa"/>
          </w:tcPr>
          <w:p w14:paraId="51ECACD5" w14:textId="77777777" w:rsidR="00304FB0" w:rsidRPr="005C06FE" w:rsidRDefault="00304FB0" w:rsidP="003F1E71">
            <w:pPr>
              <w:spacing w:line="480" w:lineRule="auto"/>
              <w:jc w:val="center"/>
            </w:pPr>
            <w:r w:rsidRPr="005C06FE">
              <w:t>0</w:t>
            </w:r>
          </w:p>
        </w:tc>
        <w:tc>
          <w:tcPr>
            <w:tcW w:w="1496" w:type="dxa"/>
          </w:tcPr>
          <w:p w14:paraId="7FAF4EDA" w14:textId="77777777" w:rsidR="00304FB0" w:rsidRPr="005C06FE" w:rsidRDefault="00304FB0" w:rsidP="003F1E71">
            <w:pPr>
              <w:spacing w:line="480" w:lineRule="auto"/>
              <w:jc w:val="center"/>
            </w:pPr>
            <w:r w:rsidRPr="005C06FE">
              <w:t>0</w:t>
            </w:r>
          </w:p>
        </w:tc>
      </w:tr>
      <w:tr w:rsidR="00304FB0" w:rsidRPr="005C06FE" w14:paraId="3162F08C" w14:textId="77777777" w:rsidTr="00291509">
        <w:tc>
          <w:tcPr>
            <w:tcW w:w="2122" w:type="dxa"/>
          </w:tcPr>
          <w:p w14:paraId="22242E3C" w14:textId="77777777" w:rsidR="00304FB0" w:rsidRPr="00291509" w:rsidRDefault="00304FB0" w:rsidP="003F1E71">
            <w:pPr>
              <w:spacing w:line="480" w:lineRule="auto"/>
              <w:ind w:left="164"/>
              <w:rPr>
                <w:iCs/>
              </w:rPr>
            </w:pPr>
            <w:r w:rsidRPr="00291509">
              <w:rPr>
                <w:iCs/>
              </w:rPr>
              <w:t>Asian</w:t>
            </w:r>
          </w:p>
        </w:tc>
        <w:tc>
          <w:tcPr>
            <w:tcW w:w="1496" w:type="dxa"/>
          </w:tcPr>
          <w:p w14:paraId="610E6FBD" w14:textId="77777777" w:rsidR="00304FB0" w:rsidRPr="005C06FE" w:rsidRDefault="00304FB0" w:rsidP="003F1E71">
            <w:pPr>
              <w:spacing w:line="480" w:lineRule="auto"/>
              <w:jc w:val="center"/>
            </w:pPr>
            <w:r w:rsidRPr="005C06FE">
              <w:t>0</w:t>
            </w:r>
          </w:p>
        </w:tc>
        <w:tc>
          <w:tcPr>
            <w:tcW w:w="1496" w:type="dxa"/>
          </w:tcPr>
          <w:p w14:paraId="01E18B7E" w14:textId="77777777" w:rsidR="00304FB0" w:rsidRPr="005C06FE" w:rsidRDefault="00304FB0" w:rsidP="003F1E71">
            <w:pPr>
              <w:spacing w:line="480" w:lineRule="auto"/>
              <w:jc w:val="center"/>
            </w:pPr>
            <w:r w:rsidRPr="005C06FE">
              <w:t>1 (11.1)</w:t>
            </w:r>
          </w:p>
        </w:tc>
        <w:tc>
          <w:tcPr>
            <w:tcW w:w="1496" w:type="dxa"/>
          </w:tcPr>
          <w:p w14:paraId="44B10E7B" w14:textId="77777777" w:rsidR="00304FB0" w:rsidRPr="005C06FE" w:rsidRDefault="00304FB0" w:rsidP="003F1E71">
            <w:pPr>
              <w:spacing w:line="480" w:lineRule="auto"/>
              <w:jc w:val="center"/>
            </w:pPr>
            <w:r w:rsidRPr="005C06FE">
              <w:t>1 (7.7)</w:t>
            </w:r>
          </w:p>
        </w:tc>
        <w:tc>
          <w:tcPr>
            <w:tcW w:w="1496" w:type="dxa"/>
          </w:tcPr>
          <w:p w14:paraId="578556E2" w14:textId="77777777" w:rsidR="00304FB0" w:rsidRPr="005C06FE" w:rsidRDefault="00304FB0" w:rsidP="003F1E71">
            <w:pPr>
              <w:spacing w:line="480" w:lineRule="auto"/>
              <w:jc w:val="center"/>
            </w:pPr>
            <w:r w:rsidRPr="005C06FE">
              <w:t>0</w:t>
            </w:r>
          </w:p>
        </w:tc>
      </w:tr>
      <w:tr w:rsidR="00304FB0" w:rsidRPr="005C06FE" w14:paraId="1AAFD1AA" w14:textId="77777777" w:rsidTr="00291509">
        <w:tc>
          <w:tcPr>
            <w:tcW w:w="2122" w:type="dxa"/>
          </w:tcPr>
          <w:p w14:paraId="3BB2F989" w14:textId="77777777" w:rsidR="00304FB0" w:rsidRPr="00291509" w:rsidRDefault="00304FB0" w:rsidP="003F1E71">
            <w:pPr>
              <w:spacing w:line="480" w:lineRule="auto"/>
              <w:ind w:left="164"/>
              <w:rPr>
                <w:iCs/>
              </w:rPr>
            </w:pPr>
            <w:r w:rsidRPr="00291509">
              <w:rPr>
                <w:iCs/>
              </w:rPr>
              <w:t>White</w:t>
            </w:r>
          </w:p>
        </w:tc>
        <w:tc>
          <w:tcPr>
            <w:tcW w:w="1496" w:type="dxa"/>
            <w:vAlign w:val="center"/>
          </w:tcPr>
          <w:p w14:paraId="5C1BCBF8" w14:textId="77777777" w:rsidR="00304FB0" w:rsidRPr="005C06FE" w:rsidRDefault="00304FB0" w:rsidP="003F1E71">
            <w:pPr>
              <w:spacing w:line="480" w:lineRule="auto"/>
              <w:jc w:val="center"/>
            </w:pPr>
            <w:r w:rsidRPr="005C06FE">
              <w:t>4 (100.0)</w:t>
            </w:r>
          </w:p>
        </w:tc>
        <w:tc>
          <w:tcPr>
            <w:tcW w:w="1496" w:type="dxa"/>
            <w:vAlign w:val="center"/>
          </w:tcPr>
          <w:p w14:paraId="316CC2B6" w14:textId="77777777" w:rsidR="00304FB0" w:rsidRPr="005C06FE" w:rsidRDefault="00304FB0" w:rsidP="003F1E71">
            <w:pPr>
              <w:spacing w:line="480" w:lineRule="auto"/>
              <w:jc w:val="center"/>
            </w:pPr>
            <w:r w:rsidRPr="005C06FE">
              <w:t>8 (88.9)</w:t>
            </w:r>
          </w:p>
        </w:tc>
        <w:tc>
          <w:tcPr>
            <w:tcW w:w="1496" w:type="dxa"/>
            <w:vAlign w:val="center"/>
          </w:tcPr>
          <w:p w14:paraId="34767CE3" w14:textId="77777777" w:rsidR="00304FB0" w:rsidRPr="005C06FE" w:rsidRDefault="00304FB0" w:rsidP="003F1E71">
            <w:pPr>
              <w:spacing w:line="480" w:lineRule="auto"/>
              <w:jc w:val="center"/>
            </w:pPr>
            <w:r w:rsidRPr="005C06FE">
              <w:t>12 (92.3)</w:t>
            </w:r>
          </w:p>
        </w:tc>
        <w:tc>
          <w:tcPr>
            <w:tcW w:w="1496" w:type="dxa"/>
            <w:vAlign w:val="center"/>
          </w:tcPr>
          <w:p w14:paraId="40A1CFDB" w14:textId="77777777" w:rsidR="00304FB0" w:rsidRPr="005C06FE" w:rsidRDefault="00304FB0" w:rsidP="003F1E71">
            <w:pPr>
              <w:spacing w:line="480" w:lineRule="auto"/>
              <w:jc w:val="center"/>
            </w:pPr>
            <w:r w:rsidRPr="005C06FE">
              <w:t>9 (100.0)</w:t>
            </w:r>
          </w:p>
        </w:tc>
      </w:tr>
      <w:tr w:rsidR="00304FB0" w:rsidRPr="005C06FE" w14:paraId="42E905F3" w14:textId="77777777" w:rsidTr="00291509">
        <w:tc>
          <w:tcPr>
            <w:tcW w:w="2122" w:type="dxa"/>
          </w:tcPr>
          <w:p w14:paraId="660B16B6" w14:textId="77777777" w:rsidR="00304FB0" w:rsidRPr="00291509" w:rsidRDefault="00304FB0" w:rsidP="003F1E71">
            <w:pPr>
              <w:spacing w:line="480" w:lineRule="auto"/>
              <w:ind w:left="164"/>
              <w:rPr>
                <w:iCs/>
              </w:rPr>
            </w:pPr>
            <w:r w:rsidRPr="00291509">
              <w:rPr>
                <w:iCs/>
              </w:rPr>
              <w:t>Other</w:t>
            </w:r>
          </w:p>
        </w:tc>
        <w:tc>
          <w:tcPr>
            <w:tcW w:w="1496" w:type="dxa"/>
          </w:tcPr>
          <w:p w14:paraId="5273278C" w14:textId="77777777" w:rsidR="00304FB0" w:rsidRPr="005C06FE" w:rsidRDefault="00304FB0" w:rsidP="003F1E71">
            <w:pPr>
              <w:spacing w:line="480" w:lineRule="auto"/>
              <w:jc w:val="center"/>
            </w:pPr>
            <w:r w:rsidRPr="005C06FE">
              <w:t>0</w:t>
            </w:r>
          </w:p>
        </w:tc>
        <w:tc>
          <w:tcPr>
            <w:tcW w:w="1496" w:type="dxa"/>
          </w:tcPr>
          <w:p w14:paraId="26C10120" w14:textId="77777777" w:rsidR="00304FB0" w:rsidRPr="005C06FE" w:rsidRDefault="00304FB0" w:rsidP="003F1E71">
            <w:pPr>
              <w:spacing w:line="480" w:lineRule="auto"/>
              <w:jc w:val="center"/>
            </w:pPr>
            <w:r w:rsidRPr="005C06FE">
              <w:t>0</w:t>
            </w:r>
          </w:p>
        </w:tc>
        <w:tc>
          <w:tcPr>
            <w:tcW w:w="1496" w:type="dxa"/>
          </w:tcPr>
          <w:p w14:paraId="5554E53E" w14:textId="77777777" w:rsidR="00304FB0" w:rsidRPr="005C06FE" w:rsidRDefault="00304FB0" w:rsidP="003F1E71">
            <w:pPr>
              <w:spacing w:line="480" w:lineRule="auto"/>
              <w:jc w:val="center"/>
            </w:pPr>
            <w:r w:rsidRPr="005C06FE">
              <w:t>0</w:t>
            </w:r>
          </w:p>
        </w:tc>
        <w:tc>
          <w:tcPr>
            <w:tcW w:w="1496" w:type="dxa"/>
          </w:tcPr>
          <w:p w14:paraId="34EB5357" w14:textId="77777777" w:rsidR="00304FB0" w:rsidRPr="005C06FE" w:rsidRDefault="00304FB0" w:rsidP="003F1E71">
            <w:pPr>
              <w:spacing w:line="480" w:lineRule="auto"/>
              <w:jc w:val="center"/>
            </w:pPr>
            <w:r w:rsidRPr="005C06FE">
              <w:t>0</w:t>
            </w:r>
          </w:p>
        </w:tc>
      </w:tr>
      <w:tr w:rsidR="00304FB0" w:rsidRPr="005C06FE" w14:paraId="18A89244" w14:textId="77777777" w:rsidTr="00291509">
        <w:tc>
          <w:tcPr>
            <w:tcW w:w="2122" w:type="dxa"/>
          </w:tcPr>
          <w:p w14:paraId="009610DA" w14:textId="77777777" w:rsidR="00304FB0" w:rsidRPr="005C06FE" w:rsidRDefault="00304FB0" w:rsidP="003F1E71">
            <w:pPr>
              <w:spacing w:line="480" w:lineRule="auto"/>
              <w:rPr>
                <w:b/>
              </w:rPr>
            </w:pPr>
            <w:r w:rsidRPr="005C06FE">
              <w:rPr>
                <w:b/>
              </w:rPr>
              <w:t>Ethnicity, n (%)</w:t>
            </w:r>
          </w:p>
        </w:tc>
        <w:tc>
          <w:tcPr>
            <w:tcW w:w="1496" w:type="dxa"/>
            <w:vAlign w:val="center"/>
          </w:tcPr>
          <w:p w14:paraId="181118F2" w14:textId="77777777" w:rsidR="00304FB0" w:rsidRPr="005C06FE" w:rsidRDefault="00304FB0" w:rsidP="003F1E71">
            <w:pPr>
              <w:spacing w:line="480" w:lineRule="auto"/>
              <w:jc w:val="center"/>
            </w:pPr>
          </w:p>
        </w:tc>
        <w:tc>
          <w:tcPr>
            <w:tcW w:w="1496" w:type="dxa"/>
            <w:vAlign w:val="center"/>
          </w:tcPr>
          <w:p w14:paraId="62F6B3A9" w14:textId="77777777" w:rsidR="00304FB0" w:rsidRPr="005C06FE" w:rsidRDefault="00304FB0" w:rsidP="003F1E71">
            <w:pPr>
              <w:spacing w:line="480" w:lineRule="auto"/>
              <w:jc w:val="center"/>
            </w:pPr>
          </w:p>
        </w:tc>
        <w:tc>
          <w:tcPr>
            <w:tcW w:w="1496" w:type="dxa"/>
            <w:vAlign w:val="center"/>
          </w:tcPr>
          <w:p w14:paraId="2D574522" w14:textId="77777777" w:rsidR="00304FB0" w:rsidRPr="005C06FE" w:rsidRDefault="00304FB0" w:rsidP="003F1E71">
            <w:pPr>
              <w:spacing w:line="480" w:lineRule="auto"/>
              <w:jc w:val="center"/>
            </w:pPr>
          </w:p>
        </w:tc>
        <w:tc>
          <w:tcPr>
            <w:tcW w:w="1496" w:type="dxa"/>
            <w:vAlign w:val="center"/>
          </w:tcPr>
          <w:p w14:paraId="0803E659" w14:textId="77777777" w:rsidR="00304FB0" w:rsidRPr="005C06FE" w:rsidRDefault="00304FB0" w:rsidP="003F1E71">
            <w:pPr>
              <w:spacing w:line="480" w:lineRule="auto"/>
              <w:jc w:val="center"/>
            </w:pPr>
          </w:p>
        </w:tc>
      </w:tr>
      <w:tr w:rsidR="00304FB0" w:rsidRPr="005C06FE" w14:paraId="4E2D8008" w14:textId="77777777" w:rsidTr="00291509">
        <w:tc>
          <w:tcPr>
            <w:tcW w:w="2122" w:type="dxa"/>
          </w:tcPr>
          <w:p w14:paraId="15FFFB72" w14:textId="77777777" w:rsidR="00304FB0" w:rsidRPr="00291509" w:rsidRDefault="00304FB0" w:rsidP="003F1E71">
            <w:pPr>
              <w:spacing w:line="480" w:lineRule="auto"/>
              <w:ind w:left="164"/>
              <w:rPr>
                <w:iCs/>
              </w:rPr>
            </w:pPr>
            <w:r w:rsidRPr="00291509">
              <w:rPr>
                <w:iCs/>
              </w:rPr>
              <w:t>Hispanic or Latino</w:t>
            </w:r>
          </w:p>
        </w:tc>
        <w:tc>
          <w:tcPr>
            <w:tcW w:w="1496" w:type="dxa"/>
          </w:tcPr>
          <w:p w14:paraId="185DF57F" w14:textId="77777777" w:rsidR="00304FB0" w:rsidRPr="005C06FE" w:rsidRDefault="00304FB0" w:rsidP="003F1E71">
            <w:pPr>
              <w:spacing w:line="480" w:lineRule="auto"/>
              <w:jc w:val="center"/>
            </w:pPr>
            <w:r w:rsidRPr="005C06FE">
              <w:t>0</w:t>
            </w:r>
          </w:p>
        </w:tc>
        <w:tc>
          <w:tcPr>
            <w:tcW w:w="1496" w:type="dxa"/>
          </w:tcPr>
          <w:p w14:paraId="679FBBA3" w14:textId="77777777" w:rsidR="00304FB0" w:rsidRPr="005C06FE" w:rsidRDefault="00304FB0" w:rsidP="003F1E71">
            <w:pPr>
              <w:spacing w:line="480" w:lineRule="auto"/>
              <w:jc w:val="center"/>
            </w:pPr>
            <w:r w:rsidRPr="005C06FE">
              <w:t>0</w:t>
            </w:r>
          </w:p>
        </w:tc>
        <w:tc>
          <w:tcPr>
            <w:tcW w:w="1496" w:type="dxa"/>
          </w:tcPr>
          <w:p w14:paraId="75EE4663" w14:textId="77777777" w:rsidR="00304FB0" w:rsidRPr="005C06FE" w:rsidRDefault="00304FB0" w:rsidP="003F1E71">
            <w:pPr>
              <w:spacing w:line="480" w:lineRule="auto"/>
              <w:jc w:val="center"/>
            </w:pPr>
            <w:r w:rsidRPr="005C06FE">
              <w:t>0</w:t>
            </w:r>
          </w:p>
        </w:tc>
        <w:tc>
          <w:tcPr>
            <w:tcW w:w="1496" w:type="dxa"/>
          </w:tcPr>
          <w:p w14:paraId="510F2C90" w14:textId="77777777" w:rsidR="00304FB0" w:rsidRPr="005C06FE" w:rsidRDefault="00304FB0" w:rsidP="003F1E71">
            <w:pPr>
              <w:spacing w:line="480" w:lineRule="auto"/>
              <w:jc w:val="center"/>
            </w:pPr>
            <w:r w:rsidRPr="005C06FE">
              <w:t>0</w:t>
            </w:r>
          </w:p>
        </w:tc>
      </w:tr>
      <w:tr w:rsidR="00304FB0" w:rsidRPr="005C06FE" w14:paraId="2613930B" w14:textId="77777777" w:rsidTr="00291509">
        <w:tc>
          <w:tcPr>
            <w:tcW w:w="2122" w:type="dxa"/>
          </w:tcPr>
          <w:p w14:paraId="42958614" w14:textId="77777777" w:rsidR="00304FB0" w:rsidRPr="00291509" w:rsidRDefault="00304FB0" w:rsidP="003F1E71">
            <w:pPr>
              <w:spacing w:line="480" w:lineRule="auto"/>
              <w:ind w:left="164"/>
              <w:rPr>
                <w:iCs/>
              </w:rPr>
            </w:pPr>
            <w:r w:rsidRPr="00291509">
              <w:rPr>
                <w:iCs/>
              </w:rPr>
              <w:t>Not Hispanic or</w:t>
            </w:r>
          </w:p>
          <w:p w14:paraId="7D457891" w14:textId="77777777" w:rsidR="00304FB0" w:rsidRPr="00291509" w:rsidRDefault="00304FB0" w:rsidP="003F1E71">
            <w:pPr>
              <w:spacing w:line="480" w:lineRule="auto"/>
              <w:ind w:left="164"/>
              <w:rPr>
                <w:iCs/>
              </w:rPr>
            </w:pPr>
            <w:r w:rsidRPr="00291509">
              <w:rPr>
                <w:iCs/>
              </w:rPr>
              <w:t>Latino</w:t>
            </w:r>
          </w:p>
        </w:tc>
        <w:tc>
          <w:tcPr>
            <w:tcW w:w="1496" w:type="dxa"/>
            <w:vAlign w:val="center"/>
          </w:tcPr>
          <w:p w14:paraId="6D2F4191" w14:textId="77777777" w:rsidR="00304FB0" w:rsidRPr="005C06FE" w:rsidRDefault="00304FB0" w:rsidP="003F1E71">
            <w:pPr>
              <w:spacing w:line="480" w:lineRule="auto"/>
              <w:jc w:val="center"/>
            </w:pPr>
            <w:r w:rsidRPr="005C06FE">
              <w:t>4 (100.0)</w:t>
            </w:r>
          </w:p>
        </w:tc>
        <w:tc>
          <w:tcPr>
            <w:tcW w:w="1496" w:type="dxa"/>
            <w:vAlign w:val="center"/>
          </w:tcPr>
          <w:p w14:paraId="48F35149" w14:textId="77777777" w:rsidR="00304FB0" w:rsidRPr="005C06FE" w:rsidRDefault="00304FB0" w:rsidP="003F1E71">
            <w:pPr>
              <w:spacing w:line="480" w:lineRule="auto"/>
              <w:jc w:val="center"/>
            </w:pPr>
            <w:r w:rsidRPr="005C06FE">
              <w:t>9 (100.0)</w:t>
            </w:r>
          </w:p>
        </w:tc>
        <w:tc>
          <w:tcPr>
            <w:tcW w:w="1496" w:type="dxa"/>
            <w:vAlign w:val="center"/>
          </w:tcPr>
          <w:p w14:paraId="39822FDE" w14:textId="77777777" w:rsidR="00304FB0" w:rsidRPr="005C06FE" w:rsidRDefault="00304FB0" w:rsidP="003F1E71">
            <w:pPr>
              <w:spacing w:line="480" w:lineRule="auto"/>
              <w:jc w:val="center"/>
            </w:pPr>
            <w:r w:rsidRPr="005C06FE">
              <w:t>13 (100.0)</w:t>
            </w:r>
          </w:p>
        </w:tc>
        <w:tc>
          <w:tcPr>
            <w:tcW w:w="1496" w:type="dxa"/>
            <w:vAlign w:val="center"/>
          </w:tcPr>
          <w:p w14:paraId="52732307" w14:textId="77777777" w:rsidR="00304FB0" w:rsidRPr="005C06FE" w:rsidRDefault="00304FB0" w:rsidP="003F1E71">
            <w:pPr>
              <w:spacing w:line="480" w:lineRule="auto"/>
              <w:jc w:val="center"/>
            </w:pPr>
            <w:r w:rsidRPr="005C06FE">
              <w:t>9 (100.0)</w:t>
            </w:r>
          </w:p>
        </w:tc>
      </w:tr>
      <w:tr w:rsidR="00304FB0" w:rsidRPr="005C06FE" w14:paraId="565A515F" w14:textId="77777777" w:rsidTr="00291509">
        <w:tc>
          <w:tcPr>
            <w:tcW w:w="2122" w:type="dxa"/>
          </w:tcPr>
          <w:p w14:paraId="57FCDC1F" w14:textId="77777777" w:rsidR="00304FB0" w:rsidRPr="005C06FE" w:rsidRDefault="00304FB0" w:rsidP="003F1E71">
            <w:pPr>
              <w:spacing w:line="480" w:lineRule="auto"/>
              <w:rPr>
                <w:b/>
              </w:rPr>
            </w:pPr>
            <w:r w:rsidRPr="005C06FE">
              <w:rPr>
                <w:b/>
              </w:rPr>
              <w:lastRenderedPageBreak/>
              <w:t>BMI, kg/m</w:t>
            </w:r>
            <w:r w:rsidRPr="005C06FE">
              <w:rPr>
                <w:b/>
                <w:vertAlign w:val="superscript"/>
              </w:rPr>
              <w:t>2</w:t>
            </w:r>
            <w:r w:rsidRPr="005C06FE">
              <w:rPr>
                <w:b/>
              </w:rPr>
              <w:t>, n</w:t>
            </w:r>
          </w:p>
        </w:tc>
        <w:tc>
          <w:tcPr>
            <w:tcW w:w="1496" w:type="dxa"/>
            <w:vAlign w:val="center"/>
          </w:tcPr>
          <w:p w14:paraId="1A9563E9" w14:textId="77777777" w:rsidR="00304FB0" w:rsidRPr="005C06FE" w:rsidRDefault="00304FB0" w:rsidP="003F1E71">
            <w:pPr>
              <w:spacing w:line="480" w:lineRule="auto"/>
              <w:jc w:val="center"/>
            </w:pPr>
            <w:r w:rsidRPr="005C06FE">
              <w:t>4</w:t>
            </w:r>
          </w:p>
        </w:tc>
        <w:tc>
          <w:tcPr>
            <w:tcW w:w="1496" w:type="dxa"/>
            <w:vAlign w:val="center"/>
          </w:tcPr>
          <w:p w14:paraId="7026A288" w14:textId="77777777" w:rsidR="00304FB0" w:rsidRPr="005C06FE" w:rsidRDefault="00304FB0" w:rsidP="003F1E71">
            <w:pPr>
              <w:spacing w:line="480" w:lineRule="auto"/>
              <w:jc w:val="center"/>
            </w:pPr>
            <w:r w:rsidRPr="005C06FE">
              <w:t>9</w:t>
            </w:r>
          </w:p>
        </w:tc>
        <w:tc>
          <w:tcPr>
            <w:tcW w:w="1496" w:type="dxa"/>
            <w:vAlign w:val="center"/>
          </w:tcPr>
          <w:p w14:paraId="153620CA" w14:textId="77777777" w:rsidR="00304FB0" w:rsidRPr="005C06FE" w:rsidRDefault="00304FB0" w:rsidP="003F1E71">
            <w:pPr>
              <w:spacing w:line="480" w:lineRule="auto"/>
              <w:jc w:val="center"/>
            </w:pPr>
            <w:r w:rsidRPr="005C06FE">
              <w:t>13</w:t>
            </w:r>
          </w:p>
        </w:tc>
        <w:tc>
          <w:tcPr>
            <w:tcW w:w="1496" w:type="dxa"/>
            <w:vAlign w:val="center"/>
          </w:tcPr>
          <w:p w14:paraId="58948FB7" w14:textId="77777777" w:rsidR="00304FB0" w:rsidRPr="005C06FE" w:rsidRDefault="00304FB0" w:rsidP="003F1E71">
            <w:pPr>
              <w:spacing w:line="480" w:lineRule="auto"/>
              <w:jc w:val="center"/>
            </w:pPr>
            <w:r w:rsidRPr="005C06FE">
              <w:t>9</w:t>
            </w:r>
          </w:p>
        </w:tc>
      </w:tr>
      <w:tr w:rsidR="00304FB0" w:rsidRPr="005C06FE" w14:paraId="5DD432D5" w14:textId="77777777" w:rsidTr="00291509">
        <w:tc>
          <w:tcPr>
            <w:tcW w:w="2122" w:type="dxa"/>
          </w:tcPr>
          <w:p w14:paraId="61F086F2" w14:textId="77777777" w:rsidR="00304FB0" w:rsidRPr="005C06FE" w:rsidRDefault="00304FB0" w:rsidP="003F1E71">
            <w:pPr>
              <w:spacing w:line="480" w:lineRule="auto"/>
            </w:pPr>
            <w:r w:rsidRPr="005C06FE">
              <w:t>Mean (SD)</w:t>
            </w:r>
          </w:p>
        </w:tc>
        <w:tc>
          <w:tcPr>
            <w:tcW w:w="1496" w:type="dxa"/>
            <w:vAlign w:val="center"/>
          </w:tcPr>
          <w:p w14:paraId="6375DF28" w14:textId="77777777" w:rsidR="00304FB0" w:rsidRPr="005C06FE" w:rsidRDefault="00304FB0" w:rsidP="003F1E71">
            <w:pPr>
              <w:spacing w:line="480" w:lineRule="auto"/>
              <w:jc w:val="center"/>
            </w:pPr>
            <w:r w:rsidRPr="005C06FE">
              <w:t>26.15 (2.68)</w:t>
            </w:r>
          </w:p>
        </w:tc>
        <w:tc>
          <w:tcPr>
            <w:tcW w:w="1496" w:type="dxa"/>
            <w:vAlign w:val="center"/>
          </w:tcPr>
          <w:p w14:paraId="3BFEFB4A" w14:textId="77777777" w:rsidR="00304FB0" w:rsidRPr="005C06FE" w:rsidRDefault="00304FB0" w:rsidP="003F1E71">
            <w:pPr>
              <w:spacing w:line="480" w:lineRule="auto"/>
              <w:jc w:val="center"/>
            </w:pPr>
            <w:r w:rsidRPr="005C06FE">
              <w:t>27.31 (4.00)</w:t>
            </w:r>
          </w:p>
        </w:tc>
        <w:tc>
          <w:tcPr>
            <w:tcW w:w="1496" w:type="dxa"/>
            <w:vAlign w:val="center"/>
          </w:tcPr>
          <w:p w14:paraId="3FFB2617" w14:textId="77777777" w:rsidR="00304FB0" w:rsidRPr="005C06FE" w:rsidRDefault="00304FB0" w:rsidP="003F1E71">
            <w:pPr>
              <w:spacing w:line="480" w:lineRule="auto"/>
              <w:jc w:val="center"/>
            </w:pPr>
            <w:r w:rsidRPr="005C06FE">
              <w:t>26.96 (3.57)</w:t>
            </w:r>
          </w:p>
        </w:tc>
        <w:tc>
          <w:tcPr>
            <w:tcW w:w="1496" w:type="dxa"/>
            <w:vAlign w:val="center"/>
          </w:tcPr>
          <w:p w14:paraId="20F122E3" w14:textId="77777777" w:rsidR="00304FB0" w:rsidRPr="005C06FE" w:rsidRDefault="00304FB0" w:rsidP="003F1E71">
            <w:pPr>
              <w:spacing w:line="480" w:lineRule="auto"/>
              <w:jc w:val="center"/>
            </w:pPr>
            <w:r w:rsidRPr="005C06FE">
              <w:t>26.64 (1.90)</w:t>
            </w:r>
          </w:p>
        </w:tc>
      </w:tr>
      <w:tr w:rsidR="00304FB0" w:rsidRPr="005C06FE" w14:paraId="12E71C97" w14:textId="77777777" w:rsidTr="00291509">
        <w:tc>
          <w:tcPr>
            <w:tcW w:w="2122" w:type="dxa"/>
          </w:tcPr>
          <w:p w14:paraId="30AF0373" w14:textId="77777777" w:rsidR="00304FB0" w:rsidRPr="005C06FE" w:rsidRDefault="00304FB0" w:rsidP="003F1E71">
            <w:pPr>
              <w:spacing w:line="480" w:lineRule="auto"/>
              <w:rPr>
                <w:b/>
              </w:rPr>
            </w:pPr>
            <w:r w:rsidRPr="005C06FE">
              <w:rPr>
                <w:b/>
              </w:rPr>
              <w:t>Smoking history, n (%)</w:t>
            </w:r>
          </w:p>
        </w:tc>
        <w:tc>
          <w:tcPr>
            <w:tcW w:w="1496" w:type="dxa"/>
            <w:vAlign w:val="center"/>
          </w:tcPr>
          <w:p w14:paraId="45242619" w14:textId="77777777" w:rsidR="00304FB0" w:rsidRPr="005C06FE" w:rsidRDefault="00304FB0" w:rsidP="003F1E71">
            <w:pPr>
              <w:spacing w:line="480" w:lineRule="auto"/>
              <w:jc w:val="center"/>
            </w:pPr>
          </w:p>
        </w:tc>
        <w:tc>
          <w:tcPr>
            <w:tcW w:w="1496" w:type="dxa"/>
            <w:vAlign w:val="center"/>
          </w:tcPr>
          <w:p w14:paraId="16D66653" w14:textId="77777777" w:rsidR="00304FB0" w:rsidRPr="005C06FE" w:rsidRDefault="00304FB0" w:rsidP="003F1E71">
            <w:pPr>
              <w:spacing w:line="480" w:lineRule="auto"/>
              <w:jc w:val="center"/>
            </w:pPr>
          </w:p>
        </w:tc>
        <w:tc>
          <w:tcPr>
            <w:tcW w:w="1496" w:type="dxa"/>
            <w:vAlign w:val="center"/>
          </w:tcPr>
          <w:p w14:paraId="3A203E71" w14:textId="77777777" w:rsidR="00304FB0" w:rsidRPr="005C06FE" w:rsidRDefault="00304FB0" w:rsidP="003F1E71">
            <w:pPr>
              <w:spacing w:line="480" w:lineRule="auto"/>
              <w:jc w:val="center"/>
            </w:pPr>
          </w:p>
        </w:tc>
        <w:tc>
          <w:tcPr>
            <w:tcW w:w="1496" w:type="dxa"/>
            <w:vAlign w:val="center"/>
          </w:tcPr>
          <w:p w14:paraId="0208490D" w14:textId="77777777" w:rsidR="00304FB0" w:rsidRPr="005C06FE" w:rsidRDefault="00304FB0" w:rsidP="003F1E71">
            <w:pPr>
              <w:spacing w:line="480" w:lineRule="auto"/>
              <w:jc w:val="center"/>
            </w:pPr>
          </w:p>
        </w:tc>
      </w:tr>
      <w:tr w:rsidR="00304FB0" w:rsidRPr="005C06FE" w14:paraId="1F129864" w14:textId="77777777" w:rsidTr="00291509">
        <w:tc>
          <w:tcPr>
            <w:tcW w:w="2122" w:type="dxa"/>
          </w:tcPr>
          <w:p w14:paraId="47408E6C" w14:textId="77777777" w:rsidR="00304FB0" w:rsidRPr="00291509" w:rsidRDefault="00304FB0" w:rsidP="003F1E71">
            <w:pPr>
              <w:spacing w:line="480" w:lineRule="auto"/>
              <w:ind w:left="164"/>
              <w:rPr>
                <w:iCs/>
              </w:rPr>
            </w:pPr>
            <w:r w:rsidRPr="00291509">
              <w:rPr>
                <w:iCs/>
              </w:rPr>
              <w:t>Current</w:t>
            </w:r>
          </w:p>
        </w:tc>
        <w:tc>
          <w:tcPr>
            <w:tcW w:w="1496" w:type="dxa"/>
          </w:tcPr>
          <w:p w14:paraId="12A48D3E" w14:textId="77777777" w:rsidR="00304FB0" w:rsidRPr="005C06FE" w:rsidRDefault="00304FB0" w:rsidP="003F1E71">
            <w:pPr>
              <w:spacing w:line="480" w:lineRule="auto"/>
              <w:jc w:val="center"/>
            </w:pPr>
            <w:r w:rsidRPr="005C06FE">
              <w:t>0</w:t>
            </w:r>
          </w:p>
        </w:tc>
        <w:tc>
          <w:tcPr>
            <w:tcW w:w="1496" w:type="dxa"/>
          </w:tcPr>
          <w:p w14:paraId="4DCB4C5A" w14:textId="77777777" w:rsidR="00304FB0" w:rsidRPr="005C06FE" w:rsidRDefault="00304FB0" w:rsidP="003F1E71">
            <w:pPr>
              <w:spacing w:line="480" w:lineRule="auto"/>
              <w:jc w:val="center"/>
            </w:pPr>
            <w:r w:rsidRPr="005C06FE">
              <w:t>0</w:t>
            </w:r>
          </w:p>
        </w:tc>
        <w:tc>
          <w:tcPr>
            <w:tcW w:w="1496" w:type="dxa"/>
          </w:tcPr>
          <w:p w14:paraId="0B3D07D1" w14:textId="77777777" w:rsidR="00304FB0" w:rsidRPr="005C06FE" w:rsidRDefault="00304FB0" w:rsidP="003F1E71">
            <w:pPr>
              <w:spacing w:line="480" w:lineRule="auto"/>
              <w:jc w:val="center"/>
            </w:pPr>
            <w:r w:rsidRPr="005C06FE">
              <w:t>0</w:t>
            </w:r>
          </w:p>
        </w:tc>
        <w:tc>
          <w:tcPr>
            <w:tcW w:w="1496" w:type="dxa"/>
          </w:tcPr>
          <w:p w14:paraId="3F619EB7" w14:textId="77777777" w:rsidR="00304FB0" w:rsidRPr="005C06FE" w:rsidRDefault="00304FB0" w:rsidP="003F1E71">
            <w:pPr>
              <w:spacing w:line="480" w:lineRule="auto"/>
              <w:jc w:val="center"/>
            </w:pPr>
            <w:r w:rsidRPr="005C06FE">
              <w:t>0</w:t>
            </w:r>
          </w:p>
        </w:tc>
      </w:tr>
      <w:tr w:rsidR="00304FB0" w:rsidRPr="005C06FE" w14:paraId="5BB5B30A" w14:textId="77777777" w:rsidTr="00291509">
        <w:tc>
          <w:tcPr>
            <w:tcW w:w="2122" w:type="dxa"/>
          </w:tcPr>
          <w:p w14:paraId="276CF9DD" w14:textId="77777777" w:rsidR="00304FB0" w:rsidRPr="00291509" w:rsidRDefault="00304FB0" w:rsidP="003F1E71">
            <w:pPr>
              <w:spacing w:line="480" w:lineRule="auto"/>
              <w:ind w:left="164"/>
              <w:rPr>
                <w:iCs/>
              </w:rPr>
            </w:pPr>
            <w:r w:rsidRPr="00291509">
              <w:rPr>
                <w:iCs/>
              </w:rPr>
              <w:t>Former</w:t>
            </w:r>
          </w:p>
        </w:tc>
        <w:tc>
          <w:tcPr>
            <w:tcW w:w="1496" w:type="dxa"/>
            <w:vAlign w:val="center"/>
          </w:tcPr>
          <w:p w14:paraId="1ABA5C58" w14:textId="77777777" w:rsidR="00304FB0" w:rsidRPr="005C06FE" w:rsidRDefault="00304FB0" w:rsidP="003F1E71">
            <w:pPr>
              <w:spacing w:line="480" w:lineRule="auto"/>
              <w:jc w:val="center"/>
            </w:pPr>
            <w:r w:rsidRPr="005C06FE">
              <w:t>0</w:t>
            </w:r>
          </w:p>
        </w:tc>
        <w:tc>
          <w:tcPr>
            <w:tcW w:w="1496" w:type="dxa"/>
            <w:vAlign w:val="center"/>
          </w:tcPr>
          <w:p w14:paraId="7A755343" w14:textId="77777777" w:rsidR="00304FB0" w:rsidRPr="005C06FE" w:rsidRDefault="00304FB0" w:rsidP="003F1E71">
            <w:pPr>
              <w:spacing w:line="480" w:lineRule="auto"/>
              <w:jc w:val="center"/>
            </w:pPr>
            <w:r w:rsidRPr="005C06FE">
              <w:t xml:space="preserve"> 4 (44.4)</w:t>
            </w:r>
          </w:p>
        </w:tc>
        <w:tc>
          <w:tcPr>
            <w:tcW w:w="1496" w:type="dxa"/>
            <w:vAlign w:val="center"/>
          </w:tcPr>
          <w:p w14:paraId="0208337F" w14:textId="77777777" w:rsidR="00304FB0" w:rsidRPr="005C06FE" w:rsidRDefault="00304FB0" w:rsidP="003F1E71">
            <w:pPr>
              <w:spacing w:line="480" w:lineRule="auto"/>
              <w:jc w:val="center"/>
            </w:pPr>
            <w:r w:rsidRPr="005C06FE">
              <w:t>4 (30.8)</w:t>
            </w:r>
          </w:p>
        </w:tc>
        <w:tc>
          <w:tcPr>
            <w:tcW w:w="1496" w:type="dxa"/>
            <w:vAlign w:val="center"/>
          </w:tcPr>
          <w:p w14:paraId="0FAC2FE2" w14:textId="77777777" w:rsidR="00304FB0" w:rsidRPr="005C06FE" w:rsidRDefault="00304FB0" w:rsidP="003F1E71">
            <w:pPr>
              <w:spacing w:line="480" w:lineRule="auto"/>
              <w:jc w:val="center"/>
            </w:pPr>
            <w:r w:rsidRPr="005C06FE">
              <w:t>2 (22.2)</w:t>
            </w:r>
          </w:p>
        </w:tc>
      </w:tr>
      <w:tr w:rsidR="00304FB0" w:rsidRPr="005C06FE" w14:paraId="447374C9" w14:textId="77777777" w:rsidTr="00291509">
        <w:tc>
          <w:tcPr>
            <w:tcW w:w="2122" w:type="dxa"/>
          </w:tcPr>
          <w:p w14:paraId="64A2717B" w14:textId="77777777" w:rsidR="00304FB0" w:rsidRPr="00291509" w:rsidRDefault="00304FB0" w:rsidP="003F1E71">
            <w:pPr>
              <w:spacing w:line="480" w:lineRule="auto"/>
              <w:ind w:left="164"/>
              <w:rPr>
                <w:iCs/>
              </w:rPr>
            </w:pPr>
            <w:r w:rsidRPr="00291509">
              <w:rPr>
                <w:iCs/>
              </w:rPr>
              <w:t>Never</w:t>
            </w:r>
          </w:p>
        </w:tc>
        <w:tc>
          <w:tcPr>
            <w:tcW w:w="1496" w:type="dxa"/>
            <w:vAlign w:val="center"/>
          </w:tcPr>
          <w:p w14:paraId="46E85646" w14:textId="77777777" w:rsidR="00304FB0" w:rsidRPr="005C06FE" w:rsidRDefault="00304FB0" w:rsidP="003F1E71">
            <w:pPr>
              <w:spacing w:line="480" w:lineRule="auto"/>
              <w:jc w:val="center"/>
            </w:pPr>
            <w:r w:rsidRPr="005C06FE">
              <w:t>4 (100.0)</w:t>
            </w:r>
          </w:p>
        </w:tc>
        <w:tc>
          <w:tcPr>
            <w:tcW w:w="1496" w:type="dxa"/>
            <w:vAlign w:val="center"/>
          </w:tcPr>
          <w:p w14:paraId="5A42860F" w14:textId="77777777" w:rsidR="00304FB0" w:rsidRPr="005C06FE" w:rsidRDefault="00304FB0" w:rsidP="003F1E71">
            <w:pPr>
              <w:spacing w:line="480" w:lineRule="auto"/>
              <w:jc w:val="center"/>
            </w:pPr>
            <w:r w:rsidRPr="005C06FE">
              <w:t xml:space="preserve"> 5 (55.6)</w:t>
            </w:r>
          </w:p>
        </w:tc>
        <w:tc>
          <w:tcPr>
            <w:tcW w:w="1496" w:type="dxa"/>
            <w:vAlign w:val="center"/>
          </w:tcPr>
          <w:p w14:paraId="451DC3FE" w14:textId="77777777" w:rsidR="00304FB0" w:rsidRPr="005C06FE" w:rsidRDefault="00304FB0" w:rsidP="003F1E71">
            <w:pPr>
              <w:spacing w:line="480" w:lineRule="auto"/>
              <w:jc w:val="center"/>
            </w:pPr>
            <w:r w:rsidRPr="005C06FE">
              <w:t>9 (69.2)</w:t>
            </w:r>
          </w:p>
        </w:tc>
        <w:tc>
          <w:tcPr>
            <w:tcW w:w="1496" w:type="dxa"/>
            <w:vAlign w:val="center"/>
          </w:tcPr>
          <w:p w14:paraId="21F4B93F" w14:textId="77777777" w:rsidR="00304FB0" w:rsidRPr="005C06FE" w:rsidRDefault="00304FB0" w:rsidP="003F1E71">
            <w:pPr>
              <w:spacing w:line="480" w:lineRule="auto"/>
              <w:jc w:val="center"/>
            </w:pPr>
            <w:r w:rsidRPr="005C06FE">
              <w:t>7 (77.8)</w:t>
            </w:r>
          </w:p>
        </w:tc>
      </w:tr>
      <w:tr w:rsidR="00304FB0" w:rsidRPr="005C06FE" w14:paraId="14AE0ADD" w14:textId="77777777" w:rsidTr="00291509">
        <w:tc>
          <w:tcPr>
            <w:tcW w:w="2122" w:type="dxa"/>
          </w:tcPr>
          <w:p w14:paraId="1C542720" w14:textId="77777777" w:rsidR="00304FB0" w:rsidRPr="00291509" w:rsidRDefault="00304FB0" w:rsidP="003F1E71">
            <w:pPr>
              <w:spacing w:line="480" w:lineRule="auto"/>
              <w:ind w:left="164"/>
              <w:rPr>
                <w:iCs/>
              </w:rPr>
            </w:pPr>
            <w:r>
              <w:rPr>
                <w:b/>
              </w:rPr>
              <w:t xml:space="preserve">Number of exacerbations in defined </w:t>
            </w:r>
            <w:proofErr w:type="spellStart"/>
            <w:r>
              <w:rPr>
                <w:b/>
              </w:rPr>
              <w:t>period</w:t>
            </w:r>
            <w:r>
              <w:rPr>
                <w:b/>
                <w:vertAlign w:val="superscript"/>
              </w:rPr>
              <w:t>a</w:t>
            </w:r>
            <w:proofErr w:type="spellEnd"/>
            <w:r>
              <w:rPr>
                <w:b/>
              </w:rPr>
              <w:t>,</w:t>
            </w:r>
            <w:r w:rsidRPr="005C06FE">
              <w:rPr>
                <w:b/>
              </w:rPr>
              <w:t xml:space="preserve"> n (%)</w:t>
            </w:r>
          </w:p>
        </w:tc>
        <w:tc>
          <w:tcPr>
            <w:tcW w:w="1496" w:type="dxa"/>
            <w:vAlign w:val="center"/>
          </w:tcPr>
          <w:p w14:paraId="636DC3E0" w14:textId="77777777" w:rsidR="00304FB0" w:rsidRPr="005C06FE" w:rsidRDefault="00304FB0" w:rsidP="003F1E71">
            <w:pPr>
              <w:spacing w:line="480" w:lineRule="auto"/>
              <w:jc w:val="center"/>
            </w:pPr>
          </w:p>
        </w:tc>
        <w:tc>
          <w:tcPr>
            <w:tcW w:w="1496" w:type="dxa"/>
            <w:vAlign w:val="center"/>
          </w:tcPr>
          <w:p w14:paraId="05004CA2" w14:textId="77777777" w:rsidR="00304FB0" w:rsidRPr="005C06FE" w:rsidRDefault="00304FB0" w:rsidP="003F1E71">
            <w:pPr>
              <w:spacing w:line="480" w:lineRule="auto"/>
              <w:jc w:val="center"/>
            </w:pPr>
          </w:p>
        </w:tc>
        <w:tc>
          <w:tcPr>
            <w:tcW w:w="1496" w:type="dxa"/>
            <w:vAlign w:val="center"/>
          </w:tcPr>
          <w:p w14:paraId="778897AC" w14:textId="77777777" w:rsidR="00304FB0" w:rsidRPr="005C06FE" w:rsidRDefault="00304FB0" w:rsidP="003F1E71">
            <w:pPr>
              <w:spacing w:line="480" w:lineRule="auto"/>
              <w:jc w:val="center"/>
            </w:pPr>
          </w:p>
        </w:tc>
        <w:tc>
          <w:tcPr>
            <w:tcW w:w="1496" w:type="dxa"/>
            <w:vAlign w:val="center"/>
          </w:tcPr>
          <w:p w14:paraId="4E2FA3DC" w14:textId="77777777" w:rsidR="00304FB0" w:rsidRPr="005C06FE" w:rsidRDefault="00304FB0" w:rsidP="003F1E71">
            <w:pPr>
              <w:spacing w:line="480" w:lineRule="auto"/>
              <w:jc w:val="center"/>
            </w:pPr>
          </w:p>
        </w:tc>
      </w:tr>
      <w:tr w:rsidR="00304FB0" w:rsidRPr="005C06FE" w14:paraId="7119F193" w14:textId="77777777" w:rsidTr="00291509">
        <w:tc>
          <w:tcPr>
            <w:tcW w:w="2122" w:type="dxa"/>
          </w:tcPr>
          <w:p w14:paraId="73E36EE3" w14:textId="77777777" w:rsidR="00304FB0" w:rsidRPr="00291509" w:rsidRDefault="00304FB0" w:rsidP="003F1E71">
            <w:pPr>
              <w:spacing w:line="480" w:lineRule="auto"/>
              <w:ind w:left="164"/>
              <w:rPr>
                <w:iCs/>
              </w:rPr>
            </w:pPr>
            <w:r>
              <w:rPr>
                <w:iCs/>
              </w:rPr>
              <w:t>0</w:t>
            </w:r>
          </w:p>
        </w:tc>
        <w:tc>
          <w:tcPr>
            <w:tcW w:w="1496" w:type="dxa"/>
            <w:vAlign w:val="center"/>
          </w:tcPr>
          <w:p w14:paraId="7721F9EA" w14:textId="77777777" w:rsidR="00304FB0" w:rsidRPr="005C06FE" w:rsidRDefault="00304FB0" w:rsidP="003F1E71">
            <w:pPr>
              <w:spacing w:line="480" w:lineRule="auto"/>
              <w:jc w:val="center"/>
            </w:pPr>
            <w:r>
              <w:t>0</w:t>
            </w:r>
          </w:p>
        </w:tc>
        <w:tc>
          <w:tcPr>
            <w:tcW w:w="1496" w:type="dxa"/>
            <w:vAlign w:val="center"/>
          </w:tcPr>
          <w:p w14:paraId="6D7D8529" w14:textId="77777777" w:rsidR="00304FB0" w:rsidRPr="005C06FE" w:rsidRDefault="00304FB0" w:rsidP="003F1E71">
            <w:pPr>
              <w:spacing w:line="480" w:lineRule="auto"/>
              <w:jc w:val="center"/>
            </w:pPr>
            <w:r>
              <w:t>0</w:t>
            </w:r>
          </w:p>
        </w:tc>
        <w:tc>
          <w:tcPr>
            <w:tcW w:w="1496" w:type="dxa"/>
            <w:vAlign w:val="center"/>
          </w:tcPr>
          <w:p w14:paraId="036A592E" w14:textId="77777777" w:rsidR="00304FB0" w:rsidRPr="005C06FE" w:rsidRDefault="00304FB0" w:rsidP="003F1E71">
            <w:pPr>
              <w:spacing w:line="480" w:lineRule="auto"/>
              <w:jc w:val="center"/>
            </w:pPr>
            <w:r>
              <w:t>0</w:t>
            </w:r>
          </w:p>
        </w:tc>
        <w:tc>
          <w:tcPr>
            <w:tcW w:w="1496" w:type="dxa"/>
            <w:vAlign w:val="center"/>
          </w:tcPr>
          <w:p w14:paraId="21EBE0C0" w14:textId="77777777" w:rsidR="00304FB0" w:rsidRPr="005C06FE" w:rsidRDefault="00304FB0" w:rsidP="003F1E71">
            <w:pPr>
              <w:spacing w:line="480" w:lineRule="auto"/>
              <w:jc w:val="center"/>
            </w:pPr>
            <w:r>
              <w:t>0</w:t>
            </w:r>
          </w:p>
        </w:tc>
      </w:tr>
      <w:tr w:rsidR="00304FB0" w:rsidRPr="005C06FE" w14:paraId="6F7FFC42" w14:textId="77777777" w:rsidTr="00291509">
        <w:tc>
          <w:tcPr>
            <w:tcW w:w="2122" w:type="dxa"/>
          </w:tcPr>
          <w:p w14:paraId="0B558DB7" w14:textId="77777777" w:rsidR="00304FB0" w:rsidRPr="00291509" w:rsidRDefault="00304FB0" w:rsidP="003F1E71">
            <w:pPr>
              <w:spacing w:line="480" w:lineRule="auto"/>
              <w:ind w:left="164"/>
              <w:rPr>
                <w:iCs/>
              </w:rPr>
            </w:pPr>
            <w:r>
              <w:rPr>
                <w:iCs/>
              </w:rPr>
              <w:t>1</w:t>
            </w:r>
          </w:p>
        </w:tc>
        <w:tc>
          <w:tcPr>
            <w:tcW w:w="1496" w:type="dxa"/>
            <w:vAlign w:val="center"/>
          </w:tcPr>
          <w:p w14:paraId="6C2A5BF3" w14:textId="77777777" w:rsidR="00304FB0" w:rsidRPr="005C06FE" w:rsidRDefault="00304FB0" w:rsidP="003F1E71">
            <w:pPr>
              <w:spacing w:line="480" w:lineRule="auto"/>
              <w:jc w:val="center"/>
            </w:pPr>
            <w:r>
              <w:t>4 (100.0)</w:t>
            </w:r>
          </w:p>
        </w:tc>
        <w:tc>
          <w:tcPr>
            <w:tcW w:w="1496" w:type="dxa"/>
            <w:vAlign w:val="center"/>
          </w:tcPr>
          <w:p w14:paraId="30167B81" w14:textId="77777777" w:rsidR="00304FB0" w:rsidRPr="005C06FE" w:rsidRDefault="00304FB0" w:rsidP="003F1E71">
            <w:pPr>
              <w:spacing w:line="480" w:lineRule="auto"/>
              <w:jc w:val="center"/>
            </w:pPr>
            <w:r>
              <w:t>6 (66.7)</w:t>
            </w:r>
          </w:p>
        </w:tc>
        <w:tc>
          <w:tcPr>
            <w:tcW w:w="1496" w:type="dxa"/>
            <w:vAlign w:val="center"/>
          </w:tcPr>
          <w:p w14:paraId="698CD203" w14:textId="77777777" w:rsidR="00304FB0" w:rsidRPr="005C06FE" w:rsidRDefault="00304FB0" w:rsidP="003F1E71">
            <w:pPr>
              <w:spacing w:line="480" w:lineRule="auto"/>
              <w:jc w:val="center"/>
            </w:pPr>
            <w:r>
              <w:t>10 (76.9)</w:t>
            </w:r>
          </w:p>
        </w:tc>
        <w:tc>
          <w:tcPr>
            <w:tcW w:w="1496" w:type="dxa"/>
            <w:vAlign w:val="center"/>
          </w:tcPr>
          <w:p w14:paraId="5A61A83C" w14:textId="77777777" w:rsidR="00304FB0" w:rsidRPr="005C06FE" w:rsidRDefault="00304FB0" w:rsidP="003F1E71">
            <w:pPr>
              <w:spacing w:line="480" w:lineRule="auto"/>
              <w:jc w:val="center"/>
            </w:pPr>
            <w:r>
              <w:t>7 (77.8)</w:t>
            </w:r>
          </w:p>
        </w:tc>
      </w:tr>
      <w:tr w:rsidR="00304FB0" w:rsidRPr="005C06FE" w14:paraId="31AA0A2B" w14:textId="77777777" w:rsidTr="00291509">
        <w:tc>
          <w:tcPr>
            <w:tcW w:w="2122" w:type="dxa"/>
          </w:tcPr>
          <w:p w14:paraId="1BFD507D" w14:textId="77777777" w:rsidR="00304FB0" w:rsidRPr="00291509" w:rsidRDefault="00304FB0" w:rsidP="003F1E71">
            <w:pPr>
              <w:spacing w:line="480" w:lineRule="auto"/>
              <w:ind w:left="164"/>
              <w:rPr>
                <w:iCs/>
              </w:rPr>
            </w:pPr>
            <w:r>
              <w:rPr>
                <w:iCs/>
              </w:rPr>
              <w:t>2</w:t>
            </w:r>
          </w:p>
        </w:tc>
        <w:tc>
          <w:tcPr>
            <w:tcW w:w="1496" w:type="dxa"/>
            <w:vAlign w:val="center"/>
          </w:tcPr>
          <w:p w14:paraId="60057D16" w14:textId="77777777" w:rsidR="00304FB0" w:rsidRPr="005C06FE" w:rsidRDefault="00304FB0" w:rsidP="003F1E71">
            <w:pPr>
              <w:spacing w:line="480" w:lineRule="auto"/>
              <w:jc w:val="center"/>
            </w:pPr>
            <w:r>
              <w:t>0</w:t>
            </w:r>
          </w:p>
        </w:tc>
        <w:tc>
          <w:tcPr>
            <w:tcW w:w="1496" w:type="dxa"/>
            <w:vAlign w:val="center"/>
          </w:tcPr>
          <w:p w14:paraId="4D9C9F3D" w14:textId="77777777" w:rsidR="00304FB0" w:rsidRPr="005C06FE" w:rsidRDefault="00304FB0" w:rsidP="003F1E71">
            <w:pPr>
              <w:spacing w:line="480" w:lineRule="auto"/>
              <w:jc w:val="center"/>
            </w:pPr>
            <w:r>
              <w:t>3 (33.3)</w:t>
            </w:r>
          </w:p>
        </w:tc>
        <w:tc>
          <w:tcPr>
            <w:tcW w:w="1496" w:type="dxa"/>
            <w:vAlign w:val="center"/>
          </w:tcPr>
          <w:p w14:paraId="0C95D6BB" w14:textId="77777777" w:rsidR="00304FB0" w:rsidRPr="005C06FE" w:rsidRDefault="00304FB0" w:rsidP="003F1E71">
            <w:pPr>
              <w:spacing w:line="480" w:lineRule="auto"/>
              <w:jc w:val="center"/>
            </w:pPr>
            <w:r>
              <w:t>3 (23.1)</w:t>
            </w:r>
          </w:p>
        </w:tc>
        <w:tc>
          <w:tcPr>
            <w:tcW w:w="1496" w:type="dxa"/>
            <w:vAlign w:val="center"/>
          </w:tcPr>
          <w:p w14:paraId="6B5B892A" w14:textId="77777777" w:rsidR="00304FB0" w:rsidRPr="005C06FE" w:rsidRDefault="00304FB0" w:rsidP="003F1E71">
            <w:pPr>
              <w:spacing w:line="480" w:lineRule="auto"/>
              <w:jc w:val="center"/>
            </w:pPr>
            <w:r>
              <w:t>2 (22.2)</w:t>
            </w:r>
          </w:p>
        </w:tc>
      </w:tr>
      <w:tr w:rsidR="00304FB0" w:rsidRPr="005C06FE" w14:paraId="2DB3B9B4" w14:textId="77777777" w:rsidTr="00291509">
        <w:tc>
          <w:tcPr>
            <w:tcW w:w="2122" w:type="dxa"/>
          </w:tcPr>
          <w:p w14:paraId="6354DB7A" w14:textId="77777777" w:rsidR="00304FB0" w:rsidRPr="005C06FE" w:rsidRDefault="00304FB0" w:rsidP="003F1E71">
            <w:pPr>
              <w:spacing w:line="480" w:lineRule="auto"/>
              <w:rPr>
                <w:b/>
              </w:rPr>
            </w:pPr>
            <w:r w:rsidRPr="005C06FE">
              <w:rPr>
                <w:b/>
              </w:rPr>
              <w:t>CRP, mg/dL, n</w:t>
            </w:r>
          </w:p>
        </w:tc>
        <w:tc>
          <w:tcPr>
            <w:tcW w:w="1496" w:type="dxa"/>
            <w:vAlign w:val="center"/>
          </w:tcPr>
          <w:p w14:paraId="4974B894" w14:textId="77777777" w:rsidR="00304FB0" w:rsidRPr="005C06FE" w:rsidRDefault="00304FB0" w:rsidP="003F1E71">
            <w:pPr>
              <w:spacing w:line="480" w:lineRule="auto"/>
              <w:jc w:val="center"/>
            </w:pPr>
            <w:r w:rsidRPr="005C06FE">
              <w:t>4</w:t>
            </w:r>
          </w:p>
        </w:tc>
        <w:tc>
          <w:tcPr>
            <w:tcW w:w="1496" w:type="dxa"/>
            <w:vAlign w:val="center"/>
          </w:tcPr>
          <w:p w14:paraId="1DD9D6C4" w14:textId="77777777" w:rsidR="00304FB0" w:rsidRPr="005C06FE" w:rsidRDefault="00304FB0" w:rsidP="003F1E71">
            <w:pPr>
              <w:spacing w:line="480" w:lineRule="auto"/>
              <w:jc w:val="center"/>
            </w:pPr>
            <w:r w:rsidRPr="005C06FE">
              <w:t>9</w:t>
            </w:r>
          </w:p>
        </w:tc>
        <w:tc>
          <w:tcPr>
            <w:tcW w:w="1496" w:type="dxa"/>
            <w:vAlign w:val="center"/>
          </w:tcPr>
          <w:p w14:paraId="4910DE3E" w14:textId="77777777" w:rsidR="00304FB0" w:rsidRPr="005C06FE" w:rsidRDefault="00304FB0" w:rsidP="003F1E71">
            <w:pPr>
              <w:spacing w:line="480" w:lineRule="auto"/>
              <w:jc w:val="center"/>
            </w:pPr>
            <w:r w:rsidRPr="005C06FE">
              <w:t>13</w:t>
            </w:r>
          </w:p>
        </w:tc>
        <w:tc>
          <w:tcPr>
            <w:tcW w:w="1496" w:type="dxa"/>
            <w:vAlign w:val="center"/>
          </w:tcPr>
          <w:p w14:paraId="272ABD7A" w14:textId="77777777" w:rsidR="00304FB0" w:rsidRPr="005C06FE" w:rsidRDefault="00304FB0" w:rsidP="003F1E71">
            <w:pPr>
              <w:spacing w:line="480" w:lineRule="auto"/>
              <w:jc w:val="center"/>
            </w:pPr>
            <w:r w:rsidRPr="005C06FE">
              <w:t>9</w:t>
            </w:r>
          </w:p>
        </w:tc>
      </w:tr>
      <w:tr w:rsidR="00304FB0" w:rsidRPr="005C06FE" w14:paraId="5823B527" w14:textId="77777777" w:rsidTr="00291509">
        <w:tc>
          <w:tcPr>
            <w:tcW w:w="2122" w:type="dxa"/>
          </w:tcPr>
          <w:p w14:paraId="62E7F3B3" w14:textId="77777777" w:rsidR="00304FB0" w:rsidRPr="00291509" w:rsidRDefault="00304FB0" w:rsidP="003F1E71">
            <w:pPr>
              <w:spacing w:line="480" w:lineRule="auto"/>
              <w:rPr>
                <w:iCs/>
              </w:rPr>
            </w:pPr>
            <w:r w:rsidRPr="00291509">
              <w:rPr>
                <w:iCs/>
              </w:rPr>
              <w:t>Mean (SD)</w:t>
            </w:r>
          </w:p>
        </w:tc>
        <w:tc>
          <w:tcPr>
            <w:tcW w:w="1496" w:type="dxa"/>
            <w:vAlign w:val="center"/>
          </w:tcPr>
          <w:p w14:paraId="777CF48A" w14:textId="77777777" w:rsidR="00304FB0" w:rsidRPr="005C06FE" w:rsidRDefault="00304FB0" w:rsidP="003F1E71">
            <w:pPr>
              <w:spacing w:line="480" w:lineRule="auto"/>
              <w:jc w:val="center"/>
            </w:pPr>
            <w:r w:rsidRPr="005C06FE">
              <w:t>0.185 (0.154)</w:t>
            </w:r>
          </w:p>
        </w:tc>
        <w:tc>
          <w:tcPr>
            <w:tcW w:w="1496" w:type="dxa"/>
            <w:vAlign w:val="center"/>
          </w:tcPr>
          <w:p w14:paraId="0FBE3C29" w14:textId="77777777" w:rsidR="00304FB0" w:rsidRPr="005C06FE" w:rsidRDefault="00304FB0" w:rsidP="003F1E71">
            <w:pPr>
              <w:spacing w:line="480" w:lineRule="auto"/>
              <w:jc w:val="center"/>
            </w:pPr>
            <w:r w:rsidRPr="005C06FE">
              <w:t>0.326 (0.315)</w:t>
            </w:r>
          </w:p>
        </w:tc>
        <w:tc>
          <w:tcPr>
            <w:tcW w:w="1496" w:type="dxa"/>
            <w:vAlign w:val="center"/>
          </w:tcPr>
          <w:p w14:paraId="1016A546" w14:textId="77777777" w:rsidR="00304FB0" w:rsidRPr="005C06FE" w:rsidRDefault="00304FB0" w:rsidP="003F1E71">
            <w:pPr>
              <w:spacing w:line="480" w:lineRule="auto"/>
              <w:jc w:val="center"/>
            </w:pPr>
            <w:r w:rsidRPr="005C06FE">
              <w:t>0.282 (0.277)</w:t>
            </w:r>
          </w:p>
        </w:tc>
        <w:tc>
          <w:tcPr>
            <w:tcW w:w="1496" w:type="dxa"/>
            <w:vAlign w:val="center"/>
          </w:tcPr>
          <w:p w14:paraId="4FCF20A2" w14:textId="77777777" w:rsidR="00304FB0" w:rsidRPr="005C06FE" w:rsidRDefault="00304FB0" w:rsidP="003F1E71">
            <w:pPr>
              <w:spacing w:line="480" w:lineRule="auto"/>
              <w:jc w:val="center"/>
            </w:pPr>
            <w:r w:rsidRPr="005C06FE">
              <w:t>0.243 (0.102)</w:t>
            </w:r>
          </w:p>
        </w:tc>
      </w:tr>
      <w:tr w:rsidR="00304FB0" w:rsidRPr="005C06FE" w14:paraId="74A661F2" w14:textId="77777777" w:rsidTr="00291509">
        <w:tc>
          <w:tcPr>
            <w:tcW w:w="2122" w:type="dxa"/>
          </w:tcPr>
          <w:p w14:paraId="6CE96BE3" w14:textId="77777777" w:rsidR="00304FB0" w:rsidRPr="005C06FE" w:rsidRDefault="00304FB0" w:rsidP="003F1E71">
            <w:pPr>
              <w:spacing w:line="480" w:lineRule="auto"/>
              <w:rPr>
                <w:b/>
              </w:rPr>
            </w:pPr>
            <w:r w:rsidRPr="005C06FE">
              <w:rPr>
                <w:b/>
              </w:rPr>
              <w:t>Blood eosinophil count, 10</w:t>
            </w:r>
            <w:r w:rsidRPr="005C06FE">
              <w:rPr>
                <w:b/>
                <w:vertAlign w:val="superscript"/>
              </w:rPr>
              <w:t>9</w:t>
            </w:r>
            <w:r w:rsidRPr="005C06FE">
              <w:rPr>
                <w:b/>
              </w:rPr>
              <w:t>/L, n</w:t>
            </w:r>
          </w:p>
        </w:tc>
        <w:tc>
          <w:tcPr>
            <w:tcW w:w="1496" w:type="dxa"/>
            <w:vAlign w:val="center"/>
          </w:tcPr>
          <w:p w14:paraId="51DCD1AF" w14:textId="77777777" w:rsidR="00304FB0" w:rsidRPr="005C06FE" w:rsidRDefault="00304FB0" w:rsidP="003F1E71">
            <w:pPr>
              <w:spacing w:line="480" w:lineRule="auto"/>
              <w:jc w:val="center"/>
            </w:pPr>
            <w:r w:rsidRPr="005C06FE">
              <w:t>4</w:t>
            </w:r>
          </w:p>
        </w:tc>
        <w:tc>
          <w:tcPr>
            <w:tcW w:w="1496" w:type="dxa"/>
            <w:vAlign w:val="center"/>
          </w:tcPr>
          <w:p w14:paraId="1F6507E9" w14:textId="77777777" w:rsidR="00304FB0" w:rsidRPr="005C06FE" w:rsidRDefault="00304FB0" w:rsidP="003F1E71">
            <w:pPr>
              <w:spacing w:line="480" w:lineRule="auto"/>
              <w:jc w:val="center"/>
            </w:pPr>
            <w:r w:rsidRPr="005C06FE">
              <w:t>9</w:t>
            </w:r>
          </w:p>
        </w:tc>
        <w:tc>
          <w:tcPr>
            <w:tcW w:w="1496" w:type="dxa"/>
            <w:vAlign w:val="center"/>
          </w:tcPr>
          <w:p w14:paraId="01ED2740" w14:textId="77777777" w:rsidR="00304FB0" w:rsidRPr="005C06FE" w:rsidRDefault="00304FB0" w:rsidP="003F1E71">
            <w:pPr>
              <w:spacing w:line="480" w:lineRule="auto"/>
              <w:jc w:val="center"/>
            </w:pPr>
            <w:r w:rsidRPr="005C06FE">
              <w:t>13</w:t>
            </w:r>
          </w:p>
        </w:tc>
        <w:tc>
          <w:tcPr>
            <w:tcW w:w="1496" w:type="dxa"/>
            <w:vAlign w:val="center"/>
          </w:tcPr>
          <w:p w14:paraId="02077F2C" w14:textId="77777777" w:rsidR="00304FB0" w:rsidRPr="005C06FE" w:rsidRDefault="00304FB0" w:rsidP="003F1E71">
            <w:pPr>
              <w:spacing w:line="480" w:lineRule="auto"/>
              <w:jc w:val="center"/>
            </w:pPr>
            <w:r w:rsidRPr="005C06FE">
              <w:t>9</w:t>
            </w:r>
          </w:p>
        </w:tc>
      </w:tr>
      <w:tr w:rsidR="00304FB0" w:rsidRPr="005C06FE" w14:paraId="64B7B693" w14:textId="77777777" w:rsidTr="00291509">
        <w:tc>
          <w:tcPr>
            <w:tcW w:w="2122" w:type="dxa"/>
          </w:tcPr>
          <w:p w14:paraId="2E088323" w14:textId="77777777" w:rsidR="00304FB0" w:rsidRPr="00291509" w:rsidRDefault="00304FB0" w:rsidP="003F1E71">
            <w:pPr>
              <w:spacing w:line="480" w:lineRule="auto"/>
              <w:rPr>
                <w:iCs/>
              </w:rPr>
            </w:pPr>
            <w:r w:rsidRPr="00291509">
              <w:rPr>
                <w:iCs/>
              </w:rPr>
              <w:t>Mean (SD)</w:t>
            </w:r>
          </w:p>
        </w:tc>
        <w:tc>
          <w:tcPr>
            <w:tcW w:w="1496" w:type="dxa"/>
            <w:vAlign w:val="center"/>
          </w:tcPr>
          <w:p w14:paraId="179B9C3A" w14:textId="77777777" w:rsidR="00304FB0" w:rsidRPr="005C06FE" w:rsidRDefault="00304FB0" w:rsidP="003F1E71">
            <w:pPr>
              <w:spacing w:line="480" w:lineRule="auto"/>
              <w:jc w:val="center"/>
            </w:pPr>
            <w:r w:rsidRPr="005C06FE">
              <w:t>0.323 (0.219)</w:t>
            </w:r>
          </w:p>
        </w:tc>
        <w:tc>
          <w:tcPr>
            <w:tcW w:w="1496" w:type="dxa"/>
            <w:vAlign w:val="center"/>
          </w:tcPr>
          <w:p w14:paraId="47C50DA0" w14:textId="77777777" w:rsidR="00304FB0" w:rsidRPr="005C06FE" w:rsidRDefault="00304FB0" w:rsidP="003F1E71">
            <w:pPr>
              <w:spacing w:line="480" w:lineRule="auto"/>
              <w:jc w:val="center"/>
            </w:pPr>
            <w:r w:rsidRPr="005C06FE">
              <w:t>0.410 (0.139)</w:t>
            </w:r>
          </w:p>
        </w:tc>
        <w:tc>
          <w:tcPr>
            <w:tcW w:w="1496" w:type="dxa"/>
            <w:vAlign w:val="center"/>
          </w:tcPr>
          <w:p w14:paraId="6DA88193" w14:textId="77777777" w:rsidR="00304FB0" w:rsidRPr="005C06FE" w:rsidRDefault="00304FB0" w:rsidP="003F1E71">
            <w:pPr>
              <w:spacing w:line="480" w:lineRule="auto"/>
              <w:jc w:val="center"/>
            </w:pPr>
            <w:r w:rsidRPr="005C06FE">
              <w:t>0.383 (0.162)</w:t>
            </w:r>
          </w:p>
        </w:tc>
        <w:tc>
          <w:tcPr>
            <w:tcW w:w="1496" w:type="dxa"/>
            <w:vAlign w:val="center"/>
          </w:tcPr>
          <w:p w14:paraId="747FC50F" w14:textId="77777777" w:rsidR="00304FB0" w:rsidRPr="005C06FE" w:rsidRDefault="00304FB0" w:rsidP="003F1E71">
            <w:pPr>
              <w:spacing w:line="480" w:lineRule="auto"/>
              <w:jc w:val="center"/>
            </w:pPr>
            <w:r w:rsidRPr="005C06FE">
              <w:t>0.280 (0.173)</w:t>
            </w:r>
          </w:p>
        </w:tc>
      </w:tr>
      <w:tr w:rsidR="00304FB0" w:rsidRPr="005C06FE" w14:paraId="54DAC61D" w14:textId="77777777" w:rsidTr="00291509">
        <w:tc>
          <w:tcPr>
            <w:tcW w:w="2122" w:type="dxa"/>
          </w:tcPr>
          <w:p w14:paraId="76E4156B" w14:textId="77777777" w:rsidR="00304FB0" w:rsidRPr="00291509" w:rsidRDefault="00304FB0" w:rsidP="003F1E71">
            <w:pPr>
              <w:spacing w:line="480" w:lineRule="auto"/>
              <w:rPr>
                <w:iCs/>
              </w:rPr>
            </w:pPr>
            <w:r w:rsidRPr="00291509">
              <w:rPr>
                <w:iCs/>
              </w:rPr>
              <w:t>Median (min, max)</w:t>
            </w:r>
          </w:p>
        </w:tc>
        <w:tc>
          <w:tcPr>
            <w:tcW w:w="1496" w:type="dxa"/>
            <w:vAlign w:val="center"/>
          </w:tcPr>
          <w:p w14:paraId="271698EB" w14:textId="77777777" w:rsidR="00304FB0" w:rsidRPr="005C06FE" w:rsidRDefault="00304FB0" w:rsidP="003F1E71">
            <w:pPr>
              <w:spacing w:line="480" w:lineRule="auto"/>
              <w:jc w:val="center"/>
            </w:pPr>
            <w:r w:rsidRPr="005C06FE">
              <w:t xml:space="preserve">0.290 </w:t>
            </w:r>
            <w:r w:rsidRPr="005C06FE">
              <w:br/>
              <w:t>(0.11, 0.60)</w:t>
            </w:r>
          </w:p>
        </w:tc>
        <w:tc>
          <w:tcPr>
            <w:tcW w:w="1496" w:type="dxa"/>
            <w:vAlign w:val="center"/>
          </w:tcPr>
          <w:p w14:paraId="28F52A57" w14:textId="77777777" w:rsidR="00304FB0" w:rsidRPr="005C06FE" w:rsidRDefault="00304FB0" w:rsidP="003F1E71">
            <w:pPr>
              <w:spacing w:line="480" w:lineRule="auto"/>
              <w:jc w:val="center"/>
            </w:pPr>
            <w:r w:rsidRPr="005C06FE">
              <w:t xml:space="preserve">0.390 </w:t>
            </w:r>
            <w:r w:rsidRPr="005C06FE">
              <w:br/>
              <w:t>(0.22, 0.62)</w:t>
            </w:r>
          </w:p>
        </w:tc>
        <w:tc>
          <w:tcPr>
            <w:tcW w:w="1496" w:type="dxa"/>
            <w:vAlign w:val="center"/>
          </w:tcPr>
          <w:p w14:paraId="60662392" w14:textId="77777777" w:rsidR="00304FB0" w:rsidRPr="005C06FE" w:rsidRDefault="00304FB0" w:rsidP="003F1E71">
            <w:pPr>
              <w:spacing w:line="480" w:lineRule="auto"/>
              <w:jc w:val="center"/>
            </w:pPr>
            <w:r w:rsidRPr="005C06FE">
              <w:t xml:space="preserve">0.390 </w:t>
            </w:r>
            <w:r w:rsidRPr="005C06FE">
              <w:br/>
              <w:t>(0.11, 0.62)</w:t>
            </w:r>
          </w:p>
        </w:tc>
        <w:tc>
          <w:tcPr>
            <w:tcW w:w="1496" w:type="dxa"/>
            <w:vAlign w:val="center"/>
          </w:tcPr>
          <w:p w14:paraId="496F7B52" w14:textId="77777777" w:rsidR="00304FB0" w:rsidRPr="005C06FE" w:rsidRDefault="00304FB0" w:rsidP="003F1E71">
            <w:pPr>
              <w:spacing w:line="480" w:lineRule="auto"/>
              <w:jc w:val="center"/>
            </w:pPr>
            <w:r w:rsidRPr="005C06FE">
              <w:t xml:space="preserve">0.210 </w:t>
            </w:r>
            <w:r w:rsidRPr="005C06FE">
              <w:br/>
              <w:t>(0.08, 0.59)</w:t>
            </w:r>
          </w:p>
        </w:tc>
      </w:tr>
      <w:tr w:rsidR="00304FB0" w:rsidRPr="005C06FE" w14:paraId="2F70102D" w14:textId="77777777" w:rsidTr="00291509">
        <w:tc>
          <w:tcPr>
            <w:tcW w:w="2122" w:type="dxa"/>
          </w:tcPr>
          <w:p w14:paraId="67EF31C1" w14:textId="77777777" w:rsidR="00304FB0" w:rsidRPr="005C06FE" w:rsidRDefault="00304FB0" w:rsidP="003F1E71">
            <w:pPr>
              <w:spacing w:line="480" w:lineRule="auto"/>
            </w:pPr>
            <w:r w:rsidRPr="005C06FE">
              <w:rPr>
                <w:b/>
              </w:rPr>
              <w:t xml:space="preserve">Blood eosinophil count group, cells/µL, </w:t>
            </w:r>
            <w:r w:rsidRPr="00291509">
              <w:rPr>
                <w:b/>
                <w:bCs/>
              </w:rPr>
              <w:t>n (%)</w:t>
            </w:r>
          </w:p>
        </w:tc>
        <w:tc>
          <w:tcPr>
            <w:tcW w:w="1496" w:type="dxa"/>
            <w:vAlign w:val="center"/>
          </w:tcPr>
          <w:p w14:paraId="5E54B68B" w14:textId="77777777" w:rsidR="00304FB0" w:rsidRPr="005C06FE" w:rsidRDefault="00304FB0" w:rsidP="003F1E71">
            <w:pPr>
              <w:spacing w:line="480" w:lineRule="auto"/>
              <w:jc w:val="center"/>
            </w:pPr>
          </w:p>
        </w:tc>
        <w:tc>
          <w:tcPr>
            <w:tcW w:w="1496" w:type="dxa"/>
            <w:vAlign w:val="center"/>
          </w:tcPr>
          <w:p w14:paraId="72EBCEE1" w14:textId="77777777" w:rsidR="00304FB0" w:rsidRPr="005C06FE" w:rsidRDefault="00304FB0" w:rsidP="003F1E71">
            <w:pPr>
              <w:spacing w:line="480" w:lineRule="auto"/>
              <w:jc w:val="center"/>
            </w:pPr>
          </w:p>
        </w:tc>
        <w:tc>
          <w:tcPr>
            <w:tcW w:w="1496" w:type="dxa"/>
            <w:vAlign w:val="center"/>
          </w:tcPr>
          <w:p w14:paraId="5B6C8C84" w14:textId="77777777" w:rsidR="00304FB0" w:rsidRPr="005C06FE" w:rsidRDefault="00304FB0" w:rsidP="003F1E71">
            <w:pPr>
              <w:spacing w:line="480" w:lineRule="auto"/>
              <w:jc w:val="center"/>
            </w:pPr>
          </w:p>
        </w:tc>
        <w:tc>
          <w:tcPr>
            <w:tcW w:w="1496" w:type="dxa"/>
            <w:vAlign w:val="center"/>
          </w:tcPr>
          <w:p w14:paraId="6E578AAD" w14:textId="77777777" w:rsidR="00304FB0" w:rsidRPr="005C06FE" w:rsidRDefault="00304FB0" w:rsidP="003F1E71">
            <w:pPr>
              <w:spacing w:line="480" w:lineRule="auto"/>
              <w:jc w:val="center"/>
            </w:pPr>
          </w:p>
        </w:tc>
      </w:tr>
      <w:tr w:rsidR="00304FB0" w:rsidRPr="005C06FE" w14:paraId="555C7920" w14:textId="77777777" w:rsidTr="00291509">
        <w:tc>
          <w:tcPr>
            <w:tcW w:w="2122" w:type="dxa"/>
          </w:tcPr>
          <w:p w14:paraId="7929559A" w14:textId="77777777" w:rsidR="00304FB0" w:rsidRPr="00291509" w:rsidRDefault="00304FB0" w:rsidP="003F1E71">
            <w:pPr>
              <w:spacing w:line="480" w:lineRule="auto"/>
              <w:rPr>
                <w:iCs/>
              </w:rPr>
            </w:pPr>
            <w:r w:rsidRPr="00291509">
              <w:rPr>
                <w:iCs/>
              </w:rPr>
              <w:t>&lt; 300</w:t>
            </w:r>
          </w:p>
        </w:tc>
        <w:tc>
          <w:tcPr>
            <w:tcW w:w="1496" w:type="dxa"/>
            <w:vAlign w:val="center"/>
          </w:tcPr>
          <w:p w14:paraId="41C5EB2F" w14:textId="77777777" w:rsidR="00304FB0" w:rsidRPr="005C06FE" w:rsidRDefault="00304FB0" w:rsidP="003F1E71">
            <w:pPr>
              <w:spacing w:line="480" w:lineRule="auto"/>
              <w:jc w:val="center"/>
            </w:pPr>
            <w:r w:rsidRPr="005C06FE">
              <w:t>2 (50.0)</w:t>
            </w:r>
          </w:p>
        </w:tc>
        <w:tc>
          <w:tcPr>
            <w:tcW w:w="1496" w:type="dxa"/>
            <w:vAlign w:val="center"/>
          </w:tcPr>
          <w:p w14:paraId="60DC35D3" w14:textId="77777777" w:rsidR="00304FB0" w:rsidRPr="005C06FE" w:rsidRDefault="00304FB0" w:rsidP="003F1E71">
            <w:pPr>
              <w:spacing w:line="480" w:lineRule="auto"/>
              <w:jc w:val="center"/>
            </w:pPr>
            <w:r w:rsidRPr="005C06FE">
              <w:t xml:space="preserve"> 2 (22.2)</w:t>
            </w:r>
          </w:p>
        </w:tc>
        <w:tc>
          <w:tcPr>
            <w:tcW w:w="1496" w:type="dxa"/>
            <w:vAlign w:val="center"/>
          </w:tcPr>
          <w:p w14:paraId="7B09D1FD" w14:textId="77777777" w:rsidR="00304FB0" w:rsidRPr="005C06FE" w:rsidRDefault="00304FB0" w:rsidP="003F1E71">
            <w:pPr>
              <w:spacing w:line="480" w:lineRule="auto"/>
              <w:jc w:val="center"/>
            </w:pPr>
            <w:r w:rsidRPr="005C06FE">
              <w:t>4 (30.8)</w:t>
            </w:r>
          </w:p>
        </w:tc>
        <w:tc>
          <w:tcPr>
            <w:tcW w:w="1496" w:type="dxa"/>
            <w:vAlign w:val="center"/>
          </w:tcPr>
          <w:p w14:paraId="42C9DE28" w14:textId="77777777" w:rsidR="00304FB0" w:rsidRPr="005C06FE" w:rsidRDefault="00304FB0" w:rsidP="003F1E71">
            <w:pPr>
              <w:spacing w:line="480" w:lineRule="auto"/>
              <w:jc w:val="center"/>
            </w:pPr>
            <w:r w:rsidRPr="005C06FE">
              <w:t>6 (66.7)</w:t>
            </w:r>
          </w:p>
        </w:tc>
      </w:tr>
      <w:tr w:rsidR="00304FB0" w:rsidRPr="005C06FE" w14:paraId="5C39E495" w14:textId="77777777" w:rsidTr="00291509">
        <w:tc>
          <w:tcPr>
            <w:tcW w:w="2122" w:type="dxa"/>
          </w:tcPr>
          <w:p w14:paraId="579F9D3C" w14:textId="77777777" w:rsidR="00304FB0" w:rsidRPr="00291509" w:rsidRDefault="00304FB0" w:rsidP="003F1E71">
            <w:pPr>
              <w:spacing w:line="480" w:lineRule="auto"/>
              <w:rPr>
                <w:iCs/>
              </w:rPr>
            </w:pPr>
            <w:r w:rsidRPr="00291509">
              <w:rPr>
                <w:iCs/>
              </w:rPr>
              <w:t>≥ 300</w:t>
            </w:r>
          </w:p>
        </w:tc>
        <w:tc>
          <w:tcPr>
            <w:tcW w:w="1496" w:type="dxa"/>
            <w:vAlign w:val="center"/>
          </w:tcPr>
          <w:p w14:paraId="215FF41F" w14:textId="77777777" w:rsidR="00304FB0" w:rsidRPr="005C06FE" w:rsidRDefault="00304FB0" w:rsidP="003F1E71">
            <w:pPr>
              <w:spacing w:line="480" w:lineRule="auto"/>
              <w:jc w:val="center"/>
            </w:pPr>
            <w:r w:rsidRPr="005C06FE">
              <w:t>2 (50.0)</w:t>
            </w:r>
          </w:p>
        </w:tc>
        <w:tc>
          <w:tcPr>
            <w:tcW w:w="1496" w:type="dxa"/>
            <w:vAlign w:val="center"/>
          </w:tcPr>
          <w:p w14:paraId="7924FD42" w14:textId="77777777" w:rsidR="00304FB0" w:rsidRPr="005C06FE" w:rsidRDefault="00304FB0" w:rsidP="003F1E71">
            <w:pPr>
              <w:spacing w:line="480" w:lineRule="auto"/>
              <w:jc w:val="center"/>
            </w:pPr>
            <w:r w:rsidRPr="005C06FE">
              <w:t>7 (77.8)</w:t>
            </w:r>
          </w:p>
        </w:tc>
        <w:tc>
          <w:tcPr>
            <w:tcW w:w="1496" w:type="dxa"/>
            <w:vAlign w:val="center"/>
          </w:tcPr>
          <w:p w14:paraId="1B14CF6E" w14:textId="77777777" w:rsidR="00304FB0" w:rsidRPr="005C06FE" w:rsidRDefault="00304FB0" w:rsidP="003F1E71">
            <w:pPr>
              <w:spacing w:line="480" w:lineRule="auto"/>
              <w:jc w:val="center"/>
            </w:pPr>
            <w:r w:rsidRPr="005C06FE">
              <w:t>9 (69.2)</w:t>
            </w:r>
          </w:p>
        </w:tc>
        <w:tc>
          <w:tcPr>
            <w:tcW w:w="1496" w:type="dxa"/>
            <w:vAlign w:val="center"/>
          </w:tcPr>
          <w:p w14:paraId="08666B95" w14:textId="77777777" w:rsidR="00304FB0" w:rsidRPr="005C06FE" w:rsidRDefault="00304FB0" w:rsidP="003F1E71">
            <w:pPr>
              <w:spacing w:line="480" w:lineRule="auto"/>
              <w:jc w:val="center"/>
            </w:pPr>
            <w:r w:rsidRPr="005C06FE">
              <w:t>3 (33.3)</w:t>
            </w:r>
          </w:p>
        </w:tc>
      </w:tr>
      <w:tr w:rsidR="00304FB0" w:rsidRPr="005C06FE" w14:paraId="7E75A319" w14:textId="77777777" w:rsidTr="00291509">
        <w:tc>
          <w:tcPr>
            <w:tcW w:w="2122" w:type="dxa"/>
          </w:tcPr>
          <w:p w14:paraId="3402FD79" w14:textId="77777777" w:rsidR="00304FB0" w:rsidRPr="005C06FE" w:rsidRDefault="00304FB0" w:rsidP="003F1E71">
            <w:pPr>
              <w:spacing w:line="480" w:lineRule="auto"/>
            </w:pPr>
            <w:r w:rsidRPr="005C06FE">
              <w:rPr>
                <w:b/>
              </w:rPr>
              <w:t>Pre-BD FEV</w:t>
            </w:r>
            <w:r w:rsidRPr="005C06FE">
              <w:rPr>
                <w:b/>
                <w:vertAlign w:val="subscript"/>
              </w:rPr>
              <w:t>1</w:t>
            </w:r>
            <w:r w:rsidRPr="005C06FE">
              <w:rPr>
                <w:b/>
              </w:rPr>
              <w:t>, L, n</w:t>
            </w:r>
          </w:p>
        </w:tc>
        <w:tc>
          <w:tcPr>
            <w:tcW w:w="1496" w:type="dxa"/>
            <w:vAlign w:val="center"/>
          </w:tcPr>
          <w:p w14:paraId="71C2E086" w14:textId="77777777" w:rsidR="00304FB0" w:rsidRPr="005C06FE" w:rsidRDefault="00304FB0" w:rsidP="003F1E71">
            <w:pPr>
              <w:spacing w:line="480" w:lineRule="auto"/>
              <w:jc w:val="center"/>
            </w:pPr>
            <w:r w:rsidRPr="005C06FE">
              <w:t>4</w:t>
            </w:r>
          </w:p>
        </w:tc>
        <w:tc>
          <w:tcPr>
            <w:tcW w:w="1496" w:type="dxa"/>
            <w:vAlign w:val="center"/>
          </w:tcPr>
          <w:p w14:paraId="5C2C5F27" w14:textId="77777777" w:rsidR="00304FB0" w:rsidRPr="005C06FE" w:rsidRDefault="00304FB0" w:rsidP="003F1E71">
            <w:pPr>
              <w:spacing w:line="480" w:lineRule="auto"/>
              <w:jc w:val="center"/>
            </w:pPr>
            <w:r w:rsidRPr="005C06FE">
              <w:t>9</w:t>
            </w:r>
          </w:p>
        </w:tc>
        <w:tc>
          <w:tcPr>
            <w:tcW w:w="1496" w:type="dxa"/>
            <w:vAlign w:val="center"/>
          </w:tcPr>
          <w:p w14:paraId="2D4B395B" w14:textId="77777777" w:rsidR="00304FB0" w:rsidRPr="005C06FE" w:rsidRDefault="00304FB0" w:rsidP="003F1E71">
            <w:pPr>
              <w:spacing w:line="480" w:lineRule="auto"/>
              <w:jc w:val="center"/>
            </w:pPr>
            <w:r w:rsidRPr="005C06FE">
              <w:t>13</w:t>
            </w:r>
          </w:p>
        </w:tc>
        <w:tc>
          <w:tcPr>
            <w:tcW w:w="1496" w:type="dxa"/>
            <w:vAlign w:val="center"/>
          </w:tcPr>
          <w:p w14:paraId="39E417E6" w14:textId="77777777" w:rsidR="00304FB0" w:rsidRPr="005C06FE" w:rsidRDefault="00304FB0" w:rsidP="003F1E71">
            <w:pPr>
              <w:spacing w:line="480" w:lineRule="auto"/>
              <w:jc w:val="center"/>
            </w:pPr>
            <w:r w:rsidRPr="005C06FE">
              <w:t>9</w:t>
            </w:r>
          </w:p>
        </w:tc>
      </w:tr>
      <w:tr w:rsidR="00304FB0" w:rsidRPr="005C06FE" w14:paraId="5B818620" w14:textId="77777777" w:rsidTr="00291509">
        <w:tc>
          <w:tcPr>
            <w:tcW w:w="2122" w:type="dxa"/>
          </w:tcPr>
          <w:p w14:paraId="01FF0067" w14:textId="77777777" w:rsidR="00304FB0" w:rsidRPr="00291509" w:rsidRDefault="00304FB0" w:rsidP="003F1E71">
            <w:pPr>
              <w:spacing w:line="480" w:lineRule="auto"/>
              <w:rPr>
                <w:iCs/>
              </w:rPr>
            </w:pPr>
            <w:r w:rsidRPr="00291509">
              <w:rPr>
                <w:iCs/>
              </w:rPr>
              <w:t>Mean (SD)</w:t>
            </w:r>
          </w:p>
        </w:tc>
        <w:tc>
          <w:tcPr>
            <w:tcW w:w="1496" w:type="dxa"/>
            <w:vAlign w:val="center"/>
          </w:tcPr>
          <w:p w14:paraId="2EBF2EE2" w14:textId="77777777" w:rsidR="00304FB0" w:rsidRPr="005C06FE" w:rsidRDefault="00304FB0" w:rsidP="003F1E71">
            <w:pPr>
              <w:spacing w:line="480" w:lineRule="auto"/>
              <w:jc w:val="center"/>
            </w:pPr>
            <w:r w:rsidRPr="005C06FE">
              <w:t>2.145 (0.461)</w:t>
            </w:r>
          </w:p>
        </w:tc>
        <w:tc>
          <w:tcPr>
            <w:tcW w:w="1496" w:type="dxa"/>
            <w:vAlign w:val="center"/>
          </w:tcPr>
          <w:p w14:paraId="7776682C" w14:textId="77777777" w:rsidR="00304FB0" w:rsidRPr="005C06FE" w:rsidRDefault="00304FB0" w:rsidP="003F1E71">
            <w:pPr>
              <w:spacing w:line="480" w:lineRule="auto"/>
              <w:jc w:val="center"/>
            </w:pPr>
            <w:r w:rsidRPr="005C06FE">
              <w:t>1.967 (0.509)</w:t>
            </w:r>
          </w:p>
        </w:tc>
        <w:tc>
          <w:tcPr>
            <w:tcW w:w="1496" w:type="dxa"/>
            <w:vAlign w:val="center"/>
          </w:tcPr>
          <w:p w14:paraId="14874930" w14:textId="77777777" w:rsidR="00304FB0" w:rsidRPr="005C06FE" w:rsidRDefault="00304FB0" w:rsidP="003F1E71">
            <w:pPr>
              <w:spacing w:line="480" w:lineRule="auto"/>
              <w:jc w:val="center"/>
            </w:pPr>
            <w:r w:rsidRPr="005C06FE">
              <w:t>2.022 (0.483)</w:t>
            </w:r>
          </w:p>
        </w:tc>
        <w:tc>
          <w:tcPr>
            <w:tcW w:w="1496" w:type="dxa"/>
            <w:vAlign w:val="center"/>
          </w:tcPr>
          <w:p w14:paraId="250F6AD0" w14:textId="77777777" w:rsidR="00304FB0" w:rsidRPr="005C06FE" w:rsidRDefault="00304FB0" w:rsidP="003F1E71">
            <w:pPr>
              <w:spacing w:line="480" w:lineRule="auto"/>
              <w:jc w:val="center"/>
            </w:pPr>
            <w:r w:rsidRPr="005C06FE">
              <w:t>2.028 (0.621)</w:t>
            </w:r>
          </w:p>
        </w:tc>
      </w:tr>
      <w:tr w:rsidR="00304FB0" w:rsidRPr="005C06FE" w14:paraId="199F2EAE" w14:textId="77777777" w:rsidTr="00291509">
        <w:tc>
          <w:tcPr>
            <w:tcW w:w="2122" w:type="dxa"/>
          </w:tcPr>
          <w:p w14:paraId="13036E4B" w14:textId="77777777" w:rsidR="00304FB0" w:rsidRPr="00291509" w:rsidRDefault="00304FB0" w:rsidP="003F1E71">
            <w:pPr>
              <w:spacing w:line="480" w:lineRule="auto"/>
              <w:rPr>
                <w:iCs/>
              </w:rPr>
            </w:pPr>
            <w:r w:rsidRPr="00291509">
              <w:rPr>
                <w:iCs/>
              </w:rPr>
              <w:t>Median (min, max)</w:t>
            </w:r>
          </w:p>
        </w:tc>
        <w:tc>
          <w:tcPr>
            <w:tcW w:w="1496" w:type="dxa"/>
            <w:vAlign w:val="center"/>
          </w:tcPr>
          <w:p w14:paraId="05AADF9C" w14:textId="77777777" w:rsidR="00304FB0" w:rsidRPr="005C06FE" w:rsidRDefault="00304FB0" w:rsidP="003F1E71">
            <w:pPr>
              <w:spacing w:line="480" w:lineRule="auto"/>
              <w:jc w:val="center"/>
            </w:pPr>
            <w:r w:rsidRPr="005C06FE">
              <w:t xml:space="preserve">2.135 </w:t>
            </w:r>
            <w:r w:rsidRPr="005C06FE">
              <w:br/>
              <w:t>(1.706, 2.603)</w:t>
            </w:r>
          </w:p>
        </w:tc>
        <w:tc>
          <w:tcPr>
            <w:tcW w:w="1496" w:type="dxa"/>
            <w:vAlign w:val="center"/>
          </w:tcPr>
          <w:p w14:paraId="0751052B" w14:textId="77777777" w:rsidR="00304FB0" w:rsidRPr="005C06FE" w:rsidRDefault="00304FB0" w:rsidP="003F1E71">
            <w:pPr>
              <w:spacing w:line="480" w:lineRule="auto"/>
              <w:jc w:val="center"/>
            </w:pPr>
            <w:r w:rsidRPr="005C06FE">
              <w:t xml:space="preserve">1.835 </w:t>
            </w:r>
            <w:r w:rsidRPr="005C06FE">
              <w:br/>
              <w:t>(1.394, 3.038)</w:t>
            </w:r>
          </w:p>
        </w:tc>
        <w:tc>
          <w:tcPr>
            <w:tcW w:w="1496" w:type="dxa"/>
            <w:vAlign w:val="center"/>
          </w:tcPr>
          <w:p w14:paraId="4A3FFD84" w14:textId="77777777" w:rsidR="00304FB0" w:rsidRPr="005C06FE" w:rsidRDefault="00304FB0" w:rsidP="003F1E71">
            <w:pPr>
              <w:spacing w:line="480" w:lineRule="auto"/>
              <w:jc w:val="center"/>
            </w:pPr>
            <w:r w:rsidRPr="005C06FE">
              <w:t xml:space="preserve">1.835 </w:t>
            </w:r>
            <w:r w:rsidRPr="005C06FE">
              <w:br/>
              <w:t>(1.394, 3.038)</w:t>
            </w:r>
          </w:p>
        </w:tc>
        <w:tc>
          <w:tcPr>
            <w:tcW w:w="1496" w:type="dxa"/>
            <w:vAlign w:val="center"/>
          </w:tcPr>
          <w:p w14:paraId="13ED81F4" w14:textId="77777777" w:rsidR="00304FB0" w:rsidRPr="005C06FE" w:rsidRDefault="00304FB0" w:rsidP="003F1E71">
            <w:pPr>
              <w:spacing w:line="480" w:lineRule="auto"/>
              <w:jc w:val="center"/>
            </w:pPr>
            <w:r w:rsidRPr="005C06FE">
              <w:t xml:space="preserve">2.111 </w:t>
            </w:r>
            <w:r w:rsidRPr="005C06FE">
              <w:br/>
              <w:t>(1.363, 3.252)</w:t>
            </w:r>
          </w:p>
        </w:tc>
      </w:tr>
      <w:tr w:rsidR="00304FB0" w:rsidRPr="005C06FE" w14:paraId="19878022" w14:textId="77777777" w:rsidTr="00291509">
        <w:tc>
          <w:tcPr>
            <w:tcW w:w="2122" w:type="dxa"/>
          </w:tcPr>
          <w:p w14:paraId="0ACE962A" w14:textId="77777777" w:rsidR="00304FB0" w:rsidRPr="005C06FE" w:rsidRDefault="00304FB0" w:rsidP="003F1E71">
            <w:pPr>
              <w:spacing w:line="480" w:lineRule="auto"/>
            </w:pPr>
            <w:r w:rsidRPr="005C06FE">
              <w:rPr>
                <w:b/>
              </w:rPr>
              <w:lastRenderedPageBreak/>
              <w:t>FeNO, ppb, n</w:t>
            </w:r>
          </w:p>
        </w:tc>
        <w:tc>
          <w:tcPr>
            <w:tcW w:w="1496" w:type="dxa"/>
            <w:vAlign w:val="center"/>
          </w:tcPr>
          <w:p w14:paraId="326391A4" w14:textId="77777777" w:rsidR="00304FB0" w:rsidRPr="005C06FE" w:rsidRDefault="00304FB0" w:rsidP="003F1E71">
            <w:pPr>
              <w:spacing w:line="480" w:lineRule="auto"/>
              <w:jc w:val="center"/>
            </w:pPr>
            <w:r w:rsidRPr="005C06FE">
              <w:t>4</w:t>
            </w:r>
          </w:p>
        </w:tc>
        <w:tc>
          <w:tcPr>
            <w:tcW w:w="1496" w:type="dxa"/>
            <w:vAlign w:val="center"/>
          </w:tcPr>
          <w:p w14:paraId="30D705E3" w14:textId="77777777" w:rsidR="00304FB0" w:rsidRPr="005C06FE" w:rsidRDefault="00304FB0" w:rsidP="003F1E71">
            <w:pPr>
              <w:spacing w:line="480" w:lineRule="auto"/>
              <w:jc w:val="center"/>
            </w:pPr>
            <w:r w:rsidRPr="005C06FE">
              <w:t>9</w:t>
            </w:r>
          </w:p>
        </w:tc>
        <w:tc>
          <w:tcPr>
            <w:tcW w:w="1496" w:type="dxa"/>
            <w:vAlign w:val="center"/>
          </w:tcPr>
          <w:p w14:paraId="4409AFFA" w14:textId="77777777" w:rsidR="00304FB0" w:rsidRPr="005C06FE" w:rsidRDefault="00304FB0" w:rsidP="003F1E71">
            <w:pPr>
              <w:spacing w:line="480" w:lineRule="auto"/>
              <w:jc w:val="center"/>
            </w:pPr>
            <w:r w:rsidRPr="005C06FE">
              <w:t>13</w:t>
            </w:r>
          </w:p>
        </w:tc>
        <w:tc>
          <w:tcPr>
            <w:tcW w:w="1496" w:type="dxa"/>
            <w:vAlign w:val="center"/>
          </w:tcPr>
          <w:p w14:paraId="42B0F3D8" w14:textId="77777777" w:rsidR="00304FB0" w:rsidRPr="005C06FE" w:rsidRDefault="00304FB0" w:rsidP="003F1E71">
            <w:pPr>
              <w:spacing w:line="480" w:lineRule="auto"/>
              <w:jc w:val="center"/>
            </w:pPr>
            <w:r w:rsidRPr="005C06FE">
              <w:t>9</w:t>
            </w:r>
          </w:p>
        </w:tc>
      </w:tr>
      <w:tr w:rsidR="00304FB0" w:rsidRPr="005C06FE" w14:paraId="2373A867" w14:textId="77777777" w:rsidTr="00291509">
        <w:tc>
          <w:tcPr>
            <w:tcW w:w="2122" w:type="dxa"/>
          </w:tcPr>
          <w:p w14:paraId="7E4B69F2" w14:textId="77777777" w:rsidR="00304FB0" w:rsidRPr="00291509" w:rsidRDefault="00304FB0" w:rsidP="003F1E71">
            <w:pPr>
              <w:spacing w:line="480" w:lineRule="auto"/>
              <w:rPr>
                <w:iCs/>
              </w:rPr>
            </w:pPr>
            <w:r w:rsidRPr="00291509">
              <w:rPr>
                <w:iCs/>
              </w:rPr>
              <w:t>Geometric Mean</w:t>
            </w:r>
          </w:p>
        </w:tc>
        <w:tc>
          <w:tcPr>
            <w:tcW w:w="1496" w:type="dxa"/>
            <w:vAlign w:val="center"/>
          </w:tcPr>
          <w:p w14:paraId="2E2C61B3" w14:textId="77777777" w:rsidR="00304FB0" w:rsidRPr="005C06FE" w:rsidRDefault="00304FB0" w:rsidP="003F1E71">
            <w:pPr>
              <w:spacing w:line="480" w:lineRule="auto"/>
              <w:jc w:val="center"/>
            </w:pPr>
            <w:r w:rsidRPr="005C06FE">
              <w:t>52.70</w:t>
            </w:r>
          </w:p>
        </w:tc>
        <w:tc>
          <w:tcPr>
            <w:tcW w:w="1496" w:type="dxa"/>
            <w:vAlign w:val="center"/>
          </w:tcPr>
          <w:p w14:paraId="77ACE25F" w14:textId="77777777" w:rsidR="00304FB0" w:rsidRPr="005C06FE" w:rsidRDefault="00304FB0" w:rsidP="003F1E71">
            <w:pPr>
              <w:spacing w:line="480" w:lineRule="auto"/>
              <w:jc w:val="center"/>
            </w:pPr>
            <w:r w:rsidRPr="005C06FE">
              <w:t>54.39</w:t>
            </w:r>
          </w:p>
        </w:tc>
        <w:tc>
          <w:tcPr>
            <w:tcW w:w="1496" w:type="dxa"/>
            <w:vAlign w:val="center"/>
          </w:tcPr>
          <w:p w14:paraId="3E754841" w14:textId="77777777" w:rsidR="00304FB0" w:rsidRPr="005C06FE" w:rsidRDefault="00304FB0" w:rsidP="003F1E71">
            <w:pPr>
              <w:spacing w:line="480" w:lineRule="auto"/>
              <w:jc w:val="center"/>
            </w:pPr>
            <w:r w:rsidRPr="005C06FE">
              <w:t>53.86</w:t>
            </w:r>
          </w:p>
        </w:tc>
        <w:tc>
          <w:tcPr>
            <w:tcW w:w="1496" w:type="dxa"/>
            <w:vAlign w:val="center"/>
          </w:tcPr>
          <w:p w14:paraId="3461B543" w14:textId="77777777" w:rsidR="00304FB0" w:rsidRPr="005C06FE" w:rsidRDefault="00304FB0" w:rsidP="003F1E71">
            <w:pPr>
              <w:spacing w:line="480" w:lineRule="auto"/>
              <w:jc w:val="center"/>
            </w:pPr>
            <w:r w:rsidRPr="005C06FE">
              <w:t>39.17</w:t>
            </w:r>
          </w:p>
        </w:tc>
      </w:tr>
      <w:tr w:rsidR="00304FB0" w:rsidRPr="005C06FE" w14:paraId="3DB5D061" w14:textId="77777777" w:rsidTr="00291509">
        <w:tc>
          <w:tcPr>
            <w:tcW w:w="2122" w:type="dxa"/>
          </w:tcPr>
          <w:p w14:paraId="271041D3" w14:textId="77777777" w:rsidR="00304FB0" w:rsidRPr="00291509" w:rsidRDefault="00304FB0" w:rsidP="003F1E71">
            <w:pPr>
              <w:spacing w:line="480" w:lineRule="auto"/>
              <w:rPr>
                <w:iCs/>
              </w:rPr>
            </w:pPr>
            <w:r w:rsidRPr="00291509">
              <w:rPr>
                <w:iCs/>
              </w:rPr>
              <w:t>Median (min, max)</w:t>
            </w:r>
          </w:p>
        </w:tc>
        <w:tc>
          <w:tcPr>
            <w:tcW w:w="1496" w:type="dxa"/>
            <w:vAlign w:val="center"/>
          </w:tcPr>
          <w:p w14:paraId="35B9FD4A" w14:textId="77777777" w:rsidR="00304FB0" w:rsidRPr="005C06FE" w:rsidRDefault="00304FB0" w:rsidP="003F1E71">
            <w:pPr>
              <w:spacing w:line="480" w:lineRule="auto"/>
              <w:jc w:val="center"/>
            </w:pPr>
            <w:r w:rsidRPr="005C06FE">
              <w:t xml:space="preserve">51.25 </w:t>
            </w:r>
            <w:r w:rsidRPr="005C06FE">
              <w:br/>
              <w:t>(34.5, 86.0)</w:t>
            </w:r>
          </w:p>
        </w:tc>
        <w:tc>
          <w:tcPr>
            <w:tcW w:w="1496" w:type="dxa"/>
            <w:vAlign w:val="center"/>
          </w:tcPr>
          <w:p w14:paraId="3B36DE38" w14:textId="77777777" w:rsidR="00304FB0" w:rsidRPr="005C06FE" w:rsidRDefault="00304FB0" w:rsidP="003F1E71">
            <w:pPr>
              <w:spacing w:line="480" w:lineRule="auto"/>
              <w:jc w:val="center"/>
            </w:pPr>
            <w:r w:rsidRPr="005C06FE">
              <w:t xml:space="preserve">55.50 </w:t>
            </w:r>
            <w:r w:rsidRPr="005C06FE">
              <w:br/>
              <w:t>(31.0, 112.0)</w:t>
            </w:r>
          </w:p>
        </w:tc>
        <w:tc>
          <w:tcPr>
            <w:tcW w:w="1496" w:type="dxa"/>
            <w:vAlign w:val="center"/>
          </w:tcPr>
          <w:p w14:paraId="42F7D81F" w14:textId="77777777" w:rsidR="00304FB0" w:rsidRPr="005C06FE" w:rsidRDefault="00304FB0" w:rsidP="003F1E71">
            <w:pPr>
              <w:spacing w:line="480" w:lineRule="auto"/>
              <w:jc w:val="center"/>
            </w:pPr>
            <w:r w:rsidRPr="005C06FE">
              <w:t xml:space="preserve">55.50 </w:t>
            </w:r>
            <w:r w:rsidRPr="005C06FE">
              <w:br/>
              <w:t>(31.0, 112.0)</w:t>
            </w:r>
          </w:p>
        </w:tc>
        <w:tc>
          <w:tcPr>
            <w:tcW w:w="1496" w:type="dxa"/>
            <w:vAlign w:val="center"/>
          </w:tcPr>
          <w:p w14:paraId="392AE591" w14:textId="77777777" w:rsidR="00304FB0" w:rsidRPr="005C06FE" w:rsidRDefault="00304FB0" w:rsidP="003F1E71">
            <w:pPr>
              <w:spacing w:line="480" w:lineRule="auto"/>
              <w:jc w:val="center"/>
            </w:pPr>
            <w:r w:rsidRPr="005C06FE">
              <w:t xml:space="preserve">36.50 </w:t>
            </w:r>
            <w:r w:rsidRPr="005C06FE">
              <w:br/>
              <w:t>(27.0, 65.5)</w:t>
            </w:r>
          </w:p>
        </w:tc>
      </w:tr>
      <w:tr w:rsidR="00304FB0" w:rsidRPr="005C06FE" w14:paraId="25D464F8" w14:textId="77777777" w:rsidTr="00291509">
        <w:tc>
          <w:tcPr>
            <w:tcW w:w="2122" w:type="dxa"/>
          </w:tcPr>
          <w:p w14:paraId="0307F7E0" w14:textId="77777777" w:rsidR="00304FB0" w:rsidRPr="005C06FE" w:rsidRDefault="00304FB0" w:rsidP="003F1E71">
            <w:pPr>
              <w:spacing w:line="480" w:lineRule="auto"/>
            </w:pPr>
            <w:r w:rsidRPr="005C06FE">
              <w:rPr>
                <w:b/>
              </w:rPr>
              <w:t xml:space="preserve">ACQ-6 </w:t>
            </w:r>
            <w:proofErr w:type="spellStart"/>
            <w:r w:rsidRPr="005C06FE">
              <w:rPr>
                <w:b/>
              </w:rPr>
              <w:t>score</w:t>
            </w:r>
            <w:r>
              <w:rPr>
                <w:b/>
                <w:vertAlign w:val="superscript"/>
              </w:rPr>
              <w:t>b</w:t>
            </w:r>
            <w:proofErr w:type="spellEnd"/>
            <w:r w:rsidRPr="005C06FE">
              <w:rPr>
                <w:b/>
              </w:rPr>
              <w:t>, n</w:t>
            </w:r>
          </w:p>
        </w:tc>
        <w:tc>
          <w:tcPr>
            <w:tcW w:w="1496" w:type="dxa"/>
            <w:vAlign w:val="center"/>
          </w:tcPr>
          <w:p w14:paraId="63BD0FA9" w14:textId="77777777" w:rsidR="00304FB0" w:rsidRPr="005C06FE" w:rsidRDefault="00304FB0" w:rsidP="003F1E71">
            <w:pPr>
              <w:spacing w:line="480" w:lineRule="auto"/>
              <w:jc w:val="center"/>
            </w:pPr>
            <w:r w:rsidRPr="005C06FE">
              <w:t>4</w:t>
            </w:r>
          </w:p>
        </w:tc>
        <w:tc>
          <w:tcPr>
            <w:tcW w:w="1496" w:type="dxa"/>
            <w:vAlign w:val="center"/>
          </w:tcPr>
          <w:p w14:paraId="670EA494" w14:textId="77777777" w:rsidR="00304FB0" w:rsidRPr="005C06FE" w:rsidRDefault="00304FB0" w:rsidP="003F1E71">
            <w:pPr>
              <w:spacing w:line="480" w:lineRule="auto"/>
              <w:jc w:val="center"/>
            </w:pPr>
            <w:r w:rsidRPr="005C06FE">
              <w:t>9</w:t>
            </w:r>
          </w:p>
        </w:tc>
        <w:tc>
          <w:tcPr>
            <w:tcW w:w="1496" w:type="dxa"/>
            <w:vAlign w:val="center"/>
          </w:tcPr>
          <w:p w14:paraId="37CCBEF9" w14:textId="77777777" w:rsidR="00304FB0" w:rsidRPr="005C06FE" w:rsidRDefault="00304FB0" w:rsidP="003F1E71">
            <w:pPr>
              <w:spacing w:line="480" w:lineRule="auto"/>
              <w:jc w:val="center"/>
            </w:pPr>
            <w:r w:rsidRPr="005C06FE">
              <w:t>13</w:t>
            </w:r>
          </w:p>
        </w:tc>
        <w:tc>
          <w:tcPr>
            <w:tcW w:w="1496" w:type="dxa"/>
            <w:vAlign w:val="center"/>
          </w:tcPr>
          <w:p w14:paraId="44C71DF0" w14:textId="77777777" w:rsidR="00304FB0" w:rsidRPr="005C06FE" w:rsidRDefault="00304FB0" w:rsidP="003F1E71">
            <w:pPr>
              <w:spacing w:line="480" w:lineRule="auto"/>
              <w:jc w:val="center"/>
            </w:pPr>
            <w:r w:rsidRPr="005C06FE">
              <w:t>9</w:t>
            </w:r>
          </w:p>
        </w:tc>
      </w:tr>
      <w:tr w:rsidR="00304FB0" w:rsidRPr="005C06FE" w14:paraId="75A091C6" w14:textId="77777777" w:rsidTr="00291509">
        <w:tc>
          <w:tcPr>
            <w:tcW w:w="2122" w:type="dxa"/>
          </w:tcPr>
          <w:p w14:paraId="60323D55" w14:textId="77777777" w:rsidR="00304FB0" w:rsidRPr="00291509" w:rsidRDefault="00304FB0" w:rsidP="003F1E71">
            <w:pPr>
              <w:spacing w:line="480" w:lineRule="auto"/>
              <w:rPr>
                <w:iCs/>
              </w:rPr>
            </w:pPr>
            <w:r w:rsidRPr="00291509">
              <w:rPr>
                <w:iCs/>
              </w:rPr>
              <w:t>Mean (SD)</w:t>
            </w:r>
          </w:p>
        </w:tc>
        <w:tc>
          <w:tcPr>
            <w:tcW w:w="1496" w:type="dxa"/>
            <w:vAlign w:val="center"/>
          </w:tcPr>
          <w:p w14:paraId="0267CB69" w14:textId="77777777" w:rsidR="00304FB0" w:rsidRPr="005C06FE" w:rsidRDefault="00304FB0" w:rsidP="003F1E71">
            <w:pPr>
              <w:spacing w:line="480" w:lineRule="auto"/>
              <w:jc w:val="center"/>
            </w:pPr>
            <w:r w:rsidRPr="005C06FE">
              <w:t>2.20 (0.39)</w:t>
            </w:r>
          </w:p>
        </w:tc>
        <w:tc>
          <w:tcPr>
            <w:tcW w:w="1496" w:type="dxa"/>
            <w:vAlign w:val="center"/>
          </w:tcPr>
          <w:p w14:paraId="62F33357" w14:textId="77777777" w:rsidR="00304FB0" w:rsidRPr="005C06FE" w:rsidRDefault="00304FB0" w:rsidP="003F1E71">
            <w:pPr>
              <w:spacing w:line="480" w:lineRule="auto"/>
              <w:jc w:val="center"/>
            </w:pPr>
            <w:r w:rsidRPr="005C06FE">
              <w:t>2.14 (0.45)</w:t>
            </w:r>
          </w:p>
        </w:tc>
        <w:tc>
          <w:tcPr>
            <w:tcW w:w="1496" w:type="dxa"/>
            <w:vAlign w:val="center"/>
          </w:tcPr>
          <w:p w14:paraId="2705734A" w14:textId="77777777" w:rsidR="00304FB0" w:rsidRPr="005C06FE" w:rsidRDefault="00304FB0" w:rsidP="003F1E71">
            <w:pPr>
              <w:spacing w:line="480" w:lineRule="auto"/>
              <w:jc w:val="center"/>
            </w:pPr>
            <w:r w:rsidRPr="005C06FE">
              <w:t>2.16 (0.42)</w:t>
            </w:r>
          </w:p>
        </w:tc>
        <w:tc>
          <w:tcPr>
            <w:tcW w:w="1496" w:type="dxa"/>
            <w:vAlign w:val="center"/>
          </w:tcPr>
          <w:p w14:paraId="1724B0D5" w14:textId="77777777" w:rsidR="00304FB0" w:rsidRPr="005C06FE" w:rsidRDefault="00304FB0" w:rsidP="003F1E71">
            <w:pPr>
              <w:spacing w:line="480" w:lineRule="auto"/>
              <w:jc w:val="center"/>
            </w:pPr>
            <w:r w:rsidRPr="005C06FE">
              <w:t>2.28 (0.62)</w:t>
            </w:r>
          </w:p>
        </w:tc>
      </w:tr>
      <w:tr w:rsidR="00304FB0" w:rsidRPr="005C06FE" w14:paraId="1F240907" w14:textId="77777777" w:rsidTr="00E734B8">
        <w:tc>
          <w:tcPr>
            <w:tcW w:w="2122" w:type="dxa"/>
          </w:tcPr>
          <w:p w14:paraId="2C055430" w14:textId="77777777" w:rsidR="00304FB0" w:rsidRPr="00291509" w:rsidRDefault="00304FB0" w:rsidP="003F1E71">
            <w:pPr>
              <w:spacing w:line="480" w:lineRule="auto"/>
              <w:rPr>
                <w:iCs/>
              </w:rPr>
            </w:pPr>
            <w:r w:rsidRPr="00291509">
              <w:rPr>
                <w:iCs/>
              </w:rPr>
              <w:t>Median (min, max)</w:t>
            </w:r>
          </w:p>
        </w:tc>
        <w:tc>
          <w:tcPr>
            <w:tcW w:w="1496" w:type="dxa"/>
            <w:vAlign w:val="center"/>
          </w:tcPr>
          <w:p w14:paraId="637B87A2" w14:textId="77777777" w:rsidR="00304FB0" w:rsidRPr="005C06FE" w:rsidRDefault="00304FB0" w:rsidP="003F1E71">
            <w:pPr>
              <w:spacing w:line="480" w:lineRule="auto"/>
              <w:jc w:val="center"/>
            </w:pPr>
            <w:r w:rsidRPr="005C06FE">
              <w:t>2.15 (1.8, 2.7)</w:t>
            </w:r>
          </w:p>
        </w:tc>
        <w:tc>
          <w:tcPr>
            <w:tcW w:w="1496" w:type="dxa"/>
            <w:vAlign w:val="center"/>
          </w:tcPr>
          <w:p w14:paraId="150F35A9" w14:textId="77777777" w:rsidR="00304FB0" w:rsidRPr="005C06FE" w:rsidRDefault="00304FB0" w:rsidP="003F1E71">
            <w:pPr>
              <w:spacing w:line="480" w:lineRule="auto"/>
              <w:jc w:val="center"/>
            </w:pPr>
            <w:r w:rsidRPr="005C06FE">
              <w:t>2.00 (1.5, 2.8)</w:t>
            </w:r>
          </w:p>
        </w:tc>
        <w:tc>
          <w:tcPr>
            <w:tcW w:w="1496" w:type="dxa"/>
            <w:vAlign w:val="center"/>
          </w:tcPr>
          <w:p w14:paraId="038A45C7" w14:textId="77777777" w:rsidR="00304FB0" w:rsidRPr="005C06FE" w:rsidRDefault="00304FB0" w:rsidP="003F1E71">
            <w:pPr>
              <w:spacing w:line="480" w:lineRule="auto"/>
              <w:jc w:val="center"/>
            </w:pPr>
            <w:r w:rsidRPr="005C06FE">
              <w:t>2.00 (1.5, 2.8)</w:t>
            </w:r>
          </w:p>
        </w:tc>
        <w:tc>
          <w:tcPr>
            <w:tcW w:w="1496" w:type="dxa"/>
            <w:vAlign w:val="center"/>
          </w:tcPr>
          <w:p w14:paraId="6AA38B4D" w14:textId="77777777" w:rsidR="00304FB0" w:rsidRPr="005C06FE" w:rsidRDefault="00304FB0" w:rsidP="003F1E71">
            <w:pPr>
              <w:spacing w:line="480" w:lineRule="auto"/>
              <w:jc w:val="center"/>
            </w:pPr>
            <w:r w:rsidRPr="005C06FE">
              <w:t>2.00 (1.7, 3.7)</w:t>
            </w:r>
          </w:p>
        </w:tc>
      </w:tr>
      <w:tr w:rsidR="00304FB0" w:rsidRPr="005C06FE" w14:paraId="2803FD55" w14:textId="77777777" w:rsidTr="00E734B8">
        <w:tc>
          <w:tcPr>
            <w:tcW w:w="2122" w:type="dxa"/>
          </w:tcPr>
          <w:p w14:paraId="447B1547" w14:textId="77777777" w:rsidR="00304FB0" w:rsidRPr="00291509" w:rsidRDefault="00304FB0" w:rsidP="003F1E71">
            <w:pPr>
              <w:spacing w:line="480" w:lineRule="auto"/>
              <w:rPr>
                <w:iCs/>
              </w:rPr>
            </w:pPr>
            <w:r>
              <w:rPr>
                <w:b/>
              </w:rPr>
              <w:t>Morning PEF (L/</w:t>
            </w:r>
            <w:proofErr w:type="gramStart"/>
            <w:r>
              <w:rPr>
                <w:b/>
              </w:rPr>
              <w:t>min)</w:t>
            </w:r>
            <w:r>
              <w:rPr>
                <w:sz w:val="22"/>
                <w:vertAlign w:val="superscript"/>
              </w:rPr>
              <w:t>c</w:t>
            </w:r>
            <w:proofErr w:type="gramEnd"/>
            <w:r w:rsidRPr="005C06FE">
              <w:rPr>
                <w:b/>
              </w:rPr>
              <w:t>, n</w:t>
            </w:r>
          </w:p>
        </w:tc>
        <w:tc>
          <w:tcPr>
            <w:tcW w:w="1496" w:type="dxa"/>
            <w:vAlign w:val="center"/>
          </w:tcPr>
          <w:p w14:paraId="40EC266D" w14:textId="77777777" w:rsidR="00304FB0" w:rsidRPr="005C06FE" w:rsidRDefault="00304FB0" w:rsidP="003F1E71">
            <w:pPr>
              <w:spacing w:line="480" w:lineRule="auto"/>
              <w:jc w:val="center"/>
            </w:pPr>
            <w:r>
              <w:t>4</w:t>
            </w:r>
          </w:p>
        </w:tc>
        <w:tc>
          <w:tcPr>
            <w:tcW w:w="1496" w:type="dxa"/>
            <w:vAlign w:val="center"/>
          </w:tcPr>
          <w:p w14:paraId="3E8AF113" w14:textId="77777777" w:rsidR="00304FB0" w:rsidRPr="005C06FE" w:rsidRDefault="00304FB0" w:rsidP="003F1E71">
            <w:pPr>
              <w:spacing w:line="480" w:lineRule="auto"/>
              <w:jc w:val="center"/>
            </w:pPr>
            <w:r>
              <w:t>9</w:t>
            </w:r>
          </w:p>
        </w:tc>
        <w:tc>
          <w:tcPr>
            <w:tcW w:w="1496" w:type="dxa"/>
            <w:vAlign w:val="center"/>
          </w:tcPr>
          <w:p w14:paraId="734F38B2" w14:textId="77777777" w:rsidR="00304FB0" w:rsidRPr="005C06FE" w:rsidRDefault="00304FB0" w:rsidP="003F1E71">
            <w:pPr>
              <w:spacing w:line="480" w:lineRule="auto"/>
              <w:jc w:val="center"/>
            </w:pPr>
            <w:r>
              <w:t>13</w:t>
            </w:r>
          </w:p>
        </w:tc>
        <w:tc>
          <w:tcPr>
            <w:tcW w:w="1496" w:type="dxa"/>
            <w:vAlign w:val="center"/>
          </w:tcPr>
          <w:p w14:paraId="413EF9DA" w14:textId="77777777" w:rsidR="00304FB0" w:rsidRPr="005C06FE" w:rsidRDefault="00304FB0" w:rsidP="003F1E71">
            <w:pPr>
              <w:spacing w:line="480" w:lineRule="auto"/>
              <w:jc w:val="center"/>
            </w:pPr>
            <w:r>
              <w:t>9</w:t>
            </w:r>
          </w:p>
        </w:tc>
      </w:tr>
      <w:tr w:rsidR="00304FB0" w:rsidRPr="005C06FE" w14:paraId="099BC9ED" w14:textId="77777777" w:rsidTr="00E734B8">
        <w:tc>
          <w:tcPr>
            <w:tcW w:w="2122" w:type="dxa"/>
          </w:tcPr>
          <w:p w14:paraId="3C1A7740" w14:textId="77777777" w:rsidR="00304FB0" w:rsidRDefault="00304FB0" w:rsidP="003F1E71">
            <w:pPr>
              <w:spacing w:line="480" w:lineRule="auto"/>
              <w:rPr>
                <w:b/>
              </w:rPr>
            </w:pPr>
            <w:r w:rsidRPr="00291509">
              <w:rPr>
                <w:iCs/>
              </w:rPr>
              <w:t>Mean (SD)</w:t>
            </w:r>
          </w:p>
        </w:tc>
        <w:tc>
          <w:tcPr>
            <w:tcW w:w="1496" w:type="dxa"/>
            <w:vAlign w:val="center"/>
          </w:tcPr>
          <w:p w14:paraId="5E5DB621" w14:textId="77777777" w:rsidR="00304FB0" w:rsidRPr="005C06FE" w:rsidRDefault="00304FB0" w:rsidP="003F1E71">
            <w:pPr>
              <w:spacing w:line="480" w:lineRule="auto"/>
              <w:jc w:val="center"/>
            </w:pPr>
            <w:r>
              <w:t>320.70 (150.97)</w:t>
            </w:r>
          </w:p>
        </w:tc>
        <w:tc>
          <w:tcPr>
            <w:tcW w:w="1496" w:type="dxa"/>
            <w:vAlign w:val="center"/>
          </w:tcPr>
          <w:p w14:paraId="4C20EEB2" w14:textId="77777777" w:rsidR="00304FB0" w:rsidRPr="005C06FE" w:rsidRDefault="00304FB0" w:rsidP="003F1E71">
            <w:pPr>
              <w:spacing w:line="480" w:lineRule="auto"/>
              <w:jc w:val="center"/>
            </w:pPr>
            <w:r>
              <w:t>295.65 (66.00)</w:t>
            </w:r>
          </w:p>
        </w:tc>
        <w:tc>
          <w:tcPr>
            <w:tcW w:w="1496" w:type="dxa"/>
            <w:vAlign w:val="center"/>
          </w:tcPr>
          <w:p w14:paraId="26721348" w14:textId="77777777" w:rsidR="00304FB0" w:rsidRPr="005C06FE" w:rsidRDefault="00304FB0" w:rsidP="003F1E71">
            <w:pPr>
              <w:spacing w:line="480" w:lineRule="auto"/>
              <w:jc w:val="center"/>
            </w:pPr>
            <w:r>
              <w:t>303.35 (93.53)</w:t>
            </w:r>
          </w:p>
        </w:tc>
        <w:tc>
          <w:tcPr>
            <w:tcW w:w="1496" w:type="dxa"/>
            <w:vAlign w:val="center"/>
          </w:tcPr>
          <w:p w14:paraId="015A8B39" w14:textId="77777777" w:rsidR="00304FB0" w:rsidRPr="005C06FE" w:rsidRDefault="00304FB0" w:rsidP="003F1E71">
            <w:pPr>
              <w:spacing w:line="480" w:lineRule="auto"/>
              <w:jc w:val="center"/>
            </w:pPr>
            <w:r>
              <w:t>347.04 (129.52)</w:t>
            </w:r>
          </w:p>
        </w:tc>
      </w:tr>
      <w:tr w:rsidR="00304FB0" w:rsidRPr="005C06FE" w14:paraId="5A089756" w14:textId="77777777" w:rsidTr="00E734B8">
        <w:tc>
          <w:tcPr>
            <w:tcW w:w="2122" w:type="dxa"/>
          </w:tcPr>
          <w:p w14:paraId="389E2FC3" w14:textId="77777777" w:rsidR="00304FB0" w:rsidRDefault="00304FB0" w:rsidP="003F1E71">
            <w:pPr>
              <w:spacing w:line="480" w:lineRule="auto"/>
              <w:rPr>
                <w:b/>
              </w:rPr>
            </w:pPr>
            <w:r w:rsidRPr="00291509">
              <w:rPr>
                <w:iCs/>
              </w:rPr>
              <w:t>Median (min, max)</w:t>
            </w:r>
          </w:p>
        </w:tc>
        <w:tc>
          <w:tcPr>
            <w:tcW w:w="1496" w:type="dxa"/>
            <w:vAlign w:val="center"/>
          </w:tcPr>
          <w:p w14:paraId="279B26B1" w14:textId="77777777" w:rsidR="00304FB0" w:rsidRPr="005C06FE" w:rsidRDefault="00304FB0" w:rsidP="003F1E71">
            <w:pPr>
              <w:spacing w:line="480" w:lineRule="auto"/>
              <w:jc w:val="center"/>
            </w:pPr>
            <w:r>
              <w:t>271.50 (207.3, 532.5)</w:t>
            </w:r>
          </w:p>
        </w:tc>
        <w:tc>
          <w:tcPr>
            <w:tcW w:w="1496" w:type="dxa"/>
            <w:vAlign w:val="center"/>
          </w:tcPr>
          <w:p w14:paraId="0628242E" w14:textId="77777777" w:rsidR="00304FB0" w:rsidRPr="005C06FE" w:rsidRDefault="00304FB0" w:rsidP="003F1E71">
            <w:pPr>
              <w:spacing w:line="480" w:lineRule="auto"/>
              <w:jc w:val="center"/>
            </w:pPr>
            <w:r>
              <w:t>298.00 (222.2, 391.6)</w:t>
            </w:r>
          </w:p>
        </w:tc>
        <w:tc>
          <w:tcPr>
            <w:tcW w:w="1496" w:type="dxa"/>
            <w:vAlign w:val="center"/>
          </w:tcPr>
          <w:p w14:paraId="4D009DF3" w14:textId="77777777" w:rsidR="00304FB0" w:rsidRPr="005C06FE" w:rsidRDefault="00304FB0" w:rsidP="003F1E71">
            <w:pPr>
              <w:spacing w:line="480" w:lineRule="auto"/>
              <w:jc w:val="center"/>
            </w:pPr>
            <w:r>
              <w:t>298.00 (207.3, 532.5)</w:t>
            </w:r>
          </w:p>
        </w:tc>
        <w:tc>
          <w:tcPr>
            <w:tcW w:w="1496" w:type="dxa"/>
            <w:vAlign w:val="center"/>
          </w:tcPr>
          <w:p w14:paraId="2BB857AF" w14:textId="77777777" w:rsidR="00304FB0" w:rsidRPr="005C06FE" w:rsidRDefault="00304FB0" w:rsidP="003F1E71">
            <w:pPr>
              <w:spacing w:line="480" w:lineRule="auto"/>
              <w:jc w:val="center"/>
            </w:pPr>
            <w:r>
              <w:t>339.29 (192.3, 614.9)</w:t>
            </w:r>
          </w:p>
        </w:tc>
      </w:tr>
      <w:tr w:rsidR="00304FB0" w:rsidRPr="005C06FE" w14:paraId="047D0107" w14:textId="77777777" w:rsidTr="00E734B8">
        <w:tc>
          <w:tcPr>
            <w:tcW w:w="2122" w:type="dxa"/>
          </w:tcPr>
          <w:p w14:paraId="16A29204" w14:textId="77777777" w:rsidR="00304FB0" w:rsidRDefault="00304FB0" w:rsidP="003F1E71">
            <w:pPr>
              <w:spacing w:line="480" w:lineRule="auto"/>
              <w:rPr>
                <w:b/>
              </w:rPr>
            </w:pPr>
            <w:r>
              <w:rPr>
                <w:b/>
              </w:rPr>
              <w:t>Evening PEF (L/</w:t>
            </w:r>
            <w:proofErr w:type="gramStart"/>
            <w:r>
              <w:rPr>
                <w:b/>
              </w:rPr>
              <w:t>min)</w:t>
            </w:r>
            <w:r>
              <w:rPr>
                <w:sz w:val="22"/>
                <w:vertAlign w:val="superscript"/>
              </w:rPr>
              <w:t>d</w:t>
            </w:r>
            <w:proofErr w:type="gramEnd"/>
            <w:r>
              <w:rPr>
                <w:b/>
              </w:rPr>
              <w:t>, n</w:t>
            </w:r>
          </w:p>
        </w:tc>
        <w:tc>
          <w:tcPr>
            <w:tcW w:w="1496" w:type="dxa"/>
            <w:vAlign w:val="center"/>
          </w:tcPr>
          <w:p w14:paraId="75C859C6" w14:textId="77777777" w:rsidR="00304FB0" w:rsidRPr="005C06FE" w:rsidRDefault="00304FB0" w:rsidP="003F1E71">
            <w:pPr>
              <w:spacing w:line="480" w:lineRule="auto"/>
              <w:jc w:val="center"/>
            </w:pPr>
            <w:r>
              <w:t>4</w:t>
            </w:r>
          </w:p>
        </w:tc>
        <w:tc>
          <w:tcPr>
            <w:tcW w:w="1496" w:type="dxa"/>
            <w:vAlign w:val="center"/>
          </w:tcPr>
          <w:p w14:paraId="2228F538" w14:textId="77777777" w:rsidR="00304FB0" w:rsidRPr="005C06FE" w:rsidRDefault="00304FB0" w:rsidP="003F1E71">
            <w:pPr>
              <w:spacing w:line="480" w:lineRule="auto"/>
              <w:jc w:val="center"/>
            </w:pPr>
            <w:r>
              <w:t>9</w:t>
            </w:r>
          </w:p>
        </w:tc>
        <w:tc>
          <w:tcPr>
            <w:tcW w:w="1496" w:type="dxa"/>
            <w:vAlign w:val="center"/>
          </w:tcPr>
          <w:p w14:paraId="18543B97" w14:textId="77777777" w:rsidR="00304FB0" w:rsidRPr="005C06FE" w:rsidRDefault="00304FB0" w:rsidP="003F1E71">
            <w:pPr>
              <w:spacing w:line="480" w:lineRule="auto"/>
              <w:jc w:val="center"/>
            </w:pPr>
            <w:r>
              <w:t>13</w:t>
            </w:r>
          </w:p>
        </w:tc>
        <w:tc>
          <w:tcPr>
            <w:tcW w:w="1496" w:type="dxa"/>
            <w:vAlign w:val="center"/>
          </w:tcPr>
          <w:p w14:paraId="727EC5F3" w14:textId="77777777" w:rsidR="00304FB0" w:rsidRPr="005C06FE" w:rsidRDefault="00304FB0" w:rsidP="003F1E71">
            <w:pPr>
              <w:spacing w:line="480" w:lineRule="auto"/>
              <w:jc w:val="center"/>
            </w:pPr>
            <w:r>
              <w:t>9</w:t>
            </w:r>
          </w:p>
        </w:tc>
      </w:tr>
      <w:tr w:rsidR="00304FB0" w:rsidRPr="005C06FE" w14:paraId="2FAE1556" w14:textId="77777777" w:rsidTr="00E734B8">
        <w:tc>
          <w:tcPr>
            <w:tcW w:w="2122" w:type="dxa"/>
          </w:tcPr>
          <w:p w14:paraId="4A9D25DC" w14:textId="77777777" w:rsidR="00304FB0" w:rsidRDefault="00304FB0" w:rsidP="003F1E71">
            <w:pPr>
              <w:spacing w:line="480" w:lineRule="auto"/>
              <w:rPr>
                <w:b/>
              </w:rPr>
            </w:pPr>
            <w:r w:rsidRPr="00291509">
              <w:rPr>
                <w:iCs/>
              </w:rPr>
              <w:t>Mean (SD)</w:t>
            </w:r>
          </w:p>
        </w:tc>
        <w:tc>
          <w:tcPr>
            <w:tcW w:w="1496" w:type="dxa"/>
            <w:vAlign w:val="center"/>
          </w:tcPr>
          <w:p w14:paraId="09C24B3B" w14:textId="77777777" w:rsidR="00304FB0" w:rsidRPr="005C06FE" w:rsidRDefault="00304FB0" w:rsidP="003F1E71">
            <w:pPr>
              <w:spacing w:line="480" w:lineRule="auto"/>
              <w:jc w:val="center"/>
            </w:pPr>
            <w:r>
              <w:t>330.14 (151.01)</w:t>
            </w:r>
          </w:p>
        </w:tc>
        <w:tc>
          <w:tcPr>
            <w:tcW w:w="1496" w:type="dxa"/>
            <w:vAlign w:val="center"/>
          </w:tcPr>
          <w:p w14:paraId="7DCCD5E5" w14:textId="77777777" w:rsidR="00304FB0" w:rsidRPr="005C06FE" w:rsidRDefault="00304FB0" w:rsidP="003F1E71">
            <w:pPr>
              <w:spacing w:line="480" w:lineRule="auto"/>
              <w:jc w:val="center"/>
            </w:pPr>
            <w:r>
              <w:t>344.62 (65.89)</w:t>
            </w:r>
          </w:p>
        </w:tc>
        <w:tc>
          <w:tcPr>
            <w:tcW w:w="1496" w:type="dxa"/>
            <w:vAlign w:val="center"/>
          </w:tcPr>
          <w:p w14:paraId="3636ACA0" w14:textId="77777777" w:rsidR="00304FB0" w:rsidRPr="005C06FE" w:rsidRDefault="00304FB0" w:rsidP="003F1E71">
            <w:pPr>
              <w:spacing w:line="480" w:lineRule="auto"/>
              <w:jc w:val="center"/>
            </w:pPr>
            <w:r>
              <w:t>340.17 (92.97)</w:t>
            </w:r>
          </w:p>
        </w:tc>
        <w:tc>
          <w:tcPr>
            <w:tcW w:w="1496" w:type="dxa"/>
            <w:vAlign w:val="center"/>
          </w:tcPr>
          <w:p w14:paraId="6A894878" w14:textId="77777777" w:rsidR="00304FB0" w:rsidRPr="005C06FE" w:rsidRDefault="00304FB0" w:rsidP="003F1E71">
            <w:pPr>
              <w:spacing w:line="480" w:lineRule="auto"/>
              <w:jc w:val="center"/>
            </w:pPr>
            <w:r>
              <w:t>341.41 (129.96)</w:t>
            </w:r>
          </w:p>
        </w:tc>
      </w:tr>
      <w:tr w:rsidR="00304FB0" w:rsidRPr="005C06FE" w14:paraId="2F41695C" w14:textId="77777777" w:rsidTr="00E734B8">
        <w:tc>
          <w:tcPr>
            <w:tcW w:w="2122" w:type="dxa"/>
          </w:tcPr>
          <w:p w14:paraId="447553BE" w14:textId="77777777" w:rsidR="00304FB0" w:rsidRDefault="00304FB0" w:rsidP="003F1E71">
            <w:pPr>
              <w:spacing w:line="480" w:lineRule="auto"/>
              <w:rPr>
                <w:b/>
              </w:rPr>
            </w:pPr>
            <w:r w:rsidRPr="00291509">
              <w:rPr>
                <w:iCs/>
              </w:rPr>
              <w:t>Median (min, max)</w:t>
            </w:r>
          </w:p>
        </w:tc>
        <w:tc>
          <w:tcPr>
            <w:tcW w:w="1496" w:type="dxa"/>
            <w:vAlign w:val="center"/>
          </w:tcPr>
          <w:p w14:paraId="641A6F25" w14:textId="77777777" w:rsidR="00304FB0" w:rsidRPr="005C06FE" w:rsidRDefault="00304FB0" w:rsidP="003F1E71">
            <w:pPr>
              <w:spacing w:line="480" w:lineRule="auto"/>
              <w:jc w:val="center"/>
            </w:pPr>
            <w:r>
              <w:t>286.29 (210.0, 538.0)</w:t>
            </w:r>
          </w:p>
        </w:tc>
        <w:tc>
          <w:tcPr>
            <w:tcW w:w="1496" w:type="dxa"/>
            <w:vAlign w:val="center"/>
          </w:tcPr>
          <w:p w14:paraId="6526D773" w14:textId="77777777" w:rsidR="00304FB0" w:rsidRPr="005C06FE" w:rsidRDefault="00304FB0" w:rsidP="003F1E71">
            <w:pPr>
              <w:spacing w:line="480" w:lineRule="auto"/>
              <w:jc w:val="center"/>
            </w:pPr>
            <w:r>
              <w:t>357.00 (269.7, 476.5)</w:t>
            </w:r>
          </w:p>
        </w:tc>
        <w:tc>
          <w:tcPr>
            <w:tcW w:w="1496" w:type="dxa"/>
            <w:vAlign w:val="center"/>
          </w:tcPr>
          <w:p w14:paraId="1E243E08" w14:textId="77777777" w:rsidR="00304FB0" w:rsidRPr="005C06FE" w:rsidRDefault="00304FB0" w:rsidP="003F1E71">
            <w:pPr>
              <w:spacing w:line="480" w:lineRule="auto"/>
              <w:jc w:val="center"/>
            </w:pPr>
            <w:r>
              <w:t>345.14 (210.0 538.0)</w:t>
            </w:r>
          </w:p>
        </w:tc>
        <w:tc>
          <w:tcPr>
            <w:tcW w:w="1496" w:type="dxa"/>
            <w:vAlign w:val="center"/>
          </w:tcPr>
          <w:p w14:paraId="6F6C77EB" w14:textId="77777777" w:rsidR="00304FB0" w:rsidRPr="005C06FE" w:rsidRDefault="00304FB0" w:rsidP="003F1E71">
            <w:pPr>
              <w:spacing w:line="480" w:lineRule="auto"/>
              <w:jc w:val="center"/>
            </w:pPr>
            <w:r>
              <w:t>339.14 (180.3 598.6)</w:t>
            </w:r>
          </w:p>
        </w:tc>
      </w:tr>
      <w:tr w:rsidR="00304FB0" w:rsidRPr="005C06FE" w14:paraId="044DF603" w14:textId="77777777" w:rsidTr="00E734B8">
        <w:tc>
          <w:tcPr>
            <w:tcW w:w="2122" w:type="dxa"/>
          </w:tcPr>
          <w:p w14:paraId="7B73B2FA" w14:textId="77777777" w:rsidR="00304FB0" w:rsidRDefault="00304FB0" w:rsidP="003F1E71">
            <w:pPr>
              <w:spacing w:line="480" w:lineRule="auto"/>
              <w:rPr>
                <w:b/>
              </w:rPr>
            </w:pPr>
            <w:r>
              <w:rPr>
                <w:b/>
              </w:rPr>
              <w:t>Daily asthma symptoms score</w:t>
            </w:r>
            <w:r>
              <w:rPr>
                <w:sz w:val="22"/>
                <w:vertAlign w:val="superscript"/>
              </w:rPr>
              <w:t>d</w:t>
            </w:r>
          </w:p>
        </w:tc>
        <w:tc>
          <w:tcPr>
            <w:tcW w:w="1496" w:type="dxa"/>
            <w:vAlign w:val="center"/>
          </w:tcPr>
          <w:p w14:paraId="20A628BE" w14:textId="77777777" w:rsidR="00304FB0" w:rsidRPr="005C06FE" w:rsidRDefault="00304FB0" w:rsidP="003F1E71">
            <w:pPr>
              <w:spacing w:line="480" w:lineRule="auto"/>
              <w:jc w:val="center"/>
            </w:pPr>
            <w:r>
              <w:t>4</w:t>
            </w:r>
          </w:p>
        </w:tc>
        <w:tc>
          <w:tcPr>
            <w:tcW w:w="1496" w:type="dxa"/>
            <w:vAlign w:val="center"/>
          </w:tcPr>
          <w:p w14:paraId="2175C7AF" w14:textId="77777777" w:rsidR="00304FB0" w:rsidRPr="005C06FE" w:rsidRDefault="00304FB0" w:rsidP="003F1E71">
            <w:pPr>
              <w:spacing w:line="480" w:lineRule="auto"/>
              <w:jc w:val="center"/>
            </w:pPr>
            <w:r>
              <w:t>9</w:t>
            </w:r>
          </w:p>
        </w:tc>
        <w:tc>
          <w:tcPr>
            <w:tcW w:w="1496" w:type="dxa"/>
            <w:vAlign w:val="center"/>
          </w:tcPr>
          <w:p w14:paraId="3E7A4311" w14:textId="77777777" w:rsidR="00304FB0" w:rsidRPr="005C06FE" w:rsidRDefault="00304FB0" w:rsidP="003F1E71">
            <w:pPr>
              <w:spacing w:line="480" w:lineRule="auto"/>
              <w:jc w:val="center"/>
            </w:pPr>
            <w:r>
              <w:t>13</w:t>
            </w:r>
          </w:p>
        </w:tc>
        <w:tc>
          <w:tcPr>
            <w:tcW w:w="1496" w:type="dxa"/>
            <w:vAlign w:val="center"/>
          </w:tcPr>
          <w:p w14:paraId="736BA961" w14:textId="77777777" w:rsidR="00304FB0" w:rsidRPr="005C06FE" w:rsidRDefault="00304FB0" w:rsidP="003F1E71">
            <w:pPr>
              <w:spacing w:line="480" w:lineRule="auto"/>
              <w:jc w:val="center"/>
            </w:pPr>
            <w:r>
              <w:t>9</w:t>
            </w:r>
          </w:p>
        </w:tc>
      </w:tr>
      <w:tr w:rsidR="00304FB0" w:rsidRPr="005C06FE" w14:paraId="650FF0E1" w14:textId="77777777" w:rsidTr="00E734B8">
        <w:tc>
          <w:tcPr>
            <w:tcW w:w="2122" w:type="dxa"/>
          </w:tcPr>
          <w:p w14:paraId="3DE389A9" w14:textId="77777777" w:rsidR="00304FB0" w:rsidRDefault="00304FB0" w:rsidP="003F1E71">
            <w:pPr>
              <w:spacing w:line="480" w:lineRule="auto"/>
              <w:rPr>
                <w:b/>
              </w:rPr>
            </w:pPr>
            <w:r w:rsidRPr="00291509">
              <w:rPr>
                <w:iCs/>
              </w:rPr>
              <w:t>Mean (SD)</w:t>
            </w:r>
          </w:p>
        </w:tc>
        <w:tc>
          <w:tcPr>
            <w:tcW w:w="1496" w:type="dxa"/>
            <w:vAlign w:val="center"/>
          </w:tcPr>
          <w:p w14:paraId="5D24F78D" w14:textId="77777777" w:rsidR="00304FB0" w:rsidRPr="005C06FE" w:rsidRDefault="00304FB0" w:rsidP="003F1E71">
            <w:pPr>
              <w:spacing w:line="480" w:lineRule="auto"/>
              <w:jc w:val="center"/>
            </w:pPr>
            <w:r>
              <w:t>0.98 (0.73)</w:t>
            </w:r>
          </w:p>
        </w:tc>
        <w:tc>
          <w:tcPr>
            <w:tcW w:w="1496" w:type="dxa"/>
            <w:vAlign w:val="center"/>
          </w:tcPr>
          <w:p w14:paraId="6E39D049" w14:textId="77777777" w:rsidR="00304FB0" w:rsidRPr="005C06FE" w:rsidRDefault="00304FB0" w:rsidP="003F1E71">
            <w:pPr>
              <w:spacing w:line="480" w:lineRule="auto"/>
              <w:jc w:val="center"/>
            </w:pPr>
            <w:r>
              <w:t>0.71 (0.43)</w:t>
            </w:r>
          </w:p>
        </w:tc>
        <w:tc>
          <w:tcPr>
            <w:tcW w:w="1496" w:type="dxa"/>
            <w:vAlign w:val="center"/>
          </w:tcPr>
          <w:p w14:paraId="3AF86839" w14:textId="77777777" w:rsidR="00304FB0" w:rsidRPr="005C06FE" w:rsidRDefault="00304FB0" w:rsidP="003F1E71">
            <w:pPr>
              <w:spacing w:line="480" w:lineRule="auto"/>
              <w:jc w:val="center"/>
            </w:pPr>
            <w:r>
              <w:t>0.79 (0.52)</w:t>
            </w:r>
          </w:p>
        </w:tc>
        <w:tc>
          <w:tcPr>
            <w:tcW w:w="1496" w:type="dxa"/>
            <w:vAlign w:val="center"/>
          </w:tcPr>
          <w:p w14:paraId="66C3152B" w14:textId="77777777" w:rsidR="00304FB0" w:rsidRPr="005C06FE" w:rsidRDefault="00304FB0" w:rsidP="003F1E71">
            <w:pPr>
              <w:spacing w:line="480" w:lineRule="auto"/>
              <w:jc w:val="center"/>
            </w:pPr>
            <w:r>
              <w:t>0.88 (0.66)</w:t>
            </w:r>
          </w:p>
        </w:tc>
      </w:tr>
      <w:tr w:rsidR="00304FB0" w:rsidRPr="005C06FE" w14:paraId="399D08B3" w14:textId="77777777" w:rsidTr="00291509">
        <w:tc>
          <w:tcPr>
            <w:tcW w:w="2122" w:type="dxa"/>
            <w:tcBorders>
              <w:bottom w:val="single" w:sz="4" w:space="0" w:color="auto"/>
            </w:tcBorders>
          </w:tcPr>
          <w:p w14:paraId="2F98D4E9" w14:textId="77777777" w:rsidR="00304FB0" w:rsidRDefault="00304FB0" w:rsidP="003F1E71">
            <w:pPr>
              <w:spacing w:line="480" w:lineRule="auto"/>
              <w:rPr>
                <w:b/>
              </w:rPr>
            </w:pPr>
            <w:r w:rsidRPr="00291509">
              <w:rPr>
                <w:iCs/>
              </w:rPr>
              <w:t>Median (min, max)</w:t>
            </w:r>
          </w:p>
        </w:tc>
        <w:tc>
          <w:tcPr>
            <w:tcW w:w="1496" w:type="dxa"/>
            <w:tcBorders>
              <w:bottom w:val="single" w:sz="4" w:space="0" w:color="auto"/>
            </w:tcBorders>
            <w:vAlign w:val="center"/>
          </w:tcPr>
          <w:p w14:paraId="152CBB13" w14:textId="77777777" w:rsidR="00304FB0" w:rsidRPr="005C06FE" w:rsidRDefault="00304FB0" w:rsidP="003F1E71">
            <w:pPr>
              <w:spacing w:line="480" w:lineRule="auto"/>
              <w:jc w:val="center"/>
            </w:pPr>
            <w:r>
              <w:t>0.75 (0.4 2.0)</w:t>
            </w:r>
          </w:p>
        </w:tc>
        <w:tc>
          <w:tcPr>
            <w:tcW w:w="1496" w:type="dxa"/>
            <w:tcBorders>
              <w:bottom w:val="single" w:sz="4" w:space="0" w:color="auto"/>
            </w:tcBorders>
            <w:vAlign w:val="center"/>
          </w:tcPr>
          <w:p w14:paraId="701185DE" w14:textId="77777777" w:rsidR="00304FB0" w:rsidRPr="005C06FE" w:rsidRDefault="00304FB0" w:rsidP="003F1E71">
            <w:pPr>
              <w:spacing w:line="480" w:lineRule="auto"/>
              <w:jc w:val="center"/>
            </w:pPr>
            <w:r>
              <w:t>1.00 (0.0 1.1)</w:t>
            </w:r>
          </w:p>
        </w:tc>
        <w:tc>
          <w:tcPr>
            <w:tcW w:w="1496" w:type="dxa"/>
            <w:tcBorders>
              <w:bottom w:val="single" w:sz="4" w:space="0" w:color="auto"/>
            </w:tcBorders>
            <w:vAlign w:val="center"/>
          </w:tcPr>
          <w:p w14:paraId="6B4977CD" w14:textId="77777777" w:rsidR="00304FB0" w:rsidRPr="005C06FE" w:rsidRDefault="00304FB0" w:rsidP="003F1E71">
            <w:pPr>
              <w:spacing w:line="480" w:lineRule="auto"/>
              <w:jc w:val="center"/>
            </w:pPr>
            <w:r>
              <w:t>1.00 (0.0 2.0)</w:t>
            </w:r>
          </w:p>
        </w:tc>
        <w:tc>
          <w:tcPr>
            <w:tcW w:w="1496" w:type="dxa"/>
            <w:tcBorders>
              <w:bottom w:val="single" w:sz="4" w:space="0" w:color="auto"/>
            </w:tcBorders>
            <w:vAlign w:val="center"/>
          </w:tcPr>
          <w:p w14:paraId="7C85F1E0" w14:textId="77777777" w:rsidR="00304FB0" w:rsidRPr="005C06FE" w:rsidRDefault="00304FB0" w:rsidP="003F1E71">
            <w:pPr>
              <w:spacing w:line="480" w:lineRule="auto"/>
              <w:jc w:val="center"/>
            </w:pPr>
            <w:r>
              <w:t>1.00 (0.0 2.0)</w:t>
            </w:r>
          </w:p>
        </w:tc>
      </w:tr>
    </w:tbl>
    <w:p w14:paraId="58638B46" w14:textId="77777777" w:rsidR="00304FB0" w:rsidRDefault="00304FB0" w:rsidP="003F1E71">
      <w:pPr>
        <w:spacing w:line="480" w:lineRule="auto"/>
        <w:rPr>
          <w:sz w:val="22"/>
          <w:vertAlign w:val="superscript"/>
        </w:rPr>
      </w:pPr>
    </w:p>
    <w:p w14:paraId="7DE2EADF" w14:textId="77777777" w:rsidR="00304FB0" w:rsidRPr="00257AE4" w:rsidRDefault="00304FB0" w:rsidP="003F1E71">
      <w:pPr>
        <w:spacing w:line="480" w:lineRule="auto"/>
        <w:rPr>
          <w:sz w:val="22"/>
          <w:szCs w:val="22"/>
        </w:rPr>
      </w:pPr>
      <w:proofErr w:type="spellStart"/>
      <w:r>
        <w:rPr>
          <w:sz w:val="22"/>
          <w:vertAlign w:val="superscript"/>
        </w:rPr>
        <w:t>a</w:t>
      </w:r>
      <w:r>
        <w:rPr>
          <w:sz w:val="22"/>
        </w:rPr>
        <w:t>Defined</w:t>
      </w:r>
      <w:proofErr w:type="spellEnd"/>
      <w:r>
        <w:rPr>
          <w:sz w:val="22"/>
        </w:rPr>
        <w:t xml:space="preserve"> period refers </w:t>
      </w:r>
      <w:r w:rsidRPr="00257AE4">
        <w:rPr>
          <w:sz w:val="22"/>
          <w:szCs w:val="22"/>
        </w:rPr>
        <w:t>to the 12-month period preceding the patient enrolment in the study</w:t>
      </w:r>
    </w:p>
    <w:p w14:paraId="0559632D" w14:textId="77777777" w:rsidR="00304FB0" w:rsidRPr="00257AE4" w:rsidRDefault="00304FB0" w:rsidP="003F1E71">
      <w:pPr>
        <w:spacing w:line="480" w:lineRule="auto"/>
        <w:rPr>
          <w:sz w:val="22"/>
          <w:szCs w:val="22"/>
        </w:rPr>
      </w:pPr>
      <w:r w:rsidRPr="00257AE4">
        <w:rPr>
          <w:sz w:val="22"/>
          <w:szCs w:val="22"/>
          <w:vertAlign w:val="superscript"/>
        </w:rPr>
        <w:t>b</w:t>
      </w:r>
      <w:r w:rsidRPr="00257AE4">
        <w:rPr>
          <w:sz w:val="22"/>
          <w:szCs w:val="22"/>
        </w:rPr>
        <w:t>Baseline is the ACQ-6 score at day 1</w:t>
      </w:r>
    </w:p>
    <w:p w14:paraId="513E7A0E" w14:textId="77777777" w:rsidR="00304FB0" w:rsidRPr="00534110" w:rsidRDefault="00304FB0" w:rsidP="003F1E71">
      <w:pPr>
        <w:spacing w:line="480" w:lineRule="auto"/>
        <w:rPr>
          <w:sz w:val="22"/>
          <w:szCs w:val="22"/>
        </w:rPr>
      </w:pPr>
      <w:proofErr w:type="spellStart"/>
      <w:r w:rsidRPr="00257AE4">
        <w:rPr>
          <w:sz w:val="22"/>
          <w:szCs w:val="22"/>
          <w:vertAlign w:val="superscript"/>
        </w:rPr>
        <w:t>c</w:t>
      </w:r>
      <w:r w:rsidRPr="00257AE4">
        <w:rPr>
          <w:sz w:val="22"/>
          <w:szCs w:val="22"/>
        </w:rPr>
        <w:t>Baseline</w:t>
      </w:r>
      <w:proofErr w:type="spellEnd"/>
      <w:r w:rsidRPr="00257AE4">
        <w:rPr>
          <w:sz w:val="22"/>
          <w:szCs w:val="22"/>
        </w:rPr>
        <w:t xml:space="preserve"> is the mean over the morning assessments from day </w:t>
      </w:r>
      <w:r w:rsidRPr="00534110">
        <w:rPr>
          <w:sz w:val="22"/>
          <w:szCs w:val="22"/>
        </w:rPr>
        <w:t>−6, to day −1 and the day 1 pre-dose assessment</w:t>
      </w:r>
    </w:p>
    <w:p w14:paraId="64DD5A94" w14:textId="77777777" w:rsidR="00304FB0" w:rsidRPr="00257AE4" w:rsidRDefault="00304FB0" w:rsidP="003F1E71">
      <w:pPr>
        <w:spacing w:line="480" w:lineRule="auto"/>
        <w:rPr>
          <w:sz w:val="22"/>
          <w:szCs w:val="22"/>
        </w:rPr>
      </w:pPr>
      <w:proofErr w:type="spellStart"/>
      <w:r w:rsidRPr="00257AE4">
        <w:rPr>
          <w:sz w:val="22"/>
          <w:szCs w:val="22"/>
          <w:vertAlign w:val="superscript"/>
        </w:rPr>
        <w:t>d</w:t>
      </w:r>
      <w:r w:rsidRPr="00534110">
        <w:rPr>
          <w:sz w:val="22"/>
          <w:szCs w:val="22"/>
        </w:rPr>
        <w:t>Baseline</w:t>
      </w:r>
      <w:proofErr w:type="spellEnd"/>
      <w:r w:rsidRPr="00534110">
        <w:rPr>
          <w:sz w:val="22"/>
          <w:szCs w:val="22"/>
        </w:rPr>
        <w:t xml:space="preserve"> in the mean over measurements on the 7 days prior to day 1</w:t>
      </w:r>
    </w:p>
    <w:p w14:paraId="1AE8C466" w14:textId="77777777" w:rsidR="00304FB0" w:rsidRDefault="00304FB0" w:rsidP="003F1E71">
      <w:pPr>
        <w:pStyle w:val="Heading2"/>
        <w:spacing w:line="480" w:lineRule="auto"/>
      </w:pPr>
      <w:r w:rsidRPr="0042002A">
        <w:rPr>
          <w:b w:val="0"/>
          <w:sz w:val="22"/>
        </w:rPr>
        <w:lastRenderedPageBreak/>
        <w:t xml:space="preserve">ACQ-6 = asthma control questionnaire 6, BD = bronchodilator, BMI = body mass index, CRP = C-reactive protein, FeNO = fractional exhaled nitric oxide, FEV1 = forced expiratory </w:t>
      </w:r>
      <w:r w:rsidRPr="008D0C22">
        <w:rPr>
          <w:b w:val="0"/>
          <w:sz w:val="22"/>
        </w:rPr>
        <w:t>volume in 1 second, SD = standard deviation</w:t>
      </w:r>
    </w:p>
    <w:p w14:paraId="6EC32E5B" w14:textId="77777777" w:rsidR="00304FB0" w:rsidRDefault="00304FB0">
      <w:pPr>
        <w:spacing w:line="240" w:lineRule="auto"/>
        <w:rPr>
          <w:b/>
        </w:rPr>
      </w:pPr>
      <w:r>
        <w:br w:type="page"/>
      </w:r>
    </w:p>
    <w:p w14:paraId="50D646D4" w14:textId="77777777" w:rsidR="00304FB0" w:rsidRPr="005C06FE" w:rsidRDefault="00304FB0" w:rsidP="003F1E71">
      <w:pPr>
        <w:pStyle w:val="Heading2"/>
        <w:spacing w:line="480" w:lineRule="auto"/>
        <w:rPr>
          <w:b w:val="0"/>
        </w:rPr>
      </w:pPr>
      <w:r w:rsidRPr="005C06FE">
        <w:lastRenderedPageBreak/>
        <w:t>Supplementa</w:t>
      </w:r>
      <w:r>
        <w:t>l</w:t>
      </w:r>
      <w:r w:rsidRPr="005C06FE">
        <w:t xml:space="preserve"> Table </w:t>
      </w:r>
      <w:r>
        <w:t>S</w:t>
      </w:r>
      <w:r w:rsidRPr="005C06FE">
        <w:t>2</w:t>
      </w:r>
      <w:r w:rsidRPr="005C06FE">
        <w:rPr>
          <w:b w:val="0"/>
        </w:rPr>
        <w:t xml:space="preserve"> Summary of incidence of TEAEs in patients with uncontrolled moderate-to-severe asthma (part 2)</w:t>
      </w:r>
    </w:p>
    <w:tbl>
      <w:tblPr>
        <w:tblStyle w:val="Table"/>
        <w:tblW w:w="0" w:type="auto"/>
        <w:tblInd w:w="0" w:type="dxa"/>
        <w:tblCellMar>
          <w:left w:w="108" w:type="dxa"/>
          <w:right w:w="108" w:type="dxa"/>
        </w:tblCellMar>
        <w:tblLook w:val="04A0" w:firstRow="1" w:lastRow="0" w:firstColumn="1" w:lastColumn="0" w:noHBand="0" w:noVBand="1"/>
      </w:tblPr>
      <w:tblGrid>
        <w:gridCol w:w="2220"/>
        <w:gridCol w:w="1853"/>
        <w:gridCol w:w="1853"/>
        <w:gridCol w:w="1621"/>
        <w:gridCol w:w="1469"/>
      </w:tblGrid>
      <w:tr w:rsidR="00304FB0" w:rsidRPr="005C06FE" w14:paraId="5943A9EB" w14:textId="77777777" w:rsidTr="00291509">
        <w:trPr>
          <w:trHeight w:val="564"/>
        </w:trPr>
        <w:tc>
          <w:tcPr>
            <w:tcW w:w="2220" w:type="dxa"/>
            <w:tcBorders>
              <w:top w:val="single" w:sz="4" w:space="0" w:color="auto"/>
              <w:bottom w:val="single" w:sz="4" w:space="0" w:color="auto"/>
            </w:tcBorders>
          </w:tcPr>
          <w:p w14:paraId="476810E7" w14:textId="77777777" w:rsidR="00304FB0" w:rsidRPr="005C06FE" w:rsidRDefault="00304FB0" w:rsidP="003F1E71">
            <w:pPr>
              <w:spacing w:after="200" w:line="480" w:lineRule="auto"/>
              <w:rPr>
                <w:b/>
              </w:rPr>
            </w:pPr>
          </w:p>
        </w:tc>
        <w:tc>
          <w:tcPr>
            <w:tcW w:w="6796" w:type="dxa"/>
            <w:gridSpan w:val="4"/>
            <w:tcBorders>
              <w:top w:val="single" w:sz="4" w:space="0" w:color="auto"/>
              <w:bottom w:val="single" w:sz="4" w:space="0" w:color="auto"/>
            </w:tcBorders>
          </w:tcPr>
          <w:p w14:paraId="7E5D383E" w14:textId="77777777" w:rsidR="00304FB0" w:rsidRPr="005C06FE" w:rsidRDefault="00304FB0" w:rsidP="003F1E71">
            <w:pPr>
              <w:spacing w:after="200" w:line="480" w:lineRule="auto"/>
              <w:jc w:val="center"/>
              <w:rPr>
                <w:b/>
              </w:rPr>
            </w:pPr>
            <w:r w:rsidRPr="005C06FE">
              <w:rPr>
                <w:b/>
              </w:rPr>
              <w:t>TEAEs by decreasing frequency</w:t>
            </w:r>
          </w:p>
        </w:tc>
      </w:tr>
      <w:tr w:rsidR="00304FB0" w:rsidRPr="005C06FE" w14:paraId="53A9856F" w14:textId="77777777" w:rsidTr="00A949A1">
        <w:trPr>
          <w:trHeight w:val="631"/>
        </w:trPr>
        <w:tc>
          <w:tcPr>
            <w:tcW w:w="2220" w:type="dxa"/>
            <w:tcBorders>
              <w:top w:val="single" w:sz="4" w:space="0" w:color="auto"/>
              <w:bottom w:val="single" w:sz="4" w:space="0" w:color="auto"/>
            </w:tcBorders>
            <w:vAlign w:val="center"/>
          </w:tcPr>
          <w:p w14:paraId="13DA7EE8" w14:textId="77777777" w:rsidR="00304FB0" w:rsidRPr="005C06FE" w:rsidRDefault="00304FB0" w:rsidP="003F1E71">
            <w:pPr>
              <w:spacing w:after="200" w:line="480" w:lineRule="auto"/>
            </w:pPr>
          </w:p>
        </w:tc>
        <w:tc>
          <w:tcPr>
            <w:tcW w:w="1853" w:type="dxa"/>
            <w:tcBorders>
              <w:top w:val="single" w:sz="4" w:space="0" w:color="auto"/>
              <w:bottom w:val="single" w:sz="4" w:space="0" w:color="auto"/>
            </w:tcBorders>
          </w:tcPr>
          <w:p w14:paraId="4043384A" w14:textId="77777777" w:rsidR="00304FB0" w:rsidRPr="005C06FE" w:rsidRDefault="00304FB0" w:rsidP="00D74646">
            <w:pPr>
              <w:spacing w:after="200" w:line="480" w:lineRule="auto"/>
              <w:jc w:val="center"/>
              <w:rPr>
                <w:b/>
              </w:rPr>
            </w:pPr>
            <w:proofErr w:type="spellStart"/>
            <w:r w:rsidRPr="005C06FE">
              <w:rPr>
                <w:b/>
              </w:rPr>
              <w:t>Elarekibep</w:t>
            </w:r>
            <w:proofErr w:type="spellEnd"/>
            <w:r w:rsidRPr="005C06FE">
              <w:rPr>
                <w:b/>
              </w:rPr>
              <w:t xml:space="preserve"> 1 mg (n = 4)</w:t>
            </w:r>
          </w:p>
        </w:tc>
        <w:tc>
          <w:tcPr>
            <w:tcW w:w="1853" w:type="dxa"/>
            <w:tcBorders>
              <w:top w:val="single" w:sz="4" w:space="0" w:color="auto"/>
              <w:bottom w:val="single" w:sz="4" w:space="0" w:color="auto"/>
            </w:tcBorders>
          </w:tcPr>
          <w:p w14:paraId="6DD33696" w14:textId="77777777" w:rsidR="00304FB0" w:rsidRPr="005C06FE" w:rsidRDefault="00304FB0" w:rsidP="00D74646">
            <w:pPr>
              <w:spacing w:after="200" w:line="480" w:lineRule="auto"/>
              <w:jc w:val="center"/>
              <w:rPr>
                <w:b/>
              </w:rPr>
            </w:pPr>
            <w:proofErr w:type="spellStart"/>
            <w:r w:rsidRPr="005C06FE">
              <w:rPr>
                <w:b/>
              </w:rPr>
              <w:t>Elarekibep</w:t>
            </w:r>
            <w:proofErr w:type="spellEnd"/>
            <w:r w:rsidRPr="005C06FE">
              <w:rPr>
                <w:b/>
              </w:rPr>
              <w:t xml:space="preserve"> 3 mg (n = 9)</w:t>
            </w:r>
          </w:p>
        </w:tc>
        <w:tc>
          <w:tcPr>
            <w:tcW w:w="1621" w:type="dxa"/>
            <w:tcBorders>
              <w:top w:val="single" w:sz="4" w:space="0" w:color="auto"/>
              <w:bottom w:val="single" w:sz="4" w:space="0" w:color="auto"/>
            </w:tcBorders>
          </w:tcPr>
          <w:p w14:paraId="5AE2122D" w14:textId="77777777" w:rsidR="00304FB0" w:rsidRPr="005C06FE" w:rsidRDefault="00304FB0" w:rsidP="00D74646">
            <w:pPr>
              <w:spacing w:after="200" w:line="480" w:lineRule="auto"/>
              <w:jc w:val="center"/>
              <w:rPr>
                <w:b/>
              </w:rPr>
            </w:pPr>
            <w:proofErr w:type="spellStart"/>
            <w:r w:rsidRPr="005C06FE">
              <w:rPr>
                <w:b/>
              </w:rPr>
              <w:t>Elarekibep</w:t>
            </w:r>
            <w:proofErr w:type="spellEnd"/>
            <w:r w:rsidRPr="005C06FE">
              <w:rPr>
                <w:b/>
              </w:rPr>
              <w:t xml:space="preserve"> overall</w:t>
            </w:r>
            <w:r w:rsidRPr="005C06FE">
              <w:rPr>
                <w:b/>
              </w:rPr>
              <w:br/>
              <w:t>(n = 13)</w:t>
            </w:r>
          </w:p>
        </w:tc>
        <w:tc>
          <w:tcPr>
            <w:tcW w:w="1469" w:type="dxa"/>
            <w:tcBorders>
              <w:top w:val="single" w:sz="4" w:space="0" w:color="auto"/>
              <w:bottom w:val="single" w:sz="4" w:space="0" w:color="auto"/>
            </w:tcBorders>
          </w:tcPr>
          <w:p w14:paraId="2DE02197" w14:textId="77777777" w:rsidR="00304FB0" w:rsidRPr="005C06FE" w:rsidRDefault="00304FB0" w:rsidP="00D74646">
            <w:pPr>
              <w:spacing w:line="480" w:lineRule="auto"/>
              <w:jc w:val="center"/>
              <w:rPr>
                <w:b/>
              </w:rPr>
            </w:pPr>
            <w:r w:rsidRPr="005C06FE">
              <w:rPr>
                <w:b/>
              </w:rPr>
              <w:t>Placebo</w:t>
            </w:r>
          </w:p>
          <w:p w14:paraId="0A755E26" w14:textId="77777777" w:rsidR="00304FB0" w:rsidRPr="005C06FE" w:rsidRDefault="00304FB0" w:rsidP="00D74646">
            <w:pPr>
              <w:spacing w:line="480" w:lineRule="auto"/>
              <w:jc w:val="center"/>
              <w:rPr>
                <w:b/>
              </w:rPr>
            </w:pPr>
            <w:r w:rsidRPr="005C06FE">
              <w:rPr>
                <w:b/>
              </w:rPr>
              <w:t>(n = 9)</w:t>
            </w:r>
          </w:p>
        </w:tc>
      </w:tr>
      <w:tr w:rsidR="00304FB0" w:rsidRPr="005C06FE" w14:paraId="312E6A29" w14:textId="77777777" w:rsidTr="00A949A1">
        <w:tc>
          <w:tcPr>
            <w:tcW w:w="2220" w:type="dxa"/>
            <w:tcBorders>
              <w:top w:val="single" w:sz="4" w:space="0" w:color="auto"/>
            </w:tcBorders>
            <w:vAlign w:val="center"/>
          </w:tcPr>
          <w:p w14:paraId="2970E4EB" w14:textId="77777777" w:rsidR="00304FB0" w:rsidRPr="005C06FE" w:rsidRDefault="00304FB0" w:rsidP="003F1E71">
            <w:pPr>
              <w:spacing w:after="200" w:line="480" w:lineRule="auto"/>
              <w:rPr>
                <w:b/>
              </w:rPr>
            </w:pPr>
            <w:r w:rsidRPr="005C06FE">
              <w:rPr>
                <w:b/>
              </w:rPr>
              <w:t>Any AE</w:t>
            </w:r>
          </w:p>
        </w:tc>
        <w:tc>
          <w:tcPr>
            <w:tcW w:w="1853" w:type="dxa"/>
            <w:tcBorders>
              <w:top w:val="single" w:sz="4" w:space="0" w:color="auto"/>
            </w:tcBorders>
          </w:tcPr>
          <w:p w14:paraId="6B0ACCEE" w14:textId="77777777" w:rsidR="00304FB0" w:rsidRPr="005C06FE" w:rsidRDefault="00304FB0" w:rsidP="003F1E71">
            <w:pPr>
              <w:spacing w:after="200" w:line="480" w:lineRule="auto"/>
              <w:jc w:val="center"/>
            </w:pPr>
            <w:r w:rsidRPr="005C06FE">
              <w:t>3 (75.0)</w:t>
            </w:r>
          </w:p>
        </w:tc>
        <w:tc>
          <w:tcPr>
            <w:tcW w:w="1853" w:type="dxa"/>
            <w:tcBorders>
              <w:top w:val="single" w:sz="4" w:space="0" w:color="auto"/>
            </w:tcBorders>
          </w:tcPr>
          <w:p w14:paraId="1864C432" w14:textId="77777777" w:rsidR="00304FB0" w:rsidRPr="005C06FE" w:rsidRDefault="00304FB0" w:rsidP="003F1E71">
            <w:pPr>
              <w:spacing w:after="200" w:line="480" w:lineRule="auto"/>
              <w:jc w:val="center"/>
            </w:pPr>
            <w:r w:rsidRPr="005C06FE">
              <w:t>5 (55.6)</w:t>
            </w:r>
          </w:p>
        </w:tc>
        <w:tc>
          <w:tcPr>
            <w:tcW w:w="1621" w:type="dxa"/>
            <w:tcBorders>
              <w:top w:val="single" w:sz="4" w:space="0" w:color="auto"/>
            </w:tcBorders>
            <w:vAlign w:val="center"/>
          </w:tcPr>
          <w:p w14:paraId="6CC75DD8" w14:textId="77777777" w:rsidR="00304FB0" w:rsidRPr="005C06FE" w:rsidRDefault="00304FB0" w:rsidP="003F1E71">
            <w:pPr>
              <w:spacing w:after="200" w:line="480" w:lineRule="auto"/>
              <w:jc w:val="center"/>
            </w:pPr>
            <w:r w:rsidRPr="005C06FE">
              <w:t>8 (61.5)</w:t>
            </w:r>
          </w:p>
        </w:tc>
        <w:tc>
          <w:tcPr>
            <w:tcW w:w="1469" w:type="dxa"/>
            <w:tcBorders>
              <w:top w:val="single" w:sz="4" w:space="0" w:color="auto"/>
            </w:tcBorders>
            <w:vAlign w:val="center"/>
          </w:tcPr>
          <w:p w14:paraId="376823B3" w14:textId="77777777" w:rsidR="00304FB0" w:rsidRPr="005C06FE" w:rsidRDefault="00304FB0" w:rsidP="003F1E71">
            <w:pPr>
              <w:spacing w:after="200" w:line="480" w:lineRule="auto"/>
              <w:jc w:val="center"/>
            </w:pPr>
            <w:r w:rsidRPr="005C06FE">
              <w:t>6 (66.7)</w:t>
            </w:r>
          </w:p>
        </w:tc>
      </w:tr>
      <w:tr w:rsidR="00304FB0" w:rsidRPr="005C06FE" w14:paraId="57A435E6" w14:textId="77777777" w:rsidTr="00A949A1">
        <w:tc>
          <w:tcPr>
            <w:tcW w:w="2220" w:type="dxa"/>
            <w:vAlign w:val="center"/>
          </w:tcPr>
          <w:p w14:paraId="5CAB8275" w14:textId="77777777" w:rsidR="00304FB0" w:rsidRPr="005C06FE" w:rsidRDefault="00304FB0" w:rsidP="003F1E71">
            <w:pPr>
              <w:spacing w:after="200" w:line="480" w:lineRule="auto"/>
              <w:rPr>
                <w:b/>
              </w:rPr>
            </w:pPr>
            <w:r w:rsidRPr="005C06FE">
              <w:rPr>
                <w:b/>
              </w:rPr>
              <w:t>Any AESI</w:t>
            </w:r>
          </w:p>
        </w:tc>
        <w:tc>
          <w:tcPr>
            <w:tcW w:w="1853" w:type="dxa"/>
          </w:tcPr>
          <w:p w14:paraId="3AB89AFF" w14:textId="77777777" w:rsidR="00304FB0" w:rsidRPr="005C06FE" w:rsidRDefault="00304FB0" w:rsidP="003F1E71">
            <w:pPr>
              <w:spacing w:after="200" w:line="480" w:lineRule="auto"/>
              <w:jc w:val="center"/>
            </w:pPr>
            <w:r w:rsidRPr="005C06FE">
              <w:t>2 (50.0)</w:t>
            </w:r>
          </w:p>
        </w:tc>
        <w:tc>
          <w:tcPr>
            <w:tcW w:w="1853" w:type="dxa"/>
          </w:tcPr>
          <w:p w14:paraId="571EEFF8" w14:textId="77777777" w:rsidR="00304FB0" w:rsidRPr="005C06FE" w:rsidRDefault="00304FB0" w:rsidP="003F1E71">
            <w:pPr>
              <w:spacing w:after="200" w:line="480" w:lineRule="auto"/>
              <w:jc w:val="center"/>
            </w:pPr>
            <w:r w:rsidRPr="005C06FE">
              <w:t>2 (22.2)</w:t>
            </w:r>
          </w:p>
        </w:tc>
        <w:tc>
          <w:tcPr>
            <w:tcW w:w="1621" w:type="dxa"/>
            <w:vAlign w:val="center"/>
          </w:tcPr>
          <w:p w14:paraId="58E8D3EF" w14:textId="77777777" w:rsidR="00304FB0" w:rsidRPr="005C06FE" w:rsidRDefault="00304FB0" w:rsidP="003F1E71">
            <w:pPr>
              <w:spacing w:after="200" w:line="480" w:lineRule="auto"/>
              <w:jc w:val="center"/>
            </w:pPr>
            <w:r w:rsidRPr="005C06FE">
              <w:t>4 (30.8)</w:t>
            </w:r>
          </w:p>
        </w:tc>
        <w:tc>
          <w:tcPr>
            <w:tcW w:w="1469" w:type="dxa"/>
            <w:vAlign w:val="center"/>
          </w:tcPr>
          <w:p w14:paraId="771765AB" w14:textId="77777777" w:rsidR="00304FB0" w:rsidRPr="005C06FE" w:rsidRDefault="00304FB0" w:rsidP="003F1E71">
            <w:pPr>
              <w:spacing w:after="200" w:line="480" w:lineRule="auto"/>
              <w:jc w:val="center"/>
            </w:pPr>
            <w:r w:rsidRPr="005C06FE">
              <w:t>5 (55.6)</w:t>
            </w:r>
          </w:p>
        </w:tc>
      </w:tr>
      <w:tr w:rsidR="00304FB0" w:rsidRPr="005C06FE" w14:paraId="71CCF3CC" w14:textId="77777777" w:rsidTr="00A949A1">
        <w:tc>
          <w:tcPr>
            <w:tcW w:w="2220" w:type="dxa"/>
            <w:vAlign w:val="center"/>
          </w:tcPr>
          <w:p w14:paraId="51B49E3B" w14:textId="77777777" w:rsidR="00304FB0" w:rsidRPr="005C06FE" w:rsidRDefault="00304FB0" w:rsidP="003F1E71">
            <w:pPr>
              <w:spacing w:after="200" w:line="480" w:lineRule="auto"/>
              <w:rPr>
                <w:b/>
              </w:rPr>
            </w:pPr>
            <w:r w:rsidRPr="005C06FE">
              <w:rPr>
                <w:b/>
              </w:rPr>
              <w:t>Any SAE</w:t>
            </w:r>
          </w:p>
        </w:tc>
        <w:tc>
          <w:tcPr>
            <w:tcW w:w="1853" w:type="dxa"/>
          </w:tcPr>
          <w:p w14:paraId="192729EF" w14:textId="77777777" w:rsidR="00304FB0" w:rsidRPr="005C06FE" w:rsidRDefault="00304FB0" w:rsidP="003F1E71">
            <w:pPr>
              <w:spacing w:after="200" w:line="480" w:lineRule="auto"/>
              <w:jc w:val="center"/>
            </w:pPr>
            <w:r w:rsidRPr="005C06FE">
              <w:t>0</w:t>
            </w:r>
          </w:p>
        </w:tc>
        <w:tc>
          <w:tcPr>
            <w:tcW w:w="1853" w:type="dxa"/>
          </w:tcPr>
          <w:p w14:paraId="0E8069E7" w14:textId="77777777" w:rsidR="00304FB0" w:rsidRPr="005C06FE" w:rsidRDefault="00304FB0" w:rsidP="003F1E71">
            <w:pPr>
              <w:spacing w:after="200" w:line="480" w:lineRule="auto"/>
              <w:jc w:val="center"/>
            </w:pPr>
            <w:r w:rsidRPr="005C06FE">
              <w:t>1 (11.1)</w:t>
            </w:r>
          </w:p>
        </w:tc>
        <w:tc>
          <w:tcPr>
            <w:tcW w:w="1621" w:type="dxa"/>
            <w:vAlign w:val="center"/>
          </w:tcPr>
          <w:p w14:paraId="6F6B7F9B" w14:textId="77777777" w:rsidR="00304FB0" w:rsidRPr="005C06FE" w:rsidRDefault="00304FB0" w:rsidP="003F1E71">
            <w:pPr>
              <w:spacing w:after="200" w:line="480" w:lineRule="auto"/>
              <w:jc w:val="center"/>
            </w:pPr>
            <w:r w:rsidRPr="005C06FE">
              <w:t>1 (7.7)</w:t>
            </w:r>
          </w:p>
        </w:tc>
        <w:tc>
          <w:tcPr>
            <w:tcW w:w="1469" w:type="dxa"/>
            <w:vAlign w:val="center"/>
          </w:tcPr>
          <w:p w14:paraId="0A0B6276" w14:textId="77777777" w:rsidR="00304FB0" w:rsidRPr="005C06FE" w:rsidRDefault="00304FB0" w:rsidP="003F1E71">
            <w:pPr>
              <w:spacing w:after="200" w:line="480" w:lineRule="auto"/>
              <w:jc w:val="center"/>
            </w:pPr>
            <w:r w:rsidRPr="005C06FE">
              <w:t>0</w:t>
            </w:r>
          </w:p>
        </w:tc>
      </w:tr>
      <w:tr w:rsidR="00304FB0" w:rsidRPr="005C06FE" w14:paraId="40599B3B" w14:textId="77777777" w:rsidTr="00A949A1">
        <w:tc>
          <w:tcPr>
            <w:tcW w:w="2220" w:type="dxa"/>
            <w:vAlign w:val="center"/>
          </w:tcPr>
          <w:p w14:paraId="5EB1DC62" w14:textId="77777777" w:rsidR="00304FB0" w:rsidRPr="005C06FE" w:rsidRDefault="00304FB0" w:rsidP="003F1E71">
            <w:pPr>
              <w:spacing w:after="200" w:line="480" w:lineRule="auto"/>
              <w:rPr>
                <w:b/>
              </w:rPr>
            </w:pPr>
            <w:r w:rsidRPr="005C06FE">
              <w:rPr>
                <w:b/>
              </w:rPr>
              <w:t>Any AE leading to treatment discontinuation</w:t>
            </w:r>
          </w:p>
        </w:tc>
        <w:tc>
          <w:tcPr>
            <w:tcW w:w="1853" w:type="dxa"/>
          </w:tcPr>
          <w:p w14:paraId="68607E6E" w14:textId="77777777" w:rsidR="00304FB0" w:rsidRPr="005C06FE" w:rsidRDefault="00304FB0" w:rsidP="003F1E71">
            <w:pPr>
              <w:spacing w:after="200" w:line="480" w:lineRule="auto"/>
              <w:jc w:val="center"/>
            </w:pPr>
            <w:r w:rsidRPr="005C06FE">
              <w:t>0</w:t>
            </w:r>
          </w:p>
        </w:tc>
        <w:tc>
          <w:tcPr>
            <w:tcW w:w="1853" w:type="dxa"/>
          </w:tcPr>
          <w:p w14:paraId="58DF3234" w14:textId="77777777" w:rsidR="00304FB0" w:rsidRPr="005C06FE" w:rsidRDefault="00304FB0" w:rsidP="003F1E71">
            <w:pPr>
              <w:spacing w:after="200" w:line="480" w:lineRule="auto"/>
              <w:jc w:val="center"/>
            </w:pPr>
            <w:r w:rsidRPr="005C06FE">
              <w:t>0</w:t>
            </w:r>
          </w:p>
        </w:tc>
        <w:tc>
          <w:tcPr>
            <w:tcW w:w="1621" w:type="dxa"/>
            <w:vAlign w:val="center"/>
          </w:tcPr>
          <w:p w14:paraId="0595D27B" w14:textId="77777777" w:rsidR="00304FB0" w:rsidRPr="005C06FE" w:rsidRDefault="00304FB0" w:rsidP="003F1E71">
            <w:pPr>
              <w:spacing w:after="200" w:line="480" w:lineRule="auto"/>
              <w:jc w:val="center"/>
            </w:pPr>
            <w:r w:rsidRPr="005C06FE">
              <w:t>0</w:t>
            </w:r>
          </w:p>
        </w:tc>
        <w:tc>
          <w:tcPr>
            <w:tcW w:w="1469" w:type="dxa"/>
            <w:vAlign w:val="center"/>
          </w:tcPr>
          <w:p w14:paraId="5FB86723" w14:textId="77777777" w:rsidR="00304FB0" w:rsidRPr="005C06FE" w:rsidRDefault="00304FB0" w:rsidP="003F1E71">
            <w:pPr>
              <w:spacing w:after="200" w:line="480" w:lineRule="auto"/>
              <w:jc w:val="center"/>
            </w:pPr>
            <w:r w:rsidRPr="005C06FE">
              <w:t>0</w:t>
            </w:r>
          </w:p>
        </w:tc>
      </w:tr>
      <w:tr w:rsidR="00304FB0" w:rsidRPr="005C06FE" w14:paraId="1DD771EC" w14:textId="77777777" w:rsidTr="00A949A1">
        <w:tc>
          <w:tcPr>
            <w:tcW w:w="2220" w:type="dxa"/>
          </w:tcPr>
          <w:p w14:paraId="48A50764" w14:textId="77777777" w:rsidR="00304FB0" w:rsidRPr="005C06FE" w:rsidRDefault="00304FB0" w:rsidP="003F1E71">
            <w:pPr>
              <w:spacing w:after="200" w:line="480" w:lineRule="auto"/>
              <w:rPr>
                <w:b/>
              </w:rPr>
            </w:pPr>
            <w:r w:rsidRPr="005C06FE">
              <w:rPr>
                <w:b/>
              </w:rPr>
              <w:t>Any TEAE leading to study withdrawal</w:t>
            </w:r>
          </w:p>
        </w:tc>
        <w:tc>
          <w:tcPr>
            <w:tcW w:w="1853" w:type="dxa"/>
          </w:tcPr>
          <w:p w14:paraId="7E1962D0" w14:textId="77777777" w:rsidR="00304FB0" w:rsidRPr="005C06FE" w:rsidRDefault="00304FB0" w:rsidP="003F1E71">
            <w:pPr>
              <w:spacing w:after="200" w:line="480" w:lineRule="auto"/>
              <w:jc w:val="center"/>
            </w:pPr>
            <w:r w:rsidRPr="005C06FE">
              <w:t>0</w:t>
            </w:r>
          </w:p>
        </w:tc>
        <w:tc>
          <w:tcPr>
            <w:tcW w:w="1853" w:type="dxa"/>
          </w:tcPr>
          <w:p w14:paraId="2EF0BD73" w14:textId="77777777" w:rsidR="00304FB0" w:rsidRPr="005C06FE" w:rsidRDefault="00304FB0" w:rsidP="003F1E71">
            <w:pPr>
              <w:spacing w:after="200" w:line="480" w:lineRule="auto"/>
              <w:jc w:val="center"/>
            </w:pPr>
            <w:r w:rsidRPr="005C06FE">
              <w:t>0</w:t>
            </w:r>
          </w:p>
        </w:tc>
        <w:tc>
          <w:tcPr>
            <w:tcW w:w="1621" w:type="dxa"/>
            <w:vAlign w:val="center"/>
          </w:tcPr>
          <w:p w14:paraId="64A0B03A" w14:textId="77777777" w:rsidR="00304FB0" w:rsidRPr="005C06FE" w:rsidRDefault="00304FB0" w:rsidP="003F1E71">
            <w:pPr>
              <w:spacing w:after="200" w:line="480" w:lineRule="auto"/>
              <w:jc w:val="center"/>
            </w:pPr>
            <w:r w:rsidRPr="005C06FE">
              <w:t>0</w:t>
            </w:r>
          </w:p>
        </w:tc>
        <w:tc>
          <w:tcPr>
            <w:tcW w:w="1469" w:type="dxa"/>
            <w:vAlign w:val="center"/>
          </w:tcPr>
          <w:p w14:paraId="03959DE8" w14:textId="77777777" w:rsidR="00304FB0" w:rsidRPr="005C06FE" w:rsidRDefault="00304FB0" w:rsidP="003F1E71">
            <w:pPr>
              <w:spacing w:after="200" w:line="480" w:lineRule="auto"/>
              <w:jc w:val="center"/>
            </w:pPr>
            <w:r w:rsidRPr="005C06FE">
              <w:t>0</w:t>
            </w:r>
          </w:p>
        </w:tc>
      </w:tr>
      <w:tr w:rsidR="00304FB0" w:rsidRPr="005C06FE" w14:paraId="6ACF3692" w14:textId="77777777" w:rsidTr="00A949A1">
        <w:tc>
          <w:tcPr>
            <w:tcW w:w="2220" w:type="dxa"/>
          </w:tcPr>
          <w:p w14:paraId="6D3A3DC1" w14:textId="77777777" w:rsidR="00304FB0" w:rsidRPr="005C06FE" w:rsidRDefault="00304FB0" w:rsidP="003F1E71">
            <w:pPr>
              <w:spacing w:after="200" w:line="480" w:lineRule="auto"/>
              <w:rPr>
                <w:b/>
              </w:rPr>
            </w:pPr>
            <w:r w:rsidRPr="005C06FE">
              <w:rPr>
                <w:b/>
              </w:rPr>
              <w:t>TEAE grade</w:t>
            </w:r>
          </w:p>
        </w:tc>
        <w:tc>
          <w:tcPr>
            <w:tcW w:w="1853" w:type="dxa"/>
          </w:tcPr>
          <w:p w14:paraId="6E5FF8D7" w14:textId="77777777" w:rsidR="00304FB0" w:rsidRPr="005C06FE" w:rsidRDefault="00304FB0" w:rsidP="003F1E71">
            <w:pPr>
              <w:spacing w:after="200" w:line="480" w:lineRule="auto"/>
              <w:jc w:val="center"/>
            </w:pPr>
          </w:p>
        </w:tc>
        <w:tc>
          <w:tcPr>
            <w:tcW w:w="1853" w:type="dxa"/>
          </w:tcPr>
          <w:p w14:paraId="72DA4750" w14:textId="77777777" w:rsidR="00304FB0" w:rsidRPr="005C06FE" w:rsidRDefault="00304FB0" w:rsidP="003F1E71">
            <w:pPr>
              <w:spacing w:after="200" w:line="480" w:lineRule="auto"/>
              <w:jc w:val="center"/>
            </w:pPr>
          </w:p>
        </w:tc>
        <w:tc>
          <w:tcPr>
            <w:tcW w:w="1621" w:type="dxa"/>
            <w:vAlign w:val="center"/>
          </w:tcPr>
          <w:p w14:paraId="3AEEC7F7" w14:textId="77777777" w:rsidR="00304FB0" w:rsidRPr="005C06FE" w:rsidRDefault="00304FB0" w:rsidP="003F1E71">
            <w:pPr>
              <w:spacing w:after="200" w:line="480" w:lineRule="auto"/>
              <w:jc w:val="center"/>
            </w:pPr>
          </w:p>
        </w:tc>
        <w:tc>
          <w:tcPr>
            <w:tcW w:w="1469" w:type="dxa"/>
            <w:vAlign w:val="center"/>
          </w:tcPr>
          <w:p w14:paraId="757A2AF7" w14:textId="77777777" w:rsidR="00304FB0" w:rsidRPr="005C06FE" w:rsidRDefault="00304FB0" w:rsidP="003F1E71">
            <w:pPr>
              <w:spacing w:after="200" w:line="480" w:lineRule="auto"/>
              <w:jc w:val="center"/>
            </w:pPr>
          </w:p>
        </w:tc>
      </w:tr>
      <w:tr w:rsidR="00304FB0" w:rsidRPr="005C06FE" w14:paraId="53E06A0C" w14:textId="77777777" w:rsidTr="00A949A1">
        <w:tc>
          <w:tcPr>
            <w:tcW w:w="2220" w:type="dxa"/>
          </w:tcPr>
          <w:p w14:paraId="2A6D6E29" w14:textId="77777777" w:rsidR="00304FB0" w:rsidRPr="005C06FE" w:rsidRDefault="00304FB0" w:rsidP="003F1E71">
            <w:pPr>
              <w:spacing w:after="200" w:line="480" w:lineRule="auto"/>
              <w:rPr>
                <w:b/>
                <w:iCs/>
              </w:rPr>
            </w:pPr>
            <w:r w:rsidRPr="00A949A1">
              <w:rPr>
                <w:iCs/>
              </w:rPr>
              <w:t>Mild</w:t>
            </w:r>
          </w:p>
        </w:tc>
        <w:tc>
          <w:tcPr>
            <w:tcW w:w="1853" w:type="dxa"/>
          </w:tcPr>
          <w:p w14:paraId="4327DCC2" w14:textId="77777777" w:rsidR="00304FB0" w:rsidRPr="005C06FE" w:rsidRDefault="00304FB0" w:rsidP="003F1E71">
            <w:pPr>
              <w:spacing w:after="200" w:line="480" w:lineRule="auto"/>
              <w:jc w:val="center"/>
            </w:pPr>
            <w:r w:rsidRPr="005C06FE">
              <w:rPr>
                <w:rFonts w:cs="Arial"/>
              </w:rPr>
              <w:t>3 (75.0)</w:t>
            </w:r>
          </w:p>
        </w:tc>
        <w:tc>
          <w:tcPr>
            <w:tcW w:w="1853" w:type="dxa"/>
          </w:tcPr>
          <w:p w14:paraId="6B4CCB5A" w14:textId="77777777" w:rsidR="00304FB0" w:rsidRPr="005C06FE" w:rsidRDefault="00304FB0" w:rsidP="003F1E71">
            <w:pPr>
              <w:spacing w:after="200" w:line="480" w:lineRule="auto"/>
              <w:jc w:val="center"/>
            </w:pPr>
            <w:r w:rsidRPr="005C06FE">
              <w:rPr>
                <w:rFonts w:cs="Arial"/>
              </w:rPr>
              <w:t>1 (11.1)</w:t>
            </w:r>
          </w:p>
        </w:tc>
        <w:tc>
          <w:tcPr>
            <w:tcW w:w="1621" w:type="dxa"/>
            <w:vAlign w:val="center"/>
          </w:tcPr>
          <w:p w14:paraId="7C222378" w14:textId="77777777" w:rsidR="00304FB0" w:rsidRPr="005C06FE" w:rsidRDefault="00304FB0" w:rsidP="003F1E71">
            <w:pPr>
              <w:spacing w:after="200" w:line="480" w:lineRule="auto"/>
              <w:jc w:val="center"/>
            </w:pPr>
            <w:r w:rsidRPr="005C06FE">
              <w:t>4 (30.8)</w:t>
            </w:r>
          </w:p>
        </w:tc>
        <w:tc>
          <w:tcPr>
            <w:tcW w:w="1469" w:type="dxa"/>
            <w:vAlign w:val="center"/>
          </w:tcPr>
          <w:p w14:paraId="44B7A276" w14:textId="77777777" w:rsidR="00304FB0" w:rsidRPr="005C06FE" w:rsidRDefault="00304FB0" w:rsidP="003F1E71">
            <w:pPr>
              <w:spacing w:after="200" w:line="480" w:lineRule="auto"/>
              <w:jc w:val="center"/>
            </w:pPr>
            <w:r w:rsidRPr="005C06FE">
              <w:t>5 (55.6)</w:t>
            </w:r>
          </w:p>
        </w:tc>
      </w:tr>
      <w:tr w:rsidR="00304FB0" w:rsidRPr="005C06FE" w14:paraId="4EEA4B0F" w14:textId="77777777" w:rsidTr="00A949A1">
        <w:tc>
          <w:tcPr>
            <w:tcW w:w="2220" w:type="dxa"/>
          </w:tcPr>
          <w:p w14:paraId="63513EC0" w14:textId="77777777" w:rsidR="00304FB0" w:rsidRPr="005C06FE" w:rsidRDefault="00304FB0" w:rsidP="003F1E71">
            <w:pPr>
              <w:spacing w:after="200" w:line="480" w:lineRule="auto"/>
              <w:rPr>
                <w:b/>
                <w:iCs/>
              </w:rPr>
            </w:pPr>
            <w:r w:rsidRPr="00A949A1">
              <w:rPr>
                <w:iCs/>
              </w:rPr>
              <w:t>Moderate</w:t>
            </w:r>
          </w:p>
        </w:tc>
        <w:tc>
          <w:tcPr>
            <w:tcW w:w="1853" w:type="dxa"/>
          </w:tcPr>
          <w:p w14:paraId="3EE13746" w14:textId="77777777" w:rsidR="00304FB0" w:rsidRPr="005C06FE" w:rsidRDefault="00304FB0" w:rsidP="003F1E71">
            <w:pPr>
              <w:spacing w:after="200" w:line="480" w:lineRule="auto"/>
              <w:jc w:val="center"/>
            </w:pPr>
            <w:r w:rsidRPr="005C06FE">
              <w:t>0</w:t>
            </w:r>
          </w:p>
        </w:tc>
        <w:tc>
          <w:tcPr>
            <w:tcW w:w="1853" w:type="dxa"/>
          </w:tcPr>
          <w:p w14:paraId="61124501" w14:textId="77777777" w:rsidR="00304FB0" w:rsidRPr="005C06FE" w:rsidRDefault="00304FB0" w:rsidP="003F1E71">
            <w:pPr>
              <w:spacing w:after="200" w:line="480" w:lineRule="auto"/>
              <w:jc w:val="center"/>
            </w:pPr>
            <w:r w:rsidRPr="005C06FE">
              <w:t>3 (33.3)</w:t>
            </w:r>
          </w:p>
        </w:tc>
        <w:tc>
          <w:tcPr>
            <w:tcW w:w="1621" w:type="dxa"/>
            <w:vAlign w:val="center"/>
          </w:tcPr>
          <w:p w14:paraId="14EE29A2" w14:textId="77777777" w:rsidR="00304FB0" w:rsidRPr="005C06FE" w:rsidRDefault="00304FB0" w:rsidP="003F1E71">
            <w:pPr>
              <w:spacing w:after="200" w:line="480" w:lineRule="auto"/>
              <w:jc w:val="center"/>
            </w:pPr>
            <w:r w:rsidRPr="005C06FE">
              <w:t>3 (23.1)</w:t>
            </w:r>
          </w:p>
        </w:tc>
        <w:tc>
          <w:tcPr>
            <w:tcW w:w="1469" w:type="dxa"/>
            <w:vAlign w:val="center"/>
          </w:tcPr>
          <w:p w14:paraId="0FBFDF68" w14:textId="77777777" w:rsidR="00304FB0" w:rsidRPr="005C06FE" w:rsidRDefault="00304FB0" w:rsidP="003F1E71">
            <w:pPr>
              <w:spacing w:after="200" w:line="480" w:lineRule="auto"/>
              <w:jc w:val="center"/>
            </w:pPr>
            <w:r w:rsidRPr="005C06FE">
              <w:t>1 (11.1)</w:t>
            </w:r>
          </w:p>
        </w:tc>
      </w:tr>
      <w:tr w:rsidR="00304FB0" w:rsidRPr="005C06FE" w14:paraId="43A81838" w14:textId="77777777" w:rsidTr="00A949A1">
        <w:tc>
          <w:tcPr>
            <w:tcW w:w="2220" w:type="dxa"/>
          </w:tcPr>
          <w:p w14:paraId="0D4E53B9" w14:textId="77777777" w:rsidR="00304FB0" w:rsidRPr="005C06FE" w:rsidRDefault="00304FB0" w:rsidP="003F1E71">
            <w:pPr>
              <w:spacing w:after="200" w:line="480" w:lineRule="auto"/>
              <w:rPr>
                <w:b/>
                <w:iCs/>
              </w:rPr>
            </w:pPr>
            <w:r w:rsidRPr="00A949A1">
              <w:rPr>
                <w:iCs/>
              </w:rPr>
              <w:t>Severe</w:t>
            </w:r>
          </w:p>
        </w:tc>
        <w:tc>
          <w:tcPr>
            <w:tcW w:w="1853" w:type="dxa"/>
          </w:tcPr>
          <w:p w14:paraId="10EE8872" w14:textId="77777777" w:rsidR="00304FB0" w:rsidRPr="005C06FE" w:rsidRDefault="00304FB0" w:rsidP="003F1E71">
            <w:pPr>
              <w:spacing w:after="200" w:line="480" w:lineRule="auto"/>
              <w:jc w:val="center"/>
            </w:pPr>
            <w:r w:rsidRPr="005C06FE">
              <w:t>0</w:t>
            </w:r>
          </w:p>
        </w:tc>
        <w:tc>
          <w:tcPr>
            <w:tcW w:w="1853" w:type="dxa"/>
          </w:tcPr>
          <w:p w14:paraId="29F545A6" w14:textId="77777777" w:rsidR="00304FB0" w:rsidRPr="005C06FE" w:rsidRDefault="00304FB0" w:rsidP="003F1E71">
            <w:pPr>
              <w:spacing w:after="200" w:line="480" w:lineRule="auto"/>
              <w:jc w:val="center"/>
            </w:pPr>
            <w:r w:rsidRPr="005C06FE">
              <w:t>1 (11.1)</w:t>
            </w:r>
          </w:p>
        </w:tc>
        <w:tc>
          <w:tcPr>
            <w:tcW w:w="1621" w:type="dxa"/>
            <w:vAlign w:val="center"/>
          </w:tcPr>
          <w:p w14:paraId="417DA8AD" w14:textId="77777777" w:rsidR="00304FB0" w:rsidRPr="005C06FE" w:rsidRDefault="00304FB0" w:rsidP="003F1E71">
            <w:pPr>
              <w:spacing w:after="200" w:line="480" w:lineRule="auto"/>
              <w:jc w:val="center"/>
            </w:pPr>
            <w:r w:rsidRPr="005C06FE">
              <w:t>1 (7.7)</w:t>
            </w:r>
          </w:p>
        </w:tc>
        <w:tc>
          <w:tcPr>
            <w:tcW w:w="1469" w:type="dxa"/>
            <w:vAlign w:val="center"/>
          </w:tcPr>
          <w:p w14:paraId="0CBCD79B" w14:textId="77777777" w:rsidR="00304FB0" w:rsidRPr="005C06FE" w:rsidRDefault="00304FB0" w:rsidP="003F1E71">
            <w:pPr>
              <w:spacing w:after="200" w:line="480" w:lineRule="auto"/>
              <w:jc w:val="center"/>
            </w:pPr>
            <w:r w:rsidRPr="005C06FE">
              <w:t>0</w:t>
            </w:r>
          </w:p>
        </w:tc>
      </w:tr>
      <w:tr w:rsidR="00304FB0" w:rsidRPr="005C06FE" w14:paraId="157ED3B2" w14:textId="77777777" w:rsidTr="00A949A1">
        <w:tc>
          <w:tcPr>
            <w:tcW w:w="2220" w:type="dxa"/>
            <w:vAlign w:val="center"/>
          </w:tcPr>
          <w:p w14:paraId="22B5FE0D" w14:textId="77777777" w:rsidR="00304FB0" w:rsidRPr="005C06FE" w:rsidRDefault="00304FB0" w:rsidP="003F1E71">
            <w:pPr>
              <w:spacing w:after="200" w:line="480" w:lineRule="auto"/>
              <w:rPr>
                <w:b/>
              </w:rPr>
            </w:pPr>
            <w:r w:rsidRPr="005C06FE">
              <w:rPr>
                <w:b/>
              </w:rPr>
              <w:t>Preferred term</w:t>
            </w:r>
          </w:p>
        </w:tc>
        <w:tc>
          <w:tcPr>
            <w:tcW w:w="1853" w:type="dxa"/>
          </w:tcPr>
          <w:p w14:paraId="3AE00D2B" w14:textId="77777777" w:rsidR="00304FB0" w:rsidRPr="005C06FE" w:rsidRDefault="00304FB0" w:rsidP="003F1E71">
            <w:pPr>
              <w:spacing w:after="200" w:line="480" w:lineRule="auto"/>
              <w:jc w:val="center"/>
            </w:pPr>
          </w:p>
        </w:tc>
        <w:tc>
          <w:tcPr>
            <w:tcW w:w="1853" w:type="dxa"/>
          </w:tcPr>
          <w:p w14:paraId="4065F94C" w14:textId="77777777" w:rsidR="00304FB0" w:rsidRPr="005C06FE" w:rsidRDefault="00304FB0" w:rsidP="003F1E71">
            <w:pPr>
              <w:spacing w:after="200" w:line="480" w:lineRule="auto"/>
              <w:jc w:val="center"/>
            </w:pPr>
          </w:p>
        </w:tc>
        <w:tc>
          <w:tcPr>
            <w:tcW w:w="1621" w:type="dxa"/>
            <w:vAlign w:val="center"/>
          </w:tcPr>
          <w:p w14:paraId="2319A7D0" w14:textId="77777777" w:rsidR="00304FB0" w:rsidRPr="005C06FE" w:rsidRDefault="00304FB0" w:rsidP="003F1E71">
            <w:pPr>
              <w:spacing w:after="200" w:line="480" w:lineRule="auto"/>
              <w:jc w:val="center"/>
            </w:pPr>
          </w:p>
        </w:tc>
        <w:tc>
          <w:tcPr>
            <w:tcW w:w="1469" w:type="dxa"/>
            <w:vAlign w:val="center"/>
          </w:tcPr>
          <w:p w14:paraId="2A4789D1" w14:textId="77777777" w:rsidR="00304FB0" w:rsidRPr="005C06FE" w:rsidRDefault="00304FB0" w:rsidP="003F1E71">
            <w:pPr>
              <w:spacing w:after="200" w:line="480" w:lineRule="auto"/>
              <w:jc w:val="center"/>
            </w:pPr>
          </w:p>
        </w:tc>
      </w:tr>
      <w:tr w:rsidR="00304FB0" w:rsidRPr="005C06FE" w14:paraId="23388F75" w14:textId="77777777" w:rsidTr="00A949A1">
        <w:tc>
          <w:tcPr>
            <w:tcW w:w="2220" w:type="dxa"/>
            <w:vAlign w:val="center"/>
          </w:tcPr>
          <w:p w14:paraId="3D8C130E" w14:textId="77777777" w:rsidR="00304FB0" w:rsidRPr="00A949A1" w:rsidRDefault="00304FB0" w:rsidP="003F1E71">
            <w:pPr>
              <w:spacing w:after="200" w:line="480" w:lineRule="auto"/>
              <w:rPr>
                <w:iCs/>
              </w:rPr>
            </w:pPr>
            <w:r w:rsidRPr="00A949A1">
              <w:rPr>
                <w:iCs/>
              </w:rPr>
              <w:t>COVID-19</w:t>
            </w:r>
            <w:r w:rsidRPr="00A949A1">
              <w:rPr>
                <w:iCs/>
                <w:vertAlign w:val="superscript"/>
              </w:rPr>
              <w:t>a</w:t>
            </w:r>
          </w:p>
        </w:tc>
        <w:tc>
          <w:tcPr>
            <w:tcW w:w="1853" w:type="dxa"/>
          </w:tcPr>
          <w:p w14:paraId="41C3CD30" w14:textId="77777777" w:rsidR="00304FB0" w:rsidRPr="005C06FE" w:rsidRDefault="00304FB0" w:rsidP="003F1E71">
            <w:pPr>
              <w:spacing w:after="200" w:line="480" w:lineRule="auto"/>
              <w:jc w:val="center"/>
            </w:pPr>
            <w:r w:rsidRPr="005C06FE">
              <w:t>1 (25.0)</w:t>
            </w:r>
          </w:p>
        </w:tc>
        <w:tc>
          <w:tcPr>
            <w:tcW w:w="1853" w:type="dxa"/>
          </w:tcPr>
          <w:p w14:paraId="0FA380C2" w14:textId="77777777" w:rsidR="00304FB0" w:rsidRPr="005C06FE" w:rsidRDefault="00304FB0" w:rsidP="003F1E71">
            <w:pPr>
              <w:spacing w:after="200" w:line="480" w:lineRule="auto"/>
              <w:jc w:val="center"/>
            </w:pPr>
            <w:r w:rsidRPr="005C06FE">
              <w:t xml:space="preserve"> 1 (11.1)</w:t>
            </w:r>
          </w:p>
        </w:tc>
        <w:tc>
          <w:tcPr>
            <w:tcW w:w="1621" w:type="dxa"/>
            <w:vAlign w:val="center"/>
          </w:tcPr>
          <w:p w14:paraId="0E8F4F8C" w14:textId="77777777" w:rsidR="00304FB0" w:rsidRPr="005C06FE" w:rsidRDefault="00304FB0" w:rsidP="003F1E71">
            <w:pPr>
              <w:spacing w:after="200" w:line="480" w:lineRule="auto"/>
              <w:jc w:val="center"/>
            </w:pPr>
            <w:r w:rsidRPr="005C06FE">
              <w:t>2 (15.4)</w:t>
            </w:r>
          </w:p>
        </w:tc>
        <w:tc>
          <w:tcPr>
            <w:tcW w:w="1469" w:type="dxa"/>
            <w:vAlign w:val="center"/>
          </w:tcPr>
          <w:p w14:paraId="2AEB62C3" w14:textId="77777777" w:rsidR="00304FB0" w:rsidRPr="005C06FE" w:rsidRDefault="00304FB0" w:rsidP="003F1E71">
            <w:pPr>
              <w:spacing w:after="200" w:line="480" w:lineRule="auto"/>
              <w:jc w:val="center"/>
            </w:pPr>
            <w:r w:rsidRPr="005C06FE">
              <w:t>0</w:t>
            </w:r>
          </w:p>
        </w:tc>
      </w:tr>
      <w:tr w:rsidR="00304FB0" w:rsidRPr="005C06FE" w14:paraId="05728901" w14:textId="77777777" w:rsidTr="00A949A1">
        <w:tc>
          <w:tcPr>
            <w:tcW w:w="2220" w:type="dxa"/>
            <w:vAlign w:val="center"/>
          </w:tcPr>
          <w:p w14:paraId="4BE45352" w14:textId="77777777" w:rsidR="00304FB0" w:rsidRPr="00A949A1" w:rsidRDefault="00304FB0" w:rsidP="003F1E71">
            <w:pPr>
              <w:spacing w:after="200" w:line="480" w:lineRule="auto"/>
              <w:rPr>
                <w:iCs/>
              </w:rPr>
            </w:pPr>
            <w:r w:rsidRPr="00A949A1">
              <w:rPr>
                <w:iCs/>
              </w:rPr>
              <w:t>Asthma</w:t>
            </w:r>
          </w:p>
        </w:tc>
        <w:tc>
          <w:tcPr>
            <w:tcW w:w="1853" w:type="dxa"/>
          </w:tcPr>
          <w:p w14:paraId="115D4623" w14:textId="77777777" w:rsidR="00304FB0" w:rsidRPr="005C06FE" w:rsidRDefault="00304FB0" w:rsidP="003F1E71">
            <w:pPr>
              <w:spacing w:after="200" w:line="480" w:lineRule="auto"/>
              <w:jc w:val="center"/>
            </w:pPr>
            <w:r w:rsidRPr="005C06FE">
              <w:t>0</w:t>
            </w:r>
          </w:p>
        </w:tc>
        <w:tc>
          <w:tcPr>
            <w:tcW w:w="1853" w:type="dxa"/>
          </w:tcPr>
          <w:p w14:paraId="42585BEB" w14:textId="77777777" w:rsidR="00304FB0" w:rsidRPr="005C06FE" w:rsidRDefault="00304FB0" w:rsidP="003F1E71">
            <w:pPr>
              <w:spacing w:after="200" w:line="480" w:lineRule="auto"/>
              <w:jc w:val="center"/>
            </w:pPr>
            <w:r>
              <w:t>2</w:t>
            </w:r>
            <w:r w:rsidRPr="005C06FE">
              <w:t xml:space="preserve"> (22.2)</w:t>
            </w:r>
          </w:p>
        </w:tc>
        <w:tc>
          <w:tcPr>
            <w:tcW w:w="1621" w:type="dxa"/>
            <w:vAlign w:val="center"/>
          </w:tcPr>
          <w:p w14:paraId="52CB30D8" w14:textId="77777777" w:rsidR="00304FB0" w:rsidRPr="005C06FE" w:rsidRDefault="00304FB0" w:rsidP="003F1E71">
            <w:pPr>
              <w:spacing w:after="200" w:line="480" w:lineRule="auto"/>
              <w:jc w:val="center"/>
            </w:pPr>
            <w:r w:rsidRPr="005C06FE">
              <w:t>2 (15.4)</w:t>
            </w:r>
          </w:p>
        </w:tc>
        <w:tc>
          <w:tcPr>
            <w:tcW w:w="1469" w:type="dxa"/>
            <w:vAlign w:val="center"/>
          </w:tcPr>
          <w:p w14:paraId="581DAC94" w14:textId="77777777" w:rsidR="00304FB0" w:rsidRPr="005C06FE" w:rsidRDefault="00304FB0" w:rsidP="003F1E71">
            <w:pPr>
              <w:spacing w:after="200" w:line="480" w:lineRule="auto"/>
              <w:jc w:val="center"/>
            </w:pPr>
            <w:r w:rsidRPr="005C06FE">
              <w:t>0</w:t>
            </w:r>
          </w:p>
        </w:tc>
      </w:tr>
      <w:tr w:rsidR="00304FB0" w:rsidRPr="005C06FE" w14:paraId="404CDD81" w14:textId="77777777" w:rsidTr="00A949A1">
        <w:tc>
          <w:tcPr>
            <w:tcW w:w="2220" w:type="dxa"/>
            <w:tcBorders>
              <w:bottom w:val="single" w:sz="4" w:space="0" w:color="auto"/>
            </w:tcBorders>
            <w:vAlign w:val="center"/>
          </w:tcPr>
          <w:p w14:paraId="15FE99AC" w14:textId="77777777" w:rsidR="00304FB0" w:rsidRPr="00A949A1" w:rsidRDefault="00304FB0" w:rsidP="003F1E71">
            <w:pPr>
              <w:spacing w:after="200" w:line="480" w:lineRule="auto"/>
              <w:rPr>
                <w:iCs/>
              </w:rPr>
            </w:pPr>
            <w:r w:rsidRPr="00A949A1">
              <w:rPr>
                <w:iCs/>
              </w:rPr>
              <w:t>Rhinitis allergic</w:t>
            </w:r>
          </w:p>
        </w:tc>
        <w:tc>
          <w:tcPr>
            <w:tcW w:w="1853" w:type="dxa"/>
            <w:tcBorders>
              <w:bottom w:val="single" w:sz="4" w:space="0" w:color="auto"/>
            </w:tcBorders>
          </w:tcPr>
          <w:p w14:paraId="635A18B3" w14:textId="77777777" w:rsidR="00304FB0" w:rsidRPr="005C06FE" w:rsidRDefault="00304FB0" w:rsidP="003F1E71">
            <w:pPr>
              <w:spacing w:after="200" w:line="480" w:lineRule="auto"/>
              <w:jc w:val="center"/>
            </w:pPr>
            <w:r w:rsidRPr="005C06FE">
              <w:t>0</w:t>
            </w:r>
          </w:p>
        </w:tc>
        <w:tc>
          <w:tcPr>
            <w:tcW w:w="1853" w:type="dxa"/>
            <w:tcBorders>
              <w:bottom w:val="single" w:sz="4" w:space="0" w:color="auto"/>
            </w:tcBorders>
          </w:tcPr>
          <w:p w14:paraId="1272743B" w14:textId="77777777" w:rsidR="00304FB0" w:rsidRPr="005C06FE" w:rsidRDefault="00304FB0" w:rsidP="003F1E71">
            <w:pPr>
              <w:spacing w:after="200" w:line="480" w:lineRule="auto"/>
              <w:jc w:val="center"/>
            </w:pPr>
            <w:r w:rsidRPr="005C06FE">
              <w:t>2 (22.2)</w:t>
            </w:r>
          </w:p>
        </w:tc>
        <w:tc>
          <w:tcPr>
            <w:tcW w:w="1621" w:type="dxa"/>
            <w:tcBorders>
              <w:bottom w:val="single" w:sz="4" w:space="0" w:color="auto"/>
            </w:tcBorders>
            <w:vAlign w:val="center"/>
          </w:tcPr>
          <w:p w14:paraId="4BE1AFCF" w14:textId="77777777" w:rsidR="00304FB0" w:rsidRPr="005C06FE" w:rsidRDefault="00304FB0" w:rsidP="003F1E71">
            <w:pPr>
              <w:spacing w:after="200" w:line="480" w:lineRule="auto"/>
              <w:jc w:val="center"/>
            </w:pPr>
            <w:r w:rsidRPr="005C06FE">
              <w:t>2 (15.4)</w:t>
            </w:r>
          </w:p>
        </w:tc>
        <w:tc>
          <w:tcPr>
            <w:tcW w:w="1469" w:type="dxa"/>
            <w:tcBorders>
              <w:bottom w:val="single" w:sz="4" w:space="0" w:color="auto"/>
            </w:tcBorders>
            <w:vAlign w:val="center"/>
          </w:tcPr>
          <w:p w14:paraId="2C2270C4" w14:textId="77777777" w:rsidR="00304FB0" w:rsidRPr="005C06FE" w:rsidRDefault="00304FB0" w:rsidP="003F1E71">
            <w:pPr>
              <w:spacing w:after="200" w:line="480" w:lineRule="auto"/>
              <w:jc w:val="center"/>
            </w:pPr>
            <w:r w:rsidRPr="005C06FE">
              <w:t>0</w:t>
            </w:r>
          </w:p>
        </w:tc>
      </w:tr>
    </w:tbl>
    <w:p w14:paraId="5FDA7095" w14:textId="77777777" w:rsidR="00304FB0" w:rsidRPr="005C06FE" w:rsidRDefault="00304FB0" w:rsidP="00D116A3">
      <w:pPr>
        <w:spacing w:line="480" w:lineRule="auto"/>
        <w:rPr>
          <w:sz w:val="22"/>
        </w:rPr>
      </w:pPr>
      <w:r w:rsidRPr="005C06FE">
        <w:rPr>
          <w:sz w:val="22"/>
        </w:rPr>
        <w:lastRenderedPageBreak/>
        <w:t>Data are presented as n (%). Patients with multiple occurrences are counted once per system organ class and preferred term, regardless of the number of occurrences. The table includes AEs with an onset on or after the first dose of study drug through to last follow-up (day 56</w:t>
      </w:r>
      <w:proofErr w:type="gramStart"/>
      <w:r w:rsidRPr="005C06FE">
        <w:rPr>
          <w:sz w:val="22"/>
        </w:rPr>
        <w:t>), and</w:t>
      </w:r>
      <w:proofErr w:type="gramEnd"/>
      <w:r w:rsidRPr="005C06FE">
        <w:rPr>
          <w:sz w:val="22"/>
        </w:rPr>
        <w:t xml:space="preserve"> is sorted by decreasing frequency of events for those receiving </w:t>
      </w:r>
      <w:proofErr w:type="spellStart"/>
      <w:r w:rsidRPr="005C06FE">
        <w:rPr>
          <w:sz w:val="22"/>
        </w:rPr>
        <w:t>elarekibep</w:t>
      </w:r>
      <w:proofErr w:type="spellEnd"/>
      <w:r w:rsidRPr="005C06FE">
        <w:rPr>
          <w:sz w:val="22"/>
        </w:rPr>
        <w:t>. The listed TEAEs occurred in ≥ 2 patients who received the study drug</w:t>
      </w:r>
    </w:p>
    <w:p w14:paraId="5A1DF259" w14:textId="77777777" w:rsidR="00304FB0" w:rsidRDefault="00304FB0" w:rsidP="008D0C22">
      <w:pPr>
        <w:spacing w:line="480" w:lineRule="auto"/>
        <w:rPr>
          <w:sz w:val="22"/>
        </w:rPr>
      </w:pPr>
      <w:r w:rsidRPr="0082013E">
        <w:rPr>
          <w:sz w:val="22"/>
        </w:rPr>
        <w:t>AE = adverse event, COVID-19 = coronavirus disease-19, SAE = serious adverse event, TEAE = treatment-emergent adverse event</w:t>
      </w:r>
    </w:p>
    <w:p w14:paraId="49E72197" w14:textId="77777777" w:rsidR="00304FB0" w:rsidRPr="005C06FE" w:rsidRDefault="00304FB0" w:rsidP="008D0C22">
      <w:pPr>
        <w:spacing w:line="480" w:lineRule="auto"/>
      </w:pPr>
    </w:p>
    <w:p w14:paraId="43006EDA" w14:textId="77777777" w:rsidR="00304FB0" w:rsidRDefault="00304FB0">
      <w:pPr>
        <w:spacing w:line="240" w:lineRule="auto"/>
        <w:rPr>
          <w:b/>
        </w:rPr>
      </w:pPr>
      <w:r>
        <w:br w:type="page"/>
      </w:r>
    </w:p>
    <w:p w14:paraId="02A9889A" w14:textId="77777777" w:rsidR="00304FB0" w:rsidRPr="005C06FE" w:rsidRDefault="00304FB0" w:rsidP="003F1E71">
      <w:pPr>
        <w:pStyle w:val="Heading2"/>
        <w:spacing w:line="480" w:lineRule="auto"/>
        <w:rPr>
          <w:b w:val="0"/>
        </w:rPr>
      </w:pPr>
      <w:r w:rsidRPr="005C06FE">
        <w:lastRenderedPageBreak/>
        <w:t>Supplementa</w:t>
      </w:r>
      <w:r>
        <w:t>l</w:t>
      </w:r>
      <w:r w:rsidRPr="005C06FE">
        <w:t xml:space="preserve"> Table </w:t>
      </w:r>
      <w:r>
        <w:t>S</w:t>
      </w:r>
      <w:r w:rsidRPr="005C06FE">
        <w:t>3</w:t>
      </w:r>
      <w:r w:rsidRPr="005C06FE">
        <w:rPr>
          <w:b w:val="0"/>
        </w:rPr>
        <w:t xml:space="preserve"> Summary of ADA responses in patients with controlled moderate asthma (part 1)</w:t>
      </w:r>
    </w:p>
    <w:tbl>
      <w:tblPr>
        <w:tblStyle w:val="Table"/>
        <w:tblW w:w="9351" w:type="dxa"/>
        <w:tblInd w:w="0" w:type="dxa"/>
        <w:tblCellMar>
          <w:left w:w="108" w:type="dxa"/>
          <w:right w:w="108" w:type="dxa"/>
        </w:tblCellMar>
        <w:tblLook w:val="04A0" w:firstRow="1" w:lastRow="0" w:firstColumn="1" w:lastColumn="0" w:noHBand="0" w:noVBand="1"/>
      </w:tblPr>
      <w:tblGrid>
        <w:gridCol w:w="2405"/>
        <w:gridCol w:w="2126"/>
        <w:gridCol w:w="1843"/>
        <w:gridCol w:w="1843"/>
        <w:gridCol w:w="1134"/>
      </w:tblGrid>
      <w:tr w:rsidR="00304FB0" w:rsidRPr="005C06FE" w14:paraId="6ED6F26A" w14:textId="77777777" w:rsidTr="00127A6A">
        <w:tc>
          <w:tcPr>
            <w:tcW w:w="2405" w:type="dxa"/>
            <w:tcBorders>
              <w:top w:val="single" w:sz="4" w:space="0" w:color="auto"/>
              <w:bottom w:val="single" w:sz="4" w:space="0" w:color="auto"/>
            </w:tcBorders>
          </w:tcPr>
          <w:p w14:paraId="3CEA2289" w14:textId="77777777" w:rsidR="00304FB0" w:rsidRPr="005C06FE" w:rsidRDefault="00304FB0" w:rsidP="000C48AD">
            <w:pPr>
              <w:spacing w:line="480" w:lineRule="auto"/>
              <w:rPr>
                <w:b/>
              </w:rPr>
            </w:pPr>
            <w:r w:rsidRPr="005C06FE">
              <w:rPr>
                <w:b/>
              </w:rPr>
              <w:t>ADA category</w:t>
            </w:r>
          </w:p>
        </w:tc>
        <w:tc>
          <w:tcPr>
            <w:tcW w:w="2126" w:type="dxa"/>
            <w:tcBorders>
              <w:top w:val="single" w:sz="4" w:space="0" w:color="auto"/>
              <w:bottom w:val="single" w:sz="4" w:space="0" w:color="auto"/>
            </w:tcBorders>
          </w:tcPr>
          <w:p w14:paraId="7D3BAA26" w14:textId="77777777" w:rsidR="00304FB0" w:rsidRDefault="00304FB0" w:rsidP="00FD5AA6">
            <w:pPr>
              <w:spacing w:line="480" w:lineRule="auto"/>
              <w:jc w:val="center"/>
              <w:rPr>
                <w:b/>
              </w:rPr>
            </w:pPr>
            <w:proofErr w:type="spellStart"/>
            <w:r w:rsidRPr="005C06FE">
              <w:rPr>
                <w:b/>
              </w:rPr>
              <w:t>Elarekibep</w:t>
            </w:r>
            <w:proofErr w:type="spellEnd"/>
          </w:p>
          <w:p w14:paraId="74FB767A" w14:textId="77777777" w:rsidR="00304FB0" w:rsidRPr="005C06FE" w:rsidRDefault="00304FB0" w:rsidP="00FD5AA6">
            <w:pPr>
              <w:spacing w:line="480" w:lineRule="auto"/>
              <w:jc w:val="center"/>
              <w:rPr>
                <w:b/>
              </w:rPr>
            </w:pPr>
            <w:r w:rsidRPr="005C06FE">
              <w:rPr>
                <w:b/>
              </w:rPr>
              <w:t>1 mg</w:t>
            </w:r>
          </w:p>
          <w:p w14:paraId="6DFD1E21" w14:textId="77777777" w:rsidR="00304FB0" w:rsidRPr="005C06FE" w:rsidRDefault="00304FB0" w:rsidP="00FD5AA6">
            <w:pPr>
              <w:spacing w:line="480" w:lineRule="auto"/>
              <w:jc w:val="center"/>
              <w:rPr>
                <w:b/>
              </w:rPr>
            </w:pPr>
            <w:r w:rsidRPr="005C06FE">
              <w:rPr>
                <w:b/>
              </w:rPr>
              <w:t>(n = 11)</w:t>
            </w:r>
          </w:p>
        </w:tc>
        <w:tc>
          <w:tcPr>
            <w:tcW w:w="1843" w:type="dxa"/>
            <w:tcBorders>
              <w:top w:val="single" w:sz="4" w:space="0" w:color="auto"/>
              <w:bottom w:val="single" w:sz="4" w:space="0" w:color="auto"/>
            </w:tcBorders>
          </w:tcPr>
          <w:p w14:paraId="2279C2EA" w14:textId="77777777" w:rsidR="00304FB0" w:rsidRDefault="00304FB0" w:rsidP="00FD5AA6">
            <w:pPr>
              <w:spacing w:line="480" w:lineRule="auto"/>
              <w:jc w:val="center"/>
              <w:rPr>
                <w:b/>
              </w:rPr>
            </w:pPr>
            <w:proofErr w:type="spellStart"/>
            <w:r w:rsidRPr="005C06FE">
              <w:rPr>
                <w:b/>
              </w:rPr>
              <w:t>Elarekibep</w:t>
            </w:r>
            <w:proofErr w:type="spellEnd"/>
          </w:p>
          <w:p w14:paraId="34374647" w14:textId="77777777" w:rsidR="00304FB0" w:rsidRPr="005C06FE" w:rsidRDefault="00304FB0" w:rsidP="00FD5AA6">
            <w:pPr>
              <w:spacing w:line="480" w:lineRule="auto"/>
              <w:jc w:val="center"/>
              <w:rPr>
                <w:b/>
              </w:rPr>
            </w:pPr>
            <w:r w:rsidRPr="005C06FE">
              <w:rPr>
                <w:b/>
              </w:rPr>
              <w:t>3 mg</w:t>
            </w:r>
          </w:p>
          <w:p w14:paraId="478FDF45" w14:textId="77777777" w:rsidR="00304FB0" w:rsidRPr="005C06FE" w:rsidRDefault="00304FB0" w:rsidP="00FD5AA6">
            <w:pPr>
              <w:spacing w:line="480" w:lineRule="auto"/>
              <w:jc w:val="center"/>
              <w:rPr>
                <w:b/>
              </w:rPr>
            </w:pPr>
            <w:r w:rsidRPr="005C06FE">
              <w:rPr>
                <w:b/>
              </w:rPr>
              <w:t>(n = 10)</w:t>
            </w:r>
          </w:p>
        </w:tc>
        <w:tc>
          <w:tcPr>
            <w:tcW w:w="1843" w:type="dxa"/>
            <w:tcBorders>
              <w:top w:val="single" w:sz="4" w:space="0" w:color="auto"/>
              <w:bottom w:val="single" w:sz="4" w:space="0" w:color="auto"/>
            </w:tcBorders>
          </w:tcPr>
          <w:p w14:paraId="75752CDC" w14:textId="77777777" w:rsidR="00304FB0" w:rsidRPr="005C06FE" w:rsidRDefault="00304FB0" w:rsidP="00FD5AA6">
            <w:pPr>
              <w:spacing w:line="480" w:lineRule="auto"/>
              <w:jc w:val="center"/>
              <w:rPr>
                <w:b/>
              </w:rPr>
            </w:pPr>
            <w:proofErr w:type="spellStart"/>
            <w:r w:rsidRPr="005C06FE">
              <w:rPr>
                <w:b/>
              </w:rPr>
              <w:t>Elarekibep</w:t>
            </w:r>
            <w:proofErr w:type="spellEnd"/>
            <w:r w:rsidRPr="005C06FE">
              <w:rPr>
                <w:b/>
              </w:rPr>
              <w:t xml:space="preserve"> 10 mg</w:t>
            </w:r>
          </w:p>
          <w:p w14:paraId="2B46E91C" w14:textId="77777777" w:rsidR="00304FB0" w:rsidRPr="005C06FE" w:rsidRDefault="00304FB0" w:rsidP="00FD5AA6">
            <w:pPr>
              <w:spacing w:line="480" w:lineRule="auto"/>
              <w:jc w:val="center"/>
              <w:rPr>
                <w:b/>
              </w:rPr>
            </w:pPr>
            <w:r w:rsidRPr="005C06FE">
              <w:rPr>
                <w:b/>
              </w:rPr>
              <w:t>(n = 12)</w:t>
            </w:r>
          </w:p>
        </w:tc>
        <w:tc>
          <w:tcPr>
            <w:tcW w:w="1134" w:type="dxa"/>
            <w:tcBorders>
              <w:top w:val="single" w:sz="4" w:space="0" w:color="auto"/>
              <w:bottom w:val="single" w:sz="4" w:space="0" w:color="auto"/>
            </w:tcBorders>
          </w:tcPr>
          <w:p w14:paraId="5A69B44E" w14:textId="77777777" w:rsidR="00304FB0" w:rsidRPr="005C06FE" w:rsidRDefault="00304FB0" w:rsidP="00FD5AA6">
            <w:pPr>
              <w:spacing w:line="480" w:lineRule="auto"/>
              <w:jc w:val="center"/>
              <w:rPr>
                <w:b/>
              </w:rPr>
            </w:pPr>
            <w:r w:rsidRPr="005C06FE">
              <w:rPr>
                <w:b/>
              </w:rPr>
              <w:t>Placebo</w:t>
            </w:r>
          </w:p>
          <w:p w14:paraId="24370C13" w14:textId="77777777" w:rsidR="00304FB0" w:rsidRPr="005C06FE" w:rsidRDefault="00304FB0" w:rsidP="00FD5AA6">
            <w:pPr>
              <w:spacing w:line="480" w:lineRule="auto"/>
              <w:jc w:val="center"/>
              <w:rPr>
                <w:b/>
              </w:rPr>
            </w:pPr>
            <w:r w:rsidRPr="005C06FE">
              <w:rPr>
                <w:b/>
              </w:rPr>
              <w:t>(n = 16)</w:t>
            </w:r>
          </w:p>
        </w:tc>
      </w:tr>
      <w:tr w:rsidR="00304FB0" w:rsidRPr="005C06FE" w14:paraId="46FBB00F" w14:textId="77777777" w:rsidTr="00127A6A">
        <w:tc>
          <w:tcPr>
            <w:tcW w:w="2405" w:type="dxa"/>
            <w:tcBorders>
              <w:top w:val="single" w:sz="4" w:space="0" w:color="auto"/>
            </w:tcBorders>
          </w:tcPr>
          <w:p w14:paraId="471ED195" w14:textId="77777777" w:rsidR="00304FB0" w:rsidRDefault="00304FB0" w:rsidP="003F1E71">
            <w:pPr>
              <w:spacing w:line="480" w:lineRule="auto"/>
              <w:rPr>
                <w:b/>
              </w:rPr>
            </w:pPr>
            <w:r w:rsidRPr="005C06FE">
              <w:rPr>
                <w:b/>
              </w:rPr>
              <w:t>ADA positive at baseline and/or post-baseline</w:t>
            </w:r>
          </w:p>
          <w:p w14:paraId="045B0B63" w14:textId="77777777" w:rsidR="00304FB0" w:rsidRPr="005C06FE" w:rsidRDefault="00304FB0" w:rsidP="003F1E71">
            <w:pPr>
              <w:spacing w:line="480" w:lineRule="auto"/>
              <w:rPr>
                <w:b/>
              </w:rPr>
            </w:pPr>
            <w:r w:rsidRPr="005C06FE">
              <w:rPr>
                <w:b/>
              </w:rPr>
              <w:t>(ADA prevalence)</w:t>
            </w:r>
          </w:p>
        </w:tc>
        <w:tc>
          <w:tcPr>
            <w:tcW w:w="2126" w:type="dxa"/>
            <w:tcBorders>
              <w:top w:val="single" w:sz="4" w:space="0" w:color="auto"/>
            </w:tcBorders>
            <w:vAlign w:val="center"/>
          </w:tcPr>
          <w:p w14:paraId="33D088AB" w14:textId="77777777" w:rsidR="00304FB0" w:rsidRPr="005C06FE" w:rsidRDefault="00304FB0" w:rsidP="003F1E71">
            <w:pPr>
              <w:spacing w:line="480" w:lineRule="auto"/>
              <w:jc w:val="center"/>
            </w:pPr>
          </w:p>
        </w:tc>
        <w:tc>
          <w:tcPr>
            <w:tcW w:w="1843" w:type="dxa"/>
            <w:tcBorders>
              <w:top w:val="single" w:sz="4" w:space="0" w:color="auto"/>
            </w:tcBorders>
            <w:vAlign w:val="center"/>
          </w:tcPr>
          <w:p w14:paraId="6217C855" w14:textId="77777777" w:rsidR="00304FB0" w:rsidRPr="005C06FE" w:rsidRDefault="00304FB0" w:rsidP="003F1E71">
            <w:pPr>
              <w:spacing w:line="480" w:lineRule="auto"/>
              <w:jc w:val="center"/>
            </w:pPr>
          </w:p>
        </w:tc>
        <w:tc>
          <w:tcPr>
            <w:tcW w:w="1843" w:type="dxa"/>
            <w:tcBorders>
              <w:top w:val="single" w:sz="4" w:space="0" w:color="auto"/>
            </w:tcBorders>
            <w:vAlign w:val="center"/>
          </w:tcPr>
          <w:p w14:paraId="456D5845" w14:textId="77777777" w:rsidR="00304FB0" w:rsidRPr="005C06FE" w:rsidRDefault="00304FB0" w:rsidP="003F1E71">
            <w:pPr>
              <w:spacing w:line="480" w:lineRule="auto"/>
              <w:jc w:val="center"/>
            </w:pPr>
          </w:p>
        </w:tc>
        <w:tc>
          <w:tcPr>
            <w:tcW w:w="1134" w:type="dxa"/>
            <w:tcBorders>
              <w:top w:val="single" w:sz="4" w:space="0" w:color="auto"/>
            </w:tcBorders>
            <w:vAlign w:val="center"/>
          </w:tcPr>
          <w:p w14:paraId="0EE01E6B" w14:textId="77777777" w:rsidR="00304FB0" w:rsidRPr="005C06FE" w:rsidRDefault="00304FB0" w:rsidP="003F1E71">
            <w:pPr>
              <w:spacing w:line="480" w:lineRule="auto"/>
              <w:jc w:val="center"/>
            </w:pPr>
          </w:p>
        </w:tc>
      </w:tr>
      <w:tr w:rsidR="00304FB0" w:rsidRPr="005C06FE" w14:paraId="4E608F34" w14:textId="77777777" w:rsidTr="00127A6A">
        <w:tc>
          <w:tcPr>
            <w:tcW w:w="2405" w:type="dxa"/>
          </w:tcPr>
          <w:p w14:paraId="409E0A56" w14:textId="77777777" w:rsidR="00304FB0" w:rsidRPr="00DF1993" w:rsidRDefault="00304FB0" w:rsidP="003F1E71">
            <w:pPr>
              <w:spacing w:line="480" w:lineRule="auto"/>
              <w:ind w:left="164"/>
              <w:rPr>
                <w:iCs/>
              </w:rPr>
            </w:pPr>
            <w:proofErr w:type="spellStart"/>
            <w:r w:rsidRPr="00DF1993">
              <w:rPr>
                <w:iCs/>
              </w:rPr>
              <w:t>n</w:t>
            </w:r>
            <w:r w:rsidRPr="00DF1993">
              <w:rPr>
                <w:iCs/>
                <w:vertAlign w:val="superscript"/>
              </w:rPr>
              <w:t>a</w:t>
            </w:r>
            <w:proofErr w:type="spellEnd"/>
            <w:r w:rsidRPr="00DF1993">
              <w:rPr>
                <w:iCs/>
              </w:rPr>
              <w:t>/N</w:t>
            </w:r>
            <w:r w:rsidRPr="00DF1993">
              <w:rPr>
                <w:iCs/>
                <w:vertAlign w:val="superscript"/>
              </w:rPr>
              <w:t>b</w:t>
            </w:r>
            <w:r w:rsidRPr="00DF1993">
              <w:rPr>
                <w:iCs/>
              </w:rPr>
              <w:t xml:space="preserve"> (%)</w:t>
            </w:r>
          </w:p>
        </w:tc>
        <w:tc>
          <w:tcPr>
            <w:tcW w:w="2126" w:type="dxa"/>
            <w:vAlign w:val="center"/>
          </w:tcPr>
          <w:p w14:paraId="09FF6BBF" w14:textId="77777777" w:rsidR="00304FB0" w:rsidRPr="005C06FE" w:rsidRDefault="00304FB0" w:rsidP="003F1E71">
            <w:pPr>
              <w:spacing w:line="480" w:lineRule="auto"/>
              <w:jc w:val="center"/>
            </w:pPr>
            <w:r w:rsidRPr="005C06FE">
              <w:t>10/11 (90.9)</w:t>
            </w:r>
          </w:p>
        </w:tc>
        <w:tc>
          <w:tcPr>
            <w:tcW w:w="1843" w:type="dxa"/>
            <w:vAlign w:val="center"/>
          </w:tcPr>
          <w:p w14:paraId="26D54472" w14:textId="77777777" w:rsidR="00304FB0" w:rsidRPr="005C06FE" w:rsidRDefault="00304FB0" w:rsidP="003F1E71">
            <w:pPr>
              <w:spacing w:line="480" w:lineRule="auto"/>
              <w:jc w:val="center"/>
            </w:pPr>
            <w:r w:rsidRPr="005C06FE">
              <w:t>10/10 (100.0)</w:t>
            </w:r>
          </w:p>
        </w:tc>
        <w:tc>
          <w:tcPr>
            <w:tcW w:w="1843" w:type="dxa"/>
            <w:vAlign w:val="center"/>
          </w:tcPr>
          <w:p w14:paraId="5EAF9CE2" w14:textId="77777777" w:rsidR="00304FB0" w:rsidRPr="005C06FE" w:rsidRDefault="00304FB0" w:rsidP="003F1E71">
            <w:pPr>
              <w:spacing w:line="480" w:lineRule="auto"/>
              <w:jc w:val="center"/>
            </w:pPr>
            <w:r w:rsidRPr="005C06FE">
              <w:t>8/12 (66.7)</w:t>
            </w:r>
          </w:p>
        </w:tc>
        <w:tc>
          <w:tcPr>
            <w:tcW w:w="1134" w:type="dxa"/>
            <w:vAlign w:val="center"/>
          </w:tcPr>
          <w:p w14:paraId="12227148" w14:textId="77777777" w:rsidR="00304FB0" w:rsidRPr="005C06FE" w:rsidRDefault="00304FB0" w:rsidP="003F1E71">
            <w:pPr>
              <w:spacing w:line="480" w:lineRule="auto"/>
              <w:jc w:val="center"/>
            </w:pPr>
            <w:r w:rsidRPr="005C06FE">
              <w:t>0/16</w:t>
            </w:r>
          </w:p>
        </w:tc>
      </w:tr>
      <w:tr w:rsidR="00304FB0" w:rsidRPr="005C06FE" w14:paraId="35FFFB7D" w14:textId="77777777" w:rsidTr="00127A6A">
        <w:tc>
          <w:tcPr>
            <w:tcW w:w="2405" w:type="dxa"/>
          </w:tcPr>
          <w:p w14:paraId="696292A2" w14:textId="77777777" w:rsidR="00304FB0" w:rsidRPr="00127A6A" w:rsidRDefault="00304FB0" w:rsidP="003F1E71">
            <w:pPr>
              <w:spacing w:line="480" w:lineRule="auto"/>
              <w:ind w:left="164"/>
              <w:rPr>
                <w:iCs/>
              </w:rPr>
            </w:pPr>
            <w:proofErr w:type="spellStart"/>
            <w:r w:rsidRPr="006E0E58">
              <w:rPr>
                <w:i/>
              </w:rPr>
              <w:t>Median</w:t>
            </w:r>
            <w:r w:rsidRPr="006E0E58">
              <w:rPr>
                <w:i/>
                <w:vertAlign w:val="superscript"/>
              </w:rPr>
              <w:t>c</w:t>
            </w:r>
            <w:proofErr w:type="spellEnd"/>
            <w:r w:rsidRPr="00127A6A">
              <w:rPr>
                <w:iCs/>
              </w:rPr>
              <w:t xml:space="preserve"> (min, max)</w:t>
            </w:r>
          </w:p>
        </w:tc>
        <w:tc>
          <w:tcPr>
            <w:tcW w:w="2126" w:type="dxa"/>
            <w:vAlign w:val="center"/>
          </w:tcPr>
          <w:p w14:paraId="05A03B67" w14:textId="77777777" w:rsidR="00304FB0" w:rsidRPr="005C06FE" w:rsidRDefault="00304FB0" w:rsidP="003F1E71">
            <w:pPr>
              <w:spacing w:line="480" w:lineRule="auto"/>
              <w:jc w:val="center"/>
            </w:pPr>
            <w:r w:rsidRPr="005C06FE">
              <w:t>1280.0 (10, 5120)</w:t>
            </w:r>
          </w:p>
        </w:tc>
        <w:tc>
          <w:tcPr>
            <w:tcW w:w="1843" w:type="dxa"/>
            <w:vAlign w:val="center"/>
          </w:tcPr>
          <w:p w14:paraId="6F139D21" w14:textId="77777777" w:rsidR="00304FB0" w:rsidRPr="005C06FE" w:rsidRDefault="00304FB0" w:rsidP="003F1E71">
            <w:pPr>
              <w:spacing w:line="480" w:lineRule="auto"/>
              <w:jc w:val="center"/>
            </w:pPr>
            <w:r w:rsidRPr="005C06FE">
              <w:t>360 (10, 5120)</w:t>
            </w:r>
          </w:p>
        </w:tc>
        <w:tc>
          <w:tcPr>
            <w:tcW w:w="1843" w:type="dxa"/>
            <w:vAlign w:val="center"/>
          </w:tcPr>
          <w:p w14:paraId="5E7FFC76" w14:textId="77777777" w:rsidR="00304FB0" w:rsidRPr="005C06FE" w:rsidRDefault="00304FB0" w:rsidP="003F1E71">
            <w:pPr>
              <w:spacing w:line="480" w:lineRule="auto"/>
              <w:jc w:val="center"/>
            </w:pPr>
            <w:r w:rsidRPr="005C06FE">
              <w:t>320 (40, 5120)</w:t>
            </w:r>
          </w:p>
        </w:tc>
        <w:tc>
          <w:tcPr>
            <w:tcW w:w="1134" w:type="dxa"/>
            <w:vAlign w:val="center"/>
          </w:tcPr>
          <w:p w14:paraId="6F053646" w14:textId="77777777" w:rsidR="00304FB0" w:rsidRPr="005C06FE" w:rsidRDefault="00304FB0" w:rsidP="003F1E71">
            <w:pPr>
              <w:spacing w:line="480" w:lineRule="auto"/>
              <w:jc w:val="center"/>
            </w:pPr>
            <w:r w:rsidRPr="005C06FE">
              <w:t>-</w:t>
            </w:r>
          </w:p>
        </w:tc>
      </w:tr>
      <w:tr w:rsidR="00304FB0" w:rsidRPr="005C06FE" w14:paraId="405E27FE" w14:textId="77777777" w:rsidTr="007E0FBC">
        <w:tc>
          <w:tcPr>
            <w:tcW w:w="2405" w:type="dxa"/>
          </w:tcPr>
          <w:p w14:paraId="385FBF28" w14:textId="77777777" w:rsidR="00304FB0" w:rsidRDefault="00304FB0" w:rsidP="003F1E71">
            <w:pPr>
              <w:spacing w:line="480" w:lineRule="auto"/>
              <w:rPr>
                <w:b/>
              </w:rPr>
            </w:pPr>
            <w:r w:rsidRPr="005C06FE">
              <w:rPr>
                <w:b/>
              </w:rPr>
              <w:t>TE-ADA</w:t>
            </w:r>
            <w:r>
              <w:rPr>
                <w:b/>
              </w:rPr>
              <w:t xml:space="preserve"> </w:t>
            </w:r>
            <w:proofErr w:type="spellStart"/>
            <w:r w:rsidRPr="005C06FE">
              <w:rPr>
                <w:b/>
              </w:rPr>
              <w:t>positive</w:t>
            </w:r>
            <w:r>
              <w:rPr>
                <w:b/>
                <w:vertAlign w:val="superscript"/>
              </w:rPr>
              <w:t>d</w:t>
            </w:r>
            <w:proofErr w:type="spellEnd"/>
          </w:p>
          <w:p w14:paraId="4C3525B7" w14:textId="77777777" w:rsidR="00304FB0" w:rsidRPr="005C06FE" w:rsidRDefault="00304FB0" w:rsidP="003F1E71">
            <w:pPr>
              <w:spacing w:line="480" w:lineRule="auto"/>
              <w:rPr>
                <w:b/>
              </w:rPr>
            </w:pPr>
            <w:r w:rsidRPr="005C06FE">
              <w:rPr>
                <w:b/>
              </w:rPr>
              <w:t>(ADA incidence)</w:t>
            </w:r>
          </w:p>
        </w:tc>
        <w:tc>
          <w:tcPr>
            <w:tcW w:w="2126" w:type="dxa"/>
            <w:vAlign w:val="center"/>
          </w:tcPr>
          <w:p w14:paraId="2DF4C28F" w14:textId="77777777" w:rsidR="00304FB0" w:rsidRPr="005C06FE" w:rsidRDefault="00304FB0" w:rsidP="003F1E71">
            <w:pPr>
              <w:spacing w:line="480" w:lineRule="auto"/>
              <w:jc w:val="center"/>
            </w:pPr>
          </w:p>
        </w:tc>
        <w:tc>
          <w:tcPr>
            <w:tcW w:w="1843" w:type="dxa"/>
            <w:vAlign w:val="center"/>
          </w:tcPr>
          <w:p w14:paraId="21D8C310" w14:textId="77777777" w:rsidR="00304FB0" w:rsidRPr="005C06FE" w:rsidRDefault="00304FB0" w:rsidP="003F1E71">
            <w:pPr>
              <w:spacing w:line="480" w:lineRule="auto"/>
              <w:jc w:val="center"/>
            </w:pPr>
          </w:p>
        </w:tc>
        <w:tc>
          <w:tcPr>
            <w:tcW w:w="1843" w:type="dxa"/>
            <w:vAlign w:val="center"/>
          </w:tcPr>
          <w:p w14:paraId="13C011DC" w14:textId="77777777" w:rsidR="00304FB0" w:rsidRPr="005C06FE" w:rsidRDefault="00304FB0" w:rsidP="003F1E71">
            <w:pPr>
              <w:spacing w:line="480" w:lineRule="auto"/>
              <w:jc w:val="center"/>
            </w:pPr>
          </w:p>
        </w:tc>
        <w:tc>
          <w:tcPr>
            <w:tcW w:w="1134" w:type="dxa"/>
            <w:vAlign w:val="center"/>
          </w:tcPr>
          <w:p w14:paraId="4A79DE9E" w14:textId="77777777" w:rsidR="00304FB0" w:rsidRPr="005C06FE" w:rsidRDefault="00304FB0" w:rsidP="003F1E71">
            <w:pPr>
              <w:spacing w:line="480" w:lineRule="auto"/>
              <w:jc w:val="center"/>
            </w:pPr>
          </w:p>
        </w:tc>
      </w:tr>
      <w:tr w:rsidR="00304FB0" w:rsidRPr="005C06FE" w14:paraId="7217C897" w14:textId="77777777" w:rsidTr="00127A6A">
        <w:tc>
          <w:tcPr>
            <w:tcW w:w="2405" w:type="dxa"/>
          </w:tcPr>
          <w:p w14:paraId="773117E2" w14:textId="77777777" w:rsidR="00304FB0" w:rsidRPr="00127A6A" w:rsidRDefault="00304FB0" w:rsidP="003F1E71">
            <w:pPr>
              <w:spacing w:line="480" w:lineRule="auto"/>
              <w:rPr>
                <w:b/>
                <w:iCs/>
              </w:rPr>
            </w:pPr>
            <w:r w:rsidRPr="00127A6A">
              <w:rPr>
                <w:iCs/>
              </w:rPr>
              <w:t>n/</w:t>
            </w:r>
            <w:proofErr w:type="spellStart"/>
            <w:proofErr w:type="gramStart"/>
            <w:r w:rsidRPr="00127A6A">
              <w:rPr>
                <w:iCs/>
              </w:rPr>
              <w:t>N</w:t>
            </w:r>
            <w:r w:rsidRPr="00127A6A">
              <w:rPr>
                <w:iCs/>
                <w:vertAlign w:val="superscript"/>
              </w:rPr>
              <w:t>a,</w:t>
            </w:r>
            <w:r>
              <w:rPr>
                <w:iCs/>
                <w:vertAlign w:val="superscript"/>
              </w:rPr>
              <w:t>e</w:t>
            </w:r>
            <w:proofErr w:type="spellEnd"/>
            <w:proofErr w:type="gramEnd"/>
            <w:r w:rsidRPr="00127A6A">
              <w:rPr>
                <w:iCs/>
                <w:vertAlign w:val="superscript"/>
              </w:rPr>
              <w:t xml:space="preserve"> </w:t>
            </w:r>
            <w:r w:rsidRPr="00127A6A">
              <w:rPr>
                <w:iCs/>
              </w:rPr>
              <w:t>(%)</w:t>
            </w:r>
          </w:p>
        </w:tc>
        <w:tc>
          <w:tcPr>
            <w:tcW w:w="2126" w:type="dxa"/>
            <w:vAlign w:val="center"/>
          </w:tcPr>
          <w:p w14:paraId="316E266C" w14:textId="77777777" w:rsidR="00304FB0" w:rsidRPr="005C06FE" w:rsidRDefault="00304FB0" w:rsidP="003F1E71">
            <w:pPr>
              <w:spacing w:line="480" w:lineRule="auto"/>
              <w:jc w:val="center"/>
            </w:pPr>
            <w:r w:rsidRPr="005C06FE">
              <w:t>10/11 (90.9)</w:t>
            </w:r>
          </w:p>
        </w:tc>
        <w:tc>
          <w:tcPr>
            <w:tcW w:w="1843" w:type="dxa"/>
            <w:vAlign w:val="center"/>
          </w:tcPr>
          <w:p w14:paraId="69C4D7AC" w14:textId="77777777" w:rsidR="00304FB0" w:rsidRPr="005C06FE" w:rsidRDefault="00304FB0" w:rsidP="003F1E71">
            <w:pPr>
              <w:spacing w:line="480" w:lineRule="auto"/>
              <w:jc w:val="center"/>
            </w:pPr>
            <w:r w:rsidRPr="005C06FE">
              <w:t>10/10 (100.0)</w:t>
            </w:r>
          </w:p>
        </w:tc>
        <w:tc>
          <w:tcPr>
            <w:tcW w:w="1843" w:type="dxa"/>
            <w:vAlign w:val="center"/>
          </w:tcPr>
          <w:p w14:paraId="3F92C48A" w14:textId="77777777" w:rsidR="00304FB0" w:rsidRPr="005C06FE" w:rsidRDefault="00304FB0" w:rsidP="003F1E71">
            <w:pPr>
              <w:spacing w:line="480" w:lineRule="auto"/>
              <w:jc w:val="center"/>
            </w:pPr>
            <w:r w:rsidRPr="005C06FE">
              <w:t>8/12 (66.7)</w:t>
            </w:r>
          </w:p>
        </w:tc>
        <w:tc>
          <w:tcPr>
            <w:tcW w:w="1134" w:type="dxa"/>
            <w:vAlign w:val="center"/>
          </w:tcPr>
          <w:p w14:paraId="7C8AC0EA" w14:textId="77777777" w:rsidR="00304FB0" w:rsidRPr="005C06FE" w:rsidRDefault="00304FB0" w:rsidP="003F1E71">
            <w:pPr>
              <w:spacing w:line="480" w:lineRule="auto"/>
              <w:jc w:val="center"/>
            </w:pPr>
            <w:r w:rsidRPr="005C06FE">
              <w:t>0/16</w:t>
            </w:r>
          </w:p>
        </w:tc>
      </w:tr>
      <w:tr w:rsidR="00304FB0" w:rsidRPr="005C06FE" w14:paraId="1F7EDC21" w14:textId="77777777" w:rsidTr="00F47ABE">
        <w:tc>
          <w:tcPr>
            <w:tcW w:w="2405" w:type="dxa"/>
          </w:tcPr>
          <w:p w14:paraId="1577452A" w14:textId="77777777" w:rsidR="00304FB0" w:rsidRPr="00127A6A" w:rsidRDefault="00304FB0" w:rsidP="003F1E71">
            <w:pPr>
              <w:spacing w:line="480" w:lineRule="auto"/>
              <w:rPr>
                <w:b/>
                <w:iCs/>
              </w:rPr>
            </w:pPr>
            <w:r>
              <w:rPr>
                <w:i/>
              </w:rPr>
              <w:t>Median</w:t>
            </w:r>
            <w:r w:rsidRPr="007B31CC">
              <w:rPr>
                <w:iCs/>
                <w:vertAlign w:val="superscript"/>
              </w:rPr>
              <w:t xml:space="preserve"> </w:t>
            </w:r>
            <w:r w:rsidRPr="006E0E58">
              <w:rPr>
                <w:i/>
                <w:vertAlign w:val="superscript"/>
              </w:rPr>
              <w:t>c</w:t>
            </w:r>
            <w:r>
              <w:rPr>
                <w:i/>
              </w:rPr>
              <w:t xml:space="preserve"> </w:t>
            </w:r>
            <w:r w:rsidRPr="00127A6A">
              <w:rPr>
                <w:iCs/>
              </w:rPr>
              <w:t>(min, max)</w:t>
            </w:r>
          </w:p>
        </w:tc>
        <w:tc>
          <w:tcPr>
            <w:tcW w:w="2126" w:type="dxa"/>
            <w:vAlign w:val="center"/>
          </w:tcPr>
          <w:p w14:paraId="1BA51CEC" w14:textId="77777777" w:rsidR="00304FB0" w:rsidRPr="005C06FE" w:rsidRDefault="00304FB0" w:rsidP="003F1E71">
            <w:pPr>
              <w:spacing w:line="480" w:lineRule="auto"/>
              <w:jc w:val="center"/>
            </w:pPr>
            <w:r w:rsidRPr="005C06FE">
              <w:t>1280.0 (10, 5120)</w:t>
            </w:r>
          </w:p>
        </w:tc>
        <w:tc>
          <w:tcPr>
            <w:tcW w:w="1843" w:type="dxa"/>
            <w:vAlign w:val="center"/>
          </w:tcPr>
          <w:p w14:paraId="28535A36" w14:textId="77777777" w:rsidR="00304FB0" w:rsidRPr="005C06FE" w:rsidRDefault="00304FB0" w:rsidP="003F1E71">
            <w:pPr>
              <w:spacing w:line="480" w:lineRule="auto"/>
              <w:jc w:val="center"/>
            </w:pPr>
            <w:r w:rsidRPr="005C06FE">
              <w:t>360 (10, 5120)</w:t>
            </w:r>
          </w:p>
        </w:tc>
        <w:tc>
          <w:tcPr>
            <w:tcW w:w="1843" w:type="dxa"/>
            <w:vAlign w:val="center"/>
          </w:tcPr>
          <w:p w14:paraId="20B8803E" w14:textId="77777777" w:rsidR="00304FB0" w:rsidRPr="005C06FE" w:rsidRDefault="00304FB0" w:rsidP="003F1E71">
            <w:pPr>
              <w:spacing w:line="480" w:lineRule="auto"/>
              <w:jc w:val="center"/>
            </w:pPr>
            <w:r w:rsidRPr="005C06FE">
              <w:t>320 (40, 5120)</w:t>
            </w:r>
          </w:p>
        </w:tc>
        <w:tc>
          <w:tcPr>
            <w:tcW w:w="1134" w:type="dxa"/>
            <w:vAlign w:val="center"/>
          </w:tcPr>
          <w:p w14:paraId="611C8DF5" w14:textId="77777777" w:rsidR="00304FB0" w:rsidRPr="005C06FE" w:rsidRDefault="00304FB0" w:rsidP="003F1E71">
            <w:pPr>
              <w:spacing w:line="480" w:lineRule="auto"/>
              <w:jc w:val="center"/>
            </w:pPr>
            <w:r w:rsidRPr="005C06FE">
              <w:t>-</w:t>
            </w:r>
          </w:p>
        </w:tc>
      </w:tr>
      <w:tr w:rsidR="00304FB0" w:rsidRPr="005C06FE" w14:paraId="10336408" w14:textId="77777777" w:rsidTr="00127A6A">
        <w:tc>
          <w:tcPr>
            <w:tcW w:w="2405" w:type="dxa"/>
          </w:tcPr>
          <w:p w14:paraId="60CF9595" w14:textId="77777777" w:rsidR="00304FB0" w:rsidRPr="005C06FE" w:rsidRDefault="00304FB0" w:rsidP="003F1E71">
            <w:pPr>
              <w:spacing w:line="480" w:lineRule="auto"/>
              <w:rPr>
                <w:b/>
              </w:rPr>
            </w:pPr>
            <w:r w:rsidRPr="005C06FE">
              <w:rPr>
                <w:b/>
              </w:rPr>
              <w:t xml:space="preserve">Treatment-induced ADA </w:t>
            </w:r>
            <w:proofErr w:type="spellStart"/>
            <w:r w:rsidRPr="005C06FE">
              <w:rPr>
                <w:b/>
              </w:rPr>
              <w:t>positive</w:t>
            </w:r>
            <w:r>
              <w:rPr>
                <w:b/>
                <w:vertAlign w:val="superscript"/>
              </w:rPr>
              <w:t>d</w:t>
            </w:r>
            <w:proofErr w:type="spellEnd"/>
          </w:p>
        </w:tc>
        <w:tc>
          <w:tcPr>
            <w:tcW w:w="2126" w:type="dxa"/>
            <w:vAlign w:val="center"/>
          </w:tcPr>
          <w:p w14:paraId="16AA6CCB" w14:textId="77777777" w:rsidR="00304FB0" w:rsidRPr="005C06FE" w:rsidRDefault="00304FB0" w:rsidP="003F1E71">
            <w:pPr>
              <w:spacing w:line="480" w:lineRule="auto"/>
              <w:jc w:val="center"/>
            </w:pPr>
          </w:p>
        </w:tc>
        <w:tc>
          <w:tcPr>
            <w:tcW w:w="1843" w:type="dxa"/>
            <w:vAlign w:val="center"/>
          </w:tcPr>
          <w:p w14:paraId="231C5E4C" w14:textId="77777777" w:rsidR="00304FB0" w:rsidRPr="005C06FE" w:rsidRDefault="00304FB0" w:rsidP="003F1E71">
            <w:pPr>
              <w:spacing w:line="480" w:lineRule="auto"/>
              <w:jc w:val="center"/>
            </w:pPr>
          </w:p>
        </w:tc>
        <w:tc>
          <w:tcPr>
            <w:tcW w:w="1843" w:type="dxa"/>
            <w:vAlign w:val="center"/>
          </w:tcPr>
          <w:p w14:paraId="125A4614" w14:textId="77777777" w:rsidR="00304FB0" w:rsidRPr="005C06FE" w:rsidRDefault="00304FB0" w:rsidP="003F1E71">
            <w:pPr>
              <w:spacing w:line="480" w:lineRule="auto"/>
              <w:jc w:val="center"/>
            </w:pPr>
          </w:p>
        </w:tc>
        <w:tc>
          <w:tcPr>
            <w:tcW w:w="1134" w:type="dxa"/>
            <w:vAlign w:val="center"/>
          </w:tcPr>
          <w:p w14:paraId="2C3F3725" w14:textId="77777777" w:rsidR="00304FB0" w:rsidRPr="005C06FE" w:rsidRDefault="00304FB0" w:rsidP="003F1E71">
            <w:pPr>
              <w:spacing w:line="480" w:lineRule="auto"/>
              <w:jc w:val="center"/>
            </w:pPr>
          </w:p>
        </w:tc>
      </w:tr>
      <w:tr w:rsidR="00304FB0" w:rsidRPr="005C06FE" w14:paraId="6E8776FF" w14:textId="77777777" w:rsidTr="00127A6A">
        <w:tc>
          <w:tcPr>
            <w:tcW w:w="2405" w:type="dxa"/>
          </w:tcPr>
          <w:p w14:paraId="1E91355D" w14:textId="77777777" w:rsidR="00304FB0" w:rsidRPr="00DF1993" w:rsidRDefault="00304FB0" w:rsidP="003F1E71">
            <w:pPr>
              <w:spacing w:line="480" w:lineRule="auto"/>
              <w:rPr>
                <w:b/>
                <w:iCs/>
              </w:rPr>
            </w:pPr>
            <w:r w:rsidRPr="00DF1993">
              <w:rPr>
                <w:iCs/>
              </w:rPr>
              <w:t>n/</w:t>
            </w:r>
            <w:proofErr w:type="spellStart"/>
            <w:proofErr w:type="gramStart"/>
            <w:r w:rsidRPr="00DF1993">
              <w:rPr>
                <w:iCs/>
              </w:rPr>
              <w:t>N</w:t>
            </w:r>
            <w:r w:rsidRPr="00DF1993">
              <w:rPr>
                <w:iCs/>
                <w:vertAlign w:val="superscript"/>
              </w:rPr>
              <w:t>a,</w:t>
            </w:r>
            <w:r>
              <w:rPr>
                <w:iCs/>
                <w:vertAlign w:val="superscript"/>
              </w:rPr>
              <w:t>e</w:t>
            </w:r>
            <w:proofErr w:type="spellEnd"/>
            <w:proofErr w:type="gramEnd"/>
            <w:r w:rsidRPr="00DF1993">
              <w:rPr>
                <w:iCs/>
              </w:rPr>
              <w:t xml:space="preserve"> (%)</w:t>
            </w:r>
          </w:p>
        </w:tc>
        <w:tc>
          <w:tcPr>
            <w:tcW w:w="2126" w:type="dxa"/>
            <w:vAlign w:val="center"/>
          </w:tcPr>
          <w:p w14:paraId="43B8FBF0" w14:textId="77777777" w:rsidR="00304FB0" w:rsidRPr="005C06FE" w:rsidRDefault="00304FB0" w:rsidP="003F1E71">
            <w:pPr>
              <w:spacing w:line="480" w:lineRule="auto"/>
              <w:jc w:val="center"/>
            </w:pPr>
            <w:r w:rsidRPr="005C06FE">
              <w:t>10/11 (90.9)</w:t>
            </w:r>
          </w:p>
        </w:tc>
        <w:tc>
          <w:tcPr>
            <w:tcW w:w="1843" w:type="dxa"/>
            <w:vAlign w:val="center"/>
          </w:tcPr>
          <w:p w14:paraId="2AA60725" w14:textId="77777777" w:rsidR="00304FB0" w:rsidRPr="005C06FE" w:rsidRDefault="00304FB0" w:rsidP="003F1E71">
            <w:pPr>
              <w:spacing w:line="480" w:lineRule="auto"/>
              <w:jc w:val="center"/>
            </w:pPr>
            <w:r w:rsidRPr="005C06FE">
              <w:t>10/10 (100.0)</w:t>
            </w:r>
          </w:p>
        </w:tc>
        <w:tc>
          <w:tcPr>
            <w:tcW w:w="1843" w:type="dxa"/>
            <w:vAlign w:val="center"/>
          </w:tcPr>
          <w:p w14:paraId="3E6CF1EE" w14:textId="77777777" w:rsidR="00304FB0" w:rsidRPr="005C06FE" w:rsidRDefault="00304FB0" w:rsidP="003F1E71">
            <w:pPr>
              <w:spacing w:line="480" w:lineRule="auto"/>
              <w:jc w:val="center"/>
            </w:pPr>
            <w:r w:rsidRPr="005C06FE">
              <w:t>8/12 (66.7)</w:t>
            </w:r>
          </w:p>
        </w:tc>
        <w:tc>
          <w:tcPr>
            <w:tcW w:w="1134" w:type="dxa"/>
            <w:vAlign w:val="center"/>
          </w:tcPr>
          <w:p w14:paraId="748A08FB" w14:textId="77777777" w:rsidR="00304FB0" w:rsidRPr="005C06FE" w:rsidRDefault="00304FB0" w:rsidP="003F1E71">
            <w:pPr>
              <w:spacing w:line="480" w:lineRule="auto"/>
              <w:jc w:val="center"/>
            </w:pPr>
            <w:r w:rsidRPr="005C06FE">
              <w:t>0/16</w:t>
            </w:r>
          </w:p>
        </w:tc>
      </w:tr>
      <w:tr w:rsidR="00304FB0" w:rsidRPr="005C06FE" w14:paraId="1FE24F52" w14:textId="77777777" w:rsidTr="00127A6A">
        <w:tc>
          <w:tcPr>
            <w:tcW w:w="2405" w:type="dxa"/>
          </w:tcPr>
          <w:p w14:paraId="5DED118A" w14:textId="77777777" w:rsidR="00304FB0" w:rsidRPr="00DF1993" w:rsidRDefault="00304FB0" w:rsidP="003F1E71">
            <w:pPr>
              <w:spacing w:line="480" w:lineRule="auto"/>
              <w:rPr>
                <w:b/>
                <w:iCs/>
              </w:rPr>
            </w:pPr>
            <w:proofErr w:type="spellStart"/>
            <w:r w:rsidRPr="006E0E58">
              <w:rPr>
                <w:i/>
              </w:rPr>
              <w:t>Median</w:t>
            </w:r>
            <w:r w:rsidRPr="006E0E58">
              <w:rPr>
                <w:i/>
                <w:vertAlign w:val="superscript"/>
              </w:rPr>
              <w:t>c</w:t>
            </w:r>
            <w:proofErr w:type="spellEnd"/>
            <w:r w:rsidRPr="00DF1993">
              <w:rPr>
                <w:iCs/>
              </w:rPr>
              <w:t xml:space="preserve"> (min, max)</w:t>
            </w:r>
          </w:p>
        </w:tc>
        <w:tc>
          <w:tcPr>
            <w:tcW w:w="2126" w:type="dxa"/>
            <w:vAlign w:val="center"/>
          </w:tcPr>
          <w:p w14:paraId="6AC6D38A" w14:textId="77777777" w:rsidR="00304FB0" w:rsidRPr="005C06FE" w:rsidRDefault="00304FB0" w:rsidP="003F1E71">
            <w:pPr>
              <w:spacing w:line="480" w:lineRule="auto"/>
              <w:jc w:val="center"/>
            </w:pPr>
            <w:r w:rsidRPr="005C06FE">
              <w:t>1280.0 (10, 5120)</w:t>
            </w:r>
          </w:p>
        </w:tc>
        <w:tc>
          <w:tcPr>
            <w:tcW w:w="1843" w:type="dxa"/>
            <w:vAlign w:val="center"/>
          </w:tcPr>
          <w:p w14:paraId="68AE515D" w14:textId="77777777" w:rsidR="00304FB0" w:rsidRPr="005C06FE" w:rsidRDefault="00304FB0" w:rsidP="003F1E71">
            <w:pPr>
              <w:spacing w:line="480" w:lineRule="auto"/>
              <w:jc w:val="center"/>
            </w:pPr>
            <w:r w:rsidRPr="005C06FE">
              <w:t>360 (10, 5120)</w:t>
            </w:r>
          </w:p>
        </w:tc>
        <w:tc>
          <w:tcPr>
            <w:tcW w:w="1843" w:type="dxa"/>
            <w:vAlign w:val="center"/>
          </w:tcPr>
          <w:p w14:paraId="02743CEC" w14:textId="77777777" w:rsidR="00304FB0" w:rsidRPr="005C06FE" w:rsidRDefault="00304FB0" w:rsidP="003F1E71">
            <w:pPr>
              <w:spacing w:line="480" w:lineRule="auto"/>
              <w:jc w:val="center"/>
            </w:pPr>
            <w:r w:rsidRPr="005C06FE">
              <w:t>320 (40, 5120)</w:t>
            </w:r>
          </w:p>
        </w:tc>
        <w:tc>
          <w:tcPr>
            <w:tcW w:w="1134" w:type="dxa"/>
            <w:vAlign w:val="center"/>
          </w:tcPr>
          <w:p w14:paraId="4051DEEF" w14:textId="77777777" w:rsidR="00304FB0" w:rsidRPr="005C06FE" w:rsidRDefault="00304FB0" w:rsidP="003F1E71">
            <w:pPr>
              <w:spacing w:line="480" w:lineRule="auto"/>
              <w:jc w:val="center"/>
            </w:pPr>
            <w:r w:rsidRPr="005C06FE">
              <w:t>-</w:t>
            </w:r>
          </w:p>
        </w:tc>
      </w:tr>
      <w:tr w:rsidR="00304FB0" w:rsidRPr="005C06FE" w14:paraId="35F5C258" w14:textId="77777777" w:rsidTr="00127A6A">
        <w:tc>
          <w:tcPr>
            <w:tcW w:w="2405" w:type="dxa"/>
          </w:tcPr>
          <w:p w14:paraId="4809B4C3" w14:textId="77777777" w:rsidR="00304FB0" w:rsidRPr="005C06FE" w:rsidRDefault="00304FB0" w:rsidP="003F1E71">
            <w:pPr>
              <w:spacing w:line="480" w:lineRule="auto"/>
              <w:rPr>
                <w:b/>
              </w:rPr>
            </w:pPr>
            <w:r w:rsidRPr="005C06FE">
              <w:rPr>
                <w:b/>
              </w:rPr>
              <w:t xml:space="preserve">Treatment-boosted ADA </w:t>
            </w:r>
            <w:proofErr w:type="spellStart"/>
            <w:proofErr w:type="gramStart"/>
            <w:r w:rsidRPr="005C06FE">
              <w:rPr>
                <w:b/>
              </w:rPr>
              <w:t>positive,</w:t>
            </w:r>
            <w:r>
              <w:rPr>
                <w:b/>
                <w:vertAlign w:val="superscript"/>
              </w:rPr>
              <w:t>d</w:t>
            </w:r>
            <w:proofErr w:type="spellEnd"/>
            <w:proofErr w:type="gramEnd"/>
            <w:r w:rsidRPr="005C06FE">
              <w:rPr>
                <w:b/>
              </w:rPr>
              <w:t xml:space="preserve"> n/</w:t>
            </w:r>
            <w:proofErr w:type="spellStart"/>
            <w:proofErr w:type="gramStart"/>
            <w:r w:rsidRPr="005C06FE">
              <w:rPr>
                <w:b/>
              </w:rPr>
              <w:t>N</w:t>
            </w:r>
            <w:r w:rsidRPr="005C06FE">
              <w:rPr>
                <w:vertAlign w:val="superscript"/>
              </w:rPr>
              <w:t>a,</w:t>
            </w:r>
            <w:r>
              <w:rPr>
                <w:vertAlign w:val="superscript"/>
              </w:rPr>
              <w:t>f</w:t>
            </w:r>
            <w:proofErr w:type="spellEnd"/>
            <w:proofErr w:type="gramEnd"/>
            <w:r w:rsidRPr="005C06FE">
              <w:rPr>
                <w:b/>
              </w:rPr>
              <w:t xml:space="preserve"> (%)</w:t>
            </w:r>
          </w:p>
        </w:tc>
        <w:tc>
          <w:tcPr>
            <w:tcW w:w="2126" w:type="dxa"/>
            <w:vAlign w:val="center"/>
          </w:tcPr>
          <w:p w14:paraId="37686A9E" w14:textId="77777777" w:rsidR="00304FB0" w:rsidRPr="005C06FE" w:rsidRDefault="00304FB0" w:rsidP="003F1E71">
            <w:pPr>
              <w:spacing w:line="480" w:lineRule="auto"/>
              <w:jc w:val="center"/>
            </w:pPr>
            <w:r w:rsidRPr="005C06FE">
              <w:t>0</w:t>
            </w:r>
            <w:r>
              <w:t>/11</w:t>
            </w:r>
          </w:p>
        </w:tc>
        <w:tc>
          <w:tcPr>
            <w:tcW w:w="1843" w:type="dxa"/>
            <w:vAlign w:val="center"/>
          </w:tcPr>
          <w:p w14:paraId="3BCEF7B4" w14:textId="77777777" w:rsidR="00304FB0" w:rsidRPr="005C06FE" w:rsidRDefault="00304FB0" w:rsidP="003F1E71">
            <w:pPr>
              <w:spacing w:line="480" w:lineRule="auto"/>
              <w:jc w:val="center"/>
            </w:pPr>
            <w:r w:rsidRPr="005C06FE">
              <w:t>0</w:t>
            </w:r>
            <w:r>
              <w:t>/10</w:t>
            </w:r>
          </w:p>
        </w:tc>
        <w:tc>
          <w:tcPr>
            <w:tcW w:w="1843" w:type="dxa"/>
            <w:vAlign w:val="center"/>
          </w:tcPr>
          <w:p w14:paraId="0E019919" w14:textId="77777777" w:rsidR="00304FB0" w:rsidRPr="005C06FE" w:rsidRDefault="00304FB0" w:rsidP="003F1E71">
            <w:pPr>
              <w:spacing w:line="480" w:lineRule="auto"/>
              <w:jc w:val="center"/>
            </w:pPr>
            <w:r w:rsidRPr="005C06FE">
              <w:t>0</w:t>
            </w:r>
            <w:r>
              <w:t>/12</w:t>
            </w:r>
          </w:p>
        </w:tc>
        <w:tc>
          <w:tcPr>
            <w:tcW w:w="1134" w:type="dxa"/>
            <w:vAlign w:val="center"/>
          </w:tcPr>
          <w:p w14:paraId="6E5B0C5A" w14:textId="77777777" w:rsidR="00304FB0" w:rsidRPr="005C06FE" w:rsidRDefault="00304FB0" w:rsidP="003F1E71">
            <w:pPr>
              <w:spacing w:line="480" w:lineRule="auto"/>
              <w:jc w:val="center"/>
            </w:pPr>
            <w:r w:rsidRPr="005C06FE">
              <w:t>0/16</w:t>
            </w:r>
          </w:p>
        </w:tc>
      </w:tr>
      <w:tr w:rsidR="00304FB0" w:rsidRPr="005C06FE" w14:paraId="01F4AE1B" w14:textId="77777777" w:rsidTr="00127A6A">
        <w:tc>
          <w:tcPr>
            <w:tcW w:w="2405" w:type="dxa"/>
          </w:tcPr>
          <w:p w14:paraId="302D884E" w14:textId="77777777" w:rsidR="00304FB0" w:rsidRPr="005C06FE" w:rsidRDefault="00304FB0" w:rsidP="003F1E71">
            <w:pPr>
              <w:spacing w:line="480" w:lineRule="auto"/>
              <w:rPr>
                <w:b/>
              </w:rPr>
            </w:pPr>
            <w:r w:rsidRPr="005C06FE">
              <w:rPr>
                <w:b/>
              </w:rPr>
              <w:t xml:space="preserve">TE-ADA </w:t>
            </w:r>
            <w:proofErr w:type="spellStart"/>
            <w:proofErr w:type="gramStart"/>
            <w:r w:rsidRPr="005C06FE">
              <w:rPr>
                <w:b/>
              </w:rPr>
              <w:t>negative,</w:t>
            </w:r>
            <w:r>
              <w:rPr>
                <w:b/>
                <w:vertAlign w:val="superscript"/>
              </w:rPr>
              <w:t>d</w:t>
            </w:r>
            <w:proofErr w:type="spellEnd"/>
            <w:proofErr w:type="gramEnd"/>
            <w:r w:rsidRPr="005C06FE">
              <w:rPr>
                <w:b/>
              </w:rPr>
              <w:br/>
              <w:t>n/</w:t>
            </w:r>
            <w:proofErr w:type="spellStart"/>
            <w:proofErr w:type="gramStart"/>
            <w:r w:rsidRPr="005C06FE">
              <w:rPr>
                <w:b/>
              </w:rPr>
              <w:t>N</w:t>
            </w:r>
            <w:r w:rsidRPr="005C06FE">
              <w:rPr>
                <w:vertAlign w:val="superscript"/>
              </w:rPr>
              <w:t>a,</w:t>
            </w:r>
            <w:r>
              <w:rPr>
                <w:vertAlign w:val="superscript"/>
              </w:rPr>
              <w:t>e</w:t>
            </w:r>
            <w:proofErr w:type="spellEnd"/>
            <w:proofErr w:type="gramEnd"/>
            <w:r>
              <w:rPr>
                <w:vertAlign w:val="superscript"/>
              </w:rPr>
              <w:t xml:space="preserve"> </w:t>
            </w:r>
            <w:r w:rsidRPr="005C06FE">
              <w:rPr>
                <w:b/>
              </w:rPr>
              <w:t>(%)</w:t>
            </w:r>
          </w:p>
        </w:tc>
        <w:tc>
          <w:tcPr>
            <w:tcW w:w="2126" w:type="dxa"/>
            <w:vAlign w:val="center"/>
          </w:tcPr>
          <w:p w14:paraId="5DD2E61C" w14:textId="77777777" w:rsidR="00304FB0" w:rsidRPr="005C06FE" w:rsidRDefault="00304FB0" w:rsidP="003F1E71">
            <w:pPr>
              <w:spacing w:line="480" w:lineRule="auto"/>
              <w:jc w:val="center"/>
            </w:pPr>
            <w:r w:rsidRPr="005C06FE">
              <w:t>0</w:t>
            </w:r>
            <w:r>
              <w:t>/11</w:t>
            </w:r>
          </w:p>
        </w:tc>
        <w:tc>
          <w:tcPr>
            <w:tcW w:w="1843" w:type="dxa"/>
            <w:vAlign w:val="center"/>
          </w:tcPr>
          <w:p w14:paraId="7ED2AED6" w14:textId="77777777" w:rsidR="00304FB0" w:rsidRPr="005C06FE" w:rsidRDefault="00304FB0" w:rsidP="003F1E71">
            <w:pPr>
              <w:spacing w:line="480" w:lineRule="auto"/>
              <w:jc w:val="center"/>
            </w:pPr>
            <w:r w:rsidRPr="005C06FE">
              <w:t>0</w:t>
            </w:r>
            <w:r>
              <w:t>/10</w:t>
            </w:r>
          </w:p>
        </w:tc>
        <w:tc>
          <w:tcPr>
            <w:tcW w:w="1843" w:type="dxa"/>
            <w:vAlign w:val="center"/>
          </w:tcPr>
          <w:p w14:paraId="738A52CE" w14:textId="77777777" w:rsidR="00304FB0" w:rsidRPr="005C06FE" w:rsidRDefault="00304FB0" w:rsidP="003F1E71">
            <w:pPr>
              <w:spacing w:line="480" w:lineRule="auto"/>
              <w:jc w:val="center"/>
            </w:pPr>
            <w:r w:rsidRPr="005C06FE">
              <w:t>0</w:t>
            </w:r>
            <w:r>
              <w:t>/12</w:t>
            </w:r>
          </w:p>
        </w:tc>
        <w:tc>
          <w:tcPr>
            <w:tcW w:w="1134" w:type="dxa"/>
            <w:vAlign w:val="center"/>
          </w:tcPr>
          <w:p w14:paraId="1C97ADD6" w14:textId="77777777" w:rsidR="00304FB0" w:rsidRPr="005C06FE" w:rsidRDefault="00304FB0" w:rsidP="003F1E71">
            <w:pPr>
              <w:spacing w:line="480" w:lineRule="auto"/>
              <w:jc w:val="center"/>
            </w:pPr>
            <w:r w:rsidRPr="005C06FE">
              <w:t>0/16</w:t>
            </w:r>
          </w:p>
        </w:tc>
      </w:tr>
      <w:tr w:rsidR="00304FB0" w:rsidRPr="005C06FE" w14:paraId="4055B499" w14:textId="77777777" w:rsidTr="00127A6A">
        <w:tc>
          <w:tcPr>
            <w:tcW w:w="2405" w:type="dxa"/>
          </w:tcPr>
          <w:p w14:paraId="22C8009A" w14:textId="77777777" w:rsidR="00304FB0" w:rsidRPr="005C06FE" w:rsidRDefault="00304FB0" w:rsidP="003F1E71">
            <w:pPr>
              <w:spacing w:line="480" w:lineRule="auto"/>
              <w:rPr>
                <w:b/>
              </w:rPr>
            </w:pPr>
            <w:r w:rsidRPr="005C06FE">
              <w:rPr>
                <w:b/>
              </w:rPr>
              <w:t>Both baseline and post-baseline positive, n/</w:t>
            </w:r>
            <w:proofErr w:type="spellStart"/>
            <w:proofErr w:type="gramStart"/>
            <w:r w:rsidRPr="005C06FE">
              <w:rPr>
                <w:b/>
              </w:rPr>
              <w:t>N</w:t>
            </w:r>
            <w:r w:rsidRPr="005C06FE">
              <w:rPr>
                <w:vertAlign w:val="superscript"/>
              </w:rPr>
              <w:t>a,</w:t>
            </w:r>
            <w:r>
              <w:rPr>
                <w:vertAlign w:val="superscript"/>
              </w:rPr>
              <w:t>f</w:t>
            </w:r>
            <w:proofErr w:type="spellEnd"/>
            <w:proofErr w:type="gramEnd"/>
            <w:r w:rsidRPr="005C06FE">
              <w:rPr>
                <w:b/>
              </w:rPr>
              <w:t xml:space="preserve"> (%)</w:t>
            </w:r>
          </w:p>
        </w:tc>
        <w:tc>
          <w:tcPr>
            <w:tcW w:w="2126" w:type="dxa"/>
            <w:vAlign w:val="center"/>
          </w:tcPr>
          <w:p w14:paraId="6DCBCFAA" w14:textId="77777777" w:rsidR="00304FB0" w:rsidRPr="005C06FE" w:rsidRDefault="00304FB0" w:rsidP="003F1E71">
            <w:pPr>
              <w:spacing w:line="480" w:lineRule="auto"/>
              <w:jc w:val="center"/>
            </w:pPr>
            <w:r w:rsidRPr="005C06FE">
              <w:t>0</w:t>
            </w:r>
            <w:r>
              <w:t>/11</w:t>
            </w:r>
          </w:p>
        </w:tc>
        <w:tc>
          <w:tcPr>
            <w:tcW w:w="1843" w:type="dxa"/>
            <w:vAlign w:val="center"/>
          </w:tcPr>
          <w:p w14:paraId="3EEA94AF" w14:textId="77777777" w:rsidR="00304FB0" w:rsidRPr="005C06FE" w:rsidRDefault="00304FB0" w:rsidP="003F1E71">
            <w:pPr>
              <w:spacing w:line="480" w:lineRule="auto"/>
              <w:jc w:val="center"/>
            </w:pPr>
            <w:r w:rsidRPr="005C06FE">
              <w:t>0</w:t>
            </w:r>
            <w:r>
              <w:t>/10</w:t>
            </w:r>
          </w:p>
        </w:tc>
        <w:tc>
          <w:tcPr>
            <w:tcW w:w="1843" w:type="dxa"/>
            <w:vAlign w:val="center"/>
          </w:tcPr>
          <w:p w14:paraId="4856D504" w14:textId="77777777" w:rsidR="00304FB0" w:rsidRPr="005C06FE" w:rsidRDefault="00304FB0" w:rsidP="003F1E71">
            <w:pPr>
              <w:spacing w:line="480" w:lineRule="auto"/>
              <w:jc w:val="center"/>
            </w:pPr>
            <w:r w:rsidRPr="005C06FE">
              <w:t>0</w:t>
            </w:r>
            <w:r>
              <w:t>/12</w:t>
            </w:r>
          </w:p>
        </w:tc>
        <w:tc>
          <w:tcPr>
            <w:tcW w:w="1134" w:type="dxa"/>
            <w:vAlign w:val="center"/>
          </w:tcPr>
          <w:p w14:paraId="4636D351" w14:textId="77777777" w:rsidR="00304FB0" w:rsidRPr="005C06FE" w:rsidRDefault="00304FB0" w:rsidP="003F1E71">
            <w:pPr>
              <w:spacing w:line="480" w:lineRule="auto"/>
              <w:jc w:val="center"/>
            </w:pPr>
            <w:r w:rsidRPr="005C06FE">
              <w:t>0/16</w:t>
            </w:r>
          </w:p>
        </w:tc>
      </w:tr>
      <w:tr w:rsidR="00304FB0" w:rsidRPr="005C06FE" w14:paraId="60A6F48E" w14:textId="77777777" w:rsidTr="00127A6A">
        <w:tc>
          <w:tcPr>
            <w:tcW w:w="2405" w:type="dxa"/>
          </w:tcPr>
          <w:p w14:paraId="32FE3A2F" w14:textId="77777777" w:rsidR="00304FB0" w:rsidRPr="005C06FE" w:rsidRDefault="00304FB0" w:rsidP="003F1E71">
            <w:pPr>
              <w:spacing w:line="480" w:lineRule="auto"/>
              <w:rPr>
                <w:b/>
              </w:rPr>
            </w:pPr>
            <w:r w:rsidRPr="005C06FE">
              <w:rPr>
                <w:b/>
              </w:rPr>
              <w:t>Only baseline positive, n/</w:t>
            </w:r>
            <w:proofErr w:type="spellStart"/>
            <w:proofErr w:type="gramStart"/>
            <w:r w:rsidRPr="005C06FE">
              <w:rPr>
                <w:b/>
              </w:rPr>
              <w:t>N</w:t>
            </w:r>
            <w:r w:rsidRPr="005C06FE">
              <w:rPr>
                <w:vertAlign w:val="superscript"/>
              </w:rPr>
              <w:t>a</w:t>
            </w:r>
            <w:r w:rsidRPr="001B1512">
              <w:rPr>
                <w:vertAlign w:val="superscript"/>
              </w:rPr>
              <w:t>,</w:t>
            </w:r>
            <w:r>
              <w:rPr>
                <w:vertAlign w:val="superscript"/>
              </w:rPr>
              <w:t>g</w:t>
            </w:r>
            <w:proofErr w:type="spellEnd"/>
            <w:proofErr w:type="gramEnd"/>
            <w:r w:rsidRPr="005C06FE">
              <w:rPr>
                <w:b/>
              </w:rPr>
              <w:t xml:space="preserve"> (%) </w:t>
            </w:r>
          </w:p>
        </w:tc>
        <w:tc>
          <w:tcPr>
            <w:tcW w:w="2126" w:type="dxa"/>
            <w:vAlign w:val="center"/>
          </w:tcPr>
          <w:p w14:paraId="5E0AE66D" w14:textId="77777777" w:rsidR="00304FB0" w:rsidRPr="005C06FE" w:rsidRDefault="00304FB0" w:rsidP="003F1E71">
            <w:pPr>
              <w:spacing w:line="480" w:lineRule="auto"/>
              <w:jc w:val="center"/>
            </w:pPr>
            <w:r w:rsidRPr="005C06FE">
              <w:t>0</w:t>
            </w:r>
            <w:r>
              <w:t>/11</w:t>
            </w:r>
          </w:p>
        </w:tc>
        <w:tc>
          <w:tcPr>
            <w:tcW w:w="1843" w:type="dxa"/>
            <w:vAlign w:val="center"/>
          </w:tcPr>
          <w:p w14:paraId="6336DD21" w14:textId="77777777" w:rsidR="00304FB0" w:rsidRPr="005C06FE" w:rsidRDefault="00304FB0" w:rsidP="003F1E71">
            <w:pPr>
              <w:spacing w:line="480" w:lineRule="auto"/>
              <w:jc w:val="center"/>
            </w:pPr>
            <w:r w:rsidRPr="005C06FE">
              <w:t>0</w:t>
            </w:r>
            <w:r>
              <w:t>/10</w:t>
            </w:r>
          </w:p>
        </w:tc>
        <w:tc>
          <w:tcPr>
            <w:tcW w:w="1843" w:type="dxa"/>
            <w:vAlign w:val="center"/>
          </w:tcPr>
          <w:p w14:paraId="4ACE2CA7" w14:textId="77777777" w:rsidR="00304FB0" w:rsidRPr="005C06FE" w:rsidRDefault="00304FB0" w:rsidP="003F1E71">
            <w:pPr>
              <w:spacing w:line="480" w:lineRule="auto"/>
              <w:jc w:val="center"/>
            </w:pPr>
            <w:r w:rsidRPr="005C06FE">
              <w:t>0</w:t>
            </w:r>
            <w:r>
              <w:t>/12</w:t>
            </w:r>
          </w:p>
        </w:tc>
        <w:tc>
          <w:tcPr>
            <w:tcW w:w="1134" w:type="dxa"/>
            <w:vAlign w:val="center"/>
          </w:tcPr>
          <w:p w14:paraId="6293F18F" w14:textId="77777777" w:rsidR="00304FB0" w:rsidRPr="005C06FE" w:rsidRDefault="00304FB0" w:rsidP="003F1E71">
            <w:pPr>
              <w:spacing w:line="480" w:lineRule="auto"/>
              <w:jc w:val="center"/>
            </w:pPr>
            <w:r w:rsidRPr="005C06FE">
              <w:t>0/16</w:t>
            </w:r>
          </w:p>
        </w:tc>
      </w:tr>
      <w:tr w:rsidR="00304FB0" w:rsidRPr="005C06FE" w14:paraId="4AEE4D58" w14:textId="77777777" w:rsidTr="00127A6A">
        <w:tc>
          <w:tcPr>
            <w:tcW w:w="2405" w:type="dxa"/>
          </w:tcPr>
          <w:p w14:paraId="0000E43A" w14:textId="77777777" w:rsidR="00304FB0" w:rsidRPr="005C06FE" w:rsidRDefault="00304FB0" w:rsidP="003F1E71">
            <w:pPr>
              <w:spacing w:line="480" w:lineRule="auto"/>
              <w:rPr>
                <w:b/>
              </w:rPr>
            </w:pPr>
            <w:r w:rsidRPr="005C06FE">
              <w:rPr>
                <w:b/>
              </w:rPr>
              <w:lastRenderedPageBreak/>
              <w:t xml:space="preserve">ADA persistently </w:t>
            </w:r>
            <w:proofErr w:type="spellStart"/>
            <w:r w:rsidRPr="005C06FE">
              <w:rPr>
                <w:b/>
              </w:rPr>
              <w:t>positive</w:t>
            </w:r>
            <w:r w:rsidRPr="005C06FE">
              <w:rPr>
                <w:b/>
                <w:vertAlign w:val="superscript"/>
              </w:rPr>
              <w:t>g</w:t>
            </w:r>
            <w:proofErr w:type="spellEnd"/>
          </w:p>
        </w:tc>
        <w:tc>
          <w:tcPr>
            <w:tcW w:w="2126" w:type="dxa"/>
            <w:vAlign w:val="center"/>
          </w:tcPr>
          <w:p w14:paraId="3D40231E" w14:textId="77777777" w:rsidR="00304FB0" w:rsidRPr="005C06FE" w:rsidRDefault="00304FB0" w:rsidP="003F1E71">
            <w:pPr>
              <w:spacing w:line="480" w:lineRule="auto"/>
              <w:jc w:val="center"/>
            </w:pPr>
          </w:p>
        </w:tc>
        <w:tc>
          <w:tcPr>
            <w:tcW w:w="1843" w:type="dxa"/>
            <w:vAlign w:val="center"/>
          </w:tcPr>
          <w:p w14:paraId="60900985" w14:textId="77777777" w:rsidR="00304FB0" w:rsidRPr="005C06FE" w:rsidRDefault="00304FB0" w:rsidP="003F1E71">
            <w:pPr>
              <w:spacing w:line="480" w:lineRule="auto"/>
              <w:jc w:val="center"/>
            </w:pPr>
          </w:p>
        </w:tc>
        <w:tc>
          <w:tcPr>
            <w:tcW w:w="1843" w:type="dxa"/>
            <w:vAlign w:val="center"/>
          </w:tcPr>
          <w:p w14:paraId="10CA0FDB" w14:textId="77777777" w:rsidR="00304FB0" w:rsidRPr="005C06FE" w:rsidRDefault="00304FB0" w:rsidP="003F1E71">
            <w:pPr>
              <w:spacing w:line="480" w:lineRule="auto"/>
              <w:jc w:val="center"/>
            </w:pPr>
          </w:p>
        </w:tc>
        <w:tc>
          <w:tcPr>
            <w:tcW w:w="1134" w:type="dxa"/>
            <w:vAlign w:val="center"/>
          </w:tcPr>
          <w:p w14:paraId="32CF048C" w14:textId="77777777" w:rsidR="00304FB0" w:rsidRPr="005C06FE" w:rsidRDefault="00304FB0" w:rsidP="003F1E71">
            <w:pPr>
              <w:spacing w:line="480" w:lineRule="auto"/>
              <w:jc w:val="center"/>
            </w:pPr>
          </w:p>
        </w:tc>
      </w:tr>
      <w:tr w:rsidR="00304FB0" w:rsidRPr="005C06FE" w14:paraId="502F1B4D" w14:textId="77777777" w:rsidTr="00127A6A">
        <w:tc>
          <w:tcPr>
            <w:tcW w:w="2405" w:type="dxa"/>
          </w:tcPr>
          <w:p w14:paraId="331A04AF" w14:textId="77777777" w:rsidR="00304FB0" w:rsidRPr="00127A6A" w:rsidRDefault="00304FB0" w:rsidP="003F1E71">
            <w:pPr>
              <w:spacing w:line="480" w:lineRule="auto"/>
              <w:rPr>
                <w:b/>
                <w:iCs/>
              </w:rPr>
            </w:pPr>
            <w:r w:rsidRPr="00127A6A">
              <w:rPr>
                <w:iCs/>
              </w:rPr>
              <w:t>n/</w:t>
            </w:r>
            <w:proofErr w:type="spellStart"/>
            <w:proofErr w:type="gramStart"/>
            <w:r w:rsidRPr="00127A6A">
              <w:rPr>
                <w:iCs/>
              </w:rPr>
              <w:t>N</w:t>
            </w:r>
            <w:r w:rsidRPr="00127A6A">
              <w:rPr>
                <w:iCs/>
                <w:vertAlign w:val="superscript"/>
              </w:rPr>
              <w:t>a,</w:t>
            </w:r>
            <w:r>
              <w:rPr>
                <w:iCs/>
                <w:vertAlign w:val="superscript"/>
              </w:rPr>
              <w:t>f</w:t>
            </w:r>
            <w:proofErr w:type="spellEnd"/>
            <w:proofErr w:type="gramEnd"/>
            <w:r w:rsidRPr="00127A6A">
              <w:rPr>
                <w:iCs/>
              </w:rPr>
              <w:t xml:space="preserve"> (%)</w:t>
            </w:r>
          </w:p>
        </w:tc>
        <w:tc>
          <w:tcPr>
            <w:tcW w:w="2126" w:type="dxa"/>
            <w:vAlign w:val="center"/>
          </w:tcPr>
          <w:p w14:paraId="08326DA4" w14:textId="77777777" w:rsidR="00304FB0" w:rsidRPr="005C06FE" w:rsidRDefault="00304FB0" w:rsidP="003F1E71">
            <w:pPr>
              <w:spacing w:line="480" w:lineRule="auto"/>
              <w:jc w:val="center"/>
            </w:pPr>
            <w:r w:rsidRPr="005C06FE">
              <w:t>10/11 (90.9%)</w:t>
            </w:r>
          </w:p>
        </w:tc>
        <w:tc>
          <w:tcPr>
            <w:tcW w:w="1843" w:type="dxa"/>
            <w:vAlign w:val="center"/>
          </w:tcPr>
          <w:p w14:paraId="11A4EBAC" w14:textId="77777777" w:rsidR="00304FB0" w:rsidRPr="005C06FE" w:rsidRDefault="00304FB0" w:rsidP="003F1E71">
            <w:pPr>
              <w:spacing w:line="480" w:lineRule="auto"/>
              <w:jc w:val="center"/>
            </w:pPr>
            <w:r w:rsidRPr="005C06FE">
              <w:t>9/10 (90.0%)</w:t>
            </w:r>
          </w:p>
        </w:tc>
        <w:tc>
          <w:tcPr>
            <w:tcW w:w="1843" w:type="dxa"/>
            <w:vAlign w:val="center"/>
          </w:tcPr>
          <w:p w14:paraId="7EF1D6B5" w14:textId="77777777" w:rsidR="00304FB0" w:rsidRPr="005C06FE" w:rsidRDefault="00304FB0" w:rsidP="003F1E71">
            <w:pPr>
              <w:spacing w:line="480" w:lineRule="auto"/>
              <w:jc w:val="center"/>
            </w:pPr>
            <w:r w:rsidRPr="005C06FE">
              <w:t>8/12 (66.7%)</w:t>
            </w:r>
          </w:p>
        </w:tc>
        <w:tc>
          <w:tcPr>
            <w:tcW w:w="1134" w:type="dxa"/>
            <w:vAlign w:val="center"/>
          </w:tcPr>
          <w:p w14:paraId="1EC6EAEC" w14:textId="77777777" w:rsidR="00304FB0" w:rsidRPr="005C06FE" w:rsidRDefault="00304FB0" w:rsidP="003F1E71">
            <w:pPr>
              <w:spacing w:line="480" w:lineRule="auto"/>
              <w:jc w:val="center"/>
            </w:pPr>
            <w:r w:rsidRPr="005C06FE">
              <w:t>0/16</w:t>
            </w:r>
          </w:p>
        </w:tc>
      </w:tr>
      <w:tr w:rsidR="00304FB0" w:rsidRPr="005C06FE" w14:paraId="2FD9B913" w14:textId="77777777" w:rsidTr="00127A6A">
        <w:tc>
          <w:tcPr>
            <w:tcW w:w="2405" w:type="dxa"/>
          </w:tcPr>
          <w:p w14:paraId="3A374253" w14:textId="77777777" w:rsidR="00304FB0" w:rsidRPr="00127A6A" w:rsidRDefault="00304FB0" w:rsidP="003F1E71">
            <w:pPr>
              <w:spacing w:line="480" w:lineRule="auto"/>
              <w:rPr>
                <w:b/>
                <w:iCs/>
              </w:rPr>
            </w:pPr>
            <w:proofErr w:type="spellStart"/>
            <w:r w:rsidRPr="006E0E58">
              <w:rPr>
                <w:i/>
              </w:rPr>
              <w:t>Median</w:t>
            </w:r>
            <w:r w:rsidRPr="006E0E58">
              <w:rPr>
                <w:i/>
                <w:vertAlign w:val="superscript"/>
              </w:rPr>
              <w:t>c</w:t>
            </w:r>
            <w:proofErr w:type="spellEnd"/>
            <w:r w:rsidRPr="00127A6A">
              <w:rPr>
                <w:iCs/>
              </w:rPr>
              <w:t xml:space="preserve"> (min, max)</w:t>
            </w:r>
          </w:p>
        </w:tc>
        <w:tc>
          <w:tcPr>
            <w:tcW w:w="2126" w:type="dxa"/>
            <w:vAlign w:val="center"/>
          </w:tcPr>
          <w:p w14:paraId="74F82C76" w14:textId="77777777" w:rsidR="00304FB0" w:rsidRPr="005C06FE" w:rsidRDefault="00304FB0" w:rsidP="003F1E71">
            <w:pPr>
              <w:spacing w:line="480" w:lineRule="auto"/>
              <w:jc w:val="center"/>
            </w:pPr>
            <w:r w:rsidRPr="005C06FE">
              <w:t>1280 (10, 5120)</w:t>
            </w:r>
          </w:p>
        </w:tc>
        <w:tc>
          <w:tcPr>
            <w:tcW w:w="1843" w:type="dxa"/>
            <w:vAlign w:val="center"/>
          </w:tcPr>
          <w:p w14:paraId="6FCEA18D" w14:textId="77777777" w:rsidR="00304FB0" w:rsidRPr="005C06FE" w:rsidRDefault="00304FB0" w:rsidP="003F1E71">
            <w:pPr>
              <w:spacing w:line="480" w:lineRule="auto"/>
              <w:jc w:val="center"/>
            </w:pPr>
            <w:r w:rsidRPr="005C06FE">
              <w:t>640.0 (20, 5120)</w:t>
            </w:r>
          </w:p>
        </w:tc>
        <w:tc>
          <w:tcPr>
            <w:tcW w:w="1843" w:type="dxa"/>
            <w:vAlign w:val="center"/>
          </w:tcPr>
          <w:p w14:paraId="651893A2" w14:textId="77777777" w:rsidR="00304FB0" w:rsidRPr="005C06FE" w:rsidRDefault="00304FB0" w:rsidP="003F1E71">
            <w:pPr>
              <w:spacing w:line="480" w:lineRule="auto"/>
              <w:jc w:val="center"/>
            </w:pPr>
            <w:r w:rsidRPr="005C06FE">
              <w:t>320.0 (40, 5120)</w:t>
            </w:r>
          </w:p>
        </w:tc>
        <w:tc>
          <w:tcPr>
            <w:tcW w:w="1134" w:type="dxa"/>
            <w:vAlign w:val="center"/>
          </w:tcPr>
          <w:p w14:paraId="7AE49FF7" w14:textId="77777777" w:rsidR="00304FB0" w:rsidRPr="005C06FE" w:rsidRDefault="00304FB0" w:rsidP="003F1E71">
            <w:pPr>
              <w:spacing w:line="480" w:lineRule="auto"/>
              <w:jc w:val="center"/>
            </w:pPr>
            <w:r w:rsidRPr="005C06FE">
              <w:t>-</w:t>
            </w:r>
          </w:p>
        </w:tc>
      </w:tr>
      <w:tr w:rsidR="00304FB0" w:rsidRPr="005C06FE" w14:paraId="36B24ED3" w14:textId="77777777" w:rsidTr="00127A6A">
        <w:tc>
          <w:tcPr>
            <w:tcW w:w="2405" w:type="dxa"/>
          </w:tcPr>
          <w:p w14:paraId="4E9DC892" w14:textId="77777777" w:rsidR="00304FB0" w:rsidRPr="005C06FE" w:rsidRDefault="00304FB0" w:rsidP="003F1E71">
            <w:pPr>
              <w:spacing w:line="480" w:lineRule="auto"/>
              <w:rPr>
                <w:b/>
              </w:rPr>
            </w:pPr>
            <w:r w:rsidRPr="005C06FE">
              <w:rPr>
                <w:b/>
              </w:rPr>
              <w:t xml:space="preserve">ADA transiently </w:t>
            </w:r>
            <w:proofErr w:type="spellStart"/>
            <w:r w:rsidRPr="005C06FE">
              <w:rPr>
                <w:b/>
              </w:rPr>
              <w:t>positive</w:t>
            </w:r>
            <w:r>
              <w:rPr>
                <w:b/>
                <w:vertAlign w:val="superscript"/>
              </w:rPr>
              <w:t>h</w:t>
            </w:r>
            <w:proofErr w:type="spellEnd"/>
            <w:r w:rsidRPr="005C06FE">
              <w:rPr>
                <w:b/>
              </w:rPr>
              <w:t xml:space="preserve"> </w:t>
            </w:r>
          </w:p>
        </w:tc>
        <w:tc>
          <w:tcPr>
            <w:tcW w:w="2126" w:type="dxa"/>
            <w:vAlign w:val="center"/>
          </w:tcPr>
          <w:p w14:paraId="16246B7F" w14:textId="77777777" w:rsidR="00304FB0" w:rsidRPr="005C06FE" w:rsidRDefault="00304FB0" w:rsidP="003F1E71">
            <w:pPr>
              <w:spacing w:line="480" w:lineRule="auto"/>
              <w:jc w:val="center"/>
            </w:pPr>
          </w:p>
        </w:tc>
        <w:tc>
          <w:tcPr>
            <w:tcW w:w="1843" w:type="dxa"/>
            <w:vAlign w:val="center"/>
          </w:tcPr>
          <w:p w14:paraId="0E3CB48A" w14:textId="77777777" w:rsidR="00304FB0" w:rsidRPr="005C06FE" w:rsidRDefault="00304FB0" w:rsidP="003F1E71">
            <w:pPr>
              <w:spacing w:line="480" w:lineRule="auto"/>
              <w:jc w:val="center"/>
            </w:pPr>
          </w:p>
        </w:tc>
        <w:tc>
          <w:tcPr>
            <w:tcW w:w="1843" w:type="dxa"/>
            <w:vAlign w:val="center"/>
          </w:tcPr>
          <w:p w14:paraId="49E6DDF6" w14:textId="77777777" w:rsidR="00304FB0" w:rsidRPr="005C06FE" w:rsidRDefault="00304FB0" w:rsidP="003F1E71">
            <w:pPr>
              <w:spacing w:line="480" w:lineRule="auto"/>
              <w:jc w:val="center"/>
            </w:pPr>
          </w:p>
        </w:tc>
        <w:tc>
          <w:tcPr>
            <w:tcW w:w="1134" w:type="dxa"/>
            <w:vAlign w:val="center"/>
          </w:tcPr>
          <w:p w14:paraId="38DDF950" w14:textId="77777777" w:rsidR="00304FB0" w:rsidRPr="005C06FE" w:rsidRDefault="00304FB0" w:rsidP="003F1E71">
            <w:pPr>
              <w:spacing w:line="480" w:lineRule="auto"/>
              <w:jc w:val="center"/>
            </w:pPr>
          </w:p>
        </w:tc>
      </w:tr>
      <w:tr w:rsidR="00304FB0" w:rsidRPr="005C06FE" w14:paraId="241467D4" w14:textId="77777777" w:rsidTr="00127A6A">
        <w:tc>
          <w:tcPr>
            <w:tcW w:w="2405" w:type="dxa"/>
          </w:tcPr>
          <w:p w14:paraId="7186C98B" w14:textId="77777777" w:rsidR="00304FB0" w:rsidRPr="00127A6A" w:rsidRDefault="00304FB0" w:rsidP="003F1E71">
            <w:pPr>
              <w:spacing w:line="480" w:lineRule="auto"/>
              <w:rPr>
                <w:b/>
                <w:iCs/>
              </w:rPr>
            </w:pPr>
            <w:r w:rsidRPr="00127A6A">
              <w:rPr>
                <w:iCs/>
              </w:rPr>
              <w:t>n/</w:t>
            </w:r>
            <w:proofErr w:type="spellStart"/>
            <w:proofErr w:type="gramStart"/>
            <w:r w:rsidRPr="00127A6A">
              <w:rPr>
                <w:iCs/>
              </w:rPr>
              <w:t>N</w:t>
            </w:r>
            <w:r w:rsidRPr="00127A6A">
              <w:rPr>
                <w:iCs/>
                <w:vertAlign w:val="superscript"/>
              </w:rPr>
              <w:t>a,</w:t>
            </w:r>
            <w:r>
              <w:rPr>
                <w:iCs/>
                <w:vertAlign w:val="superscript"/>
              </w:rPr>
              <w:t>f</w:t>
            </w:r>
            <w:proofErr w:type="spellEnd"/>
            <w:proofErr w:type="gramEnd"/>
            <w:r w:rsidRPr="00127A6A">
              <w:rPr>
                <w:iCs/>
              </w:rPr>
              <w:t xml:space="preserve"> (%)</w:t>
            </w:r>
          </w:p>
        </w:tc>
        <w:tc>
          <w:tcPr>
            <w:tcW w:w="2126" w:type="dxa"/>
            <w:vAlign w:val="center"/>
          </w:tcPr>
          <w:p w14:paraId="5AEED1FB" w14:textId="77777777" w:rsidR="00304FB0" w:rsidRPr="005C06FE" w:rsidRDefault="00304FB0" w:rsidP="003F1E71">
            <w:pPr>
              <w:spacing w:line="480" w:lineRule="auto"/>
              <w:jc w:val="center"/>
            </w:pPr>
            <w:r w:rsidRPr="005C06FE">
              <w:t>0</w:t>
            </w:r>
            <w:r>
              <w:t>/11</w:t>
            </w:r>
          </w:p>
        </w:tc>
        <w:tc>
          <w:tcPr>
            <w:tcW w:w="1843" w:type="dxa"/>
            <w:vAlign w:val="center"/>
          </w:tcPr>
          <w:p w14:paraId="16FA6706" w14:textId="77777777" w:rsidR="00304FB0" w:rsidRPr="005C06FE" w:rsidRDefault="00304FB0" w:rsidP="003F1E71">
            <w:pPr>
              <w:spacing w:line="480" w:lineRule="auto"/>
              <w:jc w:val="center"/>
            </w:pPr>
            <w:r w:rsidRPr="005C06FE">
              <w:t>1/10 (10.0%)</w:t>
            </w:r>
          </w:p>
        </w:tc>
        <w:tc>
          <w:tcPr>
            <w:tcW w:w="1843" w:type="dxa"/>
            <w:vAlign w:val="center"/>
          </w:tcPr>
          <w:p w14:paraId="1F4F06AE" w14:textId="77777777" w:rsidR="00304FB0" w:rsidRPr="005C06FE" w:rsidRDefault="00304FB0" w:rsidP="003F1E71">
            <w:pPr>
              <w:spacing w:line="480" w:lineRule="auto"/>
              <w:jc w:val="center"/>
            </w:pPr>
            <w:r w:rsidRPr="005C06FE">
              <w:t>0</w:t>
            </w:r>
            <w:r>
              <w:t>/12</w:t>
            </w:r>
          </w:p>
        </w:tc>
        <w:tc>
          <w:tcPr>
            <w:tcW w:w="1134" w:type="dxa"/>
            <w:vAlign w:val="center"/>
          </w:tcPr>
          <w:p w14:paraId="35C00F36" w14:textId="77777777" w:rsidR="00304FB0" w:rsidRPr="005C06FE" w:rsidRDefault="00304FB0" w:rsidP="003F1E71">
            <w:pPr>
              <w:spacing w:line="480" w:lineRule="auto"/>
              <w:jc w:val="center"/>
            </w:pPr>
            <w:r w:rsidRPr="005C06FE">
              <w:t>0/16</w:t>
            </w:r>
          </w:p>
        </w:tc>
      </w:tr>
      <w:tr w:rsidR="00304FB0" w:rsidRPr="005C06FE" w14:paraId="52DEAE9F" w14:textId="77777777" w:rsidTr="00127A6A">
        <w:tc>
          <w:tcPr>
            <w:tcW w:w="2405" w:type="dxa"/>
            <w:tcBorders>
              <w:bottom w:val="single" w:sz="4" w:space="0" w:color="auto"/>
            </w:tcBorders>
          </w:tcPr>
          <w:p w14:paraId="3DE0085B" w14:textId="77777777" w:rsidR="00304FB0" w:rsidRPr="00DF1993" w:rsidRDefault="00304FB0" w:rsidP="003F1E71">
            <w:pPr>
              <w:spacing w:line="480" w:lineRule="auto"/>
              <w:rPr>
                <w:b/>
                <w:iCs/>
              </w:rPr>
            </w:pPr>
            <w:proofErr w:type="spellStart"/>
            <w:r w:rsidRPr="006E0E58">
              <w:rPr>
                <w:i/>
              </w:rPr>
              <w:t>Median</w:t>
            </w:r>
            <w:r w:rsidRPr="006E0E58">
              <w:rPr>
                <w:i/>
                <w:vertAlign w:val="superscript"/>
              </w:rPr>
              <w:t>c</w:t>
            </w:r>
            <w:proofErr w:type="spellEnd"/>
            <w:r w:rsidRPr="006E0E58">
              <w:rPr>
                <w:i/>
              </w:rPr>
              <w:t xml:space="preserve"> </w:t>
            </w:r>
            <w:r w:rsidRPr="00DF1993">
              <w:rPr>
                <w:iCs/>
              </w:rPr>
              <w:t>(min, max)</w:t>
            </w:r>
          </w:p>
        </w:tc>
        <w:tc>
          <w:tcPr>
            <w:tcW w:w="2126" w:type="dxa"/>
            <w:tcBorders>
              <w:bottom w:val="single" w:sz="4" w:space="0" w:color="auto"/>
            </w:tcBorders>
            <w:vAlign w:val="center"/>
          </w:tcPr>
          <w:p w14:paraId="56AD6AD1" w14:textId="77777777" w:rsidR="00304FB0" w:rsidRPr="005C06FE" w:rsidRDefault="00304FB0" w:rsidP="003F1E71">
            <w:pPr>
              <w:spacing w:line="480" w:lineRule="auto"/>
              <w:jc w:val="center"/>
            </w:pPr>
            <w:r w:rsidRPr="005C06FE">
              <w:t>-</w:t>
            </w:r>
          </w:p>
        </w:tc>
        <w:tc>
          <w:tcPr>
            <w:tcW w:w="1843" w:type="dxa"/>
            <w:tcBorders>
              <w:bottom w:val="single" w:sz="4" w:space="0" w:color="auto"/>
            </w:tcBorders>
            <w:vAlign w:val="center"/>
          </w:tcPr>
          <w:p w14:paraId="55E7B302" w14:textId="77777777" w:rsidR="00304FB0" w:rsidRPr="005C06FE" w:rsidRDefault="00304FB0" w:rsidP="003F1E71">
            <w:pPr>
              <w:spacing w:line="480" w:lineRule="auto"/>
              <w:jc w:val="center"/>
            </w:pPr>
            <w:r w:rsidRPr="005C06FE">
              <w:t xml:space="preserve">- </w:t>
            </w:r>
          </w:p>
        </w:tc>
        <w:tc>
          <w:tcPr>
            <w:tcW w:w="1843" w:type="dxa"/>
            <w:tcBorders>
              <w:bottom w:val="single" w:sz="4" w:space="0" w:color="auto"/>
            </w:tcBorders>
            <w:vAlign w:val="center"/>
          </w:tcPr>
          <w:p w14:paraId="34CB40D3" w14:textId="77777777" w:rsidR="00304FB0" w:rsidRPr="005C06FE" w:rsidRDefault="00304FB0" w:rsidP="003F1E71">
            <w:pPr>
              <w:spacing w:line="480" w:lineRule="auto"/>
              <w:jc w:val="center"/>
            </w:pPr>
            <w:r w:rsidRPr="005C06FE">
              <w:t>-</w:t>
            </w:r>
          </w:p>
        </w:tc>
        <w:tc>
          <w:tcPr>
            <w:tcW w:w="1134" w:type="dxa"/>
            <w:tcBorders>
              <w:bottom w:val="single" w:sz="4" w:space="0" w:color="auto"/>
            </w:tcBorders>
            <w:vAlign w:val="center"/>
          </w:tcPr>
          <w:p w14:paraId="7482A41C" w14:textId="77777777" w:rsidR="00304FB0" w:rsidRPr="005C06FE" w:rsidRDefault="00304FB0" w:rsidP="003F1E71">
            <w:pPr>
              <w:spacing w:line="480" w:lineRule="auto"/>
              <w:jc w:val="center"/>
            </w:pPr>
            <w:r w:rsidRPr="005C06FE">
              <w:t>-</w:t>
            </w:r>
          </w:p>
        </w:tc>
      </w:tr>
    </w:tbl>
    <w:p w14:paraId="43DDEBB1" w14:textId="77777777" w:rsidR="00304FB0" w:rsidRPr="005C06FE" w:rsidRDefault="00304FB0" w:rsidP="00126371">
      <w:pPr>
        <w:spacing w:line="480" w:lineRule="auto"/>
        <w:rPr>
          <w:sz w:val="22"/>
        </w:rPr>
      </w:pPr>
      <w:r w:rsidRPr="005C06FE">
        <w:rPr>
          <w:sz w:val="22"/>
        </w:rPr>
        <w:t xml:space="preserve">If a patient has more than one non-missing titre during the study, the maximum titre for each patient is </w:t>
      </w:r>
      <w:r>
        <w:rPr>
          <w:sz w:val="22"/>
        </w:rPr>
        <w:t>summarized.</w:t>
      </w:r>
    </w:p>
    <w:p w14:paraId="33A7CEA7" w14:textId="77777777" w:rsidR="00304FB0" w:rsidRPr="005C06FE" w:rsidRDefault="00304FB0" w:rsidP="003F1E71">
      <w:pPr>
        <w:spacing w:line="480" w:lineRule="auto"/>
        <w:rPr>
          <w:sz w:val="22"/>
        </w:rPr>
      </w:pPr>
      <w:proofErr w:type="spellStart"/>
      <w:r w:rsidRPr="00FD0703">
        <w:rPr>
          <w:sz w:val="22"/>
          <w:vertAlign w:val="superscript"/>
        </w:rPr>
        <w:t>a</w:t>
      </w:r>
      <w:r w:rsidRPr="005C06FE">
        <w:rPr>
          <w:sz w:val="22"/>
        </w:rPr>
        <w:t>Represents</w:t>
      </w:r>
      <w:proofErr w:type="spellEnd"/>
      <w:r w:rsidRPr="005C06FE">
        <w:rPr>
          <w:sz w:val="22"/>
        </w:rPr>
        <w:t xml:space="preserve"> the number of patients satisfying the conditions of the specified ADA category.</w:t>
      </w:r>
    </w:p>
    <w:p w14:paraId="47AF9EFB" w14:textId="77777777" w:rsidR="00304FB0" w:rsidRPr="005C06FE" w:rsidRDefault="00304FB0" w:rsidP="003F1E71">
      <w:pPr>
        <w:spacing w:line="480" w:lineRule="auto"/>
        <w:rPr>
          <w:sz w:val="22"/>
        </w:rPr>
      </w:pPr>
      <w:proofErr w:type="spellStart"/>
      <w:r w:rsidRPr="005C06FE">
        <w:rPr>
          <w:sz w:val="22"/>
          <w:vertAlign w:val="superscript"/>
        </w:rPr>
        <w:t>b</w:t>
      </w:r>
      <w:r w:rsidRPr="005C06FE">
        <w:rPr>
          <w:sz w:val="22"/>
        </w:rPr>
        <w:t>N</w:t>
      </w:r>
      <w:proofErr w:type="spellEnd"/>
      <w:r w:rsidRPr="005C06FE">
        <w:rPr>
          <w:sz w:val="22"/>
        </w:rPr>
        <w:t xml:space="preserve"> represents the number of patients with any ADA result at baseline and/or post-baseline.</w:t>
      </w:r>
    </w:p>
    <w:p w14:paraId="3772D382" w14:textId="77777777" w:rsidR="00304FB0" w:rsidRPr="007B31CC" w:rsidRDefault="00304FB0" w:rsidP="00C27B1E">
      <w:pPr>
        <w:spacing w:line="480" w:lineRule="auto"/>
        <w:rPr>
          <w:sz w:val="22"/>
        </w:rPr>
      </w:pPr>
      <w:proofErr w:type="spellStart"/>
      <w:r w:rsidRPr="005C06FE">
        <w:rPr>
          <w:sz w:val="22"/>
          <w:vertAlign w:val="superscript"/>
        </w:rPr>
        <w:t>c</w:t>
      </w:r>
      <w:r w:rsidRPr="007B31CC">
        <w:rPr>
          <w:sz w:val="22"/>
        </w:rPr>
        <w:t>The</w:t>
      </w:r>
      <w:proofErr w:type="spellEnd"/>
      <w:r w:rsidRPr="007B31CC">
        <w:rPr>
          <w:sz w:val="22"/>
        </w:rPr>
        <w:t xml:space="preserve"> median of maximum titres is calculated based on the maximum titre for each </w:t>
      </w:r>
      <w:r>
        <w:rPr>
          <w:sz w:val="22"/>
        </w:rPr>
        <w:t xml:space="preserve">patient with a positive </w:t>
      </w:r>
      <w:r w:rsidRPr="007B31CC">
        <w:rPr>
          <w:sz w:val="22"/>
        </w:rPr>
        <w:t xml:space="preserve">ADA </w:t>
      </w:r>
      <w:r>
        <w:rPr>
          <w:sz w:val="22"/>
        </w:rPr>
        <w:t>test</w:t>
      </w:r>
      <w:r w:rsidRPr="007B31CC">
        <w:rPr>
          <w:sz w:val="22"/>
        </w:rPr>
        <w:t xml:space="preserve"> within each treatment group (including both baseline and post-baseline measurements).</w:t>
      </w:r>
    </w:p>
    <w:p w14:paraId="4B28F147" w14:textId="77777777" w:rsidR="00304FB0" w:rsidRDefault="00304FB0" w:rsidP="00DE4C6E">
      <w:pPr>
        <w:spacing w:line="480" w:lineRule="auto"/>
        <w:rPr>
          <w:sz w:val="22"/>
          <w:vertAlign w:val="superscript"/>
        </w:rPr>
      </w:pPr>
      <w:proofErr w:type="spellStart"/>
      <w:r>
        <w:rPr>
          <w:sz w:val="22"/>
          <w:vertAlign w:val="superscript"/>
        </w:rPr>
        <w:t>d</w:t>
      </w:r>
      <w:r w:rsidRPr="005C06FE">
        <w:rPr>
          <w:sz w:val="22"/>
        </w:rPr>
        <w:t>TE</w:t>
      </w:r>
      <w:proofErr w:type="spellEnd"/>
      <w:r w:rsidRPr="005C06FE">
        <w:rPr>
          <w:sz w:val="22"/>
        </w:rPr>
        <w:t xml:space="preserve">-ADA positive is defined as the sum of treatment-induced ADA positive (ADA negative at baseline and post-baseline ADA positive) and treatment-boosted ADA positive (ADA positive at baseline and boosted the pre-existing titre level during the study period). TE-ADA negative is defined as ADA </w:t>
      </w:r>
      <w:proofErr w:type="gramStart"/>
      <w:r w:rsidRPr="005C06FE">
        <w:rPr>
          <w:sz w:val="22"/>
        </w:rPr>
        <w:t>positive, but</w:t>
      </w:r>
      <w:proofErr w:type="gramEnd"/>
      <w:r w:rsidRPr="005C06FE">
        <w:rPr>
          <w:sz w:val="22"/>
        </w:rPr>
        <w:t xml:space="preserve"> does not fulfil the definition of TE-ADA positive. ADA incidence is the proportion of TE-ADA+ patients in a population.</w:t>
      </w:r>
    </w:p>
    <w:p w14:paraId="7CBCFC78" w14:textId="77777777" w:rsidR="00304FB0" w:rsidRPr="00127A6A" w:rsidRDefault="00304FB0" w:rsidP="003F1E71">
      <w:pPr>
        <w:spacing w:line="480" w:lineRule="auto"/>
        <w:rPr>
          <w:sz w:val="22"/>
        </w:rPr>
      </w:pPr>
      <w:proofErr w:type="spellStart"/>
      <w:r>
        <w:rPr>
          <w:sz w:val="22"/>
          <w:vertAlign w:val="superscript"/>
        </w:rPr>
        <w:t>e</w:t>
      </w:r>
      <w:r w:rsidRPr="005C06FE">
        <w:rPr>
          <w:sz w:val="22"/>
        </w:rPr>
        <w:t>N</w:t>
      </w:r>
      <w:proofErr w:type="spellEnd"/>
      <w:r w:rsidRPr="005C06FE">
        <w:rPr>
          <w:sz w:val="22"/>
        </w:rPr>
        <w:t xml:space="preserve"> represents the number of patients with at least one post-baseline ADA assessment</w:t>
      </w:r>
      <w:r>
        <w:rPr>
          <w:sz w:val="22"/>
        </w:rPr>
        <w:t>.</w:t>
      </w:r>
    </w:p>
    <w:p w14:paraId="792E72F6" w14:textId="77777777" w:rsidR="00304FB0" w:rsidRPr="005C06FE" w:rsidRDefault="00304FB0" w:rsidP="003F1E71">
      <w:pPr>
        <w:spacing w:line="480" w:lineRule="auto"/>
        <w:rPr>
          <w:sz w:val="22"/>
        </w:rPr>
      </w:pPr>
      <w:proofErr w:type="spellStart"/>
      <w:r>
        <w:rPr>
          <w:sz w:val="22"/>
          <w:vertAlign w:val="superscript"/>
        </w:rPr>
        <w:t>f</w:t>
      </w:r>
      <w:r w:rsidRPr="005C06FE">
        <w:rPr>
          <w:sz w:val="22"/>
        </w:rPr>
        <w:t>N</w:t>
      </w:r>
      <w:proofErr w:type="spellEnd"/>
      <w:r w:rsidRPr="005C06FE">
        <w:rPr>
          <w:sz w:val="22"/>
        </w:rPr>
        <w:t xml:space="preserve"> represents the number of patients with an ADA result at baseline and at least one post-baseline</w:t>
      </w:r>
      <w:r>
        <w:rPr>
          <w:sz w:val="22"/>
        </w:rPr>
        <w:t xml:space="preserve"> </w:t>
      </w:r>
      <w:r w:rsidRPr="005C06FE">
        <w:rPr>
          <w:sz w:val="22"/>
        </w:rPr>
        <w:t>assessment.</w:t>
      </w:r>
    </w:p>
    <w:p w14:paraId="05FD52D0" w14:textId="77777777" w:rsidR="00304FB0" w:rsidRPr="005C06FE" w:rsidRDefault="00304FB0" w:rsidP="003F1E71">
      <w:pPr>
        <w:spacing w:line="480" w:lineRule="auto"/>
        <w:rPr>
          <w:sz w:val="22"/>
        </w:rPr>
      </w:pPr>
      <w:r w:rsidRPr="005C06FE">
        <w:rPr>
          <w:sz w:val="22"/>
          <w:vertAlign w:val="superscript"/>
        </w:rPr>
        <w:t xml:space="preserve"> </w:t>
      </w:r>
      <w:proofErr w:type="spellStart"/>
      <w:r>
        <w:rPr>
          <w:sz w:val="22"/>
          <w:vertAlign w:val="superscript"/>
        </w:rPr>
        <w:t>g</w:t>
      </w:r>
      <w:r w:rsidRPr="005C06FE">
        <w:rPr>
          <w:sz w:val="22"/>
        </w:rPr>
        <w:t>N</w:t>
      </w:r>
      <w:proofErr w:type="spellEnd"/>
      <w:r w:rsidRPr="005C06FE">
        <w:rPr>
          <w:sz w:val="22"/>
        </w:rPr>
        <w:t xml:space="preserve"> represents the number of patients with an ADA result at baseline.</w:t>
      </w:r>
    </w:p>
    <w:p w14:paraId="625EAA63" w14:textId="77777777" w:rsidR="00304FB0" w:rsidRPr="005C06FE" w:rsidRDefault="00304FB0" w:rsidP="003F1E71">
      <w:pPr>
        <w:spacing w:line="480" w:lineRule="auto"/>
        <w:rPr>
          <w:sz w:val="22"/>
        </w:rPr>
      </w:pPr>
      <w:proofErr w:type="spellStart"/>
      <w:r>
        <w:rPr>
          <w:sz w:val="22"/>
          <w:vertAlign w:val="superscript"/>
        </w:rPr>
        <w:t>h</w:t>
      </w:r>
      <w:r w:rsidRPr="005C06FE">
        <w:rPr>
          <w:sz w:val="22"/>
        </w:rPr>
        <w:t>ADA</w:t>
      </w:r>
      <w:proofErr w:type="spellEnd"/>
      <w:r w:rsidRPr="005C06FE">
        <w:rPr>
          <w:sz w:val="22"/>
        </w:rPr>
        <w:t xml:space="preserve"> persistently positive is defined as ADA negative at baseline and ADA positive at more than two post-baseline assessments (with ≥ 16 weeks between first and last positive) or ADA positive at last post-baseline assessment. ADA transiently positive is defined as ADA negative at baseline, having at least one post-baseline ADA positive assessment and not </w:t>
      </w:r>
      <w:r w:rsidRPr="005C06FE">
        <w:rPr>
          <w:sz w:val="22"/>
        </w:rPr>
        <w:lastRenderedPageBreak/>
        <w:t>fulfilling the conditions of ADA persistently positive. ADA is defined as positive when titre measurements are reported as ≥ 10 (minimum required dilution)</w:t>
      </w:r>
    </w:p>
    <w:p w14:paraId="64BB73FA" w14:textId="77777777" w:rsidR="00304FB0" w:rsidRDefault="00304FB0" w:rsidP="006473B0">
      <w:pPr>
        <w:spacing w:line="480" w:lineRule="auto"/>
        <w:rPr>
          <w:b/>
          <w:bCs/>
        </w:rPr>
      </w:pPr>
      <w:r w:rsidRPr="008E602B">
        <w:rPr>
          <w:sz w:val="22"/>
        </w:rPr>
        <w:t>ADA = anti-drug antibodies, TE = treatment emergent</w:t>
      </w:r>
      <w:r w:rsidRPr="005C06FE">
        <w:br/>
      </w:r>
      <w:r w:rsidRPr="005C06FE">
        <w:br/>
      </w:r>
    </w:p>
    <w:p w14:paraId="065D19C3" w14:textId="77777777" w:rsidR="00304FB0" w:rsidRDefault="00304FB0">
      <w:pPr>
        <w:spacing w:line="240" w:lineRule="auto"/>
        <w:rPr>
          <w:b/>
          <w:bCs/>
        </w:rPr>
      </w:pPr>
      <w:r>
        <w:rPr>
          <w:b/>
          <w:bCs/>
        </w:rPr>
        <w:br w:type="page"/>
      </w:r>
    </w:p>
    <w:p w14:paraId="3CB1FC72" w14:textId="77777777" w:rsidR="00304FB0" w:rsidRPr="005C06FE" w:rsidRDefault="00304FB0" w:rsidP="006473B0">
      <w:pPr>
        <w:spacing w:line="480" w:lineRule="auto"/>
        <w:rPr>
          <w:b/>
        </w:rPr>
      </w:pPr>
      <w:r w:rsidRPr="00E734B8">
        <w:rPr>
          <w:b/>
          <w:bCs/>
        </w:rPr>
        <w:lastRenderedPageBreak/>
        <w:t>Supplementa</w:t>
      </w:r>
      <w:r>
        <w:rPr>
          <w:b/>
          <w:bCs/>
        </w:rPr>
        <w:t>l</w:t>
      </w:r>
      <w:r w:rsidRPr="00E734B8">
        <w:rPr>
          <w:b/>
          <w:bCs/>
        </w:rPr>
        <w:t xml:space="preserve"> Table </w:t>
      </w:r>
      <w:r>
        <w:rPr>
          <w:b/>
          <w:bCs/>
        </w:rPr>
        <w:t>S</w:t>
      </w:r>
      <w:r w:rsidRPr="00E734B8">
        <w:rPr>
          <w:b/>
          <w:bCs/>
        </w:rPr>
        <w:t>4</w:t>
      </w:r>
      <w:r w:rsidRPr="005C06FE">
        <w:t xml:space="preserve"> Summary of ADA responses in patients with moderate-to-severe uncontrolled asthma (part 2)</w:t>
      </w:r>
    </w:p>
    <w:tbl>
      <w:tblPr>
        <w:tblStyle w:val="Table"/>
        <w:tblW w:w="7792" w:type="dxa"/>
        <w:tblInd w:w="0" w:type="dxa"/>
        <w:tblCellMar>
          <w:left w:w="108" w:type="dxa"/>
          <w:right w:w="108" w:type="dxa"/>
        </w:tblCellMar>
        <w:tblLook w:val="04A0" w:firstRow="1" w:lastRow="0" w:firstColumn="1" w:lastColumn="0" w:noHBand="0" w:noVBand="1"/>
      </w:tblPr>
      <w:tblGrid>
        <w:gridCol w:w="2689"/>
        <w:gridCol w:w="1842"/>
        <w:gridCol w:w="1843"/>
        <w:gridCol w:w="1418"/>
      </w:tblGrid>
      <w:tr w:rsidR="00304FB0" w:rsidRPr="005C06FE" w14:paraId="664D6EE0" w14:textId="77777777" w:rsidTr="006473B0">
        <w:tc>
          <w:tcPr>
            <w:tcW w:w="2689" w:type="dxa"/>
            <w:tcBorders>
              <w:top w:val="single" w:sz="4" w:space="0" w:color="auto"/>
              <w:bottom w:val="single" w:sz="4" w:space="0" w:color="auto"/>
            </w:tcBorders>
          </w:tcPr>
          <w:p w14:paraId="132E7A82" w14:textId="77777777" w:rsidR="00304FB0" w:rsidRPr="005C06FE" w:rsidRDefault="00304FB0" w:rsidP="003F1E71">
            <w:pPr>
              <w:spacing w:line="480" w:lineRule="auto"/>
              <w:rPr>
                <w:b/>
              </w:rPr>
            </w:pPr>
            <w:r w:rsidRPr="005C06FE">
              <w:rPr>
                <w:b/>
              </w:rPr>
              <w:t>ADA category</w:t>
            </w:r>
          </w:p>
        </w:tc>
        <w:tc>
          <w:tcPr>
            <w:tcW w:w="1842" w:type="dxa"/>
            <w:tcBorders>
              <w:top w:val="single" w:sz="4" w:space="0" w:color="auto"/>
              <w:bottom w:val="single" w:sz="4" w:space="0" w:color="auto"/>
            </w:tcBorders>
            <w:vAlign w:val="center"/>
          </w:tcPr>
          <w:p w14:paraId="791E7F93" w14:textId="77777777" w:rsidR="00304FB0" w:rsidRPr="005C06FE" w:rsidRDefault="00304FB0" w:rsidP="003F1E71">
            <w:pPr>
              <w:spacing w:line="480" w:lineRule="auto"/>
              <w:jc w:val="center"/>
              <w:rPr>
                <w:b/>
              </w:rPr>
            </w:pPr>
            <w:proofErr w:type="spellStart"/>
            <w:r w:rsidRPr="005C06FE">
              <w:rPr>
                <w:b/>
              </w:rPr>
              <w:t>Elarekibep</w:t>
            </w:r>
            <w:proofErr w:type="spellEnd"/>
            <w:r w:rsidRPr="005C06FE">
              <w:rPr>
                <w:b/>
              </w:rPr>
              <w:t xml:space="preserve"> 1 mg</w:t>
            </w:r>
          </w:p>
          <w:p w14:paraId="22112D01" w14:textId="77777777" w:rsidR="00304FB0" w:rsidRPr="005C06FE" w:rsidRDefault="00304FB0" w:rsidP="003F1E71">
            <w:pPr>
              <w:spacing w:line="480" w:lineRule="auto"/>
              <w:jc w:val="center"/>
              <w:rPr>
                <w:b/>
              </w:rPr>
            </w:pPr>
            <w:r w:rsidRPr="005C06FE">
              <w:rPr>
                <w:b/>
              </w:rPr>
              <w:t>(n = 4)</w:t>
            </w:r>
          </w:p>
        </w:tc>
        <w:tc>
          <w:tcPr>
            <w:tcW w:w="1843" w:type="dxa"/>
            <w:tcBorders>
              <w:top w:val="single" w:sz="4" w:space="0" w:color="auto"/>
              <w:bottom w:val="single" w:sz="4" w:space="0" w:color="auto"/>
            </w:tcBorders>
            <w:vAlign w:val="center"/>
          </w:tcPr>
          <w:p w14:paraId="07F849EC" w14:textId="77777777" w:rsidR="00304FB0" w:rsidRPr="005C06FE" w:rsidRDefault="00304FB0" w:rsidP="003F1E71">
            <w:pPr>
              <w:spacing w:line="480" w:lineRule="auto"/>
              <w:jc w:val="center"/>
              <w:rPr>
                <w:b/>
              </w:rPr>
            </w:pPr>
            <w:proofErr w:type="spellStart"/>
            <w:r w:rsidRPr="005C06FE">
              <w:rPr>
                <w:b/>
              </w:rPr>
              <w:t>Elarekibep</w:t>
            </w:r>
            <w:proofErr w:type="spellEnd"/>
            <w:r w:rsidRPr="005C06FE">
              <w:rPr>
                <w:b/>
              </w:rPr>
              <w:t xml:space="preserve"> 3 mg</w:t>
            </w:r>
          </w:p>
          <w:p w14:paraId="5B388BF2" w14:textId="77777777" w:rsidR="00304FB0" w:rsidRPr="005C06FE" w:rsidRDefault="00304FB0" w:rsidP="003F1E71">
            <w:pPr>
              <w:spacing w:line="480" w:lineRule="auto"/>
              <w:jc w:val="center"/>
              <w:rPr>
                <w:b/>
              </w:rPr>
            </w:pPr>
            <w:r w:rsidRPr="005C06FE">
              <w:rPr>
                <w:b/>
              </w:rPr>
              <w:t>(n = 9)</w:t>
            </w:r>
          </w:p>
        </w:tc>
        <w:tc>
          <w:tcPr>
            <w:tcW w:w="1418" w:type="dxa"/>
            <w:tcBorders>
              <w:top w:val="single" w:sz="4" w:space="0" w:color="auto"/>
              <w:bottom w:val="single" w:sz="4" w:space="0" w:color="auto"/>
            </w:tcBorders>
            <w:vAlign w:val="center"/>
          </w:tcPr>
          <w:p w14:paraId="235D9902" w14:textId="77777777" w:rsidR="00304FB0" w:rsidRPr="005C06FE" w:rsidRDefault="00304FB0" w:rsidP="003F1E71">
            <w:pPr>
              <w:spacing w:line="480" w:lineRule="auto"/>
              <w:jc w:val="center"/>
              <w:rPr>
                <w:b/>
              </w:rPr>
            </w:pPr>
            <w:r w:rsidRPr="005C06FE">
              <w:rPr>
                <w:b/>
              </w:rPr>
              <w:t>Placebo</w:t>
            </w:r>
          </w:p>
          <w:p w14:paraId="58C3B040" w14:textId="77777777" w:rsidR="00304FB0" w:rsidRPr="005C06FE" w:rsidRDefault="00304FB0" w:rsidP="003F1E71">
            <w:pPr>
              <w:spacing w:line="480" w:lineRule="auto"/>
              <w:jc w:val="center"/>
              <w:rPr>
                <w:b/>
              </w:rPr>
            </w:pPr>
            <w:r w:rsidRPr="005C06FE">
              <w:rPr>
                <w:b/>
              </w:rPr>
              <w:t>(n = 9)</w:t>
            </w:r>
          </w:p>
        </w:tc>
      </w:tr>
      <w:tr w:rsidR="00304FB0" w:rsidRPr="005C06FE" w14:paraId="446DD215" w14:textId="77777777" w:rsidTr="00127A6A">
        <w:tc>
          <w:tcPr>
            <w:tcW w:w="2689" w:type="dxa"/>
            <w:tcBorders>
              <w:top w:val="single" w:sz="4" w:space="0" w:color="auto"/>
            </w:tcBorders>
          </w:tcPr>
          <w:p w14:paraId="43A3693B" w14:textId="77777777" w:rsidR="00304FB0" w:rsidRPr="005C06FE" w:rsidRDefault="00304FB0" w:rsidP="003F1E71">
            <w:pPr>
              <w:spacing w:line="480" w:lineRule="auto"/>
              <w:rPr>
                <w:b/>
              </w:rPr>
            </w:pPr>
            <w:r w:rsidRPr="005C06FE">
              <w:rPr>
                <w:b/>
              </w:rPr>
              <w:t>ADA positive at baseline and/or post-baseline (ADA prevalence)</w:t>
            </w:r>
          </w:p>
        </w:tc>
        <w:tc>
          <w:tcPr>
            <w:tcW w:w="1842" w:type="dxa"/>
            <w:tcBorders>
              <w:top w:val="single" w:sz="4" w:space="0" w:color="auto"/>
            </w:tcBorders>
            <w:vAlign w:val="center"/>
          </w:tcPr>
          <w:p w14:paraId="6F08DED0" w14:textId="77777777" w:rsidR="00304FB0" w:rsidRPr="005C06FE" w:rsidRDefault="00304FB0" w:rsidP="003F1E71">
            <w:pPr>
              <w:spacing w:line="480" w:lineRule="auto"/>
              <w:jc w:val="center"/>
            </w:pPr>
          </w:p>
        </w:tc>
        <w:tc>
          <w:tcPr>
            <w:tcW w:w="1843" w:type="dxa"/>
            <w:tcBorders>
              <w:top w:val="single" w:sz="4" w:space="0" w:color="auto"/>
            </w:tcBorders>
            <w:vAlign w:val="center"/>
          </w:tcPr>
          <w:p w14:paraId="4258BE5C" w14:textId="77777777" w:rsidR="00304FB0" w:rsidRPr="005C06FE" w:rsidRDefault="00304FB0" w:rsidP="003F1E71">
            <w:pPr>
              <w:spacing w:line="480" w:lineRule="auto"/>
              <w:jc w:val="center"/>
            </w:pPr>
          </w:p>
        </w:tc>
        <w:tc>
          <w:tcPr>
            <w:tcW w:w="1418" w:type="dxa"/>
            <w:tcBorders>
              <w:top w:val="single" w:sz="4" w:space="0" w:color="auto"/>
            </w:tcBorders>
            <w:vAlign w:val="center"/>
          </w:tcPr>
          <w:p w14:paraId="618B9F5E" w14:textId="77777777" w:rsidR="00304FB0" w:rsidRPr="005C06FE" w:rsidRDefault="00304FB0" w:rsidP="003F1E71">
            <w:pPr>
              <w:spacing w:line="480" w:lineRule="auto"/>
              <w:jc w:val="center"/>
            </w:pPr>
          </w:p>
        </w:tc>
      </w:tr>
      <w:tr w:rsidR="00304FB0" w:rsidRPr="005C06FE" w14:paraId="0918EB67" w14:textId="77777777" w:rsidTr="00127A6A">
        <w:tc>
          <w:tcPr>
            <w:tcW w:w="2689" w:type="dxa"/>
          </w:tcPr>
          <w:p w14:paraId="44214FE9" w14:textId="77777777" w:rsidR="00304FB0" w:rsidRPr="00127A6A" w:rsidRDefault="00304FB0" w:rsidP="003F1E71">
            <w:pPr>
              <w:spacing w:line="480" w:lineRule="auto"/>
              <w:ind w:left="164"/>
              <w:rPr>
                <w:iCs/>
              </w:rPr>
            </w:pPr>
            <w:proofErr w:type="spellStart"/>
            <w:r w:rsidRPr="00127A6A">
              <w:rPr>
                <w:iCs/>
              </w:rPr>
              <w:t>n</w:t>
            </w:r>
            <w:r w:rsidRPr="00127A6A">
              <w:rPr>
                <w:iCs/>
                <w:vertAlign w:val="superscript"/>
              </w:rPr>
              <w:t>a</w:t>
            </w:r>
            <w:proofErr w:type="spellEnd"/>
            <w:r w:rsidRPr="00127A6A">
              <w:rPr>
                <w:iCs/>
              </w:rPr>
              <w:t>/N</w:t>
            </w:r>
            <w:r w:rsidRPr="00127A6A">
              <w:rPr>
                <w:iCs/>
                <w:vertAlign w:val="superscript"/>
              </w:rPr>
              <w:t>b</w:t>
            </w:r>
            <w:r w:rsidRPr="00127A6A">
              <w:rPr>
                <w:iCs/>
              </w:rPr>
              <w:t xml:space="preserve"> (%)</w:t>
            </w:r>
          </w:p>
        </w:tc>
        <w:tc>
          <w:tcPr>
            <w:tcW w:w="1842" w:type="dxa"/>
            <w:vAlign w:val="center"/>
          </w:tcPr>
          <w:p w14:paraId="4D038725" w14:textId="77777777" w:rsidR="00304FB0" w:rsidRPr="005C06FE" w:rsidRDefault="00304FB0" w:rsidP="003F1E71">
            <w:pPr>
              <w:spacing w:line="480" w:lineRule="auto"/>
              <w:jc w:val="center"/>
            </w:pPr>
            <w:r w:rsidRPr="005C06FE">
              <w:t>4/4 (100.0)</w:t>
            </w:r>
          </w:p>
        </w:tc>
        <w:tc>
          <w:tcPr>
            <w:tcW w:w="1843" w:type="dxa"/>
            <w:vAlign w:val="center"/>
          </w:tcPr>
          <w:p w14:paraId="1B6466B1" w14:textId="77777777" w:rsidR="00304FB0" w:rsidRPr="005C06FE" w:rsidRDefault="00304FB0" w:rsidP="003F1E71">
            <w:pPr>
              <w:spacing w:line="480" w:lineRule="auto"/>
              <w:jc w:val="center"/>
            </w:pPr>
            <w:r w:rsidRPr="005C06FE">
              <w:t>6/9 (66.7)</w:t>
            </w:r>
          </w:p>
        </w:tc>
        <w:tc>
          <w:tcPr>
            <w:tcW w:w="1418" w:type="dxa"/>
            <w:vAlign w:val="center"/>
          </w:tcPr>
          <w:p w14:paraId="75C45C61" w14:textId="77777777" w:rsidR="00304FB0" w:rsidRPr="005C06FE" w:rsidRDefault="00304FB0" w:rsidP="003F1E71">
            <w:pPr>
              <w:spacing w:line="480" w:lineRule="auto"/>
              <w:jc w:val="center"/>
            </w:pPr>
            <w:r w:rsidRPr="005C06FE">
              <w:t>0/9</w:t>
            </w:r>
          </w:p>
        </w:tc>
      </w:tr>
      <w:tr w:rsidR="00304FB0" w:rsidRPr="005C06FE" w14:paraId="429E1387" w14:textId="77777777" w:rsidTr="00127A6A">
        <w:tc>
          <w:tcPr>
            <w:tcW w:w="2689" w:type="dxa"/>
          </w:tcPr>
          <w:p w14:paraId="1C0B9321" w14:textId="77777777" w:rsidR="00304FB0" w:rsidRPr="00127A6A" w:rsidRDefault="00304FB0" w:rsidP="003F1E71">
            <w:pPr>
              <w:spacing w:line="480" w:lineRule="auto"/>
              <w:ind w:left="164"/>
              <w:rPr>
                <w:iCs/>
              </w:rPr>
            </w:pPr>
            <w:proofErr w:type="spellStart"/>
            <w:r w:rsidRPr="006E0E58">
              <w:rPr>
                <w:i/>
              </w:rPr>
              <w:t>Median</w:t>
            </w:r>
            <w:r w:rsidRPr="006E0E58">
              <w:rPr>
                <w:i/>
                <w:vertAlign w:val="superscript"/>
              </w:rPr>
              <w:t>c</w:t>
            </w:r>
            <w:proofErr w:type="spellEnd"/>
            <w:r w:rsidRPr="00127A6A">
              <w:rPr>
                <w:iCs/>
              </w:rPr>
              <w:t xml:space="preserve"> (min, max)</w:t>
            </w:r>
          </w:p>
        </w:tc>
        <w:tc>
          <w:tcPr>
            <w:tcW w:w="1842" w:type="dxa"/>
            <w:vAlign w:val="center"/>
          </w:tcPr>
          <w:p w14:paraId="0318221F" w14:textId="77777777" w:rsidR="00304FB0" w:rsidRPr="005C06FE" w:rsidRDefault="00304FB0" w:rsidP="003F1E71">
            <w:pPr>
              <w:spacing w:line="480" w:lineRule="auto"/>
              <w:jc w:val="center"/>
            </w:pPr>
            <w:r w:rsidRPr="005C06FE">
              <w:t>240.0 (20, 1280)</w:t>
            </w:r>
          </w:p>
        </w:tc>
        <w:tc>
          <w:tcPr>
            <w:tcW w:w="1843" w:type="dxa"/>
            <w:vAlign w:val="center"/>
          </w:tcPr>
          <w:p w14:paraId="4FE1BD87" w14:textId="77777777" w:rsidR="00304FB0" w:rsidRPr="005C06FE" w:rsidRDefault="00304FB0" w:rsidP="003F1E71">
            <w:pPr>
              <w:spacing w:line="480" w:lineRule="auto"/>
              <w:jc w:val="center"/>
            </w:pPr>
            <w:r w:rsidRPr="005C06FE">
              <w:t>400 (80, 2560)</w:t>
            </w:r>
          </w:p>
        </w:tc>
        <w:tc>
          <w:tcPr>
            <w:tcW w:w="1418" w:type="dxa"/>
            <w:vAlign w:val="center"/>
          </w:tcPr>
          <w:p w14:paraId="2230BBB7" w14:textId="77777777" w:rsidR="00304FB0" w:rsidRPr="005C06FE" w:rsidRDefault="00304FB0" w:rsidP="003F1E71">
            <w:pPr>
              <w:spacing w:line="480" w:lineRule="auto"/>
              <w:jc w:val="center"/>
            </w:pPr>
            <w:r w:rsidRPr="005C06FE">
              <w:t>-</w:t>
            </w:r>
          </w:p>
        </w:tc>
      </w:tr>
      <w:tr w:rsidR="00304FB0" w:rsidRPr="005C06FE" w14:paraId="3C8FAB1D" w14:textId="77777777" w:rsidTr="00127A6A">
        <w:tc>
          <w:tcPr>
            <w:tcW w:w="2689" w:type="dxa"/>
          </w:tcPr>
          <w:p w14:paraId="455FF6C9" w14:textId="77777777" w:rsidR="00304FB0" w:rsidRPr="005C06FE" w:rsidRDefault="00304FB0" w:rsidP="003F1E71">
            <w:pPr>
              <w:spacing w:line="480" w:lineRule="auto"/>
              <w:rPr>
                <w:b/>
              </w:rPr>
            </w:pPr>
            <w:r w:rsidRPr="005C06FE">
              <w:rPr>
                <w:b/>
              </w:rPr>
              <w:t xml:space="preserve">TE-ADA positive (ADA </w:t>
            </w:r>
            <w:proofErr w:type="gramStart"/>
            <w:r w:rsidRPr="005C06FE">
              <w:rPr>
                <w:b/>
              </w:rPr>
              <w:t>incidence)</w:t>
            </w:r>
            <w:r>
              <w:rPr>
                <w:b/>
                <w:vertAlign w:val="superscript"/>
              </w:rPr>
              <w:t>d</w:t>
            </w:r>
            <w:proofErr w:type="gramEnd"/>
          </w:p>
        </w:tc>
        <w:tc>
          <w:tcPr>
            <w:tcW w:w="1842" w:type="dxa"/>
            <w:vAlign w:val="center"/>
          </w:tcPr>
          <w:p w14:paraId="0D8B6792" w14:textId="77777777" w:rsidR="00304FB0" w:rsidRPr="005C06FE" w:rsidRDefault="00304FB0" w:rsidP="003F1E71">
            <w:pPr>
              <w:spacing w:line="480" w:lineRule="auto"/>
              <w:jc w:val="center"/>
            </w:pPr>
          </w:p>
        </w:tc>
        <w:tc>
          <w:tcPr>
            <w:tcW w:w="1843" w:type="dxa"/>
            <w:vAlign w:val="center"/>
          </w:tcPr>
          <w:p w14:paraId="38110AC1" w14:textId="77777777" w:rsidR="00304FB0" w:rsidRPr="005C06FE" w:rsidRDefault="00304FB0" w:rsidP="003F1E71">
            <w:pPr>
              <w:spacing w:line="480" w:lineRule="auto"/>
              <w:jc w:val="center"/>
            </w:pPr>
          </w:p>
        </w:tc>
        <w:tc>
          <w:tcPr>
            <w:tcW w:w="1418" w:type="dxa"/>
            <w:vAlign w:val="center"/>
          </w:tcPr>
          <w:p w14:paraId="00D6693B" w14:textId="77777777" w:rsidR="00304FB0" w:rsidRPr="005C06FE" w:rsidRDefault="00304FB0" w:rsidP="003F1E71">
            <w:pPr>
              <w:spacing w:line="480" w:lineRule="auto"/>
              <w:jc w:val="center"/>
            </w:pPr>
          </w:p>
        </w:tc>
      </w:tr>
      <w:tr w:rsidR="00304FB0" w:rsidRPr="005C06FE" w14:paraId="6886F480" w14:textId="77777777" w:rsidTr="00127A6A">
        <w:tc>
          <w:tcPr>
            <w:tcW w:w="2689" w:type="dxa"/>
          </w:tcPr>
          <w:p w14:paraId="6EA45798" w14:textId="77777777" w:rsidR="00304FB0" w:rsidRPr="00127A6A" w:rsidRDefault="00304FB0" w:rsidP="003F1E71">
            <w:pPr>
              <w:spacing w:line="480" w:lineRule="auto"/>
              <w:rPr>
                <w:b/>
                <w:iCs/>
              </w:rPr>
            </w:pPr>
            <w:r w:rsidRPr="00127A6A">
              <w:rPr>
                <w:iCs/>
              </w:rPr>
              <w:t>n/</w:t>
            </w:r>
            <w:proofErr w:type="spellStart"/>
            <w:proofErr w:type="gramStart"/>
            <w:r w:rsidRPr="00127A6A">
              <w:rPr>
                <w:iCs/>
              </w:rPr>
              <w:t>N</w:t>
            </w:r>
            <w:r w:rsidRPr="00127A6A">
              <w:rPr>
                <w:iCs/>
                <w:vertAlign w:val="superscript"/>
              </w:rPr>
              <w:t>a,</w:t>
            </w:r>
            <w:r>
              <w:rPr>
                <w:iCs/>
                <w:vertAlign w:val="superscript"/>
              </w:rPr>
              <w:t>e</w:t>
            </w:r>
            <w:proofErr w:type="spellEnd"/>
            <w:proofErr w:type="gramEnd"/>
            <w:r w:rsidRPr="00127A6A">
              <w:rPr>
                <w:iCs/>
                <w:vertAlign w:val="superscript"/>
              </w:rPr>
              <w:t xml:space="preserve"> </w:t>
            </w:r>
            <w:r w:rsidRPr="00127A6A">
              <w:rPr>
                <w:iCs/>
              </w:rPr>
              <w:t>(%)</w:t>
            </w:r>
          </w:p>
        </w:tc>
        <w:tc>
          <w:tcPr>
            <w:tcW w:w="1842" w:type="dxa"/>
            <w:vAlign w:val="center"/>
          </w:tcPr>
          <w:p w14:paraId="31C14247" w14:textId="77777777" w:rsidR="00304FB0" w:rsidRPr="005C06FE" w:rsidRDefault="00304FB0" w:rsidP="003F1E71">
            <w:pPr>
              <w:spacing w:line="480" w:lineRule="auto"/>
              <w:jc w:val="center"/>
            </w:pPr>
            <w:r w:rsidRPr="005C06FE">
              <w:t>4/4 (100.0)</w:t>
            </w:r>
          </w:p>
        </w:tc>
        <w:tc>
          <w:tcPr>
            <w:tcW w:w="1843" w:type="dxa"/>
            <w:vAlign w:val="center"/>
          </w:tcPr>
          <w:p w14:paraId="5E187289" w14:textId="77777777" w:rsidR="00304FB0" w:rsidRPr="005C06FE" w:rsidRDefault="00304FB0" w:rsidP="003F1E71">
            <w:pPr>
              <w:spacing w:line="480" w:lineRule="auto"/>
              <w:jc w:val="center"/>
            </w:pPr>
            <w:r w:rsidRPr="005C06FE">
              <w:t>6/9 (66.7)</w:t>
            </w:r>
          </w:p>
        </w:tc>
        <w:tc>
          <w:tcPr>
            <w:tcW w:w="1418" w:type="dxa"/>
            <w:vAlign w:val="center"/>
          </w:tcPr>
          <w:p w14:paraId="6AEEDC51" w14:textId="77777777" w:rsidR="00304FB0" w:rsidRPr="005C06FE" w:rsidRDefault="00304FB0" w:rsidP="003F1E71">
            <w:pPr>
              <w:spacing w:line="480" w:lineRule="auto"/>
              <w:jc w:val="center"/>
            </w:pPr>
            <w:r w:rsidRPr="005C06FE">
              <w:t>0/9</w:t>
            </w:r>
          </w:p>
        </w:tc>
      </w:tr>
      <w:tr w:rsidR="00304FB0" w:rsidRPr="005C06FE" w14:paraId="7856C429" w14:textId="77777777" w:rsidTr="00F47ABE">
        <w:tc>
          <w:tcPr>
            <w:tcW w:w="2689" w:type="dxa"/>
          </w:tcPr>
          <w:p w14:paraId="1C5ED40E" w14:textId="77777777" w:rsidR="00304FB0" w:rsidRPr="00127A6A" w:rsidRDefault="00304FB0" w:rsidP="003F1E71">
            <w:pPr>
              <w:spacing w:line="480" w:lineRule="auto"/>
              <w:rPr>
                <w:b/>
                <w:iCs/>
              </w:rPr>
            </w:pPr>
            <w:proofErr w:type="spellStart"/>
            <w:r w:rsidRPr="006E0E58">
              <w:rPr>
                <w:i/>
              </w:rPr>
              <w:t>Median</w:t>
            </w:r>
            <w:r w:rsidRPr="006E0E58">
              <w:rPr>
                <w:i/>
                <w:vertAlign w:val="superscript"/>
              </w:rPr>
              <w:t>c</w:t>
            </w:r>
            <w:proofErr w:type="spellEnd"/>
            <w:r w:rsidRPr="00127A6A">
              <w:rPr>
                <w:iCs/>
              </w:rPr>
              <w:t xml:space="preserve"> (min, max)</w:t>
            </w:r>
          </w:p>
        </w:tc>
        <w:tc>
          <w:tcPr>
            <w:tcW w:w="1842" w:type="dxa"/>
            <w:vAlign w:val="center"/>
          </w:tcPr>
          <w:p w14:paraId="7CF9D2BB" w14:textId="77777777" w:rsidR="00304FB0" w:rsidRPr="005C06FE" w:rsidRDefault="00304FB0" w:rsidP="003F1E71">
            <w:pPr>
              <w:spacing w:line="480" w:lineRule="auto"/>
              <w:jc w:val="center"/>
            </w:pPr>
            <w:r w:rsidRPr="005C06FE">
              <w:t>240.0 (20, 1280)</w:t>
            </w:r>
          </w:p>
        </w:tc>
        <w:tc>
          <w:tcPr>
            <w:tcW w:w="1843" w:type="dxa"/>
            <w:vAlign w:val="center"/>
          </w:tcPr>
          <w:p w14:paraId="1716523D" w14:textId="77777777" w:rsidR="00304FB0" w:rsidRPr="005C06FE" w:rsidRDefault="00304FB0" w:rsidP="003F1E71">
            <w:pPr>
              <w:spacing w:line="480" w:lineRule="auto"/>
              <w:jc w:val="center"/>
            </w:pPr>
            <w:r w:rsidRPr="005C06FE">
              <w:t>400 (80, 2560)</w:t>
            </w:r>
          </w:p>
        </w:tc>
        <w:tc>
          <w:tcPr>
            <w:tcW w:w="1418" w:type="dxa"/>
            <w:vAlign w:val="center"/>
          </w:tcPr>
          <w:p w14:paraId="4E5D9CD7" w14:textId="77777777" w:rsidR="00304FB0" w:rsidRPr="005C06FE" w:rsidRDefault="00304FB0" w:rsidP="003F1E71">
            <w:pPr>
              <w:spacing w:line="480" w:lineRule="auto"/>
              <w:jc w:val="center"/>
            </w:pPr>
            <w:r w:rsidRPr="005C06FE">
              <w:t>-</w:t>
            </w:r>
          </w:p>
        </w:tc>
      </w:tr>
      <w:tr w:rsidR="00304FB0" w:rsidRPr="005C06FE" w14:paraId="0217878F" w14:textId="77777777" w:rsidTr="00127A6A">
        <w:tc>
          <w:tcPr>
            <w:tcW w:w="2689" w:type="dxa"/>
          </w:tcPr>
          <w:p w14:paraId="33B053DA" w14:textId="77777777" w:rsidR="00304FB0" w:rsidRPr="005C06FE" w:rsidRDefault="00304FB0" w:rsidP="003F1E71">
            <w:pPr>
              <w:spacing w:line="480" w:lineRule="auto"/>
              <w:rPr>
                <w:b/>
              </w:rPr>
            </w:pPr>
            <w:r w:rsidRPr="005C06FE">
              <w:rPr>
                <w:b/>
              </w:rPr>
              <w:t xml:space="preserve">Treatment-induced ADA </w:t>
            </w:r>
            <w:proofErr w:type="spellStart"/>
            <w:r w:rsidRPr="005C06FE">
              <w:rPr>
                <w:b/>
              </w:rPr>
              <w:t>positive</w:t>
            </w:r>
            <w:r>
              <w:rPr>
                <w:b/>
                <w:vertAlign w:val="superscript"/>
              </w:rPr>
              <w:t>d</w:t>
            </w:r>
            <w:proofErr w:type="spellEnd"/>
            <w:r w:rsidRPr="005C06FE">
              <w:rPr>
                <w:b/>
              </w:rPr>
              <w:t xml:space="preserve"> </w:t>
            </w:r>
          </w:p>
        </w:tc>
        <w:tc>
          <w:tcPr>
            <w:tcW w:w="1842" w:type="dxa"/>
            <w:vAlign w:val="center"/>
          </w:tcPr>
          <w:p w14:paraId="0E8DAEE3" w14:textId="77777777" w:rsidR="00304FB0" w:rsidRPr="005C06FE" w:rsidRDefault="00304FB0" w:rsidP="003F1E71">
            <w:pPr>
              <w:spacing w:line="480" w:lineRule="auto"/>
              <w:jc w:val="center"/>
            </w:pPr>
          </w:p>
        </w:tc>
        <w:tc>
          <w:tcPr>
            <w:tcW w:w="1843" w:type="dxa"/>
            <w:vAlign w:val="center"/>
          </w:tcPr>
          <w:p w14:paraId="6C7AE206" w14:textId="77777777" w:rsidR="00304FB0" w:rsidRPr="005C06FE" w:rsidRDefault="00304FB0" w:rsidP="003F1E71">
            <w:pPr>
              <w:spacing w:line="480" w:lineRule="auto"/>
              <w:jc w:val="center"/>
            </w:pPr>
          </w:p>
        </w:tc>
        <w:tc>
          <w:tcPr>
            <w:tcW w:w="1418" w:type="dxa"/>
            <w:vAlign w:val="center"/>
          </w:tcPr>
          <w:p w14:paraId="413DFCC9" w14:textId="77777777" w:rsidR="00304FB0" w:rsidRPr="005C06FE" w:rsidRDefault="00304FB0" w:rsidP="003F1E71">
            <w:pPr>
              <w:spacing w:line="480" w:lineRule="auto"/>
              <w:jc w:val="center"/>
            </w:pPr>
          </w:p>
        </w:tc>
      </w:tr>
      <w:tr w:rsidR="00304FB0" w:rsidRPr="005C06FE" w14:paraId="290DE9BE" w14:textId="77777777" w:rsidTr="00DF1993">
        <w:tc>
          <w:tcPr>
            <w:tcW w:w="2689" w:type="dxa"/>
          </w:tcPr>
          <w:p w14:paraId="5BB838F0" w14:textId="77777777" w:rsidR="00304FB0" w:rsidRPr="00DF1993" w:rsidRDefault="00304FB0" w:rsidP="003F1E71">
            <w:pPr>
              <w:spacing w:line="480" w:lineRule="auto"/>
              <w:rPr>
                <w:b/>
                <w:iCs/>
              </w:rPr>
            </w:pPr>
            <w:r w:rsidRPr="00DF1993">
              <w:rPr>
                <w:iCs/>
              </w:rPr>
              <w:t>n/</w:t>
            </w:r>
            <w:proofErr w:type="spellStart"/>
            <w:proofErr w:type="gramStart"/>
            <w:r w:rsidRPr="00DF1993">
              <w:rPr>
                <w:iCs/>
              </w:rPr>
              <w:t>N</w:t>
            </w:r>
            <w:r w:rsidRPr="00DF1993">
              <w:rPr>
                <w:iCs/>
                <w:vertAlign w:val="superscript"/>
              </w:rPr>
              <w:t>a,</w:t>
            </w:r>
            <w:r>
              <w:rPr>
                <w:iCs/>
                <w:vertAlign w:val="superscript"/>
              </w:rPr>
              <w:t>e</w:t>
            </w:r>
            <w:proofErr w:type="spellEnd"/>
            <w:proofErr w:type="gramEnd"/>
            <w:r w:rsidRPr="00DF1993">
              <w:rPr>
                <w:iCs/>
              </w:rPr>
              <w:t xml:space="preserve"> (%)</w:t>
            </w:r>
          </w:p>
        </w:tc>
        <w:tc>
          <w:tcPr>
            <w:tcW w:w="1842" w:type="dxa"/>
            <w:vAlign w:val="center"/>
          </w:tcPr>
          <w:p w14:paraId="456D2DAD" w14:textId="77777777" w:rsidR="00304FB0" w:rsidRPr="005C06FE" w:rsidRDefault="00304FB0" w:rsidP="003F1E71">
            <w:pPr>
              <w:spacing w:line="480" w:lineRule="auto"/>
              <w:jc w:val="center"/>
            </w:pPr>
            <w:r w:rsidRPr="005C06FE">
              <w:t>4 /4 (100.0)</w:t>
            </w:r>
          </w:p>
        </w:tc>
        <w:tc>
          <w:tcPr>
            <w:tcW w:w="1843" w:type="dxa"/>
            <w:vAlign w:val="center"/>
          </w:tcPr>
          <w:p w14:paraId="087E1234" w14:textId="77777777" w:rsidR="00304FB0" w:rsidRPr="005C06FE" w:rsidRDefault="00304FB0" w:rsidP="003F1E71">
            <w:pPr>
              <w:spacing w:line="480" w:lineRule="auto"/>
              <w:jc w:val="center"/>
            </w:pPr>
            <w:r w:rsidRPr="005C06FE">
              <w:t>6/9 (66.7)</w:t>
            </w:r>
          </w:p>
        </w:tc>
        <w:tc>
          <w:tcPr>
            <w:tcW w:w="1418" w:type="dxa"/>
            <w:vAlign w:val="center"/>
          </w:tcPr>
          <w:p w14:paraId="678D0BE3" w14:textId="77777777" w:rsidR="00304FB0" w:rsidRPr="005C06FE" w:rsidRDefault="00304FB0" w:rsidP="003F1E71">
            <w:pPr>
              <w:spacing w:line="480" w:lineRule="auto"/>
              <w:jc w:val="center"/>
            </w:pPr>
            <w:r w:rsidRPr="005C06FE">
              <w:t>0/9</w:t>
            </w:r>
          </w:p>
        </w:tc>
      </w:tr>
      <w:tr w:rsidR="00304FB0" w:rsidRPr="005C06FE" w14:paraId="3910406D" w14:textId="77777777" w:rsidTr="00DF1993">
        <w:tc>
          <w:tcPr>
            <w:tcW w:w="2689" w:type="dxa"/>
          </w:tcPr>
          <w:p w14:paraId="15CCF58B" w14:textId="77777777" w:rsidR="00304FB0" w:rsidRPr="00DF1993" w:rsidRDefault="00304FB0" w:rsidP="003F1E71">
            <w:pPr>
              <w:spacing w:line="480" w:lineRule="auto"/>
              <w:rPr>
                <w:b/>
                <w:iCs/>
              </w:rPr>
            </w:pPr>
            <w:proofErr w:type="spellStart"/>
            <w:r w:rsidRPr="006E0E58">
              <w:rPr>
                <w:i/>
              </w:rPr>
              <w:t>Median</w:t>
            </w:r>
            <w:r w:rsidRPr="006E0E58">
              <w:rPr>
                <w:i/>
                <w:vertAlign w:val="superscript"/>
              </w:rPr>
              <w:t>c</w:t>
            </w:r>
            <w:proofErr w:type="spellEnd"/>
            <w:r w:rsidRPr="00DF1993">
              <w:rPr>
                <w:iCs/>
              </w:rPr>
              <w:t xml:space="preserve"> (min, max)</w:t>
            </w:r>
          </w:p>
        </w:tc>
        <w:tc>
          <w:tcPr>
            <w:tcW w:w="1842" w:type="dxa"/>
            <w:vAlign w:val="center"/>
          </w:tcPr>
          <w:p w14:paraId="72F48EF7" w14:textId="77777777" w:rsidR="00304FB0" w:rsidRPr="005C06FE" w:rsidRDefault="00304FB0" w:rsidP="003F1E71">
            <w:pPr>
              <w:spacing w:line="480" w:lineRule="auto"/>
              <w:jc w:val="center"/>
            </w:pPr>
            <w:r w:rsidRPr="005C06FE">
              <w:t>240.0 (20, 1280)</w:t>
            </w:r>
          </w:p>
        </w:tc>
        <w:tc>
          <w:tcPr>
            <w:tcW w:w="1843" w:type="dxa"/>
            <w:vAlign w:val="center"/>
          </w:tcPr>
          <w:p w14:paraId="2B1D7FC9" w14:textId="77777777" w:rsidR="00304FB0" w:rsidRPr="005C06FE" w:rsidRDefault="00304FB0" w:rsidP="003F1E71">
            <w:pPr>
              <w:spacing w:line="480" w:lineRule="auto"/>
              <w:jc w:val="center"/>
            </w:pPr>
            <w:r w:rsidRPr="005C06FE">
              <w:t>400 (80, 2560)</w:t>
            </w:r>
          </w:p>
        </w:tc>
        <w:tc>
          <w:tcPr>
            <w:tcW w:w="1418" w:type="dxa"/>
            <w:vAlign w:val="center"/>
          </w:tcPr>
          <w:p w14:paraId="25BC04C8" w14:textId="77777777" w:rsidR="00304FB0" w:rsidRPr="005C06FE" w:rsidRDefault="00304FB0" w:rsidP="003F1E71">
            <w:pPr>
              <w:spacing w:line="480" w:lineRule="auto"/>
              <w:jc w:val="center"/>
            </w:pPr>
            <w:r w:rsidRPr="005C06FE">
              <w:t>-</w:t>
            </w:r>
          </w:p>
        </w:tc>
      </w:tr>
      <w:tr w:rsidR="00304FB0" w:rsidRPr="005C06FE" w14:paraId="5A1B4E23" w14:textId="77777777" w:rsidTr="006473B0">
        <w:tc>
          <w:tcPr>
            <w:tcW w:w="2689" w:type="dxa"/>
          </w:tcPr>
          <w:p w14:paraId="3F847249" w14:textId="77777777" w:rsidR="00304FB0" w:rsidRPr="005C06FE" w:rsidRDefault="00304FB0" w:rsidP="003F1E71">
            <w:pPr>
              <w:spacing w:line="480" w:lineRule="auto"/>
              <w:rPr>
                <w:b/>
              </w:rPr>
            </w:pPr>
            <w:r w:rsidRPr="005C06FE">
              <w:rPr>
                <w:b/>
              </w:rPr>
              <w:t xml:space="preserve">Treatment-boosted ADA </w:t>
            </w:r>
            <w:proofErr w:type="spellStart"/>
            <w:r w:rsidRPr="005C06FE">
              <w:rPr>
                <w:b/>
              </w:rPr>
              <w:t>positive</w:t>
            </w:r>
            <w:r>
              <w:rPr>
                <w:b/>
                <w:vertAlign w:val="superscript"/>
              </w:rPr>
              <w:t>d</w:t>
            </w:r>
            <w:proofErr w:type="spellEnd"/>
            <w:r w:rsidRPr="005C06FE">
              <w:rPr>
                <w:b/>
              </w:rPr>
              <w:t>, n/</w:t>
            </w:r>
            <w:proofErr w:type="spellStart"/>
            <w:proofErr w:type="gramStart"/>
            <w:r w:rsidRPr="005C06FE">
              <w:rPr>
                <w:b/>
              </w:rPr>
              <w:t>N</w:t>
            </w:r>
            <w:r w:rsidRPr="005C06FE">
              <w:rPr>
                <w:vertAlign w:val="superscript"/>
              </w:rPr>
              <w:t>a,</w:t>
            </w:r>
            <w:r>
              <w:rPr>
                <w:vertAlign w:val="superscript"/>
              </w:rPr>
              <w:t>f</w:t>
            </w:r>
            <w:proofErr w:type="spellEnd"/>
            <w:proofErr w:type="gramEnd"/>
            <w:r w:rsidRPr="005C06FE">
              <w:rPr>
                <w:b/>
              </w:rPr>
              <w:t xml:space="preserve"> (%)</w:t>
            </w:r>
          </w:p>
        </w:tc>
        <w:tc>
          <w:tcPr>
            <w:tcW w:w="1842" w:type="dxa"/>
            <w:vAlign w:val="center"/>
          </w:tcPr>
          <w:p w14:paraId="57212872" w14:textId="77777777" w:rsidR="00304FB0" w:rsidRPr="005C06FE" w:rsidRDefault="00304FB0" w:rsidP="003F1E71">
            <w:pPr>
              <w:spacing w:line="480" w:lineRule="auto"/>
              <w:jc w:val="center"/>
            </w:pPr>
            <w:r w:rsidRPr="005C06FE">
              <w:t>0/4</w:t>
            </w:r>
          </w:p>
        </w:tc>
        <w:tc>
          <w:tcPr>
            <w:tcW w:w="1843" w:type="dxa"/>
            <w:vAlign w:val="center"/>
          </w:tcPr>
          <w:p w14:paraId="2E1973A8" w14:textId="77777777" w:rsidR="00304FB0" w:rsidRPr="005C06FE" w:rsidRDefault="00304FB0" w:rsidP="003F1E71">
            <w:pPr>
              <w:spacing w:line="480" w:lineRule="auto"/>
              <w:jc w:val="center"/>
            </w:pPr>
            <w:r w:rsidRPr="005C06FE">
              <w:t>0/9</w:t>
            </w:r>
          </w:p>
        </w:tc>
        <w:tc>
          <w:tcPr>
            <w:tcW w:w="1418" w:type="dxa"/>
            <w:vAlign w:val="center"/>
          </w:tcPr>
          <w:p w14:paraId="2176D07F" w14:textId="77777777" w:rsidR="00304FB0" w:rsidRPr="005C06FE" w:rsidRDefault="00304FB0" w:rsidP="003F1E71">
            <w:pPr>
              <w:spacing w:line="480" w:lineRule="auto"/>
              <w:jc w:val="center"/>
            </w:pPr>
          </w:p>
          <w:p w14:paraId="66295128" w14:textId="77777777" w:rsidR="00304FB0" w:rsidRPr="005C06FE" w:rsidRDefault="00304FB0" w:rsidP="003F1E71">
            <w:pPr>
              <w:spacing w:line="480" w:lineRule="auto"/>
              <w:jc w:val="center"/>
            </w:pPr>
            <w:r w:rsidRPr="005C06FE">
              <w:t>0/9</w:t>
            </w:r>
          </w:p>
        </w:tc>
      </w:tr>
      <w:tr w:rsidR="00304FB0" w:rsidRPr="005C06FE" w14:paraId="2BDB8602" w14:textId="77777777" w:rsidTr="00127A6A">
        <w:tc>
          <w:tcPr>
            <w:tcW w:w="2689" w:type="dxa"/>
          </w:tcPr>
          <w:p w14:paraId="6491700D" w14:textId="77777777" w:rsidR="00304FB0" w:rsidRPr="005C06FE" w:rsidRDefault="00304FB0" w:rsidP="003F1E71">
            <w:pPr>
              <w:spacing w:line="480" w:lineRule="auto"/>
              <w:rPr>
                <w:b/>
              </w:rPr>
            </w:pPr>
            <w:r w:rsidRPr="005C06FE">
              <w:rPr>
                <w:b/>
              </w:rPr>
              <w:t>TE-ADA negative</w:t>
            </w:r>
            <w:r>
              <w:rPr>
                <w:b/>
                <w:vertAlign w:val="superscript"/>
              </w:rPr>
              <w:t>d</w:t>
            </w:r>
            <w:r w:rsidRPr="005C06FE">
              <w:rPr>
                <w:b/>
              </w:rPr>
              <w:t>, n/</w:t>
            </w:r>
            <w:proofErr w:type="spellStart"/>
            <w:proofErr w:type="gramStart"/>
            <w:r w:rsidRPr="005C06FE">
              <w:rPr>
                <w:b/>
              </w:rPr>
              <w:t>N</w:t>
            </w:r>
            <w:r w:rsidRPr="005C06FE">
              <w:rPr>
                <w:vertAlign w:val="superscript"/>
              </w:rPr>
              <w:t>a,</w:t>
            </w:r>
            <w:r>
              <w:rPr>
                <w:vertAlign w:val="superscript"/>
              </w:rPr>
              <w:t>e</w:t>
            </w:r>
            <w:proofErr w:type="spellEnd"/>
            <w:proofErr w:type="gramEnd"/>
            <w:r w:rsidRPr="005C06FE">
              <w:rPr>
                <w:b/>
              </w:rPr>
              <w:t xml:space="preserve"> (%)</w:t>
            </w:r>
          </w:p>
        </w:tc>
        <w:tc>
          <w:tcPr>
            <w:tcW w:w="1842" w:type="dxa"/>
            <w:vAlign w:val="center"/>
          </w:tcPr>
          <w:p w14:paraId="3A848CAC" w14:textId="77777777" w:rsidR="00304FB0" w:rsidRPr="005C06FE" w:rsidRDefault="00304FB0" w:rsidP="003F1E71">
            <w:pPr>
              <w:spacing w:line="480" w:lineRule="auto"/>
              <w:jc w:val="center"/>
            </w:pPr>
            <w:r w:rsidRPr="005C06FE">
              <w:t>0/4</w:t>
            </w:r>
          </w:p>
        </w:tc>
        <w:tc>
          <w:tcPr>
            <w:tcW w:w="1843" w:type="dxa"/>
            <w:vAlign w:val="center"/>
          </w:tcPr>
          <w:p w14:paraId="0A15762F" w14:textId="77777777" w:rsidR="00304FB0" w:rsidRPr="005C06FE" w:rsidRDefault="00304FB0" w:rsidP="003F1E71">
            <w:pPr>
              <w:spacing w:line="480" w:lineRule="auto"/>
              <w:jc w:val="center"/>
            </w:pPr>
            <w:r w:rsidRPr="005C06FE">
              <w:t>0/9</w:t>
            </w:r>
          </w:p>
        </w:tc>
        <w:tc>
          <w:tcPr>
            <w:tcW w:w="1418" w:type="dxa"/>
            <w:vAlign w:val="center"/>
          </w:tcPr>
          <w:p w14:paraId="7463986D" w14:textId="77777777" w:rsidR="00304FB0" w:rsidRPr="005C06FE" w:rsidRDefault="00304FB0" w:rsidP="003F1E71">
            <w:pPr>
              <w:spacing w:line="480" w:lineRule="auto"/>
              <w:jc w:val="center"/>
            </w:pPr>
            <w:r w:rsidRPr="005C06FE">
              <w:t>0/9</w:t>
            </w:r>
          </w:p>
        </w:tc>
      </w:tr>
      <w:tr w:rsidR="00304FB0" w:rsidRPr="005C06FE" w14:paraId="3F2C70E4" w14:textId="77777777" w:rsidTr="00127A6A">
        <w:tc>
          <w:tcPr>
            <w:tcW w:w="2689" w:type="dxa"/>
          </w:tcPr>
          <w:p w14:paraId="1FB0D0AC" w14:textId="77777777" w:rsidR="00304FB0" w:rsidRPr="005C06FE" w:rsidRDefault="00304FB0" w:rsidP="003F1E71">
            <w:pPr>
              <w:spacing w:line="480" w:lineRule="auto"/>
              <w:rPr>
                <w:b/>
              </w:rPr>
            </w:pPr>
            <w:r w:rsidRPr="005C06FE">
              <w:rPr>
                <w:b/>
              </w:rPr>
              <w:t>Both baseline and post-baseline positive, n/</w:t>
            </w:r>
            <w:proofErr w:type="spellStart"/>
            <w:proofErr w:type="gramStart"/>
            <w:r w:rsidRPr="005C06FE">
              <w:rPr>
                <w:b/>
              </w:rPr>
              <w:t>N</w:t>
            </w:r>
            <w:r w:rsidRPr="005C06FE">
              <w:rPr>
                <w:vertAlign w:val="superscript"/>
              </w:rPr>
              <w:t>a,</w:t>
            </w:r>
            <w:r>
              <w:rPr>
                <w:vertAlign w:val="superscript"/>
              </w:rPr>
              <w:t>f</w:t>
            </w:r>
            <w:proofErr w:type="spellEnd"/>
            <w:proofErr w:type="gramEnd"/>
            <w:r w:rsidRPr="005C06FE">
              <w:rPr>
                <w:b/>
              </w:rPr>
              <w:t xml:space="preserve"> (%)</w:t>
            </w:r>
          </w:p>
        </w:tc>
        <w:tc>
          <w:tcPr>
            <w:tcW w:w="1842" w:type="dxa"/>
            <w:vAlign w:val="center"/>
          </w:tcPr>
          <w:p w14:paraId="5D421712" w14:textId="77777777" w:rsidR="00304FB0" w:rsidRPr="005C06FE" w:rsidRDefault="00304FB0" w:rsidP="003F1E71">
            <w:pPr>
              <w:spacing w:line="480" w:lineRule="auto"/>
              <w:jc w:val="center"/>
            </w:pPr>
            <w:r w:rsidRPr="005C06FE">
              <w:t>0/4</w:t>
            </w:r>
          </w:p>
        </w:tc>
        <w:tc>
          <w:tcPr>
            <w:tcW w:w="1843" w:type="dxa"/>
            <w:vAlign w:val="center"/>
          </w:tcPr>
          <w:p w14:paraId="4B7BFD68" w14:textId="77777777" w:rsidR="00304FB0" w:rsidRPr="005C06FE" w:rsidRDefault="00304FB0" w:rsidP="003F1E71">
            <w:pPr>
              <w:spacing w:line="480" w:lineRule="auto"/>
              <w:jc w:val="center"/>
            </w:pPr>
            <w:r w:rsidRPr="005C06FE">
              <w:t>0/9</w:t>
            </w:r>
          </w:p>
        </w:tc>
        <w:tc>
          <w:tcPr>
            <w:tcW w:w="1418" w:type="dxa"/>
            <w:vAlign w:val="center"/>
          </w:tcPr>
          <w:p w14:paraId="6EB55FE3" w14:textId="77777777" w:rsidR="00304FB0" w:rsidRPr="005C06FE" w:rsidRDefault="00304FB0" w:rsidP="003F1E71">
            <w:pPr>
              <w:spacing w:line="480" w:lineRule="auto"/>
              <w:jc w:val="center"/>
            </w:pPr>
            <w:r w:rsidRPr="005C06FE">
              <w:t>0/9</w:t>
            </w:r>
          </w:p>
        </w:tc>
      </w:tr>
      <w:tr w:rsidR="00304FB0" w:rsidRPr="005C06FE" w14:paraId="3BA565FF" w14:textId="77777777" w:rsidTr="00127A6A">
        <w:tc>
          <w:tcPr>
            <w:tcW w:w="2689" w:type="dxa"/>
          </w:tcPr>
          <w:p w14:paraId="26F3A42F" w14:textId="77777777" w:rsidR="00304FB0" w:rsidRPr="005C06FE" w:rsidRDefault="00304FB0" w:rsidP="003F1E71">
            <w:pPr>
              <w:spacing w:line="480" w:lineRule="auto"/>
              <w:rPr>
                <w:b/>
              </w:rPr>
            </w:pPr>
            <w:r w:rsidRPr="005C06FE">
              <w:rPr>
                <w:b/>
              </w:rPr>
              <w:t>Only baseline positive, n/</w:t>
            </w:r>
            <w:proofErr w:type="spellStart"/>
            <w:proofErr w:type="gramStart"/>
            <w:r w:rsidRPr="005C06FE">
              <w:rPr>
                <w:b/>
              </w:rPr>
              <w:t>N</w:t>
            </w:r>
            <w:r w:rsidRPr="005C06FE">
              <w:rPr>
                <w:vertAlign w:val="superscript"/>
              </w:rPr>
              <w:t>a,</w:t>
            </w:r>
            <w:r>
              <w:rPr>
                <w:vertAlign w:val="superscript"/>
              </w:rPr>
              <w:t>g</w:t>
            </w:r>
            <w:proofErr w:type="spellEnd"/>
            <w:proofErr w:type="gramEnd"/>
            <w:r w:rsidRPr="005C06FE">
              <w:rPr>
                <w:b/>
              </w:rPr>
              <w:t xml:space="preserve"> (%) </w:t>
            </w:r>
          </w:p>
        </w:tc>
        <w:tc>
          <w:tcPr>
            <w:tcW w:w="1842" w:type="dxa"/>
            <w:vAlign w:val="center"/>
          </w:tcPr>
          <w:p w14:paraId="6BEE723E" w14:textId="77777777" w:rsidR="00304FB0" w:rsidRPr="005C06FE" w:rsidRDefault="00304FB0" w:rsidP="003F1E71">
            <w:pPr>
              <w:spacing w:line="480" w:lineRule="auto"/>
              <w:jc w:val="center"/>
            </w:pPr>
            <w:r w:rsidRPr="005C06FE">
              <w:t>0/4</w:t>
            </w:r>
          </w:p>
        </w:tc>
        <w:tc>
          <w:tcPr>
            <w:tcW w:w="1843" w:type="dxa"/>
            <w:vAlign w:val="center"/>
          </w:tcPr>
          <w:p w14:paraId="35A1A631" w14:textId="77777777" w:rsidR="00304FB0" w:rsidRPr="005C06FE" w:rsidRDefault="00304FB0" w:rsidP="003F1E71">
            <w:pPr>
              <w:spacing w:line="480" w:lineRule="auto"/>
              <w:jc w:val="center"/>
            </w:pPr>
            <w:r w:rsidRPr="005C06FE">
              <w:t>0/9</w:t>
            </w:r>
          </w:p>
        </w:tc>
        <w:tc>
          <w:tcPr>
            <w:tcW w:w="1418" w:type="dxa"/>
            <w:vAlign w:val="center"/>
          </w:tcPr>
          <w:p w14:paraId="15716E69" w14:textId="77777777" w:rsidR="00304FB0" w:rsidRPr="005C06FE" w:rsidRDefault="00304FB0" w:rsidP="003F1E71">
            <w:pPr>
              <w:spacing w:line="480" w:lineRule="auto"/>
              <w:jc w:val="center"/>
            </w:pPr>
            <w:r w:rsidRPr="005C06FE">
              <w:t>0/9</w:t>
            </w:r>
          </w:p>
        </w:tc>
      </w:tr>
      <w:tr w:rsidR="00304FB0" w:rsidRPr="005C06FE" w14:paraId="672D1BBC" w14:textId="77777777" w:rsidTr="00127A6A">
        <w:tc>
          <w:tcPr>
            <w:tcW w:w="2689" w:type="dxa"/>
          </w:tcPr>
          <w:p w14:paraId="5346B5C9" w14:textId="77777777" w:rsidR="00304FB0" w:rsidRPr="005C06FE" w:rsidRDefault="00304FB0" w:rsidP="003F1E71">
            <w:pPr>
              <w:spacing w:line="480" w:lineRule="auto"/>
              <w:rPr>
                <w:b/>
              </w:rPr>
            </w:pPr>
            <w:r w:rsidRPr="005C06FE">
              <w:rPr>
                <w:b/>
              </w:rPr>
              <w:t xml:space="preserve">ADA persistently </w:t>
            </w:r>
            <w:proofErr w:type="spellStart"/>
            <w:r w:rsidRPr="005C06FE">
              <w:rPr>
                <w:b/>
              </w:rPr>
              <w:t>positive</w:t>
            </w:r>
            <w:r>
              <w:rPr>
                <w:b/>
                <w:vertAlign w:val="superscript"/>
              </w:rPr>
              <w:t>h</w:t>
            </w:r>
            <w:proofErr w:type="spellEnd"/>
          </w:p>
        </w:tc>
        <w:tc>
          <w:tcPr>
            <w:tcW w:w="1842" w:type="dxa"/>
            <w:vAlign w:val="center"/>
          </w:tcPr>
          <w:p w14:paraId="5AB8CB2A" w14:textId="77777777" w:rsidR="00304FB0" w:rsidRPr="005C06FE" w:rsidRDefault="00304FB0" w:rsidP="003F1E71">
            <w:pPr>
              <w:spacing w:line="480" w:lineRule="auto"/>
              <w:jc w:val="center"/>
            </w:pPr>
          </w:p>
        </w:tc>
        <w:tc>
          <w:tcPr>
            <w:tcW w:w="1843" w:type="dxa"/>
            <w:vAlign w:val="center"/>
          </w:tcPr>
          <w:p w14:paraId="7E5700B7" w14:textId="77777777" w:rsidR="00304FB0" w:rsidRPr="005C06FE" w:rsidRDefault="00304FB0" w:rsidP="003F1E71">
            <w:pPr>
              <w:spacing w:line="480" w:lineRule="auto"/>
              <w:jc w:val="center"/>
            </w:pPr>
          </w:p>
        </w:tc>
        <w:tc>
          <w:tcPr>
            <w:tcW w:w="1418" w:type="dxa"/>
            <w:vAlign w:val="center"/>
          </w:tcPr>
          <w:p w14:paraId="6AC37359" w14:textId="77777777" w:rsidR="00304FB0" w:rsidRPr="005C06FE" w:rsidRDefault="00304FB0" w:rsidP="003F1E71">
            <w:pPr>
              <w:spacing w:line="480" w:lineRule="auto"/>
              <w:jc w:val="center"/>
            </w:pPr>
          </w:p>
        </w:tc>
      </w:tr>
      <w:tr w:rsidR="00304FB0" w:rsidRPr="005C06FE" w14:paraId="1658A316" w14:textId="77777777" w:rsidTr="00127A6A">
        <w:tc>
          <w:tcPr>
            <w:tcW w:w="2689" w:type="dxa"/>
          </w:tcPr>
          <w:p w14:paraId="488DE58C" w14:textId="77777777" w:rsidR="00304FB0" w:rsidRPr="00127A6A" w:rsidRDefault="00304FB0" w:rsidP="003F1E71">
            <w:pPr>
              <w:spacing w:line="480" w:lineRule="auto"/>
              <w:rPr>
                <w:b/>
                <w:iCs/>
              </w:rPr>
            </w:pPr>
            <w:r w:rsidRPr="00127A6A">
              <w:rPr>
                <w:iCs/>
              </w:rPr>
              <w:t>n/</w:t>
            </w:r>
            <w:proofErr w:type="spellStart"/>
            <w:proofErr w:type="gramStart"/>
            <w:r w:rsidRPr="00127A6A">
              <w:rPr>
                <w:iCs/>
              </w:rPr>
              <w:t>N</w:t>
            </w:r>
            <w:r w:rsidRPr="00127A6A">
              <w:rPr>
                <w:iCs/>
                <w:vertAlign w:val="superscript"/>
              </w:rPr>
              <w:t>a,</w:t>
            </w:r>
            <w:r>
              <w:rPr>
                <w:iCs/>
                <w:vertAlign w:val="superscript"/>
              </w:rPr>
              <w:t>f</w:t>
            </w:r>
            <w:proofErr w:type="spellEnd"/>
            <w:proofErr w:type="gramEnd"/>
            <w:r w:rsidRPr="00127A6A">
              <w:rPr>
                <w:iCs/>
              </w:rPr>
              <w:t xml:space="preserve"> (%)</w:t>
            </w:r>
          </w:p>
        </w:tc>
        <w:tc>
          <w:tcPr>
            <w:tcW w:w="1842" w:type="dxa"/>
            <w:vAlign w:val="center"/>
          </w:tcPr>
          <w:p w14:paraId="06ABF511" w14:textId="77777777" w:rsidR="00304FB0" w:rsidRPr="005C06FE" w:rsidRDefault="00304FB0" w:rsidP="003F1E71">
            <w:pPr>
              <w:spacing w:line="480" w:lineRule="auto"/>
              <w:jc w:val="center"/>
            </w:pPr>
            <w:r w:rsidRPr="005C06FE">
              <w:t>4/4 (100.0)</w:t>
            </w:r>
          </w:p>
        </w:tc>
        <w:tc>
          <w:tcPr>
            <w:tcW w:w="1843" w:type="dxa"/>
            <w:vAlign w:val="center"/>
          </w:tcPr>
          <w:p w14:paraId="0DE5526A" w14:textId="77777777" w:rsidR="00304FB0" w:rsidRPr="005C06FE" w:rsidRDefault="00304FB0" w:rsidP="003F1E71">
            <w:pPr>
              <w:spacing w:line="480" w:lineRule="auto"/>
              <w:jc w:val="center"/>
            </w:pPr>
            <w:r w:rsidRPr="005C06FE">
              <w:t>6/9 (66.7)</w:t>
            </w:r>
          </w:p>
        </w:tc>
        <w:tc>
          <w:tcPr>
            <w:tcW w:w="1418" w:type="dxa"/>
            <w:vAlign w:val="center"/>
          </w:tcPr>
          <w:p w14:paraId="319759B1" w14:textId="77777777" w:rsidR="00304FB0" w:rsidRPr="005C06FE" w:rsidRDefault="00304FB0" w:rsidP="003F1E71">
            <w:pPr>
              <w:spacing w:line="480" w:lineRule="auto"/>
              <w:jc w:val="center"/>
            </w:pPr>
            <w:r w:rsidRPr="005C06FE">
              <w:t>0/9</w:t>
            </w:r>
          </w:p>
        </w:tc>
      </w:tr>
      <w:tr w:rsidR="00304FB0" w:rsidRPr="005C06FE" w14:paraId="4CB51B08" w14:textId="77777777" w:rsidTr="00127A6A">
        <w:trPr>
          <w:trHeight w:val="601"/>
        </w:trPr>
        <w:tc>
          <w:tcPr>
            <w:tcW w:w="2689" w:type="dxa"/>
          </w:tcPr>
          <w:p w14:paraId="617536EA" w14:textId="77777777" w:rsidR="00304FB0" w:rsidRPr="00127A6A" w:rsidRDefault="00304FB0" w:rsidP="003F1E71">
            <w:pPr>
              <w:spacing w:line="480" w:lineRule="auto"/>
              <w:rPr>
                <w:b/>
                <w:iCs/>
              </w:rPr>
            </w:pPr>
            <w:proofErr w:type="spellStart"/>
            <w:r w:rsidRPr="006E0E58">
              <w:rPr>
                <w:i/>
              </w:rPr>
              <w:lastRenderedPageBreak/>
              <w:t>Median</w:t>
            </w:r>
            <w:r w:rsidRPr="006E0E58">
              <w:rPr>
                <w:i/>
                <w:vertAlign w:val="superscript"/>
              </w:rPr>
              <w:t>c</w:t>
            </w:r>
            <w:proofErr w:type="spellEnd"/>
            <w:r w:rsidRPr="00127A6A">
              <w:rPr>
                <w:iCs/>
              </w:rPr>
              <w:t xml:space="preserve"> (min, max)</w:t>
            </w:r>
          </w:p>
        </w:tc>
        <w:tc>
          <w:tcPr>
            <w:tcW w:w="1842" w:type="dxa"/>
            <w:vAlign w:val="center"/>
          </w:tcPr>
          <w:p w14:paraId="68C8AA7D" w14:textId="77777777" w:rsidR="00304FB0" w:rsidRPr="005C06FE" w:rsidRDefault="00304FB0" w:rsidP="003F1E71">
            <w:pPr>
              <w:spacing w:line="480" w:lineRule="auto"/>
              <w:jc w:val="center"/>
            </w:pPr>
            <w:r w:rsidRPr="005C06FE">
              <w:t>240.0 (20, 1280)</w:t>
            </w:r>
          </w:p>
        </w:tc>
        <w:tc>
          <w:tcPr>
            <w:tcW w:w="1843" w:type="dxa"/>
            <w:vAlign w:val="center"/>
          </w:tcPr>
          <w:p w14:paraId="7541646F" w14:textId="77777777" w:rsidR="00304FB0" w:rsidRPr="005C06FE" w:rsidRDefault="00304FB0" w:rsidP="003F1E71">
            <w:pPr>
              <w:spacing w:line="480" w:lineRule="auto"/>
              <w:jc w:val="center"/>
            </w:pPr>
            <w:r w:rsidRPr="005C06FE">
              <w:t>400 (80, 2560)</w:t>
            </w:r>
          </w:p>
        </w:tc>
        <w:tc>
          <w:tcPr>
            <w:tcW w:w="1418" w:type="dxa"/>
            <w:vAlign w:val="center"/>
          </w:tcPr>
          <w:p w14:paraId="68B6ED29" w14:textId="77777777" w:rsidR="00304FB0" w:rsidRPr="005C06FE" w:rsidRDefault="00304FB0" w:rsidP="003F1E71">
            <w:pPr>
              <w:spacing w:line="480" w:lineRule="auto"/>
              <w:jc w:val="center"/>
            </w:pPr>
            <w:r w:rsidRPr="005C06FE">
              <w:t>-</w:t>
            </w:r>
          </w:p>
        </w:tc>
      </w:tr>
      <w:tr w:rsidR="00304FB0" w:rsidRPr="005C06FE" w14:paraId="2DCC7DF0" w14:textId="77777777" w:rsidTr="00127A6A">
        <w:tc>
          <w:tcPr>
            <w:tcW w:w="2689" w:type="dxa"/>
            <w:tcBorders>
              <w:bottom w:val="single" w:sz="4" w:space="0" w:color="auto"/>
            </w:tcBorders>
          </w:tcPr>
          <w:p w14:paraId="5ADAD347" w14:textId="77777777" w:rsidR="00304FB0" w:rsidRPr="005C06FE" w:rsidRDefault="00304FB0" w:rsidP="003F1E71">
            <w:pPr>
              <w:spacing w:line="480" w:lineRule="auto"/>
              <w:rPr>
                <w:b/>
              </w:rPr>
            </w:pPr>
            <w:r w:rsidRPr="005C06FE">
              <w:rPr>
                <w:b/>
              </w:rPr>
              <w:t xml:space="preserve">ADA transiently </w:t>
            </w:r>
            <w:proofErr w:type="spellStart"/>
            <w:r w:rsidRPr="005C06FE">
              <w:rPr>
                <w:b/>
              </w:rPr>
              <w:t>positive</w:t>
            </w:r>
            <w:r>
              <w:rPr>
                <w:b/>
                <w:vertAlign w:val="superscript"/>
              </w:rPr>
              <w:t>h</w:t>
            </w:r>
            <w:proofErr w:type="spellEnd"/>
            <w:r>
              <w:rPr>
                <w:b/>
              </w:rPr>
              <w:t xml:space="preserve">, </w:t>
            </w:r>
            <w:r w:rsidRPr="00127A6A">
              <w:rPr>
                <w:b/>
                <w:bCs/>
                <w:iCs/>
              </w:rPr>
              <w:t>n/</w:t>
            </w:r>
            <w:proofErr w:type="spellStart"/>
            <w:proofErr w:type="gramStart"/>
            <w:r w:rsidRPr="00127A6A">
              <w:rPr>
                <w:b/>
                <w:bCs/>
                <w:iCs/>
              </w:rPr>
              <w:t>N</w:t>
            </w:r>
            <w:r w:rsidRPr="00127A6A">
              <w:rPr>
                <w:b/>
                <w:bCs/>
                <w:iCs/>
                <w:vertAlign w:val="superscript"/>
              </w:rPr>
              <w:t>a,</w:t>
            </w:r>
            <w:r>
              <w:rPr>
                <w:b/>
                <w:bCs/>
                <w:iCs/>
                <w:vertAlign w:val="superscript"/>
              </w:rPr>
              <w:t>f</w:t>
            </w:r>
            <w:proofErr w:type="spellEnd"/>
            <w:proofErr w:type="gramEnd"/>
            <w:r w:rsidRPr="00127A6A">
              <w:rPr>
                <w:b/>
                <w:bCs/>
                <w:iCs/>
              </w:rPr>
              <w:t xml:space="preserve"> (%)</w:t>
            </w:r>
          </w:p>
        </w:tc>
        <w:tc>
          <w:tcPr>
            <w:tcW w:w="1842" w:type="dxa"/>
            <w:tcBorders>
              <w:bottom w:val="single" w:sz="4" w:space="0" w:color="auto"/>
            </w:tcBorders>
            <w:vAlign w:val="center"/>
          </w:tcPr>
          <w:p w14:paraId="17E82EAD" w14:textId="77777777" w:rsidR="00304FB0" w:rsidRPr="005C06FE" w:rsidRDefault="00304FB0" w:rsidP="003F1E71">
            <w:pPr>
              <w:spacing w:line="480" w:lineRule="auto"/>
              <w:jc w:val="center"/>
            </w:pPr>
            <w:r w:rsidRPr="005C06FE">
              <w:t>0/4</w:t>
            </w:r>
          </w:p>
        </w:tc>
        <w:tc>
          <w:tcPr>
            <w:tcW w:w="1843" w:type="dxa"/>
            <w:tcBorders>
              <w:bottom w:val="single" w:sz="4" w:space="0" w:color="auto"/>
            </w:tcBorders>
            <w:vAlign w:val="center"/>
          </w:tcPr>
          <w:p w14:paraId="41535B32" w14:textId="77777777" w:rsidR="00304FB0" w:rsidRPr="005C06FE" w:rsidRDefault="00304FB0" w:rsidP="003F1E71">
            <w:pPr>
              <w:spacing w:line="480" w:lineRule="auto"/>
              <w:jc w:val="center"/>
            </w:pPr>
            <w:r w:rsidRPr="005C06FE">
              <w:t>0/9</w:t>
            </w:r>
          </w:p>
        </w:tc>
        <w:tc>
          <w:tcPr>
            <w:tcW w:w="1418" w:type="dxa"/>
            <w:tcBorders>
              <w:bottom w:val="single" w:sz="4" w:space="0" w:color="auto"/>
            </w:tcBorders>
            <w:vAlign w:val="center"/>
          </w:tcPr>
          <w:p w14:paraId="35DE576B" w14:textId="77777777" w:rsidR="00304FB0" w:rsidRPr="005C06FE" w:rsidRDefault="00304FB0" w:rsidP="003F1E71">
            <w:pPr>
              <w:spacing w:line="480" w:lineRule="auto"/>
              <w:jc w:val="center"/>
            </w:pPr>
            <w:r w:rsidRPr="005C06FE">
              <w:t>0/9</w:t>
            </w:r>
          </w:p>
        </w:tc>
      </w:tr>
    </w:tbl>
    <w:p w14:paraId="19082067" w14:textId="77777777" w:rsidR="00304FB0" w:rsidRPr="005C06FE" w:rsidRDefault="00304FB0" w:rsidP="001B1512">
      <w:pPr>
        <w:spacing w:line="480" w:lineRule="auto"/>
        <w:rPr>
          <w:sz w:val="22"/>
        </w:rPr>
      </w:pPr>
      <w:r w:rsidRPr="005C06FE">
        <w:rPr>
          <w:sz w:val="22"/>
        </w:rPr>
        <w:t xml:space="preserve">If a patient has more than one non-missing titre during the study, the maximum titre for each patient is </w:t>
      </w:r>
      <w:r>
        <w:rPr>
          <w:sz w:val="22"/>
        </w:rPr>
        <w:t>summarized.</w:t>
      </w:r>
    </w:p>
    <w:p w14:paraId="67CFDC71" w14:textId="77777777" w:rsidR="00304FB0" w:rsidRPr="005C06FE" w:rsidRDefault="00304FB0" w:rsidP="001B1512">
      <w:pPr>
        <w:spacing w:line="480" w:lineRule="auto"/>
        <w:rPr>
          <w:sz w:val="22"/>
        </w:rPr>
      </w:pPr>
      <w:proofErr w:type="spellStart"/>
      <w:r w:rsidRPr="00FD0703">
        <w:rPr>
          <w:sz w:val="22"/>
          <w:vertAlign w:val="superscript"/>
        </w:rPr>
        <w:t>a</w:t>
      </w:r>
      <w:r w:rsidRPr="005C06FE">
        <w:rPr>
          <w:sz w:val="22"/>
        </w:rPr>
        <w:t>Represents</w:t>
      </w:r>
      <w:proofErr w:type="spellEnd"/>
      <w:r w:rsidRPr="005C06FE">
        <w:rPr>
          <w:sz w:val="22"/>
        </w:rPr>
        <w:t xml:space="preserve"> the number of patients satisfying the conditions of the specified ADA category.</w:t>
      </w:r>
    </w:p>
    <w:p w14:paraId="2C48D0C4" w14:textId="77777777" w:rsidR="00304FB0" w:rsidRDefault="00304FB0" w:rsidP="001B1512">
      <w:pPr>
        <w:spacing w:line="480" w:lineRule="auto"/>
        <w:rPr>
          <w:sz w:val="22"/>
        </w:rPr>
      </w:pPr>
      <w:proofErr w:type="spellStart"/>
      <w:r w:rsidRPr="005C06FE">
        <w:rPr>
          <w:sz w:val="22"/>
          <w:vertAlign w:val="superscript"/>
        </w:rPr>
        <w:t>b</w:t>
      </w:r>
      <w:r w:rsidRPr="005C06FE">
        <w:rPr>
          <w:sz w:val="22"/>
        </w:rPr>
        <w:t>N</w:t>
      </w:r>
      <w:proofErr w:type="spellEnd"/>
      <w:r w:rsidRPr="005C06FE">
        <w:rPr>
          <w:sz w:val="22"/>
        </w:rPr>
        <w:t xml:space="preserve"> represents the number of patients with any ADA result at baseline and/or post-baseline.</w:t>
      </w:r>
    </w:p>
    <w:p w14:paraId="007DB065" w14:textId="77777777" w:rsidR="00304FB0" w:rsidRPr="00755BAC" w:rsidRDefault="00304FB0" w:rsidP="0067334C">
      <w:pPr>
        <w:spacing w:line="480" w:lineRule="auto"/>
        <w:rPr>
          <w:sz w:val="22"/>
        </w:rPr>
      </w:pPr>
      <w:proofErr w:type="spellStart"/>
      <w:r w:rsidRPr="005C06FE">
        <w:rPr>
          <w:sz w:val="22"/>
          <w:vertAlign w:val="superscript"/>
        </w:rPr>
        <w:t>c</w:t>
      </w:r>
      <w:r w:rsidRPr="00755BAC">
        <w:rPr>
          <w:sz w:val="22"/>
        </w:rPr>
        <w:t>The</w:t>
      </w:r>
      <w:proofErr w:type="spellEnd"/>
      <w:r w:rsidRPr="00755BAC">
        <w:rPr>
          <w:sz w:val="22"/>
        </w:rPr>
        <w:t xml:space="preserve"> median of maximum titres is calculated based on the maximum titre for each </w:t>
      </w:r>
      <w:r>
        <w:rPr>
          <w:sz w:val="22"/>
        </w:rPr>
        <w:t xml:space="preserve">patient with a positive </w:t>
      </w:r>
      <w:r w:rsidRPr="00755BAC">
        <w:rPr>
          <w:sz w:val="22"/>
        </w:rPr>
        <w:t xml:space="preserve">ADA </w:t>
      </w:r>
      <w:r>
        <w:rPr>
          <w:sz w:val="22"/>
        </w:rPr>
        <w:t>test</w:t>
      </w:r>
      <w:r w:rsidRPr="00755BAC">
        <w:rPr>
          <w:sz w:val="22"/>
        </w:rPr>
        <w:t xml:space="preserve"> within each treatment group (including both baseline and post-baseline measurements).</w:t>
      </w:r>
    </w:p>
    <w:p w14:paraId="70E4C737" w14:textId="77777777" w:rsidR="00304FB0" w:rsidRDefault="00304FB0" w:rsidP="001B1512">
      <w:pPr>
        <w:spacing w:line="480" w:lineRule="auto"/>
        <w:rPr>
          <w:sz w:val="22"/>
          <w:vertAlign w:val="superscript"/>
        </w:rPr>
      </w:pPr>
      <w:proofErr w:type="spellStart"/>
      <w:r>
        <w:rPr>
          <w:sz w:val="22"/>
          <w:vertAlign w:val="superscript"/>
        </w:rPr>
        <w:t>d</w:t>
      </w:r>
      <w:r w:rsidRPr="005C06FE">
        <w:rPr>
          <w:sz w:val="22"/>
        </w:rPr>
        <w:t>TE</w:t>
      </w:r>
      <w:proofErr w:type="spellEnd"/>
      <w:r w:rsidRPr="005C06FE">
        <w:rPr>
          <w:sz w:val="22"/>
        </w:rPr>
        <w:t xml:space="preserve">-ADA positive is defined as the sum of treatment-induced ADA positive (ADA negative at baseline and post-baseline ADA positive) and treatment-boosted ADA positive (ADA positive at baseline and boosted the pre-existing titre level during the study period). TE-ADA negative is defined as ADA </w:t>
      </w:r>
      <w:proofErr w:type="gramStart"/>
      <w:r w:rsidRPr="005C06FE">
        <w:rPr>
          <w:sz w:val="22"/>
        </w:rPr>
        <w:t>positive, but</w:t>
      </w:r>
      <w:proofErr w:type="gramEnd"/>
      <w:r w:rsidRPr="005C06FE">
        <w:rPr>
          <w:sz w:val="22"/>
        </w:rPr>
        <w:t xml:space="preserve"> does not fulfil the definition of TE-ADA positive. ADA incidence is the proportion of TE-ADA+ patients in a population.</w:t>
      </w:r>
    </w:p>
    <w:p w14:paraId="13BB6F7D" w14:textId="77777777" w:rsidR="00304FB0" w:rsidRPr="00C26766" w:rsidRDefault="00304FB0" w:rsidP="001B1512">
      <w:pPr>
        <w:spacing w:line="480" w:lineRule="auto"/>
        <w:rPr>
          <w:sz w:val="22"/>
        </w:rPr>
      </w:pPr>
      <w:proofErr w:type="spellStart"/>
      <w:r>
        <w:rPr>
          <w:sz w:val="22"/>
          <w:vertAlign w:val="superscript"/>
        </w:rPr>
        <w:t>e</w:t>
      </w:r>
      <w:r w:rsidRPr="005C06FE">
        <w:rPr>
          <w:sz w:val="22"/>
        </w:rPr>
        <w:t>N</w:t>
      </w:r>
      <w:proofErr w:type="spellEnd"/>
      <w:r w:rsidRPr="005C06FE">
        <w:rPr>
          <w:sz w:val="22"/>
        </w:rPr>
        <w:t xml:space="preserve"> represents the number of patients with at least one post-baseline ADA assessment</w:t>
      </w:r>
      <w:r>
        <w:rPr>
          <w:sz w:val="22"/>
        </w:rPr>
        <w:t>.</w:t>
      </w:r>
    </w:p>
    <w:p w14:paraId="18B0B9A6" w14:textId="77777777" w:rsidR="00304FB0" w:rsidRPr="005C06FE" w:rsidRDefault="00304FB0" w:rsidP="001B1512">
      <w:pPr>
        <w:spacing w:line="480" w:lineRule="auto"/>
        <w:rPr>
          <w:sz w:val="22"/>
        </w:rPr>
      </w:pPr>
      <w:proofErr w:type="spellStart"/>
      <w:r>
        <w:rPr>
          <w:sz w:val="22"/>
          <w:vertAlign w:val="superscript"/>
        </w:rPr>
        <w:t>f</w:t>
      </w:r>
      <w:r w:rsidRPr="005C06FE">
        <w:rPr>
          <w:sz w:val="22"/>
        </w:rPr>
        <w:t>N</w:t>
      </w:r>
      <w:proofErr w:type="spellEnd"/>
      <w:r w:rsidRPr="005C06FE">
        <w:rPr>
          <w:sz w:val="22"/>
        </w:rPr>
        <w:t xml:space="preserve"> represents the number of patients with an ADA result at baseline and at least one post-baseline</w:t>
      </w:r>
      <w:r>
        <w:rPr>
          <w:sz w:val="22"/>
        </w:rPr>
        <w:t xml:space="preserve"> </w:t>
      </w:r>
      <w:r w:rsidRPr="005C06FE">
        <w:rPr>
          <w:sz w:val="22"/>
        </w:rPr>
        <w:t>assessment.</w:t>
      </w:r>
    </w:p>
    <w:p w14:paraId="4ECEC15D" w14:textId="77777777" w:rsidR="00304FB0" w:rsidRPr="005C06FE" w:rsidRDefault="00304FB0" w:rsidP="001B1512">
      <w:pPr>
        <w:spacing w:line="480" w:lineRule="auto"/>
        <w:rPr>
          <w:sz w:val="22"/>
        </w:rPr>
      </w:pPr>
      <w:r w:rsidRPr="005C06FE">
        <w:rPr>
          <w:sz w:val="22"/>
          <w:vertAlign w:val="superscript"/>
        </w:rPr>
        <w:t xml:space="preserve"> </w:t>
      </w:r>
      <w:proofErr w:type="spellStart"/>
      <w:r>
        <w:rPr>
          <w:sz w:val="22"/>
          <w:vertAlign w:val="superscript"/>
        </w:rPr>
        <w:t>g</w:t>
      </w:r>
      <w:r w:rsidRPr="005C06FE">
        <w:rPr>
          <w:sz w:val="22"/>
        </w:rPr>
        <w:t>N</w:t>
      </w:r>
      <w:proofErr w:type="spellEnd"/>
      <w:r w:rsidRPr="005C06FE">
        <w:rPr>
          <w:sz w:val="22"/>
        </w:rPr>
        <w:t xml:space="preserve"> represents the number of patients with an ADA result at baseline.</w:t>
      </w:r>
    </w:p>
    <w:p w14:paraId="6CDCDF21" w14:textId="77777777" w:rsidR="00304FB0" w:rsidRDefault="00304FB0" w:rsidP="003F1E71">
      <w:pPr>
        <w:spacing w:line="480" w:lineRule="auto"/>
        <w:rPr>
          <w:sz w:val="22"/>
        </w:rPr>
      </w:pPr>
      <w:proofErr w:type="spellStart"/>
      <w:r>
        <w:rPr>
          <w:sz w:val="22"/>
          <w:vertAlign w:val="superscript"/>
        </w:rPr>
        <w:t>h</w:t>
      </w:r>
      <w:r w:rsidRPr="005C06FE">
        <w:rPr>
          <w:sz w:val="22"/>
        </w:rPr>
        <w:t>ADA</w:t>
      </w:r>
      <w:proofErr w:type="spellEnd"/>
      <w:r w:rsidRPr="005C06FE">
        <w:rPr>
          <w:sz w:val="22"/>
        </w:rPr>
        <w:t xml:space="preserve"> persistently positive is defined as ADA negative at baseline and ADA positive at more than two post-baseline assessments (with ≥ </w:t>
      </w:r>
      <w:r>
        <w:rPr>
          <w:sz w:val="22"/>
        </w:rPr>
        <w:t>8</w:t>
      </w:r>
      <w:r w:rsidRPr="005C06FE">
        <w:rPr>
          <w:sz w:val="22"/>
        </w:rPr>
        <w:t xml:space="preserve"> weeks between first and last positive) or ADA positive at last post-baseline assessment. ADA transiently positive is defined as ADA negative at baseline, having at least one post-baseline ADA positive assessment and not fulfilling the conditions of ADA persistently positive. ADA is defined as positive when titre measurements are reported as ≥ 10 (minimum required dilution)</w:t>
      </w:r>
      <w:r>
        <w:rPr>
          <w:sz w:val="22"/>
        </w:rPr>
        <w:t>.</w:t>
      </w:r>
    </w:p>
    <w:p w14:paraId="7068E6BA" w14:textId="77777777" w:rsidR="00304FB0" w:rsidRDefault="00304FB0" w:rsidP="00DF1993">
      <w:pPr>
        <w:spacing w:line="480" w:lineRule="auto"/>
      </w:pPr>
      <w:r w:rsidRPr="005C06FE">
        <w:rPr>
          <w:sz w:val="22"/>
        </w:rPr>
        <w:t>ADA: anti-drug antibodies, TE: treatment emergent</w:t>
      </w:r>
    </w:p>
    <w:p w14:paraId="03686396" w14:textId="77777777" w:rsidR="00304FB0" w:rsidRDefault="00304FB0">
      <w:pPr>
        <w:spacing w:line="240" w:lineRule="auto"/>
        <w:rPr>
          <w:b/>
        </w:rPr>
      </w:pPr>
      <w:r>
        <w:br w:type="page"/>
      </w:r>
    </w:p>
    <w:p w14:paraId="56C12844" w14:textId="77777777" w:rsidR="00304FB0" w:rsidRPr="005C06FE" w:rsidRDefault="00304FB0" w:rsidP="00E734B8">
      <w:pPr>
        <w:pStyle w:val="Heading2"/>
        <w:spacing w:line="480" w:lineRule="auto"/>
      </w:pPr>
      <w:r w:rsidRPr="005C06FE">
        <w:lastRenderedPageBreak/>
        <w:t>Supplementa</w:t>
      </w:r>
      <w:r>
        <w:t>l</w:t>
      </w:r>
      <w:r w:rsidRPr="005C06FE">
        <w:t xml:space="preserve"> Table </w:t>
      </w:r>
      <w:r>
        <w:t>S</w:t>
      </w:r>
      <w:r w:rsidRPr="005C06FE">
        <w:t>5</w:t>
      </w:r>
      <w:r w:rsidRPr="005C06FE">
        <w:rPr>
          <w:b w:val="0"/>
        </w:rPr>
        <w:t xml:space="preserve"> Summary of secondary efficacy endpoints (part 2)</w:t>
      </w:r>
    </w:p>
    <w:tbl>
      <w:tblPr>
        <w:tblStyle w:val="Table"/>
        <w:tblW w:w="8789" w:type="dxa"/>
        <w:tblInd w:w="0" w:type="dxa"/>
        <w:tblCellMar>
          <w:left w:w="108" w:type="dxa"/>
          <w:right w:w="108" w:type="dxa"/>
        </w:tblCellMar>
        <w:tblLook w:val="04A0" w:firstRow="1" w:lastRow="0" w:firstColumn="1" w:lastColumn="0" w:noHBand="0" w:noVBand="1"/>
      </w:tblPr>
      <w:tblGrid>
        <w:gridCol w:w="2977"/>
        <w:gridCol w:w="1937"/>
        <w:gridCol w:w="1937"/>
        <w:gridCol w:w="1938"/>
      </w:tblGrid>
      <w:tr w:rsidR="00304FB0" w:rsidRPr="005C06FE" w14:paraId="06E3C380" w14:textId="77777777" w:rsidTr="000C3700">
        <w:tc>
          <w:tcPr>
            <w:tcW w:w="2977" w:type="dxa"/>
            <w:tcBorders>
              <w:top w:val="single" w:sz="4" w:space="0" w:color="auto"/>
              <w:bottom w:val="single" w:sz="4" w:space="0" w:color="auto"/>
            </w:tcBorders>
          </w:tcPr>
          <w:p w14:paraId="4B328A13" w14:textId="77777777" w:rsidR="00304FB0" w:rsidRPr="005C06FE" w:rsidRDefault="00304FB0" w:rsidP="003F1E71">
            <w:pPr>
              <w:spacing w:line="480" w:lineRule="auto"/>
              <w:rPr>
                <w:b/>
              </w:rPr>
            </w:pPr>
          </w:p>
        </w:tc>
        <w:tc>
          <w:tcPr>
            <w:tcW w:w="1937" w:type="dxa"/>
            <w:tcBorders>
              <w:top w:val="single" w:sz="4" w:space="0" w:color="auto"/>
              <w:bottom w:val="single" w:sz="4" w:space="0" w:color="auto"/>
            </w:tcBorders>
            <w:vAlign w:val="center"/>
          </w:tcPr>
          <w:p w14:paraId="6CE7DEC8" w14:textId="77777777" w:rsidR="00304FB0" w:rsidRPr="005C06FE" w:rsidRDefault="00304FB0" w:rsidP="000C3700">
            <w:pPr>
              <w:spacing w:line="480" w:lineRule="auto"/>
              <w:jc w:val="center"/>
              <w:rPr>
                <w:b/>
              </w:rPr>
            </w:pPr>
            <w:proofErr w:type="spellStart"/>
            <w:r w:rsidRPr="005C06FE">
              <w:rPr>
                <w:b/>
              </w:rPr>
              <w:t>Elarekibep</w:t>
            </w:r>
            <w:proofErr w:type="spellEnd"/>
            <w:r w:rsidRPr="005C06FE">
              <w:rPr>
                <w:b/>
              </w:rPr>
              <w:t xml:space="preserve"> 1 mg</w:t>
            </w:r>
          </w:p>
          <w:p w14:paraId="165A7D5E" w14:textId="77777777" w:rsidR="00304FB0" w:rsidRPr="005C06FE" w:rsidRDefault="00304FB0" w:rsidP="000C3700">
            <w:pPr>
              <w:spacing w:line="480" w:lineRule="auto"/>
              <w:jc w:val="center"/>
              <w:rPr>
                <w:b/>
              </w:rPr>
            </w:pPr>
            <w:r w:rsidRPr="005C06FE">
              <w:rPr>
                <w:b/>
              </w:rPr>
              <w:t>(n = 4)</w:t>
            </w:r>
          </w:p>
        </w:tc>
        <w:tc>
          <w:tcPr>
            <w:tcW w:w="1937" w:type="dxa"/>
            <w:tcBorders>
              <w:top w:val="single" w:sz="4" w:space="0" w:color="auto"/>
              <w:bottom w:val="single" w:sz="4" w:space="0" w:color="auto"/>
            </w:tcBorders>
            <w:vAlign w:val="center"/>
          </w:tcPr>
          <w:p w14:paraId="28884967" w14:textId="77777777" w:rsidR="00304FB0" w:rsidRPr="005C06FE" w:rsidRDefault="00304FB0" w:rsidP="000C3700">
            <w:pPr>
              <w:spacing w:line="480" w:lineRule="auto"/>
              <w:jc w:val="center"/>
              <w:rPr>
                <w:b/>
              </w:rPr>
            </w:pPr>
            <w:proofErr w:type="spellStart"/>
            <w:r w:rsidRPr="005C06FE">
              <w:rPr>
                <w:b/>
              </w:rPr>
              <w:t>Elarekibep</w:t>
            </w:r>
            <w:proofErr w:type="spellEnd"/>
            <w:r w:rsidRPr="005C06FE">
              <w:rPr>
                <w:b/>
              </w:rPr>
              <w:t xml:space="preserve"> 3 mg</w:t>
            </w:r>
          </w:p>
          <w:p w14:paraId="0F74CE7C" w14:textId="77777777" w:rsidR="00304FB0" w:rsidRPr="005C06FE" w:rsidRDefault="00304FB0" w:rsidP="000C3700">
            <w:pPr>
              <w:spacing w:line="480" w:lineRule="auto"/>
              <w:jc w:val="center"/>
              <w:rPr>
                <w:b/>
              </w:rPr>
            </w:pPr>
            <w:r w:rsidRPr="005C06FE">
              <w:rPr>
                <w:b/>
              </w:rPr>
              <w:t>(n = 9)</w:t>
            </w:r>
          </w:p>
        </w:tc>
        <w:tc>
          <w:tcPr>
            <w:tcW w:w="1938" w:type="dxa"/>
            <w:tcBorders>
              <w:top w:val="single" w:sz="4" w:space="0" w:color="auto"/>
              <w:bottom w:val="single" w:sz="4" w:space="0" w:color="auto"/>
            </w:tcBorders>
            <w:vAlign w:val="center"/>
          </w:tcPr>
          <w:p w14:paraId="0F222B44" w14:textId="77777777" w:rsidR="00304FB0" w:rsidRPr="005C06FE" w:rsidRDefault="00304FB0" w:rsidP="000C3700">
            <w:pPr>
              <w:spacing w:line="480" w:lineRule="auto"/>
              <w:jc w:val="center"/>
              <w:rPr>
                <w:b/>
              </w:rPr>
            </w:pPr>
            <w:r w:rsidRPr="005C06FE">
              <w:rPr>
                <w:b/>
              </w:rPr>
              <w:t>Placebo</w:t>
            </w:r>
          </w:p>
          <w:p w14:paraId="2CE2765E" w14:textId="77777777" w:rsidR="00304FB0" w:rsidRPr="005C06FE" w:rsidRDefault="00304FB0" w:rsidP="000C3700">
            <w:pPr>
              <w:spacing w:line="480" w:lineRule="auto"/>
              <w:jc w:val="center"/>
              <w:rPr>
                <w:b/>
              </w:rPr>
            </w:pPr>
            <w:r w:rsidRPr="005C06FE">
              <w:rPr>
                <w:b/>
              </w:rPr>
              <w:t>(n = 9)</w:t>
            </w:r>
          </w:p>
        </w:tc>
      </w:tr>
      <w:tr w:rsidR="00304FB0" w:rsidRPr="005C06FE" w14:paraId="1ED74738" w14:textId="77777777" w:rsidTr="000C3700">
        <w:tc>
          <w:tcPr>
            <w:tcW w:w="2977" w:type="dxa"/>
            <w:tcBorders>
              <w:top w:val="single" w:sz="4" w:space="0" w:color="auto"/>
            </w:tcBorders>
            <w:vAlign w:val="center"/>
          </w:tcPr>
          <w:p w14:paraId="6ACFC6AF" w14:textId="77777777" w:rsidR="00304FB0" w:rsidRPr="005C06FE" w:rsidRDefault="00304FB0" w:rsidP="000C3700">
            <w:pPr>
              <w:spacing w:line="480" w:lineRule="auto"/>
              <w:rPr>
                <w:b/>
              </w:rPr>
            </w:pPr>
            <w:r w:rsidRPr="005C06FE">
              <w:rPr>
                <w:b/>
              </w:rPr>
              <w:t xml:space="preserve">Mean morning PEF over the treatment </w:t>
            </w:r>
            <w:proofErr w:type="spellStart"/>
            <w:r w:rsidRPr="005C06FE">
              <w:rPr>
                <w:b/>
              </w:rPr>
              <w:t>period</w:t>
            </w:r>
            <w:r w:rsidRPr="005C06FE">
              <w:rPr>
                <w:b/>
                <w:vertAlign w:val="superscript"/>
              </w:rPr>
              <w:t>a</w:t>
            </w:r>
            <w:proofErr w:type="spellEnd"/>
            <w:r w:rsidRPr="005C06FE">
              <w:rPr>
                <w:b/>
              </w:rPr>
              <w:t>, L/min</w:t>
            </w:r>
          </w:p>
        </w:tc>
        <w:tc>
          <w:tcPr>
            <w:tcW w:w="1937" w:type="dxa"/>
            <w:tcBorders>
              <w:top w:val="single" w:sz="4" w:space="0" w:color="auto"/>
            </w:tcBorders>
            <w:vAlign w:val="center"/>
          </w:tcPr>
          <w:p w14:paraId="400628D3" w14:textId="77777777" w:rsidR="00304FB0" w:rsidRPr="005C06FE" w:rsidRDefault="00304FB0" w:rsidP="000C3700">
            <w:pPr>
              <w:spacing w:line="480" w:lineRule="auto"/>
              <w:jc w:val="center"/>
            </w:pPr>
          </w:p>
        </w:tc>
        <w:tc>
          <w:tcPr>
            <w:tcW w:w="1937" w:type="dxa"/>
            <w:tcBorders>
              <w:top w:val="single" w:sz="4" w:space="0" w:color="auto"/>
            </w:tcBorders>
            <w:vAlign w:val="center"/>
          </w:tcPr>
          <w:p w14:paraId="47590D3B" w14:textId="77777777" w:rsidR="00304FB0" w:rsidRPr="005C06FE" w:rsidRDefault="00304FB0" w:rsidP="000C3700">
            <w:pPr>
              <w:spacing w:line="480" w:lineRule="auto"/>
              <w:jc w:val="center"/>
            </w:pPr>
          </w:p>
        </w:tc>
        <w:tc>
          <w:tcPr>
            <w:tcW w:w="1938" w:type="dxa"/>
            <w:tcBorders>
              <w:top w:val="single" w:sz="4" w:space="0" w:color="auto"/>
            </w:tcBorders>
            <w:vAlign w:val="center"/>
          </w:tcPr>
          <w:p w14:paraId="3E5D5D76" w14:textId="77777777" w:rsidR="00304FB0" w:rsidRPr="005C06FE" w:rsidRDefault="00304FB0" w:rsidP="000C3700">
            <w:pPr>
              <w:spacing w:line="480" w:lineRule="auto"/>
              <w:jc w:val="center"/>
            </w:pPr>
          </w:p>
        </w:tc>
      </w:tr>
      <w:tr w:rsidR="00304FB0" w:rsidRPr="005C06FE" w14:paraId="70CCEEAB" w14:textId="77777777" w:rsidTr="000C3700">
        <w:tc>
          <w:tcPr>
            <w:tcW w:w="2977" w:type="dxa"/>
            <w:vAlign w:val="center"/>
          </w:tcPr>
          <w:p w14:paraId="43D3F088" w14:textId="77777777" w:rsidR="00304FB0" w:rsidRPr="00F41A4E" w:rsidRDefault="00304FB0" w:rsidP="000C3700">
            <w:pPr>
              <w:spacing w:line="480" w:lineRule="auto"/>
              <w:rPr>
                <w:iCs/>
              </w:rPr>
            </w:pPr>
            <w:r w:rsidRPr="00F41A4E">
              <w:rPr>
                <w:iCs/>
              </w:rPr>
              <w:t>Mean</w:t>
            </w:r>
          </w:p>
        </w:tc>
        <w:tc>
          <w:tcPr>
            <w:tcW w:w="1937" w:type="dxa"/>
            <w:vAlign w:val="center"/>
          </w:tcPr>
          <w:p w14:paraId="34BF6C4C" w14:textId="77777777" w:rsidR="00304FB0" w:rsidRPr="005C06FE" w:rsidRDefault="00304FB0" w:rsidP="000C3700">
            <w:pPr>
              <w:spacing w:line="480" w:lineRule="auto"/>
              <w:jc w:val="center"/>
            </w:pPr>
            <w:r w:rsidRPr="005C06FE">
              <w:t>341.37 (156.45)</w:t>
            </w:r>
          </w:p>
        </w:tc>
        <w:tc>
          <w:tcPr>
            <w:tcW w:w="1937" w:type="dxa"/>
            <w:vAlign w:val="center"/>
          </w:tcPr>
          <w:p w14:paraId="2EAA5FC0" w14:textId="77777777" w:rsidR="00304FB0" w:rsidRPr="005C06FE" w:rsidRDefault="00304FB0" w:rsidP="000C3700">
            <w:pPr>
              <w:spacing w:line="480" w:lineRule="auto"/>
              <w:jc w:val="center"/>
            </w:pPr>
            <w:r w:rsidRPr="005C06FE">
              <w:t>317.05 (57.71)</w:t>
            </w:r>
          </w:p>
        </w:tc>
        <w:tc>
          <w:tcPr>
            <w:tcW w:w="1938" w:type="dxa"/>
            <w:vAlign w:val="center"/>
          </w:tcPr>
          <w:p w14:paraId="59280ECF" w14:textId="77777777" w:rsidR="00304FB0" w:rsidRPr="005C06FE" w:rsidRDefault="00304FB0" w:rsidP="000C3700">
            <w:pPr>
              <w:spacing w:line="480" w:lineRule="auto"/>
              <w:jc w:val="center"/>
            </w:pPr>
            <w:r w:rsidRPr="005C06FE">
              <w:t>341.50 (113.64)</w:t>
            </w:r>
          </w:p>
        </w:tc>
      </w:tr>
      <w:tr w:rsidR="00304FB0" w:rsidRPr="005C06FE" w14:paraId="60EB7C91" w14:textId="77777777" w:rsidTr="000C3700">
        <w:tc>
          <w:tcPr>
            <w:tcW w:w="2977" w:type="dxa"/>
            <w:vAlign w:val="center"/>
          </w:tcPr>
          <w:p w14:paraId="00ECFD4D" w14:textId="77777777" w:rsidR="00304FB0" w:rsidRPr="00F41A4E" w:rsidRDefault="00304FB0" w:rsidP="000C3700">
            <w:pPr>
              <w:spacing w:line="480" w:lineRule="auto"/>
              <w:rPr>
                <w:iCs/>
              </w:rPr>
            </w:pPr>
            <w:r w:rsidRPr="00F41A4E">
              <w:rPr>
                <w:iCs/>
              </w:rPr>
              <w:t xml:space="preserve">Change from baseline </w:t>
            </w:r>
          </w:p>
        </w:tc>
        <w:tc>
          <w:tcPr>
            <w:tcW w:w="1937" w:type="dxa"/>
            <w:vAlign w:val="center"/>
          </w:tcPr>
          <w:p w14:paraId="1EBE2B19" w14:textId="77777777" w:rsidR="00304FB0" w:rsidRPr="005C06FE" w:rsidRDefault="00304FB0" w:rsidP="000C3700">
            <w:pPr>
              <w:spacing w:line="480" w:lineRule="auto"/>
              <w:jc w:val="center"/>
            </w:pPr>
            <w:r w:rsidRPr="005C06FE">
              <w:t>20.67 (8.58)</w:t>
            </w:r>
          </w:p>
        </w:tc>
        <w:tc>
          <w:tcPr>
            <w:tcW w:w="1937" w:type="dxa"/>
            <w:vAlign w:val="center"/>
          </w:tcPr>
          <w:p w14:paraId="00881370" w14:textId="77777777" w:rsidR="00304FB0" w:rsidRPr="005C06FE" w:rsidRDefault="00304FB0" w:rsidP="000C3700">
            <w:pPr>
              <w:spacing w:line="480" w:lineRule="auto"/>
              <w:jc w:val="center"/>
            </w:pPr>
            <w:r w:rsidRPr="005C06FE">
              <w:t>21.40 (37.83)</w:t>
            </w:r>
          </w:p>
        </w:tc>
        <w:tc>
          <w:tcPr>
            <w:tcW w:w="1938" w:type="dxa"/>
            <w:vAlign w:val="center"/>
          </w:tcPr>
          <w:p w14:paraId="7F5E54E3" w14:textId="77777777" w:rsidR="00304FB0" w:rsidRPr="005C06FE" w:rsidRDefault="00304FB0" w:rsidP="000C3700">
            <w:pPr>
              <w:spacing w:line="480" w:lineRule="auto"/>
              <w:jc w:val="center"/>
            </w:pPr>
            <w:r w:rsidRPr="005C06FE">
              <w:rPr>
                <w:szCs w:val="16"/>
              </w:rPr>
              <w:t>−</w:t>
            </w:r>
            <w:r w:rsidRPr="005C06FE">
              <w:t>5.54 (24.17)</w:t>
            </w:r>
          </w:p>
        </w:tc>
      </w:tr>
      <w:tr w:rsidR="00304FB0" w:rsidRPr="005C06FE" w14:paraId="328FD46F" w14:textId="77777777" w:rsidTr="000C3700">
        <w:tc>
          <w:tcPr>
            <w:tcW w:w="2977" w:type="dxa"/>
            <w:vAlign w:val="center"/>
          </w:tcPr>
          <w:p w14:paraId="4516AA41" w14:textId="77777777" w:rsidR="00304FB0" w:rsidRPr="005C06FE" w:rsidRDefault="00304FB0" w:rsidP="000C3700">
            <w:pPr>
              <w:spacing w:line="480" w:lineRule="auto"/>
              <w:rPr>
                <w:b/>
              </w:rPr>
            </w:pPr>
            <w:r w:rsidRPr="005C06FE">
              <w:rPr>
                <w:b/>
              </w:rPr>
              <w:t xml:space="preserve">Mean evening PEF over the treatment </w:t>
            </w:r>
            <w:proofErr w:type="spellStart"/>
            <w:r w:rsidRPr="005C06FE">
              <w:rPr>
                <w:b/>
              </w:rPr>
              <w:t>period</w:t>
            </w:r>
            <w:r w:rsidRPr="005C06FE">
              <w:rPr>
                <w:b/>
                <w:vertAlign w:val="superscript"/>
              </w:rPr>
              <w:t>a</w:t>
            </w:r>
            <w:proofErr w:type="spellEnd"/>
            <w:r w:rsidRPr="005C06FE">
              <w:rPr>
                <w:b/>
              </w:rPr>
              <w:t>, L/min</w:t>
            </w:r>
          </w:p>
        </w:tc>
        <w:tc>
          <w:tcPr>
            <w:tcW w:w="1937" w:type="dxa"/>
            <w:vAlign w:val="center"/>
          </w:tcPr>
          <w:p w14:paraId="118E68D1" w14:textId="77777777" w:rsidR="00304FB0" w:rsidRPr="005C06FE" w:rsidRDefault="00304FB0" w:rsidP="000C3700">
            <w:pPr>
              <w:spacing w:line="480" w:lineRule="auto"/>
              <w:jc w:val="center"/>
            </w:pPr>
          </w:p>
        </w:tc>
        <w:tc>
          <w:tcPr>
            <w:tcW w:w="1937" w:type="dxa"/>
            <w:vAlign w:val="center"/>
          </w:tcPr>
          <w:p w14:paraId="1F57CE4E" w14:textId="77777777" w:rsidR="00304FB0" w:rsidRPr="005C06FE" w:rsidRDefault="00304FB0" w:rsidP="000C3700">
            <w:pPr>
              <w:spacing w:line="480" w:lineRule="auto"/>
              <w:jc w:val="center"/>
            </w:pPr>
          </w:p>
        </w:tc>
        <w:tc>
          <w:tcPr>
            <w:tcW w:w="1938" w:type="dxa"/>
            <w:vAlign w:val="center"/>
          </w:tcPr>
          <w:p w14:paraId="0692388B" w14:textId="77777777" w:rsidR="00304FB0" w:rsidRPr="005C06FE" w:rsidRDefault="00304FB0" w:rsidP="000C3700">
            <w:pPr>
              <w:spacing w:line="480" w:lineRule="auto"/>
              <w:jc w:val="center"/>
            </w:pPr>
          </w:p>
        </w:tc>
      </w:tr>
      <w:tr w:rsidR="00304FB0" w:rsidRPr="005C06FE" w14:paraId="3BC2EAEF" w14:textId="77777777" w:rsidTr="000C3700">
        <w:tc>
          <w:tcPr>
            <w:tcW w:w="2977" w:type="dxa"/>
            <w:vAlign w:val="center"/>
          </w:tcPr>
          <w:p w14:paraId="52D5790B" w14:textId="77777777" w:rsidR="00304FB0" w:rsidRPr="00F41A4E" w:rsidRDefault="00304FB0" w:rsidP="000C3700">
            <w:pPr>
              <w:spacing w:line="480" w:lineRule="auto"/>
              <w:rPr>
                <w:b/>
                <w:iCs/>
              </w:rPr>
            </w:pPr>
            <w:r w:rsidRPr="00F41A4E">
              <w:rPr>
                <w:iCs/>
              </w:rPr>
              <w:t xml:space="preserve">Mean </w:t>
            </w:r>
          </w:p>
        </w:tc>
        <w:tc>
          <w:tcPr>
            <w:tcW w:w="1937" w:type="dxa"/>
            <w:vAlign w:val="center"/>
          </w:tcPr>
          <w:p w14:paraId="62918937" w14:textId="77777777" w:rsidR="00304FB0" w:rsidRPr="005C06FE" w:rsidRDefault="00304FB0" w:rsidP="000C3700">
            <w:pPr>
              <w:spacing w:line="480" w:lineRule="auto"/>
              <w:jc w:val="center"/>
            </w:pPr>
            <w:r w:rsidRPr="005C06FE">
              <w:t>344.34 (144.88)</w:t>
            </w:r>
          </w:p>
        </w:tc>
        <w:tc>
          <w:tcPr>
            <w:tcW w:w="1937" w:type="dxa"/>
            <w:vAlign w:val="center"/>
          </w:tcPr>
          <w:p w14:paraId="0449E43E" w14:textId="77777777" w:rsidR="00304FB0" w:rsidRPr="005C06FE" w:rsidRDefault="00304FB0" w:rsidP="000C3700">
            <w:pPr>
              <w:spacing w:line="480" w:lineRule="auto"/>
              <w:jc w:val="center"/>
            </w:pPr>
            <w:r w:rsidRPr="005C06FE">
              <w:t>336.87 (71.60)</w:t>
            </w:r>
          </w:p>
        </w:tc>
        <w:tc>
          <w:tcPr>
            <w:tcW w:w="1938" w:type="dxa"/>
            <w:vAlign w:val="center"/>
          </w:tcPr>
          <w:p w14:paraId="21C5C929" w14:textId="77777777" w:rsidR="00304FB0" w:rsidRPr="005C06FE" w:rsidRDefault="00304FB0" w:rsidP="000C3700">
            <w:pPr>
              <w:spacing w:line="480" w:lineRule="auto"/>
              <w:jc w:val="center"/>
            </w:pPr>
            <w:r w:rsidRPr="005C06FE">
              <w:t>343.28 (121.20)</w:t>
            </w:r>
          </w:p>
        </w:tc>
      </w:tr>
      <w:tr w:rsidR="00304FB0" w:rsidRPr="005C06FE" w14:paraId="1133F806" w14:textId="77777777" w:rsidTr="000C3700">
        <w:tc>
          <w:tcPr>
            <w:tcW w:w="2977" w:type="dxa"/>
            <w:vAlign w:val="center"/>
          </w:tcPr>
          <w:p w14:paraId="3FBB9FC7" w14:textId="77777777" w:rsidR="00304FB0" w:rsidRPr="00F41A4E" w:rsidRDefault="00304FB0" w:rsidP="000C3700">
            <w:pPr>
              <w:spacing w:line="480" w:lineRule="auto"/>
              <w:rPr>
                <w:b/>
                <w:iCs/>
              </w:rPr>
            </w:pPr>
            <w:r w:rsidRPr="00F41A4E">
              <w:rPr>
                <w:iCs/>
              </w:rPr>
              <w:t xml:space="preserve">Change from baseline </w:t>
            </w:r>
          </w:p>
        </w:tc>
        <w:tc>
          <w:tcPr>
            <w:tcW w:w="1937" w:type="dxa"/>
            <w:vAlign w:val="center"/>
          </w:tcPr>
          <w:p w14:paraId="1BED5DAD" w14:textId="77777777" w:rsidR="00304FB0" w:rsidRPr="005C06FE" w:rsidRDefault="00304FB0" w:rsidP="000C3700">
            <w:pPr>
              <w:spacing w:line="480" w:lineRule="auto"/>
              <w:jc w:val="center"/>
            </w:pPr>
            <w:r w:rsidRPr="005C06FE">
              <w:t>14.20 (10.37)</w:t>
            </w:r>
          </w:p>
        </w:tc>
        <w:tc>
          <w:tcPr>
            <w:tcW w:w="1937" w:type="dxa"/>
            <w:vAlign w:val="center"/>
          </w:tcPr>
          <w:p w14:paraId="7C2F7B27" w14:textId="77777777" w:rsidR="00304FB0" w:rsidRPr="005C06FE" w:rsidRDefault="00304FB0" w:rsidP="000C3700">
            <w:pPr>
              <w:spacing w:line="480" w:lineRule="auto"/>
              <w:jc w:val="center"/>
            </w:pPr>
            <w:r w:rsidRPr="005C06FE">
              <w:rPr>
                <w:szCs w:val="16"/>
              </w:rPr>
              <w:t>−</w:t>
            </w:r>
            <w:r w:rsidRPr="005C06FE">
              <w:t>7.75 (25.79)</w:t>
            </w:r>
          </w:p>
        </w:tc>
        <w:tc>
          <w:tcPr>
            <w:tcW w:w="1938" w:type="dxa"/>
            <w:vAlign w:val="center"/>
          </w:tcPr>
          <w:p w14:paraId="4494880B" w14:textId="77777777" w:rsidR="00304FB0" w:rsidRPr="005C06FE" w:rsidRDefault="00304FB0" w:rsidP="000C3700">
            <w:pPr>
              <w:spacing w:line="480" w:lineRule="auto"/>
              <w:jc w:val="center"/>
            </w:pPr>
            <w:r w:rsidRPr="005C06FE">
              <w:t>1.87 (19.27)</w:t>
            </w:r>
          </w:p>
        </w:tc>
      </w:tr>
      <w:tr w:rsidR="00304FB0" w:rsidRPr="005C06FE" w14:paraId="686731E9" w14:textId="77777777" w:rsidTr="000C3700">
        <w:tc>
          <w:tcPr>
            <w:tcW w:w="2977" w:type="dxa"/>
            <w:vAlign w:val="center"/>
          </w:tcPr>
          <w:p w14:paraId="11BEB27C" w14:textId="77777777" w:rsidR="00304FB0" w:rsidRPr="00DF1993" w:rsidRDefault="00304FB0" w:rsidP="000C3700">
            <w:pPr>
              <w:spacing w:line="480" w:lineRule="auto"/>
              <w:rPr>
                <w:b/>
                <w:iCs/>
              </w:rPr>
            </w:pPr>
            <w:r w:rsidRPr="005C06FE">
              <w:rPr>
                <w:b/>
                <w:iCs/>
              </w:rPr>
              <w:t>W</w:t>
            </w:r>
            <w:r w:rsidRPr="00DF1993">
              <w:rPr>
                <w:b/>
                <w:iCs/>
              </w:rPr>
              <w:t xml:space="preserve">eek 4 daily </w:t>
            </w:r>
            <w:r w:rsidRPr="005C06FE">
              <w:rPr>
                <w:b/>
                <w:iCs/>
              </w:rPr>
              <w:t>mean a</w:t>
            </w:r>
            <w:r w:rsidRPr="005C06FE">
              <w:rPr>
                <w:b/>
              </w:rPr>
              <w:t>sthma symptom score (AM/PM)</w:t>
            </w:r>
          </w:p>
        </w:tc>
        <w:tc>
          <w:tcPr>
            <w:tcW w:w="1937" w:type="dxa"/>
            <w:vAlign w:val="center"/>
          </w:tcPr>
          <w:p w14:paraId="5BD1EA47" w14:textId="77777777" w:rsidR="00304FB0" w:rsidRPr="005C06FE" w:rsidRDefault="00304FB0" w:rsidP="000C3700">
            <w:pPr>
              <w:spacing w:line="480" w:lineRule="auto"/>
              <w:jc w:val="center"/>
            </w:pPr>
          </w:p>
        </w:tc>
        <w:tc>
          <w:tcPr>
            <w:tcW w:w="1937" w:type="dxa"/>
            <w:vAlign w:val="center"/>
          </w:tcPr>
          <w:p w14:paraId="1F159E94" w14:textId="77777777" w:rsidR="00304FB0" w:rsidRPr="005C06FE" w:rsidRDefault="00304FB0" w:rsidP="000C3700">
            <w:pPr>
              <w:spacing w:line="480" w:lineRule="auto"/>
              <w:jc w:val="center"/>
            </w:pPr>
          </w:p>
        </w:tc>
        <w:tc>
          <w:tcPr>
            <w:tcW w:w="1938" w:type="dxa"/>
            <w:vAlign w:val="center"/>
          </w:tcPr>
          <w:p w14:paraId="1B71661D" w14:textId="77777777" w:rsidR="00304FB0" w:rsidRPr="005C06FE" w:rsidRDefault="00304FB0" w:rsidP="000C3700">
            <w:pPr>
              <w:spacing w:line="480" w:lineRule="auto"/>
              <w:jc w:val="center"/>
            </w:pPr>
          </w:p>
        </w:tc>
      </w:tr>
      <w:tr w:rsidR="00304FB0" w:rsidRPr="005C06FE" w14:paraId="64609CEF" w14:textId="77777777" w:rsidTr="000C3700">
        <w:tc>
          <w:tcPr>
            <w:tcW w:w="2977" w:type="dxa"/>
            <w:vAlign w:val="center"/>
          </w:tcPr>
          <w:p w14:paraId="59F2AD81" w14:textId="77777777" w:rsidR="00304FB0" w:rsidRPr="00F41A4E" w:rsidRDefault="00304FB0" w:rsidP="000C3700">
            <w:pPr>
              <w:spacing w:line="480" w:lineRule="auto"/>
              <w:rPr>
                <w:bCs/>
                <w:iCs/>
              </w:rPr>
            </w:pPr>
            <w:r w:rsidRPr="00F41A4E">
              <w:rPr>
                <w:bCs/>
                <w:iCs/>
              </w:rPr>
              <w:t xml:space="preserve">Mean </w:t>
            </w:r>
          </w:p>
        </w:tc>
        <w:tc>
          <w:tcPr>
            <w:tcW w:w="1937" w:type="dxa"/>
            <w:vAlign w:val="center"/>
          </w:tcPr>
          <w:p w14:paraId="4DF7235A" w14:textId="77777777" w:rsidR="00304FB0" w:rsidRPr="005C06FE" w:rsidRDefault="00304FB0" w:rsidP="000C3700">
            <w:pPr>
              <w:spacing w:line="480" w:lineRule="auto"/>
              <w:jc w:val="center"/>
            </w:pPr>
            <w:r w:rsidRPr="005C06FE">
              <w:t>0.75 (0.65)</w:t>
            </w:r>
          </w:p>
        </w:tc>
        <w:tc>
          <w:tcPr>
            <w:tcW w:w="1937" w:type="dxa"/>
            <w:vAlign w:val="center"/>
          </w:tcPr>
          <w:p w14:paraId="1D140658" w14:textId="77777777" w:rsidR="00304FB0" w:rsidRPr="005C06FE" w:rsidRDefault="00304FB0" w:rsidP="000C3700">
            <w:pPr>
              <w:spacing w:line="480" w:lineRule="auto"/>
              <w:jc w:val="center"/>
            </w:pPr>
            <w:r w:rsidRPr="005C06FE">
              <w:t>0.78 (0.39)</w:t>
            </w:r>
          </w:p>
        </w:tc>
        <w:tc>
          <w:tcPr>
            <w:tcW w:w="1938" w:type="dxa"/>
            <w:vAlign w:val="center"/>
          </w:tcPr>
          <w:p w14:paraId="24441EDC" w14:textId="77777777" w:rsidR="00304FB0" w:rsidRPr="005C06FE" w:rsidRDefault="00304FB0" w:rsidP="000C3700">
            <w:pPr>
              <w:spacing w:line="480" w:lineRule="auto"/>
              <w:jc w:val="center"/>
            </w:pPr>
            <w:r w:rsidRPr="005C06FE">
              <w:t>0.83 (0.54)</w:t>
            </w:r>
          </w:p>
        </w:tc>
      </w:tr>
      <w:tr w:rsidR="00304FB0" w:rsidRPr="005C06FE" w14:paraId="7C61B806" w14:textId="77777777" w:rsidTr="000C3700">
        <w:tc>
          <w:tcPr>
            <w:tcW w:w="2977" w:type="dxa"/>
            <w:vAlign w:val="center"/>
          </w:tcPr>
          <w:p w14:paraId="697173CF" w14:textId="77777777" w:rsidR="00304FB0" w:rsidRPr="005C06FE" w:rsidRDefault="00304FB0" w:rsidP="000C3700">
            <w:pPr>
              <w:spacing w:line="480" w:lineRule="auto"/>
              <w:rPr>
                <w:bCs/>
                <w:iCs/>
              </w:rPr>
            </w:pPr>
            <w:r w:rsidRPr="005C06FE">
              <w:rPr>
                <w:bCs/>
                <w:iCs/>
              </w:rPr>
              <w:t xml:space="preserve">Change from baseline </w:t>
            </w:r>
          </w:p>
        </w:tc>
        <w:tc>
          <w:tcPr>
            <w:tcW w:w="1937" w:type="dxa"/>
            <w:vAlign w:val="center"/>
          </w:tcPr>
          <w:p w14:paraId="4074B71F" w14:textId="77777777" w:rsidR="00304FB0" w:rsidRPr="005C06FE" w:rsidRDefault="00304FB0" w:rsidP="000C3700">
            <w:pPr>
              <w:spacing w:line="480" w:lineRule="auto"/>
              <w:jc w:val="center"/>
            </w:pPr>
            <w:r w:rsidRPr="005C06FE">
              <w:rPr>
                <w:szCs w:val="16"/>
              </w:rPr>
              <w:t>−</w:t>
            </w:r>
            <w:r w:rsidRPr="005C06FE">
              <w:t>0.23 (0.26)</w:t>
            </w:r>
          </w:p>
        </w:tc>
        <w:tc>
          <w:tcPr>
            <w:tcW w:w="1937" w:type="dxa"/>
            <w:vAlign w:val="center"/>
          </w:tcPr>
          <w:p w14:paraId="58A201D1" w14:textId="77777777" w:rsidR="00304FB0" w:rsidRPr="005C06FE" w:rsidRDefault="00304FB0" w:rsidP="000C3700">
            <w:pPr>
              <w:spacing w:line="480" w:lineRule="auto"/>
              <w:jc w:val="center"/>
            </w:pPr>
            <w:r w:rsidRPr="005C06FE">
              <w:t>0.07 (0.26)</w:t>
            </w:r>
          </w:p>
        </w:tc>
        <w:tc>
          <w:tcPr>
            <w:tcW w:w="1938" w:type="dxa"/>
            <w:vAlign w:val="center"/>
          </w:tcPr>
          <w:p w14:paraId="5A2C9BCC" w14:textId="77777777" w:rsidR="00304FB0" w:rsidRPr="005C06FE" w:rsidRDefault="00304FB0" w:rsidP="000C3700">
            <w:pPr>
              <w:spacing w:line="480" w:lineRule="auto"/>
              <w:jc w:val="center"/>
            </w:pPr>
            <w:r w:rsidRPr="005C06FE">
              <w:rPr>
                <w:szCs w:val="16"/>
              </w:rPr>
              <w:t>−</w:t>
            </w:r>
            <w:r w:rsidRPr="005C06FE">
              <w:t>0.04 (0.37)</w:t>
            </w:r>
          </w:p>
        </w:tc>
      </w:tr>
      <w:tr w:rsidR="00304FB0" w:rsidRPr="005C06FE" w14:paraId="09029AD3" w14:textId="77777777" w:rsidTr="000C3700">
        <w:tc>
          <w:tcPr>
            <w:tcW w:w="2977" w:type="dxa"/>
            <w:vAlign w:val="center"/>
          </w:tcPr>
          <w:p w14:paraId="4BDDB2FE" w14:textId="77777777" w:rsidR="00304FB0" w:rsidRPr="005C06FE" w:rsidRDefault="00304FB0" w:rsidP="000C3700">
            <w:pPr>
              <w:spacing w:line="480" w:lineRule="auto"/>
              <w:rPr>
                <w:b/>
                <w:iCs/>
              </w:rPr>
            </w:pPr>
            <w:r w:rsidRPr="005C06FE">
              <w:rPr>
                <w:b/>
                <w:iCs/>
              </w:rPr>
              <w:t>Mean</w:t>
            </w:r>
            <w:r w:rsidRPr="00DF1993">
              <w:rPr>
                <w:b/>
                <w:iCs/>
              </w:rPr>
              <w:t xml:space="preserve"> </w:t>
            </w:r>
            <w:r>
              <w:rPr>
                <w:b/>
                <w:iCs/>
              </w:rPr>
              <w:t xml:space="preserve">of </w:t>
            </w:r>
            <w:r w:rsidRPr="00DF1993">
              <w:rPr>
                <w:b/>
                <w:iCs/>
              </w:rPr>
              <w:t xml:space="preserve">daily </w:t>
            </w:r>
            <w:proofErr w:type="gramStart"/>
            <w:r w:rsidRPr="005C06FE">
              <w:rPr>
                <w:b/>
                <w:iCs/>
              </w:rPr>
              <w:t xml:space="preserve">mean </w:t>
            </w:r>
            <w:r w:rsidRPr="00DF1993">
              <w:rPr>
                <w:b/>
                <w:iCs/>
              </w:rPr>
              <w:t xml:space="preserve"> symptom</w:t>
            </w:r>
            <w:proofErr w:type="gramEnd"/>
            <w:r w:rsidRPr="00DF1993">
              <w:rPr>
                <w:b/>
                <w:iCs/>
              </w:rPr>
              <w:t xml:space="preserve"> score</w:t>
            </w:r>
            <w:r>
              <w:rPr>
                <w:b/>
                <w:iCs/>
              </w:rPr>
              <w:t>s</w:t>
            </w:r>
            <w:r w:rsidRPr="005C06FE">
              <w:rPr>
                <w:b/>
                <w:iCs/>
              </w:rPr>
              <w:t xml:space="preserve"> over the treatment period </w:t>
            </w:r>
          </w:p>
        </w:tc>
        <w:tc>
          <w:tcPr>
            <w:tcW w:w="1937" w:type="dxa"/>
            <w:vAlign w:val="center"/>
          </w:tcPr>
          <w:p w14:paraId="13289B02" w14:textId="77777777" w:rsidR="00304FB0" w:rsidRPr="005C06FE" w:rsidRDefault="00304FB0" w:rsidP="000C3700">
            <w:pPr>
              <w:spacing w:line="480" w:lineRule="auto"/>
              <w:jc w:val="center"/>
            </w:pPr>
          </w:p>
        </w:tc>
        <w:tc>
          <w:tcPr>
            <w:tcW w:w="1937" w:type="dxa"/>
            <w:vAlign w:val="center"/>
          </w:tcPr>
          <w:p w14:paraId="17CF6250" w14:textId="77777777" w:rsidR="00304FB0" w:rsidRPr="005C06FE" w:rsidRDefault="00304FB0" w:rsidP="000C3700">
            <w:pPr>
              <w:spacing w:line="480" w:lineRule="auto"/>
              <w:jc w:val="center"/>
            </w:pPr>
          </w:p>
        </w:tc>
        <w:tc>
          <w:tcPr>
            <w:tcW w:w="1938" w:type="dxa"/>
            <w:vAlign w:val="center"/>
          </w:tcPr>
          <w:p w14:paraId="09FB4E97" w14:textId="77777777" w:rsidR="00304FB0" w:rsidRPr="005C06FE" w:rsidRDefault="00304FB0" w:rsidP="000C3700">
            <w:pPr>
              <w:spacing w:line="480" w:lineRule="auto"/>
              <w:jc w:val="center"/>
            </w:pPr>
          </w:p>
        </w:tc>
      </w:tr>
      <w:tr w:rsidR="00304FB0" w:rsidRPr="005C06FE" w14:paraId="7A02D7EE" w14:textId="77777777" w:rsidTr="000C3700">
        <w:tc>
          <w:tcPr>
            <w:tcW w:w="2977" w:type="dxa"/>
            <w:vAlign w:val="center"/>
          </w:tcPr>
          <w:p w14:paraId="43FA4B52" w14:textId="77777777" w:rsidR="00304FB0" w:rsidRPr="005C06FE" w:rsidRDefault="00304FB0" w:rsidP="000C3700">
            <w:pPr>
              <w:spacing w:line="480" w:lineRule="auto"/>
              <w:rPr>
                <w:b/>
                <w:iCs/>
              </w:rPr>
            </w:pPr>
            <w:r w:rsidRPr="00E734B8">
              <w:rPr>
                <w:bCs/>
                <w:iCs/>
              </w:rPr>
              <w:t xml:space="preserve">Mean </w:t>
            </w:r>
          </w:p>
        </w:tc>
        <w:tc>
          <w:tcPr>
            <w:tcW w:w="1937" w:type="dxa"/>
            <w:vAlign w:val="center"/>
          </w:tcPr>
          <w:p w14:paraId="74286B3E" w14:textId="77777777" w:rsidR="00304FB0" w:rsidRPr="005C06FE" w:rsidRDefault="00304FB0" w:rsidP="000C3700">
            <w:pPr>
              <w:spacing w:line="480" w:lineRule="auto"/>
              <w:jc w:val="center"/>
            </w:pPr>
            <w:r w:rsidRPr="005C06FE">
              <w:t>0.88 (0.48)</w:t>
            </w:r>
          </w:p>
        </w:tc>
        <w:tc>
          <w:tcPr>
            <w:tcW w:w="1937" w:type="dxa"/>
            <w:vAlign w:val="center"/>
          </w:tcPr>
          <w:p w14:paraId="4DA71D4A" w14:textId="77777777" w:rsidR="00304FB0" w:rsidRPr="005C06FE" w:rsidRDefault="00304FB0" w:rsidP="000C3700">
            <w:pPr>
              <w:spacing w:line="480" w:lineRule="auto"/>
              <w:jc w:val="center"/>
            </w:pPr>
            <w:r w:rsidRPr="005C06FE">
              <w:t>0.73 (0.41)</w:t>
            </w:r>
          </w:p>
        </w:tc>
        <w:tc>
          <w:tcPr>
            <w:tcW w:w="1938" w:type="dxa"/>
            <w:vAlign w:val="center"/>
          </w:tcPr>
          <w:p w14:paraId="1F1B6BCA" w14:textId="77777777" w:rsidR="00304FB0" w:rsidRPr="005C06FE" w:rsidRDefault="00304FB0" w:rsidP="000C3700">
            <w:pPr>
              <w:spacing w:line="480" w:lineRule="auto"/>
              <w:jc w:val="center"/>
            </w:pPr>
            <w:r w:rsidRPr="005C06FE">
              <w:t>0.81 (0.54)</w:t>
            </w:r>
          </w:p>
        </w:tc>
      </w:tr>
      <w:tr w:rsidR="00304FB0" w:rsidRPr="005C06FE" w14:paraId="47BE05CA" w14:textId="77777777" w:rsidTr="000C3700">
        <w:tc>
          <w:tcPr>
            <w:tcW w:w="2977" w:type="dxa"/>
            <w:tcBorders>
              <w:bottom w:val="single" w:sz="4" w:space="0" w:color="auto"/>
            </w:tcBorders>
            <w:vAlign w:val="center"/>
          </w:tcPr>
          <w:p w14:paraId="5A22C477" w14:textId="77777777" w:rsidR="00304FB0" w:rsidRPr="005C06FE" w:rsidRDefault="00304FB0" w:rsidP="000C3700">
            <w:pPr>
              <w:spacing w:line="480" w:lineRule="auto"/>
              <w:rPr>
                <w:b/>
                <w:iCs/>
              </w:rPr>
            </w:pPr>
            <w:r w:rsidRPr="005C06FE">
              <w:rPr>
                <w:bCs/>
                <w:iCs/>
              </w:rPr>
              <w:t xml:space="preserve">Change from baseline </w:t>
            </w:r>
          </w:p>
        </w:tc>
        <w:tc>
          <w:tcPr>
            <w:tcW w:w="1937" w:type="dxa"/>
            <w:tcBorders>
              <w:bottom w:val="single" w:sz="4" w:space="0" w:color="auto"/>
            </w:tcBorders>
            <w:vAlign w:val="center"/>
          </w:tcPr>
          <w:p w14:paraId="02D7DE94" w14:textId="77777777" w:rsidR="00304FB0" w:rsidRPr="005C06FE" w:rsidRDefault="00304FB0" w:rsidP="000C3700">
            <w:pPr>
              <w:spacing w:line="480" w:lineRule="auto"/>
              <w:jc w:val="center"/>
            </w:pPr>
            <w:r w:rsidRPr="005C06FE">
              <w:rPr>
                <w:szCs w:val="16"/>
              </w:rPr>
              <w:t>−</w:t>
            </w:r>
            <w:r w:rsidRPr="005C06FE">
              <w:rPr>
                <w:rFonts w:cs="Arial"/>
              </w:rPr>
              <w:t>0</w:t>
            </w:r>
            <w:r w:rsidRPr="005C06FE">
              <w:t>.10 (0.27)</w:t>
            </w:r>
          </w:p>
        </w:tc>
        <w:tc>
          <w:tcPr>
            <w:tcW w:w="1937" w:type="dxa"/>
            <w:tcBorders>
              <w:bottom w:val="single" w:sz="4" w:space="0" w:color="auto"/>
            </w:tcBorders>
            <w:vAlign w:val="center"/>
          </w:tcPr>
          <w:p w14:paraId="2E8282F9" w14:textId="77777777" w:rsidR="00304FB0" w:rsidRPr="005C06FE" w:rsidRDefault="00304FB0" w:rsidP="000C3700">
            <w:pPr>
              <w:spacing w:line="480" w:lineRule="auto"/>
              <w:jc w:val="center"/>
            </w:pPr>
            <w:r w:rsidRPr="005C06FE">
              <w:t>0.02 (0.22)</w:t>
            </w:r>
          </w:p>
        </w:tc>
        <w:tc>
          <w:tcPr>
            <w:tcW w:w="1938" w:type="dxa"/>
            <w:tcBorders>
              <w:bottom w:val="single" w:sz="4" w:space="0" w:color="auto"/>
            </w:tcBorders>
            <w:vAlign w:val="center"/>
          </w:tcPr>
          <w:p w14:paraId="5FE74E91" w14:textId="77777777" w:rsidR="00304FB0" w:rsidRPr="005C06FE" w:rsidRDefault="00304FB0" w:rsidP="000C3700">
            <w:pPr>
              <w:spacing w:line="480" w:lineRule="auto"/>
              <w:jc w:val="center"/>
            </w:pPr>
            <w:r w:rsidRPr="00E734B8">
              <w:rPr>
                <w:szCs w:val="16"/>
              </w:rPr>
              <w:t>−</w:t>
            </w:r>
            <w:r w:rsidRPr="005C06FE">
              <w:rPr>
                <w:rFonts w:cs="Arial"/>
              </w:rPr>
              <w:t>0.07 (0.32)</w:t>
            </w:r>
          </w:p>
        </w:tc>
      </w:tr>
    </w:tbl>
    <w:p w14:paraId="5FF0EC8C" w14:textId="77777777" w:rsidR="00304FB0" w:rsidRPr="00DF1993" w:rsidRDefault="00304FB0" w:rsidP="003F1E71">
      <w:pPr>
        <w:spacing w:line="480" w:lineRule="auto"/>
        <w:rPr>
          <w:sz w:val="22"/>
          <w:szCs w:val="22"/>
        </w:rPr>
      </w:pPr>
      <w:r w:rsidRPr="00DF1993">
        <w:rPr>
          <w:sz w:val="22"/>
          <w:szCs w:val="22"/>
        </w:rPr>
        <w:t>All values are presented as mean (SD) or change from baseline (SD).</w:t>
      </w:r>
    </w:p>
    <w:p w14:paraId="38AFB2B7" w14:textId="77777777" w:rsidR="00304FB0" w:rsidRPr="005C06FE" w:rsidRDefault="00304FB0" w:rsidP="003F1E71">
      <w:pPr>
        <w:spacing w:line="480" w:lineRule="auto"/>
        <w:rPr>
          <w:sz w:val="22"/>
        </w:rPr>
      </w:pPr>
      <w:proofErr w:type="spellStart"/>
      <w:r w:rsidRPr="005C06FE">
        <w:rPr>
          <w:sz w:val="22"/>
          <w:vertAlign w:val="superscript"/>
        </w:rPr>
        <w:t>a</w:t>
      </w:r>
      <w:r w:rsidRPr="005C06FE">
        <w:rPr>
          <w:sz w:val="22"/>
        </w:rPr>
        <w:t>Mean</w:t>
      </w:r>
      <w:proofErr w:type="spellEnd"/>
      <w:r w:rsidRPr="005C06FE">
        <w:rPr>
          <w:sz w:val="22"/>
        </w:rPr>
        <w:t xml:space="preserve"> change from baseline over the treatment period was defined as the post-dosing value minus the baseline value. Baseline was the mean of measurements taken during the 7 days before day 1. The treatment period mean was calculated from the patients’ mean of all assessments performed while patients were on treatment</w:t>
      </w:r>
      <w:r>
        <w:rPr>
          <w:sz w:val="22"/>
        </w:rPr>
        <w:t>.</w:t>
      </w:r>
    </w:p>
    <w:p w14:paraId="4767F9FC" w14:textId="77777777" w:rsidR="00304FB0" w:rsidRPr="005C06FE" w:rsidRDefault="00304FB0" w:rsidP="003F1E71">
      <w:pPr>
        <w:spacing w:after="200" w:line="480" w:lineRule="auto"/>
        <w:rPr>
          <w:sz w:val="22"/>
        </w:rPr>
      </w:pPr>
      <w:r w:rsidRPr="005C06FE">
        <w:rPr>
          <w:sz w:val="22"/>
        </w:rPr>
        <w:t>PEF = peak exploratory flow, SD = standard deviation</w:t>
      </w:r>
    </w:p>
    <w:p w14:paraId="7AEE1AC6" w14:textId="77777777" w:rsidR="00304FB0" w:rsidRDefault="00304FB0">
      <w:pPr>
        <w:spacing w:line="240" w:lineRule="auto"/>
      </w:pPr>
      <w:r>
        <w:br w:type="page"/>
      </w:r>
    </w:p>
    <w:p w14:paraId="1B862328" w14:textId="77777777" w:rsidR="00304FB0" w:rsidRPr="005C06FE" w:rsidRDefault="00304FB0" w:rsidP="000C3700">
      <w:pPr>
        <w:pStyle w:val="Heading2"/>
        <w:spacing w:line="480" w:lineRule="auto"/>
      </w:pPr>
      <w:r w:rsidRPr="005C06FE">
        <w:lastRenderedPageBreak/>
        <w:t>Supplementa</w:t>
      </w:r>
      <w:r>
        <w:t>l</w:t>
      </w:r>
      <w:r w:rsidRPr="005C06FE">
        <w:t xml:space="preserve"> Table </w:t>
      </w:r>
      <w:r>
        <w:t>S6</w:t>
      </w:r>
      <w:r w:rsidRPr="005C06FE">
        <w:rPr>
          <w:b w:val="0"/>
        </w:rPr>
        <w:t xml:space="preserve"> </w:t>
      </w:r>
      <w:r>
        <w:rPr>
          <w:b w:val="0"/>
        </w:rPr>
        <w:t>Ethics committee approvals</w:t>
      </w:r>
    </w:p>
    <w:tbl>
      <w:tblPr>
        <w:tblStyle w:val="TableGrid"/>
        <w:tblW w:w="6929" w:type="dxa"/>
        <w:tblInd w:w="2" w:type="dxa"/>
        <w:tblCellMar>
          <w:top w:w="92" w:type="dxa"/>
          <w:left w:w="108" w:type="dxa"/>
          <w:right w:w="22" w:type="dxa"/>
        </w:tblCellMar>
        <w:tblLook w:val="04A0" w:firstRow="1" w:lastRow="0" w:firstColumn="1" w:lastColumn="0" w:noHBand="0" w:noVBand="1"/>
      </w:tblPr>
      <w:tblGrid>
        <w:gridCol w:w="1142"/>
        <w:gridCol w:w="1123"/>
        <w:gridCol w:w="3403"/>
        <w:gridCol w:w="1261"/>
      </w:tblGrid>
      <w:tr w:rsidR="00304FB0" w14:paraId="73CAE3D2" w14:textId="77777777" w:rsidTr="00C8528D">
        <w:trPr>
          <w:trHeight w:val="20"/>
        </w:trPr>
        <w:tc>
          <w:tcPr>
            <w:tcW w:w="1142" w:type="dxa"/>
            <w:tcBorders>
              <w:top w:val="single" w:sz="4" w:space="0" w:color="auto"/>
              <w:bottom w:val="single" w:sz="4" w:space="0" w:color="auto"/>
            </w:tcBorders>
          </w:tcPr>
          <w:p w14:paraId="03FF6783" w14:textId="77777777" w:rsidR="00304FB0" w:rsidRPr="00872DE7" w:rsidRDefault="00304FB0" w:rsidP="001313F9">
            <w:pPr>
              <w:spacing w:line="259" w:lineRule="auto"/>
              <w:rPr>
                <w:b/>
                <w:sz w:val="20"/>
              </w:rPr>
            </w:pPr>
            <w:r w:rsidRPr="00872DE7">
              <w:rPr>
                <w:b/>
                <w:sz w:val="20"/>
              </w:rPr>
              <w:t xml:space="preserve">Country </w:t>
            </w:r>
          </w:p>
        </w:tc>
        <w:tc>
          <w:tcPr>
            <w:tcW w:w="1123" w:type="dxa"/>
            <w:tcBorders>
              <w:top w:val="single" w:sz="4" w:space="0" w:color="auto"/>
              <w:bottom w:val="single" w:sz="4" w:space="0" w:color="auto"/>
            </w:tcBorders>
          </w:tcPr>
          <w:p w14:paraId="7832C5FB" w14:textId="77777777" w:rsidR="00304FB0" w:rsidRPr="00872DE7" w:rsidRDefault="00304FB0" w:rsidP="001313F9">
            <w:pPr>
              <w:spacing w:line="259" w:lineRule="auto"/>
              <w:ind w:left="10"/>
              <w:rPr>
                <w:b/>
                <w:sz w:val="20"/>
              </w:rPr>
            </w:pPr>
            <w:r w:rsidRPr="00872DE7">
              <w:rPr>
                <w:b/>
                <w:sz w:val="20"/>
              </w:rPr>
              <w:t xml:space="preserve">Site no.  </w:t>
            </w:r>
          </w:p>
        </w:tc>
        <w:tc>
          <w:tcPr>
            <w:tcW w:w="3403" w:type="dxa"/>
            <w:tcBorders>
              <w:top w:val="single" w:sz="4" w:space="0" w:color="auto"/>
              <w:bottom w:val="single" w:sz="4" w:space="0" w:color="auto"/>
            </w:tcBorders>
          </w:tcPr>
          <w:p w14:paraId="4EE233A1" w14:textId="77777777" w:rsidR="00304FB0" w:rsidRPr="00872DE7" w:rsidRDefault="00304FB0" w:rsidP="001313F9">
            <w:pPr>
              <w:spacing w:line="259" w:lineRule="auto"/>
              <w:jc w:val="center"/>
              <w:rPr>
                <w:b/>
                <w:sz w:val="20"/>
              </w:rPr>
            </w:pPr>
            <w:r w:rsidRPr="00872DE7">
              <w:rPr>
                <w:b/>
                <w:sz w:val="20"/>
              </w:rPr>
              <w:t xml:space="preserve">Name and address of IEC/IRB </w:t>
            </w:r>
          </w:p>
        </w:tc>
        <w:tc>
          <w:tcPr>
            <w:tcW w:w="1261" w:type="dxa"/>
            <w:tcBorders>
              <w:top w:val="single" w:sz="4" w:space="0" w:color="auto"/>
              <w:bottom w:val="single" w:sz="4" w:space="0" w:color="auto"/>
            </w:tcBorders>
          </w:tcPr>
          <w:p w14:paraId="56E394A8" w14:textId="77777777" w:rsidR="00304FB0" w:rsidRPr="00872DE7" w:rsidRDefault="00304FB0" w:rsidP="001313F9">
            <w:pPr>
              <w:spacing w:line="259" w:lineRule="auto"/>
              <w:ind w:right="86"/>
              <w:jc w:val="center"/>
              <w:rPr>
                <w:b/>
                <w:sz w:val="20"/>
              </w:rPr>
            </w:pPr>
            <w:r w:rsidRPr="00872DE7">
              <w:rPr>
                <w:b/>
                <w:sz w:val="20"/>
              </w:rPr>
              <w:t xml:space="preserve">Date of Approval  </w:t>
            </w:r>
          </w:p>
        </w:tc>
      </w:tr>
      <w:tr w:rsidR="00304FB0" w14:paraId="79F2B2B2" w14:textId="77777777" w:rsidTr="00C8528D">
        <w:trPr>
          <w:trHeight w:val="20"/>
        </w:trPr>
        <w:tc>
          <w:tcPr>
            <w:tcW w:w="1142" w:type="dxa"/>
            <w:tcBorders>
              <w:top w:val="single" w:sz="4" w:space="0" w:color="auto"/>
            </w:tcBorders>
          </w:tcPr>
          <w:p w14:paraId="4992D39E" w14:textId="77777777" w:rsidR="00304FB0" w:rsidRPr="00E56B5D" w:rsidRDefault="00304FB0" w:rsidP="00872DE7">
            <w:pPr>
              <w:spacing w:line="259" w:lineRule="auto"/>
              <w:ind w:right="90"/>
              <w:jc w:val="center"/>
              <w:rPr>
                <w:b/>
                <w:bCs/>
                <w:iCs/>
                <w:sz w:val="20"/>
              </w:rPr>
            </w:pPr>
            <w:r w:rsidRPr="00E56B5D">
              <w:rPr>
                <w:b/>
                <w:bCs/>
                <w:iCs/>
                <w:sz w:val="20"/>
              </w:rPr>
              <w:t xml:space="preserve">Australia </w:t>
            </w:r>
          </w:p>
        </w:tc>
        <w:tc>
          <w:tcPr>
            <w:tcW w:w="1123" w:type="dxa"/>
            <w:tcBorders>
              <w:top w:val="single" w:sz="4" w:space="0" w:color="auto"/>
            </w:tcBorders>
          </w:tcPr>
          <w:p w14:paraId="20CD36A2" w14:textId="77777777" w:rsidR="00304FB0" w:rsidRPr="00872DE7" w:rsidRDefault="00304FB0" w:rsidP="001313F9">
            <w:pPr>
              <w:spacing w:line="259" w:lineRule="auto"/>
              <w:ind w:right="90"/>
              <w:jc w:val="center"/>
              <w:rPr>
                <w:iCs/>
                <w:sz w:val="20"/>
              </w:rPr>
            </w:pPr>
            <w:r w:rsidRPr="00872DE7">
              <w:rPr>
                <w:iCs/>
                <w:sz w:val="20"/>
              </w:rPr>
              <w:t xml:space="preserve">0301 </w:t>
            </w:r>
          </w:p>
        </w:tc>
        <w:tc>
          <w:tcPr>
            <w:tcW w:w="3403" w:type="dxa"/>
            <w:tcBorders>
              <w:top w:val="single" w:sz="4" w:space="0" w:color="auto"/>
            </w:tcBorders>
          </w:tcPr>
          <w:p w14:paraId="7BB59D58" w14:textId="77777777" w:rsidR="00304FB0" w:rsidRPr="00872DE7" w:rsidRDefault="00304FB0" w:rsidP="00F63ADF">
            <w:pPr>
              <w:spacing w:after="15" w:line="259" w:lineRule="auto"/>
              <w:ind w:right="90"/>
              <w:jc w:val="center"/>
              <w:rPr>
                <w:iCs/>
                <w:sz w:val="20"/>
              </w:rPr>
            </w:pPr>
            <w:proofErr w:type="spellStart"/>
            <w:r w:rsidRPr="00872DE7">
              <w:rPr>
                <w:iCs/>
                <w:sz w:val="20"/>
              </w:rPr>
              <w:t>Bellberry</w:t>
            </w:r>
            <w:proofErr w:type="spellEnd"/>
            <w:r w:rsidRPr="00872DE7">
              <w:rPr>
                <w:iCs/>
                <w:sz w:val="20"/>
              </w:rPr>
              <w:t xml:space="preserve"> Human</w:t>
            </w:r>
            <w:r>
              <w:rPr>
                <w:iCs/>
                <w:sz w:val="20"/>
              </w:rPr>
              <w:t xml:space="preserve"> </w:t>
            </w:r>
            <w:r w:rsidRPr="00872DE7">
              <w:rPr>
                <w:iCs/>
                <w:sz w:val="20"/>
              </w:rPr>
              <w:t>Research Ethics</w:t>
            </w:r>
            <w:r>
              <w:rPr>
                <w:iCs/>
                <w:sz w:val="20"/>
              </w:rPr>
              <w:t xml:space="preserve"> </w:t>
            </w:r>
            <w:r w:rsidRPr="00872DE7">
              <w:rPr>
                <w:iCs/>
                <w:sz w:val="20"/>
              </w:rPr>
              <w:t>Committee (HREC)</w:t>
            </w:r>
          </w:p>
          <w:p w14:paraId="01623787" w14:textId="77777777" w:rsidR="00304FB0" w:rsidRPr="00872DE7" w:rsidRDefault="00304FB0" w:rsidP="00F63ADF">
            <w:pPr>
              <w:spacing w:after="17" w:line="259" w:lineRule="auto"/>
              <w:ind w:left="48"/>
              <w:jc w:val="center"/>
              <w:rPr>
                <w:iCs/>
                <w:sz w:val="20"/>
              </w:rPr>
            </w:pPr>
            <w:r w:rsidRPr="00872DE7">
              <w:rPr>
                <w:iCs/>
                <w:sz w:val="20"/>
              </w:rPr>
              <w:t>123 Glen Osmond Road,</w:t>
            </w:r>
            <w:r>
              <w:rPr>
                <w:iCs/>
                <w:sz w:val="20"/>
              </w:rPr>
              <w:t xml:space="preserve"> </w:t>
            </w:r>
            <w:r w:rsidRPr="00872DE7">
              <w:rPr>
                <w:iCs/>
                <w:sz w:val="20"/>
              </w:rPr>
              <w:t>Eastwood South Australia</w:t>
            </w:r>
            <w:r>
              <w:rPr>
                <w:iCs/>
                <w:sz w:val="20"/>
              </w:rPr>
              <w:t xml:space="preserve"> </w:t>
            </w:r>
            <w:r w:rsidRPr="00872DE7">
              <w:rPr>
                <w:iCs/>
                <w:sz w:val="20"/>
              </w:rPr>
              <w:t>5063</w:t>
            </w:r>
          </w:p>
        </w:tc>
        <w:tc>
          <w:tcPr>
            <w:tcW w:w="1261" w:type="dxa"/>
            <w:tcBorders>
              <w:top w:val="single" w:sz="4" w:space="0" w:color="auto"/>
            </w:tcBorders>
          </w:tcPr>
          <w:p w14:paraId="2FF8E194" w14:textId="77777777" w:rsidR="00304FB0" w:rsidRPr="00872DE7" w:rsidRDefault="00304FB0" w:rsidP="00326692">
            <w:pPr>
              <w:spacing w:line="259" w:lineRule="auto"/>
              <w:ind w:right="85"/>
              <w:jc w:val="center"/>
              <w:rPr>
                <w:iCs/>
                <w:sz w:val="20"/>
              </w:rPr>
            </w:pPr>
            <w:r w:rsidRPr="00872DE7">
              <w:rPr>
                <w:iCs/>
                <w:sz w:val="20"/>
              </w:rPr>
              <w:t>15 Feb 2021</w:t>
            </w:r>
          </w:p>
        </w:tc>
      </w:tr>
      <w:tr w:rsidR="00304FB0" w14:paraId="0AFC77F1" w14:textId="77777777" w:rsidTr="00C8528D">
        <w:trPr>
          <w:trHeight w:val="20"/>
        </w:trPr>
        <w:tc>
          <w:tcPr>
            <w:tcW w:w="1142" w:type="dxa"/>
          </w:tcPr>
          <w:p w14:paraId="6EBE4A63" w14:textId="77777777" w:rsidR="00304FB0" w:rsidRPr="00E56B5D" w:rsidRDefault="00304FB0" w:rsidP="00872DE7">
            <w:pPr>
              <w:spacing w:line="259" w:lineRule="auto"/>
              <w:ind w:right="90"/>
              <w:jc w:val="center"/>
              <w:rPr>
                <w:b/>
                <w:bCs/>
                <w:iCs/>
                <w:sz w:val="20"/>
              </w:rPr>
            </w:pPr>
            <w:r w:rsidRPr="00E56B5D">
              <w:rPr>
                <w:b/>
                <w:bCs/>
                <w:iCs/>
                <w:sz w:val="20"/>
              </w:rPr>
              <w:t xml:space="preserve">Australia </w:t>
            </w:r>
          </w:p>
        </w:tc>
        <w:tc>
          <w:tcPr>
            <w:tcW w:w="1123" w:type="dxa"/>
          </w:tcPr>
          <w:p w14:paraId="1538B9F8" w14:textId="77777777" w:rsidR="00304FB0" w:rsidRPr="00872DE7" w:rsidRDefault="00304FB0" w:rsidP="001313F9">
            <w:pPr>
              <w:spacing w:line="259" w:lineRule="auto"/>
              <w:ind w:right="90"/>
              <w:jc w:val="center"/>
              <w:rPr>
                <w:iCs/>
                <w:sz w:val="20"/>
              </w:rPr>
            </w:pPr>
            <w:r w:rsidRPr="00872DE7">
              <w:rPr>
                <w:iCs/>
                <w:sz w:val="20"/>
              </w:rPr>
              <w:t xml:space="preserve">0302 </w:t>
            </w:r>
          </w:p>
        </w:tc>
        <w:tc>
          <w:tcPr>
            <w:tcW w:w="3403" w:type="dxa"/>
          </w:tcPr>
          <w:p w14:paraId="3C431844" w14:textId="77777777" w:rsidR="00304FB0" w:rsidRPr="00872DE7" w:rsidRDefault="00304FB0" w:rsidP="00F63ADF">
            <w:pPr>
              <w:spacing w:after="15" w:line="259" w:lineRule="auto"/>
              <w:ind w:right="90"/>
              <w:jc w:val="center"/>
              <w:rPr>
                <w:iCs/>
                <w:sz w:val="20"/>
              </w:rPr>
            </w:pPr>
            <w:proofErr w:type="spellStart"/>
            <w:r w:rsidRPr="00872DE7">
              <w:rPr>
                <w:iCs/>
                <w:sz w:val="20"/>
              </w:rPr>
              <w:t>Bellberry</w:t>
            </w:r>
            <w:proofErr w:type="spellEnd"/>
            <w:r w:rsidRPr="00872DE7">
              <w:rPr>
                <w:iCs/>
                <w:sz w:val="20"/>
              </w:rPr>
              <w:t xml:space="preserve"> Human</w:t>
            </w:r>
            <w:r>
              <w:rPr>
                <w:iCs/>
                <w:sz w:val="20"/>
              </w:rPr>
              <w:t xml:space="preserve"> </w:t>
            </w:r>
            <w:r w:rsidRPr="00872DE7">
              <w:rPr>
                <w:iCs/>
                <w:sz w:val="20"/>
              </w:rPr>
              <w:t>Research Ethics</w:t>
            </w:r>
            <w:r>
              <w:rPr>
                <w:iCs/>
                <w:sz w:val="20"/>
              </w:rPr>
              <w:t xml:space="preserve"> </w:t>
            </w:r>
            <w:r w:rsidRPr="00872DE7">
              <w:rPr>
                <w:iCs/>
                <w:sz w:val="20"/>
              </w:rPr>
              <w:t>Committee (HREC)</w:t>
            </w:r>
          </w:p>
          <w:p w14:paraId="7506B2E1" w14:textId="77777777" w:rsidR="00304FB0" w:rsidRPr="00872DE7" w:rsidRDefault="00304FB0" w:rsidP="00F63ADF">
            <w:pPr>
              <w:spacing w:after="15" w:line="259" w:lineRule="auto"/>
              <w:ind w:left="48"/>
              <w:jc w:val="center"/>
              <w:rPr>
                <w:iCs/>
                <w:sz w:val="20"/>
              </w:rPr>
            </w:pPr>
            <w:r w:rsidRPr="00872DE7">
              <w:rPr>
                <w:iCs/>
                <w:sz w:val="20"/>
              </w:rPr>
              <w:t>123 Glen Osmond Road,</w:t>
            </w:r>
            <w:r>
              <w:rPr>
                <w:iCs/>
                <w:sz w:val="20"/>
              </w:rPr>
              <w:t xml:space="preserve"> </w:t>
            </w:r>
            <w:r w:rsidRPr="00872DE7">
              <w:rPr>
                <w:iCs/>
                <w:sz w:val="20"/>
              </w:rPr>
              <w:t>Eastwood South Australia</w:t>
            </w:r>
            <w:r>
              <w:rPr>
                <w:iCs/>
                <w:sz w:val="20"/>
              </w:rPr>
              <w:t xml:space="preserve"> </w:t>
            </w:r>
            <w:r w:rsidRPr="00872DE7">
              <w:rPr>
                <w:iCs/>
                <w:sz w:val="20"/>
              </w:rPr>
              <w:t>5063</w:t>
            </w:r>
          </w:p>
        </w:tc>
        <w:tc>
          <w:tcPr>
            <w:tcW w:w="1261" w:type="dxa"/>
          </w:tcPr>
          <w:p w14:paraId="1D095B33" w14:textId="77777777" w:rsidR="00304FB0" w:rsidRPr="00872DE7" w:rsidRDefault="00304FB0" w:rsidP="00326692">
            <w:pPr>
              <w:spacing w:line="259" w:lineRule="auto"/>
              <w:ind w:right="87"/>
              <w:jc w:val="center"/>
              <w:rPr>
                <w:iCs/>
                <w:sz w:val="20"/>
              </w:rPr>
            </w:pPr>
            <w:r w:rsidRPr="00872DE7">
              <w:rPr>
                <w:iCs/>
                <w:sz w:val="20"/>
              </w:rPr>
              <w:t>19 May 2021</w:t>
            </w:r>
          </w:p>
        </w:tc>
      </w:tr>
      <w:tr w:rsidR="00304FB0" w14:paraId="4A008A40" w14:textId="77777777" w:rsidTr="00C8528D">
        <w:trPr>
          <w:trHeight w:val="20"/>
        </w:trPr>
        <w:tc>
          <w:tcPr>
            <w:tcW w:w="1142" w:type="dxa"/>
          </w:tcPr>
          <w:p w14:paraId="129205D0" w14:textId="77777777" w:rsidR="00304FB0" w:rsidRPr="00E56B5D" w:rsidRDefault="00304FB0" w:rsidP="00872DE7">
            <w:pPr>
              <w:spacing w:line="259" w:lineRule="auto"/>
              <w:ind w:right="90"/>
              <w:jc w:val="center"/>
              <w:rPr>
                <w:b/>
                <w:bCs/>
                <w:iCs/>
                <w:sz w:val="20"/>
              </w:rPr>
            </w:pPr>
            <w:r w:rsidRPr="00E56B5D">
              <w:rPr>
                <w:b/>
                <w:bCs/>
                <w:iCs/>
                <w:sz w:val="20"/>
              </w:rPr>
              <w:t xml:space="preserve">Australia </w:t>
            </w:r>
          </w:p>
        </w:tc>
        <w:tc>
          <w:tcPr>
            <w:tcW w:w="1123" w:type="dxa"/>
          </w:tcPr>
          <w:p w14:paraId="06F5A4F4" w14:textId="77777777" w:rsidR="00304FB0" w:rsidRPr="00872DE7" w:rsidRDefault="00304FB0" w:rsidP="001313F9">
            <w:pPr>
              <w:spacing w:line="259" w:lineRule="auto"/>
              <w:ind w:right="90"/>
              <w:jc w:val="center"/>
              <w:rPr>
                <w:iCs/>
                <w:sz w:val="20"/>
              </w:rPr>
            </w:pPr>
            <w:r w:rsidRPr="00872DE7">
              <w:rPr>
                <w:iCs/>
                <w:sz w:val="20"/>
              </w:rPr>
              <w:t xml:space="preserve">0303 </w:t>
            </w:r>
          </w:p>
        </w:tc>
        <w:tc>
          <w:tcPr>
            <w:tcW w:w="3403" w:type="dxa"/>
          </w:tcPr>
          <w:p w14:paraId="18C5D473" w14:textId="77777777" w:rsidR="00304FB0" w:rsidRPr="00872DE7" w:rsidRDefault="00304FB0" w:rsidP="00F63ADF">
            <w:pPr>
              <w:spacing w:after="15" w:line="259" w:lineRule="auto"/>
              <w:ind w:right="90"/>
              <w:jc w:val="center"/>
              <w:rPr>
                <w:iCs/>
                <w:sz w:val="20"/>
              </w:rPr>
            </w:pPr>
            <w:proofErr w:type="spellStart"/>
            <w:r w:rsidRPr="00872DE7">
              <w:rPr>
                <w:iCs/>
                <w:sz w:val="20"/>
              </w:rPr>
              <w:t>Bellberry</w:t>
            </w:r>
            <w:proofErr w:type="spellEnd"/>
            <w:r w:rsidRPr="00872DE7">
              <w:rPr>
                <w:iCs/>
                <w:sz w:val="20"/>
              </w:rPr>
              <w:t xml:space="preserve"> Human</w:t>
            </w:r>
            <w:r>
              <w:rPr>
                <w:iCs/>
                <w:sz w:val="20"/>
              </w:rPr>
              <w:t xml:space="preserve"> </w:t>
            </w:r>
            <w:r w:rsidRPr="00872DE7">
              <w:rPr>
                <w:iCs/>
                <w:sz w:val="20"/>
              </w:rPr>
              <w:t>Research Ethics</w:t>
            </w:r>
            <w:r>
              <w:rPr>
                <w:iCs/>
                <w:sz w:val="20"/>
              </w:rPr>
              <w:t xml:space="preserve"> </w:t>
            </w:r>
            <w:r w:rsidRPr="00872DE7">
              <w:rPr>
                <w:iCs/>
                <w:sz w:val="20"/>
              </w:rPr>
              <w:t>Committee (HREC)</w:t>
            </w:r>
          </w:p>
          <w:p w14:paraId="7873EEE7" w14:textId="77777777" w:rsidR="00304FB0" w:rsidRPr="00872DE7" w:rsidRDefault="00304FB0" w:rsidP="00F63ADF">
            <w:pPr>
              <w:spacing w:after="15" w:line="259" w:lineRule="auto"/>
              <w:ind w:left="48"/>
              <w:jc w:val="center"/>
              <w:rPr>
                <w:iCs/>
                <w:sz w:val="20"/>
              </w:rPr>
            </w:pPr>
            <w:r w:rsidRPr="00872DE7">
              <w:rPr>
                <w:iCs/>
                <w:sz w:val="20"/>
              </w:rPr>
              <w:t>123 Glen Osmond Road,</w:t>
            </w:r>
            <w:r>
              <w:rPr>
                <w:iCs/>
                <w:sz w:val="20"/>
              </w:rPr>
              <w:t xml:space="preserve"> </w:t>
            </w:r>
            <w:r w:rsidRPr="00872DE7">
              <w:rPr>
                <w:iCs/>
                <w:sz w:val="20"/>
              </w:rPr>
              <w:t>Eastwood South Australia</w:t>
            </w:r>
            <w:r>
              <w:rPr>
                <w:iCs/>
                <w:sz w:val="20"/>
              </w:rPr>
              <w:t xml:space="preserve"> </w:t>
            </w:r>
            <w:r w:rsidRPr="00872DE7">
              <w:rPr>
                <w:iCs/>
                <w:sz w:val="20"/>
              </w:rPr>
              <w:t>5063</w:t>
            </w:r>
          </w:p>
        </w:tc>
        <w:tc>
          <w:tcPr>
            <w:tcW w:w="1261" w:type="dxa"/>
          </w:tcPr>
          <w:p w14:paraId="12A11DCA" w14:textId="77777777" w:rsidR="00304FB0" w:rsidRPr="00872DE7" w:rsidRDefault="00304FB0" w:rsidP="00326692">
            <w:pPr>
              <w:spacing w:line="259" w:lineRule="auto"/>
              <w:ind w:right="87"/>
              <w:jc w:val="center"/>
              <w:rPr>
                <w:iCs/>
                <w:sz w:val="20"/>
              </w:rPr>
            </w:pPr>
            <w:r w:rsidRPr="00872DE7">
              <w:rPr>
                <w:iCs/>
                <w:sz w:val="20"/>
              </w:rPr>
              <w:t>07 May 2021</w:t>
            </w:r>
          </w:p>
        </w:tc>
      </w:tr>
      <w:tr w:rsidR="00304FB0" w14:paraId="6FC567F9" w14:textId="77777777" w:rsidTr="00C8528D">
        <w:trPr>
          <w:trHeight w:val="20"/>
        </w:trPr>
        <w:tc>
          <w:tcPr>
            <w:tcW w:w="1142" w:type="dxa"/>
          </w:tcPr>
          <w:p w14:paraId="11C4981D" w14:textId="77777777" w:rsidR="00304FB0" w:rsidRPr="00E56B5D" w:rsidRDefault="00304FB0" w:rsidP="00872DE7">
            <w:pPr>
              <w:spacing w:line="259" w:lineRule="auto"/>
              <w:ind w:right="90"/>
              <w:jc w:val="center"/>
              <w:rPr>
                <w:b/>
                <w:bCs/>
                <w:iCs/>
                <w:sz w:val="20"/>
              </w:rPr>
            </w:pPr>
            <w:r w:rsidRPr="00E56B5D">
              <w:rPr>
                <w:b/>
                <w:bCs/>
                <w:iCs/>
                <w:sz w:val="20"/>
              </w:rPr>
              <w:t xml:space="preserve">Canada </w:t>
            </w:r>
          </w:p>
        </w:tc>
        <w:tc>
          <w:tcPr>
            <w:tcW w:w="1123" w:type="dxa"/>
          </w:tcPr>
          <w:p w14:paraId="3E0C425D" w14:textId="77777777" w:rsidR="00304FB0" w:rsidRPr="00872DE7" w:rsidRDefault="00304FB0" w:rsidP="001313F9">
            <w:pPr>
              <w:spacing w:line="259" w:lineRule="auto"/>
              <w:ind w:right="90"/>
              <w:jc w:val="center"/>
              <w:rPr>
                <w:iCs/>
                <w:sz w:val="20"/>
              </w:rPr>
            </w:pPr>
            <w:r w:rsidRPr="00872DE7">
              <w:rPr>
                <w:iCs/>
                <w:sz w:val="20"/>
              </w:rPr>
              <w:t xml:space="preserve">1001 </w:t>
            </w:r>
          </w:p>
        </w:tc>
        <w:tc>
          <w:tcPr>
            <w:tcW w:w="3403" w:type="dxa"/>
          </w:tcPr>
          <w:p w14:paraId="775ABB9B" w14:textId="77777777" w:rsidR="00304FB0" w:rsidRDefault="00304FB0" w:rsidP="00302012">
            <w:pPr>
              <w:spacing w:after="15" w:line="259" w:lineRule="auto"/>
              <w:ind w:right="91"/>
              <w:jc w:val="center"/>
              <w:rPr>
                <w:iCs/>
                <w:sz w:val="20"/>
              </w:rPr>
            </w:pPr>
            <w:proofErr w:type="spellStart"/>
            <w:r w:rsidRPr="00872DE7">
              <w:rPr>
                <w:iCs/>
                <w:sz w:val="20"/>
              </w:rPr>
              <w:t>Advarra</w:t>
            </w:r>
            <w:proofErr w:type="spellEnd"/>
          </w:p>
          <w:p w14:paraId="6EDC10A2" w14:textId="77777777" w:rsidR="00304FB0" w:rsidRPr="00872DE7" w:rsidRDefault="00304FB0" w:rsidP="00302012">
            <w:pPr>
              <w:spacing w:after="56" w:line="259" w:lineRule="auto"/>
              <w:ind w:right="89"/>
              <w:jc w:val="center"/>
              <w:rPr>
                <w:iCs/>
                <w:sz w:val="20"/>
              </w:rPr>
            </w:pPr>
            <w:r w:rsidRPr="00872DE7">
              <w:rPr>
                <w:iCs/>
                <w:sz w:val="20"/>
              </w:rPr>
              <w:t xml:space="preserve">372 </w:t>
            </w:r>
            <w:proofErr w:type="spellStart"/>
            <w:r w:rsidRPr="00872DE7">
              <w:rPr>
                <w:iCs/>
                <w:sz w:val="20"/>
              </w:rPr>
              <w:t>Hollandview</w:t>
            </w:r>
            <w:proofErr w:type="spellEnd"/>
            <w:r w:rsidRPr="00872DE7">
              <w:rPr>
                <w:iCs/>
                <w:sz w:val="20"/>
              </w:rPr>
              <w:t xml:space="preserve"> Trail Suite 300</w:t>
            </w:r>
            <w:r>
              <w:rPr>
                <w:iCs/>
                <w:sz w:val="20"/>
              </w:rPr>
              <w:t xml:space="preserve"> </w:t>
            </w:r>
            <w:r w:rsidRPr="00872DE7">
              <w:rPr>
                <w:iCs/>
                <w:sz w:val="20"/>
              </w:rPr>
              <w:t>Aurora, ON, L4G</w:t>
            </w:r>
            <w:r>
              <w:rPr>
                <w:iCs/>
                <w:sz w:val="20"/>
              </w:rPr>
              <w:t xml:space="preserve"> </w:t>
            </w:r>
            <w:r w:rsidRPr="00872DE7">
              <w:rPr>
                <w:iCs/>
                <w:sz w:val="20"/>
              </w:rPr>
              <w:t>0A5</w:t>
            </w:r>
          </w:p>
        </w:tc>
        <w:tc>
          <w:tcPr>
            <w:tcW w:w="1261" w:type="dxa"/>
          </w:tcPr>
          <w:p w14:paraId="0B770347" w14:textId="77777777" w:rsidR="00304FB0" w:rsidRPr="00872DE7" w:rsidRDefault="00304FB0" w:rsidP="00326692">
            <w:pPr>
              <w:spacing w:line="259" w:lineRule="auto"/>
              <w:ind w:right="88"/>
              <w:jc w:val="center"/>
              <w:rPr>
                <w:iCs/>
                <w:sz w:val="20"/>
              </w:rPr>
            </w:pPr>
            <w:r w:rsidRPr="00872DE7">
              <w:rPr>
                <w:iCs/>
                <w:sz w:val="20"/>
              </w:rPr>
              <w:t>03 Oct 2022</w:t>
            </w:r>
          </w:p>
        </w:tc>
      </w:tr>
      <w:tr w:rsidR="00304FB0" w14:paraId="2E6F7B2F" w14:textId="77777777" w:rsidTr="00C8528D">
        <w:trPr>
          <w:trHeight w:val="20"/>
        </w:trPr>
        <w:tc>
          <w:tcPr>
            <w:tcW w:w="1142" w:type="dxa"/>
          </w:tcPr>
          <w:p w14:paraId="0332A99B" w14:textId="77777777" w:rsidR="00304FB0" w:rsidRPr="00E56B5D" w:rsidRDefault="00304FB0" w:rsidP="00872DE7">
            <w:pPr>
              <w:spacing w:line="259" w:lineRule="auto"/>
              <w:ind w:right="90"/>
              <w:jc w:val="center"/>
              <w:rPr>
                <w:b/>
                <w:bCs/>
                <w:iCs/>
                <w:sz w:val="20"/>
              </w:rPr>
            </w:pPr>
            <w:r w:rsidRPr="00E56B5D">
              <w:rPr>
                <w:b/>
                <w:bCs/>
                <w:iCs/>
                <w:sz w:val="20"/>
              </w:rPr>
              <w:t xml:space="preserve">Canada </w:t>
            </w:r>
          </w:p>
        </w:tc>
        <w:tc>
          <w:tcPr>
            <w:tcW w:w="1123" w:type="dxa"/>
          </w:tcPr>
          <w:p w14:paraId="49A15362" w14:textId="77777777" w:rsidR="00304FB0" w:rsidRPr="00872DE7" w:rsidRDefault="00304FB0" w:rsidP="001313F9">
            <w:pPr>
              <w:spacing w:line="259" w:lineRule="auto"/>
              <w:ind w:right="90"/>
              <w:jc w:val="center"/>
              <w:rPr>
                <w:iCs/>
                <w:sz w:val="20"/>
              </w:rPr>
            </w:pPr>
            <w:r w:rsidRPr="00872DE7">
              <w:rPr>
                <w:iCs/>
                <w:sz w:val="20"/>
              </w:rPr>
              <w:t xml:space="preserve">1003 </w:t>
            </w:r>
          </w:p>
        </w:tc>
        <w:tc>
          <w:tcPr>
            <w:tcW w:w="3403" w:type="dxa"/>
          </w:tcPr>
          <w:p w14:paraId="4D08B9A9" w14:textId="77777777" w:rsidR="00304FB0" w:rsidRPr="00872DE7" w:rsidRDefault="00304FB0" w:rsidP="00302012">
            <w:pPr>
              <w:spacing w:after="15" w:line="259" w:lineRule="auto"/>
              <w:ind w:right="91"/>
              <w:jc w:val="center"/>
              <w:rPr>
                <w:iCs/>
                <w:sz w:val="20"/>
              </w:rPr>
            </w:pPr>
            <w:proofErr w:type="spellStart"/>
            <w:r w:rsidRPr="00872DE7">
              <w:rPr>
                <w:iCs/>
                <w:sz w:val="20"/>
              </w:rPr>
              <w:t>Advarra</w:t>
            </w:r>
            <w:proofErr w:type="spellEnd"/>
          </w:p>
          <w:p w14:paraId="62C757D1" w14:textId="77777777" w:rsidR="00304FB0" w:rsidRPr="00872DE7" w:rsidRDefault="00304FB0" w:rsidP="00F63ADF">
            <w:pPr>
              <w:spacing w:after="41" w:line="274" w:lineRule="auto"/>
              <w:jc w:val="center"/>
              <w:rPr>
                <w:iCs/>
                <w:sz w:val="20"/>
              </w:rPr>
            </w:pPr>
            <w:r w:rsidRPr="00872DE7">
              <w:rPr>
                <w:iCs/>
                <w:sz w:val="20"/>
              </w:rPr>
              <w:t xml:space="preserve">372 </w:t>
            </w:r>
            <w:proofErr w:type="spellStart"/>
            <w:r w:rsidRPr="00872DE7">
              <w:rPr>
                <w:iCs/>
                <w:sz w:val="20"/>
              </w:rPr>
              <w:t>Hollandview</w:t>
            </w:r>
            <w:proofErr w:type="spellEnd"/>
            <w:r w:rsidRPr="00872DE7">
              <w:rPr>
                <w:iCs/>
                <w:sz w:val="20"/>
              </w:rPr>
              <w:t xml:space="preserve"> Trail Suite 300</w:t>
            </w:r>
            <w:r>
              <w:rPr>
                <w:iCs/>
                <w:sz w:val="20"/>
              </w:rPr>
              <w:t xml:space="preserve"> </w:t>
            </w:r>
            <w:r w:rsidRPr="00872DE7">
              <w:rPr>
                <w:iCs/>
                <w:sz w:val="20"/>
              </w:rPr>
              <w:t>Aurora, ON, L4G</w:t>
            </w:r>
            <w:r>
              <w:rPr>
                <w:iCs/>
                <w:sz w:val="20"/>
              </w:rPr>
              <w:t xml:space="preserve"> </w:t>
            </w:r>
            <w:r w:rsidRPr="00872DE7">
              <w:rPr>
                <w:iCs/>
                <w:sz w:val="20"/>
              </w:rPr>
              <w:t>0A5</w:t>
            </w:r>
          </w:p>
        </w:tc>
        <w:tc>
          <w:tcPr>
            <w:tcW w:w="1261" w:type="dxa"/>
          </w:tcPr>
          <w:p w14:paraId="1480DB73" w14:textId="77777777" w:rsidR="00304FB0" w:rsidRPr="00872DE7" w:rsidRDefault="00304FB0" w:rsidP="00326692">
            <w:pPr>
              <w:spacing w:line="259" w:lineRule="auto"/>
              <w:ind w:right="88"/>
              <w:jc w:val="center"/>
              <w:rPr>
                <w:iCs/>
                <w:sz w:val="20"/>
              </w:rPr>
            </w:pPr>
            <w:r w:rsidRPr="00872DE7">
              <w:rPr>
                <w:iCs/>
                <w:sz w:val="20"/>
              </w:rPr>
              <w:t>12 May 2022</w:t>
            </w:r>
          </w:p>
        </w:tc>
      </w:tr>
      <w:tr w:rsidR="00304FB0" w14:paraId="78C32600" w14:textId="77777777" w:rsidTr="00C8528D">
        <w:trPr>
          <w:trHeight w:val="20"/>
        </w:trPr>
        <w:tc>
          <w:tcPr>
            <w:tcW w:w="1142" w:type="dxa"/>
          </w:tcPr>
          <w:p w14:paraId="05D57A97" w14:textId="77777777" w:rsidR="00304FB0" w:rsidRPr="00E56B5D" w:rsidRDefault="00304FB0" w:rsidP="00872DE7">
            <w:pPr>
              <w:spacing w:line="259" w:lineRule="auto"/>
              <w:ind w:right="90"/>
              <w:jc w:val="center"/>
              <w:rPr>
                <w:b/>
                <w:bCs/>
                <w:iCs/>
                <w:sz w:val="20"/>
              </w:rPr>
            </w:pPr>
            <w:r w:rsidRPr="00E56B5D">
              <w:rPr>
                <w:b/>
                <w:bCs/>
                <w:iCs/>
                <w:sz w:val="20"/>
              </w:rPr>
              <w:t xml:space="preserve">Germany </w:t>
            </w:r>
          </w:p>
        </w:tc>
        <w:tc>
          <w:tcPr>
            <w:tcW w:w="1123" w:type="dxa"/>
          </w:tcPr>
          <w:p w14:paraId="69CCB564" w14:textId="77777777" w:rsidR="00304FB0" w:rsidRPr="00872DE7" w:rsidRDefault="00304FB0" w:rsidP="001313F9">
            <w:pPr>
              <w:spacing w:line="259" w:lineRule="auto"/>
              <w:ind w:right="90"/>
              <w:jc w:val="center"/>
              <w:rPr>
                <w:iCs/>
                <w:sz w:val="20"/>
              </w:rPr>
            </w:pPr>
            <w:r w:rsidRPr="00872DE7">
              <w:rPr>
                <w:iCs/>
                <w:sz w:val="20"/>
              </w:rPr>
              <w:t xml:space="preserve">2601 </w:t>
            </w:r>
          </w:p>
        </w:tc>
        <w:tc>
          <w:tcPr>
            <w:tcW w:w="3403" w:type="dxa"/>
          </w:tcPr>
          <w:p w14:paraId="6D57A28E" w14:textId="77777777" w:rsidR="00304FB0" w:rsidRPr="00872DE7" w:rsidRDefault="00304FB0" w:rsidP="00F63ADF">
            <w:pPr>
              <w:spacing w:after="15" w:line="259" w:lineRule="auto"/>
              <w:ind w:right="90"/>
              <w:jc w:val="center"/>
              <w:rPr>
                <w:iCs/>
                <w:sz w:val="20"/>
              </w:rPr>
            </w:pPr>
            <w:proofErr w:type="spellStart"/>
            <w:r w:rsidRPr="00872DE7">
              <w:rPr>
                <w:iCs/>
                <w:sz w:val="20"/>
              </w:rPr>
              <w:t>Ethikkommission</w:t>
            </w:r>
            <w:proofErr w:type="spellEnd"/>
            <w:r w:rsidRPr="00872DE7">
              <w:rPr>
                <w:iCs/>
                <w:sz w:val="20"/>
              </w:rPr>
              <w:t xml:space="preserve"> der</w:t>
            </w:r>
            <w:r>
              <w:rPr>
                <w:iCs/>
                <w:sz w:val="20"/>
              </w:rPr>
              <w:t xml:space="preserve"> </w:t>
            </w:r>
            <w:proofErr w:type="spellStart"/>
            <w:r w:rsidRPr="00872DE7">
              <w:rPr>
                <w:iCs/>
                <w:sz w:val="20"/>
              </w:rPr>
              <w:t>Landesärztekammer</w:t>
            </w:r>
            <w:proofErr w:type="spellEnd"/>
            <w:r>
              <w:rPr>
                <w:iCs/>
                <w:sz w:val="20"/>
              </w:rPr>
              <w:t xml:space="preserve"> </w:t>
            </w:r>
            <w:r w:rsidRPr="00872DE7">
              <w:rPr>
                <w:iCs/>
                <w:sz w:val="20"/>
              </w:rPr>
              <w:t>Hessen</w:t>
            </w:r>
          </w:p>
          <w:p w14:paraId="56040AA2" w14:textId="77777777" w:rsidR="00304FB0" w:rsidRPr="00872DE7" w:rsidRDefault="00304FB0" w:rsidP="00F63ADF">
            <w:pPr>
              <w:spacing w:after="15" w:line="259" w:lineRule="auto"/>
              <w:ind w:left="33"/>
              <w:jc w:val="center"/>
              <w:rPr>
                <w:iCs/>
                <w:sz w:val="20"/>
              </w:rPr>
            </w:pPr>
            <w:r w:rsidRPr="00872DE7">
              <w:rPr>
                <w:iCs/>
                <w:sz w:val="20"/>
              </w:rPr>
              <w:t xml:space="preserve">Hanauer </w:t>
            </w:r>
            <w:proofErr w:type="spellStart"/>
            <w:r w:rsidRPr="00872DE7">
              <w:rPr>
                <w:iCs/>
                <w:sz w:val="20"/>
              </w:rPr>
              <w:t>Landstraße</w:t>
            </w:r>
            <w:proofErr w:type="spellEnd"/>
            <w:r w:rsidRPr="00872DE7">
              <w:rPr>
                <w:iCs/>
                <w:sz w:val="20"/>
              </w:rPr>
              <w:t xml:space="preserve"> 152,</w:t>
            </w:r>
            <w:r>
              <w:rPr>
                <w:iCs/>
                <w:sz w:val="20"/>
              </w:rPr>
              <w:t xml:space="preserve"> </w:t>
            </w:r>
            <w:r w:rsidRPr="00872DE7">
              <w:rPr>
                <w:iCs/>
                <w:sz w:val="20"/>
              </w:rPr>
              <w:t>60314 Frankfurt</w:t>
            </w:r>
          </w:p>
        </w:tc>
        <w:tc>
          <w:tcPr>
            <w:tcW w:w="1261" w:type="dxa"/>
          </w:tcPr>
          <w:p w14:paraId="7418DC2A" w14:textId="77777777" w:rsidR="00304FB0" w:rsidRPr="00872DE7" w:rsidRDefault="00304FB0" w:rsidP="00326692">
            <w:pPr>
              <w:spacing w:line="259" w:lineRule="auto"/>
              <w:ind w:right="85"/>
              <w:jc w:val="center"/>
              <w:rPr>
                <w:iCs/>
                <w:sz w:val="20"/>
              </w:rPr>
            </w:pPr>
            <w:r w:rsidRPr="00872DE7">
              <w:rPr>
                <w:iCs/>
                <w:sz w:val="20"/>
              </w:rPr>
              <w:t>13 Sep 2021</w:t>
            </w:r>
          </w:p>
        </w:tc>
      </w:tr>
      <w:tr w:rsidR="00304FB0" w14:paraId="01181C2B" w14:textId="77777777" w:rsidTr="00C8528D">
        <w:trPr>
          <w:trHeight w:val="20"/>
        </w:trPr>
        <w:tc>
          <w:tcPr>
            <w:tcW w:w="1142" w:type="dxa"/>
          </w:tcPr>
          <w:p w14:paraId="7195B9D2" w14:textId="77777777" w:rsidR="00304FB0" w:rsidRPr="00E56B5D" w:rsidRDefault="00304FB0" w:rsidP="00872DE7">
            <w:pPr>
              <w:spacing w:line="259" w:lineRule="auto"/>
              <w:ind w:right="90"/>
              <w:jc w:val="center"/>
              <w:rPr>
                <w:b/>
                <w:bCs/>
                <w:iCs/>
                <w:sz w:val="20"/>
              </w:rPr>
            </w:pPr>
            <w:r w:rsidRPr="00E56B5D">
              <w:rPr>
                <w:b/>
                <w:bCs/>
                <w:iCs/>
                <w:sz w:val="20"/>
              </w:rPr>
              <w:t xml:space="preserve">Germany </w:t>
            </w:r>
          </w:p>
        </w:tc>
        <w:tc>
          <w:tcPr>
            <w:tcW w:w="1123" w:type="dxa"/>
          </w:tcPr>
          <w:p w14:paraId="180695D1" w14:textId="77777777" w:rsidR="00304FB0" w:rsidRPr="00872DE7" w:rsidRDefault="00304FB0" w:rsidP="001313F9">
            <w:pPr>
              <w:spacing w:line="259" w:lineRule="auto"/>
              <w:ind w:right="90"/>
              <w:jc w:val="center"/>
              <w:rPr>
                <w:iCs/>
                <w:sz w:val="20"/>
              </w:rPr>
            </w:pPr>
            <w:r w:rsidRPr="00872DE7">
              <w:rPr>
                <w:iCs/>
                <w:sz w:val="20"/>
              </w:rPr>
              <w:t xml:space="preserve">2603 </w:t>
            </w:r>
          </w:p>
        </w:tc>
        <w:tc>
          <w:tcPr>
            <w:tcW w:w="3403" w:type="dxa"/>
          </w:tcPr>
          <w:p w14:paraId="4FAE3563" w14:textId="77777777" w:rsidR="00304FB0" w:rsidRPr="00872DE7" w:rsidRDefault="00304FB0" w:rsidP="00F63ADF">
            <w:pPr>
              <w:spacing w:after="15" w:line="259" w:lineRule="auto"/>
              <w:ind w:right="90"/>
              <w:jc w:val="center"/>
              <w:rPr>
                <w:iCs/>
                <w:sz w:val="20"/>
              </w:rPr>
            </w:pPr>
            <w:proofErr w:type="spellStart"/>
            <w:r w:rsidRPr="00872DE7">
              <w:rPr>
                <w:iCs/>
                <w:sz w:val="20"/>
              </w:rPr>
              <w:t>Ethikkommission</w:t>
            </w:r>
            <w:proofErr w:type="spellEnd"/>
            <w:r w:rsidRPr="00872DE7">
              <w:rPr>
                <w:iCs/>
                <w:sz w:val="20"/>
              </w:rPr>
              <w:t xml:space="preserve"> der</w:t>
            </w:r>
            <w:r>
              <w:rPr>
                <w:iCs/>
                <w:sz w:val="20"/>
              </w:rPr>
              <w:t xml:space="preserve"> </w:t>
            </w:r>
            <w:proofErr w:type="spellStart"/>
            <w:r w:rsidRPr="00872DE7">
              <w:rPr>
                <w:iCs/>
                <w:sz w:val="20"/>
              </w:rPr>
              <w:t>Landesärztekammer</w:t>
            </w:r>
            <w:proofErr w:type="spellEnd"/>
            <w:r>
              <w:rPr>
                <w:iCs/>
                <w:sz w:val="20"/>
              </w:rPr>
              <w:t xml:space="preserve"> </w:t>
            </w:r>
            <w:r w:rsidRPr="00872DE7">
              <w:rPr>
                <w:iCs/>
                <w:sz w:val="20"/>
              </w:rPr>
              <w:t>Hessen</w:t>
            </w:r>
          </w:p>
          <w:p w14:paraId="6942F539" w14:textId="77777777" w:rsidR="00304FB0" w:rsidRPr="00872DE7" w:rsidRDefault="00304FB0" w:rsidP="00F63ADF">
            <w:pPr>
              <w:spacing w:after="15" w:line="259" w:lineRule="auto"/>
              <w:ind w:left="33"/>
              <w:jc w:val="center"/>
              <w:rPr>
                <w:iCs/>
                <w:sz w:val="20"/>
              </w:rPr>
            </w:pPr>
            <w:r w:rsidRPr="00872DE7">
              <w:rPr>
                <w:iCs/>
                <w:sz w:val="20"/>
              </w:rPr>
              <w:t xml:space="preserve">Hanauer </w:t>
            </w:r>
            <w:proofErr w:type="spellStart"/>
            <w:r w:rsidRPr="00872DE7">
              <w:rPr>
                <w:iCs/>
                <w:sz w:val="20"/>
              </w:rPr>
              <w:t>Landstraße</w:t>
            </w:r>
            <w:proofErr w:type="spellEnd"/>
            <w:r w:rsidRPr="00872DE7">
              <w:rPr>
                <w:iCs/>
                <w:sz w:val="20"/>
              </w:rPr>
              <w:t xml:space="preserve"> 152,</w:t>
            </w:r>
            <w:r>
              <w:rPr>
                <w:iCs/>
                <w:sz w:val="20"/>
              </w:rPr>
              <w:t xml:space="preserve"> </w:t>
            </w:r>
            <w:r w:rsidRPr="00872DE7">
              <w:rPr>
                <w:iCs/>
                <w:sz w:val="20"/>
              </w:rPr>
              <w:t>60314 Frankfurt</w:t>
            </w:r>
          </w:p>
        </w:tc>
        <w:tc>
          <w:tcPr>
            <w:tcW w:w="1261" w:type="dxa"/>
          </w:tcPr>
          <w:p w14:paraId="48C678E1" w14:textId="77777777" w:rsidR="00304FB0" w:rsidRPr="00872DE7" w:rsidRDefault="00304FB0" w:rsidP="00326692">
            <w:pPr>
              <w:spacing w:line="259" w:lineRule="auto"/>
              <w:ind w:right="85"/>
              <w:jc w:val="center"/>
              <w:rPr>
                <w:iCs/>
                <w:sz w:val="20"/>
              </w:rPr>
            </w:pPr>
            <w:r w:rsidRPr="00872DE7">
              <w:rPr>
                <w:iCs/>
                <w:sz w:val="20"/>
              </w:rPr>
              <w:t>13 Sep 2021</w:t>
            </w:r>
          </w:p>
        </w:tc>
      </w:tr>
      <w:tr w:rsidR="00304FB0" w14:paraId="54BE4832" w14:textId="77777777" w:rsidTr="00C8528D">
        <w:trPr>
          <w:trHeight w:val="20"/>
        </w:trPr>
        <w:tc>
          <w:tcPr>
            <w:tcW w:w="1142" w:type="dxa"/>
          </w:tcPr>
          <w:p w14:paraId="14FD5B97" w14:textId="77777777" w:rsidR="00304FB0" w:rsidRPr="00E56B5D" w:rsidRDefault="00304FB0" w:rsidP="00872DE7">
            <w:pPr>
              <w:spacing w:line="259" w:lineRule="auto"/>
              <w:ind w:right="90"/>
              <w:jc w:val="center"/>
              <w:rPr>
                <w:b/>
                <w:bCs/>
                <w:iCs/>
                <w:sz w:val="20"/>
              </w:rPr>
            </w:pPr>
            <w:r w:rsidRPr="00E56B5D">
              <w:rPr>
                <w:b/>
                <w:bCs/>
                <w:iCs/>
                <w:sz w:val="20"/>
              </w:rPr>
              <w:t xml:space="preserve">Germany </w:t>
            </w:r>
          </w:p>
        </w:tc>
        <w:tc>
          <w:tcPr>
            <w:tcW w:w="1123" w:type="dxa"/>
          </w:tcPr>
          <w:p w14:paraId="56AF6BA6" w14:textId="77777777" w:rsidR="00304FB0" w:rsidRPr="00872DE7" w:rsidRDefault="00304FB0" w:rsidP="00ED32A7">
            <w:pPr>
              <w:spacing w:line="259" w:lineRule="auto"/>
              <w:ind w:right="90"/>
              <w:jc w:val="center"/>
              <w:rPr>
                <w:iCs/>
                <w:sz w:val="20"/>
              </w:rPr>
            </w:pPr>
            <w:r w:rsidRPr="00872DE7">
              <w:rPr>
                <w:iCs/>
                <w:sz w:val="20"/>
              </w:rPr>
              <w:t xml:space="preserve">2604 </w:t>
            </w:r>
          </w:p>
        </w:tc>
        <w:tc>
          <w:tcPr>
            <w:tcW w:w="3403" w:type="dxa"/>
          </w:tcPr>
          <w:p w14:paraId="22C1A2B3" w14:textId="77777777" w:rsidR="00304FB0" w:rsidRPr="00872DE7" w:rsidRDefault="00304FB0" w:rsidP="00F63ADF">
            <w:pPr>
              <w:spacing w:after="15" w:line="259" w:lineRule="auto"/>
              <w:ind w:right="90"/>
              <w:jc w:val="center"/>
              <w:rPr>
                <w:iCs/>
                <w:sz w:val="20"/>
              </w:rPr>
            </w:pPr>
            <w:proofErr w:type="spellStart"/>
            <w:r w:rsidRPr="00872DE7">
              <w:rPr>
                <w:iCs/>
                <w:sz w:val="20"/>
              </w:rPr>
              <w:t>Ethikkommission</w:t>
            </w:r>
            <w:proofErr w:type="spellEnd"/>
            <w:r w:rsidRPr="00872DE7">
              <w:rPr>
                <w:iCs/>
                <w:sz w:val="20"/>
              </w:rPr>
              <w:t xml:space="preserve"> der</w:t>
            </w:r>
            <w:r>
              <w:rPr>
                <w:iCs/>
                <w:sz w:val="20"/>
              </w:rPr>
              <w:t xml:space="preserve"> </w:t>
            </w:r>
            <w:proofErr w:type="spellStart"/>
            <w:r w:rsidRPr="00872DE7">
              <w:rPr>
                <w:iCs/>
                <w:sz w:val="20"/>
              </w:rPr>
              <w:t>Landesärztekammer</w:t>
            </w:r>
            <w:proofErr w:type="spellEnd"/>
            <w:r>
              <w:rPr>
                <w:iCs/>
                <w:sz w:val="20"/>
              </w:rPr>
              <w:t xml:space="preserve"> </w:t>
            </w:r>
            <w:r w:rsidRPr="00872DE7">
              <w:rPr>
                <w:iCs/>
                <w:sz w:val="20"/>
              </w:rPr>
              <w:t>Hessen</w:t>
            </w:r>
          </w:p>
          <w:p w14:paraId="798B71A9" w14:textId="77777777" w:rsidR="00304FB0" w:rsidRPr="00872DE7" w:rsidRDefault="00304FB0" w:rsidP="00F63ADF">
            <w:pPr>
              <w:spacing w:after="17" w:line="259" w:lineRule="auto"/>
              <w:ind w:left="34"/>
              <w:jc w:val="center"/>
              <w:rPr>
                <w:iCs/>
                <w:sz w:val="20"/>
              </w:rPr>
            </w:pPr>
            <w:r w:rsidRPr="00872DE7">
              <w:rPr>
                <w:iCs/>
                <w:sz w:val="20"/>
              </w:rPr>
              <w:t xml:space="preserve">Hanauer </w:t>
            </w:r>
            <w:proofErr w:type="spellStart"/>
            <w:r w:rsidRPr="00872DE7">
              <w:rPr>
                <w:iCs/>
                <w:sz w:val="20"/>
              </w:rPr>
              <w:t>Landstraße</w:t>
            </w:r>
            <w:proofErr w:type="spellEnd"/>
            <w:r w:rsidRPr="00872DE7">
              <w:rPr>
                <w:iCs/>
                <w:sz w:val="20"/>
              </w:rPr>
              <w:t xml:space="preserve"> 152,</w:t>
            </w:r>
            <w:r>
              <w:rPr>
                <w:iCs/>
                <w:sz w:val="20"/>
              </w:rPr>
              <w:t xml:space="preserve"> </w:t>
            </w:r>
            <w:r w:rsidRPr="00872DE7">
              <w:rPr>
                <w:iCs/>
                <w:sz w:val="20"/>
              </w:rPr>
              <w:t>60314 Frankfurt</w:t>
            </w:r>
          </w:p>
        </w:tc>
        <w:tc>
          <w:tcPr>
            <w:tcW w:w="1261" w:type="dxa"/>
          </w:tcPr>
          <w:p w14:paraId="759448EB" w14:textId="77777777" w:rsidR="00304FB0" w:rsidRPr="00872DE7" w:rsidRDefault="00304FB0" w:rsidP="00326692">
            <w:pPr>
              <w:spacing w:line="259" w:lineRule="auto"/>
              <w:ind w:right="85"/>
              <w:jc w:val="center"/>
              <w:rPr>
                <w:iCs/>
                <w:sz w:val="20"/>
              </w:rPr>
            </w:pPr>
            <w:r w:rsidRPr="00872DE7">
              <w:rPr>
                <w:iCs/>
                <w:sz w:val="20"/>
              </w:rPr>
              <w:t>13 Sep 2021</w:t>
            </w:r>
          </w:p>
        </w:tc>
      </w:tr>
      <w:tr w:rsidR="00304FB0" w14:paraId="328CE051" w14:textId="77777777" w:rsidTr="00C8528D">
        <w:trPr>
          <w:trHeight w:val="20"/>
        </w:trPr>
        <w:tc>
          <w:tcPr>
            <w:tcW w:w="1142" w:type="dxa"/>
          </w:tcPr>
          <w:p w14:paraId="22E48480" w14:textId="77777777" w:rsidR="00304FB0" w:rsidRPr="00E56B5D" w:rsidRDefault="00304FB0" w:rsidP="00872DE7">
            <w:pPr>
              <w:spacing w:line="259" w:lineRule="auto"/>
              <w:ind w:right="90"/>
              <w:jc w:val="center"/>
              <w:rPr>
                <w:b/>
                <w:bCs/>
                <w:iCs/>
                <w:sz w:val="20"/>
              </w:rPr>
            </w:pPr>
            <w:r w:rsidRPr="00E56B5D">
              <w:rPr>
                <w:b/>
                <w:bCs/>
                <w:iCs/>
                <w:sz w:val="20"/>
              </w:rPr>
              <w:t xml:space="preserve">Germany </w:t>
            </w:r>
          </w:p>
        </w:tc>
        <w:tc>
          <w:tcPr>
            <w:tcW w:w="1123" w:type="dxa"/>
          </w:tcPr>
          <w:p w14:paraId="33BBF047" w14:textId="77777777" w:rsidR="00304FB0" w:rsidRPr="00872DE7" w:rsidRDefault="00304FB0" w:rsidP="00ED32A7">
            <w:pPr>
              <w:spacing w:line="259" w:lineRule="auto"/>
              <w:ind w:right="90"/>
              <w:jc w:val="center"/>
              <w:rPr>
                <w:iCs/>
                <w:sz w:val="20"/>
              </w:rPr>
            </w:pPr>
            <w:r w:rsidRPr="00872DE7">
              <w:rPr>
                <w:iCs/>
                <w:sz w:val="20"/>
              </w:rPr>
              <w:t xml:space="preserve">2606 </w:t>
            </w:r>
          </w:p>
        </w:tc>
        <w:tc>
          <w:tcPr>
            <w:tcW w:w="3403" w:type="dxa"/>
          </w:tcPr>
          <w:p w14:paraId="4BFD9C19" w14:textId="77777777" w:rsidR="00304FB0" w:rsidRPr="00872DE7" w:rsidRDefault="00304FB0" w:rsidP="00F63ADF">
            <w:pPr>
              <w:spacing w:after="15" w:line="259" w:lineRule="auto"/>
              <w:ind w:right="90"/>
              <w:jc w:val="center"/>
              <w:rPr>
                <w:iCs/>
                <w:sz w:val="20"/>
              </w:rPr>
            </w:pPr>
            <w:proofErr w:type="spellStart"/>
            <w:r w:rsidRPr="00872DE7">
              <w:rPr>
                <w:iCs/>
                <w:sz w:val="20"/>
              </w:rPr>
              <w:t>Ethikkommission</w:t>
            </w:r>
            <w:proofErr w:type="spellEnd"/>
            <w:r w:rsidRPr="00872DE7">
              <w:rPr>
                <w:iCs/>
                <w:sz w:val="20"/>
              </w:rPr>
              <w:t xml:space="preserve"> der</w:t>
            </w:r>
            <w:r>
              <w:rPr>
                <w:iCs/>
                <w:sz w:val="20"/>
              </w:rPr>
              <w:t xml:space="preserve"> </w:t>
            </w:r>
            <w:proofErr w:type="spellStart"/>
            <w:r w:rsidRPr="00872DE7">
              <w:rPr>
                <w:iCs/>
                <w:sz w:val="20"/>
              </w:rPr>
              <w:t>Landesärztekammer</w:t>
            </w:r>
            <w:proofErr w:type="spellEnd"/>
            <w:r>
              <w:rPr>
                <w:iCs/>
                <w:sz w:val="20"/>
              </w:rPr>
              <w:t xml:space="preserve"> </w:t>
            </w:r>
            <w:r w:rsidRPr="00872DE7">
              <w:rPr>
                <w:iCs/>
                <w:sz w:val="20"/>
              </w:rPr>
              <w:t>Hessen</w:t>
            </w:r>
          </w:p>
          <w:p w14:paraId="5B5A4FC9" w14:textId="77777777" w:rsidR="00304FB0" w:rsidRPr="00872DE7" w:rsidRDefault="00304FB0" w:rsidP="00F63ADF">
            <w:pPr>
              <w:spacing w:after="15" w:line="259" w:lineRule="auto"/>
              <w:ind w:left="34"/>
              <w:jc w:val="center"/>
              <w:rPr>
                <w:iCs/>
                <w:sz w:val="20"/>
              </w:rPr>
            </w:pPr>
            <w:r w:rsidRPr="00872DE7">
              <w:rPr>
                <w:iCs/>
                <w:sz w:val="20"/>
              </w:rPr>
              <w:t xml:space="preserve">Hanauer </w:t>
            </w:r>
            <w:proofErr w:type="spellStart"/>
            <w:r w:rsidRPr="00872DE7">
              <w:rPr>
                <w:iCs/>
                <w:sz w:val="20"/>
              </w:rPr>
              <w:t>Landstraße</w:t>
            </w:r>
            <w:proofErr w:type="spellEnd"/>
            <w:r w:rsidRPr="00872DE7">
              <w:rPr>
                <w:iCs/>
                <w:sz w:val="20"/>
              </w:rPr>
              <w:t xml:space="preserve"> 152,</w:t>
            </w:r>
            <w:r>
              <w:rPr>
                <w:iCs/>
                <w:sz w:val="20"/>
              </w:rPr>
              <w:t xml:space="preserve"> </w:t>
            </w:r>
            <w:r w:rsidRPr="00872DE7">
              <w:rPr>
                <w:iCs/>
                <w:sz w:val="20"/>
              </w:rPr>
              <w:t>60314 Frankfurt</w:t>
            </w:r>
          </w:p>
        </w:tc>
        <w:tc>
          <w:tcPr>
            <w:tcW w:w="1261" w:type="dxa"/>
          </w:tcPr>
          <w:p w14:paraId="32B3B0A8" w14:textId="77777777" w:rsidR="00304FB0" w:rsidRPr="00872DE7" w:rsidRDefault="00304FB0" w:rsidP="00326692">
            <w:pPr>
              <w:spacing w:line="259" w:lineRule="auto"/>
              <w:ind w:right="85"/>
              <w:jc w:val="center"/>
              <w:rPr>
                <w:iCs/>
                <w:sz w:val="20"/>
              </w:rPr>
            </w:pPr>
            <w:r w:rsidRPr="00872DE7">
              <w:rPr>
                <w:iCs/>
                <w:sz w:val="20"/>
              </w:rPr>
              <w:t>13 Sep 2021</w:t>
            </w:r>
          </w:p>
        </w:tc>
      </w:tr>
      <w:tr w:rsidR="00304FB0" w14:paraId="50E7DAEB" w14:textId="77777777" w:rsidTr="00C8528D">
        <w:trPr>
          <w:trHeight w:val="20"/>
        </w:trPr>
        <w:tc>
          <w:tcPr>
            <w:tcW w:w="1142" w:type="dxa"/>
          </w:tcPr>
          <w:p w14:paraId="6186619C" w14:textId="77777777" w:rsidR="00304FB0" w:rsidRPr="00E56B5D" w:rsidRDefault="00304FB0" w:rsidP="00872DE7">
            <w:pPr>
              <w:spacing w:line="259" w:lineRule="auto"/>
              <w:ind w:right="90"/>
              <w:jc w:val="center"/>
              <w:rPr>
                <w:b/>
                <w:bCs/>
                <w:iCs/>
                <w:sz w:val="20"/>
              </w:rPr>
            </w:pPr>
            <w:r w:rsidRPr="00E56B5D">
              <w:rPr>
                <w:b/>
                <w:bCs/>
                <w:iCs/>
                <w:sz w:val="20"/>
              </w:rPr>
              <w:t xml:space="preserve">Germany </w:t>
            </w:r>
          </w:p>
        </w:tc>
        <w:tc>
          <w:tcPr>
            <w:tcW w:w="1123" w:type="dxa"/>
          </w:tcPr>
          <w:p w14:paraId="7B5B83DF" w14:textId="77777777" w:rsidR="00304FB0" w:rsidRPr="00872DE7" w:rsidRDefault="00304FB0" w:rsidP="00ED32A7">
            <w:pPr>
              <w:spacing w:line="259" w:lineRule="auto"/>
              <w:ind w:right="90"/>
              <w:jc w:val="center"/>
              <w:rPr>
                <w:iCs/>
                <w:sz w:val="20"/>
              </w:rPr>
            </w:pPr>
            <w:r w:rsidRPr="00872DE7">
              <w:rPr>
                <w:iCs/>
                <w:sz w:val="20"/>
              </w:rPr>
              <w:t xml:space="preserve">2607 </w:t>
            </w:r>
          </w:p>
        </w:tc>
        <w:tc>
          <w:tcPr>
            <w:tcW w:w="3403" w:type="dxa"/>
          </w:tcPr>
          <w:p w14:paraId="00DEF8ED" w14:textId="77777777" w:rsidR="00304FB0" w:rsidRPr="00872DE7" w:rsidRDefault="00304FB0" w:rsidP="00F63ADF">
            <w:pPr>
              <w:spacing w:after="15" w:line="259" w:lineRule="auto"/>
              <w:ind w:right="90"/>
              <w:jc w:val="center"/>
              <w:rPr>
                <w:iCs/>
                <w:sz w:val="20"/>
              </w:rPr>
            </w:pPr>
            <w:proofErr w:type="spellStart"/>
            <w:r w:rsidRPr="00872DE7">
              <w:rPr>
                <w:iCs/>
                <w:sz w:val="20"/>
              </w:rPr>
              <w:t>Ethikkommission</w:t>
            </w:r>
            <w:proofErr w:type="spellEnd"/>
            <w:r w:rsidRPr="00872DE7">
              <w:rPr>
                <w:iCs/>
                <w:sz w:val="20"/>
              </w:rPr>
              <w:t xml:space="preserve"> der</w:t>
            </w:r>
            <w:r>
              <w:rPr>
                <w:iCs/>
                <w:sz w:val="20"/>
              </w:rPr>
              <w:t xml:space="preserve"> </w:t>
            </w:r>
            <w:proofErr w:type="spellStart"/>
            <w:r w:rsidRPr="00872DE7">
              <w:rPr>
                <w:iCs/>
                <w:sz w:val="20"/>
              </w:rPr>
              <w:t>Landesärztekammer</w:t>
            </w:r>
            <w:proofErr w:type="spellEnd"/>
            <w:r>
              <w:rPr>
                <w:iCs/>
                <w:sz w:val="20"/>
              </w:rPr>
              <w:t xml:space="preserve"> </w:t>
            </w:r>
            <w:r w:rsidRPr="00872DE7">
              <w:rPr>
                <w:iCs/>
                <w:sz w:val="20"/>
              </w:rPr>
              <w:t>Hessen</w:t>
            </w:r>
          </w:p>
          <w:p w14:paraId="050059C4" w14:textId="77777777" w:rsidR="00304FB0" w:rsidRPr="00872DE7" w:rsidRDefault="00304FB0" w:rsidP="00F63ADF">
            <w:pPr>
              <w:spacing w:after="15" w:line="259" w:lineRule="auto"/>
              <w:ind w:left="34"/>
              <w:jc w:val="center"/>
              <w:rPr>
                <w:iCs/>
                <w:sz w:val="20"/>
              </w:rPr>
            </w:pPr>
            <w:r w:rsidRPr="00872DE7">
              <w:rPr>
                <w:iCs/>
                <w:sz w:val="20"/>
              </w:rPr>
              <w:t xml:space="preserve">Hanauer </w:t>
            </w:r>
            <w:proofErr w:type="spellStart"/>
            <w:r w:rsidRPr="00872DE7">
              <w:rPr>
                <w:iCs/>
                <w:sz w:val="20"/>
              </w:rPr>
              <w:t>Landstraße</w:t>
            </w:r>
            <w:proofErr w:type="spellEnd"/>
            <w:r w:rsidRPr="00872DE7">
              <w:rPr>
                <w:iCs/>
                <w:sz w:val="20"/>
              </w:rPr>
              <w:t xml:space="preserve"> 152,</w:t>
            </w:r>
            <w:r>
              <w:rPr>
                <w:iCs/>
                <w:sz w:val="20"/>
              </w:rPr>
              <w:t xml:space="preserve"> </w:t>
            </w:r>
            <w:r w:rsidRPr="00872DE7">
              <w:rPr>
                <w:iCs/>
                <w:sz w:val="20"/>
              </w:rPr>
              <w:t>60314 Frankfurt</w:t>
            </w:r>
          </w:p>
        </w:tc>
        <w:tc>
          <w:tcPr>
            <w:tcW w:w="1261" w:type="dxa"/>
          </w:tcPr>
          <w:p w14:paraId="79807A7C" w14:textId="77777777" w:rsidR="00304FB0" w:rsidRPr="00872DE7" w:rsidRDefault="00304FB0" w:rsidP="00326692">
            <w:pPr>
              <w:spacing w:line="259" w:lineRule="auto"/>
              <w:ind w:right="85"/>
              <w:jc w:val="center"/>
              <w:rPr>
                <w:iCs/>
                <w:sz w:val="20"/>
              </w:rPr>
            </w:pPr>
            <w:r w:rsidRPr="00872DE7">
              <w:rPr>
                <w:iCs/>
                <w:sz w:val="20"/>
              </w:rPr>
              <w:t>13 Sep 2021</w:t>
            </w:r>
          </w:p>
        </w:tc>
      </w:tr>
      <w:tr w:rsidR="00304FB0" w14:paraId="416559A7" w14:textId="77777777" w:rsidTr="00C8528D">
        <w:trPr>
          <w:trHeight w:val="20"/>
        </w:trPr>
        <w:tc>
          <w:tcPr>
            <w:tcW w:w="1142" w:type="dxa"/>
          </w:tcPr>
          <w:p w14:paraId="69C64B4D" w14:textId="77777777" w:rsidR="00304FB0" w:rsidRPr="00E56B5D" w:rsidRDefault="00304FB0" w:rsidP="00872DE7">
            <w:pPr>
              <w:spacing w:line="259" w:lineRule="auto"/>
              <w:ind w:right="90"/>
              <w:jc w:val="center"/>
              <w:rPr>
                <w:b/>
                <w:bCs/>
                <w:iCs/>
                <w:sz w:val="20"/>
              </w:rPr>
            </w:pPr>
            <w:r w:rsidRPr="00E56B5D">
              <w:rPr>
                <w:b/>
                <w:bCs/>
                <w:iCs/>
                <w:sz w:val="20"/>
              </w:rPr>
              <w:t xml:space="preserve">Germany </w:t>
            </w:r>
          </w:p>
        </w:tc>
        <w:tc>
          <w:tcPr>
            <w:tcW w:w="1123" w:type="dxa"/>
          </w:tcPr>
          <w:p w14:paraId="7743B252" w14:textId="77777777" w:rsidR="00304FB0" w:rsidRPr="00872DE7" w:rsidRDefault="00304FB0" w:rsidP="00ED32A7">
            <w:pPr>
              <w:spacing w:line="259" w:lineRule="auto"/>
              <w:ind w:right="90"/>
              <w:jc w:val="center"/>
              <w:rPr>
                <w:iCs/>
                <w:sz w:val="20"/>
              </w:rPr>
            </w:pPr>
            <w:r w:rsidRPr="00872DE7">
              <w:rPr>
                <w:iCs/>
                <w:sz w:val="20"/>
              </w:rPr>
              <w:t xml:space="preserve">2608 </w:t>
            </w:r>
          </w:p>
        </w:tc>
        <w:tc>
          <w:tcPr>
            <w:tcW w:w="3403" w:type="dxa"/>
          </w:tcPr>
          <w:p w14:paraId="7B1CDC76" w14:textId="77777777" w:rsidR="00304FB0" w:rsidRPr="00872DE7" w:rsidRDefault="00304FB0" w:rsidP="00F63ADF">
            <w:pPr>
              <w:spacing w:after="15" w:line="259" w:lineRule="auto"/>
              <w:ind w:right="90"/>
              <w:jc w:val="center"/>
              <w:rPr>
                <w:iCs/>
                <w:sz w:val="20"/>
              </w:rPr>
            </w:pPr>
            <w:proofErr w:type="spellStart"/>
            <w:r w:rsidRPr="00872DE7">
              <w:rPr>
                <w:iCs/>
                <w:sz w:val="20"/>
              </w:rPr>
              <w:t>Ethikkommission</w:t>
            </w:r>
            <w:proofErr w:type="spellEnd"/>
            <w:r w:rsidRPr="00872DE7">
              <w:rPr>
                <w:iCs/>
                <w:sz w:val="20"/>
              </w:rPr>
              <w:t xml:space="preserve"> der</w:t>
            </w:r>
            <w:r>
              <w:rPr>
                <w:iCs/>
                <w:sz w:val="20"/>
              </w:rPr>
              <w:t xml:space="preserve"> </w:t>
            </w:r>
            <w:proofErr w:type="spellStart"/>
            <w:r w:rsidRPr="00872DE7">
              <w:rPr>
                <w:iCs/>
                <w:sz w:val="20"/>
              </w:rPr>
              <w:t>Landesärztekammer</w:t>
            </w:r>
            <w:proofErr w:type="spellEnd"/>
            <w:r>
              <w:rPr>
                <w:iCs/>
                <w:sz w:val="20"/>
              </w:rPr>
              <w:t xml:space="preserve"> </w:t>
            </w:r>
            <w:r w:rsidRPr="00872DE7">
              <w:rPr>
                <w:iCs/>
                <w:sz w:val="20"/>
              </w:rPr>
              <w:t>Hessen</w:t>
            </w:r>
          </w:p>
          <w:p w14:paraId="1D4291A2" w14:textId="77777777" w:rsidR="00304FB0" w:rsidRPr="00872DE7" w:rsidRDefault="00304FB0" w:rsidP="00F63ADF">
            <w:pPr>
              <w:spacing w:after="15" w:line="259" w:lineRule="auto"/>
              <w:ind w:left="34"/>
              <w:jc w:val="center"/>
              <w:rPr>
                <w:iCs/>
                <w:sz w:val="20"/>
              </w:rPr>
            </w:pPr>
            <w:r w:rsidRPr="00872DE7">
              <w:rPr>
                <w:iCs/>
                <w:sz w:val="20"/>
              </w:rPr>
              <w:t xml:space="preserve">Hanauer </w:t>
            </w:r>
            <w:proofErr w:type="spellStart"/>
            <w:r w:rsidRPr="00872DE7">
              <w:rPr>
                <w:iCs/>
                <w:sz w:val="20"/>
              </w:rPr>
              <w:t>Landstraße</w:t>
            </w:r>
            <w:proofErr w:type="spellEnd"/>
            <w:r w:rsidRPr="00872DE7">
              <w:rPr>
                <w:iCs/>
                <w:sz w:val="20"/>
              </w:rPr>
              <w:t xml:space="preserve"> 152,</w:t>
            </w:r>
            <w:r>
              <w:rPr>
                <w:iCs/>
                <w:sz w:val="20"/>
              </w:rPr>
              <w:t xml:space="preserve"> </w:t>
            </w:r>
            <w:r w:rsidRPr="00872DE7">
              <w:rPr>
                <w:iCs/>
                <w:sz w:val="20"/>
              </w:rPr>
              <w:t>60314 Frankfurt</w:t>
            </w:r>
          </w:p>
        </w:tc>
        <w:tc>
          <w:tcPr>
            <w:tcW w:w="1261" w:type="dxa"/>
          </w:tcPr>
          <w:p w14:paraId="1DD9A395" w14:textId="77777777" w:rsidR="00304FB0" w:rsidRPr="00872DE7" w:rsidRDefault="00304FB0" w:rsidP="00326692">
            <w:pPr>
              <w:spacing w:line="259" w:lineRule="auto"/>
              <w:ind w:right="85"/>
              <w:jc w:val="center"/>
              <w:rPr>
                <w:iCs/>
                <w:sz w:val="20"/>
              </w:rPr>
            </w:pPr>
            <w:r w:rsidRPr="00872DE7">
              <w:rPr>
                <w:iCs/>
                <w:sz w:val="20"/>
              </w:rPr>
              <w:t>13 Sep 2021</w:t>
            </w:r>
          </w:p>
        </w:tc>
      </w:tr>
      <w:tr w:rsidR="00304FB0" w14:paraId="6C5E0D24" w14:textId="77777777" w:rsidTr="00C8528D">
        <w:trPr>
          <w:trHeight w:val="20"/>
        </w:trPr>
        <w:tc>
          <w:tcPr>
            <w:tcW w:w="1142" w:type="dxa"/>
          </w:tcPr>
          <w:p w14:paraId="682D434B" w14:textId="77777777" w:rsidR="00304FB0" w:rsidRPr="00E56B5D" w:rsidRDefault="00304FB0" w:rsidP="00872DE7">
            <w:pPr>
              <w:spacing w:line="259" w:lineRule="auto"/>
              <w:ind w:right="90"/>
              <w:jc w:val="center"/>
              <w:rPr>
                <w:b/>
                <w:bCs/>
                <w:iCs/>
                <w:sz w:val="20"/>
              </w:rPr>
            </w:pPr>
            <w:r w:rsidRPr="00E56B5D">
              <w:rPr>
                <w:b/>
                <w:bCs/>
                <w:iCs/>
                <w:sz w:val="20"/>
              </w:rPr>
              <w:t xml:space="preserve">Germany </w:t>
            </w:r>
          </w:p>
        </w:tc>
        <w:tc>
          <w:tcPr>
            <w:tcW w:w="1123" w:type="dxa"/>
          </w:tcPr>
          <w:p w14:paraId="2B7B761B" w14:textId="77777777" w:rsidR="00304FB0" w:rsidRPr="00872DE7" w:rsidRDefault="00304FB0" w:rsidP="00ED32A7">
            <w:pPr>
              <w:spacing w:line="259" w:lineRule="auto"/>
              <w:ind w:right="90"/>
              <w:jc w:val="center"/>
              <w:rPr>
                <w:iCs/>
                <w:sz w:val="20"/>
              </w:rPr>
            </w:pPr>
            <w:r w:rsidRPr="00872DE7">
              <w:rPr>
                <w:iCs/>
                <w:sz w:val="20"/>
              </w:rPr>
              <w:t xml:space="preserve">2610 </w:t>
            </w:r>
          </w:p>
        </w:tc>
        <w:tc>
          <w:tcPr>
            <w:tcW w:w="3403" w:type="dxa"/>
          </w:tcPr>
          <w:p w14:paraId="3A6EA5D4" w14:textId="77777777" w:rsidR="00304FB0" w:rsidRPr="00872DE7" w:rsidRDefault="00304FB0" w:rsidP="00F63ADF">
            <w:pPr>
              <w:spacing w:after="12" w:line="259" w:lineRule="auto"/>
              <w:ind w:right="90"/>
              <w:jc w:val="center"/>
              <w:rPr>
                <w:iCs/>
                <w:sz w:val="20"/>
              </w:rPr>
            </w:pPr>
            <w:proofErr w:type="spellStart"/>
            <w:r w:rsidRPr="00872DE7">
              <w:rPr>
                <w:iCs/>
                <w:sz w:val="20"/>
              </w:rPr>
              <w:t>Ethikkommission</w:t>
            </w:r>
            <w:proofErr w:type="spellEnd"/>
            <w:r w:rsidRPr="00872DE7">
              <w:rPr>
                <w:iCs/>
                <w:sz w:val="20"/>
              </w:rPr>
              <w:t xml:space="preserve"> der</w:t>
            </w:r>
            <w:r>
              <w:rPr>
                <w:iCs/>
                <w:sz w:val="20"/>
              </w:rPr>
              <w:t xml:space="preserve"> </w:t>
            </w:r>
            <w:proofErr w:type="spellStart"/>
            <w:r w:rsidRPr="00872DE7">
              <w:rPr>
                <w:iCs/>
                <w:sz w:val="20"/>
              </w:rPr>
              <w:t>Landesärztekammer</w:t>
            </w:r>
            <w:proofErr w:type="spellEnd"/>
            <w:r>
              <w:rPr>
                <w:iCs/>
                <w:sz w:val="20"/>
              </w:rPr>
              <w:t xml:space="preserve"> </w:t>
            </w:r>
            <w:r w:rsidRPr="00872DE7">
              <w:rPr>
                <w:iCs/>
                <w:sz w:val="20"/>
              </w:rPr>
              <w:t>Hessen</w:t>
            </w:r>
          </w:p>
          <w:p w14:paraId="41DC7C73" w14:textId="77777777" w:rsidR="00304FB0" w:rsidRPr="00872DE7" w:rsidRDefault="00304FB0" w:rsidP="00F63ADF">
            <w:pPr>
              <w:spacing w:after="15" w:line="259" w:lineRule="auto"/>
              <w:ind w:left="34"/>
              <w:jc w:val="center"/>
              <w:rPr>
                <w:iCs/>
                <w:sz w:val="20"/>
              </w:rPr>
            </w:pPr>
            <w:r w:rsidRPr="00872DE7">
              <w:rPr>
                <w:iCs/>
                <w:sz w:val="20"/>
              </w:rPr>
              <w:lastRenderedPageBreak/>
              <w:t xml:space="preserve">Hanauer </w:t>
            </w:r>
            <w:proofErr w:type="spellStart"/>
            <w:r w:rsidRPr="00872DE7">
              <w:rPr>
                <w:iCs/>
                <w:sz w:val="20"/>
              </w:rPr>
              <w:t>Landstraße</w:t>
            </w:r>
            <w:proofErr w:type="spellEnd"/>
            <w:r w:rsidRPr="00872DE7">
              <w:rPr>
                <w:iCs/>
                <w:sz w:val="20"/>
              </w:rPr>
              <w:t xml:space="preserve"> 152,</w:t>
            </w:r>
            <w:r>
              <w:rPr>
                <w:iCs/>
                <w:sz w:val="20"/>
              </w:rPr>
              <w:t xml:space="preserve"> </w:t>
            </w:r>
            <w:r w:rsidRPr="00872DE7">
              <w:rPr>
                <w:iCs/>
                <w:sz w:val="20"/>
              </w:rPr>
              <w:t>60314 Frankfurt</w:t>
            </w:r>
          </w:p>
        </w:tc>
        <w:tc>
          <w:tcPr>
            <w:tcW w:w="1261" w:type="dxa"/>
          </w:tcPr>
          <w:p w14:paraId="429F17BA" w14:textId="77777777" w:rsidR="00304FB0" w:rsidRPr="00872DE7" w:rsidRDefault="00304FB0" w:rsidP="00326692">
            <w:pPr>
              <w:spacing w:line="259" w:lineRule="auto"/>
              <w:ind w:right="85"/>
              <w:jc w:val="center"/>
              <w:rPr>
                <w:iCs/>
                <w:sz w:val="20"/>
              </w:rPr>
            </w:pPr>
            <w:r w:rsidRPr="00872DE7">
              <w:rPr>
                <w:iCs/>
                <w:sz w:val="20"/>
              </w:rPr>
              <w:lastRenderedPageBreak/>
              <w:t>13 Sep 2021</w:t>
            </w:r>
          </w:p>
        </w:tc>
      </w:tr>
      <w:tr w:rsidR="00304FB0" w14:paraId="5F35AF2A" w14:textId="77777777" w:rsidTr="00C8528D">
        <w:trPr>
          <w:trHeight w:val="20"/>
        </w:trPr>
        <w:tc>
          <w:tcPr>
            <w:tcW w:w="1142" w:type="dxa"/>
          </w:tcPr>
          <w:p w14:paraId="6F2AFE5C" w14:textId="77777777" w:rsidR="00304FB0" w:rsidRPr="00E56B5D" w:rsidRDefault="00304FB0" w:rsidP="00872DE7">
            <w:pPr>
              <w:spacing w:line="259" w:lineRule="auto"/>
              <w:ind w:right="90"/>
              <w:jc w:val="center"/>
              <w:rPr>
                <w:b/>
                <w:bCs/>
                <w:iCs/>
                <w:sz w:val="20"/>
              </w:rPr>
            </w:pPr>
            <w:r w:rsidRPr="00E56B5D">
              <w:rPr>
                <w:b/>
                <w:bCs/>
                <w:iCs/>
                <w:sz w:val="20"/>
              </w:rPr>
              <w:t xml:space="preserve">Germany </w:t>
            </w:r>
          </w:p>
        </w:tc>
        <w:tc>
          <w:tcPr>
            <w:tcW w:w="1123" w:type="dxa"/>
          </w:tcPr>
          <w:p w14:paraId="5F6CF8FF" w14:textId="77777777" w:rsidR="00304FB0" w:rsidRPr="00872DE7" w:rsidRDefault="00304FB0" w:rsidP="00ED32A7">
            <w:pPr>
              <w:spacing w:line="259" w:lineRule="auto"/>
              <w:ind w:right="90"/>
              <w:jc w:val="center"/>
              <w:rPr>
                <w:iCs/>
                <w:sz w:val="20"/>
              </w:rPr>
            </w:pPr>
            <w:r w:rsidRPr="00872DE7">
              <w:rPr>
                <w:iCs/>
                <w:sz w:val="20"/>
              </w:rPr>
              <w:t xml:space="preserve">2611 </w:t>
            </w:r>
          </w:p>
        </w:tc>
        <w:tc>
          <w:tcPr>
            <w:tcW w:w="3403" w:type="dxa"/>
          </w:tcPr>
          <w:p w14:paraId="729925ED" w14:textId="77777777" w:rsidR="00304FB0" w:rsidRPr="00872DE7" w:rsidRDefault="00304FB0" w:rsidP="00F63ADF">
            <w:pPr>
              <w:spacing w:after="15" w:line="259" w:lineRule="auto"/>
              <w:ind w:right="90"/>
              <w:jc w:val="center"/>
              <w:rPr>
                <w:iCs/>
                <w:sz w:val="20"/>
              </w:rPr>
            </w:pPr>
            <w:proofErr w:type="spellStart"/>
            <w:r w:rsidRPr="00872DE7">
              <w:rPr>
                <w:iCs/>
                <w:sz w:val="20"/>
              </w:rPr>
              <w:t>Ethikkommission</w:t>
            </w:r>
            <w:proofErr w:type="spellEnd"/>
            <w:r w:rsidRPr="00872DE7">
              <w:rPr>
                <w:iCs/>
                <w:sz w:val="20"/>
              </w:rPr>
              <w:t xml:space="preserve"> der</w:t>
            </w:r>
            <w:r>
              <w:rPr>
                <w:iCs/>
                <w:sz w:val="20"/>
              </w:rPr>
              <w:t xml:space="preserve"> </w:t>
            </w:r>
            <w:proofErr w:type="spellStart"/>
            <w:r w:rsidRPr="00872DE7">
              <w:rPr>
                <w:iCs/>
                <w:sz w:val="20"/>
              </w:rPr>
              <w:t>Landesärztekammer</w:t>
            </w:r>
            <w:proofErr w:type="spellEnd"/>
            <w:r>
              <w:rPr>
                <w:iCs/>
                <w:sz w:val="20"/>
              </w:rPr>
              <w:t xml:space="preserve"> </w:t>
            </w:r>
            <w:r w:rsidRPr="00872DE7">
              <w:rPr>
                <w:iCs/>
                <w:sz w:val="20"/>
              </w:rPr>
              <w:t>Hessen</w:t>
            </w:r>
          </w:p>
          <w:p w14:paraId="7850E663" w14:textId="77777777" w:rsidR="00304FB0" w:rsidRPr="00872DE7" w:rsidRDefault="00304FB0" w:rsidP="00F63ADF">
            <w:pPr>
              <w:spacing w:after="17" w:line="259" w:lineRule="auto"/>
              <w:ind w:left="34"/>
              <w:jc w:val="center"/>
              <w:rPr>
                <w:iCs/>
                <w:sz w:val="20"/>
              </w:rPr>
            </w:pPr>
            <w:r w:rsidRPr="00872DE7">
              <w:rPr>
                <w:iCs/>
                <w:sz w:val="20"/>
              </w:rPr>
              <w:t xml:space="preserve">Hanauer </w:t>
            </w:r>
            <w:proofErr w:type="spellStart"/>
            <w:r w:rsidRPr="00872DE7">
              <w:rPr>
                <w:iCs/>
                <w:sz w:val="20"/>
              </w:rPr>
              <w:t>Landstraße</w:t>
            </w:r>
            <w:proofErr w:type="spellEnd"/>
            <w:r w:rsidRPr="00872DE7">
              <w:rPr>
                <w:iCs/>
                <w:sz w:val="20"/>
              </w:rPr>
              <w:t xml:space="preserve"> 152,</w:t>
            </w:r>
            <w:r>
              <w:rPr>
                <w:iCs/>
                <w:sz w:val="20"/>
              </w:rPr>
              <w:t xml:space="preserve"> </w:t>
            </w:r>
            <w:r w:rsidRPr="00872DE7">
              <w:rPr>
                <w:iCs/>
                <w:sz w:val="20"/>
              </w:rPr>
              <w:t>60314 Frankfurt</w:t>
            </w:r>
          </w:p>
        </w:tc>
        <w:tc>
          <w:tcPr>
            <w:tcW w:w="1261" w:type="dxa"/>
          </w:tcPr>
          <w:p w14:paraId="52A35661" w14:textId="77777777" w:rsidR="00304FB0" w:rsidRPr="00872DE7" w:rsidRDefault="00304FB0" w:rsidP="00326692">
            <w:pPr>
              <w:spacing w:line="259" w:lineRule="auto"/>
              <w:ind w:right="85"/>
              <w:jc w:val="center"/>
              <w:rPr>
                <w:iCs/>
                <w:sz w:val="20"/>
              </w:rPr>
            </w:pPr>
            <w:r w:rsidRPr="00872DE7">
              <w:rPr>
                <w:iCs/>
                <w:sz w:val="20"/>
              </w:rPr>
              <w:t>13 Sep 2021</w:t>
            </w:r>
          </w:p>
        </w:tc>
      </w:tr>
      <w:tr w:rsidR="00304FB0" w14:paraId="0D91203D" w14:textId="77777777" w:rsidTr="00C8528D">
        <w:trPr>
          <w:trHeight w:val="20"/>
        </w:trPr>
        <w:tc>
          <w:tcPr>
            <w:tcW w:w="1142" w:type="dxa"/>
          </w:tcPr>
          <w:p w14:paraId="298DB5A0" w14:textId="77777777" w:rsidR="00304FB0" w:rsidRPr="00E56B5D" w:rsidRDefault="00304FB0" w:rsidP="00872DE7">
            <w:pPr>
              <w:spacing w:line="259" w:lineRule="auto"/>
              <w:ind w:right="90"/>
              <w:jc w:val="center"/>
              <w:rPr>
                <w:b/>
                <w:bCs/>
                <w:iCs/>
                <w:sz w:val="20"/>
              </w:rPr>
            </w:pPr>
            <w:r w:rsidRPr="00E56B5D">
              <w:rPr>
                <w:b/>
                <w:bCs/>
                <w:iCs/>
                <w:sz w:val="20"/>
              </w:rPr>
              <w:t xml:space="preserve">Germany </w:t>
            </w:r>
          </w:p>
        </w:tc>
        <w:tc>
          <w:tcPr>
            <w:tcW w:w="1123" w:type="dxa"/>
          </w:tcPr>
          <w:p w14:paraId="3C7D8D06" w14:textId="77777777" w:rsidR="00304FB0" w:rsidRPr="00872DE7" w:rsidRDefault="00304FB0" w:rsidP="00ED32A7">
            <w:pPr>
              <w:spacing w:line="259" w:lineRule="auto"/>
              <w:ind w:right="90"/>
              <w:jc w:val="center"/>
              <w:rPr>
                <w:iCs/>
                <w:sz w:val="20"/>
              </w:rPr>
            </w:pPr>
            <w:r w:rsidRPr="00872DE7">
              <w:rPr>
                <w:iCs/>
                <w:sz w:val="20"/>
              </w:rPr>
              <w:t xml:space="preserve">2612 </w:t>
            </w:r>
          </w:p>
        </w:tc>
        <w:tc>
          <w:tcPr>
            <w:tcW w:w="3403" w:type="dxa"/>
          </w:tcPr>
          <w:p w14:paraId="3797E71D" w14:textId="77777777" w:rsidR="00304FB0" w:rsidRPr="00872DE7" w:rsidRDefault="00304FB0" w:rsidP="00F63ADF">
            <w:pPr>
              <w:spacing w:after="15" w:line="259" w:lineRule="auto"/>
              <w:ind w:right="90"/>
              <w:jc w:val="center"/>
              <w:rPr>
                <w:iCs/>
                <w:sz w:val="20"/>
              </w:rPr>
            </w:pPr>
            <w:proofErr w:type="spellStart"/>
            <w:r w:rsidRPr="00872DE7">
              <w:rPr>
                <w:iCs/>
                <w:sz w:val="20"/>
              </w:rPr>
              <w:t>Ethikkommission</w:t>
            </w:r>
            <w:proofErr w:type="spellEnd"/>
            <w:r w:rsidRPr="00872DE7">
              <w:rPr>
                <w:iCs/>
                <w:sz w:val="20"/>
              </w:rPr>
              <w:t xml:space="preserve"> der</w:t>
            </w:r>
            <w:r>
              <w:rPr>
                <w:iCs/>
                <w:sz w:val="20"/>
              </w:rPr>
              <w:t xml:space="preserve"> </w:t>
            </w:r>
            <w:proofErr w:type="spellStart"/>
            <w:r w:rsidRPr="00872DE7">
              <w:rPr>
                <w:iCs/>
                <w:sz w:val="20"/>
              </w:rPr>
              <w:t>Landesärztekammer</w:t>
            </w:r>
            <w:proofErr w:type="spellEnd"/>
            <w:r>
              <w:rPr>
                <w:iCs/>
                <w:sz w:val="20"/>
              </w:rPr>
              <w:t xml:space="preserve"> </w:t>
            </w:r>
            <w:r w:rsidRPr="00872DE7">
              <w:rPr>
                <w:iCs/>
                <w:sz w:val="20"/>
              </w:rPr>
              <w:t>Hessen</w:t>
            </w:r>
          </w:p>
          <w:p w14:paraId="598A0565" w14:textId="77777777" w:rsidR="00304FB0" w:rsidRPr="00872DE7" w:rsidRDefault="00304FB0" w:rsidP="00F63ADF">
            <w:pPr>
              <w:spacing w:after="15" w:line="259" w:lineRule="auto"/>
              <w:ind w:left="34"/>
              <w:jc w:val="center"/>
              <w:rPr>
                <w:iCs/>
                <w:sz w:val="20"/>
              </w:rPr>
            </w:pPr>
            <w:r w:rsidRPr="00872DE7">
              <w:rPr>
                <w:iCs/>
                <w:sz w:val="20"/>
              </w:rPr>
              <w:t xml:space="preserve">Hanauer </w:t>
            </w:r>
            <w:proofErr w:type="spellStart"/>
            <w:r w:rsidRPr="00872DE7">
              <w:rPr>
                <w:iCs/>
                <w:sz w:val="20"/>
              </w:rPr>
              <w:t>Landstraße</w:t>
            </w:r>
            <w:proofErr w:type="spellEnd"/>
            <w:r w:rsidRPr="00872DE7">
              <w:rPr>
                <w:iCs/>
                <w:sz w:val="20"/>
              </w:rPr>
              <w:t xml:space="preserve"> 152,</w:t>
            </w:r>
            <w:r>
              <w:rPr>
                <w:iCs/>
                <w:sz w:val="20"/>
              </w:rPr>
              <w:t xml:space="preserve"> </w:t>
            </w:r>
            <w:r w:rsidRPr="00872DE7">
              <w:rPr>
                <w:iCs/>
                <w:sz w:val="20"/>
              </w:rPr>
              <w:t>60314 Frankfurt</w:t>
            </w:r>
          </w:p>
        </w:tc>
        <w:tc>
          <w:tcPr>
            <w:tcW w:w="1261" w:type="dxa"/>
          </w:tcPr>
          <w:p w14:paraId="1EFDE6EF" w14:textId="77777777" w:rsidR="00304FB0" w:rsidRPr="00872DE7" w:rsidRDefault="00304FB0" w:rsidP="00326692">
            <w:pPr>
              <w:spacing w:line="259" w:lineRule="auto"/>
              <w:ind w:right="85"/>
              <w:jc w:val="center"/>
              <w:rPr>
                <w:iCs/>
                <w:sz w:val="20"/>
              </w:rPr>
            </w:pPr>
            <w:r w:rsidRPr="00872DE7">
              <w:rPr>
                <w:iCs/>
                <w:sz w:val="20"/>
              </w:rPr>
              <w:t>13 Sep 2021</w:t>
            </w:r>
          </w:p>
        </w:tc>
      </w:tr>
      <w:tr w:rsidR="00304FB0" w14:paraId="28F0FE7F" w14:textId="77777777" w:rsidTr="00C8528D">
        <w:trPr>
          <w:trHeight w:val="20"/>
        </w:trPr>
        <w:tc>
          <w:tcPr>
            <w:tcW w:w="1142" w:type="dxa"/>
          </w:tcPr>
          <w:p w14:paraId="138E8D98" w14:textId="77777777" w:rsidR="00304FB0" w:rsidRPr="00E56B5D" w:rsidRDefault="00304FB0" w:rsidP="00F63ADF">
            <w:pPr>
              <w:spacing w:line="259" w:lineRule="auto"/>
              <w:ind w:right="90"/>
              <w:jc w:val="center"/>
              <w:rPr>
                <w:b/>
                <w:bCs/>
                <w:iCs/>
                <w:sz w:val="20"/>
              </w:rPr>
            </w:pPr>
            <w:r w:rsidRPr="00E56B5D">
              <w:rPr>
                <w:b/>
                <w:bCs/>
                <w:iCs/>
                <w:sz w:val="20"/>
              </w:rPr>
              <w:t xml:space="preserve">United Kingdom </w:t>
            </w:r>
          </w:p>
        </w:tc>
        <w:tc>
          <w:tcPr>
            <w:tcW w:w="1123" w:type="dxa"/>
          </w:tcPr>
          <w:p w14:paraId="5EDAB3FE" w14:textId="77777777" w:rsidR="00304FB0" w:rsidRPr="00872DE7" w:rsidRDefault="00304FB0" w:rsidP="00ED32A7">
            <w:pPr>
              <w:spacing w:line="259" w:lineRule="auto"/>
              <w:ind w:right="90"/>
              <w:jc w:val="center"/>
              <w:rPr>
                <w:iCs/>
                <w:sz w:val="20"/>
              </w:rPr>
            </w:pPr>
            <w:r w:rsidRPr="00872DE7">
              <w:rPr>
                <w:iCs/>
                <w:sz w:val="20"/>
              </w:rPr>
              <w:t xml:space="preserve">2801 </w:t>
            </w:r>
          </w:p>
        </w:tc>
        <w:tc>
          <w:tcPr>
            <w:tcW w:w="3403" w:type="dxa"/>
          </w:tcPr>
          <w:p w14:paraId="073804D3" w14:textId="77777777" w:rsidR="00304FB0" w:rsidRPr="00872DE7" w:rsidRDefault="00304FB0" w:rsidP="00F63ADF">
            <w:pPr>
              <w:spacing w:line="274" w:lineRule="auto"/>
              <w:jc w:val="center"/>
              <w:rPr>
                <w:iCs/>
                <w:sz w:val="20"/>
              </w:rPr>
            </w:pPr>
            <w:r w:rsidRPr="00872DE7">
              <w:rPr>
                <w:iCs/>
                <w:sz w:val="20"/>
              </w:rPr>
              <w:t>East of England - Cambridgeshire and</w:t>
            </w:r>
            <w:r>
              <w:rPr>
                <w:iCs/>
                <w:sz w:val="20"/>
              </w:rPr>
              <w:t xml:space="preserve"> </w:t>
            </w:r>
            <w:r w:rsidRPr="00872DE7">
              <w:rPr>
                <w:iCs/>
                <w:sz w:val="20"/>
              </w:rPr>
              <w:t>Hertfordshire Research Ethics Committee</w:t>
            </w:r>
          </w:p>
          <w:p w14:paraId="0B1DB533" w14:textId="77777777" w:rsidR="00304FB0" w:rsidRPr="00872DE7" w:rsidRDefault="00304FB0" w:rsidP="00F63ADF">
            <w:pPr>
              <w:spacing w:after="15" w:line="259" w:lineRule="auto"/>
              <w:ind w:left="7"/>
              <w:jc w:val="center"/>
              <w:rPr>
                <w:iCs/>
                <w:sz w:val="20"/>
              </w:rPr>
            </w:pPr>
            <w:r w:rsidRPr="00872DE7">
              <w:rPr>
                <w:iCs/>
                <w:sz w:val="20"/>
              </w:rPr>
              <w:t>2 Redman Place, London,</w:t>
            </w:r>
            <w:r>
              <w:rPr>
                <w:iCs/>
                <w:sz w:val="20"/>
              </w:rPr>
              <w:t xml:space="preserve"> </w:t>
            </w:r>
            <w:r w:rsidRPr="00872DE7">
              <w:rPr>
                <w:iCs/>
                <w:sz w:val="20"/>
              </w:rPr>
              <w:t>EC20 1JQ</w:t>
            </w:r>
          </w:p>
        </w:tc>
        <w:tc>
          <w:tcPr>
            <w:tcW w:w="1261" w:type="dxa"/>
          </w:tcPr>
          <w:p w14:paraId="0DBD0EE4" w14:textId="77777777" w:rsidR="00304FB0" w:rsidRPr="00872DE7" w:rsidRDefault="00304FB0" w:rsidP="00326692">
            <w:pPr>
              <w:spacing w:line="259" w:lineRule="auto"/>
              <w:ind w:right="85"/>
              <w:jc w:val="center"/>
              <w:rPr>
                <w:iCs/>
                <w:sz w:val="20"/>
              </w:rPr>
            </w:pPr>
            <w:r w:rsidRPr="00872DE7">
              <w:rPr>
                <w:iCs/>
                <w:sz w:val="20"/>
              </w:rPr>
              <w:t>13</w:t>
            </w:r>
            <w:r>
              <w:rPr>
                <w:iCs/>
                <w:sz w:val="20"/>
              </w:rPr>
              <w:t xml:space="preserve"> </w:t>
            </w:r>
            <w:r w:rsidRPr="00872DE7">
              <w:rPr>
                <w:iCs/>
                <w:sz w:val="20"/>
              </w:rPr>
              <w:t>May</w:t>
            </w:r>
            <w:r>
              <w:rPr>
                <w:iCs/>
                <w:sz w:val="20"/>
              </w:rPr>
              <w:t xml:space="preserve"> </w:t>
            </w:r>
            <w:r w:rsidRPr="00872DE7">
              <w:rPr>
                <w:iCs/>
                <w:sz w:val="20"/>
              </w:rPr>
              <w:t>2022</w:t>
            </w:r>
          </w:p>
        </w:tc>
      </w:tr>
      <w:tr w:rsidR="00304FB0" w14:paraId="696658DE" w14:textId="77777777" w:rsidTr="00C8528D">
        <w:trPr>
          <w:trHeight w:val="20"/>
        </w:trPr>
        <w:tc>
          <w:tcPr>
            <w:tcW w:w="1142" w:type="dxa"/>
          </w:tcPr>
          <w:p w14:paraId="4060146B" w14:textId="77777777" w:rsidR="00304FB0" w:rsidRPr="00E56B5D" w:rsidRDefault="00304FB0" w:rsidP="00F63ADF">
            <w:pPr>
              <w:spacing w:line="259" w:lineRule="auto"/>
              <w:ind w:right="90"/>
              <w:jc w:val="center"/>
              <w:rPr>
                <w:b/>
                <w:bCs/>
                <w:iCs/>
                <w:sz w:val="20"/>
              </w:rPr>
            </w:pPr>
            <w:r w:rsidRPr="00E56B5D">
              <w:rPr>
                <w:b/>
                <w:bCs/>
                <w:iCs/>
                <w:sz w:val="20"/>
              </w:rPr>
              <w:t xml:space="preserve">United Kingdom </w:t>
            </w:r>
          </w:p>
        </w:tc>
        <w:tc>
          <w:tcPr>
            <w:tcW w:w="1123" w:type="dxa"/>
          </w:tcPr>
          <w:p w14:paraId="40FC353F" w14:textId="77777777" w:rsidR="00304FB0" w:rsidRPr="00872DE7" w:rsidRDefault="00304FB0" w:rsidP="00ED32A7">
            <w:pPr>
              <w:spacing w:line="259" w:lineRule="auto"/>
              <w:ind w:right="90"/>
              <w:jc w:val="center"/>
              <w:rPr>
                <w:iCs/>
                <w:sz w:val="20"/>
              </w:rPr>
            </w:pPr>
            <w:r w:rsidRPr="00872DE7">
              <w:rPr>
                <w:iCs/>
                <w:sz w:val="20"/>
              </w:rPr>
              <w:t xml:space="preserve">2802 </w:t>
            </w:r>
          </w:p>
        </w:tc>
        <w:tc>
          <w:tcPr>
            <w:tcW w:w="3403" w:type="dxa"/>
          </w:tcPr>
          <w:p w14:paraId="26938CB4" w14:textId="77777777" w:rsidR="00304FB0" w:rsidRPr="00872DE7" w:rsidRDefault="00304FB0" w:rsidP="00F63ADF">
            <w:pPr>
              <w:spacing w:line="274" w:lineRule="auto"/>
              <w:jc w:val="center"/>
              <w:rPr>
                <w:iCs/>
                <w:sz w:val="20"/>
              </w:rPr>
            </w:pPr>
            <w:r w:rsidRPr="00872DE7">
              <w:rPr>
                <w:iCs/>
                <w:sz w:val="20"/>
              </w:rPr>
              <w:t>East of England - Cambridgeshire and</w:t>
            </w:r>
            <w:r>
              <w:rPr>
                <w:iCs/>
                <w:sz w:val="20"/>
              </w:rPr>
              <w:t xml:space="preserve"> </w:t>
            </w:r>
            <w:r w:rsidRPr="00872DE7">
              <w:rPr>
                <w:iCs/>
                <w:sz w:val="20"/>
              </w:rPr>
              <w:t>Hertfordshire Research Ethics Committee</w:t>
            </w:r>
          </w:p>
          <w:p w14:paraId="05898E91" w14:textId="77777777" w:rsidR="00304FB0" w:rsidRPr="00872DE7" w:rsidRDefault="00304FB0" w:rsidP="00F63ADF">
            <w:pPr>
              <w:spacing w:after="15" w:line="259" w:lineRule="auto"/>
              <w:ind w:left="7"/>
              <w:jc w:val="center"/>
              <w:rPr>
                <w:iCs/>
                <w:sz w:val="20"/>
              </w:rPr>
            </w:pPr>
            <w:r w:rsidRPr="00872DE7">
              <w:rPr>
                <w:iCs/>
                <w:sz w:val="20"/>
              </w:rPr>
              <w:t>2 Redman Place, London,</w:t>
            </w:r>
            <w:r>
              <w:rPr>
                <w:iCs/>
                <w:sz w:val="20"/>
              </w:rPr>
              <w:t xml:space="preserve"> </w:t>
            </w:r>
            <w:r w:rsidRPr="00872DE7">
              <w:rPr>
                <w:iCs/>
                <w:sz w:val="20"/>
              </w:rPr>
              <w:t>EC20 1JQ</w:t>
            </w:r>
          </w:p>
        </w:tc>
        <w:tc>
          <w:tcPr>
            <w:tcW w:w="1261" w:type="dxa"/>
          </w:tcPr>
          <w:p w14:paraId="092EF47F" w14:textId="77777777" w:rsidR="00304FB0" w:rsidRPr="00872DE7" w:rsidRDefault="00304FB0" w:rsidP="00326692">
            <w:pPr>
              <w:spacing w:line="259" w:lineRule="auto"/>
              <w:ind w:right="85"/>
              <w:jc w:val="center"/>
              <w:rPr>
                <w:iCs/>
                <w:sz w:val="20"/>
              </w:rPr>
            </w:pPr>
            <w:r w:rsidRPr="00872DE7">
              <w:rPr>
                <w:iCs/>
                <w:sz w:val="20"/>
              </w:rPr>
              <w:t>13</w:t>
            </w:r>
            <w:r>
              <w:rPr>
                <w:iCs/>
                <w:sz w:val="20"/>
              </w:rPr>
              <w:t xml:space="preserve"> </w:t>
            </w:r>
            <w:r w:rsidRPr="00872DE7">
              <w:rPr>
                <w:iCs/>
                <w:sz w:val="20"/>
              </w:rPr>
              <w:t>May</w:t>
            </w:r>
            <w:r>
              <w:rPr>
                <w:iCs/>
                <w:sz w:val="20"/>
              </w:rPr>
              <w:t xml:space="preserve"> </w:t>
            </w:r>
            <w:r w:rsidRPr="00872DE7">
              <w:rPr>
                <w:iCs/>
                <w:sz w:val="20"/>
              </w:rPr>
              <w:t>2022</w:t>
            </w:r>
          </w:p>
        </w:tc>
      </w:tr>
      <w:tr w:rsidR="00304FB0" w14:paraId="27C760AE" w14:textId="77777777" w:rsidTr="00C8528D">
        <w:trPr>
          <w:trHeight w:val="20"/>
        </w:trPr>
        <w:tc>
          <w:tcPr>
            <w:tcW w:w="1142" w:type="dxa"/>
          </w:tcPr>
          <w:p w14:paraId="166C2759" w14:textId="77777777" w:rsidR="00304FB0" w:rsidRPr="00E56B5D" w:rsidRDefault="00304FB0" w:rsidP="00F63ADF">
            <w:pPr>
              <w:spacing w:line="259" w:lineRule="auto"/>
              <w:ind w:right="90"/>
              <w:jc w:val="center"/>
              <w:rPr>
                <w:b/>
                <w:bCs/>
                <w:iCs/>
                <w:sz w:val="20"/>
              </w:rPr>
            </w:pPr>
            <w:r w:rsidRPr="00E56B5D">
              <w:rPr>
                <w:b/>
                <w:bCs/>
                <w:iCs/>
                <w:sz w:val="20"/>
              </w:rPr>
              <w:t xml:space="preserve">United Kingdom </w:t>
            </w:r>
          </w:p>
        </w:tc>
        <w:tc>
          <w:tcPr>
            <w:tcW w:w="1123" w:type="dxa"/>
          </w:tcPr>
          <w:p w14:paraId="4E2E4DFC" w14:textId="77777777" w:rsidR="00304FB0" w:rsidRPr="00872DE7" w:rsidRDefault="00304FB0" w:rsidP="00ED32A7">
            <w:pPr>
              <w:spacing w:line="259" w:lineRule="auto"/>
              <w:ind w:right="90"/>
              <w:jc w:val="center"/>
              <w:rPr>
                <w:iCs/>
                <w:sz w:val="20"/>
              </w:rPr>
            </w:pPr>
            <w:r w:rsidRPr="00872DE7">
              <w:rPr>
                <w:iCs/>
                <w:sz w:val="20"/>
              </w:rPr>
              <w:t xml:space="preserve">2803 </w:t>
            </w:r>
          </w:p>
        </w:tc>
        <w:tc>
          <w:tcPr>
            <w:tcW w:w="3403" w:type="dxa"/>
          </w:tcPr>
          <w:p w14:paraId="61728F6A" w14:textId="77777777" w:rsidR="00304FB0" w:rsidRPr="00872DE7" w:rsidRDefault="00304FB0" w:rsidP="00F63ADF">
            <w:pPr>
              <w:spacing w:line="274" w:lineRule="auto"/>
              <w:jc w:val="center"/>
              <w:rPr>
                <w:iCs/>
                <w:sz w:val="20"/>
              </w:rPr>
            </w:pPr>
            <w:r w:rsidRPr="00872DE7">
              <w:rPr>
                <w:iCs/>
                <w:sz w:val="20"/>
              </w:rPr>
              <w:t>East of England - Cambridgeshire and</w:t>
            </w:r>
            <w:r>
              <w:rPr>
                <w:iCs/>
                <w:sz w:val="20"/>
              </w:rPr>
              <w:t xml:space="preserve"> </w:t>
            </w:r>
            <w:r w:rsidRPr="00872DE7">
              <w:rPr>
                <w:iCs/>
                <w:sz w:val="20"/>
              </w:rPr>
              <w:t>Hertfordshire Research Ethics Committee</w:t>
            </w:r>
          </w:p>
          <w:p w14:paraId="02F4D1AB" w14:textId="77777777" w:rsidR="00304FB0" w:rsidRPr="00872DE7" w:rsidRDefault="00304FB0" w:rsidP="00F63ADF">
            <w:pPr>
              <w:spacing w:after="15" w:line="259" w:lineRule="auto"/>
              <w:ind w:left="7"/>
              <w:jc w:val="center"/>
              <w:rPr>
                <w:iCs/>
                <w:sz w:val="20"/>
              </w:rPr>
            </w:pPr>
            <w:r w:rsidRPr="00872DE7">
              <w:rPr>
                <w:iCs/>
                <w:sz w:val="20"/>
              </w:rPr>
              <w:t>2 Redman Place, London,</w:t>
            </w:r>
            <w:r>
              <w:rPr>
                <w:iCs/>
                <w:sz w:val="20"/>
              </w:rPr>
              <w:t xml:space="preserve"> </w:t>
            </w:r>
            <w:r w:rsidRPr="00872DE7">
              <w:rPr>
                <w:iCs/>
                <w:sz w:val="20"/>
              </w:rPr>
              <w:t>EC20 1JQ</w:t>
            </w:r>
          </w:p>
        </w:tc>
        <w:tc>
          <w:tcPr>
            <w:tcW w:w="1261" w:type="dxa"/>
          </w:tcPr>
          <w:p w14:paraId="051C3FC7" w14:textId="77777777" w:rsidR="00304FB0" w:rsidRPr="00872DE7" w:rsidRDefault="00304FB0" w:rsidP="00326692">
            <w:pPr>
              <w:spacing w:line="259" w:lineRule="auto"/>
              <w:ind w:right="85"/>
              <w:jc w:val="center"/>
              <w:rPr>
                <w:iCs/>
                <w:sz w:val="20"/>
              </w:rPr>
            </w:pPr>
            <w:r w:rsidRPr="00872DE7">
              <w:rPr>
                <w:iCs/>
                <w:sz w:val="20"/>
              </w:rPr>
              <w:t>10</w:t>
            </w:r>
            <w:r>
              <w:rPr>
                <w:iCs/>
                <w:sz w:val="20"/>
              </w:rPr>
              <w:t xml:space="preserve"> </w:t>
            </w:r>
            <w:r w:rsidRPr="00872DE7">
              <w:rPr>
                <w:iCs/>
                <w:sz w:val="20"/>
              </w:rPr>
              <w:t>Oct</w:t>
            </w:r>
            <w:r>
              <w:rPr>
                <w:iCs/>
                <w:sz w:val="20"/>
              </w:rPr>
              <w:t xml:space="preserve"> </w:t>
            </w:r>
            <w:r w:rsidRPr="00872DE7">
              <w:rPr>
                <w:iCs/>
                <w:sz w:val="20"/>
              </w:rPr>
              <w:t>2022</w:t>
            </w:r>
          </w:p>
        </w:tc>
      </w:tr>
      <w:tr w:rsidR="00304FB0" w14:paraId="644A9CB1" w14:textId="77777777" w:rsidTr="00C8528D">
        <w:trPr>
          <w:trHeight w:val="20"/>
        </w:trPr>
        <w:tc>
          <w:tcPr>
            <w:tcW w:w="1142" w:type="dxa"/>
          </w:tcPr>
          <w:p w14:paraId="26D4C433" w14:textId="77777777" w:rsidR="00304FB0" w:rsidRPr="00E56B5D" w:rsidRDefault="00304FB0" w:rsidP="00F63ADF">
            <w:pPr>
              <w:spacing w:line="259" w:lineRule="auto"/>
              <w:ind w:right="90"/>
              <w:jc w:val="center"/>
              <w:rPr>
                <w:b/>
                <w:bCs/>
                <w:iCs/>
                <w:sz w:val="20"/>
              </w:rPr>
            </w:pPr>
            <w:r w:rsidRPr="00E56B5D">
              <w:rPr>
                <w:b/>
                <w:bCs/>
                <w:iCs/>
                <w:sz w:val="20"/>
              </w:rPr>
              <w:t xml:space="preserve">United Kingdom </w:t>
            </w:r>
          </w:p>
        </w:tc>
        <w:tc>
          <w:tcPr>
            <w:tcW w:w="1123" w:type="dxa"/>
          </w:tcPr>
          <w:p w14:paraId="4B77B0AE" w14:textId="77777777" w:rsidR="00304FB0" w:rsidRPr="00872DE7" w:rsidRDefault="00304FB0" w:rsidP="00ED32A7">
            <w:pPr>
              <w:spacing w:line="259" w:lineRule="auto"/>
              <w:ind w:right="90"/>
              <w:jc w:val="center"/>
              <w:rPr>
                <w:iCs/>
                <w:sz w:val="20"/>
              </w:rPr>
            </w:pPr>
            <w:r w:rsidRPr="00872DE7">
              <w:rPr>
                <w:iCs/>
                <w:sz w:val="20"/>
              </w:rPr>
              <w:t xml:space="preserve">2805 </w:t>
            </w:r>
          </w:p>
        </w:tc>
        <w:tc>
          <w:tcPr>
            <w:tcW w:w="3403" w:type="dxa"/>
          </w:tcPr>
          <w:p w14:paraId="49C1E4BB" w14:textId="77777777" w:rsidR="00304FB0" w:rsidRPr="00872DE7" w:rsidRDefault="00304FB0" w:rsidP="00F63ADF">
            <w:pPr>
              <w:spacing w:line="274" w:lineRule="auto"/>
              <w:jc w:val="center"/>
              <w:rPr>
                <w:iCs/>
                <w:sz w:val="20"/>
              </w:rPr>
            </w:pPr>
            <w:r w:rsidRPr="00872DE7">
              <w:rPr>
                <w:iCs/>
                <w:sz w:val="20"/>
              </w:rPr>
              <w:t>East of England - Cambridgeshire and</w:t>
            </w:r>
            <w:r>
              <w:rPr>
                <w:iCs/>
                <w:sz w:val="20"/>
              </w:rPr>
              <w:t xml:space="preserve"> </w:t>
            </w:r>
            <w:r w:rsidRPr="00872DE7">
              <w:rPr>
                <w:iCs/>
                <w:sz w:val="20"/>
              </w:rPr>
              <w:t>Hertfordshire Research Ethics Committee</w:t>
            </w:r>
          </w:p>
          <w:p w14:paraId="2E70B01A" w14:textId="77777777" w:rsidR="00304FB0" w:rsidRPr="00872DE7" w:rsidRDefault="00304FB0" w:rsidP="00F63ADF">
            <w:pPr>
              <w:spacing w:after="15" w:line="259" w:lineRule="auto"/>
              <w:ind w:left="7"/>
              <w:jc w:val="center"/>
              <w:rPr>
                <w:iCs/>
                <w:sz w:val="20"/>
              </w:rPr>
            </w:pPr>
            <w:r w:rsidRPr="00872DE7">
              <w:rPr>
                <w:iCs/>
                <w:sz w:val="20"/>
              </w:rPr>
              <w:t>2 Redman Place, London,</w:t>
            </w:r>
            <w:r>
              <w:rPr>
                <w:iCs/>
                <w:sz w:val="20"/>
              </w:rPr>
              <w:t xml:space="preserve"> </w:t>
            </w:r>
            <w:r w:rsidRPr="00872DE7">
              <w:rPr>
                <w:iCs/>
                <w:sz w:val="20"/>
              </w:rPr>
              <w:t>EC20 1JQ</w:t>
            </w:r>
          </w:p>
        </w:tc>
        <w:tc>
          <w:tcPr>
            <w:tcW w:w="1261" w:type="dxa"/>
          </w:tcPr>
          <w:p w14:paraId="3420AAF1" w14:textId="77777777" w:rsidR="00304FB0" w:rsidRPr="00872DE7" w:rsidRDefault="00304FB0" w:rsidP="00326692">
            <w:pPr>
              <w:spacing w:line="259" w:lineRule="auto"/>
              <w:ind w:right="85"/>
              <w:jc w:val="center"/>
              <w:rPr>
                <w:iCs/>
                <w:sz w:val="20"/>
              </w:rPr>
            </w:pPr>
            <w:r w:rsidRPr="00872DE7">
              <w:rPr>
                <w:iCs/>
                <w:sz w:val="20"/>
              </w:rPr>
              <w:t>10</w:t>
            </w:r>
            <w:r>
              <w:rPr>
                <w:iCs/>
                <w:sz w:val="20"/>
              </w:rPr>
              <w:t xml:space="preserve"> </w:t>
            </w:r>
            <w:r w:rsidRPr="00872DE7">
              <w:rPr>
                <w:iCs/>
                <w:sz w:val="20"/>
              </w:rPr>
              <w:t>Oct</w:t>
            </w:r>
            <w:r>
              <w:rPr>
                <w:iCs/>
                <w:sz w:val="20"/>
              </w:rPr>
              <w:t xml:space="preserve"> </w:t>
            </w:r>
            <w:r w:rsidRPr="00872DE7">
              <w:rPr>
                <w:iCs/>
                <w:sz w:val="20"/>
              </w:rPr>
              <w:t>2022</w:t>
            </w:r>
          </w:p>
        </w:tc>
      </w:tr>
      <w:tr w:rsidR="00304FB0" w14:paraId="0AA8E7DC" w14:textId="77777777" w:rsidTr="00C8528D">
        <w:trPr>
          <w:trHeight w:val="20"/>
        </w:trPr>
        <w:tc>
          <w:tcPr>
            <w:tcW w:w="1142" w:type="dxa"/>
          </w:tcPr>
          <w:p w14:paraId="1D6A1489" w14:textId="77777777" w:rsidR="00304FB0" w:rsidRPr="00E56B5D" w:rsidRDefault="00304FB0" w:rsidP="00872DE7">
            <w:pPr>
              <w:spacing w:line="259" w:lineRule="auto"/>
              <w:ind w:right="90"/>
              <w:jc w:val="center"/>
              <w:rPr>
                <w:b/>
                <w:bCs/>
                <w:iCs/>
                <w:sz w:val="20"/>
              </w:rPr>
            </w:pPr>
            <w:r w:rsidRPr="00E56B5D">
              <w:rPr>
                <w:b/>
                <w:bCs/>
                <w:iCs/>
                <w:sz w:val="20"/>
              </w:rPr>
              <w:t xml:space="preserve">Hungary </w:t>
            </w:r>
          </w:p>
        </w:tc>
        <w:tc>
          <w:tcPr>
            <w:tcW w:w="1123" w:type="dxa"/>
          </w:tcPr>
          <w:p w14:paraId="09A28445" w14:textId="77777777" w:rsidR="00304FB0" w:rsidRPr="00872DE7" w:rsidRDefault="00304FB0" w:rsidP="00ED32A7">
            <w:pPr>
              <w:spacing w:line="259" w:lineRule="auto"/>
              <w:ind w:right="90"/>
              <w:jc w:val="center"/>
              <w:rPr>
                <w:iCs/>
                <w:sz w:val="20"/>
              </w:rPr>
            </w:pPr>
            <w:r w:rsidRPr="00872DE7">
              <w:rPr>
                <w:iCs/>
                <w:sz w:val="20"/>
              </w:rPr>
              <w:t xml:space="preserve">3303 </w:t>
            </w:r>
          </w:p>
        </w:tc>
        <w:tc>
          <w:tcPr>
            <w:tcW w:w="3403" w:type="dxa"/>
          </w:tcPr>
          <w:p w14:paraId="3AB8FCE5" w14:textId="77777777" w:rsidR="00304FB0" w:rsidRPr="00872DE7" w:rsidRDefault="00304FB0" w:rsidP="00F63ADF">
            <w:pPr>
              <w:spacing w:after="15" w:line="259" w:lineRule="auto"/>
              <w:ind w:right="92"/>
              <w:jc w:val="center"/>
              <w:rPr>
                <w:iCs/>
                <w:sz w:val="20"/>
              </w:rPr>
            </w:pPr>
            <w:r w:rsidRPr="00872DE7">
              <w:rPr>
                <w:iCs/>
                <w:sz w:val="20"/>
              </w:rPr>
              <w:t>Medical Research</w:t>
            </w:r>
            <w:r>
              <w:rPr>
                <w:iCs/>
                <w:sz w:val="20"/>
              </w:rPr>
              <w:t xml:space="preserve"> </w:t>
            </w:r>
            <w:r w:rsidRPr="00872DE7">
              <w:rPr>
                <w:iCs/>
                <w:sz w:val="20"/>
              </w:rPr>
              <w:t>Council Ethics</w:t>
            </w:r>
            <w:r>
              <w:rPr>
                <w:iCs/>
                <w:sz w:val="20"/>
              </w:rPr>
              <w:t xml:space="preserve"> </w:t>
            </w:r>
            <w:r w:rsidRPr="00872DE7">
              <w:rPr>
                <w:iCs/>
                <w:sz w:val="20"/>
              </w:rPr>
              <w:t>Committee for Clinical</w:t>
            </w:r>
            <w:r>
              <w:rPr>
                <w:iCs/>
                <w:sz w:val="20"/>
              </w:rPr>
              <w:t xml:space="preserve"> </w:t>
            </w:r>
            <w:r w:rsidRPr="00872DE7">
              <w:rPr>
                <w:iCs/>
                <w:sz w:val="20"/>
              </w:rPr>
              <w:t>Pharmacology (MRC ECCP)</w:t>
            </w:r>
          </w:p>
          <w:p w14:paraId="65CAAF03" w14:textId="77777777" w:rsidR="00304FB0" w:rsidRPr="00872DE7" w:rsidRDefault="00304FB0" w:rsidP="00F63ADF">
            <w:pPr>
              <w:spacing w:after="15" w:line="259" w:lineRule="auto"/>
              <w:ind w:right="92"/>
              <w:jc w:val="center"/>
              <w:rPr>
                <w:iCs/>
                <w:sz w:val="20"/>
              </w:rPr>
            </w:pPr>
            <w:r w:rsidRPr="00872DE7">
              <w:rPr>
                <w:iCs/>
                <w:sz w:val="20"/>
              </w:rPr>
              <w:t>1054 Budapest,</w:t>
            </w:r>
            <w:r>
              <w:rPr>
                <w:iCs/>
                <w:sz w:val="20"/>
              </w:rPr>
              <w:t xml:space="preserve"> </w:t>
            </w:r>
            <w:proofErr w:type="spellStart"/>
            <w:r w:rsidRPr="00872DE7">
              <w:rPr>
                <w:iCs/>
                <w:sz w:val="20"/>
              </w:rPr>
              <w:t>Alkotmány</w:t>
            </w:r>
            <w:proofErr w:type="spellEnd"/>
            <w:r w:rsidRPr="00872DE7">
              <w:rPr>
                <w:iCs/>
                <w:sz w:val="20"/>
              </w:rPr>
              <w:t xml:space="preserve"> u. 25.</w:t>
            </w:r>
          </w:p>
        </w:tc>
        <w:tc>
          <w:tcPr>
            <w:tcW w:w="1261" w:type="dxa"/>
          </w:tcPr>
          <w:p w14:paraId="2BA8ED6B" w14:textId="77777777" w:rsidR="00304FB0" w:rsidRPr="00872DE7" w:rsidRDefault="00304FB0" w:rsidP="00326692">
            <w:pPr>
              <w:spacing w:line="259" w:lineRule="auto"/>
              <w:ind w:right="85"/>
              <w:jc w:val="center"/>
              <w:rPr>
                <w:iCs/>
                <w:sz w:val="20"/>
              </w:rPr>
            </w:pPr>
            <w:r w:rsidRPr="00872DE7">
              <w:rPr>
                <w:iCs/>
                <w:sz w:val="20"/>
              </w:rPr>
              <w:t>21 Sep 2021</w:t>
            </w:r>
          </w:p>
        </w:tc>
      </w:tr>
      <w:tr w:rsidR="00304FB0" w14:paraId="67EA9416" w14:textId="77777777" w:rsidTr="00C8528D">
        <w:trPr>
          <w:trHeight w:val="20"/>
        </w:trPr>
        <w:tc>
          <w:tcPr>
            <w:tcW w:w="1142" w:type="dxa"/>
          </w:tcPr>
          <w:p w14:paraId="0CD38910" w14:textId="77777777" w:rsidR="00304FB0" w:rsidRPr="00E56B5D" w:rsidRDefault="00304FB0" w:rsidP="00872DE7">
            <w:pPr>
              <w:spacing w:line="259" w:lineRule="auto"/>
              <w:ind w:right="90"/>
              <w:jc w:val="center"/>
              <w:rPr>
                <w:b/>
                <w:bCs/>
                <w:iCs/>
                <w:sz w:val="20"/>
              </w:rPr>
            </w:pPr>
            <w:r w:rsidRPr="00E56B5D">
              <w:rPr>
                <w:b/>
                <w:bCs/>
                <w:iCs/>
                <w:sz w:val="20"/>
              </w:rPr>
              <w:t xml:space="preserve">Hungary </w:t>
            </w:r>
          </w:p>
        </w:tc>
        <w:tc>
          <w:tcPr>
            <w:tcW w:w="1123" w:type="dxa"/>
          </w:tcPr>
          <w:p w14:paraId="2A3DEFC0" w14:textId="77777777" w:rsidR="00304FB0" w:rsidRPr="00872DE7" w:rsidRDefault="00304FB0" w:rsidP="00ED32A7">
            <w:pPr>
              <w:spacing w:line="259" w:lineRule="auto"/>
              <w:ind w:right="90"/>
              <w:jc w:val="center"/>
              <w:rPr>
                <w:iCs/>
                <w:sz w:val="20"/>
              </w:rPr>
            </w:pPr>
            <w:r w:rsidRPr="00872DE7">
              <w:rPr>
                <w:iCs/>
                <w:sz w:val="20"/>
              </w:rPr>
              <w:t xml:space="preserve">3306 </w:t>
            </w:r>
          </w:p>
        </w:tc>
        <w:tc>
          <w:tcPr>
            <w:tcW w:w="3403" w:type="dxa"/>
          </w:tcPr>
          <w:p w14:paraId="2523506C" w14:textId="77777777" w:rsidR="00304FB0" w:rsidRPr="00872DE7" w:rsidRDefault="00304FB0" w:rsidP="00F63ADF">
            <w:pPr>
              <w:spacing w:after="15" w:line="259" w:lineRule="auto"/>
              <w:ind w:right="92"/>
              <w:jc w:val="center"/>
              <w:rPr>
                <w:iCs/>
                <w:sz w:val="20"/>
              </w:rPr>
            </w:pPr>
            <w:r w:rsidRPr="00872DE7">
              <w:rPr>
                <w:iCs/>
                <w:sz w:val="20"/>
              </w:rPr>
              <w:t>Medical Research</w:t>
            </w:r>
            <w:r>
              <w:rPr>
                <w:iCs/>
                <w:sz w:val="20"/>
              </w:rPr>
              <w:t xml:space="preserve"> </w:t>
            </w:r>
            <w:r w:rsidRPr="00872DE7">
              <w:rPr>
                <w:iCs/>
                <w:sz w:val="20"/>
              </w:rPr>
              <w:t>Council Ethics</w:t>
            </w:r>
            <w:r>
              <w:rPr>
                <w:iCs/>
                <w:sz w:val="20"/>
              </w:rPr>
              <w:t xml:space="preserve"> </w:t>
            </w:r>
            <w:r w:rsidRPr="00872DE7">
              <w:rPr>
                <w:iCs/>
                <w:sz w:val="20"/>
              </w:rPr>
              <w:t>Committee for Clinical</w:t>
            </w:r>
            <w:r>
              <w:rPr>
                <w:iCs/>
                <w:sz w:val="20"/>
              </w:rPr>
              <w:t xml:space="preserve"> </w:t>
            </w:r>
            <w:r w:rsidRPr="00872DE7">
              <w:rPr>
                <w:iCs/>
                <w:sz w:val="20"/>
              </w:rPr>
              <w:t>Pharmacology (MRC ECCP)</w:t>
            </w:r>
          </w:p>
          <w:p w14:paraId="56D11780" w14:textId="77777777" w:rsidR="00304FB0" w:rsidRPr="00872DE7" w:rsidRDefault="00304FB0" w:rsidP="00F63ADF">
            <w:pPr>
              <w:spacing w:after="15" w:line="259" w:lineRule="auto"/>
              <w:ind w:right="92"/>
              <w:jc w:val="center"/>
              <w:rPr>
                <w:iCs/>
                <w:sz w:val="20"/>
              </w:rPr>
            </w:pPr>
            <w:r w:rsidRPr="00872DE7">
              <w:rPr>
                <w:iCs/>
                <w:sz w:val="20"/>
              </w:rPr>
              <w:t>1054 Budapest,</w:t>
            </w:r>
            <w:r>
              <w:rPr>
                <w:iCs/>
                <w:sz w:val="20"/>
              </w:rPr>
              <w:t xml:space="preserve"> </w:t>
            </w:r>
            <w:proofErr w:type="spellStart"/>
            <w:r w:rsidRPr="00872DE7">
              <w:rPr>
                <w:iCs/>
                <w:sz w:val="20"/>
              </w:rPr>
              <w:t>Alkotmány</w:t>
            </w:r>
            <w:proofErr w:type="spellEnd"/>
            <w:r w:rsidRPr="00872DE7">
              <w:rPr>
                <w:iCs/>
                <w:sz w:val="20"/>
              </w:rPr>
              <w:t xml:space="preserve"> u. 25.</w:t>
            </w:r>
          </w:p>
        </w:tc>
        <w:tc>
          <w:tcPr>
            <w:tcW w:w="1261" w:type="dxa"/>
          </w:tcPr>
          <w:p w14:paraId="2E7F624B" w14:textId="77777777" w:rsidR="00304FB0" w:rsidRPr="00872DE7" w:rsidRDefault="00304FB0" w:rsidP="00326692">
            <w:pPr>
              <w:spacing w:line="259" w:lineRule="auto"/>
              <w:ind w:right="85"/>
              <w:jc w:val="center"/>
              <w:rPr>
                <w:iCs/>
                <w:sz w:val="20"/>
              </w:rPr>
            </w:pPr>
            <w:r w:rsidRPr="00872DE7">
              <w:rPr>
                <w:iCs/>
                <w:sz w:val="20"/>
              </w:rPr>
              <w:t>21 Sep 2021</w:t>
            </w:r>
          </w:p>
        </w:tc>
      </w:tr>
      <w:tr w:rsidR="00304FB0" w14:paraId="79AFB79E" w14:textId="77777777" w:rsidTr="00C8528D">
        <w:trPr>
          <w:trHeight w:val="20"/>
        </w:trPr>
        <w:tc>
          <w:tcPr>
            <w:tcW w:w="1142" w:type="dxa"/>
          </w:tcPr>
          <w:p w14:paraId="2D3FFCB7" w14:textId="77777777" w:rsidR="00304FB0" w:rsidRPr="00E56B5D" w:rsidRDefault="00304FB0" w:rsidP="00872DE7">
            <w:pPr>
              <w:spacing w:line="259" w:lineRule="auto"/>
              <w:ind w:right="90"/>
              <w:jc w:val="center"/>
              <w:rPr>
                <w:b/>
                <w:bCs/>
                <w:iCs/>
                <w:sz w:val="20"/>
              </w:rPr>
            </w:pPr>
            <w:r w:rsidRPr="00E56B5D">
              <w:rPr>
                <w:b/>
                <w:bCs/>
                <w:iCs/>
                <w:sz w:val="20"/>
              </w:rPr>
              <w:t xml:space="preserve">Poland </w:t>
            </w:r>
          </w:p>
        </w:tc>
        <w:tc>
          <w:tcPr>
            <w:tcW w:w="1123" w:type="dxa"/>
          </w:tcPr>
          <w:p w14:paraId="0ACEC177" w14:textId="77777777" w:rsidR="00304FB0" w:rsidRPr="00872DE7" w:rsidRDefault="00304FB0" w:rsidP="00ED32A7">
            <w:pPr>
              <w:spacing w:line="259" w:lineRule="auto"/>
              <w:ind w:right="90"/>
              <w:jc w:val="center"/>
              <w:rPr>
                <w:iCs/>
                <w:sz w:val="20"/>
              </w:rPr>
            </w:pPr>
            <w:r w:rsidRPr="00872DE7">
              <w:rPr>
                <w:iCs/>
                <w:sz w:val="20"/>
              </w:rPr>
              <w:t xml:space="preserve">5702 </w:t>
            </w:r>
          </w:p>
        </w:tc>
        <w:tc>
          <w:tcPr>
            <w:tcW w:w="3403" w:type="dxa"/>
          </w:tcPr>
          <w:p w14:paraId="38E0A28F" w14:textId="77777777" w:rsidR="00304FB0" w:rsidRDefault="00304FB0" w:rsidP="00F63ADF">
            <w:pPr>
              <w:spacing w:after="15" w:line="259" w:lineRule="auto"/>
              <w:ind w:left="26"/>
              <w:jc w:val="center"/>
              <w:rPr>
                <w:iCs/>
                <w:sz w:val="20"/>
              </w:rPr>
            </w:pPr>
            <w:proofErr w:type="spellStart"/>
            <w:r w:rsidRPr="00872DE7">
              <w:rPr>
                <w:iCs/>
                <w:sz w:val="20"/>
              </w:rPr>
              <w:t>Komisja</w:t>
            </w:r>
            <w:proofErr w:type="spellEnd"/>
            <w:r w:rsidRPr="00872DE7">
              <w:rPr>
                <w:iCs/>
                <w:sz w:val="20"/>
              </w:rPr>
              <w:t xml:space="preserve"> </w:t>
            </w:r>
            <w:proofErr w:type="spellStart"/>
            <w:r w:rsidRPr="00872DE7">
              <w:rPr>
                <w:iCs/>
                <w:sz w:val="20"/>
              </w:rPr>
              <w:t>Bioetyczna</w:t>
            </w:r>
            <w:proofErr w:type="spellEnd"/>
            <w:r w:rsidRPr="00872DE7">
              <w:rPr>
                <w:iCs/>
                <w:sz w:val="20"/>
              </w:rPr>
              <w:t xml:space="preserve"> </w:t>
            </w:r>
            <w:proofErr w:type="spellStart"/>
            <w:r w:rsidRPr="00872DE7">
              <w:rPr>
                <w:iCs/>
                <w:sz w:val="20"/>
              </w:rPr>
              <w:t>przy</w:t>
            </w:r>
            <w:proofErr w:type="spellEnd"/>
            <w:r>
              <w:rPr>
                <w:iCs/>
                <w:sz w:val="20"/>
              </w:rPr>
              <w:t xml:space="preserve"> </w:t>
            </w:r>
            <w:proofErr w:type="spellStart"/>
            <w:r w:rsidRPr="00872DE7">
              <w:rPr>
                <w:iCs/>
                <w:sz w:val="20"/>
              </w:rPr>
              <w:t>Okregowej</w:t>
            </w:r>
            <w:proofErr w:type="spellEnd"/>
            <w:r w:rsidRPr="00872DE7">
              <w:rPr>
                <w:iCs/>
                <w:sz w:val="20"/>
              </w:rPr>
              <w:t xml:space="preserve"> </w:t>
            </w:r>
            <w:proofErr w:type="spellStart"/>
            <w:r w:rsidRPr="00872DE7">
              <w:rPr>
                <w:iCs/>
                <w:sz w:val="20"/>
              </w:rPr>
              <w:t>Izbie</w:t>
            </w:r>
            <w:proofErr w:type="spellEnd"/>
            <w:r>
              <w:rPr>
                <w:iCs/>
                <w:sz w:val="20"/>
              </w:rPr>
              <w:t xml:space="preserve"> </w:t>
            </w:r>
            <w:r w:rsidRPr="00872DE7">
              <w:rPr>
                <w:iCs/>
                <w:sz w:val="20"/>
              </w:rPr>
              <w:t>Lekarskiej w</w:t>
            </w:r>
            <w:r>
              <w:rPr>
                <w:iCs/>
                <w:sz w:val="20"/>
              </w:rPr>
              <w:t xml:space="preserve"> </w:t>
            </w:r>
            <w:proofErr w:type="spellStart"/>
            <w:r w:rsidRPr="00872DE7">
              <w:rPr>
                <w:iCs/>
                <w:sz w:val="20"/>
              </w:rPr>
              <w:t>Bialymstoku</w:t>
            </w:r>
            <w:proofErr w:type="spellEnd"/>
          </w:p>
          <w:p w14:paraId="1CC927DC" w14:textId="77777777" w:rsidR="00304FB0" w:rsidRPr="00872DE7" w:rsidRDefault="00304FB0" w:rsidP="00F63ADF">
            <w:pPr>
              <w:spacing w:line="317" w:lineRule="auto"/>
              <w:ind w:left="125" w:right="212"/>
              <w:jc w:val="center"/>
              <w:rPr>
                <w:iCs/>
                <w:sz w:val="20"/>
              </w:rPr>
            </w:pPr>
            <w:r w:rsidRPr="00872DE7">
              <w:rPr>
                <w:iCs/>
                <w:sz w:val="20"/>
              </w:rPr>
              <w:t xml:space="preserve">ul. </w:t>
            </w:r>
            <w:proofErr w:type="spellStart"/>
            <w:r w:rsidRPr="00872DE7">
              <w:rPr>
                <w:iCs/>
                <w:sz w:val="20"/>
              </w:rPr>
              <w:t>Swietojanska</w:t>
            </w:r>
            <w:proofErr w:type="spellEnd"/>
            <w:r w:rsidRPr="00872DE7">
              <w:rPr>
                <w:iCs/>
                <w:sz w:val="20"/>
              </w:rPr>
              <w:t xml:space="preserve"> 7, 15-082 Bialystok</w:t>
            </w:r>
          </w:p>
        </w:tc>
        <w:tc>
          <w:tcPr>
            <w:tcW w:w="1261" w:type="dxa"/>
          </w:tcPr>
          <w:p w14:paraId="6C0AE994" w14:textId="77777777" w:rsidR="00304FB0" w:rsidRPr="00872DE7" w:rsidRDefault="00304FB0" w:rsidP="00326692">
            <w:pPr>
              <w:spacing w:line="259" w:lineRule="auto"/>
              <w:ind w:right="85"/>
              <w:jc w:val="center"/>
              <w:rPr>
                <w:iCs/>
                <w:sz w:val="20"/>
              </w:rPr>
            </w:pPr>
            <w:r w:rsidRPr="00872DE7">
              <w:rPr>
                <w:iCs/>
                <w:sz w:val="20"/>
              </w:rPr>
              <w:t>15 Sep 2021</w:t>
            </w:r>
          </w:p>
        </w:tc>
      </w:tr>
      <w:tr w:rsidR="00304FB0" w14:paraId="3F178745" w14:textId="77777777" w:rsidTr="00C8528D">
        <w:trPr>
          <w:trHeight w:val="20"/>
        </w:trPr>
        <w:tc>
          <w:tcPr>
            <w:tcW w:w="1142" w:type="dxa"/>
          </w:tcPr>
          <w:p w14:paraId="6524151E" w14:textId="77777777" w:rsidR="00304FB0" w:rsidRPr="00E56B5D" w:rsidRDefault="00304FB0" w:rsidP="00F63ADF">
            <w:pPr>
              <w:spacing w:line="259" w:lineRule="auto"/>
              <w:ind w:right="90"/>
              <w:jc w:val="center"/>
              <w:rPr>
                <w:b/>
                <w:bCs/>
                <w:iCs/>
                <w:sz w:val="20"/>
              </w:rPr>
            </w:pPr>
            <w:r w:rsidRPr="00E56B5D">
              <w:rPr>
                <w:b/>
                <w:bCs/>
                <w:iCs/>
                <w:sz w:val="20"/>
              </w:rPr>
              <w:t xml:space="preserve">Poland </w:t>
            </w:r>
          </w:p>
        </w:tc>
        <w:tc>
          <w:tcPr>
            <w:tcW w:w="1123" w:type="dxa"/>
          </w:tcPr>
          <w:p w14:paraId="344B0F51" w14:textId="77777777" w:rsidR="00304FB0" w:rsidRPr="00872DE7" w:rsidRDefault="00304FB0" w:rsidP="00F63ADF">
            <w:pPr>
              <w:spacing w:line="259" w:lineRule="auto"/>
              <w:ind w:right="90"/>
              <w:jc w:val="center"/>
              <w:rPr>
                <w:iCs/>
                <w:sz w:val="20"/>
              </w:rPr>
            </w:pPr>
            <w:r w:rsidRPr="00872DE7">
              <w:rPr>
                <w:iCs/>
                <w:sz w:val="20"/>
              </w:rPr>
              <w:t xml:space="preserve">5703 </w:t>
            </w:r>
          </w:p>
        </w:tc>
        <w:tc>
          <w:tcPr>
            <w:tcW w:w="3403" w:type="dxa"/>
          </w:tcPr>
          <w:p w14:paraId="3E977416" w14:textId="77777777" w:rsidR="00304FB0" w:rsidRDefault="00304FB0" w:rsidP="00F63ADF">
            <w:pPr>
              <w:spacing w:after="15" w:line="259" w:lineRule="auto"/>
              <w:ind w:left="26"/>
              <w:jc w:val="center"/>
              <w:rPr>
                <w:iCs/>
                <w:sz w:val="20"/>
              </w:rPr>
            </w:pPr>
            <w:proofErr w:type="spellStart"/>
            <w:r w:rsidRPr="00872DE7">
              <w:rPr>
                <w:iCs/>
                <w:sz w:val="20"/>
              </w:rPr>
              <w:t>Komisja</w:t>
            </w:r>
            <w:proofErr w:type="spellEnd"/>
            <w:r w:rsidRPr="00872DE7">
              <w:rPr>
                <w:iCs/>
                <w:sz w:val="20"/>
              </w:rPr>
              <w:t xml:space="preserve"> </w:t>
            </w:r>
            <w:proofErr w:type="spellStart"/>
            <w:r w:rsidRPr="00872DE7">
              <w:rPr>
                <w:iCs/>
                <w:sz w:val="20"/>
              </w:rPr>
              <w:t>Bioetyczna</w:t>
            </w:r>
            <w:proofErr w:type="spellEnd"/>
            <w:r w:rsidRPr="00872DE7">
              <w:rPr>
                <w:iCs/>
                <w:sz w:val="20"/>
              </w:rPr>
              <w:t xml:space="preserve"> </w:t>
            </w:r>
            <w:proofErr w:type="spellStart"/>
            <w:r w:rsidRPr="00872DE7">
              <w:rPr>
                <w:iCs/>
                <w:sz w:val="20"/>
              </w:rPr>
              <w:t>przy</w:t>
            </w:r>
            <w:proofErr w:type="spellEnd"/>
            <w:r>
              <w:rPr>
                <w:iCs/>
                <w:sz w:val="20"/>
              </w:rPr>
              <w:t xml:space="preserve"> </w:t>
            </w:r>
            <w:proofErr w:type="spellStart"/>
            <w:r w:rsidRPr="00872DE7">
              <w:rPr>
                <w:iCs/>
                <w:sz w:val="20"/>
              </w:rPr>
              <w:t>Okregowej</w:t>
            </w:r>
            <w:proofErr w:type="spellEnd"/>
            <w:r w:rsidRPr="00872DE7">
              <w:rPr>
                <w:iCs/>
                <w:sz w:val="20"/>
              </w:rPr>
              <w:t xml:space="preserve"> </w:t>
            </w:r>
            <w:proofErr w:type="spellStart"/>
            <w:r w:rsidRPr="00872DE7">
              <w:rPr>
                <w:iCs/>
                <w:sz w:val="20"/>
              </w:rPr>
              <w:t>Izbie</w:t>
            </w:r>
            <w:proofErr w:type="spellEnd"/>
            <w:r>
              <w:rPr>
                <w:iCs/>
                <w:sz w:val="20"/>
              </w:rPr>
              <w:t xml:space="preserve"> </w:t>
            </w:r>
            <w:r w:rsidRPr="00872DE7">
              <w:rPr>
                <w:iCs/>
                <w:sz w:val="20"/>
              </w:rPr>
              <w:t>Lekarskiej w</w:t>
            </w:r>
            <w:r>
              <w:rPr>
                <w:iCs/>
                <w:sz w:val="20"/>
              </w:rPr>
              <w:t xml:space="preserve"> </w:t>
            </w:r>
            <w:proofErr w:type="spellStart"/>
            <w:r w:rsidRPr="00872DE7">
              <w:rPr>
                <w:iCs/>
                <w:sz w:val="20"/>
              </w:rPr>
              <w:t>Bialymstoku</w:t>
            </w:r>
            <w:proofErr w:type="spellEnd"/>
          </w:p>
          <w:p w14:paraId="534D4BC7" w14:textId="77777777" w:rsidR="00304FB0" w:rsidRPr="00872DE7" w:rsidRDefault="00304FB0" w:rsidP="00F63ADF">
            <w:pPr>
              <w:spacing w:after="15" w:line="259" w:lineRule="auto"/>
              <w:ind w:right="92"/>
              <w:jc w:val="center"/>
              <w:rPr>
                <w:iCs/>
                <w:sz w:val="20"/>
              </w:rPr>
            </w:pPr>
            <w:r w:rsidRPr="00872DE7">
              <w:rPr>
                <w:iCs/>
                <w:sz w:val="20"/>
              </w:rPr>
              <w:t xml:space="preserve">ul. </w:t>
            </w:r>
            <w:proofErr w:type="spellStart"/>
            <w:r w:rsidRPr="00872DE7">
              <w:rPr>
                <w:iCs/>
                <w:sz w:val="20"/>
              </w:rPr>
              <w:t>Swietojanska</w:t>
            </w:r>
            <w:proofErr w:type="spellEnd"/>
            <w:r w:rsidRPr="00872DE7">
              <w:rPr>
                <w:iCs/>
                <w:sz w:val="20"/>
              </w:rPr>
              <w:t xml:space="preserve"> 7, 15-082 Bialystok</w:t>
            </w:r>
          </w:p>
        </w:tc>
        <w:tc>
          <w:tcPr>
            <w:tcW w:w="1261" w:type="dxa"/>
          </w:tcPr>
          <w:p w14:paraId="5760FEB0" w14:textId="77777777" w:rsidR="00304FB0" w:rsidRPr="00872DE7" w:rsidRDefault="00304FB0" w:rsidP="00F63ADF">
            <w:pPr>
              <w:spacing w:line="259" w:lineRule="auto"/>
              <w:ind w:right="85"/>
              <w:jc w:val="center"/>
              <w:rPr>
                <w:iCs/>
                <w:sz w:val="20"/>
              </w:rPr>
            </w:pPr>
            <w:r w:rsidRPr="00872DE7">
              <w:rPr>
                <w:iCs/>
                <w:sz w:val="20"/>
              </w:rPr>
              <w:t>15 Sep 2021</w:t>
            </w:r>
          </w:p>
        </w:tc>
      </w:tr>
      <w:tr w:rsidR="00304FB0" w14:paraId="776E421F" w14:textId="77777777" w:rsidTr="00C8528D">
        <w:trPr>
          <w:trHeight w:val="20"/>
        </w:trPr>
        <w:tc>
          <w:tcPr>
            <w:tcW w:w="1142" w:type="dxa"/>
          </w:tcPr>
          <w:p w14:paraId="04AD3A09" w14:textId="77777777" w:rsidR="00304FB0" w:rsidRPr="00E56B5D" w:rsidRDefault="00304FB0" w:rsidP="00F63ADF">
            <w:pPr>
              <w:spacing w:line="259" w:lineRule="auto"/>
              <w:ind w:right="90"/>
              <w:jc w:val="center"/>
              <w:rPr>
                <w:b/>
                <w:bCs/>
                <w:iCs/>
                <w:sz w:val="20"/>
              </w:rPr>
            </w:pPr>
            <w:r w:rsidRPr="00E56B5D">
              <w:rPr>
                <w:b/>
                <w:bCs/>
                <w:iCs/>
                <w:sz w:val="20"/>
              </w:rPr>
              <w:t xml:space="preserve">Poland </w:t>
            </w:r>
          </w:p>
        </w:tc>
        <w:tc>
          <w:tcPr>
            <w:tcW w:w="1123" w:type="dxa"/>
          </w:tcPr>
          <w:p w14:paraId="04982831" w14:textId="77777777" w:rsidR="00304FB0" w:rsidRPr="00872DE7" w:rsidRDefault="00304FB0" w:rsidP="00F63ADF">
            <w:pPr>
              <w:spacing w:line="259" w:lineRule="auto"/>
              <w:ind w:right="90"/>
              <w:jc w:val="center"/>
              <w:rPr>
                <w:iCs/>
                <w:sz w:val="20"/>
              </w:rPr>
            </w:pPr>
            <w:r w:rsidRPr="00872DE7">
              <w:rPr>
                <w:iCs/>
                <w:sz w:val="20"/>
              </w:rPr>
              <w:t xml:space="preserve">5704 </w:t>
            </w:r>
          </w:p>
        </w:tc>
        <w:tc>
          <w:tcPr>
            <w:tcW w:w="3403" w:type="dxa"/>
          </w:tcPr>
          <w:p w14:paraId="5C4A86C3" w14:textId="77777777" w:rsidR="00304FB0" w:rsidRDefault="00304FB0" w:rsidP="00F63ADF">
            <w:pPr>
              <w:spacing w:after="15" w:line="259" w:lineRule="auto"/>
              <w:ind w:left="26"/>
              <w:jc w:val="center"/>
              <w:rPr>
                <w:iCs/>
                <w:sz w:val="20"/>
              </w:rPr>
            </w:pPr>
            <w:proofErr w:type="spellStart"/>
            <w:r w:rsidRPr="00872DE7">
              <w:rPr>
                <w:iCs/>
                <w:sz w:val="20"/>
              </w:rPr>
              <w:t>Komisja</w:t>
            </w:r>
            <w:proofErr w:type="spellEnd"/>
            <w:r w:rsidRPr="00872DE7">
              <w:rPr>
                <w:iCs/>
                <w:sz w:val="20"/>
              </w:rPr>
              <w:t xml:space="preserve"> </w:t>
            </w:r>
            <w:proofErr w:type="spellStart"/>
            <w:r w:rsidRPr="00872DE7">
              <w:rPr>
                <w:iCs/>
                <w:sz w:val="20"/>
              </w:rPr>
              <w:t>Bioetyczna</w:t>
            </w:r>
            <w:proofErr w:type="spellEnd"/>
            <w:r w:rsidRPr="00872DE7">
              <w:rPr>
                <w:iCs/>
                <w:sz w:val="20"/>
              </w:rPr>
              <w:t xml:space="preserve"> </w:t>
            </w:r>
            <w:proofErr w:type="spellStart"/>
            <w:r w:rsidRPr="00872DE7">
              <w:rPr>
                <w:iCs/>
                <w:sz w:val="20"/>
              </w:rPr>
              <w:t>przy</w:t>
            </w:r>
            <w:proofErr w:type="spellEnd"/>
            <w:r>
              <w:rPr>
                <w:iCs/>
                <w:sz w:val="20"/>
              </w:rPr>
              <w:t xml:space="preserve"> </w:t>
            </w:r>
            <w:proofErr w:type="spellStart"/>
            <w:r w:rsidRPr="00872DE7">
              <w:rPr>
                <w:iCs/>
                <w:sz w:val="20"/>
              </w:rPr>
              <w:t>Okregowej</w:t>
            </w:r>
            <w:proofErr w:type="spellEnd"/>
            <w:r w:rsidRPr="00872DE7">
              <w:rPr>
                <w:iCs/>
                <w:sz w:val="20"/>
              </w:rPr>
              <w:t xml:space="preserve"> </w:t>
            </w:r>
            <w:proofErr w:type="spellStart"/>
            <w:r w:rsidRPr="00872DE7">
              <w:rPr>
                <w:iCs/>
                <w:sz w:val="20"/>
              </w:rPr>
              <w:t>Izbie</w:t>
            </w:r>
            <w:proofErr w:type="spellEnd"/>
            <w:r>
              <w:rPr>
                <w:iCs/>
                <w:sz w:val="20"/>
              </w:rPr>
              <w:t xml:space="preserve"> </w:t>
            </w:r>
            <w:r w:rsidRPr="00872DE7">
              <w:rPr>
                <w:iCs/>
                <w:sz w:val="20"/>
              </w:rPr>
              <w:t>Lekarskiej w</w:t>
            </w:r>
            <w:r>
              <w:rPr>
                <w:iCs/>
                <w:sz w:val="20"/>
              </w:rPr>
              <w:t xml:space="preserve"> </w:t>
            </w:r>
            <w:proofErr w:type="spellStart"/>
            <w:r w:rsidRPr="00872DE7">
              <w:rPr>
                <w:iCs/>
                <w:sz w:val="20"/>
              </w:rPr>
              <w:t>Bialymstoku</w:t>
            </w:r>
            <w:proofErr w:type="spellEnd"/>
          </w:p>
          <w:p w14:paraId="3220D210" w14:textId="77777777" w:rsidR="00304FB0" w:rsidRPr="00872DE7" w:rsidRDefault="00304FB0" w:rsidP="00F63ADF">
            <w:pPr>
              <w:spacing w:after="15" w:line="259" w:lineRule="auto"/>
              <w:ind w:right="92"/>
              <w:jc w:val="center"/>
              <w:rPr>
                <w:iCs/>
                <w:sz w:val="20"/>
              </w:rPr>
            </w:pPr>
            <w:r w:rsidRPr="00872DE7">
              <w:rPr>
                <w:iCs/>
                <w:sz w:val="20"/>
              </w:rPr>
              <w:lastRenderedPageBreak/>
              <w:t xml:space="preserve">ul. </w:t>
            </w:r>
            <w:proofErr w:type="spellStart"/>
            <w:r w:rsidRPr="00872DE7">
              <w:rPr>
                <w:iCs/>
                <w:sz w:val="20"/>
              </w:rPr>
              <w:t>Swietojanska</w:t>
            </w:r>
            <w:proofErr w:type="spellEnd"/>
            <w:r w:rsidRPr="00872DE7">
              <w:rPr>
                <w:iCs/>
                <w:sz w:val="20"/>
              </w:rPr>
              <w:t xml:space="preserve"> 7, 15-082 Bialystok</w:t>
            </w:r>
          </w:p>
        </w:tc>
        <w:tc>
          <w:tcPr>
            <w:tcW w:w="1261" w:type="dxa"/>
          </w:tcPr>
          <w:p w14:paraId="302786E1" w14:textId="77777777" w:rsidR="00304FB0" w:rsidRPr="00872DE7" w:rsidRDefault="00304FB0" w:rsidP="00F63ADF">
            <w:pPr>
              <w:spacing w:line="259" w:lineRule="auto"/>
              <w:ind w:right="85"/>
              <w:jc w:val="center"/>
              <w:rPr>
                <w:iCs/>
                <w:sz w:val="20"/>
              </w:rPr>
            </w:pPr>
            <w:r w:rsidRPr="00872DE7">
              <w:rPr>
                <w:iCs/>
                <w:sz w:val="20"/>
              </w:rPr>
              <w:lastRenderedPageBreak/>
              <w:t>15 Sep 2021</w:t>
            </w:r>
          </w:p>
        </w:tc>
      </w:tr>
      <w:tr w:rsidR="00304FB0" w14:paraId="1671D6E2" w14:textId="77777777" w:rsidTr="00C8528D">
        <w:trPr>
          <w:trHeight w:val="20"/>
        </w:trPr>
        <w:tc>
          <w:tcPr>
            <w:tcW w:w="1142" w:type="dxa"/>
          </w:tcPr>
          <w:p w14:paraId="5BEB9E0A" w14:textId="77777777" w:rsidR="00304FB0" w:rsidRPr="00E56B5D" w:rsidRDefault="00304FB0" w:rsidP="00F63ADF">
            <w:pPr>
              <w:spacing w:line="259" w:lineRule="auto"/>
              <w:ind w:right="90"/>
              <w:jc w:val="center"/>
              <w:rPr>
                <w:b/>
                <w:bCs/>
                <w:iCs/>
                <w:sz w:val="20"/>
              </w:rPr>
            </w:pPr>
            <w:r w:rsidRPr="00E56B5D">
              <w:rPr>
                <w:b/>
                <w:bCs/>
                <w:iCs/>
                <w:sz w:val="20"/>
              </w:rPr>
              <w:t xml:space="preserve">Poland </w:t>
            </w:r>
          </w:p>
        </w:tc>
        <w:tc>
          <w:tcPr>
            <w:tcW w:w="1123" w:type="dxa"/>
          </w:tcPr>
          <w:p w14:paraId="791ACC5B" w14:textId="77777777" w:rsidR="00304FB0" w:rsidRPr="00872DE7" w:rsidRDefault="00304FB0" w:rsidP="00F63ADF">
            <w:pPr>
              <w:spacing w:line="259" w:lineRule="auto"/>
              <w:ind w:right="90"/>
              <w:jc w:val="center"/>
              <w:rPr>
                <w:iCs/>
                <w:sz w:val="20"/>
              </w:rPr>
            </w:pPr>
            <w:r w:rsidRPr="00872DE7">
              <w:rPr>
                <w:iCs/>
                <w:sz w:val="20"/>
              </w:rPr>
              <w:t xml:space="preserve">5705 </w:t>
            </w:r>
          </w:p>
        </w:tc>
        <w:tc>
          <w:tcPr>
            <w:tcW w:w="3403" w:type="dxa"/>
          </w:tcPr>
          <w:p w14:paraId="141EC063" w14:textId="77777777" w:rsidR="00304FB0" w:rsidRDefault="00304FB0" w:rsidP="00F63ADF">
            <w:pPr>
              <w:spacing w:after="15" w:line="259" w:lineRule="auto"/>
              <w:ind w:left="26"/>
              <w:jc w:val="center"/>
              <w:rPr>
                <w:iCs/>
                <w:sz w:val="20"/>
              </w:rPr>
            </w:pPr>
            <w:proofErr w:type="spellStart"/>
            <w:r w:rsidRPr="00872DE7">
              <w:rPr>
                <w:iCs/>
                <w:sz w:val="20"/>
              </w:rPr>
              <w:t>Komisja</w:t>
            </w:r>
            <w:proofErr w:type="spellEnd"/>
            <w:r w:rsidRPr="00872DE7">
              <w:rPr>
                <w:iCs/>
                <w:sz w:val="20"/>
              </w:rPr>
              <w:t xml:space="preserve"> </w:t>
            </w:r>
            <w:proofErr w:type="spellStart"/>
            <w:r w:rsidRPr="00872DE7">
              <w:rPr>
                <w:iCs/>
                <w:sz w:val="20"/>
              </w:rPr>
              <w:t>Bioetyczna</w:t>
            </w:r>
            <w:proofErr w:type="spellEnd"/>
            <w:r w:rsidRPr="00872DE7">
              <w:rPr>
                <w:iCs/>
                <w:sz w:val="20"/>
              </w:rPr>
              <w:t xml:space="preserve"> </w:t>
            </w:r>
            <w:proofErr w:type="spellStart"/>
            <w:r w:rsidRPr="00872DE7">
              <w:rPr>
                <w:iCs/>
                <w:sz w:val="20"/>
              </w:rPr>
              <w:t>przy</w:t>
            </w:r>
            <w:proofErr w:type="spellEnd"/>
            <w:r>
              <w:rPr>
                <w:iCs/>
                <w:sz w:val="20"/>
              </w:rPr>
              <w:t xml:space="preserve"> </w:t>
            </w:r>
            <w:proofErr w:type="spellStart"/>
            <w:r w:rsidRPr="00872DE7">
              <w:rPr>
                <w:iCs/>
                <w:sz w:val="20"/>
              </w:rPr>
              <w:t>Okregowej</w:t>
            </w:r>
            <w:proofErr w:type="spellEnd"/>
            <w:r w:rsidRPr="00872DE7">
              <w:rPr>
                <w:iCs/>
                <w:sz w:val="20"/>
              </w:rPr>
              <w:t xml:space="preserve"> </w:t>
            </w:r>
            <w:proofErr w:type="spellStart"/>
            <w:r w:rsidRPr="00872DE7">
              <w:rPr>
                <w:iCs/>
                <w:sz w:val="20"/>
              </w:rPr>
              <w:t>Izbie</w:t>
            </w:r>
            <w:proofErr w:type="spellEnd"/>
            <w:r>
              <w:rPr>
                <w:iCs/>
                <w:sz w:val="20"/>
              </w:rPr>
              <w:t xml:space="preserve"> </w:t>
            </w:r>
            <w:r w:rsidRPr="00872DE7">
              <w:rPr>
                <w:iCs/>
                <w:sz w:val="20"/>
              </w:rPr>
              <w:t>Lekarskiej w</w:t>
            </w:r>
            <w:r>
              <w:rPr>
                <w:iCs/>
                <w:sz w:val="20"/>
              </w:rPr>
              <w:t xml:space="preserve"> </w:t>
            </w:r>
            <w:proofErr w:type="spellStart"/>
            <w:r w:rsidRPr="00872DE7">
              <w:rPr>
                <w:iCs/>
                <w:sz w:val="20"/>
              </w:rPr>
              <w:t>Bialymstoku</w:t>
            </w:r>
            <w:proofErr w:type="spellEnd"/>
          </w:p>
          <w:p w14:paraId="7AC75D38" w14:textId="77777777" w:rsidR="00304FB0" w:rsidRPr="00872DE7" w:rsidRDefault="00304FB0" w:rsidP="00F63ADF">
            <w:pPr>
              <w:spacing w:after="15" w:line="259" w:lineRule="auto"/>
              <w:ind w:right="92"/>
              <w:jc w:val="center"/>
              <w:rPr>
                <w:iCs/>
                <w:sz w:val="20"/>
              </w:rPr>
            </w:pPr>
            <w:r w:rsidRPr="00872DE7">
              <w:rPr>
                <w:iCs/>
                <w:sz w:val="20"/>
              </w:rPr>
              <w:t xml:space="preserve">ul. </w:t>
            </w:r>
            <w:proofErr w:type="spellStart"/>
            <w:r w:rsidRPr="00872DE7">
              <w:rPr>
                <w:iCs/>
                <w:sz w:val="20"/>
              </w:rPr>
              <w:t>Swietojanska</w:t>
            </w:r>
            <w:proofErr w:type="spellEnd"/>
            <w:r w:rsidRPr="00872DE7">
              <w:rPr>
                <w:iCs/>
                <w:sz w:val="20"/>
              </w:rPr>
              <w:t xml:space="preserve"> 7, 15-082 Bialystok</w:t>
            </w:r>
          </w:p>
        </w:tc>
        <w:tc>
          <w:tcPr>
            <w:tcW w:w="1261" w:type="dxa"/>
          </w:tcPr>
          <w:p w14:paraId="4D502395" w14:textId="77777777" w:rsidR="00304FB0" w:rsidRPr="00872DE7" w:rsidRDefault="00304FB0" w:rsidP="00F63ADF">
            <w:pPr>
              <w:spacing w:line="259" w:lineRule="auto"/>
              <w:ind w:right="85"/>
              <w:jc w:val="center"/>
              <w:rPr>
                <w:iCs/>
                <w:sz w:val="20"/>
              </w:rPr>
            </w:pPr>
            <w:r w:rsidRPr="00872DE7">
              <w:rPr>
                <w:iCs/>
                <w:sz w:val="20"/>
              </w:rPr>
              <w:t>15 Sep 2021</w:t>
            </w:r>
          </w:p>
        </w:tc>
      </w:tr>
      <w:tr w:rsidR="00304FB0" w14:paraId="1896C76E" w14:textId="77777777" w:rsidTr="00C8528D">
        <w:trPr>
          <w:trHeight w:val="20"/>
        </w:trPr>
        <w:tc>
          <w:tcPr>
            <w:tcW w:w="1142" w:type="dxa"/>
          </w:tcPr>
          <w:p w14:paraId="284D6815" w14:textId="77777777" w:rsidR="00304FB0" w:rsidRPr="00E56B5D" w:rsidRDefault="00304FB0" w:rsidP="00F63ADF">
            <w:pPr>
              <w:spacing w:line="259" w:lineRule="auto"/>
              <w:ind w:right="90"/>
              <w:jc w:val="center"/>
              <w:rPr>
                <w:b/>
                <w:bCs/>
                <w:iCs/>
                <w:sz w:val="20"/>
              </w:rPr>
            </w:pPr>
            <w:r w:rsidRPr="00E56B5D">
              <w:rPr>
                <w:b/>
                <w:bCs/>
                <w:iCs/>
                <w:sz w:val="20"/>
              </w:rPr>
              <w:t xml:space="preserve">Poland </w:t>
            </w:r>
          </w:p>
        </w:tc>
        <w:tc>
          <w:tcPr>
            <w:tcW w:w="1123" w:type="dxa"/>
          </w:tcPr>
          <w:p w14:paraId="3C9EA826" w14:textId="77777777" w:rsidR="00304FB0" w:rsidRPr="00872DE7" w:rsidRDefault="00304FB0" w:rsidP="00F63ADF">
            <w:pPr>
              <w:spacing w:line="259" w:lineRule="auto"/>
              <w:ind w:right="90"/>
              <w:jc w:val="center"/>
              <w:rPr>
                <w:iCs/>
                <w:sz w:val="20"/>
              </w:rPr>
            </w:pPr>
            <w:r w:rsidRPr="00872DE7">
              <w:rPr>
                <w:iCs/>
                <w:sz w:val="20"/>
              </w:rPr>
              <w:t xml:space="preserve">5706 </w:t>
            </w:r>
          </w:p>
        </w:tc>
        <w:tc>
          <w:tcPr>
            <w:tcW w:w="3403" w:type="dxa"/>
          </w:tcPr>
          <w:p w14:paraId="2DA58E53" w14:textId="77777777" w:rsidR="00304FB0" w:rsidRDefault="00304FB0" w:rsidP="00F63ADF">
            <w:pPr>
              <w:spacing w:after="15" w:line="259" w:lineRule="auto"/>
              <w:ind w:left="26"/>
              <w:jc w:val="center"/>
              <w:rPr>
                <w:iCs/>
                <w:sz w:val="20"/>
              </w:rPr>
            </w:pPr>
            <w:proofErr w:type="spellStart"/>
            <w:r w:rsidRPr="00872DE7">
              <w:rPr>
                <w:iCs/>
                <w:sz w:val="20"/>
              </w:rPr>
              <w:t>Komisja</w:t>
            </w:r>
            <w:proofErr w:type="spellEnd"/>
            <w:r w:rsidRPr="00872DE7">
              <w:rPr>
                <w:iCs/>
                <w:sz w:val="20"/>
              </w:rPr>
              <w:t xml:space="preserve"> </w:t>
            </w:r>
            <w:proofErr w:type="spellStart"/>
            <w:r w:rsidRPr="00872DE7">
              <w:rPr>
                <w:iCs/>
                <w:sz w:val="20"/>
              </w:rPr>
              <w:t>Bioetyczna</w:t>
            </w:r>
            <w:proofErr w:type="spellEnd"/>
            <w:r w:rsidRPr="00872DE7">
              <w:rPr>
                <w:iCs/>
                <w:sz w:val="20"/>
              </w:rPr>
              <w:t xml:space="preserve"> </w:t>
            </w:r>
            <w:proofErr w:type="spellStart"/>
            <w:r w:rsidRPr="00872DE7">
              <w:rPr>
                <w:iCs/>
                <w:sz w:val="20"/>
              </w:rPr>
              <w:t>przy</w:t>
            </w:r>
            <w:proofErr w:type="spellEnd"/>
            <w:r>
              <w:rPr>
                <w:iCs/>
                <w:sz w:val="20"/>
              </w:rPr>
              <w:t xml:space="preserve"> </w:t>
            </w:r>
            <w:proofErr w:type="spellStart"/>
            <w:r w:rsidRPr="00872DE7">
              <w:rPr>
                <w:iCs/>
                <w:sz w:val="20"/>
              </w:rPr>
              <w:t>Okregowej</w:t>
            </w:r>
            <w:proofErr w:type="spellEnd"/>
            <w:r w:rsidRPr="00872DE7">
              <w:rPr>
                <w:iCs/>
                <w:sz w:val="20"/>
              </w:rPr>
              <w:t xml:space="preserve"> </w:t>
            </w:r>
            <w:proofErr w:type="spellStart"/>
            <w:r w:rsidRPr="00872DE7">
              <w:rPr>
                <w:iCs/>
                <w:sz w:val="20"/>
              </w:rPr>
              <w:t>Izbie</w:t>
            </w:r>
            <w:proofErr w:type="spellEnd"/>
            <w:r>
              <w:rPr>
                <w:iCs/>
                <w:sz w:val="20"/>
              </w:rPr>
              <w:t xml:space="preserve"> </w:t>
            </w:r>
            <w:r w:rsidRPr="00872DE7">
              <w:rPr>
                <w:iCs/>
                <w:sz w:val="20"/>
              </w:rPr>
              <w:t>Lekarskiej w</w:t>
            </w:r>
            <w:r>
              <w:rPr>
                <w:iCs/>
                <w:sz w:val="20"/>
              </w:rPr>
              <w:t xml:space="preserve"> </w:t>
            </w:r>
            <w:proofErr w:type="spellStart"/>
            <w:r w:rsidRPr="00872DE7">
              <w:rPr>
                <w:iCs/>
                <w:sz w:val="20"/>
              </w:rPr>
              <w:t>Bialymstoku</w:t>
            </w:r>
            <w:proofErr w:type="spellEnd"/>
          </w:p>
          <w:p w14:paraId="4351DBCC" w14:textId="77777777" w:rsidR="00304FB0" w:rsidRPr="00872DE7" w:rsidRDefault="00304FB0" w:rsidP="00F63ADF">
            <w:pPr>
              <w:spacing w:after="15" w:line="259" w:lineRule="auto"/>
              <w:ind w:right="92"/>
              <w:jc w:val="center"/>
              <w:rPr>
                <w:iCs/>
                <w:sz w:val="20"/>
              </w:rPr>
            </w:pPr>
            <w:r w:rsidRPr="00872DE7">
              <w:rPr>
                <w:iCs/>
                <w:sz w:val="20"/>
              </w:rPr>
              <w:t xml:space="preserve">ul. </w:t>
            </w:r>
            <w:proofErr w:type="spellStart"/>
            <w:r w:rsidRPr="00872DE7">
              <w:rPr>
                <w:iCs/>
                <w:sz w:val="20"/>
              </w:rPr>
              <w:t>Swietojanska</w:t>
            </w:r>
            <w:proofErr w:type="spellEnd"/>
            <w:r w:rsidRPr="00872DE7">
              <w:rPr>
                <w:iCs/>
                <w:sz w:val="20"/>
              </w:rPr>
              <w:t xml:space="preserve"> 7, 15-082 Bialystok</w:t>
            </w:r>
          </w:p>
        </w:tc>
        <w:tc>
          <w:tcPr>
            <w:tcW w:w="1261" w:type="dxa"/>
          </w:tcPr>
          <w:p w14:paraId="3669EC30" w14:textId="77777777" w:rsidR="00304FB0" w:rsidRPr="00872DE7" w:rsidRDefault="00304FB0" w:rsidP="00F63ADF">
            <w:pPr>
              <w:spacing w:line="259" w:lineRule="auto"/>
              <w:ind w:right="85"/>
              <w:jc w:val="center"/>
              <w:rPr>
                <w:iCs/>
                <w:sz w:val="20"/>
              </w:rPr>
            </w:pPr>
            <w:r w:rsidRPr="00872DE7">
              <w:rPr>
                <w:iCs/>
                <w:sz w:val="20"/>
              </w:rPr>
              <w:t>15 Sep 2021</w:t>
            </w:r>
          </w:p>
        </w:tc>
      </w:tr>
      <w:tr w:rsidR="00304FB0" w14:paraId="29CEFEB1" w14:textId="77777777" w:rsidTr="00C8528D">
        <w:trPr>
          <w:trHeight w:val="20"/>
        </w:trPr>
        <w:tc>
          <w:tcPr>
            <w:tcW w:w="1142" w:type="dxa"/>
          </w:tcPr>
          <w:p w14:paraId="6B6D8034" w14:textId="77777777" w:rsidR="00304FB0" w:rsidRPr="00E56B5D" w:rsidRDefault="00304FB0" w:rsidP="00F63ADF">
            <w:pPr>
              <w:spacing w:line="259" w:lineRule="auto"/>
              <w:ind w:right="90"/>
              <w:jc w:val="center"/>
              <w:rPr>
                <w:b/>
                <w:bCs/>
                <w:iCs/>
                <w:sz w:val="20"/>
              </w:rPr>
            </w:pPr>
            <w:r w:rsidRPr="00E56B5D">
              <w:rPr>
                <w:b/>
                <w:bCs/>
                <w:iCs/>
                <w:sz w:val="20"/>
              </w:rPr>
              <w:t xml:space="preserve">Poland </w:t>
            </w:r>
          </w:p>
        </w:tc>
        <w:tc>
          <w:tcPr>
            <w:tcW w:w="1123" w:type="dxa"/>
          </w:tcPr>
          <w:p w14:paraId="62DC4266" w14:textId="77777777" w:rsidR="00304FB0" w:rsidRPr="00872DE7" w:rsidRDefault="00304FB0" w:rsidP="00F63ADF">
            <w:pPr>
              <w:spacing w:line="259" w:lineRule="auto"/>
              <w:ind w:right="90"/>
              <w:jc w:val="center"/>
              <w:rPr>
                <w:iCs/>
                <w:sz w:val="20"/>
              </w:rPr>
            </w:pPr>
            <w:r w:rsidRPr="00872DE7">
              <w:rPr>
                <w:iCs/>
                <w:sz w:val="20"/>
              </w:rPr>
              <w:t xml:space="preserve">5708 </w:t>
            </w:r>
          </w:p>
        </w:tc>
        <w:tc>
          <w:tcPr>
            <w:tcW w:w="3403" w:type="dxa"/>
          </w:tcPr>
          <w:p w14:paraId="36EC3878" w14:textId="77777777" w:rsidR="00304FB0" w:rsidRDefault="00304FB0" w:rsidP="00F63ADF">
            <w:pPr>
              <w:spacing w:after="15" w:line="259" w:lineRule="auto"/>
              <w:ind w:left="26"/>
              <w:jc w:val="center"/>
              <w:rPr>
                <w:iCs/>
                <w:sz w:val="20"/>
              </w:rPr>
            </w:pPr>
            <w:proofErr w:type="spellStart"/>
            <w:r w:rsidRPr="00872DE7">
              <w:rPr>
                <w:iCs/>
                <w:sz w:val="20"/>
              </w:rPr>
              <w:t>Komisja</w:t>
            </w:r>
            <w:proofErr w:type="spellEnd"/>
            <w:r w:rsidRPr="00872DE7">
              <w:rPr>
                <w:iCs/>
                <w:sz w:val="20"/>
              </w:rPr>
              <w:t xml:space="preserve"> </w:t>
            </w:r>
            <w:proofErr w:type="spellStart"/>
            <w:r w:rsidRPr="00872DE7">
              <w:rPr>
                <w:iCs/>
                <w:sz w:val="20"/>
              </w:rPr>
              <w:t>Bioetyczna</w:t>
            </w:r>
            <w:proofErr w:type="spellEnd"/>
            <w:r w:rsidRPr="00872DE7">
              <w:rPr>
                <w:iCs/>
                <w:sz w:val="20"/>
              </w:rPr>
              <w:t xml:space="preserve"> </w:t>
            </w:r>
            <w:proofErr w:type="spellStart"/>
            <w:r w:rsidRPr="00872DE7">
              <w:rPr>
                <w:iCs/>
                <w:sz w:val="20"/>
              </w:rPr>
              <w:t>przy</w:t>
            </w:r>
            <w:proofErr w:type="spellEnd"/>
            <w:r>
              <w:rPr>
                <w:iCs/>
                <w:sz w:val="20"/>
              </w:rPr>
              <w:t xml:space="preserve"> </w:t>
            </w:r>
            <w:proofErr w:type="spellStart"/>
            <w:r w:rsidRPr="00872DE7">
              <w:rPr>
                <w:iCs/>
                <w:sz w:val="20"/>
              </w:rPr>
              <w:t>Okregowej</w:t>
            </w:r>
            <w:proofErr w:type="spellEnd"/>
            <w:r w:rsidRPr="00872DE7">
              <w:rPr>
                <w:iCs/>
                <w:sz w:val="20"/>
              </w:rPr>
              <w:t xml:space="preserve"> </w:t>
            </w:r>
            <w:proofErr w:type="spellStart"/>
            <w:r w:rsidRPr="00872DE7">
              <w:rPr>
                <w:iCs/>
                <w:sz w:val="20"/>
              </w:rPr>
              <w:t>Izbie</w:t>
            </w:r>
            <w:proofErr w:type="spellEnd"/>
            <w:r>
              <w:rPr>
                <w:iCs/>
                <w:sz w:val="20"/>
              </w:rPr>
              <w:t xml:space="preserve"> </w:t>
            </w:r>
            <w:r w:rsidRPr="00872DE7">
              <w:rPr>
                <w:iCs/>
                <w:sz w:val="20"/>
              </w:rPr>
              <w:t>Lekarskiej w</w:t>
            </w:r>
            <w:r>
              <w:rPr>
                <w:iCs/>
                <w:sz w:val="20"/>
              </w:rPr>
              <w:t xml:space="preserve"> </w:t>
            </w:r>
            <w:proofErr w:type="spellStart"/>
            <w:r w:rsidRPr="00872DE7">
              <w:rPr>
                <w:iCs/>
                <w:sz w:val="20"/>
              </w:rPr>
              <w:t>Bialymstoku</w:t>
            </w:r>
            <w:proofErr w:type="spellEnd"/>
          </w:p>
          <w:p w14:paraId="1F3F1F46" w14:textId="77777777" w:rsidR="00304FB0" w:rsidRPr="00872DE7" w:rsidRDefault="00304FB0" w:rsidP="00F63ADF">
            <w:pPr>
              <w:spacing w:after="15" w:line="259" w:lineRule="auto"/>
              <w:ind w:right="92"/>
              <w:jc w:val="center"/>
              <w:rPr>
                <w:iCs/>
                <w:sz w:val="20"/>
              </w:rPr>
            </w:pPr>
            <w:r w:rsidRPr="00872DE7">
              <w:rPr>
                <w:iCs/>
                <w:sz w:val="20"/>
              </w:rPr>
              <w:t xml:space="preserve">ul. </w:t>
            </w:r>
            <w:proofErr w:type="spellStart"/>
            <w:r w:rsidRPr="00872DE7">
              <w:rPr>
                <w:iCs/>
                <w:sz w:val="20"/>
              </w:rPr>
              <w:t>Swietojanska</w:t>
            </w:r>
            <w:proofErr w:type="spellEnd"/>
            <w:r w:rsidRPr="00872DE7">
              <w:rPr>
                <w:iCs/>
                <w:sz w:val="20"/>
              </w:rPr>
              <w:t xml:space="preserve"> 7, 15-082 Bialystok</w:t>
            </w:r>
          </w:p>
        </w:tc>
        <w:tc>
          <w:tcPr>
            <w:tcW w:w="1261" w:type="dxa"/>
          </w:tcPr>
          <w:p w14:paraId="539F8570" w14:textId="77777777" w:rsidR="00304FB0" w:rsidRPr="00872DE7" w:rsidRDefault="00304FB0" w:rsidP="00F63ADF">
            <w:pPr>
              <w:spacing w:line="259" w:lineRule="auto"/>
              <w:ind w:right="85"/>
              <w:jc w:val="center"/>
              <w:rPr>
                <w:iCs/>
                <w:sz w:val="20"/>
              </w:rPr>
            </w:pPr>
            <w:r w:rsidRPr="00872DE7">
              <w:rPr>
                <w:iCs/>
                <w:sz w:val="20"/>
              </w:rPr>
              <w:t>15 Sep 2021</w:t>
            </w:r>
          </w:p>
        </w:tc>
      </w:tr>
      <w:tr w:rsidR="00304FB0" w14:paraId="3AFCC64D" w14:textId="77777777" w:rsidTr="00C8528D">
        <w:trPr>
          <w:trHeight w:val="20"/>
        </w:trPr>
        <w:tc>
          <w:tcPr>
            <w:tcW w:w="1142" w:type="dxa"/>
          </w:tcPr>
          <w:p w14:paraId="050DA073" w14:textId="77777777" w:rsidR="00304FB0" w:rsidRPr="00E56B5D" w:rsidRDefault="00304FB0" w:rsidP="006104F9">
            <w:pPr>
              <w:spacing w:line="259" w:lineRule="auto"/>
              <w:ind w:right="90"/>
              <w:jc w:val="center"/>
              <w:rPr>
                <w:b/>
                <w:bCs/>
                <w:iCs/>
                <w:sz w:val="20"/>
              </w:rPr>
            </w:pPr>
            <w:r w:rsidRPr="00E56B5D">
              <w:rPr>
                <w:b/>
                <w:bCs/>
                <w:iCs/>
                <w:sz w:val="20"/>
              </w:rPr>
              <w:t xml:space="preserve">Korea, Republic Of </w:t>
            </w:r>
          </w:p>
        </w:tc>
        <w:tc>
          <w:tcPr>
            <w:tcW w:w="1123" w:type="dxa"/>
          </w:tcPr>
          <w:p w14:paraId="76D10E93" w14:textId="77777777" w:rsidR="00304FB0" w:rsidRPr="00872DE7" w:rsidRDefault="00304FB0" w:rsidP="00ED32A7">
            <w:pPr>
              <w:spacing w:line="259" w:lineRule="auto"/>
              <w:ind w:right="90"/>
              <w:jc w:val="center"/>
              <w:rPr>
                <w:iCs/>
                <w:sz w:val="20"/>
              </w:rPr>
            </w:pPr>
            <w:r w:rsidRPr="00872DE7">
              <w:rPr>
                <w:iCs/>
                <w:sz w:val="20"/>
              </w:rPr>
              <w:t xml:space="preserve">6002 </w:t>
            </w:r>
          </w:p>
        </w:tc>
        <w:tc>
          <w:tcPr>
            <w:tcW w:w="3403" w:type="dxa"/>
          </w:tcPr>
          <w:p w14:paraId="4D292373" w14:textId="77777777" w:rsidR="00304FB0" w:rsidRPr="00872DE7" w:rsidRDefault="00304FB0" w:rsidP="006104F9">
            <w:pPr>
              <w:spacing w:line="274" w:lineRule="auto"/>
              <w:jc w:val="center"/>
              <w:rPr>
                <w:iCs/>
                <w:sz w:val="20"/>
              </w:rPr>
            </w:pPr>
            <w:proofErr w:type="spellStart"/>
            <w:r w:rsidRPr="00872DE7">
              <w:rPr>
                <w:iCs/>
                <w:sz w:val="20"/>
              </w:rPr>
              <w:t>Ajou</w:t>
            </w:r>
            <w:proofErr w:type="spellEnd"/>
            <w:r w:rsidRPr="00872DE7">
              <w:rPr>
                <w:iCs/>
                <w:sz w:val="20"/>
              </w:rPr>
              <w:t xml:space="preserve"> University Hospital Institutional Review</w:t>
            </w:r>
            <w:r>
              <w:rPr>
                <w:iCs/>
                <w:sz w:val="20"/>
              </w:rPr>
              <w:t xml:space="preserve"> </w:t>
            </w:r>
            <w:r w:rsidRPr="00872DE7">
              <w:rPr>
                <w:iCs/>
                <w:sz w:val="20"/>
              </w:rPr>
              <w:t xml:space="preserve">Board, 164, </w:t>
            </w:r>
            <w:proofErr w:type="spellStart"/>
            <w:r w:rsidRPr="00872DE7">
              <w:rPr>
                <w:iCs/>
                <w:sz w:val="20"/>
              </w:rPr>
              <w:t>Wor</w:t>
            </w:r>
            <w:r>
              <w:rPr>
                <w:iCs/>
                <w:sz w:val="20"/>
              </w:rPr>
              <w:t>l</w:t>
            </w:r>
            <w:r w:rsidRPr="00872DE7">
              <w:rPr>
                <w:iCs/>
                <w:sz w:val="20"/>
              </w:rPr>
              <w:t>dcup-ro</w:t>
            </w:r>
            <w:proofErr w:type="spellEnd"/>
            <w:r w:rsidRPr="00872DE7">
              <w:rPr>
                <w:iCs/>
                <w:sz w:val="20"/>
              </w:rPr>
              <w:t>,</w:t>
            </w:r>
          </w:p>
          <w:p w14:paraId="3E41CAF8" w14:textId="77777777" w:rsidR="00304FB0" w:rsidRPr="00872DE7" w:rsidRDefault="00304FB0" w:rsidP="00326692">
            <w:pPr>
              <w:spacing w:after="15" w:line="259" w:lineRule="auto"/>
              <w:ind w:left="12"/>
              <w:jc w:val="center"/>
              <w:rPr>
                <w:iCs/>
                <w:sz w:val="20"/>
              </w:rPr>
            </w:pPr>
            <w:proofErr w:type="spellStart"/>
            <w:r w:rsidRPr="00872DE7">
              <w:rPr>
                <w:iCs/>
                <w:sz w:val="20"/>
              </w:rPr>
              <w:t>Yeongtong-gu</w:t>
            </w:r>
            <w:proofErr w:type="spellEnd"/>
            <w:r w:rsidRPr="00872DE7">
              <w:rPr>
                <w:iCs/>
                <w:sz w:val="20"/>
              </w:rPr>
              <w:t>, Suwon-</w:t>
            </w:r>
            <w:proofErr w:type="spellStart"/>
            <w:r w:rsidRPr="00872DE7">
              <w:rPr>
                <w:iCs/>
                <w:sz w:val="20"/>
              </w:rPr>
              <w:t>si</w:t>
            </w:r>
            <w:proofErr w:type="spellEnd"/>
            <w:r w:rsidRPr="00872DE7">
              <w:rPr>
                <w:iCs/>
                <w:sz w:val="20"/>
              </w:rPr>
              <w:t>,</w:t>
            </w:r>
          </w:p>
          <w:p w14:paraId="7D145DE9" w14:textId="77777777" w:rsidR="00304FB0" w:rsidRPr="00872DE7" w:rsidRDefault="00304FB0" w:rsidP="00326692">
            <w:pPr>
              <w:spacing w:after="15" w:line="259" w:lineRule="auto"/>
              <w:ind w:right="92"/>
              <w:jc w:val="center"/>
              <w:rPr>
                <w:iCs/>
                <w:sz w:val="20"/>
              </w:rPr>
            </w:pPr>
            <w:r w:rsidRPr="00872DE7">
              <w:rPr>
                <w:iCs/>
                <w:sz w:val="20"/>
              </w:rPr>
              <w:t>Gyeonggi-do</w:t>
            </w:r>
          </w:p>
        </w:tc>
        <w:tc>
          <w:tcPr>
            <w:tcW w:w="1261" w:type="dxa"/>
          </w:tcPr>
          <w:p w14:paraId="1163C156" w14:textId="77777777" w:rsidR="00304FB0" w:rsidRPr="00872DE7" w:rsidRDefault="00304FB0" w:rsidP="00326692">
            <w:pPr>
              <w:spacing w:line="259" w:lineRule="auto"/>
              <w:ind w:right="85"/>
              <w:jc w:val="center"/>
              <w:rPr>
                <w:iCs/>
                <w:sz w:val="20"/>
              </w:rPr>
            </w:pPr>
            <w:r w:rsidRPr="00872DE7">
              <w:rPr>
                <w:iCs/>
                <w:sz w:val="20"/>
              </w:rPr>
              <w:t>04-Feb-2022</w:t>
            </w:r>
          </w:p>
        </w:tc>
      </w:tr>
      <w:tr w:rsidR="00304FB0" w14:paraId="3755F82C" w14:textId="77777777" w:rsidTr="00C8528D">
        <w:trPr>
          <w:trHeight w:val="20"/>
        </w:trPr>
        <w:tc>
          <w:tcPr>
            <w:tcW w:w="1142" w:type="dxa"/>
          </w:tcPr>
          <w:p w14:paraId="0E504B72" w14:textId="77777777" w:rsidR="00304FB0" w:rsidRPr="00E56B5D" w:rsidRDefault="00304FB0" w:rsidP="00872DE7">
            <w:pPr>
              <w:spacing w:line="259" w:lineRule="auto"/>
              <w:ind w:right="90"/>
              <w:jc w:val="center"/>
              <w:rPr>
                <w:b/>
                <w:bCs/>
                <w:iCs/>
                <w:sz w:val="20"/>
              </w:rPr>
            </w:pPr>
            <w:r w:rsidRPr="00E56B5D">
              <w:rPr>
                <w:b/>
                <w:bCs/>
                <w:iCs/>
                <w:sz w:val="20"/>
              </w:rPr>
              <w:t xml:space="preserve">Korea, Republic Of </w:t>
            </w:r>
          </w:p>
          <w:p w14:paraId="396B153A" w14:textId="77777777" w:rsidR="00304FB0" w:rsidRPr="00E56B5D" w:rsidRDefault="00304FB0" w:rsidP="00872DE7">
            <w:pPr>
              <w:spacing w:line="259" w:lineRule="auto"/>
              <w:ind w:right="90"/>
              <w:jc w:val="center"/>
              <w:rPr>
                <w:b/>
                <w:bCs/>
                <w:iCs/>
                <w:sz w:val="20"/>
              </w:rPr>
            </w:pPr>
          </w:p>
        </w:tc>
        <w:tc>
          <w:tcPr>
            <w:tcW w:w="1123" w:type="dxa"/>
          </w:tcPr>
          <w:p w14:paraId="5C1A307B" w14:textId="77777777" w:rsidR="00304FB0" w:rsidRPr="00872DE7" w:rsidRDefault="00304FB0" w:rsidP="00ED32A7">
            <w:pPr>
              <w:spacing w:line="259" w:lineRule="auto"/>
              <w:ind w:right="90"/>
              <w:jc w:val="center"/>
              <w:rPr>
                <w:iCs/>
                <w:sz w:val="20"/>
              </w:rPr>
            </w:pPr>
            <w:r w:rsidRPr="00872DE7">
              <w:rPr>
                <w:iCs/>
                <w:sz w:val="20"/>
              </w:rPr>
              <w:t xml:space="preserve">6003 </w:t>
            </w:r>
          </w:p>
        </w:tc>
        <w:tc>
          <w:tcPr>
            <w:tcW w:w="3403" w:type="dxa"/>
          </w:tcPr>
          <w:p w14:paraId="73C2B36D" w14:textId="77777777" w:rsidR="00304FB0" w:rsidRPr="00872DE7" w:rsidRDefault="00304FB0" w:rsidP="006104F9">
            <w:pPr>
              <w:spacing w:after="15" w:line="259" w:lineRule="auto"/>
              <w:ind w:right="90"/>
              <w:jc w:val="center"/>
              <w:rPr>
                <w:iCs/>
                <w:sz w:val="20"/>
              </w:rPr>
            </w:pPr>
            <w:r w:rsidRPr="00872DE7">
              <w:rPr>
                <w:iCs/>
                <w:sz w:val="20"/>
              </w:rPr>
              <w:t>Seoul St. Mary’s</w:t>
            </w:r>
            <w:r>
              <w:rPr>
                <w:iCs/>
                <w:sz w:val="20"/>
              </w:rPr>
              <w:t xml:space="preserve"> </w:t>
            </w:r>
            <w:r w:rsidRPr="00872DE7">
              <w:rPr>
                <w:iCs/>
                <w:sz w:val="20"/>
              </w:rPr>
              <w:t>Hospital, The Catholic</w:t>
            </w:r>
            <w:r>
              <w:rPr>
                <w:iCs/>
                <w:sz w:val="20"/>
              </w:rPr>
              <w:t xml:space="preserve"> </w:t>
            </w:r>
            <w:r w:rsidRPr="00872DE7">
              <w:rPr>
                <w:iCs/>
                <w:sz w:val="20"/>
              </w:rPr>
              <w:t>University of Korea IRB</w:t>
            </w:r>
            <w:r>
              <w:rPr>
                <w:iCs/>
                <w:sz w:val="20"/>
              </w:rPr>
              <w:t xml:space="preserve"> </w:t>
            </w:r>
            <w:r w:rsidRPr="00872DE7">
              <w:rPr>
                <w:iCs/>
                <w:sz w:val="20"/>
              </w:rPr>
              <w:t>(Institutional Review Board)</w:t>
            </w:r>
          </w:p>
          <w:p w14:paraId="0F6A4726" w14:textId="77777777" w:rsidR="00304FB0" w:rsidRPr="00872DE7" w:rsidRDefault="00304FB0" w:rsidP="006104F9">
            <w:pPr>
              <w:spacing w:after="17" w:line="259" w:lineRule="auto"/>
              <w:ind w:right="92"/>
              <w:jc w:val="center"/>
              <w:rPr>
                <w:iCs/>
                <w:sz w:val="20"/>
              </w:rPr>
            </w:pPr>
            <w:r w:rsidRPr="00872DE7">
              <w:rPr>
                <w:iCs/>
                <w:sz w:val="20"/>
              </w:rPr>
              <w:t xml:space="preserve">222, </w:t>
            </w:r>
            <w:proofErr w:type="spellStart"/>
            <w:r w:rsidRPr="00872DE7">
              <w:rPr>
                <w:iCs/>
                <w:sz w:val="20"/>
              </w:rPr>
              <w:t>Banpo-daero</w:t>
            </w:r>
            <w:proofErr w:type="spellEnd"/>
            <w:r w:rsidRPr="00872DE7">
              <w:rPr>
                <w:iCs/>
                <w:sz w:val="20"/>
              </w:rPr>
              <w:t>,</w:t>
            </w:r>
            <w:r>
              <w:rPr>
                <w:iCs/>
                <w:sz w:val="20"/>
              </w:rPr>
              <w:t xml:space="preserve"> </w:t>
            </w:r>
            <w:proofErr w:type="spellStart"/>
            <w:r w:rsidRPr="00872DE7">
              <w:rPr>
                <w:iCs/>
                <w:sz w:val="20"/>
              </w:rPr>
              <w:t>Seocho</w:t>
            </w:r>
            <w:proofErr w:type="spellEnd"/>
            <w:r w:rsidRPr="00872DE7">
              <w:rPr>
                <w:iCs/>
                <w:sz w:val="20"/>
              </w:rPr>
              <w:t>-Gu, Seoul,</w:t>
            </w:r>
            <w:r>
              <w:rPr>
                <w:iCs/>
                <w:sz w:val="20"/>
              </w:rPr>
              <w:t xml:space="preserve"> </w:t>
            </w:r>
            <w:r w:rsidRPr="00872DE7">
              <w:rPr>
                <w:iCs/>
                <w:sz w:val="20"/>
              </w:rPr>
              <w:t>06591</w:t>
            </w:r>
          </w:p>
        </w:tc>
        <w:tc>
          <w:tcPr>
            <w:tcW w:w="1261" w:type="dxa"/>
          </w:tcPr>
          <w:p w14:paraId="7B383BAB" w14:textId="77777777" w:rsidR="00304FB0" w:rsidRPr="00872DE7" w:rsidRDefault="00304FB0" w:rsidP="00326692">
            <w:pPr>
              <w:spacing w:line="259" w:lineRule="auto"/>
              <w:ind w:right="85"/>
              <w:jc w:val="center"/>
              <w:rPr>
                <w:iCs/>
                <w:sz w:val="20"/>
              </w:rPr>
            </w:pPr>
            <w:r w:rsidRPr="00872DE7">
              <w:rPr>
                <w:iCs/>
                <w:sz w:val="20"/>
              </w:rPr>
              <w:t>06 Oct 2021</w:t>
            </w:r>
          </w:p>
        </w:tc>
      </w:tr>
      <w:tr w:rsidR="00304FB0" w14:paraId="21262DD8" w14:textId="77777777" w:rsidTr="00C8528D">
        <w:trPr>
          <w:trHeight w:val="20"/>
        </w:trPr>
        <w:tc>
          <w:tcPr>
            <w:tcW w:w="1142" w:type="dxa"/>
          </w:tcPr>
          <w:p w14:paraId="781E7CEF" w14:textId="77777777" w:rsidR="00304FB0" w:rsidRPr="00E56B5D" w:rsidRDefault="00304FB0" w:rsidP="006104F9">
            <w:pPr>
              <w:spacing w:line="259" w:lineRule="auto"/>
              <w:ind w:right="90"/>
              <w:jc w:val="center"/>
              <w:rPr>
                <w:b/>
                <w:bCs/>
                <w:iCs/>
                <w:sz w:val="20"/>
              </w:rPr>
            </w:pPr>
            <w:r w:rsidRPr="00E56B5D">
              <w:rPr>
                <w:b/>
                <w:bCs/>
                <w:iCs/>
                <w:sz w:val="20"/>
              </w:rPr>
              <w:t xml:space="preserve">Korea, Republic Of </w:t>
            </w:r>
          </w:p>
        </w:tc>
        <w:tc>
          <w:tcPr>
            <w:tcW w:w="1123" w:type="dxa"/>
          </w:tcPr>
          <w:p w14:paraId="44ABCB91" w14:textId="77777777" w:rsidR="00304FB0" w:rsidRPr="00872DE7" w:rsidRDefault="00304FB0" w:rsidP="00ED32A7">
            <w:pPr>
              <w:spacing w:line="259" w:lineRule="auto"/>
              <w:ind w:right="90"/>
              <w:jc w:val="center"/>
              <w:rPr>
                <w:iCs/>
                <w:sz w:val="20"/>
              </w:rPr>
            </w:pPr>
            <w:r w:rsidRPr="00872DE7">
              <w:rPr>
                <w:iCs/>
                <w:sz w:val="20"/>
              </w:rPr>
              <w:t xml:space="preserve">6004 </w:t>
            </w:r>
          </w:p>
        </w:tc>
        <w:tc>
          <w:tcPr>
            <w:tcW w:w="3403" w:type="dxa"/>
          </w:tcPr>
          <w:p w14:paraId="0DAD6580" w14:textId="77777777" w:rsidR="00304FB0" w:rsidRPr="00872DE7" w:rsidRDefault="00304FB0" w:rsidP="00326692">
            <w:pPr>
              <w:spacing w:after="41" w:line="274" w:lineRule="auto"/>
              <w:ind w:right="32"/>
              <w:jc w:val="center"/>
              <w:rPr>
                <w:iCs/>
                <w:sz w:val="20"/>
              </w:rPr>
            </w:pPr>
            <w:r w:rsidRPr="00872DE7">
              <w:rPr>
                <w:iCs/>
                <w:sz w:val="20"/>
              </w:rPr>
              <w:t xml:space="preserve">The Catholic University of Korea, </w:t>
            </w:r>
            <w:proofErr w:type="spellStart"/>
            <w:r w:rsidRPr="00872DE7">
              <w:rPr>
                <w:iCs/>
                <w:sz w:val="20"/>
              </w:rPr>
              <w:t>Eunpyeong</w:t>
            </w:r>
            <w:proofErr w:type="spellEnd"/>
            <w:r w:rsidRPr="00872DE7">
              <w:rPr>
                <w:iCs/>
                <w:sz w:val="20"/>
              </w:rPr>
              <w:t xml:space="preserve"> St. Mary’s Hospital IRB</w:t>
            </w:r>
          </w:p>
          <w:p w14:paraId="501BA196" w14:textId="77777777" w:rsidR="00304FB0" w:rsidRPr="00872DE7" w:rsidRDefault="00304FB0" w:rsidP="006104F9">
            <w:pPr>
              <w:spacing w:after="15" w:line="259" w:lineRule="auto"/>
              <w:ind w:right="89"/>
              <w:jc w:val="center"/>
              <w:rPr>
                <w:iCs/>
                <w:sz w:val="20"/>
              </w:rPr>
            </w:pPr>
            <w:r w:rsidRPr="00872DE7">
              <w:rPr>
                <w:iCs/>
                <w:sz w:val="20"/>
              </w:rPr>
              <w:t>1021, Tongil-</w:t>
            </w:r>
            <w:proofErr w:type="spellStart"/>
            <w:r w:rsidRPr="00872DE7">
              <w:rPr>
                <w:iCs/>
                <w:sz w:val="20"/>
              </w:rPr>
              <w:t>ro</w:t>
            </w:r>
            <w:proofErr w:type="spellEnd"/>
            <w:r w:rsidRPr="00872DE7">
              <w:rPr>
                <w:iCs/>
                <w:sz w:val="20"/>
              </w:rPr>
              <w:t>,</w:t>
            </w:r>
            <w:r>
              <w:rPr>
                <w:iCs/>
                <w:sz w:val="20"/>
              </w:rPr>
              <w:t xml:space="preserve"> </w:t>
            </w:r>
            <w:proofErr w:type="spellStart"/>
            <w:r w:rsidRPr="00872DE7">
              <w:rPr>
                <w:iCs/>
                <w:sz w:val="20"/>
              </w:rPr>
              <w:t>Eunpyeong-gu</w:t>
            </w:r>
            <w:proofErr w:type="spellEnd"/>
            <w:r w:rsidRPr="00872DE7">
              <w:rPr>
                <w:iCs/>
                <w:sz w:val="20"/>
              </w:rPr>
              <w:t>, Seoul,</w:t>
            </w:r>
            <w:r>
              <w:rPr>
                <w:iCs/>
                <w:sz w:val="20"/>
              </w:rPr>
              <w:t xml:space="preserve"> </w:t>
            </w:r>
            <w:r w:rsidRPr="00872DE7">
              <w:rPr>
                <w:iCs/>
                <w:sz w:val="20"/>
              </w:rPr>
              <w:t>03312</w:t>
            </w:r>
          </w:p>
        </w:tc>
        <w:tc>
          <w:tcPr>
            <w:tcW w:w="1261" w:type="dxa"/>
          </w:tcPr>
          <w:p w14:paraId="4F12D946" w14:textId="77777777" w:rsidR="00304FB0" w:rsidRPr="00872DE7" w:rsidRDefault="00304FB0" w:rsidP="00326692">
            <w:pPr>
              <w:spacing w:line="259" w:lineRule="auto"/>
              <w:ind w:right="85"/>
              <w:jc w:val="center"/>
              <w:rPr>
                <w:iCs/>
                <w:sz w:val="20"/>
              </w:rPr>
            </w:pPr>
            <w:r w:rsidRPr="00872DE7">
              <w:rPr>
                <w:iCs/>
                <w:sz w:val="20"/>
              </w:rPr>
              <w:t>06 Oct 2021</w:t>
            </w:r>
          </w:p>
        </w:tc>
      </w:tr>
      <w:tr w:rsidR="00304FB0" w14:paraId="6F58981E" w14:textId="77777777" w:rsidTr="00C8528D">
        <w:trPr>
          <w:trHeight w:val="20"/>
        </w:trPr>
        <w:tc>
          <w:tcPr>
            <w:tcW w:w="1142" w:type="dxa"/>
          </w:tcPr>
          <w:p w14:paraId="50B98206" w14:textId="77777777" w:rsidR="00304FB0" w:rsidRPr="00E56B5D" w:rsidRDefault="00304FB0" w:rsidP="006104F9">
            <w:pPr>
              <w:spacing w:line="259" w:lineRule="auto"/>
              <w:ind w:right="90"/>
              <w:jc w:val="center"/>
              <w:rPr>
                <w:b/>
                <w:bCs/>
                <w:iCs/>
                <w:sz w:val="20"/>
              </w:rPr>
            </w:pPr>
            <w:r w:rsidRPr="00E56B5D">
              <w:rPr>
                <w:b/>
                <w:bCs/>
                <w:iCs/>
                <w:sz w:val="20"/>
              </w:rPr>
              <w:t xml:space="preserve">Korea, Republic Of </w:t>
            </w:r>
          </w:p>
        </w:tc>
        <w:tc>
          <w:tcPr>
            <w:tcW w:w="1123" w:type="dxa"/>
          </w:tcPr>
          <w:p w14:paraId="77BDEFC0" w14:textId="77777777" w:rsidR="00304FB0" w:rsidRPr="00872DE7" w:rsidRDefault="00304FB0" w:rsidP="00ED32A7">
            <w:pPr>
              <w:spacing w:line="259" w:lineRule="auto"/>
              <w:ind w:right="90"/>
              <w:jc w:val="center"/>
              <w:rPr>
                <w:iCs/>
                <w:sz w:val="20"/>
              </w:rPr>
            </w:pPr>
            <w:r w:rsidRPr="00872DE7">
              <w:rPr>
                <w:iCs/>
                <w:sz w:val="20"/>
              </w:rPr>
              <w:t xml:space="preserve">6006 </w:t>
            </w:r>
          </w:p>
        </w:tc>
        <w:tc>
          <w:tcPr>
            <w:tcW w:w="3403" w:type="dxa"/>
          </w:tcPr>
          <w:p w14:paraId="4CA39535" w14:textId="77777777" w:rsidR="00304FB0" w:rsidRPr="00872DE7" w:rsidRDefault="00304FB0" w:rsidP="00302012">
            <w:pPr>
              <w:spacing w:after="15" w:line="274" w:lineRule="auto"/>
              <w:ind w:left="11" w:right="51"/>
              <w:jc w:val="center"/>
              <w:rPr>
                <w:iCs/>
                <w:sz w:val="20"/>
              </w:rPr>
            </w:pPr>
            <w:r w:rsidRPr="00872DE7">
              <w:rPr>
                <w:iCs/>
                <w:sz w:val="20"/>
              </w:rPr>
              <w:t>Korea University Hospital IRB</w:t>
            </w:r>
          </w:p>
          <w:p w14:paraId="3A9FE0DB" w14:textId="77777777" w:rsidR="00304FB0" w:rsidRPr="00872DE7" w:rsidRDefault="00304FB0" w:rsidP="00326692">
            <w:pPr>
              <w:spacing w:line="274" w:lineRule="auto"/>
              <w:jc w:val="center"/>
              <w:rPr>
                <w:iCs/>
                <w:sz w:val="20"/>
              </w:rPr>
            </w:pPr>
            <w:r w:rsidRPr="00872DE7">
              <w:rPr>
                <w:iCs/>
                <w:sz w:val="20"/>
              </w:rPr>
              <w:t xml:space="preserve">148, </w:t>
            </w:r>
            <w:proofErr w:type="spellStart"/>
            <w:r w:rsidRPr="00872DE7">
              <w:rPr>
                <w:iCs/>
                <w:sz w:val="20"/>
              </w:rPr>
              <w:t>Gurodong-ro</w:t>
            </w:r>
            <w:proofErr w:type="spellEnd"/>
            <w:r w:rsidRPr="00872DE7">
              <w:rPr>
                <w:iCs/>
                <w:sz w:val="20"/>
              </w:rPr>
              <w:t xml:space="preserve">, </w:t>
            </w:r>
            <w:proofErr w:type="spellStart"/>
            <w:r w:rsidRPr="00872DE7">
              <w:rPr>
                <w:iCs/>
                <w:sz w:val="20"/>
              </w:rPr>
              <w:t>Gurogu</w:t>
            </w:r>
            <w:proofErr w:type="spellEnd"/>
            <w:r w:rsidRPr="00872DE7">
              <w:rPr>
                <w:iCs/>
                <w:sz w:val="20"/>
              </w:rPr>
              <w:t>, Seoul, 08308</w:t>
            </w:r>
          </w:p>
        </w:tc>
        <w:tc>
          <w:tcPr>
            <w:tcW w:w="1261" w:type="dxa"/>
          </w:tcPr>
          <w:p w14:paraId="2281F9CB" w14:textId="77777777" w:rsidR="00304FB0" w:rsidRPr="00872DE7" w:rsidRDefault="00304FB0" w:rsidP="00326692">
            <w:pPr>
              <w:spacing w:line="259" w:lineRule="auto"/>
              <w:ind w:right="85"/>
              <w:jc w:val="center"/>
              <w:rPr>
                <w:iCs/>
                <w:sz w:val="20"/>
              </w:rPr>
            </w:pPr>
            <w:r w:rsidRPr="00872DE7">
              <w:rPr>
                <w:iCs/>
                <w:sz w:val="20"/>
              </w:rPr>
              <w:t>11 Nov 2021</w:t>
            </w:r>
          </w:p>
        </w:tc>
      </w:tr>
      <w:tr w:rsidR="00304FB0" w14:paraId="7EFD8894" w14:textId="77777777" w:rsidTr="00C8528D">
        <w:trPr>
          <w:trHeight w:val="20"/>
        </w:trPr>
        <w:tc>
          <w:tcPr>
            <w:tcW w:w="1142" w:type="dxa"/>
          </w:tcPr>
          <w:p w14:paraId="34D099A8" w14:textId="77777777" w:rsidR="00304FB0" w:rsidRPr="00E56B5D" w:rsidRDefault="00304FB0" w:rsidP="006104F9">
            <w:pPr>
              <w:spacing w:line="259" w:lineRule="auto"/>
              <w:ind w:right="90"/>
              <w:jc w:val="center"/>
              <w:rPr>
                <w:b/>
                <w:bCs/>
                <w:iCs/>
                <w:sz w:val="20"/>
              </w:rPr>
            </w:pPr>
            <w:r w:rsidRPr="00E56B5D">
              <w:rPr>
                <w:b/>
                <w:bCs/>
                <w:iCs/>
                <w:sz w:val="20"/>
              </w:rPr>
              <w:t xml:space="preserve">Korea, Republic Of </w:t>
            </w:r>
          </w:p>
        </w:tc>
        <w:tc>
          <w:tcPr>
            <w:tcW w:w="1123" w:type="dxa"/>
          </w:tcPr>
          <w:p w14:paraId="41A38518" w14:textId="77777777" w:rsidR="00304FB0" w:rsidRPr="00872DE7" w:rsidRDefault="00304FB0" w:rsidP="00ED32A7">
            <w:pPr>
              <w:spacing w:line="259" w:lineRule="auto"/>
              <w:ind w:right="90"/>
              <w:jc w:val="center"/>
              <w:rPr>
                <w:iCs/>
                <w:sz w:val="20"/>
              </w:rPr>
            </w:pPr>
            <w:r w:rsidRPr="00872DE7">
              <w:rPr>
                <w:iCs/>
                <w:sz w:val="20"/>
              </w:rPr>
              <w:t xml:space="preserve">6007 </w:t>
            </w:r>
          </w:p>
        </w:tc>
        <w:tc>
          <w:tcPr>
            <w:tcW w:w="3403" w:type="dxa"/>
          </w:tcPr>
          <w:p w14:paraId="3935B300" w14:textId="77777777" w:rsidR="00304FB0" w:rsidRPr="00872DE7" w:rsidRDefault="00304FB0" w:rsidP="00302012">
            <w:pPr>
              <w:spacing w:after="15" w:line="274" w:lineRule="auto"/>
              <w:ind w:left="11" w:right="51"/>
              <w:jc w:val="center"/>
              <w:rPr>
                <w:iCs/>
                <w:sz w:val="20"/>
              </w:rPr>
            </w:pPr>
            <w:r w:rsidRPr="00872DE7">
              <w:rPr>
                <w:iCs/>
                <w:sz w:val="20"/>
              </w:rPr>
              <w:t>Korea University Hospital IRB</w:t>
            </w:r>
          </w:p>
          <w:p w14:paraId="5C20D333" w14:textId="77777777" w:rsidR="00304FB0" w:rsidRPr="00872DE7" w:rsidRDefault="00304FB0" w:rsidP="006104F9">
            <w:pPr>
              <w:spacing w:after="15" w:line="259" w:lineRule="auto"/>
              <w:ind w:right="92"/>
              <w:jc w:val="center"/>
              <w:rPr>
                <w:iCs/>
                <w:sz w:val="20"/>
              </w:rPr>
            </w:pPr>
            <w:r w:rsidRPr="00872DE7">
              <w:rPr>
                <w:iCs/>
                <w:sz w:val="20"/>
              </w:rPr>
              <w:t xml:space="preserve">73 </w:t>
            </w:r>
            <w:proofErr w:type="spellStart"/>
            <w:r w:rsidRPr="00872DE7">
              <w:rPr>
                <w:iCs/>
                <w:sz w:val="20"/>
              </w:rPr>
              <w:t>Goryeodae-ro</w:t>
            </w:r>
            <w:proofErr w:type="spellEnd"/>
            <w:r w:rsidRPr="00872DE7">
              <w:rPr>
                <w:iCs/>
                <w:sz w:val="20"/>
              </w:rPr>
              <w:t>,</w:t>
            </w:r>
            <w:r>
              <w:rPr>
                <w:iCs/>
                <w:sz w:val="20"/>
              </w:rPr>
              <w:t xml:space="preserve"> </w:t>
            </w:r>
            <w:proofErr w:type="spellStart"/>
            <w:r w:rsidRPr="00872DE7">
              <w:rPr>
                <w:iCs/>
                <w:sz w:val="20"/>
              </w:rPr>
              <w:t>Seongbuk-gu</w:t>
            </w:r>
            <w:proofErr w:type="spellEnd"/>
            <w:r w:rsidRPr="00872DE7">
              <w:rPr>
                <w:iCs/>
                <w:sz w:val="20"/>
              </w:rPr>
              <w:t>, Seoul,</w:t>
            </w:r>
            <w:r>
              <w:rPr>
                <w:iCs/>
                <w:sz w:val="20"/>
              </w:rPr>
              <w:t xml:space="preserve"> </w:t>
            </w:r>
            <w:r w:rsidRPr="00872DE7">
              <w:rPr>
                <w:iCs/>
                <w:sz w:val="20"/>
              </w:rPr>
              <w:t>02841</w:t>
            </w:r>
          </w:p>
        </w:tc>
        <w:tc>
          <w:tcPr>
            <w:tcW w:w="1261" w:type="dxa"/>
          </w:tcPr>
          <w:p w14:paraId="72534150" w14:textId="77777777" w:rsidR="00304FB0" w:rsidRPr="00872DE7" w:rsidRDefault="00304FB0" w:rsidP="00326692">
            <w:pPr>
              <w:spacing w:line="259" w:lineRule="auto"/>
              <w:ind w:right="85"/>
              <w:jc w:val="center"/>
              <w:rPr>
                <w:iCs/>
                <w:sz w:val="20"/>
              </w:rPr>
            </w:pPr>
            <w:r w:rsidRPr="00872DE7">
              <w:rPr>
                <w:iCs/>
                <w:sz w:val="20"/>
              </w:rPr>
              <w:t>08 Sep 2021</w:t>
            </w:r>
          </w:p>
        </w:tc>
      </w:tr>
      <w:tr w:rsidR="00304FB0" w14:paraId="4D284EB6" w14:textId="77777777" w:rsidTr="00C8528D">
        <w:trPr>
          <w:trHeight w:val="20"/>
        </w:trPr>
        <w:tc>
          <w:tcPr>
            <w:tcW w:w="1142" w:type="dxa"/>
          </w:tcPr>
          <w:p w14:paraId="5F6D92F8" w14:textId="77777777" w:rsidR="00304FB0" w:rsidRPr="00E56B5D" w:rsidRDefault="00304FB0" w:rsidP="006104F9">
            <w:pPr>
              <w:spacing w:line="259" w:lineRule="auto"/>
              <w:ind w:right="90"/>
              <w:jc w:val="center"/>
              <w:rPr>
                <w:b/>
                <w:bCs/>
                <w:iCs/>
                <w:sz w:val="20"/>
              </w:rPr>
            </w:pPr>
            <w:r w:rsidRPr="00E56B5D">
              <w:rPr>
                <w:b/>
                <w:bCs/>
                <w:iCs/>
                <w:sz w:val="20"/>
              </w:rPr>
              <w:t xml:space="preserve">Korea, Republic Of </w:t>
            </w:r>
          </w:p>
        </w:tc>
        <w:tc>
          <w:tcPr>
            <w:tcW w:w="1123" w:type="dxa"/>
          </w:tcPr>
          <w:p w14:paraId="09AC2204" w14:textId="77777777" w:rsidR="00304FB0" w:rsidRPr="00872DE7" w:rsidRDefault="00304FB0" w:rsidP="00ED32A7">
            <w:pPr>
              <w:spacing w:line="259" w:lineRule="auto"/>
              <w:ind w:right="90"/>
              <w:jc w:val="center"/>
              <w:rPr>
                <w:iCs/>
                <w:sz w:val="20"/>
              </w:rPr>
            </w:pPr>
            <w:r w:rsidRPr="00872DE7">
              <w:rPr>
                <w:iCs/>
                <w:sz w:val="20"/>
              </w:rPr>
              <w:t xml:space="preserve">6009 </w:t>
            </w:r>
          </w:p>
        </w:tc>
        <w:tc>
          <w:tcPr>
            <w:tcW w:w="3403" w:type="dxa"/>
          </w:tcPr>
          <w:p w14:paraId="2BA1B8D7" w14:textId="77777777" w:rsidR="00304FB0" w:rsidRPr="00872DE7" w:rsidRDefault="00304FB0" w:rsidP="006104F9">
            <w:pPr>
              <w:spacing w:after="15" w:line="259" w:lineRule="auto"/>
              <w:ind w:right="91"/>
              <w:jc w:val="center"/>
              <w:rPr>
                <w:iCs/>
                <w:sz w:val="20"/>
              </w:rPr>
            </w:pPr>
            <w:proofErr w:type="spellStart"/>
            <w:r w:rsidRPr="00872DE7">
              <w:rPr>
                <w:iCs/>
                <w:sz w:val="20"/>
              </w:rPr>
              <w:t>Chungbuk</w:t>
            </w:r>
            <w:proofErr w:type="spellEnd"/>
            <w:r w:rsidRPr="00872DE7">
              <w:rPr>
                <w:iCs/>
                <w:sz w:val="20"/>
              </w:rPr>
              <w:t xml:space="preserve"> </w:t>
            </w:r>
            <w:r>
              <w:rPr>
                <w:iCs/>
                <w:sz w:val="20"/>
              </w:rPr>
              <w:t>N</w:t>
            </w:r>
            <w:r w:rsidRPr="00872DE7">
              <w:rPr>
                <w:iCs/>
                <w:sz w:val="20"/>
              </w:rPr>
              <w:t>ational</w:t>
            </w:r>
            <w:r>
              <w:rPr>
                <w:iCs/>
                <w:sz w:val="20"/>
              </w:rPr>
              <w:t xml:space="preserve"> </w:t>
            </w:r>
            <w:r w:rsidRPr="00872DE7">
              <w:rPr>
                <w:iCs/>
                <w:sz w:val="20"/>
              </w:rPr>
              <w:t>University Hospital IRB</w:t>
            </w:r>
          </w:p>
          <w:p w14:paraId="763CCB39" w14:textId="77777777" w:rsidR="00304FB0" w:rsidRPr="00872DE7" w:rsidRDefault="00304FB0" w:rsidP="006104F9">
            <w:pPr>
              <w:spacing w:after="15" w:line="259" w:lineRule="auto"/>
              <w:ind w:right="89"/>
              <w:jc w:val="center"/>
              <w:rPr>
                <w:iCs/>
                <w:sz w:val="20"/>
              </w:rPr>
            </w:pPr>
            <w:r w:rsidRPr="00872DE7">
              <w:rPr>
                <w:iCs/>
                <w:sz w:val="20"/>
              </w:rPr>
              <w:t xml:space="preserve">776, 1 </w:t>
            </w:r>
            <w:proofErr w:type="spellStart"/>
            <w:r w:rsidRPr="00872DE7">
              <w:rPr>
                <w:iCs/>
                <w:sz w:val="20"/>
              </w:rPr>
              <w:t>sunhwan-ro</w:t>
            </w:r>
            <w:proofErr w:type="spellEnd"/>
            <w:r w:rsidRPr="00872DE7">
              <w:rPr>
                <w:iCs/>
                <w:sz w:val="20"/>
              </w:rPr>
              <w:t>,</w:t>
            </w:r>
            <w:r>
              <w:rPr>
                <w:iCs/>
                <w:sz w:val="20"/>
              </w:rPr>
              <w:t xml:space="preserve"> </w:t>
            </w:r>
            <w:r w:rsidRPr="00872DE7">
              <w:rPr>
                <w:iCs/>
                <w:sz w:val="20"/>
              </w:rPr>
              <w:t>Seowon-</w:t>
            </w:r>
            <w:proofErr w:type="spellStart"/>
            <w:r w:rsidRPr="00872DE7">
              <w:rPr>
                <w:iCs/>
                <w:sz w:val="20"/>
              </w:rPr>
              <w:t>gu</w:t>
            </w:r>
            <w:proofErr w:type="spellEnd"/>
            <w:r w:rsidRPr="00872DE7">
              <w:rPr>
                <w:iCs/>
                <w:sz w:val="20"/>
              </w:rPr>
              <w:t>, Cheongju-</w:t>
            </w:r>
            <w:proofErr w:type="spellStart"/>
            <w:r w:rsidRPr="00872DE7">
              <w:rPr>
                <w:iCs/>
                <w:sz w:val="20"/>
              </w:rPr>
              <w:t>si</w:t>
            </w:r>
            <w:proofErr w:type="spellEnd"/>
            <w:r w:rsidRPr="00872DE7">
              <w:rPr>
                <w:iCs/>
                <w:sz w:val="20"/>
              </w:rPr>
              <w:t>,</w:t>
            </w:r>
            <w:r>
              <w:rPr>
                <w:iCs/>
                <w:sz w:val="20"/>
              </w:rPr>
              <w:t xml:space="preserve"> </w:t>
            </w:r>
            <w:proofErr w:type="spellStart"/>
            <w:r w:rsidRPr="00872DE7">
              <w:rPr>
                <w:iCs/>
                <w:sz w:val="20"/>
              </w:rPr>
              <w:t>Chungcheongbuk</w:t>
            </w:r>
            <w:proofErr w:type="spellEnd"/>
            <w:r w:rsidRPr="00872DE7">
              <w:rPr>
                <w:iCs/>
                <w:sz w:val="20"/>
              </w:rPr>
              <w:t>-do,</w:t>
            </w:r>
            <w:r>
              <w:rPr>
                <w:iCs/>
                <w:sz w:val="20"/>
              </w:rPr>
              <w:t xml:space="preserve"> </w:t>
            </w:r>
            <w:r w:rsidRPr="00872DE7">
              <w:rPr>
                <w:iCs/>
                <w:sz w:val="20"/>
              </w:rPr>
              <w:t>28644</w:t>
            </w:r>
          </w:p>
        </w:tc>
        <w:tc>
          <w:tcPr>
            <w:tcW w:w="1261" w:type="dxa"/>
          </w:tcPr>
          <w:p w14:paraId="154D2F9D" w14:textId="77777777" w:rsidR="00304FB0" w:rsidRPr="00872DE7" w:rsidRDefault="00304FB0" w:rsidP="00326692">
            <w:pPr>
              <w:spacing w:line="259" w:lineRule="auto"/>
              <w:ind w:right="85"/>
              <w:jc w:val="center"/>
              <w:rPr>
                <w:iCs/>
                <w:sz w:val="20"/>
              </w:rPr>
            </w:pPr>
            <w:r w:rsidRPr="00872DE7">
              <w:rPr>
                <w:iCs/>
                <w:sz w:val="20"/>
              </w:rPr>
              <w:t>07 Feb 2022</w:t>
            </w:r>
          </w:p>
        </w:tc>
      </w:tr>
      <w:tr w:rsidR="00304FB0" w14:paraId="4E180CA9" w14:textId="77777777" w:rsidTr="00C8528D">
        <w:trPr>
          <w:trHeight w:val="20"/>
        </w:trPr>
        <w:tc>
          <w:tcPr>
            <w:tcW w:w="1142" w:type="dxa"/>
          </w:tcPr>
          <w:p w14:paraId="1E606A32" w14:textId="77777777" w:rsidR="00304FB0" w:rsidRPr="00E56B5D" w:rsidRDefault="00304FB0" w:rsidP="006104F9">
            <w:pPr>
              <w:spacing w:line="259" w:lineRule="auto"/>
              <w:ind w:right="90"/>
              <w:jc w:val="center"/>
              <w:rPr>
                <w:b/>
                <w:bCs/>
                <w:iCs/>
                <w:sz w:val="20"/>
              </w:rPr>
            </w:pPr>
            <w:r w:rsidRPr="00E56B5D">
              <w:rPr>
                <w:b/>
                <w:bCs/>
                <w:iCs/>
                <w:sz w:val="20"/>
              </w:rPr>
              <w:t xml:space="preserve">Korea, Republic Of </w:t>
            </w:r>
          </w:p>
        </w:tc>
        <w:tc>
          <w:tcPr>
            <w:tcW w:w="1123" w:type="dxa"/>
          </w:tcPr>
          <w:p w14:paraId="73D6BDFA" w14:textId="77777777" w:rsidR="00304FB0" w:rsidRPr="00872DE7" w:rsidRDefault="00304FB0" w:rsidP="00ED32A7">
            <w:pPr>
              <w:spacing w:line="259" w:lineRule="auto"/>
              <w:ind w:right="90"/>
              <w:jc w:val="center"/>
              <w:rPr>
                <w:iCs/>
                <w:sz w:val="20"/>
              </w:rPr>
            </w:pPr>
            <w:r w:rsidRPr="00872DE7">
              <w:rPr>
                <w:iCs/>
                <w:sz w:val="20"/>
              </w:rPr>
              <w:t xml:space="preserve">6010 </w:t>
            </w:r>
          </w:p>
        </w:tc>
        <w:tc>
          <w:tcPr>
            <w:tcW w:w="3403" w:type="dxa"/>
          </w:tcPr>
          <w:p w14:paraId="10431A68" w14:textId="77777777" w:rsidR="00304FB0" w:rsidRDefault="00304FB0" w:rsidP="006104F9">
            <w:pPr>
              <w:spacing w:after="12" w:line="259" w:lineRule="auto"/>
              <w:ind w:right="91"/>
              <w:jc w:val="center"/>
              <w:rPr>
                <w:iCs/>
                <w:sz w:val="20"/>
              </w:rPr>
            </w:pPr>
            <w:proofErr w:type="spellStart"/>
            <w:r w:rsidRPr="00872DE7">
              <w:rPr>
                <w:iCs/>
                <w:sz w:val="20"/>
              </w:rPr>
              <w:t>Gachon</w:t>
            </w:r>
            <w:proofErr w:type="spellEnd"/>
            <w:r w:rsidRPr="00872DE7">
              <w:rPr>
                <w:iCs/>
                <w:sz w:val="20"/>
              </w:rPr>
              <w:t xml:space="preserve"> University Gil</w:t>
            </w:r>
            <w:r>
              <w:rPr>
                <w:iCs/>
                <w:sz w:val="20"/>
              </w:rPr>
              <w:t xml:space="preserve"> </w:t>
            </w:r>
            <w:r w:rsidRPr="00872DE7">
              <w:rPr>
                <w:iCs/>
                <w:sz w:val="20"/>
              </w:rPr>
              <w:t>Medical Center</w:t>
            </w:r>
            <w:r>
              <w:rPr>
                <w:iCs/>
                <w:sz w:val="20"/>
              </w:rPr>
              <w:t xml:space="preserve"> </w:t>
            </w:r>
            <w:r w:rsidRPr="00872DE7">
              <w:rPr>
                <w:iCs/>
                <w:sz w:val="20"/>
              </w:rPr>
              <w:t>Institutional Review</w:t>
            </w:r>
            <w:r>
              <w:rPr>
                <w:iCs/>
                <w:sz w:val="20"/>
              </w:rPr>
              <w:t xml:space="preserve"> </w:t>
            </w:r>
            <w:r w:rsidRPr="00872DE7">
              <w:rPr>
                <w:iCs/>
                <w:sz w:val="20"/>
              </w:rPr>
              <w:t>Board</w:t>
            </w:r>
          </w:p>
          <w:p w14:paraId="7958C18C" w14:textId="77777777" w:rsidR="00304FB0" w:rsidRPr="00872DE7" w:rsidRDefault="00304FB0" w:rsidP="006104F9">
            <w:pPr>
              <w:spacing w:line="274" w:lineRule="auto"/>
              <w:ind w:right="37"/>
              <w:jc w:val="center"/>
              <w:rPr>
                <w:iCs/>
                <w:sz w:val="20"/>
              </w:rPr>
            </w:pPr>
            <w:r w:rsidRPr="00872DE7">
              <w:rPr>
                <w:iCs/>
                <w:sz w:val="20"/>
              </w:rPr>
              <w:t xml:space="preserve">21, </w:t>
            </w:r>
            <w:proofErr w:type="spellStart"/>
            <w:r w:rsidRPr="00872DE7">
              <w:rPr>
                <w:iCs/>
                <w:sz w:val="20"/>
              </w:rPr>
              <w:t>Namdongdaero</w:t>
            </w:r>
            <w:proofErr w:type="spellEnd"/>
            <w:r w:rsidRPr="00872DE7">
              <w:rPr>
                <w:iCs/>
                <w:sz w:val="20"/>
              </w:rPr>
              <w:t xml:space="preserve"> 774beon-gil,</w:t>
            </w:r>
            <w:r>
              <w:rPr>
                <w:iCs/>
                <w:sz w:val="20"/>
              </w:rPr>
              <w:t xml:space="preserve"> </w:t>
            </w:r>
            <w:proofErr w:type="spellStart"/>
            <w:r w:rsidRPr="00872DE7">
              <w:rPr>
                <w:iCs/>
                <w:sz w:val="20"/>
              </w:rPr>
              <w:t>Namdong-gu</w:t>
            </w:r>
            <w:proofErr w:type="spellEnd"/>
            <w:r w:rsidRPr="00872DE7">
              <w:rPr>
                <w:iCs/>
                <w:sz w:val="20"/>
              </w:rPr>
              <w:t>, Incheon,</w:t>
            </w:r>
            <w:r>
              <w:rPr>
                <w:iCs/>
                <w:sz w:val="20"/>
              </w:rPr>
              <w:t xml:space="preserve"> </w:t>
            </w:r>
            <w:r w:rsidRPr="00872DE7">
              <w:rPr>
                <w:iCs/>
                <w:sz w:val="20"/>
              </w:rPr>
              <w:t>21565</w:t>
            </w:r>
          </w:p>
        </w:tc>
        <w:tc>
          <w:tcPr>
            <w:tcW w:w="1261" w:type="dxa"/>
          </w:tcPr>
          <w:p w14:paraId="5D0619C9" w14:textId="77777777" w:rsidR="00304FB0" w:rsidRPr="00872DE7" w:rsidRDefault="00304FB0" w:rsidP="00326692">
            <w:pPr>
              <w:spacing w:line="259" w:lineRule="auto"/>
              <w:ind w:right="85"/>
              <w:jc w:val="center"/>
              <w:rPr>
                <w:iCs/>
                <w:sz w:val="20"/>
              </w:rPr>
            </w:pPr>
            <w:r w:rsidRPr="00872DE7">
              <w:rPr>
                <w:iCs/>
                <w:sz w:val="20"/>
              </w:rPr>
              <w:t>10-May-2022</w:t>
            </w:r>
          </w:p>
        </w:tc>
      </w:tr>
      <w:tr w:rsidR="00304FB0" w14:paraId="273B256D" w14:textId="77777777" w:rsidTr="00C8528D">
        <w:trPr>
          <w:trHeight w:val="20"/>
        </w:trPr>
        <w:tc>
          <w:tcPr>
            <w:tcW w:w="1142" w:type="dxa"/>
          </w:tcPr>
          <w:p w14:paraId="0BAA84AB" w14:textId="77777777" w:rsidR="00304FB0" w:rsidRPr="00E56B5D" w:rsidRDefault="00304FB0" w:rsidP="00872DE7">
            <w:pPr>
              <w:spacing w:line="259" w:lineRule="auto"/>
              <w:ind w:right="90"/>
              <w:jc w:val="center"/>
              <w:rPr>
                <w:b/>
                <w:bCs/>
                <w:iCs/>
                <w:sz w:val="20"/>
              </w:rPr>
            </w:pPr>
            <w:r w:rsidRPr="00E56B5D">
              <w:rPr>
                <w:b/>
                <w:bCs/>
                <w:iCs/>
                <w:sz w:val="20"/>
              </w:rPr>
              <w:t xml:space="preserve">Spain </w:t>
            </w:r>
          </w:p>
        </w:tc>
        <w:tc>
          <w:tcPr>
            <w:tcW w:w="1123" w:type="dxa"/>
          </w:tcPr>
          <w:p w14:paraId="27B03C5C" w14:textId="77777777" w:rsidR="00304FB0" w:rsidRPr="00872DE7" w:rsidRDefault="00304FB0" w:rsidP="00ED32A7">
            <w:pPr>
              <w:spacing w:line="259" w:lineRule="auto"/>
              <w:ind w:right="90"/>
              <w:jc w:val="center"/>
              <w:rPr>
                <w:iCs/>
                <w:sz w:val="20"/>
              </w:rPr>
            </w:pPr>
            <w:r w:rsidRPr="00872DE7">
              <w:rPr>
                <w:iCs/>
                <w:sz w:val="20"/>
              </w:rPr>
              <w:t xml:space="preserve">7003 </w:t>
            </w:r>
          </w:p>
        </w:tc>
        <w:tc>
          <w:tcPr>
            <w:tcW w:w="3403" w:type="dxa"/>
          </w:tcPr>
          <w:p w14:paraId="2F085DA7" w14:textId="77777777" w:rsidR="00304FB0" w:rsidRPr="00872DE7" w:rsidRDefault="00304FB0" w:rsidP="006104F9">
            <w:pPr>
              <w:spacing w:after="15" w:line="259" w:lineRule="auto"/>
              <w:ind w:right="91"/>
              <w:jc w:val="center"/>
              <w:rPr>
                <w:iCs/>
                <w:sz w:val="20"/>
              </w:rPr>
            </w:pPr>
            <w:proofErr w:type="spellStart"/>
            <w:r w:rsidRPr="00872DE7">
              <w:rPr>
                <w:iCs/>
                <w:sz w:val="20"/>
              </w:rPr>
              <w:t>CEIm</w:t>
            </w:r>
            <w:proofErr w:type="spellEnd"/>
            <w:r w:rsidRPr="00872DE7">
              <w:rPr>
                <w:iCs/>
                <w:sz w:val="20"/>
              </w:rPr>
              <w:t xml:space="preserve"> de Euskadi</w:t>
            </w:r>
            <w:r>
              <w:rPr>
                <w:iCs/>
                <w:sz w:val="20"/>
              </w:rPr>
              <w:t xml:space="preserve"> </w:t>
            </w:r>
            <w:r w:rsidRPr="00872DE7">
              <w:rPr>
                <w:iCs/>
                <w:sz w:val="20"/>
              </w:rPr>
              <w:t>(</w:t>
            </w:r>
            <w:proofErr w:type="spellStart"/>
            <w:r w:rsidRPr="00872DE7">
              <w:rPr>
                <w:iCs/>
                <w:sz w:val="20"/>
              </w:rPr>
              <w:t>Comité</w:t>
            </w:r>
            <w:proofErr w:type="spellEnd"/>
            <w:r w:rsidRPr="00872DE7">
              <w:rPr>
                <w:iCs/>
                <w:sz w:val="20"/>
              </w:rPr>
              <w:t xml:space="preserve"> de </w:t>
            </w:r>
            <w:proofErr w:type="spellStart"/>
            <w:r w:rsidRPr="00872DE7">
              <w:rPr>
                <w:iCs/>
                <w:sz w:val="20"/>
              </w:rPr>
              <w:t>Ética</w:t>
            </w:r>
            <w:proofErr w:type="spellEnd"/>
            <w:r w:rsidRPr="00872DE7">
              <w:rPr>
                <w:iCs/>
                <w:sz w:val="20"/>
              </w:rPr>
              <w:t xml:space="preserve"> de la</w:t>
            </w:r>
            <w:r>
              <w:rPr>
                <w:iCs/>
                <w:sz w:val="20"/>
              </w:rPr>
              <w:t xml:space="preserve"> </w:t>
            </w:r>
            <w:proofErr w:type="spellStart"/>
            <w:r w:rsidRPr="00872DE7">
              <w:rPr>
                <w:iCs/>
                <w:sz w:val="20"/>
              </w:rPr>
              <w:t>Investigación</w:t>
            </w:r>
            <w:proofErr w:type="spellEnd"/>
            <w:r w:rsidRPr="00872DE7">
              <w:rPr>
                <w:iCs/>
                <w:sz w:val="20"/>
              </w:rPr>
              <w:t xml:space="preserve"> con </w:t>
            </w:r>
            <w:proofErr w:type="spellStart"/>
            <w:r w:rsidRPr="00872DE7">
              <w:rPr>
                <w:iCs/>
                <w:sz w:val="20"/>
              </w:rPr>
              <w:t>medicamentos</w:t>
            </w:r>
            <w:proofErr w:type="spellEnd"/>
            <w:r w:rsidRPr="00872DE7">
              <w:rPr>
                <w:iCs/>
                <w:sz w:val="20"/>
              </w:rPr>
              <w:t>)</w:t>
            </w:r>
          </w:p>
          <w:p w14:paraId="6EFDAD67" w14:textId="77777777" w:rsidR="00304FB0" w:rsidRPr="00872DE7" w:rsidRDefault="00304FB0" w:rsidP="006104F9">
            <w:pPr>
              <w:spacing w:after="15" w:line="259" w:lineRule="auto"/>
              <w:ind w:right="91"/>
              <w:jc w:val="center"/>
              <w:rPr>
                <w:iCs/>
                <w:sz w:val="20"/>
              </w:rPr>
            </w:pPr>
            <w:proofErr w:type="spellStart"/>
            <w:r w:rsidRPr="00872DE7">
              <w:rPr>
                <w:iCs/>
                <w:sz w:val="20"/>
              </w:rPr>
              <w:t>Dirección</w:t>
            </w:r>
            <w:proofErr w:type="spellEnd"/>
            <w:r w:rsidRPr="00872DE7">
              <w:rPr>
                <w:iCs/>
                <w:sz w:val="20"/>
              </w:rPr>
              <w:t xml:space="preserve"> de</w:t>
            </w:r>
            <w:r>
              <w:rPr>
                <w:iCs/>
                <w:sz w:val="20"/>
              </w:rPr>
              <w:t xml:space="preserve"> </w:t>
            </w:r>
            <w:proofErr w:type="spellStart"/>
            <w:r w:rsidRPr="00872DE7">
              <w:rPr>
                <w:iCs/>
                <w:sz w:val="20"/>
              </w:rPr>
              <w:t>Investigación</w:t>
            </w:r>
            <w:proofErr w:type="spellEnd"/>
            <w:r w:rsidRPr="00872DE7">
              <w:rPr>
                <w:iCs/>
                <w:sz w:val="20"/>
              </w:rPr>
              <w:t xml:space="preserve"> e</w:t>
            </w:r>
            <w:r>
              <w:rPr>
                <w:iCs/>
                <w:sz w:val="20"/>
              </w:rPr>
              <w:t xml:space="preserve"> </w:t>
            </w:r>
            <w:proofErr w:type="spellStart"/>
            <w:r w:rsidRPr="00872DE7">
              <w:rPr>
                <w:iCs/>
                <w:sz w:val="20"/>
              </w:rPr>
              <w:t>Innovación</w:t>
            </w:r>
            <w:proofErr w:type="spellEnd"/>
            <w:r w:rsidRPr="00872DE7">
              <w:rPr>
                <w:iCs/>
                <w:sz w:val="20"/>
              </w:rPr>
              <w:t xml:space="preserve"> </w:t>
            </w:r>
            <w:proofErr w:type="spellStart"/>
            <w:r w:rsidRPr="00872DE7">
              <w:rPr>
                <w:iCs/>
                <w:sz w:val="20"/>
              </w:rPr>
              <w:t>Sanitarias</w:t>
            </w:r>
            <w:proofErr w:type="spellEnd"/>
          </w:p>
          <w:p w14:paraId="14F22B2D" w14:textId="77777777" w:rsidR="00304FB0" w:rsidRPr="00872DE7" w:rsidRDefault="00304FB0" w:rsidP="006104F9">
            <w:pPr>
              <w:spacing w:after="15" w:line="259" w:lineRule="auto"/>
              <w:ind w:right="92"/>
              <w:jc w:val="center"/>
              <w:rPr>
                <w:iCs/>
                <w:sz w:val="20"/>
              </w:rPr>
            </w:pPr>
            <w:r w:rsidRPr="00872DE7">
              <w:rPr>
                <w:iCs/>
                <w:sz w:val="20"/>
              </w:rPr>
              <w:t>C/ Donostia-San</w:t>
            </w:r>
            <w:r>
              <w:rPr>
                <w:iCs/>
                <w:sz w:val="20"/>
              </w:rPr>
              <w:t xml:space="preserve"> </w:t>
            </w:r>
            <w:r w:rsidRPr="00872DE7">
              <w:rPr>
                <w:iCs/>
                <w:sz w:val="20"/>
              </w:rPr>
              <w:t>Sebastián, 1 – 01010</w:t>
            </w:r>
            <w:r>
              <w:rPr>
                <w:iCs/>
                <w:sz w:val="20"/>
              </w:rPr>
              <w:t xml:space="preserve"> </w:t>
            </w:r>
            <w:r w:rsidRPr="00872DE7">
              <w:rPr>
                <w:iCs/>
                <w:sz w:val="20"/>
              </w:rPr>
              <w:t>Vitoria-</w:t>
            </w:r>
            <w:proofErr w:type="spellStart"/>
            <w:r w:rsidRPr="00872DE7">
              <w:rPr>
                <w:iCs/>
                <w:sz w:val="20"/>
              </w:rPr>
              <w:t>Gasteiz</w:t>
            </w:r>
            <w:proofErr w:type="spellEnd"/>
          </w:p>
        </w:tc>
        <w:tc>
          <w:tcPr>
            <w:tcW w:w="1261" w:type="dxa"/>
          </w:tcPr>
          <w:p w14:paraId="296F2069" w14:textId="77777777" w:rsidR="00304FB0" w:rsidRPr="00872DE7" w:rsidRDefault="00304FB0" w:rsidP="00326692">
            <w:pPr>
              <w:spacing w:line="259" w:lineRule="auto"/>
              <w:ind w:right="85"/>
              <w:jc w:val="center"/>
              <w:rPr>
                <w:iCs/>
                <w:sz w:val="20"/>
              </w:rPr>
            </w:pPr>
            <w:r w:rsidRPr="00872DE7">
              <w:rPr>
                <w:iCs/>
                <w:sz w:val="20"/>
              </w:rPr>
              <w:t>09 Nov 2021</w:t>
            </w:r>
          </w:p>
        </w:tc>
      </w:tr>
      <w:tr w:rsidR="00304FB0" w14:paraId="64EC1712" w14:textId="77777777" w:rsidTr="00C8528D">
        <w:trPr>
          <w:trHeight w:val="20"/>
        </w:trPr>
        <w:tc>
          <w:tcPr>
            <w:tcW w:w="1142" w:type="dxa"/>
          </w:tcPr>
          <w:p w14:paraId="231792CD" w14:textId="77777777" w:rsidR="00304FB0" w:rsidRPr="00E56B5D" w:rsidRDefault="00304FB0" w:rsidP="00872DE7">
            <w:pPr>
              <w:spacing w:line="259" w:lineRule="auto"/>
              <w:ind w:right="90"/>
              <w:jc w:val="center"/>
              <w:rPr>
                <w:b/>
                <w:bCs/>
                <w:iCs/>
                <w:sz w:val="20"/>
              </w:rPr>
            </w:pPr>
            <w:r w:rsidRPr="00E56B5D">
              <w:rPr>
                <w:b/>
                <w:bCs/>
                <w:iCs/>
                <w:sz w:val="20"/>
              </w:rPr>
              <w:lastRenderedPageBreak/>
              <w:t xml:space="preserve">Spain </w:t>
            </w:r>
          </w:p>
        </w:tc>
        <w:tc>
          <w:tcPr>
            <w:tcW w:w="1123" w:type="dxa"/>
          </w:tcPr>
          <w:p w14:paraId="5A6791E5" w14:textId="77777777" w:rsidR="00304FB0" w:rsidRPr="00872DE7" w:rsidRDefault="00304FB0" w:rsidP="00ED32A7">
            <w:pPr>
              <w:spacing w:line="259" w:lineRule="auto"/>
              <w:ind w:right="90"/>
              <w:jc w:val="center"/>
              <w:rPr>
                <w:iCs/>
                <w:sz w:val="20"/>
              </w:rPr>
            </w:pPr>
            <w:r w:rsidRPr="00872DE7">
              <w:rPr>
                <w:iCs/>
                <w:sz w:val="20"/>
              </w:rPr>
              <w:t xml:space="preserve">7004 </w:t>
            </w:r>
          </w:p>
        </w:tc>
        <w:tc>
          <w:tcPr>
            <w:tcW w:w="3403" w:type="dxa"/>
          </w:tcPr>
          <w:p w14:paraId="5254ECB6" w14:textId="77777777" w:rsidR="00304FB0" w:rsidRPr="00872DE7" w:rsidRDefault="00304FB0" w:rsidP="006104F9">
            <w:pPr>
              <w:spacing w:after="15" w:line="259" w:lineRule="auto"/>
              <w:ind w:right="91"/>
              <w:jc w:val="center"/>
              <w:rPr>
                <w:iCs/>
                <w:sz w:val="20"/>
              </w:rPr>
            </w:pPr>
            <w:proofErr w:type="spellStart"/>
            <w:r w:rsidRPr="00872DE7">
              <w:rPr>
                <w:iCs/>
                <w:sz w:val="20"/>
              </w:rPr>
              <w:t>CEIm</w:t>
            </w:r>
            <w:proofErr w:type="spellEnd"/>
            <w:r w:rsidRPr="00872DE7">
              <w:rPr>
                <w:iCs/>
                <w:sz w:val="20"/>
              </w:rPr>
              <w:t xml:space="preserve"> de Euskadi</w:t>
            </w:r>
            <w:r>
              <w:rPr>
                <w:iCs/>
                <w:sz w:val="20"/>
              </w:rPr>
              <w:t xml:space="preserve"> </w:t>
            </w:r>
            <w:r w:rsidRPr="00872DE7">
              <w:rPr>
                <w:iCs/>
                <w:sz w:val="20"/>
              </w:rPr>
              <w:t>(</w:t>
            </w:r>
            <w:proofErr w:type="spellStart"/>
            <w:r w:rsidRPr="00872DE7">
              <w:rPr>
                <w:iCs/>
                <w:sz w:val="20"/>
              </w:rPr>
              <w:t>Comité</w:t>
            </w:r>
            <w:proofErr w:type="spellEnd"/>
            <w:r w:rsidRPr="00872DE7">
              <w:rPr>
                <w:iCs/>
                <w:sz w:val="20"/>
              </w:rPr>
              <w:t xml:space="preserve"> de </w:t>
            </w:r>
            <w:proofErr w:type="spellStart"/>
            <w:r w:rsidRPr="00872DE7">
              <w:rPr>
                <w:iCs/>
                <w:sz w:val="20"/>
              </w:rPr>
              <w:t>Ética</w:t>
            </w:r>
            <w:proofErr w:type="spellEnd"/>
            <w:r w:rsidRPr="00872DE7">
              <w:rPr>
                <w:iCs/>
                <w:sz w:val="20"/>
              </w:rPr>
              <w:t xml:space="preserve"> de la</w:t>
            </w:r>
            <w:r>
              <w:rPr>
                <w:iCs/>
                <w:sz w:val="20"/>
              </w:rPr>
              <w:t xml:space="preserve"> </w:t>
            </w:r>
            <w:proofErr w:type="spellStart"/>
            <w:r w:rsidRPr="00872DE7">
              <w:rPr>
                <w:iCs/>
                <w:sz w:val="20"/>
              </w:rPr>
              <w:t>Investigación</w:t>
            </w:r>
            <w:proofErr w:type="spellEnd"/>
            <w:r w:rsidRPr="00872DE7">
              <w:rPr>
                <w:iCs/>
                <w:sz w:val="20"/>
              </w:rPr>
              <w:t xml:space="preserve"> con </w:t>
            </w:r>
            <w:proofErr w:type="spellStart"/>
            <w:r w:rsidRPr="00872DE7">
              <w:rPr>
                <w:iCs/>
                <w:sz w:val="20"/>
              </w:rPr>
              <w:t>medicamentos</w:t>
            </w:r>
            <w:proofErr w:type="spellEnd"/>
            <w:r w:rsidRPr="00872DE7">
              <w:rPr>
                <w:iCs/>
                <w:sz w:val="20"/>
              </w:rPr>
              <w:t>)</w:t>
            </w:r>
          </w:p>
          <w:p w14:paraId="1F09D8E3" w14:textId="77777777" w:rsidR="00304FB0" w:rsidRPr="00872DE7" w:rsidRDefault="00304FB0" w:rsidP="006104F9">
            <w:pPr>
              <w:spacing w:after="15" w:line="259" w:lineRule="auto"/>
              <w:ind w:right="91"/>
              <w:jc w:val="center"/>
              <w:rPr>
                <w:iCs/>
                <w:sz w:val="20"/>
              </w:rPr>
            </w:pPr>
            <w:proofErr w:type="spellStart"/>
            <w:r w:rsidRPr="00872DE7">
              <w:rPr>
                <w:iCs/>
                <w:sz w:val="20"/>
              </w:rPr>
              <w:t>Dirección</w:t>
            </w:r>
            <w:proofErr w:type="spellEnd"/>
            <w:r w:rsidRPr="00872DE7">
              <w:rPr>
                <w:iCs/>
                <w:sz w:val="20"/>
              </w:rPr>
              <w:t xml:space="preserve"> de</w:t>
            </w:r>
            <w:r>
              <w:rPr>
                <w:iCs/>
                <w:sz w:val="20"/>
              </w:rPr>
              <w:t xml:space="preserve"> </w:t>
            </w:r>
            <w:proofErr w:type="spellStart"/>
            <w:r w:rsidRPr="00872DE7">
              <w:rPr>
                <w:iCs/>
                <w:sz w:val="20"/>
              </w:rPr>
              <w:t>Investigación</w:t>
            </w:r>
            <w:proofErr w:type="spellEnd"/>
            <w:r w:rsidRPr="00872DE7">
              <w:rPr>
                <w:iCs/>
                <w:sz w:val="20"/>
              </w:rPr>
              <w:t xml:space="preserve"> e</w:t>
            </w:r>
            <w:r>
              <w:rPr>
                <w:iCs/>
                <w:sz w:val="20"/>
              </w:rPr>
              <w:t xml:space="preserve"> </w:t>
            </w:r>
            <w:proofErr w:type="spellStart"/>
            <w:r w:rsidRPr="00872DE7">
              <w:rPr>
                <w:iCs/>
                <w:sz w:val="20"/>
              </w:rPr>
              <w:t>Innovación</w:t>
            </w:r>
            <w:proofErr w:type="spellEnd"/>
            <w:r w:rsidRPr="00872DE7">
              <w:rPr>
                <w:iCs/>
                <w:sz w:val="20"/>
              </w:rPr>
              <w:t xml:space="preserve"> </w:t>
            </w:r>
            <w:proofErr w:type="spellStart"/>
            <w:r w:rsidRPr="00872DE7">
              <w:rPr>
                <w:iCs/>
                <w:sz w:val="20"/>
              </w:rPr>
              <w:t>Sanitarias</w:t>
            </w:r>
            <w:proofErr w:type="spellEnd"/>
          </w:p>
          <w:p w14:paraId="57D23CFA" w14:textId="77777777" w:rsidR="00304FB0" w:rsidRPr="00872DE7" w:rsidRDefault="00304FB0" w:rsidP="006104F9">
            <w:pPr>
              <w:spacing w:after="15" w:line="259" w:lineRule="auto"/>
              <w:ind w:right="90"/>
              <w:jc w:val="center"/>
              <w:rPr>
                <w:iCs/>
                <w:sz w:val="20"/>
              </w:rPr>
            </w:pPr>
            <w:r w:rsidRPr="00872DE7">
              <w:rPr>
                <w:iCs/>
                <w:sz w:val="20"/>
              </w:rPr>
              <w:t>C/ Donostia-San</w:t>
            </w:r>
            <w:r>
              <w:rPr>
                <w:iCs/>
                <w:sz w:val="20"/>
              </w:rPr>
              <w:t xml:space="preserve"> </w:t>
            </w:r>
            <w:r w:rsidRPr="00872DE7">
              <w:rPr>
                <w:iCs/>
                <w:sz w:val="20"/>
              </w:rPr>
              <w:t>Sebastián, 1 – 01010</w:t>
            </w:r>
            <w:r>
              <w:rPr>
                <w:iCs/>
                <w:sz w:val="20"/>
              </w:rPr>
              <w:t xml:space="preserve"> </w:t>
            </w:r>
            <w:r w:rsidRPr="00872DE7">
              <w:rPr>
                <w:iCs/>
                <w:sz w:val="20"/>
              </w:rPr>
              <w:t>Vitoria-</w:t>
            </w:r>
            <w:proofErr w:type="spellStart"/>
            <w:r w:rsidRPr="00872DE7">
              <w:rPr>
                <w:iCs/>
                <w:sz w:val="20"/>
              </w:rPr>
              <w:t>Gasteiz</w:t>
            </w:r>
            <w:proofErr w:type="spellEnd"/>
          </w:p>
        </w:tc>
        <w:tc>
          <w:tcPr>
            <w:tcW w:w="1261" w:type="dxa"/>
          </w:tcPr>
          <w:p w14:paraId="377A2BB9" w14:textId="77777777" w:rsidR="00304FB0" w:rsidRPr="00872DE7" w:rsidRDefault="00304FB0" w:rsidP="00326692">
            <w:pPr>
              <w:spacing w:line="259" w:lineRule="auto"/>
              <w:ind w:right="85"/>
              <w:jc w:val="center"/>
              <w:rPr>
                <w:iCs/>
                <w:sz w:val="20"/>
              </w:rPr>
            </w:pPr>
            <w:r w:rsidRPr="00872DE7">
              <w:rPr>
                <w:iCs/>
                <w:sz w:val="20"/>
              </w:rPr>
              <w:t>09 Nov 2021</w:t>
            </w:r>
          </w:p>
        </w:tc>
      </w:tr>
      <w:tr w:rsidR="00304FB0" w14:paraId="6C29485E" w14:textId="77777777" w:rsidTr="00C8528D">
        <w:trPr>
          <w:trHeight w:val="20"/>
        </w:trPr>
        <w:tc>
          <w:tcPr>
            <w:tcW w:w="1142" w:type="dxa"/>
          </w:tcPr>
          <w:p w14:paraId="503DF696" w14:textId="77777777" w:rsidR="00304FB0" w:rsidRPr="00E56B5D" w:rsidRDefault="00304FB0" w:rsidP="00872DE7">
            <w:pPr>
              <w:spacing w:line="259" w:lineRule="auto"/>
              <w:ind w:right="90"/>
              <w:jc w:val="center"/>
              <w:rPr>
                <w:b/>
                <w:bCs/>
                <w:iCs/>
                <w:sz w:val="20"/>
              </w:rPr>
            </w:pPr>
            <w:r w:rsidRPr="00E56B5D">
              <w:rPr>
                <w:b/>
                <w:bCs/>
                <w:iCs/>
                <w:sz w:val="20"/>
              </w:rPr>
              <w:t xml:space="preserve">Spain </w:t>
            </w:r>
          </w:p>
        </w:tc>
        <w:tc>
          <w:tcPr>
            <w:tcW w:w="1123" w:type="dxa"/>
          </w:tcPr>
          <w:p w14:paraId="7429CBA7" w14:textId="77777777" w:rsidR="00304FB0" w:rsidRPr="00872DE7" w:rsidRDefault="00304FB0" w:rsidP="00ED32A7">
            <w:pPr>
              <w:spacing w:line="259" w:lineRule="auto"/>
              <w:ind w:right="90"/>
              <w:jc w:val="center"/>
              <w:rPr>
                <w:iCs/>
                <w:sz w:val="20"/>
              </w:rPr>
            </w:pPr>
            <w:r w:rsidRPr="00872DE7">
              <w:rPr>
                <w:iCs/>
                <w:sz w:val="20"/>
              </w:rPr>
              <w:t xml:space="preserve">7005 </w:t>
            </w:r>
          </w:p>
        </w:tc>
        <w:tc>
          <w:tcPr>
            <w:tcW w:w="3403" w:type="dxa"/>
          </w:tcPr>
          <w:p w14:paraId="0276CCD8" w14:textId="77777777" w:rsidR="00304FB0" w:rsidRPr="00872DE7" w:rsidRDefault="00304FB0" w:rsidP="006104F9">
            <w:pPr>
              <w:spacing w:after="15" w:line="259" w:lineRule="auto"/>
              <w:ind w:right="91"/>
              <w:jc w:val="center"/>
              <w:rPr>
                <w:iCs/>
                <w:sz w:val="20"/>
              </w:rPr>
            </w:pPr>
            <w:proofErr w:type="spellStart"/>
            <w:r w:rsidRPr="00872DE7">
              <w:rPr>
                <w:iCs/>
                <w:sz w:val="20"/>
              </w:rPr>
              <w:t>CEIm</w:t>
            </w:r>
            <w:proofErr w:type="spellEnd"/>
            <w:r w:rsidRPr="00872DE7">
              <w:rPr>
                <w:iCs/>
                <w:sz w:val="20"/>
              </w:rPr>
              <w:t xml:space="preserve"> de Euskadi</w:t>
            </w:r>
            <w:r>
              <w:rPr>
                <w:iCs/>
                <w:sz w:val="20"/>
              </w:rPr>
              <w:t xml:space="preserve"> </w:t>
            </w:r>
            <w:r w:rsidRPr="00872DE7">
              <w:rPr>
                <w:iCs/>
                <w:sz w:val="20"/>
              </w:rPr>
              <w:t>(</w:t>
            </w:r>
            <w:proofErr w:type="spellStart"/>
            <w:r w:rsidRPr="00872DE7">
              <w:rPr>
                <w:iCs/>
                <w:sz w:val="20"/>
              </w:rPr>
              <w:t>Comité</w:t>
            </w:r>
            <w:proofErr w:type="spellEnd"/>
            <w:r w:rsidRPr="00872DE7">
              <w:rPr>
                <w:iCs/>
                <w:sz w:val="20"/>
              </w:rPr>
              <w:t xml:space="preserve"> de </w:t>
            </w:r>
            <w:proofErr w:type="spellStart"/>
            <w:r w:rsidRPr="00872DE7">
              <w:rPr>
                <w:iCs/>
                <w:sz w:val="20"/>
              </w:rPr>
              <w:t>Ética</w:t>
            </w:r>
            <w:proofErr w:type="spellEnd"/>
            <w:r w:rsidRPr="00872DE7">
              <w:rPr>
                <w:iCs/>
                <w:sz w:val="20"/>
              </w:rPr>
              <w:t xml:space="preserve"> de la</w:t>
            </w:r>
            <w:r>
              <w:rPr>
                <w:iCs/>
                <w:sz w:val="20"/>
              </w:rPr>
              <w:t xml:space="preserve"> </w:t>
            </w:r>
            <w:proofErr w:type="spellStart"/>
            <w:r w:rsidRPr="00872DE7">
              <w:rPr>
                <w:iCs/>
                <w:sz w:val="20"/>
              </w:rPr>
              <w:t>Investigación</w:t>
            </w:r>
            <w:proofErr w:type="spellEnd"/>
            <w:r w:rsidRPr="00872DE7">
              <w:rPr>
                <w:iCs/>
                <w:sz w:val="20"/>
              </w:rPr>
              <w:t xml:space="preserve"> con </w:t>
            </w:r>
            <w:proofErr w:type="spellStart"/>
            <w:r w:rsidRPr="00872DE7">
              <w:rPr>
                <w:iCs/>
                <w:sz w:val="20"/>
              </w:rPr>
              <w:t>medicamentos</w:t>
            </w:r>
            <w:proofErr w:type="spellEnd"/>
            <w:r w:rsidRPr="00872DE7">
              <w:rPr>
                <w:iCs/>
                <w:sz w:val="20"/>
              </w:rPr>
              <w:t>)</w:t>
            </w:r>
          </w:p>
          <w:p w14:paraId="229D21A9" w14:textId="77777777" w:rsidR="00304FB0" w:rsidRPr="00872DE7" w:rsidRDefault="00304FB0" w:rsidP="006104F9">
            <w:pPr>
              <w:spacing w:after="15" w:line="259" w:lineRule="auto"/>
              <w:ind w:right="91"/>
              <w:jc w:val="center"/>
              <w:rPr>
                <w:iCs/>
                <w:sz w:val="20"/>
              </w:rPr>
            </w:pPr>
            <w:proofErr w:type="spellStart"/>
            <w:r w:rsidRPr="00872DE7">
              <w:rPr>
                <w:iCs/>
                <w:sz w:val="20"/>
              </w:rPr>
              <w:t>Dirección</w:t>
            </w:r>
            <w:proofErr w:type="spellEnd"/>
            <w:r w:rsidRPr="00872DE7">
              <w:rPr>
                <w:iCs/>
                <w:sz w:val="20"/>
              </w:rPr>
              <w:t xml:space="preserve"> de</w:t>
            </w:r>
            <w:r>
              <w:rPr>
                <w:iCs/>
                <w:sz w:val="20"/>
              </w:rPr>
              <w:t xml:space="preserve"> </w:t>
            </w:r>
            <w:proofErr w:type="spellStart"/>
            <w:r w:rsidRPr="00872DE7">
              <w:rPr>
                <w:iCs/>
                <w:sz w:val="20"/>
              </w:rPr>
              <w:t>Investigación</w:t>
            </w:r>
            <w:proofErr w:type="spellEnd"/>
            <w:r w:rsidRPr="00872DE7">
              <w:rPr>
                <w:iCs/>
                <w:sz w:val="20"/>
              </w:rPr>
              <w:t xml:space="preserve"> e</w:t>
            </w:r>
            <w:r>
              <w:rPr>
                <w:iCs/>
                <w:sz w:val="20"/>
              </w:rPr>
              <w:t xml:space="preserve"> </w:t>
            </w:r>
            <w:proofErr w:type="spellStart"/>
            <w:r w:rsidRPr="00872DE7">
              <w:rPr>
                <w:iCs/>
                <w:sz w:val="20"/>
              </w:rPr>
              <w:t>Innovación</w:t>
            </w:r>
            <w:proofErr w:type="spellEnd"/>
            <w:r w:rsidRPr="00872DE7">
              <w:rPr>
                <w:iCs/>
                <w:sz w:val="20"/>
              </w:rPr>
              <w:t xml:space="preserve"> </w:t>
            </w:r>
            <w:proofErr w:type="spellStart"/>
            <w:r w:rsidRPr="00872DE7">
              <w:rPr>
                <w:iCs/>
                <w:sz w:val="20"/>
              </w:rPr>
              <w:t>Sanitarias</w:t>
            </w:r>
            <w:proofErr w:type="spellEnd"/>
          </w:p>
          <w:p w14:paraId="012103CD" w14:textId="77777777" w:rsidR="00304FB0" w:rsidRPr="00872DE7" w:rsidRDefault="00304FB0" w:rsidP="006104F9">
            <w:pPr>
              <w:spacing w:after="15" w:line="259" w:lineRule="auto"/>
              <w:ind w:right="90"/>
              <w:jc w:val="center"/>
              <w:rPr>
                <w:iCs/>
                <w:sz w:val="20"/>
              </w:rPr>
            </w:pPr>
            <w:r w:rsidRPr="00872DE7">
              <w:rPr>
                <w:iCs/>
                <w:sz w:val="20"/>
              </w:rPr>
              <w:t>C/ Donostia-San</w:t>
            </w:r>
            <w:r>
              <w:rPr>
                <w:iCs/>
                <w:sz w:val="20"/>
              </w:rPr>
              <w:t xml:space="preserve"> </w:t>
            </w:r>
            <w:r w:rsidRPr="00872DE7">
              <w:rPr>
                <w:iCs/>
                <w:sz w:val="20"/>
              </w:rPr>
              <w:t>Sebastián, 1 – 01010</w:t>
            </w:r>
            <w:r>
              <w:rPr>
                <w:iCs/>
                <w:sz w:val="20"/>
              </w:rPr>
              <w:t xml:space="preserve"> </w:t>
            </w:r>
            <w:r w:rsidRPr="00872DE7">
              <w:rPr>
                <w:iCs/>
                <w:sz w:val="20"/>
              </w:rPr>
              <w:t>Vitoria-</w:t>
            </w:r>
            <w:proofErr w:type="spellStart"/>
            <w:r w:rsidRPr="00872DE7">
              <w:rPr>
                <w:iCs/>
                <w:sz w:val="20"/>
              </w:rPr>
              <w:t>Gasteiz</w:t>
            </w:r>
            <w:proofErr w:type="spellEnd"/>
          </w:p>
        </w:tc>
        <w:tc>
          <w:tcPr>
            <w:tcW w:w="1261" w:type="dxa"/>
          </w:tcPr>
          <w:p w14:paraId="6A9B8AD0" w14:textId="77777777" w:rsidR="00304FB0" w:rsidRPr="00872DE7" w:rsidRDefault="00304FB0" w:rsidP="00326692">
            <w:pPr>
              <w:spacing w:line="259" w:lineRule="auto"/>
              <w:ind w:right="85"/>
              <w:jc w:val="center"/>
              <w:rPr>
                <w:iCs/>
                <w:sz w:val="20"/>
              </w:rPr>
            </w:pPr>
            <w:r w:rsidRPr="00872DE7">
              <w:rPr>
                <w:iCs/>
                <w:sz w:val="20"/>
              </w:rPr>
              <w:t>09 Nov 2021</w:t>
            </w:r>
          </w:p>
        </w:tc>
      </w:tr>
      <w:tr w:rsidR="00304FB0" w14:paraId="0FCA8932" w14:textId="77777777" w:rsidTr="00C8528D">
        <w:trPr>
          <w:trHeight w:val="20"/>
        </w:trPr>
        <w:tc>
          <w:tcPr>
            <w:tcW w:w="1142" w:type="dxa"/>
          </w:tcPr>
          <w:p w14:paraId="06CA3EA7" w14:textId="77777777" w:rsidR="00304FB0" w:rsidRPr="00E56B5D" w:rsidRDefault="00304FB0" w:rsidP="00872DE7">
            <w:pPr>
              <w:spacing w:line="259" w:lineRule="auto"/>
              <w:ind w:right="90"/>
              <w:jc w:val="center"/>
              <w:rPr>
                <w:b/>
                <w:bCs/>
                <w:iCs/>
                <w:sz w:val="20"/>
              </w:rPr>
            </w:pPr>
            <w:r w:rsidRPr="00E56B5D">
              <w:rPr>
                <w:b/>
                <w:bCs/>
                <w:iCs/>
                <w:sz w:val="20"/>
              </w:rPr>
              <w:t xml:space="preserve">Taiwan </w:t>
            </w:r>
          </w:p>
        </w:tc>
        <w:tc>
          <w:tcPr>
            <w:tcW w:w="1123" w:type="dxa"/>
          </w:tcPr>
          <w:p w14:paraId="17D253ED" w14:textId="77777777" w:rsidR="00304FB0" w:rsidRPr="00872DE7" w:rsidRDefault="00304FB0" w:rsidP="00ED32A7">
            <w:pPr>
              <w:spacing w:line="259" w:lineRule="auto"/>
              <w:ind w:right="90"/>
              <w:jc w:val="center"/>
              <w:rPr>
                <w:iCs/>
                <w:sz w:val="20"/>
              </w:rPr>
            </w:pPr>
            <w:r w:rsidRPr="00872DE7">
              <w:rPr>
                <w:iCs/>
                <w:sz w:val="20"/>
              </w:rPr>
              <w:t xml:space="preserve">7406 </w:t>
            </w:r>
          </w:p>
        </w:tc>
        <w:tc>
          <w:tcPr>
            <w:tcW w:w="3403" w:type="dxa"/>
          </w:tcPr>
          <w:p w14:paraId="7AEA7AF8" w14:textId="77777777" w:rsidR="00304FB0" w:rsidRPr="00872DE7" w:rsidRDefault="00304FB0" w:rsidP="006104F9">
            <w:pPr>
              <w:spacing w:after="15" w:line="259" w:lineRule="auto"/>
              <w:ind w:right="88"/>
              <w:jc w:val="center"/>
              <w:rPr>
                <w:iCs/>
                <w:sz w:val="20"/>
              </w:rPr>
            </w:pPr>
            <w:r w:rsidRPr="00872DE7">
              <w:rPr>
                <w:iCs/>
                <w:sz w:val="20"/>
              </w:rPr>
              <w:t>Kaohsiung Medical</w:t>
            </w:r>
            <w:r>
              <w:rPr>
                <w:iCs/>
                <w:sz w:val="20"/>
              </w:rPr>
              <w:t xml:space="preserve"> </w:t>
            </w:r>
            <w:r w:rsidRPr="00872DE7">
              <w:rPr>
                <w:iCs/>
                <w:sz w:val="20"/>
              </w:rPr>
              <w:t>University Chung-Ho</w:t>
            </w:r>
            <w:r>
              <w:rPr>
                <w:iCs/>
                <w:sz w:val="20"/>
              </w:rPr>
              <w:t xml:space="preserve"> </w:t>
            </w:r>
            <w:r w:rsidRPr="00872DE7">
              <w:rPr>
                <w:iCs/>
                <w:sz w:val="20"/>
              </w:rPr>
              <w:t>Memorial Hospital IRB</w:t>
            </w:r>
          </w:p>
          <w:p w14:paraId="107C6E10" w14:textId="77777777" w:rsidR="00304FB0" w:rsidRPr="00872DE7" w:rsidRDefault="00304FB0" w:rsidP="006104F9">
            <w:pPr>
              <w:spacing w:line="274" w:lineRule="auto"/>
              <w:jc w:val="center"/>
              <w:rPr>
                <w:iCs/>
                <w:sz w:val="20"/>
              </w:rPr>
            </w:pPr>
            <w:r w:rsidRPr="00872DE7">
              <w:rPr>
                <w:iCs/>
                <w:sz w:val="20"/>
              </w:rPr>
              <w:t xml:space="preserve">No. 100 </w:t>
            </w:r>
            <w:proofErr w:type="spellStart"/>
            <w:r w:rsidRPr="00872DE7">
              <w:rPr>
                <w:iCs/>
                <w:sz w:val="20"/>
              </w:rPr>
              <w:t>Tzyou</w:t>
            </w:r>
            <w:proofErr w:type="spellEnd"/>
            <w:r w:rsidRPr="00872DE7">
              <w:rPr>
                <w:iCs/>
                <w:sz w:val="20"/>
              </w:rPr>
              <w:t xml:space="preserve"> 1st Road, </w:t>
            </w:r>
            <w:proofErr w:type="spellStart"/>
            <w:r w:rsidRPr="00872DE7">
              <w:rPr>
                <w:iCs/>
                <w:sz w:val="20"/>
              </w:rPr>
              <w:t>Kaohisung</w:t>
            </w:r>
            <w:proofErr w:type="spellEnd"/>
            <w:r w:rsidRPr="00872DE7">
              <w:rPr>
                <w:iCs/>
                <w:sz w:val="20"/>
              </w:rPr>
              <w:t xml:space="preserve"> City 807,</w:t>
            </w:r>
            <w:r>
              <w:rPr>
                <w:iCs/>
                <w:sz w:val="20"/>
              </w:rPr>
              <w:t xml:space="preserve"> </w:t>
            </w:r>
            <w:proofErr w:type="spellStart"/>
            <w:r w:rsidRPr="00872DE7">
              <w:rPr>
                <w:iCs/>
                <w:sz w:val="20"/>
              </w:rPr>
              <w:t>Kaohisung</w:t>
            </w:r>
            <w:proofErr w:type="spellEnd"/>
            <w:r w:rsidRPr="00872DE7">
              <w:rPr>
                <w:iCs/>
                <w:sz w:val="20"/>
              </w:rPr>
              <w:t xml:space="preserve"> City</w:t>
            </w:r>
          </w:p>
        </w:tc>
        <w:tc>
          <w:tcPr>
            <w:tcW w:w="1261" w:type="dxa"/>
          </w:tcPr>
          <w:p w14:paraId="109719EE" w14:textId="77777777" w:rsidR="00304FB0" w:rsidRPr="00872DE7" w:rsidRDefault="00304FB0" w:rsidP="00326692">
            <w:pPr>
              <w:spacing w:line="259" w:lineRule="auto"/>
              <w:ind w:right="85"/>
              <w:jc w:val="center"/>
              <w:rPr>
                <w:iCs/>
                <w:sz w:val="20"/>
              </w:rPr>
            </w:pPr>
            <w:r w:rsidRPr="00872DE7">
              <w:rPr>
                <w:iCs/>
                <w:sz w:val="20"/>
              </w:rPr>
              <w:t>16 Sep 2022</w:t>
            </w:r>
          </w:p>
        </w:tc>
      </w:tr>
      <w:tr w:rsidR="00304FB0" w14:paraId="1C362921" w14:textId="77777777" w:rsidTr="00C8528D">
        <w:trPr>
          <w:trHeight w:val="20"/>
        </w:trPr>
        <w:tc>
          <w:tcPr>
            <w:tcW w:w="1142" w:type="dxa"/>
          </w:tcPr>
          <w:p w14:paraId="67FDEC73" w14:textId="77777777" w:rsidR="00304FB0" w:rsidRPr="00E56B5D" w:rsidRDefault="00304FB0" w:rsidP="00872DE7">
            <w:pPr>
              <w:spacing w:line="259" w:lineRule="auto"/>
              <w:ind w:right="90"/>
              <w:jc w:val="center"/>
              <w:rPr>
                <w:b/>
                <w:bCs/>
                <w:iCs/>
                <w:sz w:val="20"/>
              </w:rPr>
            </w:pPr>
            <w:r w:rsidRPr="00E56B5D">
              <w:rPr>
                <w:b/>
                <w:bCs/>
                <w:iCs/>
                <w:sz w:val="20"/>
              </w:rPr>
              <w:t xml:space="preserve">Ukraine </w:t>
            </w:r>
          </w:p>
        </w:tc>
        <w:tc>
          <w:tcPr>
            <w:tcW w:w="1123" w:type="dxa"/>
          </w:tcPr>
          <w:p w14:paraId="1364D4D7" w14:textId="77777777" w:rsidR="00304FB0" w:rsidRPr="00872DE7" w:rsidRDefault="00304FB0" w:rsidP="00ED32A7">
            <w:pPr>
              <w:spacing w:line="259" w:lineRule="auto"/>
              <w:ind w:right="90"/>
              <w:jc w:val="center"/>
              <w:rPr>
                <w:iCs/>
                <w:sz w:val="20"/>
              </w:rPr>
            </w:pPr>
            <w:r w:rsidRPr="00872DE7">
              <w:rPr>
                <w:iCs/>
                <w:sz w:val="20"/>
              </w:rPr>
              <w:t xml:space="preserve">7701 </w:t>
            </w:r>
          </w:p>
        </w:tc>
        <w:tc>
          <w:tcPr>
            <w:tcW w:w="3403" w:type="dxa"/>
          </w:tcPr>
          <w:p w14:paraId="1E460683" w14:textId="77777777" w:rsidR="00304FB0" w:rsidRPr="00872DE7" w:rsidRDefault="00304FB0" w:rsidP="006104F9">
            <w:pPr>
              <w:spacing w:after="15" w:line="259" w:lineRule="auto"/>
              <w:ind w:right="89"/>
              <w:jc w:val="center"/>
              <w:rPr>
                <w:iCs/>
                <w:sz w:val="20"/>
              </w:rPr>
            </w:pPr>
            <w:r w:rsidRPr="00872DE7">
              <w:rPr>
                <w:iCs/>
                <w:sz w:val="20"/>
              </w:rPr>
              <w:t>Ethics Committee at</w:t>
            </w:r>
            <w:r>
              <w:rPr>
                <w:iCs/>
                <w:sz w:val="20"/>
              </w:rPr>
              <w:t xml:space="preserve"> </w:t>
            </w:r>
            <w:r w:rsidRPr="00872DE7">
              <w:rPr>
                <w:iCs/>
                <w:sz w:val="20"/>
              </w:rPr>
              <w:t>Medical Center of</w:t>
            </w:r>
            <w:r>
              <w:rPr>
                <w:iCs/>
                <w:sz w:val="20"/>
              </w:rPr>
              <w:t xml:space="preserve"> </w:t>
            </w:r>
            <w:r w:rsidRPr="00872DE7">
              <w:rPr>
                <w:iCs/>
                <w:sz w:val="20"/>
              </w:rPr>
              <w:t>Limited Liability</w:t>
            </w:r>
          </w:p>
          <w:p w14:paraId="7F749139" w14:textId="77777777" w:rsidR="00304FB0" w:rsidRPr="00872DE7" w:rsidRDefault="00304FB0" w:rsidP="00326692">
            <w:pPr>
              <w:spacing w:after="41" w:line="274" w:lineRule="auto"/>
              <w:jc w:val="center"/>
              <w:rPr>
                <w:iCs/>
                <w:sz w:val="20"/>
              </w:rPr>
            </w:pPr>
            <w:r w:rsidRPr="00872DE7">
              <w:rPr>
                <w:iCs/>
                <w:sz w:val="20"/>
              </w:rPr>
              <w:t>Company “</w:t>
            </w:r>
            <w:proofErr w:type="spellStart"/>
            <w:r w:rsidRPr="00872DE7">
              <w:rPr>
                <w:iCs/>
                <w:sz w:val="20"/>
              </w:rPr>
              <w:t>Harmoniya</w:t>
            </w:r>
            <w:proofErr w:type="spellEnd"/>
            <w:r w:rsidRPr="00872DE7">
              <w:rPr>
                <w:iCs/>
                <w:sz w:val="20"/>
              </w:rPr>
              <w:t xml:space="preserve"> </w:t>
            </w:r>
            <w:proofErr w:type="spellStart"/>
            <w:r w:rsidRPr="00872DE7">
              <w:rPr>
                <w:iCs/>
                <w:sz w:val="20"/>
              </w:rPr>
              <w:t>krasy</w:t>
            </w:r>
            <w:proofErr w:type="spellEnd"/>
            <w:r w:rsidRPr="00872DE7">
              <w:rPr>
                <w:iCs/>
                <w:sz w:val="20"/>
              </w:rPr>
              <w:t>”</w:t>
            </w:r>
          </w:p>
          <w:p w14:paraId="35F43C68" w14:textId="77777777" w:rsidR="00304FB0" w:rsidRPr="00872DE7" w:rsidRDefault="00304FB0" w:rsidP="006104F9">
            <w:pPr>
              <w:spacing w:after="17" w:line="259" w:lineRule="auto"/>
              <w:ind w:right="91"/>
              <w:jc w:val="center"/>
              <w:rPr>
                <w:iCs/>
                <w:sz w:val="20"/>
              </w:rPr>
            </w:pPr>
            <w:r w:rsidRPr="00872DE7">
              <w:rPr>
                <w:iCs/>
                <w:sz w:val="20"/>
              </w:rPr>
              <w:t>USREOU code</w:t>
            </w:r>
            <w:r>
              <w:rPr>
                <w:iCs/>
                <w:sz w:val="20"/>
              </w:rPr>
              <w:t xml:space="preserve"> </w:t>
            </w:r>
            <w:r w:rsidRPr="00872DE7">
              <w:rPr>
                <w:iCs/>
                <w:sz w:val="20"/>
              </w:rPr>
              <w:t xml:space="preserve">38611580. 4, O. </w:t>
            </w:r>
            <w:proofErr w:type="spellStart"/>
            <w:r w:rsidRPr="00872DE7">
              <w:rPr>
                <w:iCs/>
                <w:sz w:val="20"/>
              </w:rPr>
              <w:t>Pchilky</w:t>
            </w:r>
            <w:proofErr w:type="spellEnd"/>
            <w:r>
              <w:rPr>
                <w:iCs/>
                <w:sz w:val="20"/>
              </w:rPr>
              <w:t xml:space="preserve"> </w:t>
            </w:r>
            <w:r w:rsidRPr="00872DE7">
              <w:rPr>
                <w:iCs/>
                <w:sz w:val="20"/>
              </w:rPr>
              <w:t>St., off. 12, Kyiv</w:t>
            </w:r>
          </w:p>
        </w:tc>
        <w:tc>
          <w:tcPr>
            <w:tcW w:w="1261" w:type="dxa"/>
          </w:tcPr>
          <w:p w14:paraId="75BE2FA1" w14:textId="77777777" w:rsidR="00304FB0" w:rsidRPr="00872DE7" w:rsidRDefault="00304FB0" w:rsidP="00326692">
            <w:pPr>
              <w:spacing w:line="259" w:lineRule="auto"/>
              <w:ind w:right="85"/>
              <w:jc w:val="center"/>
              <w:rPr>
                <w:iCs/>
                <w:sz w:val="20"/>
              </w:rPr>
            </w:pPr>
            <w:r w:rsidRPr="00872DE7">
              <w:rPr>
                <w:iCs/>
                <w:sz w:val="20"/>
              </w:rPr>
              <w:t>17 Dec 2020</w:t>
            </w:r>
          </w:p>
        </w:tc>
      </w:tr>
      <w:tr w:rsidR="00304FB0" w14:paraId="345D4C14" w14:textId="77777777" w:rsidTr="00C8528D">
        <w:trPr>
          <w:trHeight w:val="20"/>
        </w:trPr>
        <w:tc>
          <w:tcPr>
            <w:tcW w:w="1142" w:type="dxa"/>
            <w:tcBorders>
              <w:bottom w:val="single" w:sz="4" w:space="0" w:color="auto"/>
            </w:tcBorders>
          </w:tcPr>
          <w:p w14:paraId="64D4915B" w14:textId="77777777" w:rsidR="00304FB0" w:rsidRPr="00E56B5D" w:rsidRDefault="00304FB0" w:rsidP="00872DE7">
            <w:pPr>
              <w:spacing w:line="259" w:lineRule="auto"/>
              <w:ind w:right="90"/>
              <w:jc w:val="center"/>
              <w:rPr>
                <w:b/>
                <w:bCs/>
                <w:iCs/>
                <w:sz w:val="20"/>
              </w:rPr>
            </w:pPr>
            <w:r w:rsidRPr="00E56B5D">
              <w:rPr>
                <w:b/>
                <w:bCs/>
                <w:iCs/>
                <w:sz w:val="20"/>
              </w:rPr>
              <w:t xml:space="preserve"> </w:t>
            </w:r>
          </w:p>
        </w:tc>
        <w:tc>
          <w:tcPr>
            <w:tcW w:w="1123" w:type="dxa"/>
            <w:tcBorders>
              <w:bottom w:val="single" w:sz="4" w:space="0" w:color="auto"/>
            </w:tcBorders>
          </w:tcPr>
          <w:p w14:paraId="49D93D01" w14:textId="77777777" w:rsidR="00304FB0" w:rsidRPr="00872DE7" w:rsidRDefault="00304FB0" w:rsidP="00D14F12">
            <w:pPr>
              <w:spacing w:line="259" w:lineRule="auto"/>
              <w:ind w:right="90"/>
              <w:jc w:val="center"/>
              <w:rPr>
                <w:iCs/>
                <w:sz w:val="20"/>
              </w:rPr>
            </w:pPr>
            <w:r w:rsidRPr="00872DE7">
              <w:rPr>
                <w:iCs/>
                <w:sz w:val="20"/>
              </w:rPr>
              <w:t xml:space="preserve"> </w:t>
            </w:r>
          </w:p>
        </w:tc>
        <w:tc>
          <w:tcPr>
            <w:tcW w:w="3403" w:type="dxa"/>
            <w:tcBorders>
              <w:bottom w:val="single" w:sz="4" w:space="0" w:color="auto"/>
            </w:tcBorders>
          </w:tcPr>
          <w:p w14:paraId="2E062D40" w14:textId="77777777" w:rsidR="00304FB0" w:rsidRPr="00872DE7" w:rsidRDefault="00304FB0" w:rsidP="006104F9">
            <w:pPr>
              <w:spacing w:after="15" w:line="259" w:lineRule="auto"/>
              <w:ind w:right="89"/>
              <w:jc w:val="center"/>
              <w:rPr>
                <w:iCs/>
                <w:sz w:val="20"/>
              </w:rPr>
            </w:pPr>
            <w:r w:rsidRPr="00872DE7">
              <w:rPr>
                <w:iCs/>
                <w:sz w:val="20"/>
              </w:rPr>
              <w:t>Ethics Committee at</w:t>
            </w:r>
            <w:r>
              <w:rPr>
                <w:iCs/>
                <w:sz w:val="20"/>
              </w:rPr>
              <w:t xml:space="preserve"> </w:t>
            </w:r>
            <w:r w:rsidRPr="00872DE7">
              <w:rPr>
                <w:iCs/>
                <w:sz w:val="20"/>
              </w:rPr>
              <w:t>Medical Center of</w:t>
            </w:r>
            <w:r>
              <w:rPr>
                <w:iCs/>
                <w:sz w:val="20"/>
              </w:rPr>
              <w:t xml:space="preserve"> </w:t>
            </w:r>
            <w:r w:rsidRPr="00872DE7">
              <w:rPr>
                <w:iCs/>
                <w:sz w:val="20"/>
              </w:rPr>
              <w:t>Limited Liability</w:t>
            </w:r>
          </w:p>
          <w:p w14:paraId="3E02BA94" w14:textId="77777777" w:rsidR="00304FB0" w:rsidRPr="00872DE7" w:rsidRDefault="00304FB0" w:rsidP="006104F9">
            <w:pPr>
              <w:spacing w:after="17" w:line="259" w:lineRule="auto"/>
              <w:ind w:right="89"/>
              <w:jc w:val="center"/>
              <w:rPr>
                <w:iCs/>
                <w:sz w:val="20"/>
              </w:rPr>
            </w:pPr>
            <w:r w:rsidRPr="00872DE7">
              <w:rPr>
                <w:iCs/>
                <w:sz w:val="20"/>
              </w:rPr>
              <w:t>Company “</w:t>
            </w:r>
            <w:proofErr w:type="spellStart"/>
            <w:r w:rsidRPr="00872DE7">
              <w:rPr>
                <w:iCs/>
                <w:sz w:val="20"/>
              </w:rPr>
              <w:t>Arensia</w:t>
            </w:r>
            <w:proofErr w:type="spellEnd"/>
            <w:r>
              <w:rPr>
                <w:iCs/>
                <w:sz w:val="20"/>
              </w:rPr>
              <w:t xml:space="preserve"> </w:t>
            </w:r>
            <w:r w:rsidRPr="00872DE7">
              <w:rPr>
                <w:iCs/>
                <w:sz w:val="20"/>
              </w:rPr>
              <w:t>Exploratory Medicine”</w:t>
            </w:r>
          </w:p>
          <w:p w14:paraId="09BCA0CD" w14:textId="77777777" w:rsidR="00304FB0" w:rsidRPr="00872DE7" w:rsidRDefault="00304FB0" w:rsidP="006104F9">
            <w:pPr>
              <w:spacing w:after="17" w:line="259" w:lineRule="auto"/>
              <w:ind w:left="2"/>
              <w:jc w:val="center"/>
              <w:rPr>
                <w:iCs/>
                <w:sz w:val="20"/>
              </w:rPr>
            </w:pPr>
            <w:r w:rsidRPr="00872DE7">
              <w:rPr>
                <w:iCs/>
                <w:sz w:val="20"/>
              </w:rPr>
              <w:t xml:space="preserve">12 </w:t>
            </w:r>
            <w:proofErr w:type="spellStart"/>
            <w:r w:rsidRPr="00872DE7">
              <w:rPr>
                <w:iCs/>
                <w:sz w:val="20"/>
              </w:rPr>
              <w:t>Chornovola</w:t>
            </w:r>
            <w:proofErr w:type="spellEnd"/>
            <w:r w:rsidRPr="00872DE7">
              <w:rPr>
                <w:iCs/>
                <w:sz w:val="20"/>
              </w:rPr>
              <w:t xml:space="preserve"> Str., Kyiv,</w:t>
            </w:r>
            <w:r>
              <w:rPr>
                <w:iCs/>
                <w:sz w:val="20"/>
              </w:rPr>
              <w:t xml:space="preserve"> </w:t>
            </w:r>
            <w:r w:rsidRPr="00872DE7">
              <w:rPr>
                <w:iCs/>
                <w:sz w:val="20"/>
              </w:rPr>
              <w:t>01135</w:t>
            </w:r>
          </w:p>
        </w:tc>
        <w:tc>
          <w:tcPr>
            <w:tcW w:w="1261" w:type="dxa"/>
            <w:tcBorders>
              <w:bottom w:val="single" w:sz="4" w:space="0" w:color="auto"/>
            </w:tcBorders>
          </w:tcPr>
          <w:p w14:paraId="24719491" w14:textId="77777777" w:rsidR="00304FB0" w:rsidRPr="00872DE7" w:rsidRDefault="00304FB0" w:rsidP="00326692">
            <w:pPr>
              <w:spacing w:line="259" w:lineRule="auto"/>
              <w:ind w:right="85"/>
              <w:jc w:val="center"/>
              <w:rPr>
                <w:iCs/>
                <w:sz w:val="20"/>
              </w:rPr>
            </w:pPr>
            <w:r w:rsidRPr="00872DE7">
              <w:rPr>
                <w:iCs/>
                <w:sz w:val="20"/>
              </w:rPr>
              <w:t>16 Nov 2022</w:t>
            </w:r>
          </w:p>
        </w:tc>
      </w:tr>
    </w:tbl>
    <w:p w14:paraId="7A3C6717" w14:textId="77777777" w:rsidR="00304FB0" w:rsidRPr="00E56B5D" w:rsidRDefault="00304FB0" w:rsidP="000C3700">
      <w:pPr>
        <w:spacing w:line="480" w:lineRule="auto"/>
        <w:rPr>
          <w:sz w:val="22"/>
          <w:szCs w:val="22"/>
        </w:rPr>
      </w:pPr>
      <w:r w:rsidDel="00ED32A7">
        <w:rPr>
          <w:sz w:val="22"/>
          <w:szCs w:val="22"/>
        </w:rPr>
        <w:t xml:space="preserve"> </w:t>
      </w:r>
      <w:r>
        <w:rPr>
          <w:sz w:val="22"/>
          <w:szCs w:val="22"/>
        </w:rPr>
        <w:t xml:space="preserve">IEC, independent ethics committee; IRB, institutional review </w:t>
      </w:r>
      <w:r>
        <w:t>board</w:t>
      </w:r>
      <w:r>
        <w:br w:type="page"/>
      </w:r>
    </w:p>
    <w:p w14:paraId="7A4BD6A9" w14:textId="77777777" w:rsidR="00304FB0" w:rsidRPr="005C06FE" w:rsidRDefault="00304FB0" w:rsidP="003F1E71">
      <w:pPr>
        <w:spacing w:line="480" w:lineRule="auto"/>
      </w:pPr>
      <w:r w:rsidRPr="005C06FE">
        <w:rPr>
          <w:noProof/>
        </w:rPr>
        <w:lastRenderedPageBreak/>
        <w:drawing>
          <wp:inline distT="0" distB="0" distL="0" distR="0" wp14:anchorId="3C9DA4F9" wp14:editId="06CEC3C5">
            <wp:extent cx="5286375" cy="2257425"/>
            <wp:effectExtent l="0" t="0" r="9525" b="9525"/>
            <wp:docPr id="10007" name="Picture 2131187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rotWithShape="1">
                    <a:blip r:embed="rId7"/>
                    <a:srcRect l="4145" b="23879"/>
                    <a:stretch>
                      <a:fillRect/>
                    </a:stretch>
                  </pic:blipFill>
                  <pic:spPr bwMode="auto">
                    <a:xfrm>
                      <a:off x="0" y="0"/>
                      <a:ext cx="5287248" cy="2257798"/>
                    </a:xfrm>
                    <a:prstGeom prst="rect">
                      <a:avLst/>
                    </a:prstGeom>
                    <a:ln>
                      <a:noFill/>
                    </a:ln>
                    <a:extLst>
                      <a:ext uri="{53640926-AAD7-44D8-BBD7-CCE9431645EC}">
                        <a14:shadowObscured xmlns:a14="http://schemas.microsoft.com/office/drawing/2010/main"/>
                      </a:ext>
                    </a:extLst>
                  </pic:spPr>
                </pic:pic>
              </a:graphicData>
            </a:graphic>
          </wp:inline>
        </w:drawing>
      </w:r>
    </w:p>
    <w:p w14:paraId="4A771498" w14:textId="77777777" w:rsidR="00304FB0" w:rsidRPr="005C06FE" w:rsidRDefault="00304FB0" w:rsidP="00D05386">
      <w:pPr>
        <w:pStyle w:val="Heading2"/>
        <w:spacing w:line="480" w:lineRule="auto"/>
        <w:rPr>
          <w:b w:val="0"/>
        </w:rPr>
      </w:pPr>
      <w:r w:rsidRPr="005C06FE">
        <w:t>Supplementa</w:t>
      </w:r>
      <w:r>
        <w:t>l</w:t>
      </w:r>
      <w:r w:rsidRPr="005C06FE">
        <w:t xml:space="preserve"> Fig</w:t>
      </w:r>
      <w:r>
        <w:t>.</w:t>
      </w:r>
      <w:r w:rsidRPr="005C06FE">
        <w:t xml:space="preserve"> </w:t>
      </w:r>
      <w:r>
        <w:t>S</w:t>
      </w:r>
      <w:r w:rsidRPr="005C06FE">
        <w:t xml:space="preserve">1 </w:t>
      </w:r>
      <w:r w:rsidRPr="005C06FE">
        <w:rPr>
          <w:b w:val="0"/>
        </w:rPr>
        <w:t xml:space="preserve">Geometric mean serum concentrations of </w:t>
      </w:r>
      <w:proofErr w:type="spellStart"/>
      <w:r w:rsidRPr="005C06FE">
        <w:rPr>
          <w:b w:val="0"/>
        </w:rPr>
        <w:t>elarekibep</w:t>
      </w:r>
      <w:proofErr w:type="spellEnd"/>
      <w:r w:rsidRPr="005C06FE">
        <w:rPr>
          <w:b w:val="0"/>
        </w:rPr>
        <w:t xml:space="preserve"> 1 mg, 3 and 10 mg doses versus nominal time on day 1 and day 28 (semi-</w:t>
      </w:r>
      <w:r w:rsidRPr="005C06FE">
        <w:rPr>
          <w:b w:val="0"/>
          <w:bCs/>
          <w:iCs/>
        </w:rPr>
        <w:t>logarithmic</w:t>
      </w:r>
      <w:r w:rsidRPr="005C06FE">
        <w:rPr>
          <w:b w:val="0"/>
        </w:rPr>
        <w:t xml:space="preserve"> linear scale) in patients with controlled moderate asthma (study part 1)</w:t>
      </w:r>
    </w:p>
    <w:p w14:paraId="555DE728" w14:textId="77777777" w:rsidR="00304FB0" w:rsidRPr="005C06FE" w:rsidRDefault="00304FB0" w:rsidP="003F1E71">
      <w:pPr>
        <w:spacing w:line="480" w:lineRule="auto"/>
      </w:pPr>
    </w:p>
    <w:p w14:paraId="0E79BE81" w14:textId="77777777" w:rsidR="00304FB0" w:rsidRDefault="00304FB0" w:rsidP="003F1E71">
      <w:pPr>
        <w:spacing w:line="480" w:lineRule="auto"/>
      </w:pPr>
      <w:r>
        <w:t>Data are</w:t>
      </w:r>
      <w:r w:rsidRPr="005C06FE">
        <w:t xml:space="preserve"> geometric mean</w:t>
      </w:r>
      <w:r>
        <w:t xml:space="preserve"> drug concentration</w:t>
      </w:r>
      <w:r w:rsidRPr="005C06FE">
        <w:t xml:space="preserve"> </w:t>
      </w:r>
      <w:r w:rsidRPr="005C06FE">
        <w:rPr>
          <w:rFonts w:cs="Arial"/>
        </w:rPr>
        <w:t>±</w:t>
      </w:r>
      <w:r w:rsidRPr="005C06FE">
        <w:t xml:space="preserve"> </w:t>
      </w:r>
      <w:r>
        <w:t xml:space="preserve">the geometric </w:t>
      </w:r>
      <w:r w:rsidRPr="005C06FE">
        <w:t xml:space="preserve">SD. </w:t>
      </w:r>
      <w:r>
        <w:t>Values were calculated by taking the mean and SD of the log-transformed PK concentrations, converting them to the original scale using exponentiation as follows:</w:t>
      </w:r>
    </w:p>
    <w:p w14:paraId="6F8E0D96" w14:textId="77777777" w:rsidR="00304FB0" w:rsidRPr="005C06FE" w:rsidRDefault="00304FB0" w:rsidP="003F1E71">
      <w:pPr>
        <w:spacing w:line="480" w:lineRule="auto"/>
      </w:pPr>
      <w:r w:rsidRPr="005C06FE">
        <w:t xml:space="preserve">Geometric mean − </w:t>
      </w:r>
      <w:r>
        <w:t>geometric SD (</w:t>
      </w:r>
      <w:proofErr w:type="spellStart"/>
      <w:r w:rsidRPr="005C06FE">
        <w:t>gSD</w:t>
      </w:r>
      <w:proofErr w:type="spellEnd"/>
      <w:r>
        <w:t>)</w:t>
      </w:r>
      <w:r w:rsidRPr="005C06FE">
        <w:t>:</w:t>
      </w:r>
      <w:r w:rsidRPr="00077768">
        <w:t xml:space="preserve"> </w:t>
      </w:r>
      <w:r w:rsidRPr="005C06FE">
        <w:t>exponential function</w:t>
      </w:r>
      <w:r w:rsidRPr="005C06FE" w:rsidDel="00077768">
        <w:t xml:space="preserve"> </w:t>
      </w:r>
      <w:r w:rsidRPr="005C06FE">
        <w:t>(</w:t>
      </w:r>
      <w:proofErr w:type="gramStart"/>
      <w:r w:rsidRPr="005C06FE">
        <w:t>mean[log(</w:t>
      </w:r>
      <w:proofErr w:type="gramEnd"/>
      <w:r w:rsidRPr="005C06FE">
        <w:t xml:space="preserve">PK concentration)] − </w:t>
      </w:r>
      <w:proofErr w:type="gramStart"/>
      <w:r>
        <w:t>SD</w:t>
      </w:r>
      <w:r w:rsidRPr="005C06FE">
        <w:t>[log(</w:t>
      </w:r>
      <w:proofErr w:type="gramEnd"/>
      <w:r w:rsidRPr="005C06FE">
        <w:t>PK concentration)])</w:t>
      </w:r>
    </w:p>
    <w:p w14:paraId="37AC3292" w14:textId="77777777" w:rsidR="00304FB0" w:rsidRPr="00D35D7B" w:rsidRDefault="00304FB0" w:rsidP="00C90F1C">
      <w:pPr>
        <w:spacing w:line="480" w:lineRule="auto"/>
      </w:pPr>
      <w:r w:rsidRPr="005C06FE">
        <w:t xml:space="preserve">Geometric mean </w:t>
      </w:r>
      <w:r w:rsidRPr="005C06FE">
        <w:rPr>
          <w:rFonts w:cs="Arial"/>
        </w:rPr>
        <w:t>+</w:t>
      </w:r>
      <w:r w:rsidRPr="005C06FE">
        <w:t xml:space="preserve"> </w:t>
      </w:r>
      <w:proofErr w:type="spellStart"/>
      <w:r w:rsidRPr="005C06FE">
        <w:t>gSD</w:t>
      </w:r>
      <w:proofErr w:type="spellEnd"/>
      <w:r w:rsidRPr="005C06FE">
        <w:t xml:space="preserve">: </w:t>
      </w:r>
      <w:proofErr w:type="gramStart"/>
      <w:r w:rsidRPr="005C06FE">
        <w:t>exp(mean[log(</w:t>
      </w:r>
      <w:proofErr w:type="gramEnd"/>
      <w:r w:rsidRPr="005C06FE">
        <w:t xml:space="preserve">PK concentration)] </w:t>
      </w:r>
      <w:r w:rsidRPr="005C06FE">
        <w:rPr>
          <w:rFonts w:cs="Arial"/>
        </w:rPr>
        <w:t>+</w:t>
      </w:r>
      <w:r w:rsidRPr="005C06FE">
        <w:t xml:space="preserve"> </w:t>
      </w:r>
      <w:proofErr w:type="gramStart"/>
      <w:r>
        <w:t>SD</w:t>
      </w:r>
      <w:r w:rsidRPr="005C06FE">
        <w:t>[log(</w:t>
      </w:r>
      <w:proofErr w:type="gramEnd"/>
      <w:r w:rsidRPr="005C06FE">
        <w:t>PK concentration)])</w:t>
      </w:r>
    </w:p>
    <w:p w14:paraId="641CE746" w14:textId="77777777" w:rsidR="00304FB0" w:rsidRPr="00C90F1C" w:rsidRDefault="00304FB0" w:rsidP="00DF1993">
      <w:pPr>
        <w:spacing w:line="480" w:lineRule="auto"/>
      </w:pPr>
      <w:r w:rsidRPr="00C90F1C">
        <w:t xml:space="preserve">Exp = exponential function, </w:t>
      </w:r>
      <w:proofErr w:type="spellStart"/>
      <w:r w:rsidRPr="00C90F1C">
        <w:t>gSD</w:t>
      </w:r>
      <w:proofErr w:type="spellEnd"/>
      <w:r w:rsidRPr="00C90F1C">
        <w:t xml:space="preserve"> = geometric standard deviation; PK = pharmacokinetic</w:t>
      </w:r>
      <w:r>
        <w:t>.</w:t>
      </w:r>
    </w:p>
    <w:p w14:paraId="7C7013D6" w14:textId="7824A90D" w:rsidR="00304FB0" w:rsidRPr="00C5758E" w:rsidRDefault="00304FB0" w:rsidP="00C5758E">
      <w:pPr>
        <w:spacing w:line="240" w:lineRule="auto"/>
        <w:rPr>
          <w:rFonts w:cs="Arial"/>
          <w:b/>
        </w:rPr>
      </w:pPr>
      <w:r>
        <w:rPr>
          <w:rFonts w:cs="Arial"/>
        </w:rPr>
        <w:br w:type="page"/>
      </w:r>
    </w:p>
    <w:p w14:paraId="72B5F499" w14:textId="6FB46F74" w:rsidR="00304FB0" w:rsidRDefault="00304FB0">
      <w:pPr>
        <w:spacing w:line="240" w:lineRule="auto"/>
      </w:pPr>
    </w:p>
    <w:p w14:paraId="49757529" w14:textId="77777777" w:rsidR="00304FB0" w:rsidRPr="005C06FE" w:rsidRDefault="00304FB0" w:rsidP="003F1E71">
      <w:pPr>
        <w:spacing w:line="480" w:lineRule="auto"/>
      </w:pPr>
      <w:r w:rsidRPr="005C06FE">
        <w:rPr>
          <w:noProof/>
        </w:rPr>
        <w:drawing>
          <wp:inline distT="0" distB="0" distL="0" distR="0" wp14:anchorId="564931E3" wp14:editId="510BA8AE">
            <wp:extent cx="5321935" cy="2260600"/>
            <wp:effectExtent l="0" t="0" r="0" b="6350"/>
            <wp:docPr id="901832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32270" name=""/>
                    <pic:cNvPicPr/>
                  </pic:nvPicPr>
                  <pic:blipFill rotWithShape="1">
                    <a:blip r:embed="rId8"/>
                    <a:srcRect l="7146" t="17420" b="16959"/>
                    <a:stretch>
                      <a:fillRect/>
                    </a:stretch>
                  </pic:blipFill>
                  <pic:spPr bwMode="auto">
                    <a:xfrm>
                      <a:off x="0" y="0"/>
                      <a:ext cx="5321935" cy="2260600"/>
                    </a:xfrm>
                    <a:prstGeom prst="rect">
                      <a:avLst/>
                    </a:prstGeom>
                    <a:ln>
                      <a:noFill/>
                    </a:ln>
                    <a:extLst>
                      <a:ext uri="{53640926-AAD7-44D8-BBD7-CCE9431645EC}">
                        <a14:shadowObscured xmlns:a14="http://schemas.microsoft.com/office/drawing/2010/main"/>
                      </a:ext>
                    </a:extLst>
                  </pic:spPr>
                </pic:pic>
              </a:graphicData>
            </a:graphic>
          </wp:inline>
        </w:drawing>
      </w:r>
    </w:p>
    <w:p w14:paraId="3A1C8F2B" w14:textId="5AF73B7D" w:rsidR="00304FB0" w:rsidRPr="005C06FE" w:rsidRDefault="00304FB0" w:rsidP="003E2365">
      <w:pPr>
        <w:pStyle w:val="Heading2"/>
        <w:spacing w:line="480" w:lineRule="auto"/>
        <w:rPr>
          <w:b w:val="0"/>
        </w:rPr>
      </w:pPr>
      <w:r w:rsidRPr="005C06FE">
        <w:t>Supplementa</w:t>
      </w:r>
      <w:r>
        <w:t>l</w:t>
      </w:r>
      <w:r w:rsidRPr="005C06FE">
        <w:t xml:space="preserve"> Fig</w:t>
      </w:r>
      <w:r>
        <w:t>.</w:t>
      </w:r>
      <w:r w:rsidRPr="005C06FE">
        <w:t xml:space="preserve"> </w:t>
      </w:r>
      <w:r>
        <w:t>S</w:t>
      </w:r>
      <w:r w:rsidR="00F27593">
        <w:t>2</w:t>
      </w:r>
      <w:r w:rsidRPr="005C06FE">
        <w:rPr>
          <w:b w:val="0"/>
          <w:bCs/>
          <w:iCs/>
        </w:rPr>
        <w:t xml:space="preserve"> Geometric </w:t>
      </w:r>
      <w:r>
        <w:rPr>
          <w:b w:val="0"/>
          <w:bCs/>
          <w:iCs/>
        </w:rPr>
        <w:t xml:space="preserve">mean </w:t>
      </w:r>
      <w:r w:rsidRPr="005C06FE">
        <w:rPr>
          <w:b w:val="0"/>
          <w:bCs/>
          <w:iCs/>
        </w:rPr>
        <w:t xml:space="preserve">trough concentrations (ng/mL) of </w:t>
      </w:r>
      <w:proofErr w:type="spellStart"/>
      <w:r w:rsidRPr="005C06FE">
        <w:rPr>
          <w:b w:val="0"/>
          <w:bCs/>
          <w:iCs/>
        </w:rPr>
        <w:t>elarekibep</w:t>
      </w:r>
      <w:proofErr w:type="spellEnd"/>
      <w:r w:rsidRPr="005C06FE">
        <w:rPr>
          <w:b w:val="0"/>
          <w:bCs/>
          <w:iCs/>
        </w:rPr>
        <w:t xml:space="preserve"> 1 mg and 3 mg doses versus study day (semi-logarithmic scale) in patients with moderate-to-severe uncontrolled asthma (study part 2)</w:t>
      </w:r>
    </w:p>
    <w:p w14:paraId="74AD4653" w14:textId="77777777" w:rsidR="00304FB0" w:rsidRPr="005C06FE" w:rsidRDefault="00304FB0" w:rsidP="003F1E71">
      <w:pPr>
        <w:spacing w:line="480" w:lineRule="auto"/>
      </w:pPr>
    </w:p>
    <w:p w14:paraId="366FD8F6" w14:textId="77777777" w:rsidR="00304FB0" w:rsidRDefault="00304FB0" w:rsidP="003F1E71">
      <w:pPr>
        <w:spacing w:line="480" w:lineRule="auto"/>
      </w:pPr>
      <w:r w:rsidRPr="005C06FE">
        <w:t>Trough concentration is the observed lowest drug concentration reached before the next dose is administered (pre-dose).</w:t>
      </w:r>
    </w:p>
    <w:p w14:paraId="7BE3241D" w14:textId="77777777" w:rsidR="00304FB0" w:rsidRDefault="00304FB0" w:rsidP="003F1E71">
      <w:pPr>
        <w:spacing w:line="480" w:lineRule="auto"/>
      </w:pPr>
      <w:r>
        <w:t>Data are</w:t>
      </w:r>
      <w:r w:rsidRPr="005C06FE">
        <w:t xml:space="preserve"> geometric mean</w:t>
      </w:r>
      <w:r>
        <w:t xml:space="preserve"> drug concentration</w:t>
      </w:r>
      <w:r w:rsidRPr="005C06FE">
        <w:t xml:space="preserve"> </w:t>
      </w:r>
      <w:r w:rsidRPr="005C06FE">
        <w:rPr>
          <w:rFonts w:cs="Arial"/>
        </w:rPr>
        <w:t>±</w:t>
      </w:r>
      <w:r w:rsidRPr="005C06FE">
        <w:t xml:space="preserve"> </w:t>
      </w:r>
      <w:r>
        <w:t xml:space="preserve">geometric </w:t>
      </w:r>
      <w:r w:rsidRPr="005C06FE">
        <w:t xml:space="preserve">SD. </w:t>
      </w:r>
      <w:r>
        <w:t>Values were calculated by taking the mean and SD of the log-transformed PK concentrations, converting them to the original scale using exponentiation as follows:</w:t>
      </w:r>
    </w:p>
    <w:p w14:paraId="53ED6911" w14:textId="77777777" w:rsidR="00304FB0" w:rsidRPr="005C06FE" w:rsidRDefault="00304FB0" w:rsidP="003F1E71">
      <w:pPr>
        <w:spacing w:line="480" w:lineRule="auto"/>
      </w:pPr>
      <w:r w:rsidRPr="005C06FE">
        <w:t xml:space="preserve">Geometric mean − </w:t>
      </w:r>
      <w:proofErr w:type="spellStart"/>
      <w:r w:rsidRPr="005C06FE">
        <w:t>gSD</w:t>
      </w:r>
      <w:proofErr w:type="spellEnd"/>
      <w:r w:rsidRPr="005C06FE">
        <w:t xml:space="preserve">: </w:t>
      </w:r>
      <w:proofErr w:type="gramStart"/>
      <w:r w:rsidRPr="005C06FE">
        <w:t>exp(mean[log(</w:t>
      </w:r>
      <w:proofErr w:type="gramEnd"/>
      <w:r w:rsidRPr="005C06FE">
        <w:t xml:space="preserve">PK concentration)] − </w:t>
      </w:r>
      <w:proofErr w:type="gramStart"/>
      <w:r>
        <w:t>SD</w:t>
      </w:r>
      <w:r w:rsidRPr="005C06FE">
        <w:t>[log(</w:t>
      </w:r>
      <w:proofErr w:type="gramEnd"/>
      <w:r w:rsidRPr="005C06FE">
        <w:t>PK concentration)])</w:t>
      </w:r>
    </w:p>
    <w:p w14:paraId="55E486D1" w14:textId="77777777" w:rsidR="00304FB0" w:rsidRPr="005C06FE" w:rsidRDefault="00304FB0" w:rsidP="008F5E5B">
      <w:pPr>
        <w:spacing w:line="480" w:lineRule="auto"/>
      </w:pPr>
      <w:r w:rsidRPr="005C06FE">
        <w:t xml:space="preserve">Geometric mean </w:t>
      </w:r>
      <w:r w:rsidRPr="005C06FE">
        <w:rPr>
          <w:rFonts w:cs="Arial"/>
        </w:rPr>
        <w:t>+</w:t>
      </w:r>
      <w:r w:rsidRPr="005C06FE">
        <w:t xml:space="preserve"> </w:t>
      </w:r>
      <w:proofErr w:type="spellStart"/>
      <w:r w:rsidRPr="005C06FE">
        <w:t>gSD</w:t>
      </w:r>
      <w:proofErr w:type="spellEnd"/>
      <w:r w:rsidRPr="005C06FE">
        <w:t xml:space="preserve">: </w:t>
      </w:r>
      <w:proofErr w:type="gramStart"/>
      <w:r w:rsidRPr="005C06FE">
        <w:t>exp(mean[log(</w:t>
      </w:r>
      <w:proofErr w:type="gramEnd"/>
      <w:r w:rsidRPr="005C06FE">
        <w:t xml:space="preserve">PK concentration)] </w:t>
      </w:r>
      <w:r w:rsidRPr="005C06FE">
        <w:rPr>
          <w:rFonts w:cs="Arial"/>
        </w:rPr>
        <w:t>+</w:t>
      </w:r>
      <w:r w:rsidRPr="005C06FE">
        <w:t xml:space="preserve"> </w:t>
      </w:r>
      <w:proofErr w:type="gramStart"/>
      <w:r>
        <w:t>SD</w:t>
      </w:r>
      <w:r w:rsidRPr="005C06FE">
        <w:t>[log(</w:t>
      </w:r>
      <w:proofErr w:type="gramEnd"/>
      <w:r w:rsidRPr="005C06FE">
        <w:t xml:space="preserve">PK </w:t>
      </w:r>
    </w:p>
    <w:p w14:paraId="3B14F15E" w14:textId="77777777" w:rsidR="00304FB0" w:rsidRDefault="00304FB0" w:rsidP="003F1E71">
      <w:pPr>
        <w:spacing w:line="480" w:lineRule="auto"/>
      </w:pPr>
      <w:r w:rsidRPr="002208C8">
        <w:rPr>
          <w:bCs/>
        </w:rPr>
        <w:t>Exp =</w:t>
      </w:r>
      <w:r w:rsidRPr="005C06FE">
        <w:rPr>
          <w:b/>
        </w:rPr>
        <w:t xml:space="preserve"> </w:t>
      </w:r>
      <w:r w:rsidRPr="005C06FE">
        <w:t>exponential function</w:t>
      </w:r>
      <w:r w:rsidRPr="005C06FE">
        <w:rPr>
          <w:b/>
        </w:rPr>
        <w:t xml:space="preserve">, </w:t>
      </w:r>
      <w:proofErr w:type="spellStart"/>
      <w:r w:rsidRPr="005C06FE">
        <w:t>gSD</w:t>
      </w:r>
      <w:proofErr w:type="spellEnd"/>
      <w:r w:rsidRPr="005C06FE">
        <w:t xml:space="preserve"> = geometric standard deviation; PK = pharmacokinetic</w:t>
      </w:r>
      <w:r>
        <w:t>.</w:t>
      </w:r>
    </w:p>
    <w:p w14:paraId="2D7C7D24" w14:textId="77777777" w:rsidR="00304FB0" w:rsidRDefault="00304FB0" w:rsidP="003F1E71">
      <w:pPr>
        <w:spacing w:line="480" w:lineRule="auto"/>
      </w:pPr>
    </w:p>
    <w:p w14:paraId="1BD98753" w14:textId="77777777" w:rsidR="00304FB0" w:rsidRDefault="00304FB0" w:rsidP="003F1E71">
      <w:pPr>
        <w:spacing w:line="480" w:lineRule="auto"/>
      </w:pPr>
    </w:p>
    <w:p w14:paraId="03294C4E" w14:textId="77777777" w:rsidR="00502DDF" w:rsidRDefault="00502DDF"/>
    <w:sectPr w:rsidR="00502DDF" w:rsidSect="00304FB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0FE88" w14:textId="77777777" w:rsidR="00CA1B56" w:rsidRDefault="00CA1B56">
      <w:pPr>
        <w:spacing w:line="240" w:lineRule="auto"/>
      </w:pPr>
      <w:r>
        <w:separator/>
      </w:r>
    </w:p>
  </w:endnote>
  <w:endnote w:type="continuationSeparator" w:id="0">
    <w:p w14:paraId="17032D11" w14:textId="77777777" w:rsidR="00CA1B56" w:rsidRDefault="00CA1B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NewRoman">
    <w:altName w:val="Klee One"/>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8C69" w14:textId="77777777" w:rsidR="00304FB0" w:rsidRPr="005C06FE" w:rsidRDefault="00304FB0">
    <w:pPr>
      <w:pStyle w:val="Footer"/>
      <w:jc w:val="center"/>
    </w:pPr>
    <w:r w:rsidRPr="005C06FE">
      <w:fldChar w:fldCharType="begin"/>
    </w:r>
    <w:r w:rsidRPr="005C06FE">
      <w:instrText xml:space="preserve"> PAGE   \* MERGEFORMAT </w:instrText>
    </w:r>
    <w:r w:rsidRPr="005C06FE">
      <w:fldChar w:fldCharType="separate"/>
    </w:r>
    <w:r w:rsidRPr="005C06FE">
      <w:t>1</w:t>
    </w:r>
    <w:r w:rsidRPr="005C06F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52CC8" w14:textId="77777777" w:rsidR="00CA1B56" w:rsidRDefault="00CA1B56">
      <w:pPr>
        <w:spacing w:line="240" w:lineRule="auto"/>
      </w:pPr>
      <w:r>
        <w:separator/>
      </w:r>
    </w:p>
  </w:footnote>
  <w:footnote w:type="continuationSeparator" w:id="0">
    <w:p w14:paraId="79EB4409" w14:textId="77777777" w:rsidR="00CA1B56" w:rsidRDefault="00CA1B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41D044A"/>
    <w:multiLevelType w:val="hybridMultilevel"/>
    <w:tmpl w:val="53CC1B02"/>
    <w:lvl w:ilvl="0" w:tplc="5AD4F856">
      <w:start w:val="1"/>
      <w:numFmt w:val="bullet"/>
      <w:lvlText w:val=""/>
      <w:lvlJc w:val="left"/>
      <w:pPr>
        <w:ind w:left="1080" w:hanging="360"/>
      </w:pPr>
      <w:rPr>
        <w:rFonts w:ascii="Symbol" w:hAnsi="Symbol"/>
      </w:rPr>
    </w:lvl>
    <w:lvl w:ilvl="1" w:tplc="B3B0ED6A">
      <w:start w:val="1"/>
      <w:numFmt w:val="bullet"/>
      <w:lvlText w:val=""/>
      <w:lvlJc w:val="left"/>
      <w:pPr>
        <w:ind w:left="1080" w:hanging="360"/>
      </w:pPr>
      <w:rPr>
        <w:rFonts w:ascii="Symbol" w:hAnsi="Symbol"/>
      </w:rPr>
    </w:lvl>
    <w:lvl w:ilvl="2" w:tplc="8BAA58D6">
      <w:start w:val="1"/>
      <w:numFmt w:val="bullet"/>
      <w:lvlText w:val=""/>
      <w:lvlJc w:val="left"/>
      <w:pPr>
        <w:ind w:left="1080" w:hanging="360"/>
      </w:pPr>
      <w:rPr>
        <w:rFonts w:ascii="Symbol" w:hAnsi="Symbol"/>
      </w:rPr>
    </w:lvl>
    <w:lvl w:ilvl="3" w:tplc="79147B1A">
      <w:start w:val="1"/>
      <w:numFmt w:val="bullet"/>
      <w:lvlText w:val=""/>
      <w:lvlJc w:val="left"/>
      <w:pPr>
        <w:ind w:left="1080" w:hanging="360"/>
      </w:pPr>
      <w:rPr>
        <w:rFonts w:ascii="Symbol" w:hAnsi="Symbol"/>
      </w:rPr>
    </w:lvl>
    <w:lvl w:ilvl="4" w:tplc="2CBEBBDE">
      <w:start w:val="1"/>
      <w:numFmt w:val="bullet"/>
      <w:lvlText w:val=""/>
      <w:lvlJc w:val="left"/>
      <w:pPr>
        <w:ind w:left="1080" w:hanging="360"/>
      </w:pPr>
      <w:rPr>
        <w:rFonts w:ascii="Symbol" w:hAnsi="Symbol"/>
      </w:rPr>
    </w:lvl>
    <w:lvl w:ilvl="5" w:tplc="BC4C2E6E">
      <w:start w:val="1"/>
      <w:numFmt w:val="bullet"/>
      <w:lvlText w:val=""/>
      <w:lvlJc w:val="left"/>
      <w:pPr>
        <w:ind w:left="1080" w:hanging="360"/>
      </w:pPr>
      <w:rPr>
        <w:rFonts w:ascii="Symbol" w:hAnsi="Symbol"/>
      </w:rPr>
    </w:lvl>
    <w:lvl w:ilvl="6" w:tplc="A07A13BE">
      <w:start w:val="1"/>
      <w:numFmt w:val="bullet"/>
      <w:lvlText w:val=""/>
      <w:lvlJc w:val="left"/>
      <w:pPr>
        <w:ind w:left="1080" w:hanging="360"/>
      </w:pPr>
      <w:rPr>
        <w:rFonts w:ascii="Symbol" w:hAnsi="Symbol"/>
      </w:rPr>
    </w:lvl>
    <w:lvl w:ilvl="7" w:tplc="DDF6BA74">
      <w:start w:val="1"/>
      <w:numFmt w:val="bullet"/>
      <w:lvlText w:val=""/>
      <w:lvlJc w:val="left"/>
      <w:pPr>
        <w:ind w:left="1080" w:hanging="360"/>
      </w:pPr>
      <w:rPr>
        <w:rFonts w:ascii="Symbol" w:hAnsi="Symbol"/>
      </w:rPr>
    </w:lvl>
    <w:lvl w:ilvl="8" w:tplc="7E5E71EA">
      <w:start w:val="1"/>
      <w:numFmt w:val="bullet"/>
      <w:lvlText w:val=""/>
      <w:lvlJc w:val="left"/>
      <w:pPr>
        <w:ind w:left="1080" w:hanging="360"/>
      </w:pPr>
      <w:rPr>
        <w:rFonts w:ascii="Symbol" w:hAnsi="Symbol"/>
      </w:rPr>
    </w:lvl>
  </w:abstractNum>
  <w:abstractNum w:abstractNumId="10" w15:restartNumberingAfterBreak="0">
    <w:nsid w:val="11523480"/>
    <w:multiLevelType w:val="multilevel"/>
    <w:tmpl w:val="85AA6C2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tabs>
          <w:tab w:val="num" w:pos="2160"/>
        </w:tabs>
        <w:ind w:left="2160" w:hanging="360"/>
      </w:pPr>
      <w:rPr>
        <w:rFonts w:ascii="Arial" w:hAnsi="Arial" w:hint="default"/>
      </w:rPr>
    </w:lvl>
    <w:lvl w:ilvl="3">
      <w:start w:val="1"/>
      <w:numFmt w:val="bullet"/>
      <w:lvlText w:val="•"/>
      <w:lvlJc w:val="left"/>
      <w:pPr>
        <w:tabs>
          <w:tab w:val="num" w:pos="2880"/>
        </w:tabs>
        <w:ind w:left="2880" w:hanging="360"/>
      </w:pPr>
      <w:rPr>
        <w:rFonts w:ascii="Arial" w:hAnsi="Arial" w:hint="default"/>
      </w:rPr>
    </w:lvl>
    <w:lvl w:ilvl="4">
      <w:start w:val="1"/>
      <w:numFmt w:val="bullet"/>
      <w:lvlText w:val="•"/>
      <w:lvlJc w:val="left"/>
      <w:pPr>
        <w:tabs>
          <w:tab w:val="num" w:pos="3600"/>
        </w:tabs>
        <w:ind w:left="3600" w:hanging="360"/>
      </w:pPr>
      <w:rPr>
        <w:rFonts w:ascii="Arial" w:hAnsi="Arial" w:hint="default"/>
      </w:rPr>
    </w:lvl>
    <w:lvl w:ilvl="5">
      <w:start w:val="1"/>
      <w:numFmt w:val="bullet"/>
      <w:lvlText w:val="•"/>
      <w:lvlJc w:val="left"/>
      <w:pPr>
        <w:tabs>
          <w:tab w:val="num" w:pos="4320"/>
        </w:tabs>
        <w:ind w:left="4320" w:hanging="360"/>
      </w:pPr>
      <w:rPr>
        <w:rFonts w:ascii="Arial" w:hAnsi="Arial" w:hint="default"/>
      </w:rPr>
    </w:lvl>
    <w:lvl w:ilvl="6">
      <w:start w:val="1"/>
      <w:numFmt w:val="bullet"/>
      <w:lvlText w:val="•"/>
      <w:lvlJc w:val="left"/>
      <w:pPr>
        <w:tabs>
          <w:tab w:val="num" w:pos="5040"/>
        </w:tabs>
        <w:ind w:left="5040" w:hanging="360"/>
      </w:pPr>
      <w:rPr>
        <w:rFonts w:ascii="Arial" w:hAnsi="Arial" w:hint="default"/>
      </w:rPr>
    </w:lvl>
    <w:lvl w:ilvl="7">
      <w:start w:val="1"/>
      <w:numFmt w:val="bullet"/>
      <w:lvlText w:val="•"/>
      <w:lvlJc w:val="left"/>
      <w:pPr>
        <w:tabs>
          <w:tab w:val="num" w:pos="5760"/>
        </w:tabs>
        <w:ind w:left="5760" w:hanging="360"/>
      </w:pPr>
      <w:rPr>
        <w:rFonts w:ascii="Arial" w:hAnsi="Arial" w:hint="default"/>
      </w:rPr>
    </w:lvl>
    <w:lvl w:ilvl="8">
      <w:start w:val="1"/>
      <w:numFmt w:val="bullet"/>
      <w:lvlText w:val="•"/>
      <w:lvlJc w:val="left"/>
      <w:pPr>
        <w:tabs>
          <w:tab w:val="num" w:pos="6480"/>
        </w:tabs>
        <w:ind w:left="6480" w:hanging="360"/>
      </w:pPr>
      <w:rPr>
        <w:rFonts w:ascii="Arial" w:hAnsi="Arial" w:hint="default"/>
      </w:rPr>
    </w:lvl>
  </w:abstractNum>
  <w:abstractNum w:abstractNumId="11" w15:restartNumberingAfterBreak="0">
    <w:nsid w:val="11D71CD2"/>
    <w:multiLevelType w:val="multilevel"/>
    <w:tmpl w:val="BAF4AE84"/>
    <w:lvl w:ilvl="0">
      <w:start w:val="1"/>
      <w:numFmt w:val="bullet"/>
      <w:pStyle w:val="ListParagraph"/>
      <w:lvlText w:val=""/>
      <w:lvlJc w:val="left"/>
      <w:pPr>
        <w:ind w:left="714" w:hanging="357"/>
      </w:pPr>
      <w:rPr>
        <w:rFonts w:ascii="Symbol" w:hAnsi="Symbol" w:hint="default"/>
      </w:rPr>
    </w:lvl>
    <w:lvl w:ilvl="1">
      <w:start w:val="1"/>
      <w:numFmt w:val="bullet"/>
      <w:lvlText w:val="o"/>
      <w:lvlJc w:val="left"/>
      <w:pPr>
        <w:ind w:left="1074" w:hanging="360"/>
      </w:pPr>
      <w:rPr>
        <w:rFonts w:ascii="Courier New" w:hAnsi="Courier New" w:hint="default"/>
      </w:rPr>
    </w:lvl>
    <w:lvl w:ilvl="2">
      <w:start w:val="1"/>
      <w:numFmt w:val="bullet"/>
      <w:lvlText w:val=""/>
      <w:lvlJc w:val="left"/>
      <w:pPr>
        <w:ind w:left="1428" w:hanging="357"/>
      </w:pPr>
      <w:rPr>
        <w:rFonts w:ascii="Wingdings" w:hAnsi="Wingdings" w:hint="default"/>
      </w:rPr>
    </w:lvl>
    <w:lvl w:ilvl="3">
      <w:start w:val="1"/>
      <w:numFmt w:val="bullet"/>
      <w:lvlText w:val=""/>
      <w:lvlJc w:val="left"/>
      <w:pPr>
        <w:ind w:left="1785" w:hanging="357"/>
      </w:pPr>
      <w:rPr>
        <w:rFonts w:ascii="Symbol" w:hAnsi="Symbol" w:hint="default"/>
      </w:rPr>
    </w:lvl>
    <w:lvl w:ilvl="4">
      <w:start w:val="1"/>
      <w:numFmt w:val="bullet"/>
      <w:lvlText w:val="o"/>
      <w:lvlJc w:val="left"/>
      <w:pPr>
        <w:ind w:left="2142" w:hanging="357"/>
      </w:pPr>
      <w:rPr>
        <w:rFonts w:ascii="Courier New" w:hAnsi="Courier New" w:hint="default"/>
      </w:rPr>
    </w:lvl>
    <w:lvl w:ilvl="5">
      <w:start w:val="1"/>
      <w:numFmt w:val="bullet"/>
      <w:lvlText w:val=""/>
      <w:lvlJc w:val="left"/>
      <w:pPr>
        <w:ind w:left="2499" w:hanging="357"/>
      </w:pPr>
      <w:rPr>
        <w:rFonts w:ascii="Wingdings" w:hAnsi="Wingdings" w:hint="default"/>
      </w:rPr>
    </w:lvl>
    <w:lvl w:ilvl="6">
      <w:start w:val="1"/>
      <w:numFmt w:val="bullet"/>
      <w:lvlText w:val=""/>
      <w:lvlJc w:val="left"/>
      <w:pPr>
        <w:ind w:left="2856" w:hanging="357"/>
      </w:pPr>
      <w:rPr>
        <w:rFonts w:ascii="Symbol" w:hAnsi="Symbol" w:hint="default"/>
      </w:rPr>
    </w:lvl>
    <w:lvl w:ilvl="7">
      <w:start w:val="1"/>
      <w:numFmt w:val="bullet"/>
      <w:lvlText w:val="o"/>
      <w:lvlJc w:val="left"/>
      <w:pPr>
        <w:ind w:left="3213" w:hanging="357"/>
      </w:pPr>
      <w:rPr>
        <w:rFonts w:ascii="Courier New" w:hAnsi="Courier New" w:hint="default"/>
      </w:rPr>
    </w:lvl>
    <w:lvl w:ilvl="8">
      <w:start w:val="1"/>
      <w:numFmt w:val="bullet"/>
      <w:lvlText w:val=""/>
      <w:lvlJc w:val="left"/>
      <w:pPr>
        <w:ind w:left="3570" w:hanging="357"/>
      </w:pPr>
      <w:rPr>
        <w:rFonts w:ascii="Wingdings" w:hAnsi="Wingdings" w:hint="default"/>
      </w:rPr>
    </w:lvl>
  </w:abstractNum>
  <w:abstractNum w:abstractNumId="12" w15:restartNumberingAfterBreak="0">
    <w:nsid w:val="11E10838"/>
    <w:multiLevelType w:val="hybridMultilevel"/>
    <w:tmpl w:val="08CCB8A6"/>
    <w:lvl w:ilvl="0" w:tplc="3DA2F318">
      <w:start w:val="1"/>
      <w:numFmt w:val="bullet"/>
      <w:lvlText w:val=""/>
      <w:lvlJc w:val="left"/>
      <w:pPr>
        <w:ind w:left="1080" w:hanging="360"/>
      </w:pPr>
      <w:rPr>
        <w:rFonts w:ascii="Symbol" w:hAnsi="Symbol"/>
      </w:rPr>
    </w:lvl>
    <w:lvl w:ilvl="1" w:tplc="83D4C4C6">
      <w:start w:val="1"/>
      <w:numFmt w:val="bullet"/>
      <w:lvlText w:val=""/>
      <w:lvlJc w:val="left"/>
      <w:pPr>
        <w:ind w:left="1080" w:hanging="360"/>
      </w:pPr>
      <w:rPr>
        <w:rFonts w:ascii="Symbol" w:hAnsi="Symbol"/>
      </w:rPr>
    </w:lvl>
    <w:lvl w:ilvl="2" w:tplc="7E44994E">
      <w:start w:val="1"/>
      <w:numFmt w:val="bullet"/>
      <w:lvlText w:val=""/>
      <w:lvlJc w:val="left"/>
      <w:pPr>
        <w:ind w:left="1080" w:hanging="360"/>
      </w:pPr>
      <w:rPr>
        <w:rFonts w:ascii="Symbol" w:hAnsi="Symbol"/>
      </w:rPr>
    </w:lvl>
    <w:lvl w:ilvl="3" w:tplc="CD54B0D6">
      <w:start w:val="1"/>
      <w:numFmt w:val="bullet"/>
      <w:lvlText w:val=""/>
      <w:lvlJc w:val="left"/>
      <w:pPr>
        <w:ind w:left="1080" w:hanging="360"/>
      </w:pPr>
      <w:rPr>
        <w:rFonts w:ascii="Symbol" w:hAnsi="Symbol"/>
      </w:rPr>
    </w:lvl>
    <w:lvl w:ilvl="4" w:tplc="935CB2CE">
      <w:start w:val="1"/>
      <w:numFmt w:val="bullet"/>
      <w:lvlText w:val=""/>
      <w:lvlJc w:val="left"/>
      <w:pPr>
        <w:ind w:left="1080" w:hanging="360"/>
      </w:pPr>
      <w:rPr>
        <w:rFonts w:ascii="Symbol" w:hAnsi="Symbol"/>
      </w:rPr>
    </w:lvl>
    <w:lvl w:ilvl="5" w:tplc="1BF86132">
      <w:start w:val="1"/>
      <w:numFmt w:val="bullet"/>
      <w:lvlText w:val=""/>
      <w:lvlJc w:val="left"/>
      <w:pPr>
        <w:ind w:left="1080" w:hanging="360"/>
      </w:pPr>
      <w:rPr>
        <w:rFonts w:ascii="Symbol" w:hAnsi="Symbol"/>
      </w:rPr>
    </w:lvl>
    <w:lvl w:ilvl="6" w:tplc="27CC1ACE">
      <w:start w:val="1"/>
      <w:numFmt w:val="bullet"/>
      <w:lvlText w:val=""/>
      <w:lvlJc w:val="left"/>
      <w:pPr>
        <w:ind w:left="1080" w:hanging="360"/>
      </w:pPr>
      <w:rPr>
        <w:rFonts w:ascii="Symbol" w:hAnsi="Symbol"/>
      </w:rPr>
    </w:lvl>
    <w:lvl w:ilvl="7" w:tplc="A59CC756">
      <w:start w:val="1"/>
      <w:numFmt w:val="bullet"/>
      <w:lvlText w:val=""/>
      <w:lvlJc w:val="left"/>
      <w:pPr>
        <w:ind w:left="1080" w:hanging="360"/>
      </w:pPr>
      <w:rPr>
        <w:rFonts w:ascii="Symbol" w:hAnsi="Symbol"/>
      </w:rPr>
    </w:lvl>
    <w:lvl w:ilvl="8" w:tplc="A1BC5512">
      <w:start w:val="1"/>
      <w:numFmt w:val="bullet"/>
      <w:lvlText w:val=""/>
      <w:lvlJc w:val="left"/>
      <w:pPr>
        <w:ind w:left="1080" w:hanging="360"/>
      </w:pPr>
      <w:rPr>
        <w:rFonts w:ascii="Symbol" w:hAnsi="Symbol"/>
      </w:rPr>
    </w:lvl>
  </w:abstractNum>
  <w:abstractNum w:abstractNumId="13" w15:restartNumberingAfterBreak="0">
    <w:nsid w:val="133F7A02"/>
    <w:multiLevelType w:val="multilevel"/>
    <w:tmpl w:val="F7A8A1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4D27C45"/>
    <w:multiLevelType w:val="multilevel"/>
    <w:tmpl w:val="6CAECF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4E66FF8"/>
    <w:multiLevelType w:val="hybridMultilevel"/>
    <w:tmpl w:val="95544042"/>
    <w:lvl w:ilvl="0" w:tplc="B6A443E6">
      <w:start w:val="1"/>
      <w:numFmt w:val="bullet"/>
      <w:lvlText w:val=""/>
      <w:lvlJc w:val="left"/>
      <w:pPr>
        <w:ind w:left="1080" w:hanging="360"/>
      </w:pPr>
      <w:rPr>
        <w:rFonts w:ascii="Symbol" w:hAnsi="Symbol"/>
      </w:rPr>
    </w:lvl>
    <w:lvl w:ilvl="1" w:tplc="43A0B13C">
      <w:start w:val="1"/>
      <w:numFmt w:val="bullet"/>
      <w:lvlText w:val=""/>
      <w:lvlJc w:val="left"/>
      <w:pPr>
        <w:ind w:left="1080" w:hanging="360"/>
      </w:pPr>
      <w:rPr>
        <w:rFonts w:ascii="Symbol" w:hAnsi="Symbol"/>
      </w:rPr>
    </w:lvl>
    <w:lvl w:ilvl="2" w:tplc="BC0236E0">
      <w:start w:val="1"/>
      <w:numFmt w:val="bullet"/>
      <w:lvlText w:val=""/>
      <w:lvlJc w:val="left"/>
      <w:pPr>
        <w:ind w:left="1080" w:hanging="360"/>
      </w:pPr>
      <w:rPr>
        <w:rFonts w:ascii="Symbol" w:hAnsi="Symbol"/>
      </w:rPr>
    </w:lvl>
    <w:lvl w:ilvl="3" w:tplc="A04AB87C">
      <w:start w:val="1"/>
      <w:numFmt w:val="bullet"/>
      <w:lvlText w:val=""/>
      <w:lvlJc w:val="left"/>
      <w:pPr>
        <w:ind w:left="1080" w:hanging="360"/>
      </w:pPr>
      <w:rPr>
        <w:rFonts w:ascii="Symbol" w:hAnsi="Symbol"/>
      </w:rPr>
    </w:lvl>
    <w:lvl w:ilvl="4" w:tplc="DC6CC8AC">
      <w:start w:val="1"/>
      <w:numFmt w:val="bullet"/>
      <w:lvlText w:val=""/>
      <w:lvlJc w:val="left"/>
      <w:pPr>
        <w:ind w:left="1080" w:hanging="360"/>
      </w:pPr>
      <w:rPr>
        <w:rFonts w:ascii="Symbol" w:hAnsi="Symbol"/>
      </w:rPr>
    </w:lvl>
    <w:lvl w:ilvl="5" w:tplc="1A161220">
      <w:start w:val="1"/>
      <w:numFmt w:val="bullet"/>
      <w:lvlText w:val=""/>
      <w:lvlJc w:val="left"/>
      <w:pPr>
        <w:ind w:left="1080" w:hanging="360"/>
      </w:pPr>
      <w:rPr>
        <w:rFonts w:ascii="Symbol" w:hAnsi="Symbol"/>
      </w:rPr>
    </w:lvl>
    <w:lvl w:ilvl="6" w:tplc="AF9A3978">
      <w:start w:val="1"/>
      <w:numFmt w:val="bullet"/>
      <w:lvlText w:val=""/>
      <w:lvlJc w:val="left"/>
      <w:pPr>
        <w:ind w:left="1080" w:hanging="360"/>
      </w:pPr>
      <w:rPr>
        <w:rFonts w:ascii="Symbol" w:hAnsi="Symbol"/>
      </w:rPr>
    </w:lvl>
    <w:lvl w:ilvl="7" w:tplc="346EA684">
      <w:start w:val="1"/>
      <w:numFmt w:val="bullet"/>
      <w:lvlText w:val=""/>
      <w:lvlJc w:val="left"/>
      <w:pPr>
        <w:ind w:left="1080" w:hanging="360"/>
      </w:pPr>
      <w:rPr>
        <w:rFonts w:ascii="Symbol" w:hAnsi="Symbol"/>
      </w:rPr>
    </w:lvl>
    <w:lvl w:ilvl="8" w:tplc="C5F8680A">
      <w:start w:val="1"/>
      <w:numFmt w:val="bullet"/>
      <w:lvlText w:val=""/>
      <w:lvlJc w:val="left"/>
      <w:pPr>
        <w:ind w:left="1080" w:hanging="360"/>
      </w:pPr>
      <w:rPr>
        <w:rFonts w:ascii="Symbol" w:hAnsi="Symbol"/>
      </w:rPr>
    </w:lvl>
  </w:abstractNum>
  <w:abstractNum w:abstractNumId="16" w15:restartNumberingAfterBreak="0">
    <w:nsid w:val="14F353CF"/>
    <w:multiLevelType w:val="hybridMultilevel"/>
    <w:tmpl w:val="0AD62AB2"/>
    <w:lvl w:ilvl="0" w:tplc="6CC2DB5A">
      <w:start w:val="1"/>
      <w:numFmt w:val="bullet"/>
      <w:lvlText w:val="•"/>
      <w:lvlJc w:val="left"/>
      <w:pPr>
        <w:tabs>
          <w:tab w:val="num" w:pos="720"/>
        </w:tabs>
        <w:ind w:left="720" w:hanging="360"/>
      </w:pPr>
      <w:rPr>
        <w:rFonts w:ascii="Arial" w:hAnsi="Arial" w:hint="default"/>
      </w:rPr>
    </w:lvl>
    <w:lvl w:ilvl="1" w:tplc="AA6EC116" w:tentative="1">
      <w:start w:val="1"/>
      <w:numFmt w:val="bullet"/>
      <w:lvlText w:val="•"/>
      <w:lvlJc w:val="left"/>
      <w:pPr>
        <w:tabs>
          <w:tab w:val="num" w:pos="1440"/>
        </w:tabs>
        <w:ind w:left="1440" w:hanging="360"/>
      </w:pPr>
      <w:rPr>
        <w:rFonts w:ascii="Arial" w:hAnsi="Arial" w:hint="default"/>
      </w:rPr>
    </w:lvl>
    <w:lvl w:ilvl="2" w:tplc="F5681FFE" w:tentative="1">
      <w:start w:val="1"/>
      <w:numFmt w:val="bullet"/>
      <w:lvlText w:val="•"/>
      <w:lvlJc w:val="left"/>
      <w:pPr>
        <w:tabs>
          <w:tab w:val="num" w:pos="2160"/>
        </w:tabs>
        <w:ind w:left="2160" w:hanging="360"/>
      </w:pPr>
      <w:rPr>
        <w:rFonts w:ascii="Arial" w:hAnsi="Arial" w:hint="default"/>
      </w:rPr>
    </w:lvl>
    <w:lvl w:ilvl="3" w:tplc="B540ED50" w:tentative="1">
      <w:start w:val="1"/>
      <w:numFmt w:val="bullet"/>
      <w:lvlText w:val="•"/>
      <w:lvlJc w:val="left"/>
      <w:pPr>
        <w:tabs>
          <w:tab w:val="num" w:pos="2880"/>
        </w:tabs>
        <w:ind w:left="2880" w:hanging="360"/>
      </w:pPr>
      <w:rPr>
        <w:rFonts w:ascii="Arial" w:hAnsi="Arial" w:hint="default"/>
      </w:rPr>
    </w:lvl>
    <w:lvl w:ilvl="4" w:tplc="C2107E70" w:tentative="1">
      <w:start w:val="1"/>
      <w:numFmt w:val="bullet"/>
      <w:lvlText w:val="•"/>
      <w:lvlJc w:val="left"/>
      <w:pPr>
        <w:tabs>
          <w:tab w:val="num" w:pos="3600"/>
        </w:tabs>
        <w:ind w:left="3600" w:hanging="360"/>
      </w:pPr>
      <w:rPr>
        <w:rFonts w:ascii="Arial" w:hAnsi="Arial" w:hint="default"/>
      </w:rPr>
    </w:lvl>
    <w:lvl w:ilvl="5" w:tplc="25F22B24" w:tentative="1">
      <w:start w:val="1"/>
      <w:numFmt w:val="bullet"/>
      <w:lvlText w:val="•"/>
      <w:lvlJc w:val="left"/>
      <w:pPr>
        <w:tabs>
          <w:tab w:val="num" w:pos="4320"/>
        </w:tabs>
        <w:ind w:left="4320" w:hanging="360"/>
      </w:pPr>
      <w:rPr>
        <w:rFonts w:ascii="Arial" w:hAnsi="Arial" w:hint="default"/>
      </w:rPr>
    </w:lvl>
    <w:lvl w:ilvl="6" w:tplc="78E66AA8" w:tentative="1">
      <w:start w:val="1"/>
      <w:numFmt w:val="bullet"/>
      <w:lvlText w:val="•"/>
      <w:lvlJc w:val="left"/>
      <w:pPr>
        <w:tabs>
          <w:tab w:val="num" w:pos="5040"/>
        </w:tabs>
        <w:ind w:left="5040" w:hanging="360"/>
      </w:pPr>
      <w:rPr>
        <w:rFonts w:ascii="Arial" w:hAnsi="Arial" w:hint="default"/>
      </w:rPr>
    </w:lvl>
    <w:lvl w:ilvl="7" w:tplc="4DDA22AA" w:tentative="1">
      <w:start w:val="1"/>
      <w:numFmt w:val="bullet"/>
      <w:lvlText w:val="•"/>
      <w:lvlJc w:val="left"/>
      <w:pPr>
        <w:tabs>
          <w:tab w:val="num" w:pos="5760"/>
        </w:tabs>
        <w:ind w:left="5760" w:hanging="360"/>
      </w:pPr>
      <w:rPr>
        <w:rFonts w:ascii="Arial" w:hAnsi="Arial" w:hint="default"/>
      </w:rPr>
    </w:lvl>
    <w:lvl w:ilvl="8" w:tplc="2624A90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EA843EA"/>
    <w:multiLevelType w:val="multilevel"/>
    <w:tmpl w:val="66B492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18D535C"/>
    <w:multiLevelType w:val="multilevel"/>
    <w:tmpl w:val="4A503C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A2757E8"/>
    <w:multiLevelType w:val="hybridMultilevel"/>
    <w:tmpl w:val="4D4E41AA"/>
    <w:lvl w:ilvl="0" w:tplc="6A6AFB2C">
      <w:start w:val="1"/>
      <w:numFmt w:val="bullet"/>
      <w:lvlText w:val=""/>
      <w:lvlJc w:val="left"/>
      <w:pPr>
        <w:ind w:left="1080" w:hanging="360"/>
      </w:pPr>
      <w:rPr>
        <w:rFonts w:ascii="Symbol" w:hAnsi="Symbol"/>
      </w:rPr>
    </w:lvl>
    <w:lvl w:ilvl="1" w:tplc="8CF2A872">
      <w:start w:val="1"/>
      <w:numFmt w:val="bullet"/>
      <w:lvlText w:val=""/>
      <w:lvlJc w:val="left"/>
      <w:pPr>
        <w:ind w:left="1080" w:hanging="360"/>
      </w:pPr>
      <w:rPr>
        <w:rFonts w:ascii="Symbol" w:hAnsi="Symbol"/>
      </w:rPr>
    </w:lvl>
    <w:lvl w:ilvl="2" w:tplc="990AC358">
      <w:start w:val="1"/>
      <w:numFmt w:val="bullet"/>
      <w:lvlText w:val=""/>
      <w:lvlJc w:val="left"/>
      <w:pPr>
        <w:ind w:left="1080" w:hanging="360"/>
      </w:pPr>
      <w:rPr>
        <w:rFonts w:ascii="Symbol" w:hAnsi="Symbol"/>
      </w:rPr>
    </w:lvl>
    <w:lvl w:ilvl="3" w:tplc="A7E0E8F4">
      <w:start w:val="1"/>
      <w:numFmt w:val="bullet"/>
      <w:lvlText w:val=""/>
      <w:lvlJc w:val="left"/>
      <w:pPr>
        <w:ind w:left="1080" w:hanging="360"/>
      </w:pPr>
      <w:rPr>
        <w:rFonts w:ascii="Symbol" w:hAnsi="Symbol"/>
      </w:rPr>
    </w:lvl>
    <w:lvl w:ilvl="4" w:tplc="9446BBCE">
      <w:start w:val="1"/>
      <w:numFmt w:val="bullet"/>
      <w:lvlText w:val=""/>
      <w:lvlJc w:val="left"/>
      <w:pPr>
        <w:ind w:left="1080" w:hanging="360"/>
      </w:pPr>
      <w:rPr>
        <w:rFonts w:ascii="Symbol" w:hAnsi="Symbol"/>
      </w:rPr>
    </w:lvl>
    <w:lvl w:ilvl="5" w:tplc="4FEEDAEC">
      <w:start w:val="1"/>
      <w:numFmt w:val="bullet"/>
      <w:lvlText w:val=""/>
      <w:lvlJc w:val="left"/>
      <w:pPr>
        <w:ind w:left="1080" w:hanging="360"/>
      </w:pPr>
      <w:rPr>
        <w:rFonts w:ascii="Symbol" w:hAnsi="Symbol"/>
      </w:rPr>
    </w:lvl>
    <w:lvl w:ilvl="6" w:tplc="2F68F1CE">
      <w:start w:val="1"/>
      <w:numFmt w:val="bullet"/>
      <w:lvlText w:val=""/>
      <w:lvlJc w:val="left"/>
      <w:pPr>
        <w:ind w:left="1080" w:hanging="360"/>
      </w:pPr>
      <w:rPr>
        <w:rFonts w:ascii="Symbol" w:hAnsi="Symbol"/>
      </w:rPr>
    </w:lvl>
    <w:lvl w:ilvl="7" w:tplc="23640384">
      <w:start w:val="1"/>
      <w:numFmt w:val="bullet"/>
      <w:lvlText w:val=""/>
      <w:lvlJc w:val="left"/>
      <w:pPr>
        <w:ind w:left="1080" w:hanging="360"/>
      </w:pPr>
      <w:rPr>
        <w:rFonts w:ascii="Symbol" w:hAnsi="Symbol"/>
      </w:rPr>
    </w:lvl>
    <w:lvl w:ilvl="8" w:tplc="5ACEE91A">
      <w:start w:val="1"/>
      <w:numFmt w:val="bullet"/>
      <w:lvlText w:val=""/>
      <w:lvlJc w:val="left"/>
      <w:pPr>
        <w:ind w:left="1080" w:hanging="360"/>
      </w:pPr>
      <w:rPr>
        <w:rFonts w:ascii="Symbol" w:hAnsi="Symbol"/>
      </w:rPr>
    </w:lvl>
  </w:abstractNum>
  <w:abstractNum w:abstractNumId="20" w15:restartNumberingAfterBreak="0">
    <w:nsid w:val="2AEE3855"/>
    <w:multiLevelType w:val="hybridMultilevel"/>
    <w:tmpl w:val="AAAAE05E"/>
    <w:lvl w:ilvl="0" w:tplc="1390F178">
      <w:start w:val="1"/>
      <w:numFmt w:val="bullet"/>
      <w:lvlText w:val=""/>
      <w:lvlJc w:val="left"/>
      <w:pPr>
        <w:ind w:left="1080" w:hanging="360"/>
      </w:pPr>
      <w:rPr>
        <w:rFonts w:ascii="Symbol" w:hAnsi="Symbol"/>
      </w:rPr>
    </w:lvl>
    <w:lvl w:ilvl="1" w:tplc="0A3E6DA2">
      <w:start w:val="1"/>
      <w:numFmt w:val="bullet"/>
      <w:lvlText w:val=""/>
      <w:lvlJc w:val="left"/>
      <w:pPr>
        <w:ind w:left="1080" w:hanging="360"/>
      </w:pPr>
      <w:rPr>
        <w:rFonts w:ascii="Symbol" w:hAnsi="Symbol"/>
      </w:rPr>
    </w:lvl>
    <w:lvl w:ilvl="2" w:tplc="49D62630">
      <w:start w:val="1"/>
      <w:numFmt w:val="bullet"/>
      <w:lvlText w:val=""/>
      <w:lvlJc w:val="left"/>
      <w:pPr>
        <w:ind w:left="1080" w:hanging="360"/>
      </w:pPr>
      <w:rPr>
        <w:rFonts w:ascii="Symbol" w:hAnsi="Symbol"/>
      </w:rPr>
    </w:lvl>
    <w:lvl w:ilvl="3" w:tplc="7A0CBB32">
      <w:start w:val="1"/>
      <w:numFmt w:val="bullet"/>
      <w:lvlText w:val=""/>
      <w:lvlJc w:val="left"/>
      <w:pPr>
        <w:ind w:left="1080" w:hanging="360"/>
      </w:pPr>
      <w:rPr>
        <w:rFonts w:ascii="Symbol" w:hAnsi="Symbol"/>
      </w:rPr>
    </w:lvl>
    <w:lvl w:ilvl="4" w:tplc="107E2694">
      <w:start w:val="1"/>
      <w:numFmt w:val="bullet"/>
      <w:lvlText w:val=""/>
      <w:lvlJc w:val="left"/>
      <w:pPr>
        <w:ind w:left="1080" w:hanging="360"/>
      </w:pPr>
      <w:rPr>
        <w:rFonts w:ascii="Symbol" w:hAnsi="Symbol"/>
      </w:rPr>
    </w:lvl>
    <w:lvl w:ilvl="5" w:tplc="40322A20">
      <w:start w:val="1"/>
      <w:numFmt w:val="bullet"/>
      <w:lvlText w:val=""/>
      <w:lvlJc w:val="left"/>
      <w:pPr>
        <w:ind w:left="1080" w:hanging="360"/>
      </w:pPr>
      <w:rPr>
        <w:rFonts w:ascii="Symbol" w:hAnsi="Symbol"/>
      </w:rPr>
    </w:lvl>
    <w:lvl w:ilvl="6" w:tplc="81286F2A">
      <w:start w:val="1"/>
      <w:numFmt w:val="bullet"/>
      <w:lvlText w:val=""/>
      <w:lvlJc w:val="left"/>
      <w:pPr>
        <w:ind w:left="1080" w:hanging="360"/>
      </w:pPr>
      <w:rPr>
        <w:rFonts w:ascii="Symbol" w:hAnsi="Symbol"/>
      </w:rPr>
    </w:lvl>
    <w:lvl w:ilvl="7" w:tplc="04E40730">
      <w:start w:val="1"/>
      <w:numFmt w:val="bullet"/>
      <w:lvlText w:val=""/>
      <w:lvlJc w:val="left"/>
      <w:pPr>
        <w:ind w:left="1080" w:hanging="360"/>
      </w:pPr>
      <w:rPr>
        <w:rFonts w:ascii="Symbol" w:hAnsi="Symbol"/>
      </w:rPr>
    </w:lvl>
    <w:lvl w:ilvl="8" w:tplc="3D487DEA">
      <w:start w:val="1"/>
      <w:numFmt w:val="bullet"/>
      <w:lvlText w:val=""/>
      <w:lvlJc w:val="left"/>
      <w:pPr>
        <w:ind w:left="1080" w:hanging="360"/>
      </w:pPr>
      <w:rPr>
        <w:rFonts w:ascii="Symbol" w:hAnsi="Symbol"/>
      </w:rPr>
    </w:lvl>
  </w:abstractNum>
  <w:abstractNum w:abstractNumId="21" w15:restartNumberingAfterBreak="0">
    <w:nsid w:val="2ED26DE4"/>
    <w:multiLevelType w:val="multilevel"/>
    <w:tmpl w:val="2B1AE2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0C24784"/>
    <w:multiLevelType w:val="hybridMultilevel"/>
    <w:tmpl w:val="C76E3F8C"/>
    <w:lvl w:ilvl="0" w:tplc="7DF6E8B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4C6435"/>
    <w:multiLevelType w:val="multilevel"/>
    <w:tmpl w:val="13502A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F487836"/>
    <w:multiLevelType w:val="hybridMultilevel"/>
    <w:tmpl w:val="F2D69B8E"/>
    <w:lvl w:ilvl="0" w:tplc="2E5CC6A6">
      <w:start w:val="1"/>
      <w:numFmt w:val="bullet"/>
      <w:lvlText w:val=""/>
      <w:lvlJc w:val="left"/>
      <w:pPr>
        <w:ind w:left="1440" w:hanging="360"/>
      </w:pPr>
      <w:rPr>
        <w:rFonts w:ascii="Symbol" w:hAnsi="Symbol"/>
      </w:rPr>
    </w:lvl>
    <w:lvl w:ilvl="1" w:tplc="7DEE8C7C">
      <w:start w:val="1"/>
      <w:numFmt w:val="bullet"/>
      <w:lvlText w:val=""/>
      <w:lvlJc w:val="left"/>
      <w:pPr>
        <w:ind w:left="1440" w:hanging="360"/>
      </w:pPr>
      <w:rPr>
        <w:rFonts w:ascii="Symbol" w:hAnsi="Symbol"/>
      </w:rPr>
    </w:lvl>
    <w:lvl w:ilvl="2" w:tplc="E0B2BB00">
      <w:start w:val="1"/>
      <w:numFmt w:val="bullet"/>
      <w:lvlText w:val=""/>
      <w:lvlJc w:val="left"/>
      <w:pPr>
        <w:ind w:left="1440" w:hanging="360"/>
      </w:pPr>
      <w:rPr>
        <w:rFonts w:ascii="Symbol" w:hAnsi="Symbol"/>
      </w:rPr>
    </w:lvl>
    <w:lvl w:ilvl="3" w:tplc="966059DA">
      <w:start w:val="1"/>
      <w:numFmt w:val="bullet"/>
      <w:lvlText w:val=""/>
      <w:lvlJc w:val="left"/>
      <w:pPr>
        <w:ind w:left="1440" w:hanging="360"/>
      </w:pPr>
      <w:rPr>
        <w:rFonts w:ascii="Symbol" w:hAnsi="Symbol"/>
      </w:rPr>
    </w:lvl>
    <w:lvl w:ilvl="4" w:tplc="7B84061C">
      <w:start w:val="1"/>
      <w:numFmt w:val="bullet"/>
      <w:lvlText w:val=""/>
      <w:lvlJc w:val="left"/>
      <w:pPr>
        <w:ind w:left="1440" w:hanging="360"/>
      </w:pPr>
      <w:rPr>
        <w:rFonts w:ascii="Symbol" w:hAnsi="Symbol"/>
      </w:rPr>
    </w:lvl>
    <w:lvl w:ilvl="5" w:tplc="996A1112">
      <w:start w:val="1"/>
      <w:numFmt w:val="bullet"/>
      <w:lvlText w:val=""/>
      <w:lvlJc w:val="left"/>
      <w:pPr>
        <w:ind w:left="1440" w:hanging="360"/>
      </w:pPr>
      <w:rPr>
        <w:rFonts w:ascii="Symbol" w:hAnsi="Symbol"/>
      </w:rPr>
    </w:lvl>
    <w:lvl w:ilvl="6" w:tplc="644C0D50">
      <w:start w:val="1"/>
      <w:numFmt w:val="bullet"/>
      <w:lvlText w:val=""/>
      <w:lvlJc w:val="left"/>
      <w:pPr>
        <w:ind w:left="1440" w:hanging="360"/>
      </w:pPr>
      <w:rPr>
        <w:rFonts w:ascii="Symbol" w:hAnsi="Symbol"/>
      </w:rPr>
    </w:lvl>
    <w:lvl w:ilvl="7" w:tplc="0F28B506">
      <w:start w:val="1"/>
      <w:numFmt w:val="bullet"/>
      <w:lvlText w:val=""/>
      <w:lvlJc w:val="left"/>
      <w:pPr>
        <w:ind w:left="1440" w:hanging="360"/>
      </w:pPr>
      <w:rPr>
        <w:rFonts w:ascii="Symbol" w:hAnsi="Symbol"/>
      </w:rPr>
    </w:lvl>
    <w:lvl w:ilvl="8" w:tplc="399C931A">
      <w:start w:val="1"/>
      <w:numFmt w:val="bullet"/>
      <w:lvlText w:val=""/>
      <w:lvlJc w:val="left"/>
      <w:pPr>
        <w:ind w:left="1440" w:hanging="360"/>
      </w:pPr>
      <w:rPr>
        <w:rFonts w:ascii="Symbol" w:hAnsi="Symbol"/>
      </w:rPr>
    </w:lvl>
  </w:abstractNum>
  <w:abstractNum w:abstractNumId="25" w15:restartNumberingAfterBreak="0">
    <w:nsid w:val="448906DD"/>
    <w:multiLevelType w:val="multilevel"/>
    <w:tmpl w:val="E0EC3B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D1324AF"/>
    <w:multiLevelType w:val="multilevel"/>
    <w:tmpl w:val="1C4E6102"/>
    <w:lvl w:ilvl="0">
      <w:start w:val="1"/>
      <w:numFmt w:val="bullet"/>
      <w:pStyle w:val="EndNoteBibliographyTitle"/>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42B4B89"/>
    <w:multiLevelType w:val="hybridMultilevel"/>
    <w:tmpl w:val="10200134"/>
    <w:lvl w:ilvl="0" w:tplc="7EA60320">
      <w:start w:val="1"/>
      <w:numFmt w:val="bullet"/>
      <w:lvlText w:val="•"/>
      <w:lvlJc w:val="left"/>
      <w:pPr>
        <w:tabs>
          <w:tab w:val="num" w:pos="720"/>
        </w:tabs>
        <w:ind w:left="720" w:hanging="360"/>
      </w:pPr>
      <w:rPr>
        <w:rFonts w:ascii="Arial" w:hAnsi="Arial" w:hint="default"/>
      </w:rPr>
    </w:lvl>
    <w:lvl w:ilvl="1" w:tplc="28907A32" w:tentative="1">
      <w:start w:val="1"/>
      <w:numFmt w:val="bullet"/>
      <w:lvlText w:val="•"/>
      <w:lvlJc w:val="left"/>
      <w:pPr>
        <w:tabs>
          <w:tab w:val="num" w:pos="1440"/>
        </w:tabs>
        <w:ind w:left="1440" w:hanging="360"/>
      </w:pPr>
      <w:rPr>
        <w:rFonts w:ascii="Arial" w:hAnsi="Arial" w:hint="default"/>
      </w:rPr>
    </w:lvl>
    <w:lvl w:ilvl="2" w:tplc="496C242C" w:tentative="1">
      <w:start w:val="1"/>
      <w:numFmt w:val="bullet"/>
      <w:lvlText w:val="•"/>
      <w:lvlJc w:val="left"/>
      <w:pPr>
        <w:tabs>
          <w:tab w:val="num" w:pos="2160"/>
        </w:tabs>
        <w:ind w:left="2160" w:hanging="360"/>
      </w:pPr>
      <w:rPr>
        <w:rFonts w:ascii="Arial" w:hAnsi="Arial" w:hint="default"/>
      </w:rPr>
    </w:lvl>
    <w:lvl w:ilvl="3" w:tplc="060A27AE" w:tentative="1">
      <w:start w:val="1"/>
      <w:numFmt w:val="bullet"/>
      <w:lvlText w:val="•"/>
      <w:lvlJc w:val="left"/>
      <w:pPr>
        <w:tabs>
          <w:tab w:val="num" w:pos="2880"/>
        </w:tabs>
        <w:ind w:left="2880" w:hanging="360"/>
      </w:pPr>
      <w:rPr>
        <w:rFonts w:ascii="Arial" w:hAnsi="Arial" w:hint="default"/>
      </w:rPr>
    </w:lvl>
    <w:lvl w:ilvl="4" w:tplc="B1FA7626" w:tentative="1">
      <w:start w:val="1"/>
      <w:numFmt w:val="bullet"/>
      <w:lvlText w:val="•"/>
      <w:lvlJc w:val="left"/>
      <w:pPr>
        <w:tabs>
          <w:tab w:val="num" w:pos="3600"/>
        </w:tabs>
        <w:ind w:left="3600" w:hanging="360"/>
      </w:pPr>
      <w:rPr>
        <w:rFonts w:ascii="Arial" w:hAnsi="Arial" w:hint="default"/>
      </w:rPr>
    </w:lvl>
    <w:lvl w:ilvl="5" w:tplc="1C60E110" w:tentative="1">
      <w:start w:val="1"/>
      <w:numFmt w:val="bullet"/>
      <w:lvlText w:val="•"/>
      <w:lvlJc w:val="left"/>
      <w:pPr>
        <w:tabs>
          <w:tab w:val="num" w:pos="4320"/>
        </w:tabs>
        <w:ind w:left="4320" w:hanging="360"/>
      </w:pPr>
      <w:rPr>
        <w:rFonts w:ascii="Arial" w:hAnsi="Arial" w:hint="default"/>
      </w:rPr>
    </w:lvl>
    <w:lvl w:ilvl="6" w:tplc="A8AEBA0C" w:tentative="1">
      <w:start w:val="1"/>
      <w:numFmt w:val="bullet"/>
      <w:lvlText w:val="•"/>
      <w:lvlJc w:val="left"/>
      <w:pPr>
        <w:tabs>
          <w:tab w:val="num" w:pos="5040"/>
        </w:tabs>
        <w:ind w:left="5040" w:hanging="360"/>
      </w:pPr>
      <w:rPr>
        <w:rFonts w:ascii="Arial" w:hAnsi="Arial" w:hint="default"/>
      </w:rPr>
    </w:lvl>
    <w:lvl w:ilvl="7" w:tplc="DEE219C0" w:tentative="1">
      <w:start w:val="1"/>
      <w:numFmt w:val="bullet"/>
      <w:lvlText w:val="•"/>
      <w:lvlJc w:val="left"/>
      <w:pPr>
        <w:tabs>
          <w:tab w:val="num" w:pos="5760"/>
        </w:tabs>
        <w:ind w:left="5760" w:hanging="360"/>
      </w:pPr>
      <w:rPr>
        <w:rFonts w:ascii="Arial" w:hAnsi="Arial" w:hint="default"/>
      </w:rPr>
    </w:lvl>
    <w:lvl w:ilvl="8" w:tplc="2492779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8951CB8"/>
    <w:multiLevelType w:val="hybridMultilevel"/>
    <w:tmpl w:val="E188B1DE"/>
    <w:lvl w:ilvl="0" w:tplc="19124B76">
      <w:start w:val="1"/>
      <w:numFmt w:val="bullet"/>
      <w:lvlText w:val="•"/>
      <w:lvlJc w:val="left"/>
      <w:pPr>
        <w:tabs>
          <w:tab w:val="num" w:pos="720"/>
        </w:tabs>
        <w:ind w:left="720" w:hanging="360"/>
      </w:pPr>
      <w:rPr>
        <w:rFonts w:ascii="Arial" w:hAnsi="Arial" w:hint="default"/>
      </w:rPr>
    </w:lvl>
    <w:lvl w:ilvl="1" w:tplc="6EEA831C" w:tentative="1">
      <w:start w:val="1"/>
      <w:numFmt w:val="bullet"/>
      <w:lvlText w:val="•"/>
      <w:lvlJc w:val="left"/>
      <w:pPr>
        <w:tabs>
          <w:tab w:val="num" w:pos="1440"/>
        </w:tabs>
        <w:ind w:left="1440" w:hanging="360"/>
      </w:pPr>
      <w:rPr>
        <w:rFonts w:ascii="Arial" w:hAnsi="Arial" w:hint="default"/>
      </w:rPr>
    </w:lvl>
    <w:lvl w:ilvl="2" w:tplc="6428C608" w:tentative="1">
      <w:start w:val="1"/>
      <w:numFmt w:val="bullet"/>
      <w:lvlText w:val="•"/>
      <w:lvlJc w:val="left"/>
      <w:pPr>
        <w:tabs>
          <w:tab w:val="num" w:pos="2160"/>
        </w:tabs>
        <w:ind w:left="2160" w:hanging="360"/>
      </w:pPr>
      <w:rPr>
        <w:rFonts w:ascii="Arial" w:hAnsi="Arial" w:hint="default"/>
      </w:rPr>
    </w:lvl>
    <w:lvl w:ilvl="3" w:tplc="A03246E4" w:tentative="1">
      <w:start w:val="1"/>
      <w:numFmt w:val="bullet"/>
      <w:lvlText w:val="•"/>
      <w:lvlJc w:val="left"/>
      <w:pPr>
        <w:tabs>
          <w:tab w:val="num" w:pos="2880"/>
        </w:tabs>
        <w:ind w:left="2880" w:hanging="360"/>
      </w:pPr>
      <w:rPr>
        <w:rFonts w:ascii="Arial" w:hAnsi="Arial" w:hint="default"/>
      </w:rPr>
    </w:lvl>
    <w:lvl w:ilvl="4" w:tplc="27EE3FEA" w:tentative="1">
      <w:start w:val="1"/>
      <w:numFmt w:val="bullet"/>
      <w:lvlText w:val="•"/>
      <w:lvlJc w:val="left"/>
      <w:pPr>
        <w:tabs>
          <w:tab w:val="num" w:pos="3600"/>
        </w:tabs>
        <w:ind w:left="3600" w:hanging="360"/>
      </w:pPr>
      <w:rPr>
        <w:rFonts w:ascii="Arial" w:hAnsi="Arial" w:hint="default"/>
      </w:rPr>
    </w:lvl>
    <w:lvl w:ilvl="5" w:tplc="6EE24746" w:tentative="1">
      <w:start w:val="1"/>
      <w:numFmt w:val="bullet"/>
      <w:lvlText w:val="•"/>
      <w:lvlJc w:val="left"/>
      <w:pPr>
        <w:tabs>
          <w:tab w:val="num" w:pos="4320"/>
        </w:tabs>
        <w:ind w:left="4320" w:hanging="360"/>
      </w:pPr>
      <w:rPr>
        <w:rFonts w:ascii="Arial" w:hAnsi="Arial" w:hint="default"/>
      </w:rPr>
    </w:lvl>
    <w:lvl w:ilvl="6" w:tplc="CF40522C" w:tentative="1">
      <w:start w:val="1"/>
      <w:numFmt w:val="bullet"/>
      <w:lvlText w:val="•"/>
      <w:lvlJc w:val="left"/>
      <w:pPr>
        <w:tabs>
          <w:tab w:val="num" w:pos="5040"/>
        </w:tabs>
        <w:ind w:left="5040" w:hanging="360"/>
      </w:pPr>
      <w:rPr>
        <w:rFonts w:ascii="Arial" w:hAnsi="Arial" w:hint="default"/>
      </w:rPr>
    </w:lvl>
    <w:lvl w:ilvl="7" w:tplc="FAF058AC" w:tentative="1">
      <w:start w:val="1"/>
      <w:numFmt w:val="bullet"/>
      <w:lvlText w:val="•"/>
      <w:lvlJc w:val="left"/>
      <w:pPr>
        <w:tabs>
          <w:tab w:val="num" w:pos="5760"/>
        </w:tabs>
        <w:ind w:left="5760" w:hanging="360"/>
      </w:pPr>
      <w:rPr>
        <w:rFonts w:ascii="Arial" w:hAnsi="Arial" w:hint="default"/>
      </w:rPr>
    </w:lvl>
    <w:lvl w:ilvl="8" w:tplc="348429F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C5323B8"/>
    <w:multiLevelType w:val="multilevel"/>
    <w:tmpl w:val="036A42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02F34C3"/>
    <w:multiLevelType w:val="multilevel"/>
    <w:tmpl w:val="C0202356"/>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3613B24"/>
    <w:multiLevelType w:val="multilevel"/>
    <w:tmpl w:val="4118AE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AA80A00"/>
    <w:multiLevelType w:val="hybridMultilevel"/>
    <w:tmpl w:val="89D2A702"/>
    <w:lvl w:ilvl="0" w:tplc="674A1B44">
      <w:start w:val="1"/>
      <w:numFmt w:val="decimal"/>
      <w:lvlText w:val="%1."/>
      <w:lvlJc w:val="left"/>
      <w:pPr>
        <w:ind w:left="1440" w:hanging="360"/>
      </w:pPr>
    </w:lvl>
    <w:lvl w:ilvl="1" w:tplc="5716801A">
      <w:start w:val="1"/>
      <w:numFmt w:val="decimal"/>
      <w:lvlText w:val="%2."/>
      <w:lvlJc w:val="left"/>
      <w:pPr>
        <w:ind w:left="1440" w:hanging="360"/>
      </w:pPr>
    </w:lvl>
    <w:lvl w:ilvl="2" w:tplc="F36C0A1C">
      <w:start w:val="1"/>
      <w:numFmt w:val="decimal"/>
      <w:lvlText w:val="%3."/>
      <w:lvlJc w:val="left"/>
      <w:pPr>
        <w:ind w:left="1440" w:hanging="360"/>
      </w:pPr>
    </w:lvl>
    <w:lvl w:ilvl="3" w:tplc="446C6A7E">
      <w:start w:val="1"/>
      <w:numFmt w:val="decimal"/>
      <w:lvlText w:val="%4."/>
      <w:lvlJc w:val="left"/>
      <w:pPr>
        <w:ind w:left="1440" w:hanging="360"/>
      </w:pPr>
    </w:lvl>
    <w:lvl w:ilvl="4" w:tplc="F63C0690">
      <w:start w:val="1"/>
      <w:numFmt w:val="decimal"/>
      <w:lvlText w:val="%5."/>
      <w:lvlJc w:val="left"/>
      <w:pPr>
        <w:ind w:left="1440" w:hanging="360"/>
      </w:pPr>
    </w:lvl>
    <w:lvl w:ilvl="5" w:tplc="46CC7E0E">
      <w:start w:val="1"/>
      <w:numFmt w:val="decimal"/>
      <w:lvlText w:val="%6."/>
      <w:lvlJc w:val="left"/>
      <w:pPr>
        <w:ind w:left="1440" w:hanging="360"/>
      </w:pPr>
    </w:lvl>
    <w:lvl w:ilvl="6" w:tplc="421EDA44">
      <w:start w:val="1"/>
      <w:numFmt w:val="decimal"/>
      <w:lvlText w:val="%7."/>
      <w:lvlJc w:val="left"/>
      <w:pPr>
        <w:ind w:left="1440" w:hanging="360"/>
      </w:pPr>
    </w:lvl>
    <w:lvl w:ilvl="7" w:tplc="FDB6EDD4">
      <w:start w:val="1"/>
      <w:numFmt w:val="decimal"/>
      <w:lvlText w:val="%8."/>
      <w:lvlJc w:val="left"/>
      <w:pPr>
        <w:ind w:left="1440" w:hanging="360"/>
      </w:pPr>
    </w:lvl>
    <w:lvl w:ilvl="8" w:tplc="70ECA55C">
      <w:start w:val="1"/>
      <w:numFmt w:val="decimal"/>
      <w:lvlText w:val="%9."/>
      <w:lvlJc w:val="left"/>
      <w:pPr>
        <w:ind w:left="1440" w:hanging="360"/>
      </w:pPr>
    </w:lvl>
  </w:abstractNum>
  <w:abstractNum w:abstractNumId="33" w15:restartNumberingAfterBreak="0">
    <w:nsid w:val="7103608D"/>
    <w:multiLevelType w:val="multilevel"/>
    <w:tmpl w:val="A2F6613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Arial" w:hAnsi="Arial" w:hint="default"/>
      </w:rPr>
    </w:lvl>
    <w:lvl w:ilvl="2">
      <w:start w:val="1"/>
      <w:numFmt w:val="bullet"/>
      <w:lvlText w:val="•"/>
      <w:lvlJc w:val="left"/>
      <w:pPr>
        <w:tabs>
          <w:tab w:val="num" w:pos="2160"/>
        </w:tabs>
        <w:ind w:left="2160" w:hanging="360"/>
      </w:pPr>
      <w:rPr>
        <w:rFonts w:ascii="Arial" w:hAnsi="Arial" w:hint="default"/>
      </w:rPr>
    </w:lvl>
    <w:lvl w:ilvl="3">
      <w:start w:val="1"/>
      <w:numFmt w:val="bullet"/>
      <w:lvlText w:val="•"/>
      <w:lvlJc w:val="left"/>
      <w:pPr>
        <w:tabs>
          <w:tab w:val="num" w:pos="2880"/>
        </w:tabs>
        <w:ind w:left="2880" w:hanging="360"/>
      </w:pPr>
      <w:rPr>
        <w:rFonts w:ascii="Arial" w:hAnsi="Arial" w:hint="default"/>
      </w:rPr>
    </w:lvl>
    <w:lvl w:ilvl="4">
      <w:start w:val="1"/>
      <w:numFmt w:val="bullet"/>
      <w:lvlText w:val="•"/>
      <w:lvlJc w:val="left"/>
      <w:pPr>
        <w:tabs>
          <w:tab w:val="num" w:pos="3600"/>
        </w:tabs>
        <w:ind w:left="3600" w:hanging="360"/>
      </w:pPr>
      <w:rPr>
        <w:rFonts w:ascii="Arial" w:hAnsi="Arial" w:hint="default"/>
      </w:rPr>
    </w:lvl>
    <w:lvl w:ilvl="5">
      <w:start w:val="1"/>
      <w:numFmt w:val="bullet"/>
      <w:lvlText w:val="•"/>
      <w:lvlJc w:val="left"/>
      <w:pPr>
        <w:tabs>
          <w:tab w:val="num" w:pos="4320"/>
        </w:tabs>
        <w:ind w:left="4320" w:hanging="360"/>
      </w:pPr>
      <w:rPr>
        <w:rFonts w:ascii="Arial" w:hAnsi="Arial" w:hint="default"/>
      </w:rPr>
    </w:lvl>
    <w:lvl w:ilvl="6">
      <w:start w:val="1"/>
      <w:numFmt w:val="bullet"/>
      <w:lvlText w:val="•"/>
      <w:lvlJc w:val="left"/>
      <w:pPr>
        <w:tabs>
          <w:tab w:val="num" w:pos="5040"/>
        </w:tabs>
        <w:ind w:left="5040" w:hanging="360"/>
      </w:pPr>
      <w:rPr>
        <w:rFonts w:ascii="Arial" w:hAnsi="Arial" w:hint="default"/>
      </w:rPr>
    </w:lvl>
    <w:lvl w:ilvl="7">
      <w:start w:val="1"/>
      <w:numFmt w:val="bullet"/>
      <w:lvlText w:val="•"/>
      <w:lvlJc w:val="left"/>
      <w:pPr>
        <w:tabs>
          <w:tab w:val="num" w:pos="5760"/>
        </w:tabs>
        <w:ind w:left="5760" w:hanging="360"/>
      </w:pPr>
      <w:rPr>
        <w:rFonts w:ascii="Arial" w:hAnsi="Arial" w:hint="default"/>
      </w:rPr>
    </w:lvl>
    <w:lvl w:ilvl="8">
      <w:start w:val="1"/>
      <w:numFmt w:val="bullet"/>
      <w:lvlText w:val="•"/>
      <w:lvlJc w:val="left"/>
      <w:pPr>
        <w:tabs>
          <w:tab w:val="num" w:pos="6480"/>
        </w:tabs>
        <w:ind w:left="6480" w:hanging="360"/>
      </w:pPr>
      <w:rPr>
        <w:rFonts w:ascii="Arial" w:hAnsi="Arial" w:hint="default"/>
      </w:rPr>
    </w:lvl>
  </w:abstractNum>
  <w:abstractNum w:abstractNumId="34" w15:restartNumberingAfterBreak="0">
    <w:nsid w:val="778461E8"/>
    <w:multiLevelType w:val="hybridMultilevel"/>
    <w:tmpl w:val="87BA4F50"/>
    <w:lvl w:ilvl="0" w:tplc="1F0213DA">
      <w:start w:val="1"/>
      <w:numFmt w:val="bullet"/>
      <w:lvlText w:val=""/>
      <w:lvlJc w:val="left"/>
      <w:pPr>
        <w:ind w:left="1080" w:hanging="360"/>
      </w:pPr>
      <w:rPr>
        <w:rFonts w:ascii="Symbol" w:hAnsi="Symbol"/>
      </w:rPr>
    </w:lvl>
    <w:lvl w:ilvl="1" w:tplc="EFDA40E6">
      <w:start w:val="1"/>
      <w:numFmt w:val="bullet"/>
      <w:lvlText w:val=""/>
      <w:lvlJc w:val="left"/>
      <w:pPr>
        <w:ind w:left="1080" w:hanging="360"/>
      </w:pPr>
      <w:rPr>
        <w:rFonts w:ascii="Symbol" w:hAnsi="Symbol"/>
      </w:rPr>
    </w:lvl>
    <w:lvl w:ilvl="2" w:tplc="12EAF0B6">
      <w:start w:val="1"/>
      <w:numFmt w:val="bullet"/>
      <w:lvlText w:val=""/>
      <w:lvlJc w:val="left"/>
      <w:pPr>
        <w:ind w:left="1080" w:hanging="360"/>
      </w:pPr>
      <w:rPr>
        <w:rFonts w:ascii="Symbol" w:hAnsi="Symbol"/>
      </w:rPr>
    </w:lvl>
    <w:lvl w:ilvl="3" w:tplc="02EEA502">
      <w:start w:val="1"/>
      <w:numFmt w:val="bullet"/>
      <w:lvlText w:val=""/>
      <w:lvlJc w:val="left"/>
      <w:pPr>
        <w:ind w:left="1080" w:hanging="360"/>
      </w:pPr>
      <w:rPr>
        <w:rFonts w:ascii="Symbol" w:hAnsi="Symbol"/>
      </w:rPr>
    </w:lvl>
    <w:lvl w:ilvl="4" w:tplc="B1AA61D2">
      <w:start w:val="1"/>
      <w:numFmt w:val="bullet"/>
      <w:lvlText w:val=""/>
      <w:lvlJc w:val="left"/>
      <w:pPr>
        <w:ind w:left="1080" w:hanging="360"/>
      </w:pPr>
      <w:rPr>
        <w:rFonts w:ascii="Symbol" w:hAnsi="Symbol"/>
      </w:rPr>
    </w:lvl>
    <w:lvl w:ilvl="5" w:tplc="12685B76">
      <w:start w:val="1"/>
      <w:numFmt w:val="bullet"/>
      <w:lvlText w:val=""/>
      <w:lvlJc w:val="left"/>
      <w:pPr>
        <w:ind w:left="1080" w:hanging="360"/>
      </w:pPr>
      <w:rPr>
        <w:rFonts w:ascii="Symbol" w:hAnsi="Symbol"/>
      </w:rPr>
    </w:lvl>
    <w:lvl w:ilvl="6" w:tplc="101A24A6">
      <w:start w:val="1"/>
      <w:numFmt w:val="bullet"/>
      <w:lvlText w:val=""/>
      <w:lvlJc w:val="left"/>
      <w:pPr>
        <w:ind w:left="1080" w:hanging="360"/>
      </w:pPr>
      <w:rPr>
        <w:rFonts w:ascii="Symbol" w:hAnsi="Symbol"/>
      </w:rPr>
    </w:lvl>
    <w:lvl w:ilvl="7" w:tplc="3F0E69B2">
      <w:start w:val="1"/>
      <w:numFmt w:val="bullet"/>
      <w:lvlText w:val=""/>
      <w:lvlJc w:val="left"/>
      <w:pPr>
        <w:ind w:left="1080" w:hanging="360"/>
      </w:pPr>
      <w:rPr>
        <w:rFonts w:ascii="Symbol" w:hAnsi="Symbol"/>
      </w:rPr>
    </w:lvl>
    <w:lvl w:ilvl="8" w:tplc="329C136C">
      <w:start w:val="1"/>
      <w:numFmt w:val="bullet"/>
      <w:lvlText w:val=""/>
      <w:lvlJc w:val="left"/>
      <w:pPr>
        <w:ind w:left="1080" w:hanging="360"/>
      </w:pPr>
      <w:rPr>
        <w:rFonts w:ascii="Symbol" w:hAnsi="Symbol"/>
      </w:rPr>
    </w:lvl>
  </w:abstractNum>
  <w:abstractNum w:abstractNumId="35" w15:restartNumberingAfterBreak="0">
    <w:nsid w:val="7D8103F7"/>
    <w:multiLevelType w:val="multilevel"/>
    <w:tmpl w:val="9208A710"/>
    <w:lvl w:ilvl="0">
      <w:start w:val="1"/>
      <w:numFmt w:val="decimal"/>
      <w:pStyle w:val="References"/>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num w:numId="1" w16cid:durableId="2015759499">
    <w:abstractNumId w:val="8"/>
  </w:num>
  <w:num w:numId="2" w16cid:durableId="431362877">
    <w:abstractNumId w:val="6"/>
  </w:num>
  <w:num w:numId="3" w16cid:durableId="909651395">
    <w:abstractNumId w:val="5"/>
  </w:num>
  <w:num w:numId="4" w16cid:durableId="490488741">
    <w:abstractNumId w:val="4"/>
  </w:num>
  <w:num w:numId="5" w16cid:durableId="891623226">
    <w:abstractNumId w:val="7"/>
  </w:num>
  <w:num w:numId="6" w16cid:durableId="889223755">
    <w:abstractNumId w:val="3"/>
  </w:num>
  <w:num w:numId="7" w16cid:durableId="2014992435">
    <w:abstractNumId w:val="2"/>
  </w:num>
  <w:num w:numId="8" w16cid:durableId="2092115624">
    <w:abstractNumId w:val="1"/>
  </w:num>
  <w:num w:numId="9" w16cid:durableId="1020352119">
    <w:abstractNumId w:val="0"/>
  </w:num>
  <w:num w:numId="10" w16cid:durableId="175464347">
    <w:abstractNumId w:val="11"/>
  </w:num>
  <w:num w:numId="11" w16cid:durableId="1461342180">
    <w:abstractNumId w:val="35"/>
  </w:num>
  <w:num w:numId="12" w16cid:durableId="41752421">
    <w:abstractNumId w:val="30"/>
  </w:num>
  <w:num w:numId="13" w16cid:durableId="1907377642">
    <w:abstractNumId w:val="26"/>
  </w:num>
  <w:num w:numId="14" w16cid:durableId="1149984113">
    <w:abstractNumId w:val="31"/>
  </w:num>
  <w:num w:numId="15" w16cid:durableId="1867595599">
    <w:abstractNumId w:val="29"/>
  </w:num>
  <w:num w:numId="16" w16cid:durableId="816530324">
    <w:abstractNumId w:val="25"/>
  </w:num>
  <w:num w:numId="17" w16cid:durableId="1600481488">
    <w:abstractNumId w:val="10"/>
  </w:num>
  <w:num w:numId="18" w16cid:durableId="858929166">
    <w:abstractNumId w:val="17"/>
  </w:num>
  <w:num w:numId="19" w16cid:durableId="1096053678">
    <w:abstractNumId w:val="21"/>
  </w:num>
  <w:num w:numId="20" w16cid:durableId="1645818893">
    <w:abstractNumId w:val="14"/>
  </w:num>
  <w:num w:numId="21" w16cid:durableId="1899240783">
    <w:abstractNumId w:val="33"/>
  </w:num>
  <w:num w:numId="22" w16cid:durableId="684861449">
    <w:abstractNumId w:val="13"/>
  </w:num>
  <w:num w:numId="23" w16cid:durableId="956179043">
    <w:abstractNumId w:val="23"/>
  </w:num>
  <w:num w:numId="24" w16cid:durableId="2025403152">
    <w:abstractNumId w:val="18"/>
  </w:num>
  <w:num w:numId="25" w16cid:durableId="82336366">
    <w:abstractNumId w:val="27"/>
  </w:num>
  <w:num w:numId="26" w16cid:durableId="1151676042">
    <w:abstractNumId w:val="9"/>
  </w:num>
  <w:num w:numId="27" w16cid:durableId="86124822">
    <w:abstractNumId w:val="16"/>
  </w:num>
  <w:num w:numId="28" w16cid:durableId="49815722">
    <w:abstractNumId w:val="28"/>
  </w:num>
  <w:num w:numId="29" w16cid:durableId="2105832668">
    <w:abstractNumId w:val="24"/>
  </w:num>
  <w:num w:numId="30" w16cid:durableId="183179532">
    <w:abstractNumId w:val="20"/>
  </w:num>
  <w:num w:numId="31" w16cid:durableId="1397360652">
    <w:abstractNumId w:val="15"/>
  </w:num>
  <w:num w:numId="32" w16cid:durableId="7098668">
    <w:abstractNumId w:val="12"/>
  </w:num>
  <w:num w:numId="33" w16cid:durableId="733889450">
    <w:abstractNumId w:val="34"/>
  </w:num>
  <w:num w:numId="34" w16cid:durableId="293414994">
    <w:abstractNumId w:val="19"/>
  </w:num>
  <w:num w:numId="35" w16cid:durableId="720179322">
    <w:abstractNumId w:val="32"/>
  </w:num>
  <w:num w:numId="36" w16cid:durableId="3509606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304FB0"/>
    <w:rsid w:val="000166B1"/>
    <w:rsid w:val="001F010A"/>
    <w:rsid w:val="00304FB0"/>
    <w:rsid w:val="00312BEE"/>
    <w:rsid w:val="00392118"/>
    <w:rsid w:val="0039318D"/>
    <w:rsid w:val="003B7437"/>
    <w:rsid w:val="00502DDF"/>
    <w:rsid w:val="00520D26"/>
    <w:rsid w:val="005E6CA0"/>
    <w:rsid w:val="006A5051"/>
    <w:rsid w:val="006B4BA8"/>
    <w:rsid w:val="008743D4"/>
    <w:rsid w:val="008C3514"/>
    <w:rsid w:val="009717C3"/>
    <w:rsid w:val="00B66249"/>
    <w:rsid w:val="00C5758E"/>
    <w:rsid w:val="00C71405"/>
    <w:rsid w:val="00CA1B56"/>
    <w:rsid w:val="00CC6CDE"/>
    <w:rsid w:val="00DD1CAE"/>
    <w:rsid w:val="00E51DB5"/>
    <w:rsid w:val="00E61587"/>
    <w:rsid w:val="00E808EC"/>
    <w:rsid w:val="00F12363"/>
    <w:rsid w:val="00F27593"/>
    <w:rsid w:val="00F82CEB"/>
    <w:rsid w:val="00FB5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D2DBA"/>
  <w15:chartTrackingRefBased/>
  <w15:docId w15:val="{F60E8512-A40D-4422-A21E-BDD864C45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FB0"/>
    <w:pPr>
      <w:spacing w:after="0" w:line="360" w:lineRule="auto"/>
    </w:pPr>
    <w:rPr>
      <w:rFonts w:ascii="Arial" w:eastAsia="Times New Roman" w:hAnsi="Arial" w:cs="Times New Roman"/>
      <w:kern w:val="0"/>
      <w:szCs w:val="20"/>
      <w:lang w:eastAsia="en-GB"/>
      <w14:ligatures w14:val="none"/>
    </w:rPr>
  </w:style>
  <w:style w:type="paragraph" w:styleId="Heading1">
    <w:name w:val="heading 1"/>
    <w:basedOn w:val="Normal"/>
    <w:link w:val="Heading1Char"/>
    <w:qFormat/>
    <w:rsid w:val="00304FB0"/>
    <w:pPr>
      <w:keepNext/>
      <w:spacing w:before="240"/>
      <w:outlineLvl w:val="0"/>
    </w:pPr>
    <w:rPr>
      <w:b/>
      <w:sz w:val="28"/>
    </w:rPr>
  </w:style>
  <w:style w:type="paragraph" w:styleId="Heading2">
    <w:name w:val="heading 2"/>
    <w:basedOn w:val="Normal"/>
    <w:link w:val="Heading2Char"/>
    <w:qFormat/>
    <w:rsid w:val="00304FB0"/>
    <w:pPr>
      <w:spacing w:before="120"/>
      <w:outlineLvl w:val="1"/>
    </w:pPr>
    <w:rPr>
      <w:b/>
    </w:rPr>
  </w:style>
  <w:style w:type="paragraph" w:styleId="Heading3">
    <w:name w:val="heading 3"/>
    <w:basedOn w:val="Normal"/>
    <w:link w:val="Heading3Char"/>
    <w:qFormat/>
    <w:rsid w:val="00304FB0"/>
    <w:pPr>
      <w:keepNext/>
      <w:spacing w:before="120"/>
      <w:outlineLvl w:val="2"/>
    </w:pPr>
    <w:rPr>
      <w:i/>
    </w:rPr>
  </w:style>
  <w:style w:type="paragraph" w:styleId="Heading4">
    <w:name w:val="heading 4"/>
    <w:basedOn w:val="Normal"/>
    <w:link w:val="Heading4Char"/>
    <w:qFormat/>
    <w:rsid w:val="00304FB0"/>
    <w:pPr>
      <w:outlineLvl w:val="3"/>
    </w:pPr>
  </w:style>
  <w:style w:type="paragraph" w:styleId="Heading5">
    <w:name w:val="heading 5"/>
    <w:basedOn w:val="Normal"/>
    <w:link w:val="Heading5Char"/>
    <w:qFormat/>
    <w:rsid w:val="00304FB0"/>
    <w:pPr>
      <w:outlineLvl w:val="4"/>
    </w:pPr>
  </w:style>
  <w:style w:type="paragraph" w:styleId="Heading6">
    <w:name w:val="heading 6"/>
    <w:basedOn w:val="Normal"/>
    <w:link w:val="Heading6Char"/>
    <w:qFormat/>
    <w:rsid w:val="00304FB0"/>
    <w:pPr>
      <w:outlineLvl w:val="5"/>
    </w:pPr>
  </w:style>
  <w:style w:type="paragraph" w:styleId="Heading7">
    <w:name w:val="heading 7"/>
    <w:basedOn w:val="Normal"/>
    <w:next w:val="Normal"/>
    <w:link w:val="Heading7Char"/>
    <w:uiPriority w:val="9"/>
    <w:semiHidden/>
    <w:unhideWhenUsed/>
    <w:qFormat/>
    <w:rsid w:val="00304FB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4FB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4FB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4FB0"/>
    <w:rPr>
      <w:rFonts w:ascii="Arial" w:eastAsia="Times New Roman" w:hAnsi="Arial" w:cs="Times New Roman"/>
      <w:b/>
      <w:kern w:val="0"/>
      <w:sz w:val="28"/>
      <w:szCs w:val="20"/>
      <w:lang w:eastAsia="en-GB"/>
      <w14:ligatures w14:val="none"/>
    </w:rPr>
  </w:style>
  <w:style w:type="character" w:customStyle="1" w:styleId="Heading2Char">
    <w:name w:val="Heading 2 Char"/>
    <w:basedOn w:val="DefaultParagraphFont"/>
    <w:link w:val="Heading2"/>
    <w:rsid w:val="00304FB0"/>
    <w:rPr>
      <w:rFonts w:ascii="Arial" w:eastAsia="Times New Roman" w:hAnsi="Arial" w:cs="Times New Roman"/>
      <w:b/>
      <w:kern w:val="0"/>
      <w:szCs w:val="20"/>
      <w:lang w:eastAsia="en-GB"/>
      <w14:ligatures w14:val="none"/>
    </w:rPr>
  </w:style>
  <w:style w:type="character" w:customStyle="1" w:styleId="Heading3Char">
    <w:name w:val="Heading 3 Char"/>
    <w:basedOn w:val="DefaultParagraphFont"/>
    <w:link w:val="Heading3"/>
    <w:rsid w:val="00304FB0"/>
    <w:rPr>
      <w:rFonts w:ascii="Arial" w:eastAsia="Times New Roman" w:hAnsi="Arial" w:cs="Times New Roman"/>
      <w:i/>
      <w:kern w:val="0"/>
      <w:szCs w:val="20"/>
      <w:lang w:eastAsia="en-GB"/>
      <w14:ligatures w14:val="none"/>
    </w:rPr>
  </w:style>
  <w:style w:type="character" w:customStyle="1" w:styleId="Heading4Char">
    <w:name w:val="Heading 4 Char"/>
    <w:basedOn w:val="DefaultParagraphFont"/>
    <w:link w:val="Heading4"/>
    <w:rsid w:val="00304FB0"/>
    <w:rPr>
      <w:rFonts w:ascii="Arial" w:eastAsia="Times New Roman" w:hAnsi="Arial" w:cs="Times New Roman"/>
      <w:kern w:val="0"/>
      <w:szCs w:val="20"/>
      <w:lang w:eastAsia="en-GB"/>
      <w14:ligatures w14:val="none"/>
    </w:rPr>
  </w:style>
  <w:style w:type="character" w:customStyle="1" w:styleId="Heading5Char">
    <w:name w:val="Heading 5 Char"/>
    <w:basedOn w:val="DefaultParagraphFont"/>
    <w:link w:val="Heading5"/>
    <w:rsid w:val="00304FB0"/>
    <w:rPr>
      <w:rFonts w:ascii="Arial" w:eastAsia="Times New Roman" w:hAnsi="Arial" w:cs="Times New Roman"/>
      <w:kern w:val="0"/>
      <w:szCs w:val="20"/>
      <w:lang w:eastAsia="en-GB"/>
      <w14:ligatures w14:val="none"/>
    </w:rPr>
  </w:style>
  <w:style w:type="character" w:customStyle="1" w:styleId="Heading6Char">
    <w:name w:val="Heading 6 Char"/>
    <w:basedOn w:val="DefaultParagraphFont"/>
    <w:link w:val="Heading6"/>
    <w:rsid w:val="00304FB0"/>
    <w:rPr>
      <w:rFonts w:ascii="Arial" w:eastAsia="Times New Roman" w:hAnsi="Arial" w:cs="Times New Roman"/>
      <w:kern w:val="0"/>
      <w:szCs w:val="20"/>
      <w:lang w:eastAsia="en-GB"/>
      <w14:ligatures w14:val="none"/>
    </w:rPr>
  </w:style>
  <w:style w:type="character" w:customStyle="1" w:styleId="Heading7Char">
    <w:name w:val="Heading 7 Char"/>
    <w:basedOn w:val="DefaultParagraphFont"/>
    <w:link w:val="Heading7"/>
    <w:uiPriority w:val="9"/>
    <w:semiHidden/>
    <w:rsid w:val="00304FB0"/>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304FB0"/>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304FB0"/>
    <w:rPr>
      <w:rFonts w:eastAsiaTheme="majorEastAsia" w:cstheme="majorBidi"/>
      <w:color w:val="272727" w:themeColor="text1" w:themeTint="D8"/>
      <w:sz w:val="20"/>
    </w:rPr>
  </w:style>
  <w:style w:type="paragraph" w:styleId="Title">
    <w:name w:val="Title"/>
    <w:basedOn w:val="Normal"/>
    <w:link w:val="TitleChar"/>
    <w:qFormat/>
    <w:rsid w:val="00304FB0"/>
    <w:pPr>
      <w:spacing w:after="120"/>
    </w:pPr>
    <w:rPr>
      <w:b/>
      <w:sz w:val="32"/>
    </w:rPr>
  </w:style>
  <w:style w:type="character" w:customStyle="1" w:styleId="TitleChar">
    <w:name w:val="Title Char"/>
    <w:basedOn w:val="DefaultParagraphFont"/>
    <w:link w:val="Title"/>
    <w:rsid w:val="00304FB0"/>
    <w:rPr>
      <w:rFonts w:ascii="Arial" w:eastAsia="Times New Roman" w:hAnsi="Arial" w:cs="Times New Roman"/>
      <w:b/>
      <w:kern w:val="0"/>
      <w:sz w:val="32"/>
      <w:szCs w:val="20"/>
      <w:lang w:eastAsia="en-GB"/>
      <w14:ligatures w14:val="none"/>
    </w:rPr>
  </w:style>
  <w:style w:type="paragraph" w:styleId="Subtitle">
    <w:name w:val="Subtitle"/>
    <w:basedOn w:val="Normal"/>
    <w:next w:val="Normal"/>
    <w:link w:val="SubtitleChar"/>
    <w:uiPriority w:val="11"/>
    <w:qFormat/>
    <w:rsid w:val="00304FB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F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FB0"/>
    <w:pPr>
      <w:spacing w:before="160"/>
      <w:jc w:val="center"/>
    </w:pPr>
    <w:rPr>
      <w:i/>
      <w:iCs/>
      <w:color w:val="404040" w:themeColor="text1" w:themeTint="BF"/>
    </w:rPr>
  </w:style>
  <w:style w:type="character" w:customStyle="1" w:styleId="QuoteChar">
    <w:name w:val="Quote Char"/>
    <w:basedOn w:val="DefaultParagraphFont"/>
    <w:link w:val="Quote"/>
    <w:uiPriority w:val="29"/>
    <w:rsid w:val="00304FB0"/>
    <w:rPr>
      <w:rFonts w:ascii="Arial" w:hAnsi="Arial" w:cs="Arial"/>
      <w:i/>
      <w:iCs/>
      <w:color w:val="404040" w:themeColor="text1" w:themeTint="BF"/>
      <w:sz w:val="20"/>
    </w:rPr>
  </w:style>
  <w:style w:type="paragraph" w:styleId="ListParagraph">
    <w:name w:val="List Paragraph"/>
    <w:aliases w:val="QuestionNumber,Bullet List,FooterText"/>
    <w:basedOn w:val="Normal"/>
    <w:uiPriority w:val="34"/>
    <w:qFormat/>
    <w:rsid w:val="00304FB0"/>
    <w:pPr>
      <w:numPr>
        <w:numId w:val="10"/>
      </w:numPr>
      <w:ind w:left="0" w:firstLine="0"/>
      <w:contextualSpacing/>
    </w:pPr>
  </w:style>
  <w:style w:type="character" w:styleId="IntenseEmphasis">
    <w:name w:val="Intense Emphasis"/>
    <w:basedOn w:val="DefaultParagraphFont"/>
    <w:uiPriority w:val="21"/>
    <w:qFormat/>
    <w:rsid w:val="00304FB0"/>
    <w:rPr>
      <w:i/>
      <w:iCs/>
      <w:color w:val="0F4761" w:themeColor="accent1" w:themeShade="BF"/>
    </w:rPr>
  </w:style>
  <w:style w:type="paragraph" w:styleId="IntenseQuote">
    <w:name w:val="Intense Quote"/>
    <w:basedOn w:val="Normal"/>
    <w:next w:val="Normal"/>
    <w:link w:val="IntenseQuoteChar"/>
    <w:uiPriority w:val="30"/>
    <w:qFormat/>
    <w:rsid w:val="00304F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FB0"/>
    <w:rPr>
      <w:rFonts w:ascii="Arial" w:hAnsi="Arial" w:cs="Arial"/>
      <w:i/>
      <w:iCs/>
      <w:color w:val="0F4761" w:themeColor="accent1" w:themeShade="BF"/>
      <w:sz w:val="20"/>
    </w:rPr>
  </w:style>
  <w:style w:type="character" w:styleId="IntenseReference">
    <w:name w:val="Intense Reference"/>
    <w:basedOn w:val="DefaultParagraphFont"/>
    <w:uiPriority w:val="32"/>
    <w:qFormat/>
    <w:rsid w:val="00304FB0"/>
    <w:rPr>
      <w:b/>
      <w:bCs/>
      <w:smallCaps/>
      <w:color w:val="0F4761" w:themeColor="accent1" w:themeShade="BF"/>
      <w:spacing w:val="5"/>
    </w:rPr>
  </w:style>
  <w:style w:type="paragraph" w:customStyle="1" w:styleId="abstract">
    <w:name w:val="abstract"/>
    <w:basedOn w:val="Normal"/>
    <w:qFormat/>
    <w:rsid w:val="00304FB0"/>
  </w:style>
  <w:style w:type="paragraph" w:customStyle="1" w:styleId="EquationCaption">
    <w:name w:val="Equation Caption"/>
    <w:basedOn w:val="Normal"/>
    <w:qFormat/>
    <w:rsid w:val="00304FB0"/>
  </w:style>
  <w:style w:type="paragraph" w:customStyle="1" w:styleId="FigureCaption">
    <w:name w:val="Figure Caption"/>
    <w:basedOn w:val="Normal"/>
    <w:qFormat/>
    <w:rsid w:val="00304FB0"/>
  </w:style>
  <w:style w:type="paragraph" w:customStyle="1" w:styleId="FiguresSection">
    <w:name w:val="Figures Section"/>
    <w:basedOn w:val="Heading1"/>
    <w:qFormat/>
    <w:rsid w:val="00304FB0"/>
  </w:style>
  <w:style w:type="table" w:customStyle="1" w:styleId="Table">
    <w:name w:val="Table"/>
    <w:qFormat/>
    <w:rsid w:val="00304FB0"/>
    <w:pPr>
      <w:spacing w:after="0" w:line="240" w:lineRule="auto"/>
    </w:pPr>
    <w:rPr>
      <w:rFonts w:ascii="Times New Roman" w:eastAsia="Times New Roman" w:hAnsi="Times New Roman" w:cs="Times New Roman"/>
      <w:kern w:val="0"/>
      <w:sz w:val="20"/>
      <w:szCs w:val="20"/>
      <w:lang w:eastAsia="en-GB"/>
      <w14:ligatures w14:val="none"/>
    </w:rPr>
    <w:tblPr>
      <w:tblCellMar>
        <w:top w:w="0" w:type="dxa"/>
        <w:left w:w="0" w:type="dxa"/>
        <w:bottom w:w="0" w:type="dxa"/>
        <w:right w:w="0" w:type="dxa"/>
      </w:tblCellMar>
    </w:tblPr>
  </w:style>
  <w:style w:type="paragraph" w:customStyle="1" w:styleId="TableCaption">
    <w:name w:val="Table Caption"/>
    <w:basedOn w:val="Normal"/>
    <w:qFormat/>
    <w:rsid w:val="00304FB0"/>
  </w:style>
  <w:style w:type="character" w:customStyle="1" w:styleId="TextEndnote">
    <w:name w:val="Text Endnote"/>
    <w:qFormat/>
    <w:rsid w:val="00304FB0"/>
    <w:rPr>
      <w:vertAlign w:val="superscript"/>
    </w:rPr>
  </w:style>
  <w:style w:type="character" w:customStyle="1" w:styleId="TextFootnote">
    <w:name w:val="Text Footnote"/>
    <w:qFormat/>
    <w:rsid w:val="00304FB0"/>
    <w:rPr>
      <w:vertAlign w:val="superscript"/>
    </w:rPr>
  </w:style>
  <w:style w:type="paragraph" w:styleId="Header">
    <w:name w:val="header"/>
    <w:basedOn w:val="Normal"/>
    <w:link w:val="HeaderChar"/>
    <w:qFormat/>
    <w:rsid w:val="00304FB0"/>
    <w:pPr>
      <w:tabs>
        <w:tab w:val="center" w:pos="4513"/>
        <w:tab w:val="right" w:pos="9026"/>
      </w:tabs>
      <w:spacing w:line="240" w:lineRule="auto"/>
    </w:pPr>
  </w:style>
  <w:style w:type="character" w:customStyle="1" w:styleId="HeaderChar">
    <w:name w:val="Header Char"/>
    <w:basedOn w:val="DefaultParagraphFont"/>
    <w:link w:val="Header"/>
    <w:rsid w:val="00304FB0"/>
    <w:rPr>
      <w:rFonts w:ascii="Arial" w:eastAsia="Times New Roman" w:hAnsi="Arial" w:cs="Times New Roman"/>
      <w:kern w:val="0"/>
      <w:szCs w:val="20"/>
      <w:lang w:eastAsia="en-GB"/>
      <w14:ligatures w14:val="none"/>
    </w:rPr>
  </w:style>
  <w:style w:type="paragraph" w:styleId="Footer">
    <w:name w:val="footer"/>
    <w:basedOn w:val="Normal"/>
    <w:link w:val="FooterChar"/>
    <w:qFormat/>
    <w:rsid w:val="00304FB0"/>
    <w:pPr>
      <w:tabs>
        <w:tab w:val="center" w:pos="4513"/>
        <w:tab w:val="right" w:pos="9026"/>
      </w:tabs>
      <w:spacing w:line="240" w:lineRule="auto"/>
    </w:pPr>
  </w:style>
  <w:style w:type="character" w:customStyle="1" w:styleId="FooterChar">
    <w:name w:val="Footer Char"/>
    <w:basedOn w:val="DefaultParagraphFont"/>
    <w:link w:val="Footer"/>
    <w:rsid w:val="00304FB0"/>
    <w:rPr>
      <w:rFonts w:ascii="Arial" w:eastAsia="Times New Roman" w:hAnsi="Arial" w:cs="Times New Roman"/>
      <w:kern w:val="0"/>
      <w:szCs w:val="20"/>
      <w:lang w:eastAsia="en-GB"/>
      <w14:ligatures w14:val="none"/>
    </w:rPr>
  </w:style>
  <w:style w:type="paragraph" w:customStyle="1" w:styleId="Callout">
    <w:name w:val="Call out"/>
    <w:basedOn w:val="Normal"/>
    <w:qFormat/>
    <w:rsid w:val="00304FB0"/>
    <w:pPr>
      <w:spacing w:before="120" w:after="120" w:line="240" w:lineRule="auto"/>
      <w:jc w:val="center"/>
    </w:pPr>
    <w:rPr>
      <w:i/>
    </w:rPr>
  </w:style>
  <w:style w:type="paragraph" w:customStyle="1" w:styleId="References">
    <w:name w:val="References"/>
    <w:basedOn w:val="ListParagraph"/>
    <w:qFormat/>
    <w:rsid w:val="00304FB0"/>
    <w:pPr>
      <w:numPr>
        <w:numId w:val="11"/>
      </w:numPr>
      <w:ind w:left="0" w:firstLine="0"/>
    </w:pPr>
  </w:style>
  <w:style w:type="paragraph" w:styleId="Caption">
    <w:name w:val="caption"/>
    <w:basedOn w:val="Normal"/>
    <w:qFormat/>
    <w:rsid w:val="00304FB0"/>
    <w:pPr>
      <w:keepNext/>
      <w:spacing w:before="120"/>
    </w:pPr>
    <w:rPr>
      <w:b/>
    </w:rPr>
  </w:style>
  <w:style w:type="paragraph" w:styleId="FootnoteText">
    <w:name w:val="footnote text"/>
    <w:basedOn w:val="Normal"/>
    <w:link w:val="FootnoteTextChar"/>
    <w:qFormat/>
    <w:rsid w:val="00304FB0"/>
    <w:rPr>
      <w:sz w:val="20"/>
    </w:rPr>
  </w:style>
  <w:style w:type="character" w:customStyle="1" w:styleId="FootnoteTextChar">
    <w:name w:val="Footnote Text Char"/>
    <w:basedOn w:val="DefaultParagraphFont"/>
    <w:link w:val="FootnoteText"/>
    <w:rsid w:val="00304FB0"/>
    <w:rPr>
      <w:rFonts w:ascii="Arial" w:eastAsia="Times New Roman" w:hAnsi="Arial" w:cs="Times New Roman"/>
      <w:kern w:val="0"/>
      <w:sz w:val="20"/>
      <w:szCs w:val="20"/>
      <w:lang w:eastAsia="en-GB"/>
      <w14:ligatures w14:val="none"/>
    </w:rPr>
  </w:style>
  <w:style w:type="paragraph" w:styleId="ListBullet">
    <w:name w:val="List Bullet"/>
    <w:basedOn w:val="Normal"/>
    <w:qFormat/>
    <w:rsid w:val="00304FB0"/>
    <w:pPr>
      <w:numPr>
        <w:numId w:val="12"/>
      </w:numPr>
      <w:tabs>
        <w:tab w:val="clear" w:pos="360"/>
      </w:tabs>
      <w:ind w:left="0" w:firstLine="0"/>
      <w:contextualSpacing/>
    </w:pPr>
  </w:style>
  <w:style w:type="paragraph" w:styleId="CommentText">
    <w:name w:val="annotation text"/>
    <w:basedOn w:val="Normal"/>
    <w:link w:val="CommentTextChar"/>
    <w:qFormat/>
    <w:rsid w:val="00304FB0"/>
    <w:pPr>
      <w:spacing w:line="240" w:lineRule="auto"/>
    </w:pPr>
    <w:rPr>
      <w:sz w:val="20"/>
    </w:rPr>
  </w:style>
  <w:style w:type="character" w:customStyle="1" w:styleId="CommentTextChar">
    <w:name w:val="Comment Text Char"/>
    <w:basedOn w:val="DefaultParagraphFont"/>
    <w:link w:val="CommentText"/>
    <w:rsid w:val="00304FB0"/>
    <w:rPr>
      <w:rFonts w:ascii="Arial" w:eastAsia="Times New Roman" w:hAnsi="Arial" w:cs="Times New Roman"/>
      <w:kern w:val="0"/>
      <w:sz w:val="20"/>
      <w:szCs w:val="20"/>
      <w:lang w:eastAsia="en-GB"/>
      <w14:ligatures w14:val="none"/>
    </w:rPr>
  </w:style>
  <w:style w:type="paragraph" w:customStyle="1" w:styleId="EndNoteBibliographyTitle">
    <w:name w:val="EndNote Bibliography Title"/>
    <w:basedOn w:val="Normal"/>
    <w:qFormat/>
    <w:rsid w:val="00304FB0"/>
    <w:pPr>
      <w:numPr>
        <w:numId w:val="13"/>
      </w:numPr>
      <w:ind w:left="0" w:firstLine="0"/>
      <w:jc w:val="center"/>
    </w:pPr>
    <w:rPr>
      <w:rFonts w:cs="Arial"/>
      <w:sz w:val="20"/>
    </w:rPr>
  </w:style>
  <w:style w:type="paragraph" w:customStyle="1" w:styleId="EndNoteBibliography">
    <w:name w:val="EndNote Bibliography"/>
    <w:basedOn w:val="Normal"/>
    <w:qFormat/>
    <w:rsid w:val="00304FB0"/>
    <w:pPr>
      <w:spacing w:line="240" w:lineRule="auto"/>
    </w:pPr>
    <w:rPr>
      <w:rFonts w:cs="Arial"/>
      <w:sz w:val="20"/>
    </w:rPr>
  </w:style>
  <w:style w:type="paragraph" w:styleId="Revision">
    <w:name w:val="Revision"/>
    <w:qFormat/>
    <w:rsid w:val="00304FB0"/>
    <w:pPr>
      <w:spacing w:after="0" w:line="240" w:lineRule="auto"/>
    </w:pPr>
    <w:rPr>
      <w:rFonts w:ascii="Arial" w:eastAsia="Times New Roman" w:hAnsi="Arial" w:cs="Times New Roman"/>
      <w:kern w:val="0"/>
      <w:szCs w:val="20"/>
      <w:lang w:eastAsia="en-GB"/>
      <w14:ligatures w14:val="none"/>
    </w:rPr>
  </w:style>
  <w:style w:type="paragraph" w:customStyle="1" w:styleId="Default">
    <w:name w:val="Default"/>
    <w:qFormat/>
    <w:rsid w:val="00304FB0"/>
    <w:pPr>
      <w:spacing w:after="0" w:line="240" w:lineRule="auto"/>
    </w:pPr>
    <w:rPr>
      <w:rFonts w:ascii="Times New Roman" w:eastAsia="Times New Roman" w:hAnsi="Times New Roman" w:cs="Times New Roman"/>
      <w:color w:val="000000"/>
      <w:kern w:val="0"/>
      <w:szCs w:val="20"/>
      <w:lang w:eastAsia="en-GB"/>
      <w14:ligatures w14:val="none"/>
    </w:rPr>
  </w:style>
  <w:style w:type="paragraph" w:customStyle="1" w:styleId="pf0">
    <w:name w:val="pf0"/>
    <w:basedOn w:val="Normal"/>
    <w:qFormat/>
    <w:rsid w:val="00304FB0"/>
    <w:pPr>
      <w:spacing w:before="100" w:beforeAutospacing="1" w:after="100" w:afterAutospacing="1" w:line="240" w:lineRule="auto"/>
    </w:pPr>
    <w:rPr>
      <w:rFonts w:ascii="Times New Roman" w:hAnsi="Times New Roman"/>
    </w:rPr>
  </w:style>
  <w:style w:type="character" w:styleId="CommentReference">
    <w:name w:val="annotation reference"/>
    <w:basedOn w:val="DefaultParagraphFont"/>
    <w:uiPriority w:val="99"/>
    <w:semiHidden/>
    <w:unhideWhenUsed/>
    <w:rsid w:val="00304FB0"/>
    <w:rPr>
      <w:sz w:val="16"/>
      <w:szCs w:val="16"/>
    </w:rPr>
  </w:style>
  <w:style w:type="paragraph" w:styleId="CommentSubject">
    <w:name w:val="annotation subject"/>
    <w:basedOn w:val="CommentText"/>
    <w:next w:val="CommentText"/>
    <w:link w:val="CommentSubjectChar"/>
    <w:uiPriority w:val="99"/>
    <w:semiHidden/>
    <w:unhideWhenUsed/>
    <w:rsid w:val="00304FB0"/>
    <w:rPr>
      <w:b/>
      <w:bCs/>
    </w:rPr>
  </w:style>
  <w:style w:type="character" w:customStyle="1" w:styleId="CommentSubjectChar">
    <w:name w:val="Comment Subject Char"/>
    <w:basedOn w:val="CommentTextChar"/>
    <w:link w:val="CommentSubject"/>
    <w:uiPriority w:val="99"/>
    <w:semiHidden/>
    <w:rsid w:val="00304FB0"/>
    <w:rPr>
      <w:rFonts w:ascii="Arial" w:eastAsia="Times New Roman" w:hAnsi="Arial" w:cs="Times New Roman"/>
      <w:b/>
      <w:bCs/>
      <w:kern w:val="0"/>
      <w:sz w:val="20"/>
      <w:szCs w:val="20"/>
      <w:lang w:eastAsia="en-GB"/>
      <w14:ligatures w14:val="none"/>
    </w:rPr>
  </w:style>
  <w:style w:type="character" w:styleId="Hyperlink">
    <w:name w:val="Hyperlink"/>
    <w:basedOn w:val="DefaultParagraphFont"/>
    <w:uiPriority w:val="99"/>
    <w:unhideWhenUsed/>
    <w:rsid w:val="00304FB0"/>
    <w:rPr>
      <w:color w:val="467886" w:themeColor="hyperlink"/>
      <w:u w:val="single"/>
    </w:rPr>
  </w:style>
  <w:style w:type="character" w:styleId="UnresolvedMention">
    <w:name w:val="Unresolved Mention"/>
    <w:basedOn w:val="DefaultParagraphFont"/>
    <w:uiPriority w:val="99"/>
    <w:semiHidden/>
    <w:unhideWhenUsed/>
    <w:rsid w:val="00304FB0"/>
    <w:rPr>
      <w:color w:val="605E5C"/>
      <w:shd w:val="clear" w:color="auto" w:fill="E1DFDD"/>
    </w:rPr>
  </w:style>
  <w:style w:type="character" w:styleId="FollowedHyperlink">
    <w:name w:val="FollowedHyperlink"/>
    <w:basedOn w:val="DefaultParagraphFont"/>
    <w:uiPriority w:val="99"/>
    <w:semiHidden/>
    <w:unhideWhenUsed/>
    <w:rsid w:val="00304FB0"/>
    <w:rPr>
      <w:color w:val="96607D" w:themeColor="followedHyperlink"/>
      <w:u w:val="single"/>
    </w:rPr>
  </w:style>
  <w:style w:type="table" w:customStyle="1" w:styleId="TableGrid">
    <w:name w:val="TableGrid"/>
    <w:rsid w:val="00304FB0"/>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28</Pages>
  <Words>5141</Words>
  <Characters>27696</Characters>
  <Application>Microsoft Office Word</Application>
  <DocSecurity>0</DocSecurity>
  <Lines>1368</Lines>
  <Paragraphs>814</Paragraphs>
  <ScaleCrop>false</ScaleCrop>
  <HeadingPairs>
    <vt:vector size="2" baseType="variant">
      <vt:variant>
        <vt:lpstr>Title</vt:lpstr>
      </vt:variant>
      <vt:variant>
        <vt:i4>1</vt:i4>
      </vt:variant>
    </vt:vector>
  </HeadingPairs>
  <TitlesOfParts>
    <vt:vector size="1" baseType="lpstr">
      <vt:lpstr/>
    </vt:vector>
  </TitlesOfParts>
  <Company>Oxford PharmaGenesis</Company>
  <LinksUpToDate>false</LinksUpToDate>
  <CharactersWithSpaces>32190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Oxford PharmaGenesis</dc:creator>
  <cp:keywords/>
  <dc:description/>
  <cp:lastModifiedBy>Oxford PharmaGenesis</cp:lastModifiedBy>
  <cp:revision>7</cp:revision>
  <dcterms:created xsi:type="dcterms:W3CDTF">2025-12-22T12:06:00Z</dcterms:created>
  <dcterms:modified xsi:type="dcterms:W3CDTF">2026-02-11T11:38:00Z</dcterms:modified>
</cp:coreProperties>
</file>